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AF426" w14:textId="77777777" w:rsidR="00310333" w:rsidRDefault="00310333"/>
    <w:p w14:paraId="65384F5D" w14:textId="50580F0B" w:rsidR="00310333" w:rsidRDefault="00310333">
      <w:r>
        <w:t xml:space="preserve">Chapter </w:t>
      </w:r>
      <w:proofErr w:type="gramStart"/>
      <w:r>
        <w:t>1  The</w:t>
      </w:r>
      <w:proofErr w:type="gramEnd"/>
      <w:r>
        <w:t xml:space="preserve"> Berkshires</w:t>
      </w:r>
    </w:p>
    <w:p w14:paraId="77ED164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The </w:t>
      </w:r>
      <w:proofErr w:type="gramStart"/>
      <w:r w:rsidRPr="00310333">
        <w:rPr>
          <w:rFonts w:eastAsia="Times New Roman" w:cs="Times New Roman"/>
          <w:szCs w:val="24"/>
        </w:rPr>
        <w:t>late-October</w:t>
      </w:r>
      <w:proofErr w:type="gramEnd"/>
      <w:r w:rsidRPr="00310333">
        <w:rPr>
          <w:rFonts w:eastAsia="Times New Roman" w:cs="Times New Roman"/>
          <w:szCs w:val="24"/>
        </w:rPr>
        <w:t xml:space="preserve"> wind rolled down the hills of Western Massachusetts, tugging at the bare branches like a restless spirit. Matteo Deluca adjusted the sling of his rifle across his shoulder, the familiar weight of it more comforting than he liked to admit. Hunting season had begun, and he liked the </w:t>
      </w:r>
      <w:proofErr w:type="gramStart"/>
      <w:r w:rsidRPr="00310333">
        <w:rPr>
          <w:rFonts w:eastAsia="Times New Roman" w:cs="Times New Roman"/>
          <w:szCs w:val="24"/>
        </w:rPr>
        <w:t>solitude—</w:t>
      </w:r>
      <w:proofErr w:type="gramEnd"/>
      <w:r w:rsidRPr="00310333">
        <w:rPr>
          <w:rFonts w:eastAsia="Times New Roman" w:cs="Times New Roman"/>
          <w:szCs w:val="24"/>
        </w:rPr>
        <w:t xml:space="preserve">the hours of stillness, the rhythm of breath in </w:t>
      </w:r>
      <w:proofErr w:type="gramStart"/>
      <w:r w:rsidRPr="00310333">
        <w:rPr>
          <w:rFonts w:eastAsia="Times New Roman" w:cs="Times New Roman"/>
          <w:szCs w:val="24"/>
        </w:rPr>
        <w:t>cold air</w:t>
      </w:r>
      <w:proofErr w:type="gramEnd"/>
      <w:r w:rsidRPr="00310333">
        <w:rPr>
          <w:rFonts w:eastAsia="Times New Roman" w:cs="Times New Roman"/>
          <w:szCs w:val="24"/>
        </w:rPr>
        <w:t xml:space="preserve">, the silence between heartbeats that </w:t>
      </w:r>
      <w:proofErr w:type="gramStart"/>
      <w:r w:rsidRPr="00310333">
        <w:rPr>
          <w:rFonts w:eastAsia="Times New Roman" w:cs="Times New Roman"/>
          <w:szCs w:val="24"/>
        </w:rPr>
        <w:t>he’d</w:t>
      </w:r>
      <w:proofErr w:type="gramEnd"/>
      <w:r w:rsidRPr="00310333">
        <w:rPr>
          <w:rFonts w:eastAsia="Times New Roman" w:cs="Times New Roman"/>
          <w:szCs w:val="24"/>
        </w:rPr>
        <w:t xml:space="preserve"> learned to trust long ago.</w:t>
      </w:r>
    </w:p>
    <w:p w14:paraId="5D7BD1F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Up here, in the hills outside Worthington, he could almost forget.</w:t>
      </w:r>
    </w:p>
    <w:p w14:paraId="7233EC6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Locals called him Matt, or Mattie if </w:t>
      </w:r>
      <w:proofErr w:type="gramStart"/>
      <w:r w:rsidRPr="00310333">
        <w:rPr>
          <w:rFonts w:eastAsia="Times New Roman" w:cs="Times New Roman"/>
          <w:szCs w:val="24"/>
        </w:rPr>
        <w:t>they'd</w:t>
      </w:r>
      <w:proofErr w:type="gramEnd"/>
      <w:r w:rsidRPr="00310333">
        <w:rPr>
          <w:rFonts w:eastAsia="Times New Roman" w:cs="Times New Roman"/>
          <w:szCs w:val="24"/>
        </w:rPr>
        <w:t xml:space="preserve"> known him since high school. </w:t>
      </w:r>
      <w:proofErr w:type="gramStart"/>
      <w:r w:rsidRPr="00310333">
        <w:rPr>
          <w:rFonts w:eastAsia="Times New Roman" w:cs="Times New Roman"/>
          <w:szCs w:val="24"/>
        </w:rPr>
        <w:t>He’d</w:t>
      </w:r>
      <w:proofErr w:type="gramEnd"/>
      <w:r w:rsidRPr="00310333">
        <w:rPr>
          <w:rFonts w:eastAsia="Times New Roman" w:cs="Times New Roman"/>
          <w:szCs w:val="24"/>
        </w:rPr>
        <w:t xml:space="preserve"> earned a reputation in the hill towns as a decent guy—quiet, respectful, helped rebuild the town’s war memorial, even coached JV baseball for a season. But people also knew not to ask too many questions. There were stories: about Afghanistan, about special units and dangerous missions, about the things a man brought home that </w:t>
      </w:r>
      <w:proofErr w:type="gramStart"/>
      <w:r w:rsidRPr="00310333">
        <w:rPr>
          <w:rFonts w:eastAsia="Times New Roman" w:cs="Times New Roman"/>
          <w:szCs w:val="24"/>
        </w:rPr>
        <w:t>didn’t</w:t>
      </w:r>
      <w:proofErr w:type="gramEnd"/>
      <w:r w:rsidRPr="00310333">
        <w:rPr>
          <w:rFonts w:eastAsia="Times New Roman" w:cs="Times New Roman"/>
          <w:szCs w:val="24"/>
        </w:rPr>
        <w:t xml:space="preserve"> fit in a duffel bag.</w:t>
      </w:r>
    </w:p>
    <w:p w14:paraId="4D00A07A"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small cabin he lived in had no internet, no cell signal. Just a wood stove, a HAM radio, and a patched American flag hanging in the entryway. He liked it that way.</w:t>
      </w:r>
    </w:p>
    <w:p w14:paraId="2C1954B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even out here, the world was closing in.</w:t>
      </w:r>
    </w:p>
    <w:p w14:paraId="62D4D07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At the general store that morning, the old men were talking about the riots in Portland. More protests had erupted in D.C.—this time over the new AI oversight bill. "Minority Report shit," one of them said, not knowing how right he was.</w:t>
      </w:r>
    </w:p>
    <w:p w14:paraId="194F58F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Matt </w:t>
      </w:r>
      <w:proofErr w:type="gramStart"/>
      <w:r w:rsidRPr="00310333">
        <w:rPr>
          <w:rFonts w:eastAsia="Times New Roman" w:cs="Times New Roman"/>
          <w:szCs w:val="24"/>
        </w:rPr>
        <w:t>hadn’t</w:t>
      </w:r>
      <w:proofErr w:type="gramEnd"/>
      <w:r w:rsidRPr="00310333">
        <w:rPr>
          <w:rFonts w:eastAsia="Times New Roman" w:cs="Times New Roman"/>
          <w:szCs w:val="24"/>
        </w:rPr>
        <w:t xml:space="preserve"> said a word. Just paid for his coffee, tipped his cap, and left.</w:t>
      </w:r>
    </w:p>
    <w:p w14:paraId="141440B1"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That night, he watched the news from a small battery-powered TV hooked to a satellite dish. Same headlines: “Civil unrest,” “Election tensions,” “AI reform.” The government had signed a contract with a Boston-based firm to pilot an algorithm designed to predict political violence before it happened. PreConvict AI, they were calling it. Unofficially, of course. The press loved the nickname.</w:t>
      </w:r>
    </w:p>
    <w:p w14:paraId="680274A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He shook his head. Algorithms </w:t>
      </w:r>
      <w:proofErr w:type="gramStart"/>
      <w:r w:rsidRPr="00310333">
        <w:rPr>
          <w:rFonts w:eastAsia="Times New Roman" w:cs="Times New Roman"/>
          <w:szCs w:val="24"/>
        </w:rPr>
        <w:t>didn’t</w:t>
      </w:r>
      <w:proofErr w:type="gramEnd"/>
      <w:r w:rsidRPr="00310333">
        <w:rPr>
          <w:rFonts w:eastAsia="Times New Roman" w:cs="Times New Roman"/>
          <w:szCs w:val="24"/>
        </w:rPr>
        <w:t xml:space="preserve"> know people. They </w:t>
      </w:r>
      <w:proofErr w:type="gramStart"/>
      <w:r w:rsidRPr="00310333">
        <w:rPr>
          <w:rFonts w:eastAsia="Times New Roman" w:cs="Times New Roman"/>
          <w:szCs w:val="24"/>
        </w:rPr>
        <w:t>didn’t</w:t>
      </w:r>
      <w:proofErr w:type="gramEnd"/>
      <w:r w:rsidRPr="00310333">
        <w:rPr>
          <w:rFonts w:eastAsia="Times New Roman" w:cs="Times New Roman"/>
          <w:szCs w:val="24"/>
        </w:rPr>
        <w:t xml:space="preserve"> know what it meant to watch your best friend bleed out in a Kabul alley, or how sometimes, silence </w:t>
      </w:r>
      <w:proofErr w:type="gramStart"/>
      <w:r w:rsidRPr="00310333">
        <w:rPr>
          <w:rFonts w:eastAsia="Times New Roman" w:cs="Times New Roman"/>
          <w:szCs w:val="24"/>
        </w:rPr>
        <w:t>wasn’t</w:t>
      </w:r>
      <w:proofErr w:type="gramEnd"/>
      <w:r w:rsidRPr="00310333">
        <w:rPr>
          <w:rFonts w:eastAsia="Times New Roman" w:cs="Times New Roman"/>
          <w:szCs w:val="24"/>
        </w:rPr>
        <w:t xml:space="preserve"> </w:t>
      </w:r>
      <w:proofErr w:type="gramStart"/>
      <w:r w:rsidRPr="00310333">
        <w:rPr>
          <w:rFonts w:eastAsia="Times New Roman" w:cs="Times New Roman"/>
          <w:szCs w:val="24"/>
        </w:rPr>
        <w:t>guilt—it</w:t>
      </w:r>
      <w:proofErr w:type="gramEnd"/>
      <w:r w:rsidRPr="00310333">
        <w:rPr>
          <w:rFonts w:eastAsia="Times New Roman" w:cs="Times New Roman"/>
          <w:szCs w:val="24"/>
        </w:rPr>
        <w:t xml:space="preserve"> was survival.</w:t>
      </w:r>
    </w:p>
    <w:p w14:paraId="414321C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As he loaded the stove with a fresh log and settled into his chair, the woods around him swayed with the wind. No sirens. No cameras. No eyes. Just for tonight.</w:t>
      </w:r>
    </w:p>
    <w:p w14:paraId="4772F48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But tomorrow </w:t>
      </w:r>
      <w:proofErr w:type="gramStart"/>
      <w:r w:rsidRPr="00310333">
        <w:rPr>
          <w:rFonts w:eastAsia="Times New Roman" w:cs="Times New Roman"/>
          <w:szCs w:val="24"/>
        </w:rPr>
        <w:t>would</w:t>
      </w:r>
      <w:proofErr w:type="gramEnd"/>
      <w:r w:rsidRPr="00310333">
        <w:rPr>
          <w:rFonts w:eastAsia="Times New Roman" w:cs="Times New Roman"/>
          <w:szCs w:val="24"/>
        </w:rPr>
        <w:t xml:space="preserve"> be different.</w:t>
      </w:r>
    </w:p>
    <w:p w14:paraId="201CC6B3" w14:textId="77777777" w:rsid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Tomorrow, his face would be all over the internet—falsely linked to a violent protest in Springfield. A photo, taken at the wrong moment, from the wrong angle. No context. No defense. Just a grainy image of Matt caught in the background, his jaw tight, fists clenched, as chaos unfolded behind him.</w:t>
      </w:r>
    </w:p>
    <w:p w14:paraId="0AFF9613" w14:textId="20557C73" w:rsidR="00310333" w:rsidRPr="00310333" w:rsidRDefault="00672772" w:rsidP="00310333">
      <w:pPr>
        <w:spacing w:before="100" w:beforeAutospacing="1" w:after="100" w:afterAutospacing="1"/>
        <w:rPr>
          <w:rFonts w:eastAsia="Times New Roman" w:cs="Times New Roman"/>
          <w:szCs w:val="24"/>
        </w:rPr>
      </w:pPr>
      <w:r>
        <w:rPr>
          <w:rFonts w:eastAsia="Times New Roman" w:cs="Times New Roman"/>
          <w:szCs w:val="24"/>
        </w:rPr>
        <w:t>B</w:t>
      </w:r>
      <w:r w:rsidR="00310333" w:rsidRPr="00310333">
        <w:rPr>
          <w:rFonts w:eastAsia="Times New Roman" w:cs="Times New Roman"/>
          <w:szCs w:val="24"/>
        </w:rPr>
        <w:t>y the time he knew what was happening, the AI would flag him with a near-perfect threat score.</w:t>
      </w:r>
    </w:p>
    <w:p w14:paraId="0A2D109A" w14:textId="77777777" w:rsid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And that would be enough.</w:t>
      </w:r>
    </w:p>
    <w:p w14:paraId="748BCE4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Matt </w:t>
      </w:r>
      <w:proofErr w:type="gramStart"/>
      <w:r w:rsidRPr="00310333">
        <w:rPr>
          <w:rFonts w:eastAsia="Times New Roman" w:cs="Times New Roman"/>
          <w:szCs w:val="24"/>
        </w:rPr>
        <w:t>didn’t</w:t>
      </w:r>
      <w:proofErr w:type="gramEnd"/>
      <w:r w:rsidRPr="00310333">
        <w:rPr>
          <w:rFonts w:eastAsia="Times New Roman" w:cs="Times New Roman"/>
          <w:szCs w:val="24"/>
        </w:rPr>
        <w:t xml:space="preserve"> sleep much that night. He rarely </w:t>
      </w:r>
      <w:proofErr w:type="gramStart"/>
      <w:r w:rsidRPr="00310333">
        <w:rPr>
          <w:rFonts w:eastAsia="Times New Roman" w:cs="Times New Roman"/>
          <w:szCs w:val="24"/>
        </w:rPr>
        <w:t>did</w:t>
      </w:r>
      <w:proofErr w:type="gramEnd"/>
      <w:r w:rsidRPr="00310333">
        <w:rPr>
          <w:rFonts w:eastAsia="Times New Roman" w:cs="Times New Roman"/>
          <w:szCs w:val="24"/>
        </w:rPr>
        <w:t xml:space="preserve"> anymore.</w:t>
      </w:r>
    </w:p>
    <w:p w14:paraId="3274A487"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lastRenderedPageBreak/>
        <w:t xml:space="preserve">A decade of missions had rewired his brain. Night was the time to stay alert. That low hum in the back of his skull—the one that told him something </w:t>
      </w:r>
      <w:proofErr w:type="gramStart"/>
      <w:r w:rsidRPr="00310333">
        <w:rPr>
          <w:rFonts w:eastAsia="Times New Roman" w:cs="Times New Roman"/>
          <w:szCs w:val="24"/>
        </w:rPr>
        <w:t>wasn’t</w:t>
      </w:r>
      <w:proofErr w:type="gramEnd"/>
      <w:r w:rsidRPr="00310333">
        <w:rPr>
          <w:rFonts w:eastAsia="Times New Roman" w:cs="Times New Roman"/>
          <w:szCs w:val="24"/>
        </w:rPr>
        <w:t xml:space="preserve"> </w:t>
      </w:r>
      <w:proofErr w:type="gramStart"/>
      <w:r w:rsidRPr="00310333">
        <w:rPr>
          <w:rFonts w:eastAsia="Times New Roman" w:cs="Times New Roman"/>
          <w:szCs w:val="24"/>
        </w:rPr>
        <w:t>right—</w:t>
      </w:r>
      <w:proofErr w:type="gramEnd"/>
      <w:r w:rsidRPr="00310333">
        <w:rPr>
          <w:rFonts w:eastAsia="Times New Roman" w:cs="Times New Roman"/>
          <w:szCs w:val="24"/>
        </w:rPr>
        <w:t xml:space="preserve">it was buzzing now, louder than usual. He tried blaming it on the wind, or </w:t>
      </w:r>
      <w:proofErr w:type="gramStart"/>
      <w:r w:rsidRPr="00310333">
        <w:rPr>
          <w:rFonts w:eastAsia="Times New Roman" w:cs="Times New Roman"/>
          <w:szCs w:val="24"/>
        </w:rPr>
        <w:t>maybe the</w:t>
      </w:r>
      <w:proofErr w:type="gramEnd"/>
      <w:r w:rsidRPr="00310333">
        <w:rPr>
          <w:rFonts w:eastAsia="Times New Roman" w:cs="Times New Roman"/>
          <w:szCs w:val="24"/>
        </w:rPr>
        <w:t xml:space="preserve"> headlines, but it felt like something deeper. More immediate.</w:t>
      </w:r>
    </w:p>
    <w:p w14:paraId="3FD88DE8"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At 3:42 a.m., he rose, barefoot and automatic, and stepped outside. The stars blinked sharp through the </w:t>
      </w:r>
      <w:proofErr w:type="gramStart"/>
      <w:r w:rsidRPr="00310333">
        <w:rPr>
          <w:rFonts w:eastAsia="Times New Roman" w:cs="Times New Roman"/>
          <w:szCs w:val="24"/>
        </w:rPr>
        <w:t>cold air</w:t>
      </w:r>
      <w:proofErr w:type="gramEnd"/>
      <w:r w:rsidRPr="00310333">
        <w:rPr>
          <w:rFonts w:eastAsia="Times New Roman" w:cs="Times New Roman"/>
          <w:szCs w:val="24"/>
        </w:rPr>
        <w:t>, the treetops swaying like they were whispering secrets to each other.</w:t>
      </w:r>
    </w:p>
    <w:p w14:paraId="71C8E65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Then he saw it—just a glint at first, near the tree line. Low, barely visible. A red LED blink.</w:t>
      </w:r>
    </w:p>
    <w:p w14:paraId="433917A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Drone.</w:t>
      </w:r>
    </w:p>
    <w:p w14:paraId="004E4F19"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He dropped instantly, rolling behind the firewood pile. His breathing slowed. Training kicked in. He watched the thing hover in place, then shift left, then right. Not a toy. Too quiet. Too stable. Military spec, or </w:t>
      </w:r>
      <w:proofErr w:type="gramStart"/>
      <w:r w:rsidRPr="00310333">
        <w:rPr>
          <w:rFonts w:eastAsia="Times New Roman" w:cs="Times New Roman"/>
          <w:szCs w:val="24"/>
        </w:rPr>
        <w:t>damn</w:t>
      </w:r>
      <w:proofErr w:type="gramEnd"/>
      <w:r w:rsidRPr="00310333">
        <w:rPr>
          <w:rFonts w:eastAsia="Times New Roman" w:cs="Times New Roman"/>
          <w:szCs w:val="24"/>
        </w:rPr>
        <w:t xml:space="preserve"> close.</w:t>
      </w:r>
    </w:p>
    <w:p w14:paraId="573D203D"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And it </w:t>
      </w:r>
      <w:proofErr w:type="gramStart"/>
      <w:r w:rsidRPr="00310333">
        <w:rPr>
          <w:rFonts w:eastAsia="Times New Roman" w:cs="Times New Roman"/>
          <w:szCs w:val="24"/>
        </w:rPr>
        <w:t>wasn’t</w:t>
      </w:r>
      <w:proofErr w:type="gramEnd"/>
      <w:r w:rsidRPr="00310333">
        <w:rPr>
          <w:rFonts w:eastAsia="Times New Roman" w:cs="Times New Roman"/>
          <w:szCs w:val="24"/>
        </w:rPr>
        <w:t xml:space="preserve"> just passing through.</w:t>
      </w:r>
    </w:p>
    <w:p w14:paraId="5F0A99CE" w14:textId="673BD558"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He crawled back </w:t>
      </w:r>
      <w:proofErr w:type="gramStart"/>
      <w:r w:rsidRPr="00310333">
        <w:rPr>
          <w:rFonts w:eastAsia="Times New Roman" w:cs="Times New Roman"/>
          <w:szCs w:val="24"/>
        </w:rPr>
        <w:t>inside,</w:t>
      </w:r>
      <w:proofErr w:type="gramEnd"/>
      <w:r w:rsidRPr="00310333">
        <w:rPr>
          <w:rFonts w:eastAsia="Times New Roman" w:cs="Times New Roman"/>
          <w:szCs w:val="24"/>
        </w:rPr>
        <w:t xml:space="preserve"> </w:t>
      </w:r>
      <w:proofErr w:type="gramStart"/>
      <w:r w:rsidRPr="00310333">
        <w:rPr>
          <w:rFonts w:eastAsia="Times New Roman" w:cs="Times New Roman"/>
          <w:szCs w:val="24"/>
        </w:rPr>
        <w:t>slow</w:t>
      </w:r>
      <w:proofErr w:type="gramEnd"/>
      <w:r w:rsidRPr="00310333">
        <w:rPr>
          <w:rFonts w:eastAsia="Times New Roman" w:cs="Times New Roman"/>
          <w:szCs w:val="24"/>
        </w:rPr>
        <w:t xml:space="preserve"> and carefully. His phone had been off for days, but now he powered it up and turned on the signal blocker </w:t>
      </w:r>
      <w:proofErr w:type="gramStart"/>
      <w:r w:rsidRPr="00310333">
        <w:rPr>
          <w:rFonts w:eastAsia="Times New Roman" w:cs="Times New Roman"/>
          <w:szCs w:val="24"/>
        </w:rPr>
        <w:t>he’d</w:t>
      </w:r>
      <w:proofErr w:type="gramEnd"/>
      <w:r w:rsidRPr="00310333">
        <w:rPr>
          <w:rFonts w:eastAsia="Times New Roman" w:cs="Times New Roman"/>
          <w:szCs w:val="24"/>
        </w:rPr>
        <w:t xml:space="preserve"> built himself. Then he cracked open the hard case in his </w:t>
      </w:r>
      <w:proofErr w:type="gramStart"/>
      <w:r w:rsidRPr="00310333">
        <w:rPr>
          <w:rFonts w:eastAsia="Times New Roman" w:cs="Times New Roman"/>
          <w:szCs w:val="24"/>
        </w:rPr>
        <w:t>closet—the one</w:t>
      </w:r>
      <w:proofErr w:type="gramEnd"/>
      <w:r w:rsidRPr="00310333">
        <w:rPr>
          <w:rFonts w:eastAsia="Times New Roman" w:cs="Times New Roman"/>
          <w:szCs w:val="24"/>
        </w:rPr>
        <w:t xml:space="preserve"> he </w:t>
      </w:r>
      <w:proofErr w:type="gramStart"/>
      <w:r w:rsidRPr="00310333">
        <w:rPr>
          <w:rFonts w:eastAsia="Times New Roman" w:cs="Times New Roman"/>
          <w:szCs w:val="24"/>
        </w:rPr>
        <w:t>hadn’t</w:t>
      </w:r>
      <w:proofErr w:type="gramEnd"/>
      <w:r w:rsidRPr="00310333">
        <w:rPr>
          <w:rFonts w:eastAsia="Times New Roman" w:cs="Times New Roman"/>
          <w:szCs w:val="24"/>
        </w:rPr>
        <w:t xml:space="preserve"> touched in six years.</w:t>
      </w:r>
    </w:p>
    <w:p w14:paraId="34BB4D4D" w14:textId="7B8D7B2E"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Inside: his Glock 19, a suppressed rifle he </w:t>
      </w:r>
      <w:proofErr w:type="gramStart"/>
      <w:r w:rsidRPr="00310333">
        <w:rPr>
          <w:rFonts w:eastAsia="Times New Roman" w:cs="Times New Roman"/>
          <w:szCs w:val="24"/>
        </w:rPr>
        <w:t>hadn’t</w:t>
      </w:r>
      <w:proofErr w:type="gramEnd"/>
      <w:r w:rsidRPr="00310333">
        <w:rPr>
          <w:rFonts w:eastAsia="Times New Roman" w:cs="Times New Roman"/>
          <w:szCs w:val="24"/>
        </w:rPr>
        <w:t xml:space="preserve"> fired since Kabul, and a battered ID card from the 5th Special Forces Group, laminated and sun faded.</w:t>
      </w:r>
    </w:p>
    <w:p w14:paraId="1091582B"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The past </w:t>
      </w:r>
      <w:proofErr w:type="gramStart"/>
      <w:r w:rsidRPr="00310333">
        <w:rPr>
          <w:rFonts w:eastAsia="Times New Roman" w:cs="Times New Roman"/>
          <w:szCs w:val="24"/>
        </w:rPr>
        <w:t>wasn’t</w:t>
      </w:r>
      <w:proofErr w:type="gramEnd"/>
      <w:r w:rsidRPr="00310333">
        <w:rPr>
          <w:rFonts w:eastAsia="Times New Roman" w:cs="Times New Roman"/>
          <w:szCs w:val="24"/>
        </w:rPr>
        <w:t xml:space="preserve"> done with him. Not yet.</w:t>
      </w:r>
    </w:p>
    <w:p w14:paraId="32F03141"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At dawn, he drove into Worthington to see Pete Carbone, the town's mechanic and one of the few people Matt still trusted. Pete was ex-Navy, and more importantly, </w:t>
      </w:r>
      <w:proofErr w:type="gramStart"/>
      <w:r w:rsidRPr="00310333">
        <w:rPr>
          <w:rFonts w:eastAsia="Times New Roman" w:cs="Times New Roman"/>
          <w:szCs w:val="24"/>
        </w:rPr>
        <w:t>didn't</w:t>
      </w:r>
      <w:proofErr w:type="gramEnd"/>
      <w:r w:rsidRPr="00310333">
        <w:rPr>
          <w:rFonts w:eastAsia="Times New Roman" w:cs="Times New Roman"/>
          <w:szCs w:val="24"/>
        </w:rPr>
        <w:t xml:space="preserve"> ask questions.</w:t>
      </w:r>
    </w:p>
    <w:p w14:paraId="439E56F7"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on the road into town, Matt’s burner phone buzzed.</w:t>
      </w:r>
    </w:p>
    <w:p w14:paraId="2C7B1F18"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b/>
          <w:bCs/>
          <w:szCs w:val="24"/>
        </w:rPr>
        <w:t>UNKNOWN NUMBER. ONE IMAGE ATTACHED.</w:t>
      </w:r>
    </w:p>
    <w:p w14:paraId="0A649BA3"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He almost </w:t>
      </w:r>
      <w:proofErr w:type="gramStart"/>
      <w:r w:rsidRPr="00310333">
        <w:rPr>
          <w:rFonts w:eastAsia="Times New Roman" w:cs="Times New Roman"/>
          <w:szCs w:val="24"/>
        </w:rPr>
        <w:t>didn’t</w:t>
      </w:r>
      <w:proofErr w:type="gramEnd"/>
      <w:r w:rsidRPr="00310333">
        <w:rPr>
          <w:rFonts w:eastAsia="Times New Roman" w:cs="Times New Roman"/>
          <w:szCs w:val="24"/>
        </w:rPr>
        <w:t xml:space="preserve"> open it. Then he did—and everything changed.</w:t>
      </w:r>
    </w:p>
    <w:p w14:paraId="50B36D5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It was him, clear as day, standing near the Springfield protest two nights ago. The photo </w:t>
      </w:r>
      <w:proofErr w:type="gramStart"/>
      <w:r w:rsidRPr="00310333">
        <w:rPr>
          <w:rFonts w:eastAsia="Times New Roman" w:cs="Times New Roman"/>
          <w:szCs w:val="24"/>
        </w:rPr>
        <w:t>was angled</w:t>
      </w:r>
      <w:proofErr w:type="gramEnd"/>
      <w:r w:rsidRPr="00310333">
        <w:rPr>
          <w:rFonts w:eastAsia="Times New Roman" w:cs="Times New Roman"/>
          <w:szCs w:val="24"/>
        </w:rPr>
        <w:t xml:space="preserve"> just enough to make him look like part of the mob. There was a masked man throwing a Molotov cocktail just behind him. From this angle, it looked like they were together.</w:t>
      </w:r>
    </w:p>
    <w:p w14:paraId="0E778EFC" w14:textId="200BE70A"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It </w:t>
      </w:r>
      <w:proofErr w:type="gramStart"/>
      <w:r w:rsidRPr="00310333">
        <w:rPr>
          <w:rFonts w:eastAsia="Times New Roman" w:cs="Times New Roman"/>
          <w:szCs w:val="24"/>
        </w:rPr>
        <w:t>wasn’t</w:t>
      </w:r>
      <w:proofErr w:type="gramEnd"/>
      <w:r w:rsidRPr="00310333">
        <w:rPr>
          <w:rFonts w:eastAsia="Times New Roman" w:cs="Times New Roman"/>
          <w:szCs w:val="24"/>
        </w:rPr>
        <w:t xml:space="preserve"> even a protest </w:t>
      </w:r>
      <w:proofErr w:type="gramStart"/>
      <w:r w:rsidRPr="00310333">
        <w:rPr>
          <w:rFonts w:eastAsia="Times New Roman" w:cs="Times New Roman"/>
          <w:szCs w:val="24"/>
        </w:rPr>
        <w:t>he’d</w:t>
      </w:r>
      <w:proofErr w:type="gramEnd"/>
      <w:r w:rsidRPr="00310333">
        <w:rPr>
          <w:rFonts w:eastAsia="Times New Roman" w:cs="Times New Roman"/>
          <w:szCs w:val="24"/>
        </w:rPr>
        <w:t xml:space="preserve"> meant to witness. </w:t>
      </w:r>
      <w:proofErr w:type="gramStart"/>
      <w:r w:rsidRPr="00310333">
        <w:rPr>
          <w:rFonts w:eastAsia="Times New Roman" w:cs="Times New Roman"/>
          <w:szCs w:val="24"/>
        </w:rPr>
        <w:t>He’d</w:t>
      </w:r>
      <w:proofErr w:type="gramEnd"/>
      <w:r w:rsidRPr="00310333">
        <w:rPr>
          <w:rFonts w:eastAsia="Times New Roman" w:cs="Times New Roman"/>
          <w:szCs w:val="24"/>
        </w:rPr>
        <w:t xml:space="preserve"> gone to meet a journalist friend passing through the </w:t>
      </w:r>
      <w:r w:rsidR="0037047B" w:rsidRPr="00310333">
        <w:rPr>
          <w:rFonts w:eastAsia="Times New Roman" w:cs="Times New Roman"/>
          <w:szCs w:val="24"/>
        </w:rPr>
        <w:t xml:space="preserve">areas </w:t>
      </w:r>
      <w:r w:rsidRPr="00310333">
        <w:rPr>
          <w:rFonts w:eastAsia="Times New Roman" w:cs="Times New Roman"/>
          <w:szCs w:val="24"/>
        </w:rPr>
        <w:t xml:space="preserve">she never showed. The rally turned fast, and </w:t>
      </w:r>
      <w:proofErr w:type="gramStart"/>
      <w:r w:rsidRPr="00310333">
        <w:rPr>
          <w:rFonts w:eastAsia="Times New Roman" w:cs="Times New Roman"/>
          <w:szCs w:val="24"/>
        </w:rPr>
        <w:t>he’d</w:t>
      </w:r>
      <w:proofErr w:type="gramEnd"/>
      <w:r w:rsidRPr="00310333">
        <w:rPr>
          <w:rFonts w:eastAsia="Times New Roman" w:cs="Times New Roman"/>
          <w:szCs w:val="24"/>
        </w:rPr>
        <w:t xml:space="preserve"> left as sirens closed in. No police had questioned him. No one had stopped him. But someone had taken that picture.</w:t>
      </w:r>
    </w:p>
    <w:p w14:paraId="1BB5193D"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caption read:</w:t>
      </w:r>
      <w:r w:rsidRPr="00310333">
        <w:rPr>
          <w:rFonts w:eastAsia="Times New Roman" w:cs="Times New Roman"/>
          <w:szCs w:val="24"/>
        </w:rPr>
        <w:br/>
      </w:r>
      <w:r w:rsidRPr="00310333">
        <w:rPr>
          <w:rFonts w:eastAsia="Times New Roman" w:cs="Times New Roman"/>
          <w:b/>
          <w:bCs/>
          <w:szCs w:val="24"/>
        </w:rPr>
        <w:t>"EX-GREEN BERET SPOTTED AT SPRINGFIELD PROTEST. AI FLAGGED HIM AS A THREAT LAST YEAR."</w:t>
      </w:r>
    </w:p>
    <w:p w14:paraId="0D95FBC6"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stared at it for a long moment. Then the phone buzzed again.</w:t>
      </w:r>
    </w:p>
    <w:p w14:paraId="4DE8A0C3"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Another message.</w:t>
      </w:r>
      <w:r w:rsidRPr="00310333">
        <w:rPr>
          <w:rFonts w:eastAsia="Times New Roman" w:cs="Times New Roman"/>
          <w:szCs w:val="24"/>
        </w:rPr>
        <w:br/>
      </w:r>
      <w:r w:rsidRPr="00310333">
        <w:rPr>
          <w:rFonts w:eastAsia="Times New Roman" w:cs="Times New Roman"/>
          <w:b/>
          <w:bCs/>
          <w:szCs w:val="24"/>
        </w:rPr>
        <w:t>“</w:t>
      </w:r>
      <w:proofErr w:type="gramStart"/>
      <w:r w:rsidRPr="00310333">
        <w:rPr>
          <w:rFonts w:eastAsia="Times New Roman" w:cs="Times New Roman"/>
          <w:b/>
          <w:bCs/>
          <w:szCs w:val="24"/>
        </w:rPr>
        <w:t>They’re</w:t>
      </w:r>
      <w:proofErr w:type="gramEnd"/>
      <w:r w:rsidRPr="00310333">
        <w:rPr>
          <w:rFonts w:eastAsia="Times New Roman" w:cs="Times New Roman"/>
          <w:b/>
          <w:bCs/>
          <w:szCs w:val="24"/>
        </w:rPr>
        <w:t xml:space="preserve"> coming. You need to go.”</w:t>
      </w:r>
    </w:p>
    <w:p w14:paraId="706C3DC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lastRenderedPageBreak/>
        <w:t>No name. Just that.</w:t>
      </w:r>
    </w:p>
    <w:p w14:paraId="038A7BBF"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looked up. Above the trees, the glint of metal again. The drone had returned—and now there were two.</w:t>
      </w:r>
    </w:p>
    <w:p w14:paraId="25643F79"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Matt turned off the phone, yanked the battery, and flung it deep into the woods. That drone </w:t>
      </w:r>
      <w:proofErr w:type="gramStart"/>
      <w:r w:rsidRPr="0037047B">
        <w:rPr>
          <w:rFonts w:eastAsia="Times New Roman" w:cs="Times New Roman"/>
          <w:szCs w:val="24"/>
        </w:rPr>
        <w:t>wasn’t</w:t>
      </w:r>
      <w:proofErr w:type="gramEnd"/>
      <w:r w:rsidRPr="0037047B">
        <w:rPr>
          <w:rFonts w:eastAsia="Times New Roman" w:cs="Times New Roman"/>
          <w:szCs w:val="24"/>
        </w:rPr>
        <w:t xml:space="preserve"> filming for kicks. Someone was watching. Tracking. Cataloging.</w:t>
      </w:r>
    </w:p>
    <w:p w14:paraId="11E3C12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He drove into town anyway—still thinking </w:t>
      </w:r>
      <w:proofErr w:type="gramStart"/>
      <w:r w:rsidRPr="0037047B">
        <w:rPr>
          <w:rFonts w:eastAsia="Times New Roman" w:cs="Times New Roman"/>
          <w:szCs w:val="24"/>
        </w:rPr>
        <w:t>maybe he</w:t>
      </w:r>
      <w:proofErr w:type="gramEnd"/>
      <w:r w:rsidRPr="0037047B">
        <w:rPr>
          <w:rFonts w:eastAsia="Times New Roman" w:cs="Times New Roman"/>
          <w:szCs w:val="24"/>
        </w:rPr>
        <w:t xml:space="preserve"> could get ahead of it. Get answers. It was a mistake.</w:t>
      </w:r>
    </w:p>
    <w:p w14:paraId="6974BCFE"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Pete’s garage </w:t>
      </w:r>
      <w:proofErr w:type="gramStart"/>
      <w:r w:rsidRPr="0037047B">
        <w:rPr>
          <w:rFonts w:eastAsia="Times New Roman" w:cs="Times New Roman"/>
          <w:szCs w:val="24"/>
        </w:rPr>
        <w:t>was shuttered</w:t>
      </w:r>
      <w:proofErr w:type="gramEnd"/>
      <w:r w:rsidRPr="0037047B">
        <w:rPr>
          <w:rFonts w:eastAsia="Times New Roman" w:cs="Times New Roman"/>
          <w:szCs w:val="24"/>
        </w:rPr>
        <w:t>. Not closed—shuttered. Windows boarded. A crude sign spray-painted on plywood read:</w:t>
      </w:r>
      <w:r w:rsidRPr="0037047B">
        <w:rPr>
          <w:rFonts w:eastAsia="Times New Roman" w:cs="Times New Roman"/>
          <w:szCs w:val="24"/>
        </w:rPr>
        <w:br/>
      </w:r>
      <w:r w:rsidRPr="0037047B">
        <w:rPr>
          <w:rFonts w:eastAsia="Times New Roman" w:cs="Times New Roman"/>
          <w:b/>
          <w:bCs/>
          <w:szCs w:val="24"/>
        </w:rPr>
        <w:t>NO SERVICE FOR DOMESTIC TERRORISTS.</w:t>
      </w:r>
    </w:p>
    <w:p w14:paraId="3E834A5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Matt stared for a full minute. Pete had been at his daughter’s wedding last year. </w:t>
      </w:r>
      <w:proofErr w:type="gramStart"/>
      <w:r w:rsidRPr="0037047B">
        <w:rPr>
          <w:rFonts w:eastAsia="Times New Roman" w:cs="Times New Roman"/>
          <w:szCs w:val="24"/>
        </w:rPr>
        <w:t>They’d</w:t>
      </w:r>
      <w:proofErr w:type="gramEnd"/>
      <w:r w:rsidRPr="0037047B">
        <w:rPr>
          <w:rFonts w:eastAsia="Times New Roman" w:cs="Times New Roman"/>
          <w:szCs w:val="24"/>
        </w:rPr>
        <w:t xml:space="preserve"> shared a beer on the back porch, </w:t>
      </w:r>
      <w:proofErr w:type="gramStart"/>
      <w:r w:rsidRPr="0037047B">
        <w:rPr>
          <w:rFonts w:eastAsia="Times New Roman" w:cs="Times New Roman"/>
          <w:szCs w:val="24"/>
        </w:rPr>
        <w:t>talked</w:t>
      </w:r>
      <w:proofErr w:type="gramEnd"/>
      <w:r w:rsidRPr="0037047B">
        <w:rPr>
          <w:rFonts w:eastAsia="Times New Roman" w:cs="Times New Roman"/>
          <w:szCs w:val="24"/>
        </w:rPr>
        <w:t xml:space="preserve"> about retiring to Maine. Now this?</w:t>
      </w:r>
    </w:p>
    <w:p w14:paraId="4DC7E54A"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walked down Main Street toward the diner. The town felt different. Tense. Eyes followed him. Conversations stopped when he passed. A kid on a bike slowed just enough to snap a photo.</w:t>
      </w:r>
    </w:p>
    <w:p w14:paraId="08B42120"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Inside the diner, Sherry, the owner, looked up and froze mid-order. Her mouth opened, </w:t>
      </w:r>
      <w:proofErr w:type="gramStart"/>
      <w:r w:rsidRPr="0037047B">
        <w:rPr>
          <w:rFonts w:eastAsia="Times New Roman" w:cs="Times New Roman"/>
          <w:szCs w:val="24"/>
        </w:rPr>
        <w:t>then</w:t>
      </w:r>
      <w:proofErr w:type="gramEnd"/>
      <w:r w:rsidRPr="0037047B">
        <w:rPr>
          <w:rFonts w:eastAsia="Times New Roman" w:cs="Times New Roman"/>
          <w:szCs w:val="24"/>
        </w:rPr>
        <w:t xml:space="preserve"> closed.</w:t>
      </w:r>
    </w:p>
    <w:p w14:paraId="016788E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“Coffee?” she asked finally, too loud.</w:t>
      </w:r>
    </w:p>
    <w:p w14:paraId="7BFC4D00"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nodded.</w:t>
      </w:r>
    </w:p>
    <w:p w14:paraId="1922EA9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She poured it, hands shaking.</w:t>
      </w:r>
    </w:p>
    <w:p w14:paraId="6B8E965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"You should leave, Mattie," she whispered, leaning in. "Before it gets worse."</w:t>
      </w:r>
    </w:p>
    <w:p w14:paraId="58299E1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blinked. “Worse than what?”</w:t>
      </w:r>
    </w:p>
    <w:p w14:paraId="4FA3553D"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“You don’t know?” she asked, already regretting it. “</w:t>
      </w:r>
      <w:proofErr w:type="gramStart"/>
      <w:r w:rsidRPr="0037047B">
        <w:rPr>
          <w:rFonts w:eastAsia="Times New Roman" w:cs="Times New Roman"/>
          <w:szCs w:val="24"/>
        </w:rPr>
        <w:t>They’ve</w:t>
      </w:r>
      <w:proofErr w:type="gramEnd"/>
      <w:r w:rsidRPr="0037047B">
        <w:rPr>
          <w:rFonts w:eastAsia="Times New Roman" w:cs="Times New Roman"/>
          <w:szCs w:val="24"/>
        </w:rPr>
        <w:t xml:space="preserve"> been here. Feds. Asking around. Said you were ‘of interest.’ Showed that protest photo. </w:t>
      </w:r>
      <w:proofErr w:type="gramStart"/>
      <w:r w:rsidRPr="0037047B">
        <w:rPr>
          <w:rFonts w:eastAsia="Times New Roman" w:cs="Times New Roman"/>
          <w:szCs w:val="24"/>
        </w:rPr>
        <w:t>You’re</w:t>
      </w:r>
      <w:proofErr w:type="gramEnd"/>
      <w:r w:rsidRPr="0037047B">
        <w:rPr>
          <w:rFonts w:eastAsia="Times New Roman" w:cs="Times New Roman"/>
          <w:szCs w:val="24"/>
        </w:rPr>
        <w:t xml:space="preserve"> all over the local boards. And Reddit, I think. </w:t>
      </w:r>
      <w:proofErr w:type="gramStart"/>
      <w:r w:rsidRPr="0037047B">
        <w:rPr>
          <w:rFonts w:eastAsia="Times New Roman" w:cs="Times New Roman"/>
          <w:szCs w:val="24"/>
        </w:rPr>
        <w:t>Some</w:t>
      </w:r>
      <w:proofErr w:type="gramEnd"/>
      <w:r w:rsidRPr="0037047B">
        <w:rPr>
          <w:rFonts w:eastAsia="Times New Roman" w:cs="Times New Roman"/>
          <w:szCs w:val="24"/>
        </w:rPr>
        <w:t xml:space="preserve"> kid posted about your ‘kill record’ from Afghanistan like he was quoting gospel.”</w:t>
      </w:r>
    </w:p>
    <w:p w14:paraId="4809E06C"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His jaw tensed. “What else?”</w:t>
      </w:r>
    </w:p>
    <w:p w14:paraId="3DF37237"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She hesitated. “People are saying... things. That you trained militias in your backyard. That you hate the government. That you made threats online.”</w:t>
      </w:r>
    </w:p>
    <w:p w14:paraId="3F717FCC"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“Bullshit.”</w:t>
      </w:r>
    </w:p>
    <w:p w14:paraId="00408A75"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“I know. But people are scared. </w:t>
      </w:r>
      <w:proofErr w:type="gramStart"/>
      <w:r w:rsidRPr="0037047B">
        <w:rPr>
          <w:rFonts w:eastAsia="Times New Roman" w:cs="Times New Roman"/>
          <w:szCs w:val="24"/>
        </w:rPr>
        <w:t>Some of</w:t>
      </w:r>
      <w:proofErr w:type="gramEnd"/>
      <w:r w:rsidRPr="0037047B">
        <w:rPr>
          <w:rFonts w:eastAsia="Times New Roman" w:cs="Times New Roman"/>
          <w:szCs w:val="24"/>
        </w:rPr>
        <w:t xml:space="preserve"> ’em want someone to blame. And </w:t>
      </w:r>
      <w:proofErr w:type="gramStart"/>
      <w:r w:rsidRPr="0037047B">
        <w:rPr>
          <w:rFonts w:eastAsia="Times New Roman" w:cs="Times New Roman"/>
          <w:szCs w:val="24"/>
        </w:rPr>
        <w:t>you're</w:t>
      </w:r>
      <w:proofErr w:type="gramEnd"/>
      <w:r w:rsidRPr="0037047B">
        <w:rPr>
          <w:rFonts w:eastAsia="Times New Roman" w:cs="Times New Roman"/>
          <w:szCs w:val="24"/>
        </w:rPr>
        <w:t xml:space="preserve"> convenient.”</w:t>
      </w:r>
    </w:p>
    <w:p w14:paraId="470C59B5"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Matt looked out the window. Across the street, the pastor from the Congregational Church stood stiffly beside two men in black jackets. They </w:t>
      </w:r>
      <w:proofErr w:type="gramStart"/>
      <w:r w:rsidRPr="0037047B">
        <w:rPr>
          <w:rFonts w:eastAsia="Times New Roman" w:cs="Times New Roman"/>
          <w:szCs w:val="24"/>
        </w:rPr>
        <w:t>weren’t</w:t>
      </w:r>
      <w:proofErr w:type="gramEnd"/>
      <w:r w:rsidRPr="0037047B">
        <w:rPr>
          <w:rFonts w:eastAsia="Times New Roman" w:cs="Times New Roman"/>
          <w:szCs w:val="24"/>
        </w:rPr>
        <w:t xml:space="preserve"> from town.</w:t>
      </w:r>
    </w:p>
    <w:p w14:paraId="3FDA5F3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FBI.</w:t>
      </w:r>
    </w:p>
    <w:p w14:paraId="3784209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slid a twenty under the coffee cup and left.</w:t>
      </w:r>
    </w:p>
    <w:p w14:paraId="62E2351D"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lastRenderedPageBreak/>
        <w:t xml:space="preserve">By the time he got back to his house, the damage had </w:t>
      </w:r>
      <w:proofErr w:type="gramStart"/>
      <w:r w:rsidRPr="0037047B">
        <w:rPr>
          <w:rFonts w:eastAsia="Times New Roman" w:cs="Times New Roman"/>
          <w:szCs w:val="24"/>
        </w:rPr>
        <w:t>been done</w:t>
      </w:r>
      <w:proofErr w:type="gramEnd"/>
      <w:r w:rsidRPr="0037047B">
        <w:rPr>
          <w:rFonts w:eastAsia="Times New Roman" w:cs="Times New Roman"/>
          <w:szCs w:val="24"/>
        </w:rPr>
        <w:t xml:space="preserve">. His mailbox had </w:t>
      </w:r>
      <w:proofErr w:type="gramStart"/>
      <w:r w:rsidRPr="0037047B">
        <w:rPr>
          <w:rFonts w:eastAsia="Times New Roman" w:cs="Times New Roman"/>
          <w:szCs w:val="24"/>
        </w:rPr>
        <w:t>been smashed</w:t>
      </w:r>
      <w:proofErr w:type="gramEnd"/>
      <w:r w:rsidRPr="0037047B">
        <w:rPr>
          <w:rFonts w:eastAsia="Times New Roman" w:cs="Times New Roman"/>
          <w:szCs w:val="24"/>
        </w:rPr>
        <w:t xml:space="preserve"> in. Someone had spray-painted </w:t>
      </w:r>
      <w:r w:rsidRPr="0037047B">
        <w:rPr>
          <w:rFonts w:eastAsia="Times New Roman" w:cs="Times New Roman"/>
          <w:b/>
          <w:bCs/>
          <w:szCs w:val="24"/>
        </w:rPr>
        <w:t>KILLER</w:t>
      </w:r>
      <w:r w:rsidRPr="0037047B">
        <w:rPr>
          <w:rFonts w:eastAsia="Times New Roman" w:cs="Times New Roman"/>
          <w:szCs w:val="24"/>
        </w:rPr>
        <w:t xml:space="preserve"> across his garage door in dripping red paint. The tires on his truck </w:t>
      </w:r>
      <w:proofErr w:type="gramStart"/>
      <w:r w:rsidRPr="0037047B">
        <w:rPr>
          <w:rFonts w:eastAsia="Times New Roman" w:cs="Times New Roman"/>
          <w:szCs w:val="24"/>
        </w:rPr>
        <w:t>were slashed</w:t>
      </w:r>
      <w:proofErr w:type="gramEnd"/>
      <w:r w:rsidRPr="0037047B">
        <w:rPr>
          <w:rFonts w:eastAsia="Times New Roman" w:cs="Times New Roman"/>
          <w:szCs w:val="24"/>
        </w:rPr>
        <w:t xml:space="preserve">. And in his front yard, planted like a grave marker, was a printed screenshot of the photo from Springfield. A single line </w:t>
      </w:r>
      <w:proofErr w:type="gramStart"/>
      <w:r w:rsidRPr="0037047B">
        <w:rPr>
          <w:rFonts w:eastAsia="Times New Roman" w:cs="Times New Roman"/>
          <w:szCs w:val="24"/>
        </w:rPr>
        <w:t>was scrawled</w:t>
      </w:r>
      <w:proofErr w:type="gramEnd"/>
      <w:r w:rsidRPr="0037047B">
        <w:rPr>
          <w:rFonts w:eastAsia="Times New Roman" w:cs="Times New Roman"/>
          <w:szCs w:val="24"/>
        </w:rPr>
        <w:t xml:space="preserve"> across the bottom in permanent marker:</w:t>
      </w:r>
    </w:p>
    <w:p w14:paraId="1B1C7C9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b/>
          <w:bCs/>
          <w:szCs w:val="24"/>
        </w:rPr>
        <w:t>“The AI was right.”</w:t>
      </w:r>
    </w:p>
    <w:p w14:paraId="2EE48BA4"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stared at it for a long time.</w:t>
      </w:r>
    </w:p>
    <w:p w14:paraId="10CDE3CE"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Then he turned, walked back into his house, and began packing.</w:t>
      </w:r>
    </w:p>
    <w:p w14:paraId="45A9056A"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He </w:t>
      </w:r>
      <w:proofErr w:type="gramStart"/>
      <w:r w:rsidRPr="0037047B">
        <w:rPr>
          <w:rFonts w:eastAsia="Times New Roman" w:cs="Times New Roman"/>
          <w:szCs w:val="24"/>
        </w:rPr>
        <w:t>didn’t</w:t>
      </w:r>
      <w:proofErr w:type="gramEnd"/>
      <w:r w:rsidRPr="0037047B">
        <w:rPr>
          <w:rFonts w:eastAsia="Times New Roman" w:cs="Times New Roman"/>
          <w:szCs w:val="24"/>
        </w:rPr>
        <w:t xml:space="preserve"> need to wait for the knock at the door. It was coming. And when it did, it </w:t>
      </w:r>
      <w:proofErr w:type="gramStart"/>
      <w:r w:rsidRPr="0037047B">
        <w:rPr>
          <w:rFonts w:eastAsia="Times New Roman" w:cs="Times New Roman"/>
          <w:szCs w:val="24"/>
        </w:rPr>
        <w:t>wouldn’t</w:t>
      </w:r>
      <w:proofErr w:type="gramEnd"/>
      <w:r w:rsidRPr="0037047B">
        <w:rPr>
          <w:rFonts w:eastAsia="Times New Roman" w:cs="Times New Roman"/>
          <w:szCs w:val="24"/>
        </w:rPr>
        <w:t xml:space="preserve"> be a question. It would be a drone, or a raid team, or a shot in the night with a headline that read </w:t>
      </w:r>
      <w:r w:rsidRPr="0037047B">
        <w:rPr>
          <w:rFonts w:eastAsia="Times New Roman" w:cs="Times New Roman"/>
          <w:i/>
          <w:iCs/>
          <w:szCs w:val="24"/>
        </w:rPr>
        <w:t>“Flagged Veteran Neutralized Before Attack.”</w:t>
      </w:r>
    </w:p>
    <w:p w14:paraId="00419A77"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Matt </w:t>
      </w:r>
      <w:proofErr w:type="gramStart"/>
      <w:r w:rsidRPr="0037047B">
        <w:rPr>
          <w:rFonts w:eastAsia="Times New Roman" w:cs="Times New Roman"/>
          <w:szCs w:val="24"/>
        </w:rPr>
        <w:t>wasn’t</w:t>
      </w:r>
      <w:proofErr w:type="gramEnd"/>
      <w:r w:rsidRPr="0037047B">
        <w:rPr>
          <w:rFonts w:eastAsia="Times New Roman" w:cs="Times New Roman"/>
          <w:szCs w:val="24"/>
        </w:rPr>
        <w:t xml:space="preserve"> going to be the poster boy for their algorithm. He </w:t>
      </w:r>
      <w:proofErr w:type="gramStart"/>
      <w:r w:rsidRPr="0037047B">
        <w:rPr>
          <w:rFonts w:eastAsia="Times New Roman" w:cs="Times New Roman"/>
          <w:szCs w:val="24"/>
        </w:rPr>
        <w:t>wouldn’t</w:t>
      </w:r>
      <w:proofErr w:type="gramEnd"/>
      <w:r w:rsidRPr="0037047B">
        <w:rPr>
          <w:rFonts w:eastAsia="Times New Roman" w:cs="Times New Roman"/>
          <w:szCs w:val="24"/>
        </w:rPr>
        <w:t xml:space="preserve"> let them </w:t>
      </w:r>
      <w:proofErr w:type="gramStart"/>
      <w:r w:rsidRPr="0037047B">
        <w:rPr>
          <w:rFonts w:eastAsia="Times New Roman" w:cs="Times New Roman"/>
          <w:szCs w:val="24"/>
        </w:rPr>
        <w:t>write</w:t>
      </w:r>
      <w:proofErr w:type="gramEnd"/>
      <w:r w:rsidRPr="0037047B">
        <w:rPr>
          <w:rFonts w:eastAsia="Times New Roman" w:cs="Times New Roman"/>
          <w:szCs w:val="24"/>
        </w:rPr>
        <w:t xml:space="preserve"> the story.</w:t>
      </w:r>
    </w:p>
    <w:p w14:paraId="6FCF6A5F"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Not without a fight.</w:t>
      </w:r>
    </w:p>
    <w:p w14:paraId="51307F2D" w14:textId="77777777" w:rsidR="003A1206" w:rsidRPr="003A1206" w:rsidRDefault="003A1206" w:rsidP="003A1206">
      <w:pPr>
        <w:spacing w:before="100" w:beforeAutospacing="1" w:after="100" w:afterAutospacing="1"/>
        <w:outlineLvl w:val="1"/>
        <w:rPr>
          <w:rFonts w:eastAsia="Times New Roman" w:cs="Times New Roman"/>
          <w:b/>
          <w:bCs/>
          <w:sz w:val="36"/>
          <w:szCs w:val="36"/>
        </w:rPr>
      </w:pPr>
      <w:r w:rsidRPr="003A1206">
        <w:rPr>
          <w:rFonts w:eastAsia="Times New Roman" w:cs="Times New Roman"/>
          <w:b/>
          <w:bCs/>
          <w:sz w:val="36"/>
          <w:szCs w:val="36"/>
        </w:rPr>
        <w:t>Chapter Two – Systems Go</w:t>
      </w:r>
    </w:p>
    <w:p w14:paraId="4C8BAFB9"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At 3:17 a.m., inside a sealed operations center beneath a nondescript building in northern Virginia, the PreConvict threat board refreshed.</w:t>
      </w:r>
    </w:p>
    <w:p w14:paraId="25E125E6"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b/>
          <w:bCs/>
          <w:szCs w:val="24"/>
        </w:rPr>
        <w:t>SUBJECT: MATTEO DELUCA</w:t>
      </w:r>
      <w:r w:rsidRPr="003A1206">
        <w:rPr>
          <w:rFonts w:eastAsia="Times New Roman" w:cs="Times New Roman"/>
          <w:szCs w:val="24"/>
        </w:rPr>
        <w:br/>
      </w:r>
      <w:r w:rsidRPr="003A1206">
        <w:rPr>
          <w:rFonts w:eastAsia="Times New Roman" w:cs="Times New Roman"/>
          <w:b/>
          <w:bCs/>
          <w:szCs w:val="24"/>
        </w:rPr>
        <w:t>SCORE: 97.4%</w:t>
      </w:r>
      <w:r w:rsidRPr="003A1206">
        <w:rPr>
          <w:rFonts w:eastAsia="Times New Roman" w:cs="Times New Roman"/>
          <w:szCs w:val="24"/>
        </w:rPr>
        <w:br/>
      </w:r>
      <w:r w:rsidRPr="003A1206">
        <w:rPr>
          <w:rFonts w:eastAsia="Times New Roman" w:cs="Times New Roman"/>
          <w:b/>
          <w:bCs/>
          <w:szCs w:val="24"/>
        </w:rPr>
        <w:t>CLASSIFICATION: IMMINENT THREAT – TYPE: POLITICAL VIOLENCE</w:t>
      </w:r>
      <w:r w:rsidRPr="003A1206">
        <w:rPr>
          <w:rFonts w:eastAsia="Times New Roman" w:cs="Times New Roman"/>
          <w:szCs w:val="24"/>
        </w:rPr>
        <w:br/>
      </w:r>
      <w:r w:rsidRPr="003A1206">
        <w:rPr>
          <w:rFonts w:eastAsia="Times New Roman" w:cs="Times New Roman"/>
          <w:b/>
          <w:bCs/>
          <w:szCs w:val="24"/>
        </w:rPr>
        <w:t>RECOMMENDED ACTION: LOCATE – ISOLATE – DETAIN (LETHAL FORCE AUTHORIZED)</w:t>
      </w:r>
    </w:p>
    <w:p w14:paraId="4977AC4A"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No one questioned it.</w:t>
      </w:r>
    </w:p>
    <w:p w14:paraId="0F197485"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By the time the system alerted DHS and the Joint Operations Tasking Command, Matteo Deluca’s name had already filtered through facial recognition databases, drone footage, and mobile ping triangulation from surrounding devices. The system compiled recent social chatter: conspiracy keywords, patriot hashtags, geotagged mentions.</w:t>
      </w:r>
    </w:p>
    <w:p w14:paraId="5E97B96D"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Then came the testimonies—curated from </w:t>
      </w:r>
      <w:proofErr w:type="gramStart"/>
      <w:r w:rsidRPr="003A1206">
        <w:rPr>
          <w:rFonts w:eastAsia="Times New Roman" w:cs="Times New Roman"/>
          <w:szCs w:val="24"/>
        </w:rPr>
        <w:t>local residents</w:t>
      </w:r>
      <w:proofErr w:type="gramEnd"/>
      <w:r w:rsidRPr="003A1206">
        <w:rPr>
          <w:rFonts w:eastAsia="Times New Roman" w:cs="Times New Roman"/>
          <w:szCs w:val="24"/>
        </w:rPr>
        <w:t xml:space="preserve">, social media posts, and </w:t>
      </w:r>
      <w:proofErr w:type="gramStart"/>
      <w:r w:rsidRPr="003A1206">
        <w:rPr>
          <w:rFonts w:eastAsia="Times New Roman" w:cs="Times New Roman"/>
          <w:szCs w:val="24"/>
        </w:rPr>
        <w:t>a few</w:t>
      </w:r>
      <w:proofErr w:type="gramEnd"/>
      <w:r w:rsidRPr="003A1206">
        <w:rPr>
          <w:rFonts w:eastAsia="Times New Roman" w:cs="Times New Roman"/>
          <w:szCs w:val="24"/>
        </w:rPr>
        <w:t xml:space="preserve"> incentivized “tipsters.”</w:t>
      </w:r>
    </w:p>
    <w:p w14:paraId="7DB183C1" w14:textId="77777777" w:rsidR="003A1206" w:rsidRPr="003A1206" w:rsidRDefault="003A1206" w:rsidP="003A1206">
      <w:pPr>
        <w:spacing w:beforeAutospacing="1" w:afterAutospacing="1"/>
        <w:rPr>
          <w:rFonts w:eastAsia="Times New Roman" w:cs="Times New Roman"/>
          <w:szCs w:val="24"/>
        </w:rPr>
      </w:pPr>
      <w:r w:rsidRPr="003A1206">
        <w:rPr>
          <w:rFonts w:eastAsia="Times New Roman" w:cs="Times New Roman"/>
          <w:i/>
          <w:iCs/>
          <w:szCs w:val="24"/>
        </w:rPr>
        <w:t>“He said the government was the real enemy.”</w:t>
      </w:r>
      <w:r w:rsidRPr="003A1206">
        <w:rPr>
          <w:rFonts w:eastAsia="Times New Roman" w:cs="Times New Roman"/>
          <w:szCs w:val="24"/>
        </w:rPr>
        <w:br/>
      </w:r>
      <w:r w:rsidRPr="003A1206">
        <w:rPr>
          <w:rFonts w:eastAsia="Times New Roman" w:cs="Times New Roman"/>
          <w:i/>
          <w:iCs/>
          <w:szCs w:val="24"/>
        </w:rPr>
        <w:t>“I saw him training out back. Guns, targets, the works.”</w:t>
      </w:r>
      <w:r w:rsidRPr="003A1206">
        <w:rPr>
          <w:rFonts w:eastAsia="Times New Roman" w:cs="Times New Roman"/>
          <w:szCs w:val="24"/>
        </w:rPr>
        <w:br/>
      </w:r>
      <w:r w:rsidRPr="003A1206">
        <w:rPr>
          <w:rFonts w:eastAsia="Times New Roman" w:cs="Times New Roman"/>
          <w:i/>
          <w:iCs/>
          <w:szCs w:val="24"/>
        </w:rPr>
        <w:t>“Mattie told me last month the whole town would ‘learn the hard way.’”</w:t>
      </w:r>
    </w:p>
    <w:p w14:paraId="1E18784E"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All false. All unverifiable. But the algorithm </w:t>
      </w:r>
      <w:proofErr w:type="gramStart"/>
      <w:r w:rsidRPr="003A1206">
        <w:rPr>
          <w:rFonts w:eastAsia="Times New Roman" w:cs="Times New Roman"/>
          <w:szCs w:val="24"/>
        </w:rPr>
        <w:t>didn’t</w:t>
      </w:r>
      <w:proofErr w:type="gramEnd"/>
      <w:r w:rsidRPr="003A1206">
        <w:rPr>
          <w:rFonts w:eastAsia="Times New Roman" w:cs="Times New Roman"/>
          <w:szCs w:val="24"/>
        </w:rPr>
        <w:t xml:space="preserve"> care. It </w:t>
      </w:r>
      <w:proofErr w:type="gramStart"/>
      <w:r w:rsidRPr="003A1206">
        <w:rPr>
          <w:rFonts w:eastAsia="Times New Roman" w:cs="Times New Roman"/>
          <w:szCs w:val="24"/>
        </w:rPr>
        <w:t>wasn’t</w:t>
      </w:r>
      <w:proofErr w:type="gramEnd"/>
      <w:r w:rsidRPr="003A1206">
        <w:rPr>
          <w:rFonts w:eastAsia="Times New Roman" w:cs="Times New Roman"/>
          <w:szCs w:val="24"/>
        </w:rPr>
        <w:t xml:space="preserve"> designed for </w:t>
      </w:r>
      <w:proofErr w:type="gramStart"/>
      <w:r w:rsidRPr="003A1206">
        <w:rPr>
          <w:rFonts w:eastAsia="Times New Roman" w:cs="Times New Roman"/>
          <w:szCs w:val="24"/>
        </w:rPr>
        <w:t>nuance—</w:t>
      </w:r>
      <w:proofErr w:type="gramEnd"/>
      <w:r w:rsidRPr="003A1206">
        <w:rPr>
          <w:rFonts w:eastAsia="Times New Roman" w:cs="Times New Roman"/>
          <w:szCs w:val="24"/>
        </w:rPr>
        <w:t xml:space="preserve">it </w:t>
      </w:r>
      <w:proofErr w:type="gramStart"/>
      <w:r w:rsidRPr="003A1206">
        <w:rPr>
          <w:rFonts w:eastAsia="Times New Roman" w:cs="Times New Roman"/>
          <w:szCs w:val="24"/>
        </w:rPr>
        <w:t>was designed</w:t>
      </w:r>
      <w:proofErr w:type="gramEnd"/>
      <w:r w:rsidRPr="003A1206">
        <w:rPr>
          <w:rFonts w:eastAsia="Times New Roman" w:cs="Times New Roman"/>
          <w:szCs w:val="24"/>
        </w:rPr>
        <w:t xml:space="preserve"> for patterns, probabilities, and headlines that made congressional hearings go smoother.</w:t>
      </w:r>
    </w:p>
    <w:p w14:paraId="2BCBFF1C"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The operation was greenlit.</w:t>
      </w:r>
    </w:p>
    <w:p w14:paraId="4C06A68B" w14:textId="77777777" w:rsidR="003A1206" w:rsidRPr="003A1206" w:rsidRDefault="002010FF" w:rsidP="003A1206">
      <w:pPr>
        <w:rPr>
          <w:rFonts w:eastAsia="Times New Roman" w:cs="Times New Roman"/>
          <w:szCs w:val="24"/>
        </w:rPr>
      </w:pPr>
      <w:r>
        <w:rPr>
          <w:rFonts w:eastAsia="Times New Roman" w:cs="Times New Roman"/>
          <w:szCs w:val="24"/>
        </w:rPr>
        <w:pict w14:anchorId="353B27AB">
          <v:rect id="_x0000_i1025" style="width:0;height:1.5pt" o:hralign="center" o:hrstd="t" o:hr="t" fillcolor="#a0a0a0" stroked="f"/>
        </w:pict>
      </w:r>
    </w:p>
    <w:p w14:paraId="36300660"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Matt was already ten miles out of town when the federal convoy passed him in the opposite direction. Three unmarked SUVs. Night optics. Suppressors. </w:t>
      </w:r>
      <w:proofErr w:type="gramStart"/>
      <w:r w:rsidRPr="003A1206">
        <w:rPr>
          <w:rFonts w:eastAsia="Times New Roman" w:cs="Times New Roman"/>
          <w:szCs w:val="24"/>
        </w:rPr>
        <w:t>They’d</w:t>
      </w:r>
      <w:proofErr w:type="gramEnd"/>
      <w:r w:rsidRPr="003A1206">
        <w:rPr>
          <w:rFonts w:eastAsia="Times New Roman" w:cs="Times New Roman"/>
          <w:szCs w:val="24"/>
        </w:rPr>
        <w:t xml:space="preserve"> find his house cold and empty, the fireplace still burning, </w:t>
      </w:r>
      <w:r w:rsidRPr="003A1206">
        <w:rPr>
          <w:rFonts w:eastAsia="Times New Roman" w:cs="Times New Roman"/>
          <w:szCs w:val="24"/>
        </w:rPr>
        <w:lastRenderedPageBreak/>
        <w:t xml:space="preserve">and a floorboard missing in the closet where </w:t>
      </w:r>
      <w:proofErr w:type="gramStart"/>
      <w:r w:rsidRPr="003A1206">
        <w:rPr>
          <w:rFonts w:eastAsia="Times New Roman" w:cs="Times New Roman"/>
          <w:szCs w:val="24"/>
        </w:rPr>
        <w:t>he'd</w:t>
      </w:r>
      <w:proofErr w:type="gramEnd"/>
      <w:r w:rsidRPr="003A1206">
        <w:rPr>
          <w:rFonts w:eastAsia="Times New Roman" w:cs="Times New Roman"/>
          <w:szCs w:val="24"/>
        </w:rPr>
        <w:t xml:space="preserve"> kept old IDs and a single burner phone with nothing but a GPS app and an encrypted chat window.</w:t>
      </w:r>
    </w:p>
    <w:p w14:paraId="6B716F95"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No fingerprints. No written plan. Just a note in block letters taped </w:t>
      </w:r>
      <w:proofErr w:type="gramStart"/>
      <w:r w:rsidRPr="003A1206">
        <w:rPr>
          <w:rFonts w:eastAsia="Times New Roman" w:cs="Times New Roman"/>
          <w:szCs w:val="24"/>
        </w:rPr>
        <w:t>to</w:t>
      </w:r>
      <w:proofErr w:type="gramEnd"/>
      <w:r w:rsidRPr="003A1206">
        <w:rPr>
          <w:rFonts w:eastAsia="Times New Roman" w:cs="Times New Roman"/>
          <w:szCs w:val="24"/>
        </w:rPr>
        <w:t xml:space="preserve"> the bathroom mirror.</w:t>
      </w:r>
    </w:p>
    <w:p w14:paraId="79D297BE"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b/>
          <w:bCs/>
          <w:szCs w:val="24"/>
        </w:rPr>
        <w:t>“NOT WHAT YOU THINK.”</w:t>
      </w:r>
    </w:p>
    <w:p w14:paraId="1F145487" w14:textId="77777777" w:rsidR="003A1206" w:rsidRPr="003A1206" w:rsidRDefault="002010FF" w:rsidP="003A1206">
      <w:pPr>
        <w:rPr>
          <w:rFonts w:eastAsia="Times New Roman" w:cs="Times New Roman"/>
          <w:szCs w:val="24"/>
        </w:rPr>
      </w:pPr>
      <w:r>
        <w:rPr>
          <w:rFonts w:eastAsia="Times New Roman" w:cs="Times New Roman"/>
          <w:szCs w:val="24"/>
        </w:rPr>
        <w:pict w14:anchorId="396D9D51">
          <v:rect id="_x0000_i1026" style="width:0;height:1.5pt" o:hralign="center" o:hrstd="t" o:hr="t" fillcolor="#a0a0a0" stroked="f"/>
        </w:pict>
      </w:r>
    </w:p>
    <w:p w14:paraId="69FB864C"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He </w:t>
      </w:r>
      <w:proofErr w:type="gramStart"/>
      <w:r w:rsidRPr="003A1206">
        <w:rPr>
          <w:rFonts w:eastAsia="Times New Roman" w:cs="Times New Roman"/>
          <w:szCs w:val="24"/>
        </w:rPr>
        <w:t>stuck to</w:t>
      </w:r>
      <w:proofErr w:type="gramEnd"/>
      <w:r w:rsidRPr="003A1206">
        <w:rPr>
          <w:rFonts w:eastAsia="Times New Roman" w:cs="Times New Roman"/>
          <w:szCs w:val="24"/>
        </w:rPr>
        <w:t xml:space="preserve"> back roads and logging trails, the ones </w:t>
      </w:r>
      <w:proofErr w:type="gramStart"/>
      <w:r w:rsidRPr="003A1206">
        <w:rPr>
          <w:rFonts w:eastAsia="Times New Roman" w:cs="Times New Roman"/>
          <w:szCs w:val="24"/>
        </w:rPr>
        <w:t>he’d</w:t>
      </w:r>
      <w:proofErr w:type="gramEnd"/>
      <w:r w:rsidRPr="003A1206">
        <w:rPr>
          <w:rFonts w:eastAsia="Times New Roman" w:cs="Times New Roman"/>
          <w:szCs w:val="24"/>
        </w:rPr>
        <w:t xml:space="preserve"> hiked for </w:t>
      </w:r>
      <w:proofErr w:type="gramStart"/>
      <w:r w:rsidRPr="003A1206">
        <w:rPr>
          <w:rFonts w:eastAsia="Times New Roman" w:cs="Times New Roman"/>
          <w:szCs w:val="24"/>
        </w:rPr>
        <w:t>years</w:t>
      </w:r>
      <w:proofErr w:type="gramEnd"/>
      <w:r w:rsidRPr="003A1206">
        <w:rPr>
          <w:rFonts w:eastAsia="Times New Roman" w:cs="Times New Roman"/>
          <w:szCs w:val="24"/>
        </w:rPr>
        <w:t xml:space="preserve"> and no AI could trace. He carried only what mattered: his rifle, a small pack, and a burner phone </w:t>
      </w:r>
      <w:proofErr w:type="gramStart"/>
      <w:r w:rsidRPr="003A1206">
        <w:rPr>
          <w:rFonts w:eastAsia="Times New Roman" w:cs="Times New Roman"/>
          <w:szCs w:val="24"/>
        </w:rPr>
        <w:t>he’d</w:t>
      </w:r>
      <w:proofErr w:type="gramEnd"/>
      <w:r w:rsidRPr="003A1206">
        <w:rPr>
          <w:rFonts w:eastAsia="Times New Roman" w:cs="Times New Roman"/>
          <w:szCs w:val="24"/>
        </w:rPr>
        <w:t xml:space="preserve"> never powered on. Yet.</w:t>
      </w:r>
    </w:p>
    <w:p w14:paraId="715C07D8"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By dawn, he reached the edge of an old conservation area near Huntington, where an abandoned ranger station sat half-collapsed. It had no power, no water, but it had walls—and for now, that would do.</w:t>
      </w:r>
    </w:p>
    <w:p w14:paraId="72A5DB6F"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Matt </w:t>
      </w:r>
      <w:proofErr w:type="gramStart"/>
      <w:r w:rsidRPr="003A1206">
        <w:rPr>
          <w:rFonts w:eastAsia="Times New Roman" w:cs="Times New Roman"/>
          <w:szCs w:val="24"/>
        </w:rPr>
        <w:t>wasn’t</w:t>
      </w:r>
      <w:proofErr w:type="gramEnd"/>
      <w:r w:rsidRPr="003A1206">
        <w:rPr>
          <w:rFonts w:eastAsia="Times New Roman" w:cs="Times New Roman"/>
          <w:szCs w:val="24"/>
        </w:rPr>
        <w:t xml:space="preserve"> running because he was guilty. He was running because no one cared if he was innocent. Not the media. Not the feds. Not even the townspeople who used to wave when he walked into town for groceries.</w:t>
      </w:r>
    </w:p>
    <w:p w14:paraId="5FE015CD"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In the eyes of the system, he </w:t>
      </w:r>
      <w:proofErr w:type="gramStart"/>
      <w:r w:rsidRPr="003A1206">
        <w:rPr>
          <w:rFonts w:eastAsia="Times New Roman" w:cs="Times New Roman"/>
          <w:szCs w:val="24"/>
        </w:rPr>
        <w:t>was already convicted</w:t>
      </w:r>
      <w:proofErr w:type="gramEnd"/>
      <w:r w:rsidRPr="003A1206">
        <w:rPr>
          <w:rFonts w:eastAsia="Times New Roman" w:cs="Times New Roman"/>
          <w:szCs w:val="24"/>
        </w:rPr>
        <w:t xml:space="preserve">. All that </w:t>
      </w:r>
      <w:proofErr w:type="gramStart"/>
      <w:r w:rsidRPr="003A1206">
        <w:rPr>
          <w:rFonts w:eastAsia="Times New Roman" w:cs="Times New Roman"/>
          <w:szCs w:val="24"/>
        </w:rPr>
        <w:t>was left</w:t>
      </w:r>
      <w:proofErr w:type="gramEnd"/>
      <w:r w:rsidRPr="003A1206">
        <w:rPr>
          <w:rFonts w:eastAsia="Times New Roman" w:cs="Times New Roman"/>
          <w:szCs w:val="24"/>
        </w:rPr>
        <w:t xml:space="preserve"> was the cleanup.</w:t>
      </w:r>
    </w:p>
    <w:p w14:paraId="32B149A4"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He made a fire from old timber scraps and watched the flames catch. A map of the northeast spread in front of him, topographic and wrinkled from years of use. Circles </w:t>
      </w:r>
      <w:proofErr w:type="gramStart"/>
      <w:r w:rsidRPr="003A1206">
        <w:rPr>
          <w:rFonts w:eastAsia="Times New Roman" w:cs="Times New Roman"/>
          <w:szCs w:val="24"/>
        </w:rPr>
        <w:t>marked</w:t>
      </w:r>
      <w:proofErr w:type="gramEnd"/>
      <w:r w:rsidRPr="003A1206">
        <w:rPr>
          <w:rFonts w:eastAsia="Times New Roman" w:cs="Times New Roman"/>
          <w:szCs w:val="24"/>
        </w:rPr>
        <w:t xml:space="preserve"> old hunting cabins. Places </w:t>
      </w:r>
      <w:proofErr w:type="gramStart"/>
      <w:r w:rsidRPr="003A1206">
        <w:rPr>
          <w:rFonts w:eastAsia="Times New Roman" w:cs="Times New Roman"/>
          <w:szCs w:val="24"/>
        </w:rPr>
        <w:t>he’d</w:t>
      </w:r>
      <w:proofErr w:type="gramEnd"/>
      <w:r w:rsidRPr="003A1206">
        <w:rPr>
          <w:rFonts w:eastAsia="Times New Roman" w:cs="Times New Roman"/>
          <w:szCs w:val="24"/>
        </w:rPr>
        <w:t xml:space="preserve"> stayed off-grid. Friends—if you could call them </w:t>
      </w:r>
      <w:proofErr w:type="gramStart"/>
      <w:r w:rsidRPr="003A1206">
        <w:rPr>
          <w:rFonts w:eastAsia="Times New Roman" w:cs="Times New Roman"/>
          <w:szCs w:val="24"/>
        </w:rPr>
        <w:t>that—</w:t>
      </w:r>
      <w:proofErr w:type="gramEnd"/>
      <w:r w:rsidRPr="003A1206">
        <w:rPr>
          <w:rFonts w:eastAsia="Times New Roman" w:cs="Times New Roman"/>
          <w:szCs w:val="24"/>
        </w:rPr>
        <w:t>who owed him favors.</w:t>
      </w:r>
    </w:p>
    <w:p w14:paraId="5662EF32"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He </w:t>
      </w:r>
      <w:proofErr w:type="gramStart"/>
      <w:r w:rsidRPr="003A1206">
        <w:rPr>
          <w:rFonts w:eastAsia="Times New Roman" w:cs="Times New Roman"/>
          <w:szCs w:val="24"/>
        </w:rPr>
        <w:t>didn't</w:t>
      </w:r>
      <w:proofErr w:type="gramEnd"/>
      <w:r w:rsidRPr="003A1206">
        <w:rPr>
          <w:rFonts w:eastAsia="Times New Roman" w:cs="Times New Roman"/>
          <w:szCs w:val="24"/>
        </w:rPr>
        <w:t xml:space="preserve"> know who tipped him off last night. The text had come through a relay number from the Balkans. It smelled like military, or intelligence. Either way, someone out there wanted him to stay alive—for now.</w:t>
      </w:r>
    </w:p>
    <w:p w14:paraId="2C7F2A1B"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He just needed time. Time to figure out who was behind the photo. The manipulated data. The jump in his score. And </w:t>
      </w:r>
      <w:proofErr w:type="gramStart"/>
      <w:r w:rsidRPr="003A1206">
        <w:rPr>
          <w:rFonts w:eastAsia="Times New Roman" w:cs="Times New Roman"/>
          <w:szCs w:val="24"/>
        </w:rPr>
        <w:t>most of</w:t>
      </w:r>
      <w:proofErr w:type="gramEnd"/>
      <w:r w:rsidRPr="003A1206">
        <w:rPr>
          <w:rFonts w:eastAsia="Times New Roman" w:cs="Times New Roman"/>
          <w:szCs w:val="24"/>
        </w:rPr>
        <w:t xml:space="preserve"> all—who stood to gain from making him the AI’s first trophy.</w:t>
      </w:r>
    </w:p>
    <w:p w14:paraId="4F1F2670" w14:textId="77777777" w:rsidR="001D379A" w:rsidRPr="001D379A" w:rsidRDefault="001D379A" w:rsidP="001D379A">
      <w:pPr>
        <w:spacing w:before="100" w:beforeAutospacing="1" w:after="100" w:afterAutospacing="1"/>
        <w:outlineLvl w:val="2"/>
        <w:rPr>
          <w:rFonts w:eastAsia="Times New Roman" w:cs="Times New Roman"/>
          <w:b/>
          <w:bCs/>
          <w:sz w:val="27"/>
          <w:szCs w:val="27"/>
        </w:rPr>
      </w:pPr>
      <w:r w:rsidRPr="001D379A">
        <w:rPr>
          <w:rFonts w:eastAsia="Times New Roman" w:cs="Times New Roman"/>
          <w:b/>
          <w:bCs/>
          <w:sz w:val="27"/>
          <w:szCs w:val="27"/>
        </w:rPr>
        <w:t>Washington, D.C. – Capitol Technology Partners Headquarters</w:t>
      </w:r>
    </w:p>
    <w:p w14:paraId="79127E89"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i/>
          <w:iCs/>
          <w:szCs w:val="24"/>
        </w:rPr>
        <w:t>Same morning, 8:02 a.m.</w:t>
      </w:r>
    </w:p>
    <w:p w14:paraId="558D4488"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In a glass-walled conference room overlooking the Potomac, six people sat at a steel table worth more than most houses in Matt Deluca’s hometown.</w:t>
      </w:r>
    </w:p>
    <w:p w14:paraId="278AEB80"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At the head of the table: </w:t>
      </w:r>
      <w:r w:rsidRPr="001D379A">
        <w:rPr>
          <w:rFonts w:eastAsia="Times New Roman" w:cs="Times New Roman"/>
          <w:b/>
          <w:bCs/>
          <w:szCs w:val="24"/>
        </w:rPr>
        <w:t>Elliot Voss</w:t>
      </w:r>
      <w:r w:rsidRPr="001D379A">
        <w:rPr>
          <w:rFonts w:eastAsia="Times New Roman" w:cs="Times New Roman"/>
          <w:szCs w:val="24"/>
        </w:rPr>
        <w:t xml:space="preserve">, CEO of Capitol Technology Partners. A man with the manicured look of someone who </w:t>
      </w:r>
      <w:proofErr w:type="gramStart"/>
      <w:r w:rsidRPr="001D379A">
        <w:rPr>
          <w:rFonts w:eastAsia="Times New Roman" w:cs="Times New Roman"/>
          <w:szCs w:val="24"/>
        </w:rPr>
        <w:t>didn’t</w:t>
      </w:r>
      <w:proofErr w:type="gramEnd"/>
      <w:r w:rsidRPr="001D379A">
        <w:rPr>
          <w:rFonts w:eastAsia="Times New Roman" w:cs="Times New Roman"/>
          <w:szCs w:val="24"/>
        </w:rPr>
        <w:t xml:space="preserve"> sweat—his silver hair always perfect, his teeth always whiter than they should be. Voss was a former Beltway lobbyist turned defense-tech mogul, and the architect of the PreConvict AI pilot.</w:t>
      </w:r>
    </w:p>
    <w:p w14:paraId="17795C0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Beside him sat </w:t>
      </w:r>
      <w:r w:rsidRPr="001D379A">
        <w:rPr>
          <w:rFonts w:eastAsia="Times New Roman" w:cs="Times New Roman"/>
          <w:b/>
          <w:bCs/>
          <w:szCs w:val="24"/>
        </w:rPr>
        <w:t>Dr. Lena Drexler</w:t>
      </w:r>
      <w:r w:rsidRPr="001D379A">
        <w:rPr>
          <w:rFonts w:eastAsia="Times New Roman" w:cs="Times New Roman"/>
          <w:szCs w:val="24"/>
        </w:rPr>
        <w:t xml:space="preserve">, the program’s lead behavioral scientist and the public face of the algorithm. She wore her ethics like a brand, but everyone in the room knew </w:t>
      </w:r>
      <w:proofErr w:type="gramStart"/>
      <w:r w:rsidRPr="001D379A">
        <w:rPr>
          <w:rFonts w:eastAsia="Times New Roman" w:cs="Times New Roman"/>
          <w:szCs w:val="24"/>
        </w:rPr>
        <w:t>she’d</w:t>
      </w:r>
      <w:proofErr w:type="gramEnd"/>
      <w:r w:rsidRPr="001D379A">
        <w:rPr>
          <w:rFonts w:eastAsia="Times New Roman" w:cs="Times New Roman"/>
          <w:szCs w:val="24"/>
        </w:rPr>
        <w:t xml:space="preserve"> stopped asking moral questions two funding rounds ago.</w:t>
      </w:r>
    </w:p>
    <w:p w14:paraId="25CC39C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Opposite them was </w:t>
      </w:r>
      <w:r w:rsidRPr="001D379A">
        <w:rPr>
          <w:rFonts w:eastAsia="Times New Roman" w:cs="Times New Roman"/>
          <w:b/>
          <w:bCs/>
          <w:szCs w:val="24"/>
        </w:rPr>
        <w:t>Special Agent Corin Hatch</w:t>
      </w:r>
      <w:r w:rsidRPr="001D379A">
        <w:rPr>
          <w:rFonts w:eastAsia="Times New Roman" w:cs="Times New Roman"/>
          <w:szCs w:val="24"/>
        </w:rPr>
        <w:t>, DHS liaison and field op commander for PreConvict cases. Hatch had the stone-cold bearing of a man who liked having authority and no accountability.</w:t>
      </w:r>
    </w:p>
    <w:p w14:paraId="26D275B2"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clicked a remote. The wall screen lit up with Matt Deluca’s photo.</w:t>
      </w:r>
    </w:p>
    <w:p w14:paraId="72F9E9AE"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lastRenderedPageBreak/>
        <w:t>"Deluca’s profile just hit 97.4," he said. "We are officially in green-lit territory. I assume your teams are already on the move?"</w:t>
      </w:r>
    </w:p>
    <w:p w14:paraId="7886A501"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Hatch nodded once. “We had assets in western Massachusetts within the hour. His house was cold. Locals </w:t>
      </w:r>
      <w:proofErr w:type="gramStart"/>
      <w:r w:rsidRPr="001D379A">
        <w:rPr>
          <w:rFonts w:eastAsia="Times New Roman" w:cs="Times New Roman"/>
          <w:szCs w:val="24"/>
        </w:rPr>
        <w:t>are split</w:t>
      </w:r>
      <w:proofErr w:type="gramEnd"/>
      <w:r w:rsidRPr="001D379A">
        <w:rPr>
          <w:rFonts w:eastAsia="Times New Roman" w:cs="Times New Roman"/>
          <w:szCs w:val="24"/>
        </w:rPr>
        <w:t>—</w:t>
      </w:r>
      <w:proofErr w:type="gramStart"/>
      <w:r w:rsidRPr="001D379A">
        <w:rPr>
          <w:rFonts w:eastAsia="Times New Roman" w:cs="Times New Roman"/>
          <w:szCs w:val="24"/>
        </w:rPr>
        <w:t>some</w:t>
      </w:r>
      <w:proofErr w:type="gramEnd"/>
      <w:r w:rsidRPr="001D379A">
        <w:rPr>
          <w:rFonts w:eastAsia="Times New Roman" w:cs="Times New Roman"/>
          <w:szCs w:val="24"/>
        </w:rPr>
        <w:t xml:space="preserve"> say </w:t>
      </w:r>
      <w:proofErr w:type="gramStart"/>
      <w:r w:rsidRPr="001D379A">
        <w:rPr>
          <w:rFonts w:eastAsia="Times New Roman" w:cs="Times New Roman"/>
          <w:szCs w:val="24"/>
        </w:rPr>
        <w:t>he’s</w:t>
      </w:r>
      <w:proofErr w:type="gramEnd"/>
      <w:r w:rsidRPr="001D379A">
        <w:rPr>
          <w:rFonts w:eastAsia="Times New Roman" w:cs="Times New Roman"/>
          <w:szCs w:val="24"/>
        </w:rPr>
        <w:t xml:space="preserve"> a </w:t>
      </w:r>
      <w:proofErr w:type="gramStart"/>
      <w:r w:rsidRPr="001D379A">
        <w:rPr>
          <w:rFonts w:eastAsia="Times New Roman" w:cs="Times New Roman"/>
          <w:szCs w:val="24"/>
        </w:rPr>
        <w:t>hero,</w:t>
      </w:r>
      <w:proofErr w:type="gramEnd"/>
      <w:r w:rsidRPr="001D379A">
        <w:rPr>
          <w:rFonts w:eastAsia="Times New Roman" w:cs="Times New Roman"/>
          <w:szCs w:val="24"/>
        </w:rPr>
        <w:t xml:space="preserve"> </w:t>
      </w:r>
      <w:proofErr w:type="gramStart"/>
      <w:r w:rsidRPr="001D379A">
        <w:rPr>
          <w:rFonts w:eastAsia="Times New Roman" w:cs="Times New Roman"/>
          <w:szCs w:val="24"/>
        </w:rPr>
        <w:t>some</w:t>
      </w:r>
      <w:proofErr w:type="gramEnd"/>
      <w:r w:rsidRPr="001D379A">
        <w:rPr>
          <w:rFonts w:eastAsia="Times New Roman" w:cs="Times New Roman"/>
          <w:szCs w:val="24"/>
        </w:rPr>
        <w:t xml:space="preserve"> say </w:t>
      </w:r>
      <w:proofErr w:type="gramStart"/>
      <w:r w:rsidRPr="001D379A">
        <w:rPr>
          <w:rFonts w:eastAsia="Times New Roman" w:cs="Times New Roman"/>
          <w:szCs w:val="24"/>
        </w:rPr>
        <w:t>he’s</w:t>
      </w:r>
      <w:proofErr w:type="gramEnd"/>
      <w:r w:rsidRPr="001D379A">
        <w:rPr>
          <w:rFonts w:eastAsia="Times New Roman" w:cs="Times New Roman"/>
          <w:szCs w:val="24"/>
        </w:rPr>
        <w:t xml:space="preserve"> been stockpiling weapons. One even said he threatened a state senator last winter.”</w:t>
      </w:r>
    </w:p>
    <w:p w14:paraId="60750DAC"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Dr. Drexler tapped a stylus against her notepad. “That wasn’t in his original profile.”</w:t>
      </w:r>
    </w:p>
    <w:p w14:paraId="059A787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“We’ve had a surge in informants since the protest footage went viral,” Hatch said. “We’re integrating citizen inputs into the scoring matrix.”</w:t>
      </w:r>
    </w:p>
    <w:p w14:paraId="120D610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Drexler frowned faintly but said nothing. They all knew what that meant: anyone with a grudge could submit a tip, and the algorithm would treat it as partially valid, especially if it confirmed existing threat vectors.</w:t>
      </w:r>
    </w:p>
    <w:p w14:paraId="2650088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smiled. “Perfect. The model’s working exactly as intended.”</w:t>
      </w:r>
    </w:p>
    <w:p w14:paraId="67652692"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“Your definition of ‘working’ concerns me,” Drexler said carefully.</w:t>
      </w:r>
    </w:p>
    <w:p w14:paraId="2E8599F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Voss leaned forward. “Lena, </w:t>
      </w:r>
      <w:proofErr w:type="gramStart"/>
      <w:r w:rsidRPr="001D379A">
        <w:rPr>
          <w:rFonts w:eastAsia="Times New Roman" w:cs="Times New Roman"/>
          <w:szCs w:val="24"/>
        </w:rPr>
        <w:t>we’re</w:t>
      </w:r>
      <w:proofErr w:type="gramEnd"/>
      <w:r w:rsidRPr="001D379A">
        <w:rPr>
          <w:rFonts w:eastAsia="Times New Roman" w:cs="Times New Roman"/>
          <w:szCs w:val="24"/>
        </w:rPr>
        <w:t xml:space="preserve"> on the cusp of the largest federal contract in predictive analytics history. If Deluca </w:t>
      </w:r>
      <w:proofErr w:type="gramStart"/>
      <w:r w:rsidRPr="001D379A">
        <w:rPr>
          <w:rFonts w:eastAsia="Times New Roman" w:cs="Times New Roman"/>
          <w:szCs w:val="24"/>
        </w:rPr>
        <w:t>escalates—which</w:t>
      </w:r>
      <w:proofErr w:type="gramEnd"/>
      <w:r w:rsidRPr="001D379A">
        <w:rPr>
          <w:rFonts w:eastAsia="Times New Roman" w:cs="Times New Roman"/>
          <w:szCs w:val="24"/>
        </w:rPr>
        <w:t xml:space="preserve"> we expect he </w:t>
      </w:r>
      <w:proofErr w:type="gramStart"/>
      <w:r w:rsidRPr="001D379A">
        <w:rPr>
          <w:rFonts w:eastAsia="Times New Roman" w:cs="Times New Roman"/>
          <w:szCs w:val="24"/>
        </w:rPr>
        <w:t>will—we</w:t>
      </w:r>
      <w:proofErr w:type="gramEnd"/>
      <w:r w:rsidRPr="001D379A">
        <w:rPr>
          <w:rFonts w:eastAsia="Times New Roman" w:cs="Times New Roman"/>
          <w:szCs w:val="24"/>
        </w:rPr>
        <w:t xml:space="preserve"> validate the system in the real world. The first national threat caught and neutralized before the crime. Imagine what that does for investor confidence. Congressional support. Public perception.”</w:t>
      </w:r>
    </w:p>
    <w:p w14:paraId="7A165F06"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Hatch cleared his throat. “</w:t>
      </w:r>
      <w:proofErr w:type="gramStart"/>
      <w:r w:rsidRPr="001D379A">
        <w:rPr>
          <w:rFonts w:eastAsia="Times New Roman" w:cs="Times New Roman"/>
          <w:szCs w:val="24"/>
        </w:rPr>
        <w:t>There’s</w:t>
      </w:r>
      <w:proofErr w:type="gramEnd"/>
      <w:r w:rsidRPr="001D379A">
        <w:rPr>
          <w:rFonts w:eastAsia="Times New Roman" w:cs="Times New Roman"/>
          <w:szCs w:val="24"/>
        </w:rPr>
        <w:t xml:space="preserve"> another factor. One of our forensic analysts flagged metadata in the protest photo. It may have </w:t>
      </w:r>
      <w:proofErr w:type="gramStart"/>
      <w:r w:rsidRPr="001D379A">
        <w:rPr>
          <w:rFonts w:eastAsia="Times New Roman" w:cs="Times New Roman"/>
          <w:szCs w:val="24"/>
        </w:rPr>
        <w:t>been altered</w:t>
      </w:r>
      <w:proofErr w:type="gramEnd"/>
      <w:r w:rsidRPr="001D379A">
        <w:rPr>
          <w:rFonts w:eastAsia="Times New Roman" w:cs="Times New Roman"/>
          <w:szCs w:val="24"/>
        </w:rPr>
        <w:t>.”</w:t>
      </w:r>
    </w:p>
    <w:p w14:paraId="4748597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froze for a moment. “Altered how?”</w:t>
      </w:r>
    </w:p>
    <w:p w14:paraId="3D9E41C4"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w:t>
      </w:r>
      <w:proofErr w:type="gramStart"/>
      <w:r w:rsidRPr="001D379A">
        <w:rPr>
          <w:rFonts w:eastAsia="Times New Roman" w:cs="Times New Roman"/>
          <w:szCs w:val="24"/>
        </w:rPr>
        <w:t>It’s</w:t>
      </w:r>
      <w:proofErr w:type="gramEnd"/>
      <w:r w:rsidRPr="001D379A">
        <w:rPr>
          <w:rFonts w:eastAsia="Times New Roman" w:cs="Times New Roman"/>
          <w:szCs w:val="24"/>
        </w:rPr>
        <w:t xml:space="preserve"> subtle. Angle blur, lighting shadows inconsistent with known footage. </w:t>
      </w:r>
      <w:proofErr w:type="gramStart"/>
      <w:r w:rsidRPr="001D379A">
        <w:rPr>
          <w:rFonts w:eastAsia="Times New Roman" w:cs="Times New Roman"/>
          <w:szCs w:val="24"/>
        </w:rPr>
        <w:t>We're</w:t>
      </w:r>
      <w:proofErr w:type="gramEnd"/>
      <w:r w:rsidRPr="001D379A">
        <w:rPr>
          <w:rFonts w:eastAsia="Times New Roman" w:cs="Times New Roman"/>
          <w:szCs w:val="24"/>
        </w:rPr>
        <w:t xml:space="preserve"> running a deeper analysis, but if true—it means someone planted it.”</w:t>
      </w:r>
    </w:p>
    <w:p w14:paraId="7B4DD3DE"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“And made sure he got flagged?” Drexler said. “Who would do that?”</w:t>
      </w:r>
    </w:p>
    <w:p w14:paraId="73C5D96A"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Voss </w:t>
      </w:r>
      <w:proofErr w:type="gramStart"/>
      <w:r w:rsidRPr="001D379A">
        <w:rPr>
          <w:rFonts w:eastAsia="Times New Roman" w:cs="Times New Roman"/>
          <w:szCs w:val="24"/>
        </w:rPr>
        <w:t>didn’t</w:t>
      </w:r>
      <w:proofErr w:type="gramEnd"/>
      <w:r w:rsidRPr="001D379A">
        <w:rPr>
          <w:rFonts w:eastAsia="Times New Roman" w:cs="Times New Roman"/>
          <w:szCs w:val="24"/>
        </w:rPr>
        <w:t xml:space="preserve"> answer right away. Then, finally: “Does it matter?”</w:t>
      </w:r>
    </w:p>
    <w:p w14:paraId="0832BBC3"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They all looked at him.</w:t>
      </w:r>
    </w:p>
    <w:p w14:paraId="1D59CBE2"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“Deluca’s profile was always borderline. Gun owner. Combat history. Antigovernment sentiment markers. You give the public a picture, </w:t>
      </w:r>
      <w:proofErr w:type="gramStart"/>
      <w:r w:rsidRPr="001D379A">
        <w:rPr>
          <w:rFonts w:eastAsia="Times New Roman" w:cs="Times New Roman"/>
          <w:szCs w:val="24"/>
        </w:rPr>
        <w:t>a few</w:t>
      </w:r>
      <w:proofErr w:type="gramEnd"/>
      <w:r w:rsidRPr="001D379A">
        <w:rPr>
          <w:rFonts w:eastAsia="Times New Roman" w:cs="Times New Roman"/>
          <w:szCs w:val="24"/>
        </w:rPr>
        <w:t xml:space="preserve"> quotes out of context, and a 97% score—</w:t>
      </w:r>
      <w:proofErr w:type="gramStart"/>
      <w:r w:rsidRPr="001D379A">
        <w:rPr>
          <w:rFonts w:eastAsia="Times New Roman" w:cs="Times New Roman"/>
          <w:szCs w:val="24"/>
        </w:rPr>
        <w:t>they’ll</w:t>
      </w:r>
      <w:proofErr w:type="gramEnd"/>
      <w:r w:rsidRPr="001D379A">
        <w:rPr>
          <w:rFonts w:eastAsia="Times New Roman" w:cs="Times New Roman"/>
          <w:szCs w:val="24"/>
        </w:rPr>
        <w:t xml:space="preserve"> believe anything. </w:t>
      </w:r>
      <w:proofErr w:type="gramStart"/>
      <w:r w:rsidRPr="001D379A">
        <w:rPr>
          <w:rFonts w:eastAsia="Times New Roman" w:cs="Times New Roman"/>
          <w:szCs w:val="24"/>
        </w:rPr>
        <w:t>He’s</w:t>
      </w:r>
      <w:proofErr w:type="gramEnd"/>
      <w:r w:rsidRPr="001D379A">
        <w:rPr>
          <w:rFonts w:eastAsia="Times New Roman" w:cs="Times New Roman"/>
          <w:szCs w:val="24"/>
        </w:rPr>
        <w:t xml:space="preserve"> already guilty. All we </w:t>
      </w:r>
      <w:proofErr w:type="gramStart"/>
      <w:r w:rsidRPr="001D379A">
        <w:rPr>
          <w:rFonts w:eastAsia="Times New Roman" w:cs="Times New Roman"/>
          <w:szCs w:val="24"/>
        </w:rPr>
        <w:t>have to</w:t>
      </w:r>
      <w:proofErr w:type="gramEnd"/>
      <w:r w:rsidRPr="001D379A">
        <w:rPr>
          <w:rFonts w:eastAsia="Times New Roman" w:cs="Times New Roman"/>
          <w:szCs w:val="24"/>
        </w:rPr>
        <w:t xml:space="preserve"> do is catch him before he makes us look like amateurs.”</w:t>
      </w:r>
    </w:p>
    <w:p w14:paraId="18EF5EBE"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He smiled again, colder this time. “Besides, if someone </w:t>
      </w:r>
      <w:r w:rsidRPr="001D379A">
        <w:rPr>
          <w:rFonts w:eastAsia="Times New Roman" w:cs="Times New Roman"/>
          <w:i/>
          <w:iCs/>
          <w:szCs w:val="24"/>
        </w:rPr>
        <w:t>did</w:t>
      </w:r>
      <w:r w:rsidRPr="001D379A">
        <w:rPr>
          <w:rFonts w:eastAsia="Times New Roman" w:cs="Times New Roman"/>
          <w:szCs w:val="24"/>
        </w:rPr>
        <w:t xml:space="preserve"> nudge the numbers, I’d like to shake their hand.”</w:t>
      </w:r>
    </w:p>
    <w:p w14:paraId="0A3583EE"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Same Day, 10:36 a.m. – Capitol Technology Media Command Room</w:t>
      </w:r>
    </w:p>
    <w:p w14:paraId="421305D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Internal Codename: "Narrative Strike Package – DELUCA-001"</w:t>
      </w:r>
    </w:p>
    <w:p w14:paraId="6ED50FA1" w14:textId="77777777" w:rsidR="00AC7CCD" w:rsidRPr="00AC7CCD" w:rsidRDefault="00AC7CCD" w:rsidP="00AC7CCD">
      <w:pPr>
        <w:spacing w:before="100" w:beforeAutospacing="1" w:after="100" w:afterAutospacing="1"/>
        <w:rPr>
          <w:rFonts w:eastAsia="Times New Roman" w:cs="Times New Roman"/>
          <w:szCs w:val="24"/>
        </w:rPr>
      </w:pPr>
      <w:proofErr w:type="gramStart"/>
      <w:r w:rsidRPr="00AC7CCD">
        <w:rPr>
          <w:rFonts w:eastAsia="Times New Roman" w:cs="Times New Roman"/>
          <w:szCs w:val="24"/>
        </w:rPr>
        <w:t>A second</w:t>
      </w:r>
      <w:proofErr w:type="gramEnd"/>
      <w:r w:rsidRPr="00AC7CCD">
        <w:rPr>
          <w:rFonts w:eastAsia="Times New Roman" w:cs="Times New Roman"/>
          <w:szCs w:val="24"/>
        </w:rPr>
        <w:t xml:space="preserve"> floor below Capitol Tech's main offices, the real work happened. The media operations team </w:t>
      </w:r>
      <w:proofErr w:type="gramStart"/>
      <w:r w:rsidRPr="00AC7CCD">
        <w:rPr>
          <w:rFonts w:eastAsia="Times New Roman" w:cs="Times New Roman"/>
          <w:szCs w:val="24"/>
        </w:rPr>
        <w:t>didn’t</w:t>
      </w:r>
      <w:proofErr w:type="gramEnd"/>
      <w:r w:rsidRPr="00AC7CCD">
        <w:rPr>
          <w:rFonts w:eastAsia="Times New Roman" w:cs="Times New Roman"/>
          <w:szCs w:val="24"/>
        </w:rPr>
        <w:t xml:space="preserve"> wear </w:t>
      </w:r>
      <w:proofErr w:type="gramStart"/>
      <w:r w:rsidRPr="00AC7CCD">
        <w:rPr>
          <w:rFonts w:eastAsia="Times New Roman" w:cs="Times New Roman"/>
          <w:szCs w:val="24"/>
        </w:rPr>
        <w:t>suits—</w:t>
      </w:r>
      <w:proofErr w:type="gramEnd"/>
      <w:r w:rsidRPr="00AC7CCD">
        <w:rPr>
          <w:rFonts w:eastAsia="Times New Roman" w:cs="Times New Roman"/>
          <w:szCs w:val="24"/>
        </w:rPr>
        <w:t>they wore hoodies, wireless headsets, and the jaded confidence of people who could rewrite reality before lunch.</w:t>
      </w:r>
    </w:p>
    <w:p w14:paraId="7EC5889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The room hummed with activity. A 40-foot LED wall displayed national news feeds, social media trend lines, and keyword velocity charts. In the center, a glowing dashboard displayed Deluca’s evolving profile: news hits, likes/dislikes, public threat perception index (PTPI), and engagement confidence score.</w:t>
      </w:r>
    </w:p>
    <w:p w14:paraId="7B16522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 lead operator, </w:t>
      </w:r>
      <w:r w:rsidRPr="00AC7CCD">
        <w:rPr>
          <w:rFonts w:eastAsia="Times New Roman" w:cs="Times New Roman"/>
          <w:b/>
          <w:bCs/>
          <w:szCs w:val="24"/>
        </w:rPr>
        <w:t>Cass Monroe</w:t>
      </w:r>
      <w:r w:rsidRPr="00AC7CCD">
        <w:rPr>
          <w:rFonts w:eastAsia="Times New Roman" w:cs="Times New Roman"/>
          <w:szCs w:val="24"/>
        </w:rPr>
        <w:t>, leaned back in her chair, chewing a pen cap and watching the data climb.</w:t>
      </w:r>
    </w:p>
    <w:p w14:paraId="225BD7F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“We’re above the sympathy threshold in New England,” she said. “</w:t>
      </w:r>
      <w:proofErr w:type="gramStart"/>
      <w:r w:rsidRPr="00AC7CCD">
        <w:rPr>
          <w:rFonts w:eastAsia="Times New Roman" w:cs="Times New Roman"/>
          <w:szCs w:val="24"/>
        </w:rPr>
        <w:t>Still</w:t>
      </w:r>
      <w:proofErr w:type="gramEnd"/>
      <w:r w:rsidRPr="00AC7CCD">
        <w:rPr>
          <w:rFonts w:eastAsia="Times New Roman" w:cs="Times New Roman"/>
          <w:szCs w:val="24"/>
        </w:rPr>
        <w:t xml:space="preserve"> too many people calling him a ‘hero’ or saying the photo’s fake. We need an emotional pivot.”</w:t>
      </w:r>
    </w:p>
    <w:p w14:paraId="387951E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Her deputy, a former Buzzfeed </w:t>
      </w:r>
      <w:proofErr w:type="gramStart"/>
      <w:r w:rsidRPr="00AC7CCD">
        <w:rPr>
          <w:rFonts w:eastAsia="Times New Roman" w:cs="Times New Roman"/>
          <w:szCs w:val="24"/>
        </w:rPr>
        <w:t>writer</w:t>
      </w:r>
      <w:proofErr w:type="gramEnd"/>
      <w:r w:rsidRPr="00AC7CCD">
        <w:rPr>
          <w:rFonts w:eastAsia="Times New Roman" w:cs="Times New Roman"/>
          <w:szCs w:val="24"/>
        </w:rPr>
        <w:t xml:space="preserve"> turned narrative engineer, nodded. “Already deployed Story Set B. Local high school coach says Matt made ‘militia-style threats’ after a football game in 2021. </w:t>
      </w:r>
      <w:proofErr w:type="gramStart"/>
      <w:r w:rsidRPr="00AC7CCD">
        <w:rPr>
          <w:rFonts w:eastAsia="Times New Roman" w:cs="Times New Roman"/>
          <w:szCs w:val="24"/>
        </w:rPr>
        <w:t>We’ve</w:t>
      </w:r>
      <w:proofErr w:type="gramEnd"/>
      <w:r w:rsidRPr="00AC7CCD">
        <w:rPr>
          <w:rFonts w:eastAsia="Times New Roman" w:cs="Times New Roman"/>
          <w:szCs w:val="24"/>
        </w:rPr>
        <w:t xml:space="preserve"> got audio, AI-enhanced.”</w:t>
      </w:r>
    </w:p>
    <w:p w14:paraId="2147308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raised an eyebrow. “Real?”</w:t>
      </w:r>
    </w:p>
    <w:p w14:paraId="431E8F2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smirked. “</w:t>
      </w:r>
      <w:proofErr w:type="gramStart"/>
      <w:r w:rsidRPr="00AC7CCD">
        <w:rPr>
          <w:rFonts w:eastAsia="Times New Roman" w:cs="Times New Roman"/>
          <w:szCs w:val="24"/>
        </w:rPr>
        <w:t>Doesn’t</w:t>
      </w:r>
      <w:proofErr w:type="gramEnd"/>
      <w:r w:rsidRPr="00AC7CCD">
        <w:rPr>
          <w:rFonts w:eastAsia="Times New Roman" w:cs="Times New Roman"/>
          <w:szCs w:val="24"/>
        </w:rPr>
        <w:t xml:space="preserve"> matter. </w:t>
      </w:r>
      <w:proofErr w:type="gramStart"/>
      <w:r w:rsidRPr="00AC7CCD">
        <w:rPr>
          <w:rFonts w:eastAsia="Times New Roman" w:cs="Times New Roman"/>
          <w:szCs w:val="24"/>
        </w:rPr>
        <w:t>It’s</w:t>
      </w:r>
      <w:proofErr w:type="gramEnd"/>
      <w:r w:rsidRPr="00AC7CCD">
        <w:rPr>
          <w:rFonts w:eastAsia="Times New Roman" w:cs="Times New Roman"/>
          <w:szCs w:val="24"/>
        </w:rPr>
        <w:t xml:space="preserve"> believable.”</w:t>
      </w:r>
    </w:p>
    <w:p w14:paraId="06679827"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Another analyst chimed in. “Rolling out a three-minute timeline explainer with drone footage, protest photos, and a voiceover from a retired general saying Deluca ‘represents a clear example of post-combat radicalization.’"</w:t>
      </w:r>
    </w:p>
    <w:p w14:paraId="4F44CBB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Cass clicked over to the national outlets. The talking points </w:t>
      </w:r>
      <w:proofErr w:type="gramStart"/>
      <w:r w:rsidRPr="00AC7CCD">
        <w:rPr>
          <w:rFonts w:eastAsia="Times New Roman" w:cs="Times New Roman"/>
          <w:szCs w:val="24"/>
        </w:rPr>
        <w:t>were already seeded</w:t>
      </w:r>
      <w:proofErr w:type="gramEnd"/>
      <w:r w:rsidRPr="00AC7CCD">
        <w:rPr>
          <w:rFonts w:eastAsia="Times New Roman" w:cs="Times New Roman"/>
          <w:szCs w:val="24"/>
        </w:rPr>
        <w:t xml:space="preserve">. Within hours, </w:t>
      </w:r>
      <w:proofErr w:type="gramStart"/>
      <w:r w:rsidRPr="00AC7CCD">
        <w:rPr>
          <w:rFonts w:eastAsia="Times New Roman" w:cs="Times New Roman"/>
          <w:szCs w:val="24"/>
        </w:rPr>
        <w:t>they’d</w:t>
      </w:r>
      <w:proofErr w:type="gramEnd"/>
      <w:r w:rsidRPr="00AC7CCD">
        <w:rPr>
          <w:rFonts w:eastAsia="Times New Roman" w:cs="Times New Roman"/>
          <w:szCs w:val="24"/>
        </w:rPr>
        <w:t xml:space="preserve"> go live.</w:t>
      </w:r>
    </w:p>
    <w:p w14:paraId="1D48D4A6"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 xml:space="preserve">"How AI Saved Us </w:t>
      </w:r>
      <w:proofErr w:type="gramStart"/>
      <w:r w:rsidRPr="00AC7CCD">
        <w:rPr>
          <w:rFonts w:eastAsia="Times New Roman" w:cs="Times New Roman"/>
          <w:i/>
          <w:iCs/>
          <w:szCs w:val="24"/>
        </w:rPr>
        <w:t>From</w:t>
      </w:r>
      <w:proofErr w:type="gramEnd"/>
      <w:r w:rsidRPr="00AC7CCD">
        <w:rPr>
          <w:rFonts w:eastAsia="Times New Roman" w:cs="Times New Roman"/>
          <w:i/>
          <w:iCs/>
          <w:szCs w:val="24"/>
        </w:rPr>
        <w:t xml:space="preserve"> a Domestic Terror </w:t>
      </w:r>
      <w:proofErr w:type="gramStart"/>
      <w:r w:rsidRPr="00AC7CCD">
        <w:rPr>
          <w:rFonts w:eastAsia="Times New Roman" w:cs="Times New Roman"/>
          <w:i/>
          <w:iCs/>
          <w:szCs w:val="24"/>
        </w:rPr>
        <w:t>Plot" —</w:t>
      </w:r>
      <w:proofErr w:type="gramEnd"/>
      <w:r w:rsidRPr="00AC7CCD">
        <w:rPr>
          <w:rFonts w:eastAsia="Times New Roman" w:cs="Times New Roman"/>
          <w:i/>
          <w:iCs/>
          <w:szCs w:val="24"/>
        </w:rPr>
        <w:t xml:space="preserve"> CNN</w:t>
      </w:r>
    </w:p>
    <w:p w14:paraId="0E12A69F"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 xml:space="preserve">"The Psychology of a Lone Wolf: Matt Deluca’s </w:t>
      </w:r>
      <w:proofErr w:type="gramStart"/>
      <w:r w:rsidRPr="00AC7CCD">
        <w:rPr>
          <w:rFonts w:eastAsia="Times New Roman" w:cs="Times New Roman"/>
          <w:i/>
          <w:iCs/>
          <w:szCs w:val="24"/>
        </w:rPr>
        <w:t>Descent" —</w:t>
      </w:r>
      <w:proofErr w:type="gramEnd"/>
      <w:r w:rsidRPr="00AC7CCD">
        <w:rPr>
          <w:rFonts w:eastAsia="Times New Roman" w:cs="Times New Roman"/>
          <w:i/>
          <w:iCs/>
          <w:szCs w:val="24"/>
        </w:rPr>
        <w:t xml:space="preserve"> The Atlantic</w:t>
      </w:r>
    </w:p>
    <w:p w14:paraId="7C8ECBB8"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"PreConvict Technology Could Have Stopped January 6. Now, It Has." — Politico</w:t>
      </w:r>
    </w:p>
    <w:p w14:paraId="0D2A4743"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 xml:space="preserve">"Do You Know Who Lives Next Door? The Patriot Threat Index </w:t>
      </w:r>
      <w:proofErr w:type="gramStart"/>
      <w:r w:rsidRPr="00AC7CCD">
        <w:rPr>
          <w:rFonts w:eastAsia="Times New Roman" w:cs="Times New Roman"/>
          <w:i/>
          <w:iCs/>
          <w:szCs w:val="24"/>
        </w:rPr>
        <w:t>Explained" —</w:t>
      </w:r>
      <w:proofErr w:type="gramEnd"/>
      <w:r w:rsidRPr="00AC7CCD">
        <w:rPr>
          <w:rFonts w:eastAsia="Times New Roman" w:cs="Times New Roman"/>
          <w:i/>
          <w:iCs/>
          <w:szCs w:val="24"/>
        </w:rPr>
        <w:t xml:space="preserve"> Buzzfeed News</w:t>
      </w:r>
    </w:p>
    <w:p w14:paraId="29FC7AB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smiled. “By dinnertime, half the country will think Deluca was planning to bomb a government building. The other half will be too afraid to say otherwise.”</w:t>
      </w:r>
    </w:p>
    <w:p w14:paraId="55FD23E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She checked her tablet for the next moves. “Package the Springfield photo as a ‘key breakthrough.’ Push interviews with victims of protest violence. Use veterans who support the PreConvict initiative—get one to say Deluca gives them all a bad name.”</w:t>
      </w:r>
    </w:p>
    <w:p w14:paraId="6B57828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Her deputy paused. “What if he actually is innocent?”</w:t>
      </w:r>
    </w:p>
    <w:p w14:paraId="1737499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She looked at him, deadpan.</w:t>
      </w:r>
    </w:p>
    <w:p w14:paraId="3F0DEEF5" w14:textId="77777777" w:rsid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“They’ll never prove it before the story kills him.”</w:t>
      </w:r>
    </w:p>
    <w:p w14:paraId="7AFD192E"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Western Massachusetts – 6:12 p.m.</w:t>
      </w:r>
    </w:p>
    <w:p w14:paraId="5ABBE0B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An abandoned ranger station. Cold, quiet, and suddenly less safe.</w:t>
      </w:r>
    </w:p>
    <w:p w14:paraId="74A98335"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Matt crouched by the window, watching the ridge through a crack in the rotting wood frame. </w:t>
      </w:r>
      <w:proofErr w:type="gramStart"/>
      <w:r w:rsidRPr="00AC7CCD">
        <w:rPr>
          <w:rFonts w:eastAsia="Times New Roman" w:cs="Times New Roman"/>
          <w:szCs w:val="24"/>
        </w:rPr>
        <w:t>He’d</w:t>
      </w:r>
      <w:proofErr w:type="gramEnd"/>
      <w:r w:rsidRPr="00AC7CCD">
        <w:rPr>
          <w:rFonts w:eastAsia="Times New Roman" w:cs="Times New Roman"/>
          <w:szCs w:val="24"/>
        </w:rPr>
        <w:t xml:space="preserve"> seen it—just for a moment. A glint of sunlight off glass. </w:t>
      </w:r>
      <w:proofErr w:type="gramStart"/>
      <w:r w:rsidRPr="00AC7CCD">
        <w:rPr>
          <w:rFonts w:eastAsia="Times New Roman" w:cs="Times New Roman"/>
          <w:szCs w:val="24"/>
        </w:rPr>
        <w:t>Maybe a</w:t>
      </w:r>
      <w:proofErr w:type="gramEnd"/>
      <w:r w:rsidRPr="00AC7CCD">
        <w:rPr>
          <w:rFonts w:eastAsia="Times New Roman" w:cs="Times New Roman"/>
          <w:szCs w:val="24"/>
        </w:rPr>
        <w:t xml:space="preserve"> scope, </w:t>
      </w:r>
      <w:proofErr w:type="gramStart"/>
      <w:r w:rsidRPr="00AC7CCD">
        <w:rPr>
          <w:rFonts w:eastAsia="Times New Roman" w:cs="Times New Roman"/>
          <w:szCs w:val="24"/>
        </w:rPr>
        <w:t>maybe binoculars</w:t>
      </w:r>
      <w:proofErr w:type="gramEnd"/>
      <w:r w:rsidRPr="00AC7CCD">
        <w:rPr>
          <w:rFonts w:eastAsia="Times New Roman" w:cs="Times New Roman"/>
          <w:szCs w:val="24"/>
        </w:rPr>
        <w:t>. Someone was out there.</w:t>
      </w:r>
    </w:p>
    <w:p w14:paraId="261B6C3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w:t>
      </w:r>
      <w:proofErr w:type="gramStart"/>
      <w:r w:rsidRPr="00AC7CCD">
        <w:rPr>
          <w:rFonts w:eastAsia="Times New Roman" w:cs="Times New Roman"/>
          <w:szCs w:val="24"/>
        </w:rPr>
        <w:t>didn’t</w:t>
      </w:r>
      <w:proofErr w:type="gramEnd"/>
      <w:r w:rsidRPr="00AC7CCD">
        <w:rPr>
          <w:rFonts w:eastAsia="Times New Roman" w:cs="Times New Roman"/>
          <w:szCs w:val="24"/>
        </w:rPr>
        <w:t xml:space="preserve"> move. Just listened.</w:t>
      </w:r>
    </w:p>
    <w:p w14:paraId="0513131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drone of the woods. The rustle of leaves. Nothing out of place.</w:t>
      </w:r>
    </w:p>
    <w:p w14:paraId="47CFE0B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Yet the unease sat on him like damp wool.</w:t>
      </w:r>
    </w:p>
    <w:p w14:paraId="0CEC053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stepped away from the window and lit a small solar-powered radio—the kind preppers used. He </w:t>
      </w:r>
      <w:proofErr w:type="gramStart"/>
      <w:r w:rsidRPr="00AC7CCD">
        <w:rPr>
          <w:rFonts w:eastAsia="Times New Roman" w:cs="Times New Roman"/>
          <w:szCs w:val="24"/>
        </w:rPr>
        <w:t>didn’t</w:t>
      </w:r>
      <w:proofErr w:type="gramEnd"/>
      <w:r w:rsidRPr="00AC7CCD">
        <w:rPr>
          <w:rFonts w:eastAsia="Times New Roman" w:cs="Times New Roman"/>
          <w:szCs w:val="24"/>
        </w:rPr>
        <w:t xml:space="preserve"> have a phone. </w:t>
      </w:r>
      <w:proofErr w:type="gramStart"/>
      <w:r w:rsidRPr="00AC7CCD">
        <w:rPr>
          <w:rFonts w:eastAsia="Times New Roman" w:cs="Times New Roman"/>
          <w:szCs w:val="24"/>
        </w:rPr>
        <w:t>Didn’t</w:t>
      </w:r>
      <w:proofErr w:type="gramEnd"/>
      <w:r w:rsidRPr="00AC7CCD">
        <w:rPr>
          <w:rFonts w:eastAsia="Times New Roman" w:cs="Times New Roman"/>
          <w:szCs w:val="24"/>
        </w:rPr>
        <w:t xml:space="preserve"> dare turn it on. But if they were looking for him, </w:t>
      </w:r>
      <w:proofErr w:type="gramStart"/>
      <w:r w:rsidRPr="00AC7CCD">
        <w:rPr>
          <w:rFonts w:eastAsia="Times New Roman" w:cs="Times New Roman"/>
          <w:szCs w:val="24"/>
        </w:rPr>
        <w:t>they’d</w:t>
      </w:r>
      <w:proofErr w:type="gramEnd"/>
      <w:r w:rsidRPr="00AC7CCD">
        <w:rPr>
          <w:rFonts w:eastAsia="Times New Roman" w:cs="Times New Roman"/>
          <w:szCs w:val="24"/>
        </w:rPr>
        <w:t xml:space="preserve"> be talking about him. Somewhere.</w:t>
      </w:r>
    </w:p>
    <w:p w14:paraId="55913F8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tuned past static and gospel until the signal cleared:</w:t>
      </w:r>
    </w:p>
    <w:p w14:paraId="403E5C55"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szCs w:val="24"/>
        </w:rPr>
        <w:t xml:space="preserve">“—still no confirmation, but federal sources believe the suspect is heavily armed and trained in guerrilla tactics. Matteo Deluca, a former Army Special Forces operator, </w:t>
      </w:r>
      <w:proofErr w:type="gramStart"/>
      <w:r w:rsidRPr="00AC7CCD">
        <w:rPr>
          <w:rFonts w:eastAsia="Times New Roman" w:cs="Times New Roman"/>
          <w:szCs w:val="24"/>
        </w:rPr>
        <w:t>is wanted</w:t>
      </w:r>
      <w:proofErr w:type="gramEnd"/>
      <w:r w:rsidRPr="00AC7CCD">
        <w:rPr>
          <w:rFonts w:eastAsia="Times New Roman" w:cs="Times New Roman"/>
          <w:szCs w:val="24"/>
        </w:rPr>
        <w:t xml:space="preserve"> in connection with an alleged domestic terror threat tied to last week’s protests in Springfield. </w:t>
      </w:r>
      <w:proofErr w:type="gramStart"/>
      <w:r w:rsidRPr="00AC7CCD">
        <w:rPr>
          <w:rFonts w:eastAsia="Times New Roman" w:cs="Times New Roman"/>
          <w:szCs w:val="24"/>
        </w:rPr>
        <w:t>Here’s</w:t>
      </w:r>
      <w:proofErr w:type="gramEnd"/>
      <w:r w:rsidRPr="00AC7CCD">
        <w:rPr>
          <w:rFonts w:eastAsia="Times New Roman" w:cs="Times New Roman"/>
          <w:szCs w:val="24"/>
        </w:rPr>
        <w:t xml:space="preserve"> a portion of the audio leaked today…”</w:t>
      </w:r>
    </w:p>
    <w:p w14:paraId="3368F7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Static. Then:</w:t>
      </w:r>
    </w:p>
    <w:p w14:paraId="5CE2524D"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i/>
          <w:iCs/>
          <w:szCs w:val="24"/>
        </w:rPr>
        <w:t>“</w:t>
      </w:r>
      <w:proofErr w:type="gramStart"/>
      <w:r w:rsidRPr="00AC7CCD">
        <w:rPr>
          <w:rFonts w:eastAsia="Times New Roman" w:cs="Times New Roman"/>
          <w:i/>
          <w:iCs/>
          <w:szCs w:val="24"/>
        </w:rPr>
        <w:t>They’re</w:t>
      </w:r>
      <w:proofErr w:type="gramEnd"/>
      <w:r w:rsidRPr="00AC7CCD">
        <w:rPr>
          <w:rFonts w:eastAsia="Times New Roman" w:cs="Times New Roman"/>
          <w:i/>
          <w:iCs/>
          <w:szCs w:val="24"/>
        </w:rPr>
        <w:t xml:space="preserve"> all gonna pay for what </w:t>
      </w:r>
      <w:proofErr w:type="gramStart"/>
      <w:r w:rsidRPr="00AC7CCD">
        <w:rPr>
          <w:rFonts w:eastAsia="Times New Roman" w:cs="Times New Roman"/>
          <w:i/>
          <w:iCs/>
          <w:szCs w:val="24"/>
        </w:rPr>
        <w:t>they’ve</w:t>
      </w:r>
      <w:proofErr w:type="gramEnd"/>
      <w:r w:rsidRPr="00AC7CCD">
        <w:rPr>
          <w:rFonts w:eastAsia="Times New Roman" w:cs="Times New Roman"/>
          <w:i/>
          <w:iCs/>
          <w:szCs w:val="24"/>
        </w:rPr>
        <w:t xml:space="preserve"> done. Watch. </w:t>
      </w:r>
      <w:proofErr w:type="gramStart"/>
      <w:r w:rsidRPr="00AC7CCD">
        <w:rPr>
          <w:rFonts w:eastAsia="Times New Roman" w:cs="Times New Roman"/>
          <w:i/>
          <w:iCs/>
          <w:szCs w:val="24"/>
        </w:rPr>
        <w:t>You’ll</w:t>
      </w:r>
      <w:proofErr w:type="gramEnd"/>
      <w:r w:rsidRPr="00AC7CCD">
        <w:rPr>
          <w:rFonts w:eastAsia="Times New Roman" w:cs="Times New Roman"/>
          <w:i/>
          <w:iCs/>
          <w:szCs w:val="24"/>
        </w:rPr>
        <w:t xml:space="preserve"> see. Just wait…”</w:t>
      </w:r>
    </w:p>
    <w:p w14:paraId="717C3E1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It was his voice. Or close enough.</w:t>
      </w:r>
    </w:p>
    <w:p w14:paraId="46661A2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Matt’s stomach dropped.</w:t>
      </w:r>
    </w:p>
    <w:p w14:paraId="5606D78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w:t>
      </w:r>
      <w:proofErr w:type="gramStart"/>
      <w:r w:rsidRPr="00AC7CCD">
        <w:rPr>
          <w:rFonts w:eastAsia="Times New Roman" w:cs="Times New Roman"/>
          <w:szCs w:val="24"/>
        </w:rPr>
        <w:t>didn’t</w:t>
      </w:r>
      <w:proofErr w:type="gramEnd"/>
      <w:r w:rsidRPr="00AC7CCD">
        <w:rPr>
          <w:rFonts w:eastAsia="Times New Roman" w:cs="Times New Roman"/>
          <w:szCs w:val="24"/>
        </w:rPr>
        <w:t xml:space="preserve"> say that. Not ever. Not to anyone. But it sounded like him—same tone, </w:t>
      </w:r>
      <w:proofErr w:type="gramStart"/>
      <w:r w:rsidRPr="00AC7CCD">
        <w:rPr>
          <w:rFonts w:eastAsia="Times New Roman" w:cs="Times New Roman"/>
          <w:szCs w:val="24"/>
        </w:rPr>
        <w:t>same</w:t>
      </w:r>
      <w:proofErr w:type="gramEnd"/>
      <w:r w:rsidRPr="00AC7CCD">
        <w:rPr>
          <w:rFonts w:eastAsia="Times New Roman" w:cs="Times New Roman"/>
          <w:szCs w:val="24"/>
        </w:rPr>
        <w:t xml:space="preserve"> clipped vowels. </w:t>
      </w:r>
      <w:proofErr w:type="gramStart"/>
      <w:r w:rsidRPr="00AC7CCD">
        <w:rPr>
          <w:rFonts w:eastAsia="Times New Roman" w:cs="Times New Roman"/>
          <w:szCs w:val="24"/>
        </w:rPr>
        <w:t>They’d</w:t>
      </w:r>
      <w:proofErr w:type="gramEnd"/>
      <w:r w:rsidRPr="00AC7CCD">
        <w:rPr>
          <w:rFonts w:eastAsia="Times New Roman" w:cs="Times New Roman"/>
          <w:szCs w:val="24"/>
        </w:rPr>
        <w:t xml:space="preserve"> manipulated his voice, chopped phrases together. </w:t>
      </w:r>
      <w:proofErr w:type="gramStart"/>
      <w:r w:rsidRPr="00AC7CCD">
        <w:rPr>
          <w:rFonts w:eastAsia="Times New Roman" w:cs="Times New Roman"/>
          <w:szCs w:val="24"/>
        </w:rPr>
        <w:t>He’d</w:t>
      </w:r>
      <w:proofErr w:type="gramEnd"/>
      <w:r w:rsidRPr="00AC7CCD">
        <w:rPr>
          <w:rFonts w:eastAsia="Times New Roman" w:cs="Times New Roman"/>
          <w:szCs w:val="24"/>
        </w:rPr>
        <w:t xml:space="preserve"> heard this kind of disinformation used overseas in psyops campaigns. But now it was </w:t>
      </w:r>
      <w:proofErr w:type="gramStart"/>
      <w:r w:rsidRPr="00AC7CCD">
        <w:rPr>
          <w:rFonts w:eastAsia="Times New Roman" w:cs="Times New Roman"/>
          <w:szCs w:val="24"/>
        </w:rPr>
        <w:t>being used</w:t>
      </w:r>
      <w:proofErr w:type="gramEnd"/>
      <w:r w:rsidRPr="00AC7CCD">
        <w:rPr>
          <w:rFonts w:eastAsia="Times New Roman" w:cs="Times New Roman"/>
          <w:szCs w:val="24"/>
        </w:rPr>
        <w:t xml:space="preserve"> against him. Here. At home.</w:t>
      </w:r>
    </w:p>
    <w:p w14:paraId="5F877C8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broadcast rolled on:</w:t>
      </w:r>
    </w:p>
    <w:p w14:paraId="6BC15E78"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szCs w:val="24"/>
        </w:rPr>
        <w:t xml:space="preserve">“—Deluca </w:t>
      </w:r>
      <w:proofErr w:type="gramStart"/>
      <w:r w:rsidRPr="00AC7CCD">
        <w:rPr>
          <w:rFonts w:eastAsia="Times New Roman" w:cs="Times New Roman"/>
          <w:szCs w:val="24"/>
        </w:rPr>
        <w:t>was last seen</w:t>
      </w:r>
      <w:proofErr w:type="gramEnd"/>
      <w:r w:rsidRPr="00AC7CCD">
        <w:rPr>
          <w:rFonts w:eastAsia="Times New Roman" w:cs="Times New Roman"/>
          <w:szCs w:val="24"/>
        </w:rPr>
        <w:t xml:space="preserve"> in his hometown of Worthington. Neighbors claim he had grown increasingly hostile toward government institutions. </w:t>
      </w:r>
      <w:proofErr w:type="gramStart"/>
      <w:r w:rsidRPr="00AC7CCD">
        <w:rPr>
          <w:rFonts w:eastAsia="Times New Roman" w:cs="Times New Roman"/>
          <w:szCs w:val="24"/>
        </w:rPr>
        <w:t>Several</w:t>
      </w:r>
      <w:proofErr w:type="gramEnd"/>
      <w:r w:rsidRPr="00AC7CCD">
        <w:rPr>
          <w:rFonts w:eastAsia="Times New Roman" w:cs="Times New Roman"/>
          <w:szCs w:val="24"/>
        </w:rPr>
        <w:t xml:space="preserve"> anonymous sources say he made threats about political violence as recently as February. A local woman, who asked not to </w:t>
      </w:r>
      <w:proofErr w:type="gramStart"/>
      <w:r w:rsidRPr="00AC7CCD">
        <w:rPr>
          <w:rFonts w:eastAsia="Times New Roman" w:cs="Times New Roman"/>
          <w:szCs w:val="24"/>
        </w:rPr>
        <w:t>be named</w:t>
      </w:r>
      <w:proofErr w:type="gramEnd"/>
      <w:r w:rsidRPr="00AC7CCD">
        <w:rPr>
          <w:rFonts w:eastAsia="Times New Roman" w:cs="Times New Roman"/>
          <w:szCs w:val="24"/>
        </w:rPr>
        <w:t>, says he told her the ‘next Capitol attack would be real.’”</w:t>
      </w:r>
    </w:p>
    <w:p w14:paraId="74522577"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Matt’s jaw clenched.</w:t>
      </w:r>
    </w:p>
    <w:p w14:paraId="0E743A7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Julie.</w:t>
      </w:r>
    </w:p>
    <w:p w14:paraId="1BF2F6C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w:t>
      </w:r>
      <w:proofErr w:type="gramStart"/>
      <w:r w:rsidRPr="00AC7CCD">
        <w:rPr>
          <w:rFonts w:eastAsia="Times New Roman" w:cs="Times New Roman"/>
          <w:szCs w:val="24"/>
        </w:rPr>
        <w:t>hadn’t</w:t>
      </w:r>
      <w:proofErr w:type="gramEnd"/>
      <w:r w:rsidRPr="00AC7CCD">
        <w:rPr>
          <w:rFonts w:eastAsia="Times New Roman" w:cs="Times New Roman"/>
          <w:szCs w:val="24"/>
        </w:rPr>
        <w:t xml:space="preserve"> spoken to her in </w:t>
      </w:r>
      <w:proofErr w:type="gramStart"/>
      <w:r w:rsidRPr="00AC7CCD">
        <w:rPr>
          <w:rFonts w:eastAsia="Times New Roman" w:cs="Times New Roman"/>
          <w:szCs w:val="24"/>
        </w:rPr>
        <w:t>nearly a</w:t>
      </w:r>
      <w:proofErr w:type="gramEnd"/>
      <w:r w:rsidRPr="00AC7CCD">
        <w:rPr>
          <w:rFonts w:eastAsia="Times New Roman" w:cs="Times New Roman"/>
          <w:szCs w:val="24"/>
        </w:rPr>
        <w:t xml:space="preserve"> year, not since she ended things with a text. Now she was a </w:t>
      </w:r>
      <w:proofErr w:type="gramStart"/>
      <w:r w:rsidRPr="00AC7CCD">
        <w:rPr>
          <w:rFonts w:eastAsia="Times New Roman" w:cs="Times New Roman"/>
          <w:szCs w:val="24"/>
        </w:rPr>
        <w:t>source?</w:t>
      </w:r>
      <w:proofErr w:type="gramEnd"/>
      <w:r w:rsidRPr="00AC7CCD">
        <w:rPr>
          <w:rFonts w:eastAsia="Times New Roman" w:cs="Times New Roman"/>
          <w:szCs w:val="24"/>
        </w:rPr>
        <w:t xml:space="preserve"> Feeding them lies?</w:t>
      </w:r>
    </w:p>
    <w:p w14:paraId="52F17E6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No—more likely she </w:t>
      </w:r>
      <w:proofErr w:type="gramStart"/>
      <w:r w:rsidRPr="00AC7CCD">
        <w:rPr>
          <w:rFonts w:eastAsia="Times New Roman" w:cs="Times New Roman"/>
          <w:szCs w:val="24"/>
        </w:rPr>
        <w:t>was fed</w:t>
      </w:r>
      <w:proofErr w:type="gramEnd"/>
      <w:r w:rsidRPr="00AC7CCD">
        <w:rPr>
          <w:rFonts w:eastAsia="Times New Roman" w:cs="Times New Roman"/>
          <w:szCs w:val="24"/>
        </w:rPr>
        <w:t xml:space="preserve"> </w:t>
      </w:r>
      <w:r w:rsidRPr="00AC7CCD">
        <w:rPr>
          <w:rFonts w:eastAsia="Times New Roman" w:cs="Times New Roman"/>
          <w:i/>
          <w:iCs/>
          <w:szCs w:val="24"/>
        </w:rPr>
        <w:t>a reason</w:t>
      </w:r>
      <w:r w:rsidRPr="00AC7CCD">
        <w:rPr>
          <w:rFonts w:eastAsia="Times New Roman" w:cs="Times New Roman"/>
          <w:szCs w:val="24"/>
        </w:rPr>
        <w:t xml:space="preserve"> to say what they wanted. </w:t>
      </w:r>
      <w:proofErr w:type="gramStart"/>
      <w:r w:rsidRPr="00AC7CCD">
        <w:rPr>
          <w:rFonts w:eastAsia="Times New Roman" w:cs="Times New Roman"/>
          <w:szCs w:val="24"/>
        </w:rPr>
        <w:t>Maybe a</w:t>
      </w:r>
      <w:proofErr w:type="gramEnd"/>
      <w:r w:rsidRPr="00AC7CCD">
        <w:rPr>
          <w:rFonts w:eastAsia="Times New Roman" w:cs="Times New Roman"/>
          <w:szCs w:val="24"/>
        </w:rPr>
        <w:t xml:space="preserve"> quiet deal. </w:t>
      </w:r>
      <w:proofErr w:type="gramStart"/>
      <w:r w:rsidRPr="00AC7CCD">
        <w:rPr>
          <w:rFonts w:eastAsia="Times New Roman" w:cs="Times New Roman"/>
          <w:szCs w:val="24"/>
        </w:rPr>
        <w:t>Maybe they</w:t>
      </w:r>
      <w:proofErr w:type="gramEnd"/>
      <w:r w:rsidRPr="00AC7CCD">
        <w:rPr>
          <w:rFonts w:eastAsia="Times New Roman" w:cs="Times New Roman"/>
          <w:szCs w:val="24"/>
        </w:rPr>
        <w:t xml:space="preserve"> just manipulated her too. </w:t>
      </w:r>
      <w:proofErr w:type="gramStart"/>
      <w:r w:rsidRPr="00AC7CCD">
        <w:rPr>
          <w:rFonts w:eastAsia="Times New Roman" w:cs="Times New Roman"/>
          <w:szCs w:val="24"/>
        </w:rPr>
        <w:t>Didn’t</w:t>
      </w:r>
      <w:proofErr w:type="gramEnd"/>
      <w:r w:rsidRPr="00AC7CCD">
        <w:rPr>
          <w:rFonts w:eastAsia="Times New Roman" w:cs="Times New Roman"/>
          <w:szCs w:val="24"/>
        </w:rPr>
        <w:t xml:space="preserve"> matter. The damage </w:t>
      </w:r>
      <w:proofErr w:type="gramStart"/>
      <w:r w:rsidRPr="00AC7CCD">
        <w:rPr>
          <w:rFonts w:eastAsia="Times New Roman" w:cs="Times New Roman"/>
          <w:szCs w:val="24"/>
        </w:rPr>
        <w:t>was done</w:t>
      </w:r>
      <w:proofErr w:type="gramEnd"/>
      <w:r w:rsidRPr="00AC7CCD">
        <w:rPr>
          <w:rFonts w:eastAsia="Times New Roman" w:cs="Times New Roman"/>
          <w:szCs w:val="24"/>
        </w:rPr>
        <w:t>.</w:t>
      </w:r>
    </w:p>
    <w:p w14:paraId="158A9D3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turned the radio off.</w:t>
      </w:r>
    </w:p>
    <w:p w14:paraId="01BE2D7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It </w:t>
      </w:r>
      <w:proofErr w:type="gramStart"/>
      <w:r w:rsidRPr="00AC7CCD">
        <w:rPr>
          <w:rFonts w:eastAsia="Times New Roman" w:cs="Times New Roman"/>
          <w:szCs w:val="24"/>
        </w:rPr>
        <w:t>wasn’t</w:t>
      </w:r>
      <w:proofErr w:type="gramEnd"/>
      <w:r w:rsidRPr="00AC7CCD">
        <w:rPr>
          <w:rFonts w:eastAsia="Times New Roman" w:cs="Times New Roman"/>
          <w:szCs w:val="24"/>
        </w:rPr>
        <w:t xml:space="preserve"> just </w:t>
      </w:r>
      <w:proofErr w:type="gramStart"/>
      <w:r w:rsidRPr="00AC7CCD">
        <w:rPr>
          <w:rFonts w:eastAsia="Times New Roman" w:cs="Times New Roman"/>
          <w:szCs w:val="24"/>
        </w:rPr>
        <w:t>a manhunt</w:t>
      </w:r>
      <w:proofErr w:type="gramEnd"/>
      <w:r w:rsidRPr="00AC7CCD">
        <w:rPr>
          <w:rFonts w:eastAsia="Times New Roman" w:cs="Times New Roman"/>
          <w:szCs w:val="24"/>
        </w:rPr>
        <w:t>. It was a takedown. A character assassination at algorithmic speed.</w:t>
      </w:r>
    </w:p>
    <w:p w14:paraId="77E3B41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And it was working.</w:t>
      </w:r>
    </w:p>
    <w:p w14:paraId="75814347" w14:textId="77777777" w:rsidR="00AC7CCD" w:rsidRPr="00AC7CCD" w:rsidRDefault="002010FF" w:rsidP="00AC7CCD">
      <w:pPr>
        <w:rPr>
          <w:rFonts w:eastAsia="Times New Roman" w:cs="Times New Roman"/>
          <w:szCs w:val="24"/>
        </w:rPr>
      </w:pPr>
      <w:r>
        <w:rPr>
          <w:rFonts w:eastAsia="Times New Roman" w:cs="Times New Roman"/>
          <w:szCs w:val="24"/>
        </w:rPr>
        <w:pict w14:anchorId="776F1171">
          <v:rect id="_x0000_i1027" style="width:0;height:1.5pt" o:hralign="center" o:hrstd="t" o:hr="t" fillcolor="#a0a0a0" stroked="f"/>
        </w:pict>
      </w:r>
    </w:p>
    <w:p w14:paraId="7AFEF90B"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Elsewhere – 6:45 p.m.</w:t>
      </w:r>
    </w:p>
    <w:p w14:paraId="22A51DC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A secured FBI forward command center. Mobile but state-of-the-art.</w:t>
      </w:r>
    </w:p>
    <w:p w14:paraId="337300E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Special Agent Corin Hatch reviewed the operational board. Deluca’s PTPI had spiked again—public Threat Perception Index now above 84%. The media cycle was doing its job.</w:t>
      </w:r>
    </w:p>
    <w:p w14:paraId="5DF57F1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last variable was the kill order.</w:t>
      </w:r>
    </w:p>
    <w:p w14:paraId="2E18AC6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They needed Deluca to escalate. To </w:t>
      </w:r>
      <w:r w:rsidRPr="00AC7CCD">
        <w:rPr>
          <w:rFonts w:eastAsia="Times New Roman" w:cs="Times New Roman"/>
          <w:i/>
          <w:iCs/>
          <w:szCs w:val="24"/>
        </w:rPr>
        <w:t>act</w:t>
      </w:r>
      <w:r w:rsidRPr="00AC7CCD">
        <w:rPr>
          <w:rFonts w:eastAsia="Times New Roman" w:cs="Times New Roman"/>
          <w:szCs w:val="24"/>
        </w:rPr>
        <w:t>. That would justify everything. The AI. The funding. The legality. Without it, there were too many questions. Too many lawyers.</w:t>
      </w:r>
    </w:p>
    <w:p w14:paraId="0399F31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Hatch turned to the contractor beside </w:t>
      </w:r>
      <w:proofErr w:type="gramStart"/>
      <w:r w:rsidRPr="00AC7CCD">
        <w:rPr>
          <w:rFonts w:eastAsia="Times New Roman" w:cs="Times New Roman"/>
          <w:szCs w:val="24"/>
        </w:rPr>
        <w:t>him—a former intelligence</w:t>
      </w:r>
      <w:proofErr w:type="gramEnd"/>
      <w:r w:rsidRPr="00AC7CCD">
        <w:rPr>
          <w:rFonts w:eastAsia="Times New Roman" w:cs="Times New Roman"/>
          <w:szCs w:val="24"/>
        </w:rPr>
        <w:t xml:space="preserve"> op with a milspec beard and a cold glint in his eye.</w:t>
      </w:r>
    </w:p>
    <w:p w14:paraId="440F516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“Deploy the second asset,” Hatch said. “Same county. Different </w:t>
      </w:r>
      <w:proofErr w:type="gramStart"/>
      <w:r w:rsidRPr="00AC7CCD">
        <w:rPr>
          <w:rFonts w:eastAsia="Times New Roman" w:cs="Times New Roman"/>
          <w:szCs w:val="24"/>
        </w:rPr>
        <w:t>vector</w:t>
      </w:r>
      <w:proofErr w:type="gramEnd"/>
      <w:r w:rsidRPr="00AC7CCD">
        <w:rPr>
          <w:rFonts w:eastAsia="Times New Roman" w:cs="Times New Roman"/>
          <w:szCs w:val="24"/>
        </w:rPr>
        <w:t xml:space="preserve">. </w:t>
      </w:r>
      <w:proofErr w:type="gramStart"/>
      <w:r w:rsidRPr="00AC7CCD">
        <w:rPr>
          <w:rFonts w:eastAsia="Times New Roman" w:cs="Times New Roman"/>
          <w:szCs w:val="24"/>
        </w:rPr>
        <w:t>Let’s</w:t>
      </w:r>
      <w:proofErr w:type="gramEnd"/>
      <w:r w:rsidRPr="00AC7CCD">
        <w:rPr>
          <w:rFonts w:eastAsia="Times New Roman" w:cs="Times New Roman"/>
          <w:szCs w:val="24"/>
        </w:rPr>
        <w:t xml:space="preserve"> give him a little push.”</w:t>
      </w:r>
    </w:p>
    <w:p w14:paraId="1AB2E86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contractor nodded. “You want soft pressure or heat?”</w:t>
      </w:r>
    </w:p>
    <w:p w14:paraId="5C89DD2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“Start with pressure,” Hatch said. “But make it feel real. If he runs again, we escalate.”</w:t>
      </w:r>
    </w:p>
    <w:p w14:paraId="2FF5198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looked once more at the board.</w:t>
      </w:r>
    </w:p>
    <w:p w14:paraId="68E1F28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“Let’s make the AI right.”</w:t>
      </w:r>
    </w:p>
    <w:p w14:paraId="6A22C74A"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South of Chester, Massachusetts – 7:28 p.m.</w:t>
      </w:r>
    </w:p>
    <w:p w14:paraId="53445B6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The woods parted near a forgotten utility road, and Matt saw the gas station through the trees.</w:t>
      </w:r>
    </w:p>
    <w:p w14:paraId="0073E32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It was the kind of place time forgot. A single pump, flickering fluorescent lights, and a rusted-out Coke machine older than him. A place nobody watched. </w:t>
      </w:r>
      <w:proofErr w:type="gramStart"/>
      <w:r w:rsidRPr="00AC7CCD">
        <w:rPr>
          <w:rFonts w:eastAsia="Times New Roman" w:cs="Times New Roman"/>
          <w:szCs w:val="24"/>
        </w:rPr>
        <w:t>That’s</w:t>
      </w:r>
      <w:proofErr w:type="gramEnd"/>
      <w:r w:rsidRPr="00AC7CCD">
        <w:rPr>
          <w:rFonts w:eastAsia="Times New Roman" w:cs="Times New Roman"/>
          <w:szCs w:val="24"/>
        </w:rPr>
        <w:t xml:space="preserve"> why he chose it.</w:t>
      </w:r>
    </w:p>
    <w:p w14:paraId="78DEFDE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waited in the </w:t>
      </w:r>
      <w:proofErr w:type="gramStart"/>
      <w:r w:rsidRPr="00AC7CCD">
        <w:rPr>
          <w:rFonts w:eastAsia="Times New Roman" w:cs="Times New Roman"/>
          <w:szCs w:val="24"/>
        </w:rPr>
        <w:t>treeline</w:t>
      </w:r>
      <w:proofErr w:type="gramEnd"/>
      <w:r w:rsidRPr="00AC7CCD">
        <w:rPr>
          <w:rFonts w:eastAsia="Times New Roman" w:cs="Times New Roman"/>
          <w:szCs w:val="24"/>
        </w:rPr>
        <w:t>, watching for movement. Cars came and went. No black SUVs. No uniforms. He pulled his hat low and crossed the parking lot fast, head down. Inside, it smelled like fried oil and wood smoke.</w:t>
      </w:r>
    </w:p>
    <w:p w14:paraId="1DBE73F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grabbed a bottle of water, a protein bar, and a prepaid phone from the back pegboard.</w:t>
      </w:r>
    </w:p>
    <w:p w14:paraId="2E74686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At the counter, a familiar voice stopped him cold.</w:t>
      </w:r>
    </w:p>
    <w:p w14:paraId="42D734A7"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w:t>
      </w:r>
      <w:proofErr w:type="gramStart"/>
      <w:r w:rsidRPr="00AC7CCD">
        <w:rPr>
          <w:rFonts w:eastAsia="Times New Roman" w:cs="Times New Roman"/>
          <w:szCs w:val="24"/>
        </w:rPr>
        <w:t>Well</w:t>
      </w:r>
      <w:proofErr w:type="gramEnd"/>
      <w:r w:rsidRPr="00AC7CCD">
        <w:rPr>
          <w:rFonts w:eastAsia="Times New Roman" w:cs="Times New Roman"/>
          <w:szCs w:val="24"/>
        </w:rPr>
        <w:t xml:space="preserve"> </w:t>
      </w:r>
      <w:proofErr w:type="gramStart"/>
      <w:r w:rsidRPr="00AC7CCD">
        <w:rPr>
          <w:rFonts w:eastAsia="Times New Roman" w:cs="Times New Roman"/>
          <w:szCs w:val="24"/>
        </w:rPr>
        <w:t>I’ll</w:t>
      </w:r>
      <w:proofErr w:type="gramEnd"/>
      <w:r w:rsidRPr="00AC7CCD">
        <w:rPr>
          <w:rFonts w:eastAsia="Times New Roman" w:cs="Times New Roman"/>
          <w:szCs w:val="24"/>
        </w:rPr>
        <w:t xml:space="preserve"> be </w:t>
      </w:r>
      <w:proofErr w:type="gramStart"/>
      <w:r w:rsidRPr="00AC7CCD">
        <w:rPr>
          <w:rFonts w:eastAsia="Times New Roman" w:cs="Times New Roman"/>
          <w:szCs w:val="24"/>
        </w:rPr>
        <w:t>damned</w:t>
      </w:r>
      <w:proofErr w:type="gramEnd"/>
      <w:r w:rsidRPr="00AC7CCD">
        <w:rPr>
          <w:rFonts w:eastAsia="Times New Roman" w:cs="Times New Roman"/>
          <w:szCs w:val="24"/>
        </w:rPr>
        <w:t>. Mattie Deluca?”</w:t>
      </w:r>
    </w:p>
    <w:p w14:paraId="550BCBB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froze. </w:t>
      </w:r>
      <w:proofErr w:type="gramStart"/>
      <w:r w:rsidRPr="00AC7CCD">
        <w:rPr>
          <w:rFonts w:eastAsia="Times New Roman" w:cs="Times New Roman"/>
          <w:szCs w:val="24"/>
        </w:rPr>
        <w:t>Then</w:t>
      </w:r>
      <w:proofErr w:type="gramEnd"/>
      <w:r w:rsidRPr="00AC7CCD">
        <w:rPr>
          <w:rFonts w:eastAsia="Times New Roman" w:cs="Times New Roman"/>
          <w:szCs w:val="24"/>
        </w:rPr>
        <w:t xml:space="preserve"> looked up.</w:t>
      </w:r>
    </w:p>
    <w:p w14:paraId="4092747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Danny Crayton.</w:t>
      </w:r>
      <w:r w:rsidRPr="00AC7CCD">
        <w:rPr>
          <w:rFonts w:eastAsia="Times New Roman" w:cs="Times New Roman"/>
          <w:szCs w:val="24"/>
        </w:rPr>
        <w:t xml:space="preserve"> High school friend, two years behind him. </w:t>
      </w:r>
      <w:proofErr w:type="gramStart"/>
      <w:r w:rsidRPr="00AC7CCD">
        <w:rPr>
          <w:rFonts w:eastAsia="Times New Roman" w:cs="Times New Roman"/>
          <w:szCs w:val="24"/>
        </w:rPr>
        <w:t>Used</w:t>
      </w:r>
      <w:proofErr w:type="gramEnd"/>
      <w:r w:rsidRPr="00AC7CCD">
        <w:rPr>
          <w:rFonts w:eastAsia="Times New Roman" w:cs="Times New Roman"/>
          <w:szCs w:val="24"/>
        </w:rPr>
        <w:t xml:space="preserve"> to play wide receiver until a shoulder injury </w:t>
      </w:r>
      <w:proofErr w:type="gramStart"/>
      <w:r w:rsidRPr="00AC7CCD">
        <w:rPr>
          <w:rFonts w:eastAsia="Times New Roman" w:cs="Times New Roman"/>
          <w:szCs w:val="24"/>
        </w:rPr>
        <w:t>ended it</w:t>
      </w:r>
      <w:proofErr w:type="gramEnd"/>
      <w:r w:rsidRPr="00AC7CCD">
        <w:rPr>
          <w:rFonts w:eastAsia="Times New Roman" w:cs="Times New Roman"/>
          <w:szCs w:val="24"/>
        </w:rPr>
        <w:t xml:space="preserve">. Now he was balding, wore a mechanic’s shirt with his name stitched on it, and looked ten years older than he </w:t>
      </w:r>
      <w:proofErr w:type="gramStart"/>
      <w:r w:rsidRPr="00AC7CCD">
        <w:rPr>
          <w:rFonts w:eastAsia="Times New Roman" w:cs="Times New Roman"/>
          <w:szCs w:val="24"/>
        </w:rPr>
        <w:t>should</w:t>
      </w:r>
      <w:proofErr w:type="gramEnd"/>
      <w:r w:rsidRPr="00AC7CCD">
        <w:rPr>
          <w:rFonts w:eastAsia="Times New Roman" w:cs="Times New Roman"/>
          <w:szCs w:val="24"/>
        </w:rPr>
        <w:t>.</w:t>
      </w:r>
    </w:p>
    <w:p w14:paraId="4D8B867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tried to force a smile. “Hey, Danny.”</w:t>
      </w:r>
    </w:p>
    <w:p w14:paraId="7CB1B59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 heard the rumors,” Danny said, lowering his voice. “</w:t>
      </w:r>
      <w:proofErr w:type="gramStart"/>
      <w:r w:rsidRPr="00AC7CCD">
        <w:rPr>
          <w:rFonts w:eastAsia="Times New Roman" w:cs="Times New Roman"/>
          <w:szCs w:val="24"/>
        </w:rPr>
        <w:t>Didn’t</w:t>
      </w:r>
      <w:proofErr w:type="gramEnd"/>
      <w:r w:rsidRPr="00AC7CCD">
        <w:rPr>
          <w:rFonts w:eastAsia="Times New Roman" w:cs="Times New Roman"/>
          <w:szCs w:val="24"/>
        </w:rPr>
        <w:t xml:space="preserve"> believe ’em. You? A terrorist? </w:t>
      </w:r>
      <w:proofErr w:type="gramStart"/>
      <w:r w:rsidRPr="00AC7CCD">
        <w:rPr>
          <w:rFonts w:eastAsia="Times New Roman" w:cs="Times New Roman"/>
          <w:szCs w:val="24"/>
        </w:rPr>
        <w:t>Bullshit</w:t>
      </w:r>
      <w:proofErr w:type="gramEnd"/>
      <w:r w:rsidRPr="00AC7CCD">
        <w:rPr>
          <w:rFonts w:eastAsia="Times New Roman" w:cs="Times New Roman"/>
          <w:szCs w:val="24"/>
        </w:rPr>
        <w:t>.”</w:t>
      </w:r>
    </w:p>
    <w:p w14:paraId="4890CE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studied his face. He seemed sincere. No fear in his eyes. No accusation. Just old-school loyalty.</w:t>
      </w:r>
    </w:p>
    <w:p w14:paraId="7645707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“You got a minute?” Matt asked. “Outside?”</w:t>
      </w:r>
    </w:p>
    <w:p w14:paraId="60F7C7A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Danny nodded.</w:t>
      </w:r>
    </w:p>
    <w:p w14:paraId="1CB2ACB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sat behind the station, near a stack of tires and a busted vending machine.</w:t>
      </w:r>
    </w:p>
    <w:p w14:paraId="0D9946B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Matt kept his voice low. “They doctored a photo. Faked audio. </w:t>
      </w:r>
      <w:proofErr w:type="gramStart"/>
      <w:r w:rsidRPr="00AC7CCD">
        <w:rPr>
          <w:rFonts w:eastAsia="Times New Roman" w:cs="Times New Roman"/>
          <w:szCs w:val="24"/>
        </w:rPr>
        <w:t>They're</w:t>
      </w:r>
      <w:proofErr w:type="gramEnd"/>
      <w:r w:rsidRPr="00AC7CCD">
        <w:rPr>
          <w:rFonts w:eastAsia="Times New Roman" w:cs="Times New Roman"/>
          <w:szCs w:val="24"/>
        </w:rPr>
        <w:t xml:space="preserve"> building a case with smoke and mirrors, and the AI just takes it all as gospel.”</w:t>
      </w:r>
    </w:p>
    <w:p w14:paraId="4C3AD0F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looked at him hard. “Why you?”</w:t>
      </w:r>
    </w:p>
    <w:p w14:paraId="076E8E1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“I </w:t>
      </w:r>
      <w:proofErr w:type="gramStart"/>
      <w:r w:rsidRPr="00AC7CCD">
        <w:rPr>
          <w:rFonts w:eastAsia="Times New Roman" w:cs="Times New Roman"/>
          <w:szCs w:val="24"/>
        </w:rPr>
        <w:t>don’t</w:t>
      </w:r>
      <w:proofErr w:type="gramEnd"/>
      <w:r w:rsidRPr="00AC7CCD">
        <w:rPr>
          <w:rFonts w:eastAsia="Times New Roman" w:cs="Times New Roman"/>
          <w:szCs w:val="24"/>
        </w:rPr>
        <w:t xml:space="preserve"> know. </w:t>
      </w:r>
      <w:proofErr w:type="gramStart"/>
      <w:r w:rsidRPr="00AC7CCD">
        <w:rPr>
          <w:rFonts w:eastAsia="Times New Roman" w:cs="Times New Roman"/>
          <w:szCs w:val="24"/>
        </w:rPr>
        <w:t>Maybe I</w:t>
      </w:r>
      <w:proofErr w:type="gramEnd"/>
      <w:r w:rsidRPr="00AC7CCD">
        <w:rPr>
          <w:rFonts w:eastAsia="Times New Roman" w:cs="Times New Roman"/>
          <w:szCs w:val="24"/>
        </w:rPr>
        <w:t xml:space="preserve"> checked the wrong boxes. Vet. Gun owner. Wrong place, wrong time.”</w:t>
      </w:r>
    </w:p>
    <w:p w14:paraId="374CAD7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Danny shook his head. “They said you </w:t>
      </w:r>
      <w:proofErr w:type="gramStart"/>
      <w:r w:rsidRPr="00AC7CCD">
        <w:rPr>
          <w:rFonts w:eastAsia="Times New Roman" w:cs="Times New Roman"/>
          <w:szCs w:val="24"/>
        </w:rPr>
        <w:t>were armed</w:t>
      </w:r>
      <w:proofErr w:type="gramEnd"/>
      <w:r w:rsidRPr="00AC7CCD">
        <w:rPr>
          <w:rFonts w:eastAsia="Times New Roman" w:cs="Times New Roman"/>
          <w:szCs w:val="24"/>
        </w:rPr>
        <w:t xml:space="preserve"> and dangerous. Said you went off the grid.”</w:t>
      </w:r>
    </w:p>
    <w:p w14:paraId="13A87EA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 didn’t go off,” Matt said. “They pushed me off.”</w:t>
      </w:r>
    </w:p>
    <w:p w14:paraId="420FE29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stood and paced. “You need help? Cash? Car?”</w:t>
      </w:r>
    </w:p>
    <w:p w14:paraId="7674F32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hesitated. “Just a ride. Ten miles north. Dirt road. Then I disappear.”</w:t>
      </w:r>
    </w:p>
    <w:p w14:paraId="7FA1FF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Danny nodded once. “Keys are in the truck. Take it. </w:t>
      </w:r>
      <w:proofErr w:type="gramStart"/>
      <w:r w:rsidRPr="00AC7CCD">
        <w:rPr>
          <w:rFonts w:eastAsia="Times New Roman" w:cs="Times New Roman"/>
          <w:szCs w:val="24"/>
        </w:rPr>
        <w:t>I’ll</w:t>
      </w:r>
      <w:proofErr w:type="gramEnd"/>
      <w:r w:rsidRPr="00AC7CCD">
        <w:rPr>
          <w:rFonts w:eastAsia="Times New Roman" w:cs="Times New Roman"/>
          <w:szCs w:val="24"/>
        </w:rPr>
        <w:t xml:space="preserve"> stall anyone who comes asking.”</w:t>
      </w:r>
    </w:p>
    <w:p w14:paraId="04CA4ED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clapped his shoulder. “You’re a good man, Danny.”</w:t>
      </w:r>
    </w:p>
    <w:p w14:paraId="603F22B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As Matt walked toward the pickup, headlights flared at the far end of the lot.</w:t>
      </w:r>
    </w:p>
    <w:p w14:paraId="71237815"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 van. No logos. Civilian plates. Too clean.</w:t>
      </w:r>
    </w:p>
    <w:p w14:paraId="78C2A0E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His instincts screamed.</w:t>
      </w:r>
    </w:p>
    <w:p w14:paraId="5DA3D80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dropped behind the fuel tank as the van’s side door slid open.</w:t>
      </w:r>
    </w:p>
    <w:p w14:paraId="71A4104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Two men stepped out. Tactical vests. No visible badges. Suppressors on their rifles.</w:t>
      </w:r>
    </w:p>
    <w:p w14:paraId="3E10B4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Matt sprinted toward the woods. The first shot cracked past his head. He rolled down the embankment and landed in a </w:t>
      </w:r>
      <w:proofErr w:type="gramStart"/>
      <w:r w:rsidRPr="00AC7CCD">
        <w:rPr>
          <w:rFonts w:eastAsia="Times New Roman" w:cs="Times New Roman"/>
          <w:szCs w:val="24"/>
        </w:rPr>
        <w:t>ditch thick</w:t>
      </w:r>
      <w:proofErr w:type="gramEnd"/>
      <w:r w:rsidRPr="00AC7CCD">
        <w:rPr>
          <w:rFonts w:eastAsia="Times New Roman" w:cs="Times New Roman"/>
          <w:szCs w:val="24"/>
        </w:rPr>
        <w:t xml:space="preserve"> with wet leaves and broken glass.</w:t>
      </w:r>
    </w:p>
    <w:p w14:paraId="21DFFA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crawled fast, keeping low, heart pounding.</w:t>
      </w:r>
    </w:p>
    <w:p w14:paraId="289064E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Shouts behind him.</w:t>
      </w:r>
    </w:p>
    <w:p w14:paraId="467B00B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 xml:space="preserve">“Move! </w:t>
      </w:r>
      <w:proofErr w:type="gramStart"/>
      <w:r w:rsidRPr="00AC7CCD">
        <w:rPr>
          <w:rFonts w:eastAsia="Times New Roman" w:cs="Times New Roman"/>
          <w:b/>
          <w:bCs/>
          <w:szCs w:val="24"/>
        </w:rPr>
        <w:t>He’s</w:t>
      </w:r>
      <w:proofErr w:type="gramEnd"/>
      <w:r w:rsidRPr="00AC7CCD">
        <w:rPr>
          <w:rFonts w:eastAsia="Times New Roman" w:cs="Times New Roman"/>
          <w:b/>
          <w:bCs/>
          <w:szCs w:val="24"/>
        </w:rPr>
        <w:t xml:space="preserve"> on foot—heading east!”</w:t>
      </w:r>
    </w:p>
    <w:p w14:paraId="77D6C19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Matt reached the </w:t>
      </w:r>
      <w:proofErr w:type="gramStart"/>
      <w:r w:rsidRPr="00AC7CCD">
        <w:rPr>
          <w:rFonts w:eastAsia="Times New Roman" w:cs="Times New Roman"/>
          <w:szCs w:val="24"/>
        </w:rPr>
        <w:t>treeline</w:t>
      </w:r>
      <w:proofErr w:type="gramEnd"/>
      <w:r w:rsidRPr="00AC7CCD">
        <w:rPr>
          <w:rFonts w:eastAsia="Times New Roman" w:cs="Times New Roman"/>
          <w:szCs w:val="24"/>
        </w:rPr>
        <w:t xml:space="preserve"> and vanished.</w:t>
      </w:r>
    </w:p>
    <w:p w14:paraId="04CECE80" w14:textId="77777777" w:rsidR="00AC7CCD" w:rsidRPr="00AC7CCD" w:rsidRDefault="002010FF" w:rsidP="00AC7CCD">
      <w:pPr>
        <w:rPr>
          <w:rFonts w:eastAsia="Times New Roman" w:cs="Times New Roman"/>
          <w:szCs w:val="24"/>
        </w:rPr>
      </w:pPr>
      <w:r>
        <w:rPr>
          <w:rFonts w:eastAsia="Times New Roman" w:cs="Times New Roman"/>
          <w:szCs w:val="24"/>
        </w:rPr>
        <w:pict w14:anchorId="2C3436B0">
          <v:rect id="_x0000_i1028" style="width:0;height:1.5pt" o:hralign="center" o:hrstd="t" o:hr="t" fillcolor="#a0a0a0" stroked="f"/>
        </w:pict>
      </w:r>
    </w:p>
    <w:p w14:paraId="0CD4C0F8"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Back at the Station – Minutes Later</w:t>
      </w:r>
    </w:p>
    <w:p w14:paraId="58FBB3F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Danny stood in front of the </w:t>
      </w:r>
      <w:proofErr w:type="gramStart"/>
      <w:r w:rsidRPr="00AC7CCD">
        <w:rPr>
          <w:rFonts w:eastAsia="Times New Roman" w:cs="Times New Roman"/>
          <w:szCs w:val="24"/>
        </w:rPr>
        <w:t>agents,</w:t>
      </w:r>
      <w:proofErr w:type="gramEnd"/>
      <w:r w:rsidRPr="00AC7CCD">
        <w:rPr>
          <w:rFonts w:eastAsia="Times New Roman" w:cs="Times New Roman"/>
          <w:szCs w:val="24"/>
        </w:rPr>
        <w:t xml:space="preserve"> arms crossed.</w:t>
      </w:r>
    </w:p>
    <w:p w14:paraId="4B34350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“Must’ve just missed him,” he said. “Thought he looked familiar. </w:t>
      </w:r>
      <w:proofErr w:type="gramStart"/>
      <w:r w:rsidRPr="00AC7CCD">
        <w:rPr>
          <w:rFonts w:eastAsia="Times New Roman" w:cs="Times New Roman"/>
          <w:szCs w:val="24"/>
        </w:rPr>
        <w:t>Could’ve</w:t>
      </w:r>
      <w:proofErr w:type="gramEnd"/>
      <w:r w:rsidRPr="00AC7CCD">
        <w:rPr>
          <w:rFonts w:eastAsia="Times New Roman" w:cs="Times New Roman"/>
          <w:szCs w:val="24"/>
        </w:rPr>
        <w:t xml:space="preserve"> sworn it was someone else.”</w:t>
      </w:r>
    </w:p>
    <w:p w14:paraId="2CE3BBD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 xml:space="preserve">The lead agent squinted at him. “He </w:t>
      </w:r>
      <w:proofErr w:type="gramStart"/>
      <w:r w:rsidRPr="00AC7CCD">
        <w:rPr>
          <w:rFonts w:eastAsia="Times New Roman" w:cs="Times New Roman"/>
          <w:szCs w:val="24"/>
        </w:rPr>
        <w:t>talk</w:t>
      </w:r>
      <w:proofErr w:type="gramEnd"/>
      <w:r w:rsidRPr="00AC7CCD">
        <w:rPr>
          <w:rFonts w:eastAsia="Times New Roman" w:cs="Times New Roman"/>
          <w:szCs w:val="24"/>
        </w:rPr>
        <w:t xml:space="preserve"> to you?”</w:t>
      </w:r>
    </w:p>
    <w:p w14:paraId="37A90C1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“Nope.”</w:t>
      </w:r>
    </w:p>
    <w:p w14:paraId="6B413C3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“You sure?”</w:t>
      </w:r>
    </w:p>
    <w:p w14:paraId="40B0323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smiled, slow and stubborn. “Positive.”</w:t>
      </w:r>
    </w:p>
    <w:p w14:paraId="428279C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They stared him down, but he </w:t>
      </w:r>
      <w:proofErr w:type="gramStart"/>
      <w:r w:rsidRPr="00AC7CCD">
        <w:rPr>
          <w:rFonts w:eastAsia="Times New Roman" w:cs="Times New Roman"/>
          <w:szCs w:val="24"/>
        </w:rPr>
        <w:t>didn’t</w:t>
      </w:r>
      <w:proofErr w:type="gramEnd"/>
      <w:r w:rsidRPr="00AC7CCD">
        <w:rPr>
          <w:rFonts w:eastAsia="Times New Roman" w:cs="Times New Roman"/>
          <w:szCs w:val="24"/>
        </w:rPr>
        <w:t xml:space="preserve"> flinch. Finally, the agent motioned to the others.</w:t>
      </w:r>
    </w:p>
    <w:p w14:paraId="2286004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“Mount up. </w:t>
      </w:r>
      <w:proofErr w:type="gramStart"/>
      <w:r w:rsidRPr="00AC7CCD">
        <w:rPr>
          <w:rFonts w:eastAsia="Times New Roman" w:cs="Times New Roman"/>
          <w:szCs w:val="24"/>
        </w:rPr>
        <w:t>Let’s</w:t>
      </w:r>
      <w:proofErr w:type="gramEnd"/>
      <w:r w:rsidRPr="00AC7CCD">
        <w:rPr>
          <w:rFonts w:eastAsia="Times New Roman" w:cs="Times New Roman"/>
          <w:szCs w:val="24"/>
        </w:rPr>
        <w:t xml:space="preserve"> sweep east.”</w:t>
      </w:r>
    </w:p>
    <w:p w14:paraId="09C4DCB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left dust and exhaust in their wake.</w:t>
      </w:r>
    </w:p>
    <w:p w14:paraId="6053175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Danny watched them go, then pulled out his phone and deleted the contact he </w:t>
      </w:r>
      <w:proofErr w:type="gramStart"/>
      <w:r w:rsidRPr="00AC7CCD">
        <w:rPr>
          <w:rFonts w:eastAsia="Times New Roman" w:cs="Times New Roman"/>
          <w:szCs w:val="24"/>
        </w:rPr>
        <w:t>hadn’t</w:t>
      </w:r>
      <w:proofErr w:type="gramEnd"/>
      <w:r w:rsidRPr="00AC7CCD">
        <w:rPr>
          <w:rFonts w:eastAsia="Times New Roman" w:cs="Times New Roman"/>
          <w:szCs w:val="24"/>
        </w:rPr>
        <w:t xml:space="preserve"> touched in ten years. He whispered to himself:</w:t>
      </w:r>
    </w:p>
    <w:p w14:paraId="6EB24DEC" w14:textId="77777777" w:rsid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“Be safe, Mattie. Whatever this is—you </w:t>
      </w:r>
      <w:proofErr w:type="gramStart"/>
      <w:r w:rsidRPr="00AC7CCD">
        <w:rPr>
          <w:rFonts w:eastAsia="Times New Roman" w:cs="Times New Roman"/>
          <w:szCs w:val="24"/>
        </w:rPr>
        <w:t>didn’t</w:t>
      </w:r>
      <w:proofErr w:type="gramEnd"/>
      <w:r w:rsidRPr="00AC7CCD">
        <w:rPr>
          <w:rFonts w:eastAsia="Times New Roman" w:cs="Times New Roman"/>
          <w:szCs w:val="24"/>
        </w:rPr>
        <w:t xml:space="preserve"> deserve it.”</w:t>
      </w:r>
    </w:p>
    <w:p w14:paraId="1750486E" w14:textId="77777777" w:rsidR="00071899" w:rsidRDefault="00071899" w:rsidP="00AC7CCD">
      <w:pPr>
        <w:spacing w:before="100" w:beforeAutospacing="1" w:after="100" w:afterAutospacing="1"/>
        <w:rPr>
          <w:rFonts w:eastAsia="Times New Roman" w:cs="Times New Roman"/>
          <w:szCs w:val="24"/>
        </w:rPr>
      </w:pPr>
    </w:p>
    <w:p w14:paraId="45F58D7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b/>
          <w:bCs/>
          <w:szCs w:val="24"/>
        </w:rPr>
        <w:t>Chapter Two – Shadows in the Ashes</w:t>
      </w:r>
      <w:r w:rsidRPr="00071899">
        <w:rPr>
          <w:rFonts w:eastAsia="Times New Roman" w:cs="Times New Roman"/>
          <w:szCs w:val="24"/>
        </w:rPr>
        <w:br/>
      </w:r>
      <w:r w:rsidRPr="00071899">
        <w:rPr>
          <w:rFonts w:eastAsia="Times New Roman" w:cs="Times New Roman"/>
          <w:i/>
          <w:iCs/>
          <w:szCs w:val="24"/>
        </w:rPr>
        <w:t xml:space="preserve">(Expanded and integrated version of Chapter Two of </w:t>
      </w:r>
      <w:proofErr w:type="gramStart"/>
      <w:r w:rsidRPr="00071899">
        <w:rPr>
          <w:rFonts w:eastAsia="Times New Roman" w:cs="Times New Roman"/>
          <w:i/>
          <w:iCs/>
          <w:szCs w:val="24"/>
        </w:rPr>
        <w:t>Pre Convicted</w:t>
      </w:r>
      <w:proofErr w:type="gramEnd"/>
      <w:r w:rsidRPr="00071899">
        <w:rPr>
          <w:rFonts w:eastAsia="Times New Roman" w:cs="Times New Roman"/>
          <w:i/>
          <w:iCs/>
          <w:szCs w:val="24"/>
        </w:rPr>
        <w:t>)</w:t>
      </w:r>
    </w:p>
    <w:p w14:paraId="78412DC0" w14:textId="77777777" w:rsidR="00071899" w:rsidRPr="00071899" w:rsidRDefault="002010FF" w:rsidP="00071899">
      <w:pPr>
        <w:rPr>
          <w:rFonts w:eastAsia="Times New Roman" w:cs="Times New Roman"/>
          <w:szCs w:val="24"/>
        </w:rPr>
      </w:pPr>
      <w:r>
        <w:rPr>
          <w:rFonts w:eastAsia="Times New Roman" w:cs="Times New Roman"/>
          <w:szCs w:val="24"/>
        </w:rPr>
        <w:pict w14:anchorId="0D275EB5">
          <v:rect id="_x0000_i1029" style="width:0;height:1.5pt" o:hralign="center" o:hrstd="t" o:hr="t" fillcolor="#a0a0a0" stroked="f"/>
        </w:pict>
      </w:r>
    </w:p>
    <w:p w14:paraId="778513E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 burned-out shell of Springfield still stank of smoke and tear gas.</w:t>
      </w:r>
    </w:p>
    <w:p w14:paraId="475ABB53"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Frank Marino kept his collar up and his eyes low as he moved past the broken windows and graffiti-covered brick facades lining Worthington Street. The protest had been over for days, but the memory hung </w:t>
      </w:r>
      <w:proofErr w:type="gramStart"/>
      <w:r w:rsidRPr="00071899">
        <w:rPr>
          <w:rFonts w:eastAsia="Times New Roman" w:cs="Times New Roman"/>
          <w:szCs w:val="24"/>
        </w:rPr>
        <w:t>heavy</w:t>
      </w:r>
      <w:proofErr w:type="gramEnd"/>
      <w:r w:rsidRPr="00071899">
        <w:rPr>
          <w:rFonts w:eastAsia="Times New Roman" w:cs="Times New Roman"/>
          <w:szCs w:val="24"/>
        </w:rPr>
        <w:t xml:space="preserve"> in the air. Plywood sheets clung to storefronts like bandages. </w:t>
      </w:r>
      <w:proofErr w:type="gramStart"/>
      <w:r w:rsidRPr="00071899">
        <w:rPr>
          <w:rFonts w:eastAsia="Times New Roman" w:cs="Times New Roman"/>
          <w:szCs w:val="24"/>
        </w:rPr>
        <w:t>A few</w:t>
      </w:r>
      <w:proofErr w:type="gramEnd"/>
      <w:r w:rsidRPr="00071899">
        <w:rPr>
          <w:rFonts w:eastAsia="Times New Roman" w:cs="Times New Roman"/>
          <w:szCs w:val="24"/>
        </w:rPr>
        <w:t xml:space="preserve"> shop owners stood </w:t>
      </w:r>
      <w:proofErr w:type="gramStart"/>
      <w:r w:rsidRPr="00071899">
        <w:rPr>
          <w:rFonts w:eastAsia="Times New Roman" w:cs="Times New Roman"/>
          <w:szCs w:val="24"/>
        </w:rPr>
        <w:t>out</w:t>
      </w:r>
      <w:proofErr w:type="gramEnd"/>
      <w:r w:rsidRPr="00071899">
        <w:rPr>
          <w:rFonts w:eastAsia="Times New Roman" w:cs="Times New Roman"/>
          <w:szCs w:val="24"/>
        </w:rPr>
        <w:t xml:space="preserve"> front, sweeping away glass. The city looked like it had survived a siege—and in a way, it had.</w:t>
      </w:r>
    </w:p>
    <w:p w14:paraId="7ED1309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But Frank </w:t>
      </w:r>
      <w:proofErr w:type="gramStart"/>
      <w:r w:rsidRPr="00071899">
        <w:rPr>
          <w:rFonts w:eastAsia="Times New Roman" w:cs="Times New Roman"/>
          <w:szCs w:val="24"/>
        </w:rPr>
        <w:t>hadn’t</w:t>
      </w:r>
      <w:proofErr w:type="gramEnd"/>
      <w:r w:rsidRPr="00071899">
        <w:rPr>
          <w:rFonts w:eastAsia="Times New Roman" w:cs="Times New Roman"/>
          <w:szCs w:val="24"/>
        </w:rPr>
        <w:t xml:space="preserve"> come </w:t>
      </w:r>
      <w:proofErr w:type="gramStart"/>
      <w:r w:rsidRPr="00071899">
        <w:rPr>
          <w:rFonts w:eastAsia="Times New Roman" w:cs="Times New Roman"/>
          <w:szCs w:val="24"/>
        </w:rPr>
        <w:t>for</w:t>
      </w:r>
      <w:proofErr w:type="gramEnd"/>
      <w:r w:rsidRPr="00071899">
        <w:rPr>
          <w:rFonts w:eastAsia="Times New Roman" w:cs="Times New Roman"/>
          <w:szCs w:val="24"/>
        </w:rPr>
        <w:t xml:space="preserve"> the protest. That </w:t>
      </w:r>
      <w:proofErr w:type="gramStart"/>
      <w:r w:rsidRPr="00071899">
        <w:rPr>
          <w:rFonts w:eastAsia="Times New Roman" w:cs="Times New Roman"/>
          <w:szCs w:val="24"/>
        </w:rPr>
        <w:t>wasn’t</w:t>
      </w:r>
      <w:proofErr w:type="gramEnd"/>
      <w:r w:rsidRPr="00071899">
        <w:rPr>
          <w:rFonts w:eastAsia="Times New Roman" w:cs="Times New Roman"/>
          <w:szCs w:val="24"/>
        </w:rPr>
        <w:t xml:space="preserve"> why he was here.</w:t>
      </w:r>
    </w:p>
    <w:p w14:paraId="3A42486E"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He had come to meet </w:t>
      </w:r>
      <w:r w:rsidRPr="00071899">
        <w:rPr>
          <w:rFonts w:eastAsia="Times New Roman" w:cs="Times New Roman"/>
          <w:i/>
          <w:iCs/>
          <w:szCs w:val="24"/>
        </w:rPr>
        <w:t>her</w:t>
      </w:r>
      <w:r w:rsidRPr="00071899">
        <w:rPr>
          <w:rFonts w:eastAsia="Times New Roman" w:cs="Times New Roman"/>
          <w:szCs w:val="24"/>
        </w:rPr>
        <w:t>.</w:t>
      </w:r>
    </w:p>
    <w:p w14:paraId="1BE17EB4"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Krystyn Wozniak. The only woman who ever really knew him. An embedded journalist </w:t>
      </w:r>
      <w:proofErr w:type="gramStart"/>
      <w:r w:rsidRPr="00071899">
        <w:rPr>
          <w:rFonts w:eastAsia="Times New Roman" w:cs="Times New Roman"/>
          <w:szCs w:val="24"/>
        </w:rPr>
        <w:t>he’d</w:t>
      </w:r>
      <w:proofErr w:type="gramEnd"/>
      <w:r w:rsidRPr="00071899">
        <w:rPr>
          <w:rFonts w:eastAsia="Times New Roman" w:cs="Times New Roman"/>
          <w:szCs w:val="24"/>
        </w:rPr>
        <w:t xml:space="preserve"> met years ago in Afghanistan, covering joint operations in Kandahar. Blonde, sharp-witted, and too </w:t>
      </w:r>
      <w:proofErr w:type="gramStart"/>
      <w:r w:rsidRPr="00071899">
        <w:rPr>
          <w:rFonts w:eastAsia="Times New Roman" w:cs="Times New Roman"/>
          <w:szCs w:val="24"/>
        </w:rPr>
        <w:t>damn</w:t>
      </w:r>
      <w:proofErr w:type="gramEnd"/>
      <w:r w:rsidRPr="00071899">
        <w:rPr>
          <w:rFonts w:eastAsia="Times New Roman" w:cs="Times New Roman"/>
          <w:szCs w:val="24"/>
        </w:rPr>
        <w:t xml:space="preserve"> brave for her own good. </w:t>
      </w:r>
      <w:proofErr w:type="gramStart"/>
      <w:r w:rsidRPr="00071899">
        <w:rPr>
          <w:rFonts w:eastAsia="Times New Roman" w:cs="Times New Roman"/>
          <w:szCs w:val="24"/>
        </w:rPr>
        <w:t>They’d</w:t>
      </w:r>
      <w:proofErr w:type="gramEnd"/>
      <w:r w:rsidRPr="00071899">
        <w:rPr>
          <w:rFonts w:eastAsia="Times New Roman" w:cs="Times New Roman"/>
          <w:szCs w:val="24"/>
        </w:rPr>
        <w:t xml:space="preserve"> </w:t>
      </w:r>
      <w:proofErr w:type="gramStart"/>
      <w:r w:rsidRPr="00071899">
        <w:rPr>
          <w:rFonts w:eastAsia="Times New Roman" w:cs="Times New Roman"/>
          <w:szCs w:val="24"/>
        </w:rPr>
        <w:t>burned</w:t>
      </w:r>
      <w:proofErr w:type="gramEnd"/>
      <w:r w:rsidRPr="00071899">
        <w:rPr>
          <w:rFonts w:eastAsia="Times New Roman" w:cs="Times New Roman"/>
          <w:szCs w:val="24"/>
        </w:rPr>
        <w:t xml:space="preserve"> hot and fast—too fast. The kind of bond only formed in warzones, where tomorrow </w:t>
      </w:r>
      <w:proofErr w:type="gramStart"/>
      <w:r w:rsidRPr="00071899">
        <w:rPr>
          <w:rFonts w:eastAsia="Times New Roman" w:cs="Times New Roman"/>
          <w:szCs w:val="24"/>
        </w:rPr>
        <w:t>wasn’t</w:t>
      </w:r>
      <w:proofErr w:type="gramEnd"/>
      <w:r w:rsidRPr="00071899">
        <w:rPr>
          <w:rFonts w:eastAsia="Times New Roman" w:cs="Times New Roman"/>
          <w:szCs w:val="24"/>
        </w:rPr>
        <w:t xml:space="preserve"> </w:t>
      </w:r>
      <w:proofErr w:type="gramStart"/>
      <w:r w:rsidRPr="00071899">
        <w:rPr>
          <w:rFonts w:eastAsia="Times New Roman" w:cs="Times New Roman"/>
          <w:szCs w:val="24"/>
        </w:rPr>
        <w:t>guaranteed</w:t>
      </w:r>
      <w:proofErr w:type="gramEnd"/>
      <w:r w:rsidRPr="00071899">
        <w:rPr>
          <w:rFonts w:eastAsia="Times New Roman" w:cs="Times New Roman"/>
          <w:szCs w:val="24"/>
        </w:rPr>
        <w:t xml:space="preserve"> and honesty was a nightly confession between fear and sleep.</w:t>
      </w:r>
    </w:p>
    <w:p w14:paraId="34C67198"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He </w:t>
      </w:r>
      <w:proofErr w:type="gramStart"/>
      <w:r w:rsidRPr="00071899">
        <w:rPr>
          <w:rFonts w:eastAsia="Times New Roman" w:cs="Times New Roman"/>
          <w:szCs w:val="24"/>
        </w:rPr>
        <w:t>hadn’t</w:t>
      </w:r>
      <w:proofErr w:type="gramEnd"/>
      <w:r w:rsidRPr="00071899">
        <w:rPr>
          <w:rFonts w:eastAsia="Times New Roman" w:cs="Times New Roman"/>
          <w:szCs w:val="24"/>
        </w:rPr>
        <w:t xml:space="preserve"> seen her in five years. Not since </w:t>
      </w:r>
      <w:proofErr w:type="gramStart"/>
      <w:r w:rsidRPr="00071899">
        <w:rPr>
          <w:rFonts w:eastAsia="Times New Roman" w:cs="Times New Roman"/>
          <w:szCs w:val="24"/>
        </w:rPr>
        <w:t>she'd</w:t>
      </w:r>
      <w:proofErr w:type="gramEnd"/>
      <w:r w:rsidRPr="00071899">
        <w:rPr>
          <w:rFonts w:eastAsia="Times New Roman" w:cs="Times New Roman"/>
          <w:szCs w:val="24"/>
        </w:rPr>
        <w:t xml:space="preserve"> ghosted him outside the wire, with only a folded note and a press badge left behind.</w:t>
      </w:r>
    </w:p>
    <w:p w14:paraId="3C00A285" w14:textId="77777777" w:rsidR="00071899" w:rsidRPr="00071899" w:rsidRDefault="00071899" w:rsidP="00071899">
      <w:pPr>
        <w:spacing w:before="100" w:beforeAutospacing="1" w:after="100" w:afterAutospacing="1"/>
        <w:rPr>
          <w:rFonts w:eastAsia="Times New Roman" w:cs="Times New Roman"/>
          <w:szCs w:val="24"/>
        </w:rPr>
      </w:pPr>
      <w:proofErr w:type="gramStart"/>
      <w:r w:rsidRPr="00071899">
        <w:rPr>
          <w:rFonts w:eastAsia="Times New Roman" w:cs="Times New Roman"/>
          <w:szCs w:val="24"/>
        </w:rPr>
        <w:t>So</w:t>
      </w:r>
      <w:proofErr w:type="gramEnd"/>
      <w:r w:rsidRPr="00071899">
        <w:rPr>
          <w:rFonts w:eastAsia="Times New Roman" w:cs="Times New Roman"/>
          <w:szCs w:val="24"/>
        </w:rPr>
        <w:t xml:space="preserve"> when she reached out—cryptic, emotional, asking to meet and “clear the air”—he came. She chose the place: Court Square, outside Café Lebanon. She said she had something to say about what happened back then. And Frank, despite everything he knew about betrayal and manipulation, still </w:t>
      </w:r>
      <w:proofErr w:type="gramStart"/>
      <w:r w:rsidRPr="00071899">
        <w:rPr>
          <w:rFonts w:eastAsia="Times New Roman" w:cs="Times New Roman"/>
          <w:szCs w:val="24"/>
        </w:rPr>
        <w:t>couldn’t</w:t>
      </w:r>
      <w:proofErr w:type="gramEnd"/>
      <w:r w:rsidRPr="00071899">
        <w:rPr>
          <w:rFonts w:eastAsia="Times New Roman" w:cs="Times New Roman"/>
          <w:szCs w:val="24"/>
        </w:rPr>
        <w:t xml:space="preserve"> ignore her. She was the last person he’d ever truly trusted.</w:t>
      </w:r>
    </w:p>
    <w:p w14:paraId="7F679B0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But she never </w:t>
      </w:r>
      <w:proofErr w:type="gramStart"/>
      <w:r w:rsidRPr="00071899">
        <w:rPr>
          <w:rFonts w:eastAsia="Times New Roman" w:cs="Times New Roman"/>
          <w:szCs w:val="24"/>
        </w:rPr>
        <w:t>showed</w:t>
      </w:r>
      <w:proofErr w:type="gramEnd"/>
      <w:r w:rsidRPr="00071899">
        <w:rPr>
          <w:rFonts w:eastAsia="Times New Roman" w:cs="Times New Roman"/>
          <w:szCs w:val="24"/>
        </w:rPr>
        <w:t>.</w:t>
      </w:r>
    </w:p>
    <w:p w14:paraId="44B3967D"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lastRenderedPageBreak/>
        <w:t>Instead, a rally erupted around him. Something that had started with speeches and banners quickly boiled over into chaos. Antifa. Local militias. Federal agents. Someone sparked violence, and within moments, smoke bombs and flashbangs sent the crowd into a stampede.</w:t>
      </w:r>
    </w:p>
    <w:p w14:paraId="38A11ABE"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Frank left before it got bad—military instinct. He saw the shift in body language, the tension rippling through the masses, the agents with earpieces flanking the square. It was </w:t>
      </w:r>
      <w:proofErr w:type="gramStart"/>
      <w:r w:rsidRPr="00071899">
        <w:rPr>
          <w:rFonts w:eastAsia="Times New Roman" w:cs="Times New Roman"/>
          <w:szCs w:val="24"/>
        </w:rPr>
        <w:t>a setup</w:t>
      </w:r>
      <w:proofErr w:type="gramEnd"/>
      <w:r w:rsidRPr="00071899">
        <w:rPr>
          <w:rFonts w:eastAsia="Times New Roman" w:cs="Times New Roman"/>
          <w:szCs w:val="24"/>
        </w:rPr>
        <w:t xml:space="preserve">. It stank of orchestration. And when the footage hit the news, there he was: a blurry figure in a black jacket slipping between shadows, marked by facial recognition and flagged by </w:t>
      </w:r>
      <w:proofErr w:type="spellStart"/>
      <w:r w:rsidRPr="00071899">
        <w:rPr>
          <w:rFonts w:eastAsia="Times New Roman" w:cs="Times New Roman"/>
          <w:szCs w:val="24"/>
        </w:rPr>
        <w:t>PreConvict’s</w:t>
      </w:r>
      <w:proofErr w:type="spellEnd"/>
      <w:r w:rsidRPr="00071899">
        <w:rPr>
          <w:rFonts w:eastAsia="Times New Roman" w:cs="Times New Roman"/>
          <w:szCs w:val="24"/>
        </w:rPr>
        <w:t xml:space="preserve"> behavioral algorithm. The model </w:t>
      </w:r>
      <w:proofErr w:type="gramStart"/>
      <w:r w:rsidRPr="00071899">
        <w:rPr>
          <w:rFonts w:eastAsia="Times New Roman" w:cs="Times New Roman"/>
          <w:szCs w:val="24"/>
        </w:rPr>
        <w:t>didn’t</w:t>
      </w:r>
      <w:proofErr w:type="gramEnd"/>
      <w:r w:rsidRPr="00071899">
        <w:rPr>
          <w:rFonts w:eastAsia="Times New Roman" w:cs="Times New Roman"/>
          <w:szCs w:val="24"/>
        </w:rPr>
        <w:t xml:space="preserve"> care that he </w:t>
      </w:r>
      <w:proofErr w:type="gramStart"/>
      <w:r w:rsidRPr="00071899">
        <w:rPr>
          <w:rFonts w:eastAsia="Times New Roman" w:cs="Times New Roman"/>
          <w:szCs w:val="24"/>
        </w:rPr>
        <w:t>hadn’t</w:t>
      </w:r>
      <w:proofErr w:type="gramEnd"/>
      <w:r w:rsidRPr="00071899">
        <w:rPr>
          <w:rFonts w:eastAsia="Times New Roman" w:cs="Times New Roman"/>
          <w:szCs w:val="24"/>
        </w:rPr>
        <w:t xml:space="preserve"> thrown a punch or said a word. He was </w:t>
      </w:r>
      <w:r w:rsidRPr="00071899">
        <w:rPr>
          <w:rFonts w:eastAsia="Times New Roman" w:cs="Times New Roman"/>
          <w:i/>
          <w:iCs/>
          <w:szCs w:val="24"/>
        </w:rPr>
        <w:t>present</w:t>
      </w:r>
      <w:r w:rsidRPr="00071899">
        <w:rPr>
          <w:rFonts w:eastAsia="Times New Roman" w:cs="Times New Roman"/>
          <w:szCs w:val="24"/>
        </w:rPr>
        <w:t>—and that was enough.</w:t>
      </w:r>
    </w:p>
    <w:p w14:paraId="178BC2FE"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No one stopped him. No one asked questions. But someone had taken a picture.</w:t>
      </w:r>
    </w:p>
    <w:p w14:paraId="67C44730"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Now, they were hunting him.</w:t>
      </w:r>
    </w:p>
    <w:p w14:paraId="6FEBF020" w14:textId="77777777" w:rsidR="00071899" w:rsidRPr="00071899" w:rsidRDefault="002010FF" w:rsidP="00071899">
      <w:pPr>
        <w:rPr>
          <w:rFonts w:eastAsia="Times New Roman" w:cs="Times New Roman"/>
          <w:szCs w:val="24"/>
        </w:rPr>
      </w:pPr>
      <w:r>
        <w:rPr>
          <w:rFonts w:eastAsia="Times New Roman" w:cs="Times New Roman"/>
          <w:szCs w:val="24"/>
        </w:rPr>
        <w:pict w14:anchorId="3A69097D">
          <v:rect id="_x0000_i1030" style="width:0;height:1.5pt" o:hralign="center" o:hrstd="t" o:hr="t" fillcolor="#a0a0a0" stroked="f"/>
        </w:pict>
      </w:r>
    </w:p>
    <w:p w14:paraId="4967E6D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He made his way through back alleys to the edge of town, where the new strip malls gave way to broken warehouses and weed-choked lots. The real Springfield—the one the cameras </w:t>
      </w:r>
      <w:proofErr w:type="gramStart"/>
      <w:r w:rsidRPr="00071899">
        <w:rPr>
          <w:rFonts w:eastAsia="Times New Roman" w:cs="Times New Roman"/>
          <w:szCs w:val="24"/>
        </w:rPr>
        <w:t>didn’t</w:t>
      </w:r>
      <w:proofErr w:type="gramEnd"/>
      <w:r w:rsidRPr="00071899">
        <w:rPr>
          <w:rFonts w:eastAsia="Times New Roman" w:cs="Times New Roman"/>
          <w:szCs w:val="24"/>
        </w:rPr>
        <w:t xml:space="preserve"> show. And waiting there, outside the shadow of a crumbling overpass, was Eddie Serrano.</w:t>
      </w:r>
    </w:p>
    <w:p w14:paraId="320FE9FA"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Eddie had been a field medic in Frank’s unit before leaving the Army to become a surgical tech at Berkshire Medical in Chatham. </w:t>
      </w:r>
      <w:proofErr w:type="gramStart"/>
      <w:r w:rsidRPr="00071899">
        <w:rPr>
          <w:rFonts w:eastAsia="Times New Roman" w:cs="Times New Roman"/>
          <w:szCs w:val="24"/>
        </w:rPr>
        <w:t>They'd</w:t>
      </w:r>
      <w:proofErr w:type="gramEnd"/>
      <w:r w:rsidRPr="00071899">
        <w:rPr>
          <w:rFonts w:eastAsia="Times New Roman" w:cs="Times New Roman"/>
          <w:szCs w:val="24"/>
        </w:rPr>
        <w:t xml:space="preserve"> seen things in Afghanistan neither could fully explain to civilians—and that made them brothers for life.</w:t>
      </w:r>
    </w:p>
    <w:p w14:paraId="278FD8D0"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“Jesus, you look like hell,” Eddie said, sliding out of his rusted Tacoma.</w:t>
      </w:r>
    </w:p>
    <w:p w14:paraId="547D77D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shrugged. “</w:t>
      </w:r>
      <w:proofErr w:type="gramStart"/>
      <w:r w:rsidRPr="00071899">
        <w:rPr>
          <w:rFonts w:eastAsia="Times New Roman" w:cs="Times New Roman"/>
          <w:szCs w:val="24"/>
        </w:rPr>
        <w:t>You’re</w:t>
      </w:r>
      <w:proofErr w:type="gramEnd"/>
      <w:r w:rsidRPr="00071899">
        <w:rPr>
          <w:rFonts w:eastAsia="Times New Roman" w:cs="Times New Roman"/>
          <w:szCs w:val="24"/>
        </w:rPr>
        <w:t xml:space="preserve"> one to talk. Still driving that rust bucket?”</w:t>
      </w:r>
    </w:p>
    <w:p w14:paraId="6C6BF3A8"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“I keep it low-key for my black ops side hustle.”</w:t>
      </w:r>
    </w:p>
    <w:p w14:paraId="046F71D7"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Eddie tossed Frank a small black duffel. Inside was an older-model Android phone, a flip phone, and a power bank wrapped in electrical tape. “All clean. One belonged to a guy who OD’d last week. </w:t>
      </w:r>
      <w:proofErr w:type="gramStart"/>
      <w:r w:rsidRPr="00071899">
        <w:rPr>
          <w:rFonts w:eastAsia="Times New Roman" w:cs="Times New Roman"/>
          <w:szCs w:val="24"/>
        </w:rPr>
        <w:t>Nobody’s</w:t>
      </w:r>
      <w:proofErr w:type="gramEnd"/>
      <w:r w:rsidRPr="00071899">
        <w:rPr>
          <w:rFonts w:eastAsia="Times New Roman" w:cs="Times New Roman"/>
          <w:szCs w:val="24"/>
        </w:rPr>
        <w:t xml:space="preserve"> claimed the body. </w:t>
      </w:r>
      <w:proofErr w:type="gramStart"/>
      <w:r w:rsidRPr="00071899">
        <w:rPr>
          <w:rFonts w:eastAsia="Times New Roman" w:cs="Times New Roman"/>
          <w:szCs w:val="24"/>
        </w:rPr>
        <w:t>You’ve</w:t>
      </w:r>
      <w:proofErr w:type="gramEnd"/>
      <w:r w:rsidRPr="00071899">
        <w:rPr>
          <w:rFonts w:eastAsia="Times New Roman" w:cs="Times New Roman"/>
          <w:szCs w:val="24"/>
        </w:rPr>
        <w:t xml:space="preserve"> got a week, </w:t>
      </w:r>
      <w:proofErr w:type="gramStart"/>
      <w:r w:rsidRPr="00071899">
        <w:rPr>
          <w:rFonts w:eastAsia="Times New Roman" w:cs="Times New Roman"/>
          <w:szCs w:val="24"/>
        </w:rPr>
        <w:t>maybe two</w:t>
      </w:r>
      <w:proofErr w:type="gramEnd"/>
      <w:r w:rsidRPr="00071899">
        <w:rPr>
          <w:rFonts w:eastAsia="Times New Roman" w:cs="Times New Roman"/>
          <w:szCs w:val="24"/>
        </w:rPr>
        <w:t>, before they realize the SIM’s active.”</w:t>
      </w:r>
    </w:p>
    <w:p w14:paraId="426EF7A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pocketed the gear. “Appreciate it. You heard anything else?”</w:t>
      </w:r>
    </w:p>
    <w:p w14:paraId="3620BF5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Eddie shook his head. “Not directly. But there’s chatter about you. Not just from law enforcement. Higher than that. Something </w:t>
      </w:r>
      <w:proofErr w:type="spellStart"/>
      <w:r w:rsidRPr="00071899">
        <w:rPr>
          <w:rFonts w:eastAsia="Times New Roman" w:cs="Times New Roman"/>
          <w:szCs w:val="24"/>
        </w:rPr>
        <w:t>weird’s</w:t>
      </w:r>
      <w:proofErr w:type="spellEnd"/>
      <w:r w:rsidRPr="00071899">
        <w:rPr>
          <w:rFonts w:eastAsia="Times New Roman" w:cs="Times New Roman"/>
          <w:szCs w:val="24"/>
        </w:rPr>
        <w:t xml:space="preserve"> going on.”</w:t>
      </w:r>
    </w:p>
    <w:p w14:paraId="2159C42D"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nodded. “It’s all weird now.”</w:t>
      </w:r>
    </w:p>
    <w:p w14:paraId="0BC7BC15"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Before he could say more, a low-flying drone buzzed overhead. Eddie tensed and scanned the sky.</w:t>
      </w:r>
    </w:p>
    <w:p w14:paraId="08871AE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“They’re definitely watching,” Eddie muttered. “You should get out of here.”</w:t>
      </w:r>
    </w:p>
    <w:p w14:paraId="42206012"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Frank gripped his friend’s shoulder. “Thanks, </w:t>
      </w:r>
      <w:proofErr w:type="spellStart"/>
      <w:r w:rsidRPr="00071899">
        <w:rPr>
          <w:rFonts w:eastAsia="Times New Roman" w:cs="Times New Roman"/>
          <w:szCs w:val="24"/>
        </w:rPr>
        <w:t>hermano</w:t>
      </w:r>
      <w:proofErr w:type="spellEnd"/>
      <w:r w:rsidRPr="00071899">
        <w:rPr>
          <w:rFonts w:eastAsia="Times New Roman" w:cs="Times New Roman"/>
          <w:szCs w:val="24"/>
        </w:rPr>
        <w:t>.”</w:t>
      </w:r>
    </w:p>
    <w:p w14:paraId="6F125CF1"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They parted without another word. It was safer that way.</w:t>
      </w:r>
    </w:p>
    <w:p w14:paraId="2E84718D" w14:textId="77777777" w:rsidR="00071899" w:rsidRPr="00071899" w:rsidRDefault="002010FF" w:rsidP="00071899">
      <w:pPr>
        <w:rPr>
          <w:rFonts w:eastAsia="Times New Roman" w:cs="Times New Roman"/>
          <w:szCs w:val="24"/>
        </w:rPr>
      </w:pPr>
      <w:r>
        <w:rPr>
          <w:rFonts w:eastAsia="Times New Roman" w:cs="Times New Roman"/>
          <w:szCs w:val="24"/>
        </w:rPr>
        <w:pict w14:anchorId="6A9DE20A">
          <v:rect id="_x0000_i1031" style="width:0;height:1.5pt" o:hralign="center" o:hrstd="t" o:hr="t" fillcolor="#a0a0a0" stroked="f"/>
        </w:pict>
      </w:r>
    </w:p>
    <w:p w14:paraId="2A050C8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lastRenderedPageBreak/>
        <w:t xml:space="preserve">Frank spent that night in a low-rent motel on the edge of </w:t>
      </w:r>
      <w:proofErr w:type="gramStart"/>
      <w:r w:rsidRPr="00071899">
        <w:rPr>
          <w:rFonts w:eastAsia="Times New Roman" w:cs="Times New Roman"/>
          <w:szCs w:val="24"/>
        </w:rPr>
        <w:t>Holyoke—</w:t>
      </w:r>
      <w:proofErr w:type="gramEnd"/>
      <w:r w:rsidRPr="00071899">
        <w:rPr>
          <w:rFonts w:eastAsia="Times New Roman" w:cs="Times New Roman"/>
          <w:szCs w:val="24"/>
        </w:rPr>
        <w:t xml:space="preserve">one of those leftover places from the 1950s, stained with a half-century of smoke and secrets. The room smelled like wet carpet and old cigarettes, and the bedspread looked like it </w:t>
      </w:r>
      <w:proofErr w:type="gramStart"/>
      <w:r w:rsidRPr="00071899">
        <w:rPr>
          <w:rFonts w:eastAsia="Times New Roman" w:cs="Times New Roman"/>
          <w:szCs w:val="24"/>
        </w:rPr>
        <w:t>hadn’t</w:t>
      </w:r>
      <w:proofErr w:type="gramEnd"/>
      <w:r w:rsidRPr="00071899">
        <w:rPr>
          <w:rFonts w:eastAsia="Times New Roman" w:cs="Times New Roman"/>
          <w:szCs w:val="24"/>
        </w:rPr>
        <w:t xml:space="preserve"> </w:t>
      </w:r>
      <w:proofErr w:type="gramStart"/>
      <w:r w:rsidRPr="00071899">
        <w:rPr>
          <w:rFonts w:eastAsia="Times New Roman" w:cs="Times New Roman"/>
          <w:szCs w:val="24"/>
        </w:rPr>
        <w:t>been washed</w:t>
      </w:r>
      <w:proofErr w:type="gramEnd"/>
      <w:r w:rsidRPr="00071899">
        <w:rPr>
          <w:rFonts w:eastAsia="Times New Roman" w:cs="Times New Roman"/>
          <w:szCs w:val="24"/>
        </w:rPr>
        <w:t xml:space="preserve"> since Clinton was in office. But it was cheap, anonymous, and off the books.</w:t>
      </w:r>
    </w:p>
    <w:p w14:paraId="1EBF97BA"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He sat cross-legged on the bed, the burner phone propped up next to a secondhand TV with a sticky remote. The faint hum of a </w:t>
      </w:r>
      <w:proofErr w:type="gramStart"/>
      <w:r w:rsidRPr="00071899">
        <w:rPr>
          <w:rFonts w:eastAsia="Times New Roman" w:cs="Times New Roman"/>
          <w:szCs w:val="24"/>
        </w:rPr>
        <w:t>mini-fridge</w:t>
      </w:r>
      <w:proofErr w:type="gramEnd"/>
      <w:r w:rsidRPr="00071899">
        <w:rPr>
          <w:rFonts w:eastAsia="Times New Roman" w:cs="Times New Roman"/>
          <w:szCs w:val="24"/>
        </w:rPr>
        <w:t xml:space="preserve"> filled the silence.</w:t>
      </w:r>
    </w:p>
    <w:p w14:paraId="372C82E1"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Then something caught his </w:t>
      </w:r>
      <w:proofErr w:type="gramStart"/>
      <w:r w:rsidRPr="00071899">
        <w:rPr>
          <w:rFonts w:eastAsia="Times New Roman" w:cs="Times New Roman"/>
          <w:szCs w:val="24"/>
        </w:rPr>
        <w:t>ear—a</w:t>
      </w:r>
      <w:proofErr w:type="gramEnd"/>
      <w:r w:rsidRPr="00071899">
        <w:rPr>
          <w:rFonts w:eastAsia="Times New Roman" w:cs="Times New Roman"/>
          <w:szCs w:val="24"/>
        </w:rPr>
        <w:t xml:space="preserve"> debate, playing on a local news station. A panel of experts arguing the merits of the PreConvict system. One of them, a former federal prosecutor named Daniel Rourke, leaned forward into the </w:t>
      </w:r>
      <w:proofErr w:type="gramStart"/>
      <w:r w:rsidRPr="00071899">
        <w:rPr>
          <w:rFonts w:eastAsia="Times New Roman" w:cs="Times New Roman"/>
          <w:szCs w:val="24"/>
        </w:rPr>
        <w:t>camera</w:t>
      </w:r>
      <w:proofErr w:type="gramEnd"/>
      <w:r w:rsidRPr="00071899">
        <w:rPr>
          <w:rFonts w:eastAsia="Times New Roman" w:cs="Times New Roman"/>
          <w:szCs w:val="24"/>
        </w:rPr>
        <w:t xml:space="preserve"> and said:</w:t>
      </w:r>
    </w:p>
    <w:p w14:paraId="41A5B014" w14:textId="77777777" w:rsidR="00071899" w:rsidRPr="00071899" w:rsidRDefault="00071899" w:rsidP="00071899">
      <w:pPr>
        <w:spacing w:beforeAutospacing="1" w:afterAutospacing="1"/>
        <w:rPr>
          <w:rFonts w:eastAsia="Times New Roman" w:cs="Times New Roman"/>
          <w:szCs w:val="24"/>
        </w:rPr>
      </w:pPr>
      <w:r w:rsidRPr="00071899">
        <w:rPr>
          <w:rFonts w:eastAsia="Times New Roman" w:cs="Times New Roman"/>
          <w:szCs w:val="24"/>
        </w:rPr>
        <w:t xml:space="preserve">“If you tell an algorithm that a man </w:t>
      </w:r>
      <w:r w:rsidRPr="00071899">
        <w:rPr>
          <w:rFonts w:eastAsia="Times New Roman" w:cs="Times New Roman"/>
          <w:i/>
          <w:iCs/>
          <w:szCs w:val="24"/>
        </w:rPr>
        <w:t>will</w:t>
      </w:r>
      <w:r w:rsidRPr="00071899">
        <w:rPr>
          <w:rFonts w:eastAsia="Times New Roman" w:cs="Times New Roman"/>
          <w:szCs w:val="24"/>
        </w:rPr>
        <w:t xml:space="preserve"> become a monster, then all you need to do is surround him with fire. Eventually, he burns.”</w:t>
      </w:r>
    </w:p>
    <w:p w14:paraId="0C60CDE7"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froze.</w:t>
      </w:r>
    </w:p>
    <w:p w14:paraId="78C7DA33"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Rourke continued: “</w:t>
      </w:r>
      <w:proofErr w:type="gramStart"/>
      <w:r w:rsidRPr="00071899">
        <w:rPr>
          <w:rFonts w:eastAsia="Times New Roman" w:cs="Times New Roman"/>
          <w:szCs w:val="24"/>
        </w:rPr>
        <w:t>There’s</w:t>
      </w:r>
      <w:proofErr w:type="gramEnd"/>
      <w:r w:rsidRPr="00071899">
        <w:rPr>
          <w:rFonts w:eastAsia="Times New Roman" w:cs="Times New Roman"/>
          <w:szCs w:val="24"/>
        </w:rPr>
        <w:t xml:space="preserve"> no such thing as prediction. Only manipulation. They </w:t>
      </w:r>
      <w:proofErr w:type="gramStart"/>
      <w:r w:rsidRPr="00071899">
        <w:rPr>
          <w:rFonts w:eastAsia="Times New Roman" w:cs="Times New Roman"/>
          <w:szCs w:val="24"/>
        </w:rPr>
        <w:t>don’t</w:t>
      </w:r>
      <w:proofErr w:type="gramEnd"/>
      <w:r w:rsidRPr="00071899">
        <w:rPr>
          <w:rFonts w:eastAsia="Times New Roman" w:cs="Times New Roman"/>
          <w:szCs w:val="24"/>
        </w:rPr>
        <w:t xml:space="preserve"> arrest you for what you </w:t>
      </w:r>
      <w:r w:rsidRPr="00071899">
        <w:rPr>
          <w:rFonts w:eastAsia="Times New Roman" w:cs="Times New Roman"/>
          <w:i/>
          <w:iCs/>
          <w:szCs w:val="24"/>
        </w:rPr>
        <w:t>might</w:t>
      </w:r>
      <w:r w:rsidRPr="00071899">
        <w:rPr>
          <w:rFonts w:eastAsia="Times New Roman" w:cs="Times New Roman"/>
          <w:szCs w:val="24"/>
        </w:rPr>
        <w:t xml:space="preserve"> </w:t>
      </w:r>
      <w:proofErr w:type="gramStart"/>
      <w:r w:rsidRPr="00071899">
        <w:rPr>
          <w:rFonts w:eastAsia="Times New Roman" w:cs="Times New Roman"/>
          <w:szCs w:val="24"/>
        </w:rPr>
        <w:t>do—</w:t>
      </w:r>
      <w:proofErr w:type="gramEnd"/>
      <w:r w:rsidRPr="00071899">
        <w:rPr>
          <w:rFonts w:eastAsia="Times New Roman" w:cs="Times New Roman"/>
          <w:szCs w:val="24"/>
        </w:rPr>
        <w:t xml:space="preserve">they push you until you do it. </w:t>
      </w:r>
      <w:proofErr w:type="gramStart"/>
      <w:r w:rsidRPr="00071899">
        <w:rPr>
          <w:rFonts w:eastAsia="Times New Roman" w:cs="Times New Roman"/>
          <w:szCs w:val="24"/>
        </w:rPr>
        <w:t>That’s</w:t>
      </w:r>
      <w:proofErr w:type="gramEnd"/>
      <w:r w:rsidRPr="00071899">
        <w:rPr>
          <w:rFonts w:eastAsia="Times New Roman" w:cs="Times New Roman"/>
          <w:szCs w:val="24"/>
        </w:rPr>
        <w:t xml:space="preserve"> the real model. You </w:t>
      </w:r>
      <w:proofErr w:type="gramStart"/>
      <w:r w:rsidRPr="00071899">
        <w:rPr>
          <w:rFonts w:eastAsia="Times New Roman" w:cs="Times New Roman"/>
          <w:szCs w:val="24"/>
        </w:rPr>
        <w:t>don’t</w:t>
      </w:r>
      <w:proofErr w:type="gramEnd"/>
      <w:r w:rsidRPr="00071899">
        <w:rPr>
          <w:rFonts w:eastAsia="Times New Roman" w:cs="Times New Roman"/>
          <w:szCs w:val="24"/>
        </w:rPr>
        <w:t xml:space="preserve"> just punish thought—you </w:t>
      </w:r>
      <w:r w:rsidRPr="00071899">
        <w:rPr>
          <w:rFonts w:eastAsia="Times New Roman" w:cs="Times New Roman"/>
          <w:i/>
          <w:iCs/>
          <w:szCs w:val="24"/>
        </w:rPr>
        <w:t>craft</w:t>
      </w:r>
      <w:r w:rsidRPr="00071899">
        <w:rPr>
          <w:rFonts w:eastAsia="Times New Roman" w:cs="Times New Roman"/>
          <w:szCs w:val="24"/>
        </w:rPr>
        <w:t xml:space="preserve"> it.”</w:t>
      </w:r>
    </w:p>
    <w:p w14:paraId="260ADB14"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rewound the clip three times.</w:t>
      </w:r>
    </w:p>
    <w:p w14:paraId="09834E2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That was the first breadcrumb. The one that pointed to something deeper than surveillance. This </w:t>
      </w:r>
      <w:proofErr w:type="gramStart"/>
      <w:r w:rsidRPr="00071899">
        <w:rPr>
          <w:rFonts w:eastAsia="Times New Roman" w:cs="Times New Roman"/>
          <w:szCs w:val="24"/>
        </w:rPr>
        <w:t>wasn’t</w:t>
      </w:r>
      <w:proofErr w:type="gramEnd"/>
      <w:r w:rsidRPr="00071899">
        <w:rPr>
          <w:rFonts w:eastAsia="Times New Roman" w:cs="Times New Roman"/>
          <w:szCs w:val="24"/>
        </w:rPr>
        <w:t xml:space="preserve"> </w:t>
      </w:r>
      <w:proofErr w:type="gramStart"/>
      <w:r w:rsidRPr="00071899">
        <w:rPr>
          <w:rFonts w:eastAsia="Times New Roman" w:cs="Times New Roman"/>
          <w:szCs w:val="24"/>
        </w:rPr>
        <w:t>just about removing</w:t>
      </w:r>
      <w:proofErr w:type="gramEnd"/>
      <w:r w:rsidRPr="00071899">
        <w:rPr>
          <w:rFonts w:eastAsia="Times New Roman" w:cs="Times New Roman"/>
          <w:szCs w:val="24"/>
        </w:rPr>
        <w:t xml:space="preserve"> dissent. Someone—</w:t>
      </w:r>
      <w:proofErr w:type="spellStart"/>
      <w:proofErr w:type="gramStart"/>
      <w:r w:rsidRPr="00071899">
        <w:rPr>
          <w:rFonts w:eastAsia="Times New Roman" w:cs="Times New Roman"/>
          <w:szCs w:val="24"/>
        </w:rPr>
        <w:t>some</w:t>
      </w:r>
      <w:proofErr w:type="gramEnd"/>
      <w:r w:rsidRPr="00071899">
        <w:rPr>
          <w:rFonts w:eastAsia="Times New Roman" w:cs="Times New Roman"/>
          <w:szCs w:val="24"/>
        </w:rPr>
        <w:t xml:space="preserve"> </w:t>
      </w:r>
      <w:r w:rsidRPr="00071899">
        <w:rPr>
          <w:rFonts w:eastAsia="Times New Roman" w:cs="Times New Roman"/>
          <w:i/>
          <w:iCs/>
          <w:szCs w:val="24"/>
        </w:rPr>
        <w:t>thing</w:t>
      </w:r>
      <w:proofErr w:type="spellEnd"/>
      <w:r w:rsidRPr="00071899">
        <w:rPr>
          <w:rFonts w:eastAsia="Times New Roman" w:cs="Times New Roman"/>
          <w:szCs w:val="24"/>
        </w:rPr>
        <w:t xml:space="preserve">—was </w:t>
      </w:r>
      <w:proofErr w:type="gramStart"/>
      <w:r w:rsidRPr="00071899">
        <w:rPr>
          <w:rFonts w:eastAsia="Times New Roman" w:cs="Times New Roman"/>
          <w:szCs w:val="24"/>
        </w:rPr>
        <w:t>testing</w:t>
      </w:r>
      <w:proofErr w:type="gramEnd"/>
      <w:r w:rsidRPr="00071899">
        <w:rPr>
          <w:rFonts w:eastAsia="Times New Roman" w:cs="Times New Roman"/>
          <w:szCs w:val="24"/>
        </w:rPr>
        <w:t xml:space="preserve"> a theory. About </w:t>
      </w:r>
      <w:r w:rsidRPr="00071899">
        <w:rPr>
          <w:rFonts w:eastAsia="Times New Roman" w:cs="Times New Roman"/>
          <w:i/>
          <w:iCs/>
          <w:szCs w:val="24"/>
        </w:rPr>
        <w:t>control</w:t>
      </w:r>
      <w:r w:rsidRPr="00071899">
        <w:rPr>
          <w:rFonts w:eastAsia="Times New Roman" w:cs="Times New Roman"/>
          <w:szCs w:val="24"/>
        </w:rPr>
        <w:t xml:space="preserve">. About cause and effect. About whether a man like him could </w:t>
      </w:r>
      <w:proofErr w:type="gramStart"/>
      <w:r w:rsidRPr="00071899">
        <w:rPr>
          <w:rFonts w:eastAsia="Times New Roman" w:cs="Times New Roman"/>
          <w:szCs w:val="24"/>
        </w:rPr>
        <w:t xml:space="preserve">be </w:t>
      </w:r>
      <w:r w:rsidRPr="00071899">
        <w:rPr>
          <w:rFonts w:eastAsia="Times New Roman" w:cs="Times New Roman"/>
          <w:i/>
          <w:iCs/>
          <w:szCs w:val="24"/>
        </w:rPr>
        <w:t>driven</w:t>
      </w:r>
      <w:proofErr w:type="gramEnd"/>
      <w:r w:rsidRPr="00071899">
        <w:rPr>
          <w:rFonts w:eastAsia="Times New Roman" w:cs="Times New Roman"/>
          <w:szCs w:val="24"/>
        </w:rPr>
        <w:t xml:space="preserve"> to commit a crime he never would have considered on his own.</w:t>
      </w:r>
    </w:p>
    <w:p w14:paraId="0D5B123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 next morning, Frank crossed “Springfield” off the map he kept folded in his jacket.</w:t>
      </w:r>
    </w:p>
    <w:p w14:paraId="79D71AE7"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He drew a circle around Boston.</w:t>
      </w:r>
    </w:p>
    <w:p w14:paraId="4C2FF5F8"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Time to dig.</w:t>
      </w:r>
    </w:p>
    <w:p w14:paraId="14C576A8" w14:textId="77777777" w:rsidR="00071899" w:rsidRPr="00AC7CCD" w:rsidRDefault="00071899" w:rsidP="00AC7CCD">
      <w:pPr>
        <w:spacing w:before="100" w:beforeAutospacing="1" w:after="100" w:afterAutospacing="1"/>
        <w:rPr>
          <w:rFonts w:eastAsia="Times New Roman" w:cs="Times New Roman"/>
          <w:szCs w:val="24"/>
        </w:rPr>
      </w:pPr>
    </w:p>
    <w:p w14:paraId="1C6F76DD" w14:textId="0104843C" w:rsidR="00F52A1C" w:rsidRPr="00F52A1C" w:rsidRDefault="00F52A1C" w:rsidP="00F52A1C">
      <w:pPr>
        <w:spacing w:before="100" w:beforeAutospacing="1" w:after="100" w:afterAutospacing="1"/>
        <w:outlineLvl w:val="2"/>
        <w:rPr>
          <w:rFonts w:eastAsia="Times New Roman" w:cs="Times New Roman"/>
          <w:b/>
          <w:bCs/>
          <w:sz w:val="27"/>
          <w:szCs w:val="27"/>
          <w:u w:val="single"/>
        </w:rPr>
      </w:pPr>
      <w:r w:rsidRPr="00F52A1C">
        <w:rPr>
          <w:rFonts w:eastAsia="Times New Roman" w:cs="Times New Roman"/>
          <w:b/>
          <w:bCs/>
          <w:sz w:val="27"/>
          <w:szCs w:val="27"/>
          <w:u w:val="single"/>
        </w:rPr>
        <w:t>Chapter Three</w:t>
      </w:r>
      <w:r w:rsidRPr="005D669A">
        <w:rPr>
          <w:rFonts w:eastAsia="Times New Roman" w:cs="Times New Roman"/>
          <w:b/>
          <w:bCs/>
          <w:sz w:val="27"/>
          <w:szCs w:val="27"/>
          <w:u w:val="single"/>
        </w:rPr>
        <w:t xml:space="preserve"> Command Performance</w:t>
      </w:r>
    </w:p>
    <w:p w14:paraId="7B2FBED1"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b/>
          <w:bCs/>
          <w:szCs w:val="24"/>
        </w:rPr>
        <w:t>Washington, D.C. – The Atrium Room, Le Jardin Bleu</w:t>
      </w:r>
      <w:r w:rsidRPr="00F52A1C">
        <w:rPr>
          <w:rFonts w:eastAsia="Times New Roman" w:cs="Times New Roman"/>
          <w:szCs w:val="24"/>
        </w:rPr>
        <w:br/>
      </w:r>
      <w:r w:rsidRPr="00F52A1C">
        <w:rPr>
          <w:rFonts w:eastAsia="Times New Roman" w:cs="Times New Roman"/>
          <w:i/>
          <w:iCs/>
          <w:szCs w:val="24"/>
        </w:rPr>
        <w:t>8:12 p.m. – Four blocks from the Capitol, light-years from reality</w:t>
      </w:r>
    </w:p>
    <w:p w14:paraId="71B8638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The wine cost more than most Americans made in a week. The oysters </w:t>
      </w:r>
      <w:proofErr w:type="gramStart"/>
      <w:r w:rsidRPr="00F52A1C">
        <w:rPr>
          <w:rFonts w:eastAsia="Times New Roman" w:cs="Times New Roman"/>
          <w:szCs w:val="24"/>
        </w:rPr>
        <w:t>were flown</w:t>
      </w:r>
      <w:proofErr w:type="gramEnd"/>
      <w:r w:rsidRPr="00F52A1C">
        <w:rPr>
          <w:rFonts w:eastAsia="Times New Roman" w:cs="Times New Roman"/>
          <w:szCs w:val="24"/>
        </w:rPr>
        <w:t xml:space="preserve"> in from Brittany that morning. The marbled wagyu </w:t>
      </w:r>
      <w:proofErr w:type="gramStart"/>
      <w:r w:rsidRPr="00F52A1C">
        <w:rPr>
          <w:rFonts w:eastAsia="Times New Roman" w:cs="Times New Roman"/>
          <w:szCs w:val="24"/>
        </w:rPr>
        <w:t>didn’t</w:t>
      </w:r>
      <w:proofErr w:type="gramEnd"/>
      <w:r w:rsidRPr="00F52A1C">
        <w:rPr>
          <w:rFonts w:eastAsia="Times New Roman" w:cs="Times New Roman"/>
          <w:szCs w:val="24"/>
        </w:rPr>
        <w:t xml:space="preserve"> touch a grill—it </w:t>
      </w:r>
      <w:proofErr w:type="gramStart"/>
      <w:r w:rsidRPr="00F52A1C">
        <w:rPr>
          <w:rFonts w:eastAsia="Times New Roman" w:cs="Times New Roman"/>
          <w:szCs w:val="24"/>
        </w:rPr>
        <w:t>was gently warmed</w:t>
      </w:r>
      <w:proofErr w:type="gramEnd"/>
      <w:r w:rsidRPr="00F52A1C">
        <w:rPr>
          <w:rFonts w:eastAsia="Times New Roman" w:cs="Times New Roman"/>
          <w:szCs w:val="24"/>
        </w:rPr>
        <w:t xml:space="preserve"> under a silver cloche to preserve its “textural poetry.”</w:t>
      </w:r>
    </w:p>
    <w:p w14:paraId="49CEA81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Senator </w:t>
      </w:r>
      <w:r w:rsidRPr="00F52A1C">
        <w:rPr>
          <w:rFonts w:eastAsia="Times New Roman" w:cs="Times New Roman"/>
          <w:b/>
          <w:bCs/>
          <w:szCs w:val="24"/>
        </w:rPr>
        <w:t>Rhodes Gallinger</w:t>
      </w:r>
      <w:r w:rsidRPr="00F52A1C">
        <w:rPr>
          <w:rFonts w:eastAsia="Times New Roman" w:cs="Times New Roman"/>
          <w:szCs w:val="24"/>
        </w:rPr>
        <w:t xml:space="preserve"> (R–VA), ranking member of the Homeland Oversight Committee, dabbed the corner of his mouth with a linen napkin and chuckled.</w:t>
      </w:r>
    </w:p>
    <w:p w14:paraId="1812DB1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w:t>
      </w:r>
      <w:proofErr w:type="gramStart"/>
      <w:r w:rsidRPr="00F52A1C">
        <w:rPr>
          <w:rFonts w:eastAsia="Times New Roman" w:cs="Times New Roman"/>
          <w:szCs w:val="24"/>
        </w:rPr>
        <w:t>I’ll</w:t>
      </w:r>
      <w:proofErr w:type="gramEnd"/>
      <w:r w:rsidRPr="00F52A1C">
        <w:rPr>
          <w:rFonts w:eastAsia="Times New Roman" w:cs="Times New Roman"/>
          <w:szCs w:val="24"/>
        </w:rPr>
        <w:t xml:space="preserve"> say this—if the AI flagged that Deluca boy at ninety-seven percent, I </w:t>
      </w:r>
      <w:proofErr w:type="gramStart"/>
      <w:r w:rsidRPr="00F52A1C">
        <w:rPr>
          <w:rFonts w:eastAsia="Times New Roman" w:cs="Times New Roman"/>
          <w:szCs w:val="24"/>
        </w:rPr>
        <w:t>don’t</w:t>
      </w:r>
      <w:proofErr w:type="gramEnd"/>
      <w:r w:rsidRPr="00F52A1C">
        <w:rPr>
          <w:rFonts w:eastAsia="Times New Roman" w:cs="Times New Roman"/>
          <w:szCs w:val="24"/>
        </w:rPr>
        <w:t xml:space="preserve"> </w:t>
      </w:r>
      <w:proofErr w:type="gramStart"/>
      <w:r w:rsidRPr="00F52A1C">
        <w:rPr>
          <w:rFonts w:eastAsia="Times New Roman" w:cs="Times New Roman"/>
          <w:szCs w:val="24"/>
        </w:rPr>
        <w:t>give a damn</w:t>
      </w:r>
      <w:proofErr w:type="gramEnd"/>
      <w:r w:rsidRPr="00F52A1C">
        <w:rPr>
          <w:rFonts w:eastAsia="Times New Roman" w:cs="Times New Roman"/>
          <w:szCs w:val="24"/>
        </w:rPr>
        <w:t xml:space="preserve"> if he sings in the church choir. We finally have something we can </w:t>
      </w:r>
      <w:r w:rsidRPr="00F52A1C">
        <w:rPr>
          <w:rFonts w:eastAsia="Times New Roman" w:cs="Times New Roman"/>
          <w:i/>
          <w:iCs/>
          <w:szCs w:val="24"/>
        </w:rPr>
        <w:t>sell</w:t>
      </w:r>
      <w:r w:rsidRPr="00F52A1C">
        <w:rPr>
          <w:rFonts w:eastAsia="Times New Roman" w:cs="Times New Roman"/>
          <w:szCs w:val="24"/>
        </w:rPr>
        <w:t>.”</w:t>
      </w:r>
    </w:p>
    <w:p w14:paraId="266CA4D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lastRenderedPageBreak/>
        <w:t xml:space="preserve">Across the table, </w:t>
      </w:r>
      <w:r w:rsidRPr="00F52A1C">
        <w:rPr>
          <w:rFonts w:eastAsia="Times New Roman" w:cs="Times New Roman"/>
          <w:b/>
          <w:bCs/>
          <w:szCs w:val="24"/>
        </w:rPr>
        <w:t>Senator Clarice Yung</w:t>
      </w:r>
      <w:r w:rsidRPr="00F52A1C">
        <w:rPr>
          <w:rFonts w:eastAsia="Times New Roman" w:cs="Times New Roman"/>
          <w:szCs w:val="24"/>
        </w:rPr>
        <w:t xml:space="preserve"> (D–CA) swirled her wine, her earrings catching the chandelier light. “</w:t>
      </w:r>
      <w:proofErr w:type="gramStart"/>
      <w:r w:rsidRPr="00F52A1C">
        <w:rPr>
          <w:rFonts w:eastAsia="Times New Roman" w:cs="Times New Roman"/>
          <w:szCs w:val="24"/>
        </w:rPr>
        <w:t>Don’t</w:t>
      </w:r>
      <w:proofErr w:type="gramEnd"/>
      <w:r w:rsidRPr="00F52A1C">
        <w:rPr>
          <w:rFonts w:eastAsia="Times New Roman" w:cs="Times New Roman"/>
          <w:szCs w:val="24"/>
        </w:rPr>
        <w:t xml:space="preserve"> get too cocky, Rhodes. </w:t>
      </w:r>
      <w:proofErr w:type="gramStart"/>
      <w:r w:rsidRPr="00F52A1C">
        <w:rPr>
          <w:rFonts w:eastAsia="Times New Roman" w:cs="Times New Roman"/>
          <w:szCs w:val="24"/>
        </w:rPr>
        <w:t>You’re</w:t>
      </w:r>
      <w:proofErr w:type="gramEnd"/>
      <w:r w:rsidRPr="00F52A1C">
        <w:rPr>
          <w:rFonts w:eastAsia="Times New Roman" w:cs="Times New Roman"/>
          <w:szCs w:val="24"/>
        </w:rPr>
        <w:t xml:space="preserve"> not the only one with a committee seat. The tech sector loves this program—and they fund my side of the aisle too.”</w:t>
      </w:r>
    </w:p>
    <w:p w14:paraId="30FC22D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Their laughter was low and knowing. An expensive kind of laughter. They </w:t>
      </w:r>
      <w:proofErr w:type="gramStart"/>
      <w:r w:rsidRPr="00F52A1C">
        <w:rPr>
          <w:rFonts w:eastAsia="Times New Roman" w:cs="Times New Roman"/>
          <w:szCs w:val="24"/>
        </w:rPr>
        <w:t>didn’t</w:t>
      </w:r>
      <w:proofErr w:type="gramEnd"/>
      <w:r w:rsidRPr="00F52A1C">
        <w:rPr>
          <w:rFonts w:eastAsia="Times New Roman" w:cs="Times New Roman"/>
          <w:szCs w:val="24"/>
        </w:rPr>
        <w:t xml:space="preserve"> have to fake </w:t>
      </w:r>
      <w:proofErr w:type="gramStart"/>
      <w:r w:rsidRPr="00F52A1C">
        <w:rPr>
          <w:rFonts w:eastAsia="Times New Roman" w:cs="Times New Roman"/>
          <w:szCs w:val="24"/>
        </w:rPr>
        <w:t>camaraderie</w:t>
      </w:r>
      <w:proofErr w:type="gramEnd"/>
      <w:r w:rsidRPr="00F52A1C">
        <w:rPr>
          <w:rFonts w:eastAsia="Times New Roman" w:cs="Times New Roman"/>
          <w:szCs w:val="24"/>
        </w:rPr>
        <w:t xml:space="preserve"> when there were billions on the table.</w:t>
      </w:r>
    </w:p>
    <w:p w14:paraId="53D0A8E8"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Their guest of honor arrived late, escorted by Capitol Tech’s chief lobbyist.</w:t>
      </w:r>
    </w:p>
    <w:p w14:paraId="06ECA53A"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b/>
          <w:bCs/>
          <w:szCs w:val="24"/>
        </w:rPr>
        <w:t>Graham Kessler</w:t>
      </w:r>
      <w:r w:rsidRPr="00F52A1C">
        <w:rPr>
          <w:rFonts w:eastAsia="Times New Roman" w:cs="Times New Roman"/>
          <w:szCs w:val="24"/>
        </w:rPr>
        <w:t>, former undersecretary of defense, now a high-paid “consultant” with a portfolio of defense tech startups—Capitol Tech’s hidden hand in government circles.</w:t>
      </w:r>
    </w:p>
    <w:p w14:paraId="3F8B467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Kessler slid into the booth like he owned the room. “Sorry, traffic. Democracy bottlenecks around five p.m.”</w:t>
      </w:r>
    </w:p>
    <w:p w14:paraId="5D1BE78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Gallinger grinned. “What’s the word from Voss and the rest of your pirates?”</w:t>
      </w:r>
    </w:p>
    <w:p w14:paraId="128DEFC7"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“They’re giddy,” Kessler said. “Deluca’s profile is trending globally. More importantly, </w:t>
      </w:r>
      <w:proofErr w:type="gramStart"/>
      <w:r w:rsidRPr="00F52A1C">
        <w:rPr>
          <w:rFonts w:eastAsia="Times New Roman" w:cs="Times New Roman"/>
          <w:szCs w:val="24"/>
        </w:rPr>
        <w:t>it's</w:t>
      </w:r>
      <w:proofErr w:type="gramEnd"/>
      <w:r w:rsidRPr="00F52A1C">
        <w:rPr>
          <w:rFonts w:eastAsia="Times New Roman" w:cs="Times New Roman"/>
          <w:szCs w:val="24"/>
        </w:rPr>
        <w:t xml:space="preserve"> shifted the narrative from </w:t>
      </w:r>
      <w:r w:rsidRPr="00F52A1C">
        <w:rPr>
          <w:rFonts w:eastAsia="Times New Roman" w:cs="Times New Roman"/>
          <w:i/>
          <w:iCs/>
          <w:szCs w:val="24"/>
        </w:rPr>
        <w:t>'is PreConvict ethical?'</w:t>
      </w:r>
      <w:r w:rsidRPr="00F52A1C">
        <w:rPr>
          <w:rFonts w:eastAsia="Times New Roman" w:cs="Times New Roman"/>
          <w:szCs w:val="24"/>
        </w:rPr>
        <w:t xml:space="preserve"> to </w:t>
      </w:r>
      <w:r w:rsidRPr="00F52A1C">
        <w:rPr>
          <w:rFonts w:eastAsia="Times New Roman" w:cs="Times New Roman"/>
          <w:i/>
          <w:iCs/>
          <w:szCs w:val="24"/>
        </w:rPr>
        <w:t>'how many lives might it save?'</w:t>
      </w:r>
      <w:r w:rsidRPr="00F52A1C">
        <w:rPr>
          <w:rFonts w:eastAsia="Times New Roman" w:cs="Times New Roman"/>
          <w:szCs w:val="24"/>
        </w:rPr>
        <w:t xml:space="preserve"> And if he slips up—”</w:t>
      </w:r>
    </w:p>
    <w:p w14:paraId="6A344E9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“Which he will,” Yung added.</w:t>
      </w:r>
    </w:p>
    <w:p w14:paraId="73B760D3"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“—then we push for the national rollout by August. Emergency powers, expedited oversight waivers, the whole playbook.”</w:t>
      </w:r>
    </w:p>
    <w:p w14:paraId="5D0A6F6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Gallinger leaned back, satisfied. “</w:t>
      </w:r>
      <w:proofErr w:type="gramStart"/>
      <w:r w:rsidRPr="00F52A1C">
        <w:rPr>
          <w:rFonts w:eastAsia="Times New Roman" w:cs="Times New Roman"/>
          <w:szCs w:val="24"/>
        </w:rPr>
        <w:t>That’ll</w:t>
      </w:r>
      <w:proofErr w:type="gramEnd"/>
      <w:r w:rsidRPr="00F52A1C">
        <w:rPr>
          <w:rFonts w:eastAsia="Times New Roman" w:cs="Times New Roman"/>
          <w:szCs w:val="24"/>
        </w:rPr>
        <w:t xml:space="preserve"> go well in the Rust Belt. Flag-waving, </w:t>
      </w:r>
      <w:proofErr w:type="gramStart"/>
      <w:r w:rsidRPr="00F52A1C">
        <w:rPr>
          <w:rFonts w:eastAsia="Times New Roman" w:cs="Times New Roman"/>
          <w:szCs w:val="24"/>
        </w:rPr>
        <w:t>fear-mongering</w:t>
      </w:r>
      <w:proofErr w:type="gramEnd"/>
      <w:r w:rsidRPr="00F52A1C">
        <w:rPr>
          <w:rFonts w:eastAsia="Times New Roman" w:cs="Times New Roman"/>
          <w:szCs w:val="24"/>
        </w:rPr>
        <w:t>. Bread and butter.”</w:t>
      </w:r>
    </w:p>
    <w:p w14:paraId="746143F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Yung raised an eyebrow. “</w:t>
      </w:r>
      <w:proofErr w:type="gramStart"/>
      <w:r w:rsidRPr="00F52A1C">
        <w:rPr>
          <w:rFonts w:eastAsia="Times New Roman" w:cs="Times New Roman"/>
          <w:szCs w:val="24"/>
        </w:rPr>
        <w:t>We’ll</w:t>
      </w:r>
      <w:proofErr w:type="gramEnd"/>
      <w:r w:rsidRPr="00F52A1C">
        <w:rPr>
          <w:rFonts w:eastAsia="Times New Roman" w:cs="Times New Roman"/>
          <w:szCs w:val="24"/>
        </w:rPr>
        <w:t xml:space="preserve"> need a counterbalance. Civil liberty fig leaves. A minority co-sponsor.”</w:t>
      </w:r>
    </w:p>
    <w:p w14:paraId="52788037"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“Get someone from Colorado or Maine,” Kessler said, already half-texting someone. “Throw in language about ‘community review boards’ and an ‘algorithmic fairness audit.’ </w:t>
      </w:r>
      <w:proofErr w:type="gramStart"/>
      <w:r w:rsidRPr="00F52A1C">
        <w:rPr>
          <w:rFonts w:eastAsia="Times New Roman" w:cs="Times New Roman"/>
          <w:szCs w:val="24"/>
        </w:rPr>
        <w:t>Doesn’t</w:t>
      </w:r>
      <w:proofErr w:type="gramEnd"/>
      <w:r w:rsidRPr="00F52A1C">
        <w:rPr>
          <w:rFonts w:eastAsia="Times New Roman" w:cs="Times New Roman"/>
          <w:szCs w:val="24"/>
        </w:rPr>
        <w:t xml:space="preserve"> matter. The real controls stay with us.”</w:t>
      </w:r>
    </w:p>
    <w:p w14:paraId="73DBADF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 waiter appeared with another bottle. Gallinger waved him off with practiced disdain.</w:t>
      </w:r>
    </w:p>
    <w:p w14:paraId="4DAEFEA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Across the room, </w:t>
      </w:r>
      <w:r w:rsidRPr="00F52A1C">
        <w:rPr>
          <w:rFonts w:eastAsia="Times New Roman" w:cs="Times New Roman"/>
          <w:b/>
          <w:bCs/>
          <w:szCs w:val="24"/>
        </w:rPr>
        <w:t>Admiral Maren Huxley</w:t>
      </w:r>
      <w:r w:rsidRPr="00F52A1C">
        <w:rPr>
          <w:rFonts w:eastAsia="Times New Roman" w:cs="Times New Roman"/>
          <w:szCs w:val="24"/>
        </w:rPr>
        <w:t xml:space="preserve"> watched them quietly from a corner table. Retired, but still sharp. Her face </w:t>
      </w:r>
      <w:proofErr w:type="gramStart"/>
      <w:r w:rsidRPr="00F52A1C">
        <w:rPr>
          <w:rFonts w:eastAsia="Times New Roman" w:cs="Times New Roman"/>
          <w:szCs w:val="24"/>
        </w:rPr>
        <w:t>unreadable</w:t>
      </w:r>
      <w:proofErr w:type="gramEnd"/>
      <w:r w:rsidRPr="00F52A1C">
        <w:rPr>
          <w:rFonts w:eastAsia="Times New Roman" w:cs="Times New Roman"/>
          <w:szCs w:val="24"/>
        </w:rPr>
        <w:t>. She nursed a neat scotch, listening without listening.</w:t>
      </w:r>
    </w:p>
    <w:p w14:paraId="4D6D3A8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Beside her sat </w:t>
      </w:r>
      <w:r w:rsidRPr="00F52A1C">
        <w:rPr>
          <w:rFonts w:eastAsia="Times New Roman" w:cs="Times New Roman"/>
          <w:b/>
          <w:bCs/>
          <w:szCs w:val="24"/>
        </w:rPr>
        <w:t>Congressman Elias Burr</w:t>
      </w:r>
      <w:r w:rsidRPr="00F52A1C">
        <w:rPr>
          <w:rFonts w:eastAsia="Times New Roman" w:cs="Times New Roman"/>
          <w:szCs w:val="24"/>
        </w:rPr>
        <w:t>, independent from Vermont. Unbought, unpopular, and inconvenient.</w:t>
      </w:r>
    </w:p>
    <w:p w14:paraId="726BBE7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“They’re planning it like a party,” Burr muttered.</w:t>
      </w:r>
    </w:p>
    <w:p w14:paraId="2A76982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Huxley nodded. “They think they’re safe.”</w:t>
      </w:r>
    </w:p>
    <w:p w14:paraId="22B7B73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“They forget Deluca </w:t>
      </w:r>
      <w:proofErr w:type="gramStart"/>
      <w:r w:rsidRPr="00F52A1C">
        <w:rPr>
          <w:rFonts w:eastAsia="Times New Roman" w:cs="Times New Roman"/>
          <w:szCs w:val="24"/>
        </w:rPr>
        <w:t>wasn’t</w:t>
      </w:r>
      <w:proofErr w:type="gramEnd"/>
      <w:r w:rsidRPr="00F52A1C">
        <w:rPr>
          <w:rFonts w:eastAsia="Times New Roman" w:cs="Times New Roman"/>
          <w:szCs w:val="24"/>
        </w:rPr>
        <w:t xml:space="preserve"> bred in a lab. </w:t>
      </w:r>
      <w:proofErr w:type="gramStart"/>
      <w:r w:rsidRPr="00F52A1C">
        <w:rPr>
          <w:rFonts w:eastAsia="Times New Roman" w:cs="Times New Roman"/>
          <w:szCs w:val="24"/>
        </w:rPr>
        <w:t>He’s</w:t>
      </w:r>
      <w:proofErr w:type="gramEnd"/>
      <w:r w:rsidRPr="00F52A1C">
        <w:rPr>
          <w:rFonts w:eastAsia="Times New Roman" w:cs="Times New Roman"/>
          <w:szCs w:val="24"/>
        </w:rPr>
        <w:t xml:space="preserve"> real. And if the system’s wrong once, it can be wrong a thousand times.”</w:t>
      </w:r>
    </w:p>
    <w:p w14:paraId="7CFC381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Huxley’s eyes </w:t>
      </w:r>
      <w:proofErr w:type="gramStart"/>
      <w:r w:rsidRPr="00F52A1C">
        <w:rPr>
          <w:rFonts w:eastAsia="Times New Roman" w:cs="Times New Roman"/>
          <w:szCs w:val="24"/>
        </w:rPr>
        <w:t>didn’t</w:t>
      </w:r>
      <w:proofErr w:type="gramEnd"/>
      <w:r w:rsidRPr="00F52A1C">
        <w:rPr>
          <w:rFonts w:eastAsia="Times New Roman" w:cs="Times New Roman"/>
          <w:szCs w:val="24"/>
        </w:rPr>
        <w:t xml:space="preserve"> move. “You want to challenge </w:t>
      </w:r>
      <w:proofErr w:type="gramStart"/>
      <w:r w:rsidRPr="00F52A1C">
        <w:rPr>
          <w:rFonts w:eastAsia="Times New Roman" w:cs="Times New Roman"/>
          <w:szCs w:val="24"/>
        </w:rPr>
        <w:t>them,</w:t>
      </w:r>
      <w:proofErr w:type="gramEnd"/>
      <w:r w:rsidRPr="00F52A1C">
        <w:rPr>
          <w:rFonts w:eastAsia="Times New Roman" w:cs="Times New Roman"/>
          <w:szCs w:val="24"/>
        </w:rPr>
        <w:t xml:space="preserve"> you’ll need more than facts.”</w:t>
      </w:r>
    </w:p>
    <w:p w14:paraId="7300509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leaned forward. “I want truth.”</w:t>
      </w:r>
    </w:p>
    <w:p w14:paraId="6E1FF43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She finally looked at him. “Then prepare for war.”</w:t>
      </w:r>
    </w:p>
    <w:p w14:paraId="1C25A0B5" w14:textId="77777777" w:rsidR="00F52A1C" w:rsidRPr="00F52A1C" w:rsidRDefault="00F52A1C" w:rsidP="00F52A1C">
      <w:pPr>
        <w:spacing w:before="100" w:beforeAutospacing="1" w:after="100" w:afterAutospacing="1"/>
        <w:outlineLvl w:val="2"/>
        <w:rPr>
          <w:rFonts w:eastAsia="Times New Roman" w:cs="Times New Roman"/>
          <w:b/>
          <w:bCs/>
          <w:sz w:val="27"/>
          <w:szCs w:val="27"/>
        </w:rPr>
      </w:pPr>
      <w:r w:rsidRPr="00F52A1C">
        <w:rPr>
          <w:rFonts w:eastAsia="Times New Roman" w:cs="Times New Roman"/>
          <w:b/>
          <w:bCs/>
          <w:sz w:val="27"/>
          <w:szCs w:val="27"/>
        </w:rPr>
        <w:lastRenderedPageBreak/>
        <w:t>Capitol Hill – 9:06 p.m.</w:t>
      </w:r>
    </w:p>
    <w:p w14:paraId="6A93013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i/>
          <w:iCs/>
          <w:szCs w:val="24"/>
        </w:rPr>
        <w:t>They walked in silence past the marble pillars and manicured hedges of a city designed to impress and conceal.</w:t>
      </w:r>
    </w:p>
    <w:p w14:paraId="24A377E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Congressman Elias Burr pulled his collar tighter against the wind. “You saw their faces,” he said. “They </w:t>
      </w:r>
      <w:proofErr w:type="gramStart"/>
      <w:r w:rsidRPr="00F52A1C">
        <w:rPr>
          <w:rFonts w:eastAsia="Times New Roman" w:cs="Times New Roman"/>
          <w:szCs w:val="24"/>
        </w:rPr>
        <w:t>weren’t</w:t>
      </w:r>
      <w:proofErr w:type="gramEnd"/>
      <w:r w:rsidRPr="00F52A1C">
        <w:rPr>
          <w:rFonts w:eastAsia="Times New Roman" w:cs="Times New Roman"/>
          <w:szCs w:val="24"/>
        </w:rPr>
        <w:t xml:space="preserve"> gloating. They were reciting lines. Gallinger, Yung, Kessler—hell, even the waiter knew when to clear the plates. It </w:t>
      </w:r>
      <w:proofErr w:type="gramStart"/>
      <w:r w:rsidRPr="00F52A1C">
        <w:rPr>
          <w:rFonts w:eastAsia="Times New Roman" w:cs="Times New Roman"/>
          <w:szCs w:val="24"/>
        </w:rPr>
        <w:t>was choreographed</w:t>
      </w:r>
      <w:proofErr w:type="gramEnd"/>
      <w:r w:rsidRPr="00F52A1C">
        <w:rPr>
          <w:rFonts w:eastAsia="Times New Roman" w:cs="Times New Roman"/>
          <w:szCs w:val="24"/>
        </w:rPr>
        <w:t>.”</w:t>
      </w:r>
    </w:p>
    <w:p w14:paraId="2E3C6EC1"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Admiral Maren Huxley’s steps were sharp and precise, like a woman </w:t>
      </w:r>
      <w:proofErr w:type="gramStart"/>
      <w:r w:rsidRPr="00F52A1C">
        <w:rPr>
          <w:rFonts w:eastAsia="Times New Roman" w:cs="Times New Roman"/>
          <w:szCs w:val="24"/>
        </w:rPr>
        <w:t>who’d</w:t>
      </w:r>
      <w:proofErr w:type="gramEnd"/>
      <w:r w:rsidRPr="00F52A1C">
        <w:rPr>
          <w:rFonts w:eastAsia="Times New Roman" w:cs="Times New Roman"/>
          <w:szCs w:val="24"/>
        </w:rPr>
        <w:t xml:space="preserve"> never fully left the Navy. “It’s not their play,” she said flatly. “They’re just making it look palatable for public consumption.”</w:t>
      </w:r>
    </w:p>
    <w:p w14:paraId="5F71A9A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 reached a waiting black sedan. No driver. Huxley unlocked it with a tap on her phone.</w:t>
      </w:r>
    </w:p>
    <w:p w14:paraId="2686F0D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Burr slid into the passenger seat. “I keep asking myself why Deluca. Why </w:t>
      </w:r>
      <w:r w:rsidRPr="00F52A1C">
        <w:rPr>
          <w:rFonts w:eastAsia="Times New Roman" w:cs="Times New Roman"/>
          <w:i/>
          <w:iCs/>
          <w:szCs w:val="24"/>
        </w:rPr>
        <w:t>him</w:t>
      </w:r>
      <w:r w:rsidRPr="00F52A1C">
        <w:rPr>
          <w:rFonts w:eastAsia="Times New Roman" w:cs="Times New Roman"/>
          <w:szCs w:val="24"/>
        </w:rPr>
        <w:t xml:space="preserve">? </w:t>
      </w:r>
      <w:proofErr w:type="gramStart"/>
      <w:r w:rsidRPr="00F52A1C">
        <w:rPr>
          <w:rFonts w:eastAsia="Times New Roman" w:cs="Times New Roman"/>
          <w:szCs w:val="24"/>
        </w:rPr>
        <w:t>A guy</w:t>
      </w:r>
      <w:proofErr w:type="gramEnd"/>
      <w:r w:rsidRPr="00F52A1C">
        <w:rPr>
          <w:rFonts w:eastAsia="Times New Roman" w:cs="Times New Roman"/>
          <w:szCs w:val="24"/>
        </w:rPr>
        <w:t xml:space="preserve"> who served, kept quiet, stayed out of the spotlight. </w:t>
      </w:r>
      <w:proofErr w:type="gramStart"/>
      <w:r w:rsidRPr="00F52A1C">
        <w:rPr>
          <w:rFonts w:eastAsia="Times New Roman" w:cs="Times New Roman"/>
          <w:szCs w:val="24"/>
        </w:rPr>
        <w:t>He’s</w:t>
      </w:r>
      <w:proofErr w:type="gramEnd"/>
      <w:r w:rsidRPr="00F52A1C">
        <w:rPr>
          <w:rFonts w:eastAsia="Times New Roman" w:cs="Times New Roman"/>
          <w:szCs w:val="24"/>
        </w:rPr>
        <w:t xml:space="preserve"> not a revolutionary.”</w:t>
      </w:r>
    </w:p>
    <w:p w14:paraId="21D3562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“No,” Huxley agreed. “But he fits the model they want people to fear. Ex-military. Gun owner. Rural. Speaks his mind. No institutional leash.”</w:t>
      </w:r>
    </w:p>
    <w:p w14:paraId="439C15E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turned to her. “You’re saying he was picked?”</w:t>
      </w:r>
    </w:p>
    <w:p w14:paraId="5600A6D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w:t>
      </w:r>
      <w:proofErr w:type="gramStart"/>
      <w:r w:rsidRPr="00F52A1C">
        <w:rPr>
          <w:rFonts w:eastAsia="Times New Roman" w:cs="Times New Roman"/>
          <w:szCs w:val="24"/>
        </w:rPr>
        <w:t>I’m</w:t>
      </w:r>
      <w:proofErr w:type="gramEnd"/>
      <w:r w:rsidRPr="00F52A1C">
        <w:rPr>
          <w:rFonts w:eastAsia="Times New Roman" w:cs="Times New Roman"/>
          <w:szCs w:val="24"/>
        </w:rPr>
        <w:t xml:space="preserve"> saying the algorithm </w:t>
      </w:r>
      <w:proofErr w:type="gramStart"/>
      <w:r w:rsidRPr="00F52A1C">
        <w:rPr>
          <w:rFonts w:eastAsia="Times New Roman" w:cs="Times New Roman"/>
          <w:szCs w:val="24"/>
        </w:rPr>
        <w:t>they’re</w:t>
      </w:r>
      <w:proofErr w:type="gramEnd"/>
      <w:r w:rsidRPr="00F52A1C">
        <w:rPr>
          <w:rFonts w:eastAsia="Times New Roman" w:cs="Times New Roman"/>
          <w:szCs w:val="24"/>
        </w:rPr>
        <w:t xml:space="preserve"> selling </w:t>
      </w:r>
      <w:proofErr w:type="gramStart"/>
      <w:r w:rsidRPr="00F52A1C">
        <w:rPr>
          <w:rFonts w:eastAsia="Times New Roman" w:cs="Times New Roman"/>
          <w:szCs w:val="24"/>
        </w:rPr>
        <w:t>wasn’t</w:t>
      </w:r>
      <w:proofErr w:type="gramEnd"/>
      <w:r w:rsidRPr="00F52A1C">
        <w:rPr>
          <w:rFonts w:eastAsia="Times New Roman" w:cs="Times New Roman"/>
          <w:szCs w:val="24"/>
        </w:rPr>
        <w:t xml:space="preserve"> calibrated to </w:t>
      </w:r>
      <w:r w:rsidRPr="00F52A1C">
        <w:rPr>
          <w:rFonts w:eastAsia="Times New Roman" w:cs="Times New Roman"/>
          <w:i/>
          <w:iCs/>
          <w:szCs w:val="24"/>
        </w:rPr>
        <w:t>predict</w:t>
      </w:r>
      <w:r w:rsidRPr="00F52A1C">
        <w:rPr>
          <w:rFonts w:eastAsia="Times New Roman" w:cs="Times New Roman"/>
          <w:szCs w:val="24"/>
        </w:rPr>
        <w:t xml:space="preserve"> violence. It </w:t>
      </w:r>
      <w:proofErr w:type="gramStart"/>
      <w:r w:rsidRPr="00F52A1C">
        <w:rPr>
          <w:rFonts w:eastAsia="Times New Roman" w:cs="Times New Roman"/>
          <w:szCs w:val="24"/>
        </w:rPr>
        <w:t>was trained</w:t>
      </w:r>
      <w:proofErr w:type="gramEnd"/>
      <w:r w:rsidRPr="00F52A1C">
        <w:rPr>
          <w:rFonts w:eastAsia="Times New Roman" w:cs="Times New Roman"/>
          <w:szCs w:val="24"/>
        </w:rPr>
        <w:t xml:space="preserve"> to </w:t>
      </w:r>
      <w:r w:rsidRPr="00F52A1C">
        <w:rPr>
          <w:rFonts w:eastAsia="Times New Roman" w:cs="Times New Roman"/>
          <w:i/>
          <w:iCs/>
          <w:szCs w:val="24"/>
        </w:rPr>
        <w:t>validate</w:t>
      </w:r>
      <w:r w:rsidRPr="00F52A1C">
        <w:rPr>
          <w:rFonts w:eastAsia="Times New Roman" w:cs="Times New Roman"/>
          <w:szCs w:val="24"/>
        </w:rPr>
        <w:t xml:space="preserve"> targets. They fed it what they wanted to see—and it spat out </w:t>
      </w:r>
      <w:proofErr w:type="gramStart"/>
      <w:r w:rsidRPr="00F52A1C">
        <w:rPr>
          <w:rFonts w:eastAsia="Times New Roman" w:cs="Times New Roman"/>
          <w:szCs w:val="24"/>
        </w:rPr>
        <w:t>Deluca.”</w:t>
      </w:r>
      <w:proofErr w:type="gramEnd"/>
    </w:p>
    <w:p w14:paraId="720E60B9"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Burr shook his head, disgusted. “This </w:t>
      </w:r>
      <w:proofErr w:type="gramStart"/>
      <w:r w:rsidRPr="00F52A1C">
        <w:rPr>
          <w:rFonts w:eastAsia="Times New Roman" w:cs="Times New Roman"/>
          <w:szCs w:val="24"/>
        </w:rPr>
        <w:t>isn’t</w:t>
      </w:r>
      <w:proofErr w:type="gramEnd"/>
      <w:r w:rsidRPr="00F52A1C">
        <w:rPr>
          <w:rFonts w:eastAsia="Times New Roman" w:cs="Times New Roman"/>
          <w:szCs w:val="24"/>
        </w:rPr>
        <w:t xml:space="preserve"> data science. </w:t>
      </w:r>
      <w:proofErr w:type="gramStart"/>
      <w:r w:rsidRPr="00F52A1C">
        <w:rPr>
          <w:rFonts w:eastAsia="Times New Roman" w:cs="Times New Roman"/>
          <w:szCs w:val="24"/>
        </w:rPr>
        <w:t>It’s</w:t>
      </w:r>
      <w:proofErr w:type="gramEnd"/>
      <w:r w:rsidRPr="00F52A1C">
        <w:rPr>
          <w:rFonts w:eastAsia="Times New Roman" w:cs="Times New Roman"/>
          <w:szCs w:val="24"/>
        </w:rPr>
        <w:t xml:space="preserve"> predictive persecution.”</w:t>
      </w:r>
    </w:p>
    <w:p w14:paraId="2CA17D63"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“And it's working,” Huxley said. “Public trust in the program has doubled in the last week. They </w:t>
      </w:r>
      <w:proofErr w:type="gramStart"/>
      <w:r w:rsidRPr="00F52A1C">
        <w:rPr>
          <w:rFonts w:eastAsia="Times New Roman" w:cs="Times New Roman"/>
          <w:szCs w:val="24"/>
        </w:rPr>
        <w:t>don’t</w:t>
      </w:r>
      <w:proofErr w:type="gramEnd"/>
      <w:r w:rsidRPr="00F52A1C">
        <w:rPr>
          <w:rFonts w:eastAsia="Times New Roman" w:cs="Times New Roman"/>
          <w:szCs w:val="24"/>
        </w:rPr>
        <w:t xml:space="preserve"> even need evidence. The score is enough.”</w:t>
      </w:r>
    </w:p>
    <w:p w14:paraId="4A54134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stared out the window at the Lincoln Memorial glowing in the distance. “How deep does this go?”</w:t>
      </w:r>
    </w:p>
    <w:p w14:paraId="1673B21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She hesitated, then tapped her dashboard. The screen lit up, revealing a map of D.C.—but layered with </w:t>
      </w:r>
      <w:proofErr w:type="gramStart"/>
      <w:r w:rsidRPr="00F52A1C">
        <w:rPr>
          <w:rFonts w:eastAsia="Times New Roman" w:cs="Times New Roman"/>
          <w:szCs w:val="24"/>
        </w:rPr>
        <w:t>ghosted</w:t>
      </w:r>
      <w:proofErr w:type="gramEnd"/>
      <w:r w:rsidRPr="00F52A1C">
        <w:rPr>
          <w:rFonts w:eastAsia="Times New Roman" w:cs="Times New Roman"/>
          <w:szCs w:val="24"/>
        </w:rPr>
        <w:t xml:space="preserve"> grids, data flows, hidden nodes.</w:t>
      </w:r>
    </w:p>
    <w:p w14:paraId="6F8380B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“This,” she said, “is a shadow net. Private servers, closed-loop data channels, biometric tracking APIs piggybacked on DMV and DHS systems. They </w:t>
      </w:r>
      <w:proofErr w:type="gramStart"/>
      <w:r w:rsidRPr="00F52A1C">
        <w:rPr>
          <w:rFonts w:eastAsia="Times New Roman" w:cs="Times New Roman"/>
          <w:szCs w:val="24"/>
        </w:rPr>
        <w:t>don’t</w:t>
      </w:r>
      <w:proofErr w:type="gramEnd"/>
      <w:r w:rsidRPr="00F52A1C">
        <w:rPr>
          <w:rFonts w:eastAsia="Times New Roman" w:cs="Times New Roman"/>
          <w:szCs w:val="24"/>
        </w:rPr>
        <w:t xml:space="preserve"> call it a surveillance state. They call it an ‘ecosystem.’”</w:t>
      </w:r>
    </w:p>
    <w:p w14:paraId="22ED789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squinted at the screen. “Who’s behind it?”</w:t>
      </w:r>
    </w:p>
    <w:p w14:paraId="0B392FBA"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“That’s the fun part,” Huxley replied. “On paper? Nobody. The initiative </w:t>
      </w:r>
      <w:proofErr w:type="gramStart"/>
      <w:r w:rsidRPr="00F52A1C">
        <w:rPr>
          <w:rFonts w:eastAsia="Times New Roman" w:cs="Times New Roman"/>
          <w:szCs w:val="24"/>
        </w:rPr>
        <w:t>is run</w:t>
      </w:r>
      <w:proofErr w:type="gramEnd"/>
      <w:r w:rsidRPr="00F52A1C">
        <w:rPr>
          <w:rFonts w:eastAsia="Times New Roman" w:cs="Times New Roman"/>
          <w:szCs w:val="24"/>
        </w:rPr>
        <w:t xml:space="preserve"> by a ‘private-public alliance’—Capitol Tech, Forward Solutions, and the ‘Community Integrity Council.’ All of them funded through endowments, venture capital, or defense innovation grants. All of them with backdoors into federal systems.”</w:t>
      </w:r>
    </w:p>
    <w:p w14:paraId="2BE89C6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“And not one elected official has actual oversight?”</w:t>
      </w:r>
    </w:p>
    <w:p w14:paraId="15C41CB8"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“Not really. The ones who think they do are handed summaries—clean ones. Sanitized. The real operations run parallel.”</w:t>
      </w:r>
    </w:p>
    <w:p w14:paraId="1F8E6C67"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ran a hand over his face. “Jesus. We built a second government and let Silicon Valley drive it.”</w:t>
      </w:r>
    </w:p>
    <w:p w14:paraId="35E16FA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lastRenderedPageBreak/>
        <w:t xml:space="preserve">“No,” Huxley corrected. “We let them convince us it was </w:t>
      </w:r>
      <w:r w:rsidRPr="00F52A1C">
        <w:rPr>
          <w:rFonts w:eastAsia="Times New Roman" w:cs="Times New Roman"/>
          <w:i/>
          <w:iCs/>
          <w:szCs w:val="24"/>
        </w:rPr>
        <w:t>smart governance.</w:t>
      </w:r>
      <w:r w:rsidRPr="00F52A1C">
        <w:rPr>
          <w:rFonts w:eastAsia="Times New Roman" w:cs="Times New Roman"/>
          <w:szCs w:val="24"/>
        </w:rPr>
        <w:t xml:space="preserve"> Efficient. Ethical. ‘Foresight-driven.’ All the buzzwords. And now </w:t>
      </w:r>
      <w:proofErr w:type="gramStart"/>
      <w:r w:rsidRPr="00F52A1C">
        <w:rPr>
          <w:rFonts w:eastAsia="Times New Roman" w:cs="Times New Roman"/>
          <w:szCs w:val="24"/>
        </w:rPr>
        <w:t>they're</w:t>
      </w:r>
      <w:proofErr w:type="gramEnd"/>
      <w:r w:rsidRPr="00F52A1C">
        <w:rPr>
          <w:rFonts w:eastAsia="Times New Roman" w:cs="Times New Roman"/>
          <w:szCs w:val="24"/>
        </w:rPr>
        <w:t xml:space="preserve"> </w:t>
      </w:r>
      <w:proofErr w:type="gramStart"/>
      <w:r w:rsidRPr="00F52A1C">
        <w:rPr>
          <w:rFonts w:eastAsia="Times New Roman" w:cs="Times New Roman"/>
          <w:szCs w:val="24"/>
        </w:rPr>
        <w:t>testing</w:t>
      </w:r>
      <w:proofErr w:type="gramEnd"/>
      <w:r w:rsidRPr="00F52A1C">
        <w:rPr>
          <w:rFonts w:eastAsia="Times New Roman" w:cs="Times New Roman"/>
          <w:szCs w:val="24"/>
        </w:rPr>
        <w:t xml:space="preserve"> its limits.”</w:t>
      </w:r>
    </w:p>
    <w:p w14:paraId="24862BE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looked at her. “You have proof?”</w:t>
      </w:r>
    </w:p>
    <w:p w14:paraId="4A4EC72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She nodded slowly. “A leak. Not big enough to break it wide, but enough to trace where they want this to go. They needed a test case. Matt Deluca </w:t>
      </w:r>
      <w:proofErr w:type="gramStart"/>
      <w:r w:rsidRPr="00F52A1C">
        <w:rPr>
          <w:rFonts w:eastAsia="Times New Roman" w:cs="Times New Roman"/>
          <w:szCs w:val="24"/>
        </w:rPr>
        <w:t>wasn’t</w:t>
      </w:r>
      <w:proofErr w:type="gramEnd"/>
      <w:r w:rsidRPr="00F52A1C">
        <w:rPr>
          <w:rFonts w:eastAsia="Times New Roman" w:cs="Times New Roman"/>
          <w:szCs w:val="24"/>
        </w:rPr>
        <w:t xml:space="preserve"> just chosen—he </w:t>
      </w:r>
      <w:proofErr w:type="gramStart"/>
      <w:r w:rsidRPr="00F52A1C">
        <w:rPr>
          <w:rFonts w:eastAsia="Times New Roman" w:cs="Times New Roman"/>
          <w:szCs w:val="24"/>
        </w:rPr>
        <w:t xml:space="preserve">was </w:t>
      </w:r>
      <w:r w:rsidRPr="00F52A1C">
        <w:rPr>
          <w:rFonts w:eastAsia="Times New Roman" w:cs="Times New Roman"/>
          <w:i/>
          <w:iCs/>
          <w:szCs w:val="24"/>
        </w:rPr>
        <w:t>crafted</w:t>
      </w:r>
      <w:proofErr w:type="gramEnd"/>
      <w:r w:rsidRPr="00F52A1C">
        <w:rPr>
          <w:rFonts w:eastAsia="Times New Roman" w:cs="Times New Roman"/>
          <w:i/>
          <w:iCs/>
          <w:szCs w:val="24"/>
        </w:rPr>
        <w:t>.</w:t>
      </w:r>
      <w:r w:rsidRPr="00F52A1C">
        <w:rPr>
          <w:rFonts w:eastAsia="Times New Roman" w:cs="Times New Roman"/>
          <w:szCs w:val="24"/>
        </w:rPr>
        <w:t xml:space="preserve"> Nudged. Misrepresented. The protest incident? His image </w:t>
      </w:r>
      <w:proofErr w:type="gramStart"/>
      <w:r w:rsidRPr="00F52A1C">
        <w:rPr>
          <w:rFonts w:eastAsia="Times New Roman" w:cs="Times New Roman"/>
          <w:szCs w:val="24"/>
        </w:rPr>
        <w:t xml:space="preserve">was </w:t>
      </w:r>
      <w:r w:rsidRPr="00F52A1C">
        <w:rPr>
          <w:rFonts w:eastAsia="Times New Roman" w:cs="Times New Roman"/>
          <w:i/>
          <w:iCs/>
          <w:szCs w:val="24"/>
        </w:rPr>
        <w:t>altered</w:t>
      </w:r>
      <w:proofErr w:type="gramEnd"/>
      <w:r w:rsidRPr="00F52A1C">
        <w:rPr>
          <w:rFonts w:eastAsia="Times New Roman" w:cs="Times New Roman"/>
          <w:i/>
          <w:iCs/>
          <w:szCs w:val="24"/>
        </w:rPr>
        <w:t>.</w:t>
      </w:r>
      <w:r w:rsidRPr="00F52A1C">
        <w:rPr>
          <w:rFonts w:eastAsia="Times New Roman" w:cs="Times New Roman"/>
          <w:szCs w:val="24"/>
        </w:rPr>
        <w:t xml:space="preserve"> His file seeded with whispers and anonymous reports.”</w:t>
      </w:r>
    </w:p>
    <w:p w14:paraId="4B3C2B7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“Lies,” Burr muttered.</w:t>
      </w:r>
    </w:p>
    <w:p w14:paraId="5E5D5D4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“Engineered lies. But now </w:t>
      </w:r>
      <w:proofErr w:type="gramStart"/>
      <w:r w:rsidRPr="00F52A1C">
        <w:rPr>
          <w:rFonts w:eastAsia="Times New Roman" w:cs="Times New Roman"/>
          <w:szCs w:val="24"/>
        </w:rPr>
        <w:t>they’re</w:t>
      </w:r>
      <w:proofErr w:type="gramEnd"/>
      <w:r w:rsidRPr="00F52A1C">
        <w:rPr>
          <w:rFonts w:eastAsia="Times New Roman" w:cs="Times New Roman"/>
          <w:szCs w:val="24"/>
        </w:rPr>
        <w:t xml:space="preserve"> truth—because the score says so.”</w:t>
      </w:r>
    </w:p>
    <w:p w14:paraId="3ED1860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leaned back, staring at the ceiling. “We need to find him.”</w:t>
      </w:r>
    </w:p>
    <w:p w14:paraId="07107F3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Huxley turned the key and started the car. “We do. But not to protect </w:t>
      </w:r>
      <w:r w:rsidRPr="00F52A1C">
        <w:rPr>
          <w:rFonts w:eastAsia="Times New Roman" w:cs="Times New Roman"/>
          <w:i/>
          <w:iCs/>
          <w:szCs w:val="24"/>
        </w:rPr>
        <w:t>him</w:t>
      </w:r>
      <w:r w:rsidRPr="00F52A1C">
        <w:rPr>
          <w:rFonts w:eastAsia="Times New Roman" w:cs="Times New Roman"/>
          <w:szCs w:val="24"/>
        </w:rPr>
        <w:t>. To stop what comes next.”</w:t>
      </w:r>
    </w:p>
    <w:p w14:paraId="536ECA34" w14:textId="77777777" w:rsidR="00F7055C" w:rsidRPr="00F7055C" w:rsidRDefault="00F7055C" w:rsidP="00F7055C">
      <w:pPr>
        <w:spacing w:before="100" w:beforeAutospacing="1" w:after="100" w:afterAutospacing="1"/>
        <w:outlineLvl w:val="2"/>
        <w:rPr>
          <w:rFonts w:eastAsia="Times New Roman" w:cs="Times New Roman"/>
          <w:b/>
          <w:bCs/>
          <w:sz w:val="27"/>
          <w:szCs w:val="27"/>
        </w:rPr>
      </w:pPr>
      <w:r w:rsidRPr="00F7055C">
        <w:rPr>
          <w:rFonts w:eastAsia="Times New Roman" w:cs="Times New Roman"/>
          <w:b/>
          <w:bCs/>
          <w:sz w:val="27"/>
          <w:szCs w:val="27"/>
        </w:rPr>
        <w:t>Alexandria, Virginia – 10:21 p.m.</w:t>
      </w:r>
    </w:p>
    <w:p w14:paraId="5C501770"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i/>
          <w:iCs/>
          <w:szCs w:val="24"/>
        </w:rPr>
        <w:t xml:space="preserve">The apartment building used to be something else. </w:t>
      </w:r>
      <w:proofErr w:type="gramStart"/>
      <w:r w:rsidRPr="00F7055C">
        <w:rPr>
          <w:rFonts w:eastAsia="Times New Roman" w:cs="Times New Roman"/>
          <w:i/>
          <w:iCs/>
          <w:szCs w:val="24"/>
        </w:rPr>
        <w:t>Maybe a</w:t>
      </w:r>
      <w:proofErr w:type="gramEnd"/>
      <w:r w:rsidRPr="00F7055C">
        <w:rPr>
          <w:rFonts w:eastAsia="Times New Roman" w:cs="Times New Roman"/>
          <w:i/>
          <w:iCs/>
          <w:szCs w:val="24"/>
        </w:rPr>
        <w:t xml:space="preserve"> halfway house. </w:t>
      </w:r>
      <w:proofErr w:type="gramStart"/>
      <w:r w:rsidRPr="00F7055C">
        <w:rPr>
          <w:rFonts w:eastAsia="Times New Roman" w:cs="Times New Roman"/>
          <w:i/>
          <w:iCs/>
          <w:szCs w:val="24"/>
        </w:rPr>
        <w:t>Maybe a</w:t>
      </w:r>
      <w:proofErr w:type="gramEnd"/>
      <w:r w:rsidRPr="00F7055C">
        <w:rPr>
          <w:rFonts w:eastAsia="Times New Roman" w:cs="Times New Roman"/>
          <w:i/>
          <w:iCs/>
          <w:szCs w:val="24"/>
        </w:rPr>
        <w:t xml:space="preserve"> forgotten motel. Now it </w:t>
      </w:r>
      <w:proofErr w:type="gramStart"/>
      <w:r w:rsidRPr="00F7055C">
        <w:rPr>
          <w:rFonts w:eastAsia="Times New Roman" w:cs="Times New Roman"/>
          <w:i/>
          <w:iCs/>
          <w:szCs w:val="24"/>
        </w:rPr>
        <w:t>was just forgotten</w:t>
      </w:r>
      <w:proofErr w:type="gramEnd"/>
      <w:r w:rsidRPr="00F7055C">
        <w:rPr>
          <w:rFonts w:eastAsia="Times New Roman" w:cs="Times New Roman"/>
          <w:i/>
          <w:iCs/>
          <w:szCs w:val="24"/>
        </w:rPr>
        <w:t>.</w:t>
      </w:r>
    </w:p>
    <w:p w14:paraId="07A008C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squinted through the windshield. “This is where your lead lives?”</w:t>
      </w:r>
    </w:p>
    <w:p w14:paraId="217D225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Huxley nodded. “Name’s </w:t>
      </w:r>
      <w:r w:rsidRPr="00F7055C">
        <w:rPr>
          <w:rFonts w:eastAsia="Times New Roman" w:cs="Times New Roman"/>
          <w:b/>
          <w:bCs/>
          <w:szCs w:val="24"/>
        </w:rPr>
        <w:t>Owen Trask</w:t>
      </w:r>
      <w:r w:rsidRPr="00F7055C">
        <w:rPr>
          <w:rFonts w:eastAsia="Times New Roman" w:cs="Times New Roman"/>
          <w:szCs w:val="24"/>
        </w:rPr>
        <w:t xml:space="preserve">. Former intel contractor. Real work was in data intake—backend vetting for threat profiles. Officially, he processes flagged metadata. Unofficially, </w:t>
      </w:r>
      <w:proofErr w:type="gramStart"/>
      <w:r w:rsidRPr="00F7055C">
        <w:rPr>
          <w:rFonts w:eastAsia="Times New Roman" w:cs="Times New Roman"/>
          <w:szCs w:val="24"/>
        </w:rPr>
        <w:t>he’s</w:t>
      </w:r>
      <w:proofErr w:type="gramEnd"/>
      <w:r w:rsidRPr="00F7055C">
        <w:rPr>
          <w:rFonts w:eastAsia="Times New Roman" w:cs="Times New Roman"/>
          <w:szCs w:val="24"/>
        </w:rPr>
        <w:t xml:space="preserve"> a cleanup tech. If they want someone untraceable, they send it through him.”</w:t>
      </w:r>
    </w:p>
    <w:p w14:paraId="589A527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“And he’s working tables at a five-star place now?”</w:t>
      </w:r>
    </w:p>
    <w:p w14:paraId="335AA5A7"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“He’s been </w:t>
      </w:r>
      <w:proofErr w:type="gramStart"/>
      <w:r w:rsidRPr="00F7055C">
        <w:rPr>
          <w:rFonts w:eastAsia="Times New Roman" w:cs="Times New Roman"/>
          <w:szCs w:val="24"/>
        </w:rPr>
        <w:t>off-book</w:t>
      </w:r>
      <w:proofErr w:type="gramEnd"/>
      <w:r w:rsidRPr="00F7055C">
        <w:rPr>
          <w:rFonts w:eastAsia="Times New Roman" w:cs="Times New Roman"/>
          <w:szCs w:val="24"/>
        </w:rPr>
        <w:t xml:space="preserve"> for a year,” she said. “Disappeared after an internal disagreement over an AI escalation protocol. I ran across his file three months ago. </w:t>
      </w:r>
      <w:proofErr w:type="gramStart"/>
      <w:r w:rsidRPr="00F7055C">
        <w:rPr>
          <w:rFonts w:eastAsia="Times New Roman" w:cs="Times New Roman"/>
          <w:szCs w:val="24"/>
        </w:rPr>
        <w:t>Didn't</w:t>
      </w:r>
      <w:proofErr w:type="gramEnd"/>
      <w:r w:rsidRPr="00F7055C">
        <w:rPr>
          <w:rFonts w:eastAsia="Times New Roman" w:cs="Times New Roman"/>
          <w:szCs w:val="24"/>
        </w:rPr>
        <w:t xml:space="preserve"> connect the dots until tonight—he was at that table for a reason.”</w:t>
      </w:r>
    </w:p>
    <w:p w14:paraId="3791CC4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They climbed the cracked concrete steps and approached Apartment 3B. Huxley </w:t>
      </w:r>
      <w:proofErr w:type="gramStart"/>
      <w:r w:rsidRPr="00F7055C">
        <w:rPr>
          <w:rFonts w:eastAsia="Times New Roman" w:cs="Times New Roman"/>
          <w:szCs w:val="24"/>
        </w:rPr>
        <w:t>didn’t</w:t>
      </w:r>
      <w:proofErr w:type="gramEnd"/>
      <w:r w:rsidRPr="00F7055C">
        <w:rPr>
          <w:rFonts w:eastAsia="Times New Roman" w:cs="Times New Roman"/>
          <w:szCs w:val="24"/>
        </w:rPr>
        <w:t xml:space="preserve"> knock with her </w:t>
      </w:r>
      <w:proofErr w:type="gramStart"/>
      <w:r w:rsidRPr="00F7055C">
        <w:rPr>
          <w:rFonts w:eastAsia="Times New Roman" w:cs="Times New Roman"/>
          <w:szCs w:val="24"/>
        </w:rPr>
        <w:t>hand—</w:t>
      </w:r>
      <w:proofErr w:type="gramEnd"/>
      <w:r w:rsidRPr="00F7055C">
        <w:rPr>
          <w:rFonts w:eastAsia="Times New Roman" w:cs="Times New Roman"/>
          <w:szCs w:val="24"/>
        </w:rPr>
        <w:t xml:space="preserve">she used a short pattern: </w:t>
      </w:r>
      <w:r w:rsidRPr="00F7055C">
        <w:rPr>
          <w:rFonts w:eastAsia="Times New Roman" w:cs="Times New Roman"/>
          <w:b/>
          <w:bCs/>
          <w:szCs w:val="24"/>
        </w:rPr>
        <w:t>two, pause, two, one.</w:t>
      </w:r>
    </w:p>
    <w:p w14:paraId="6F5602F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After a long silence, the door opened two inches. A chain held it in place. A wary eye peered through.</w:t>
      </w:r>
    </w:p>
    <w:p w14:paraId="51BC1199"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“Trask,” Huxley said evenly. “Maren Huxley. Former Deputy Joint Ops. This is Elias Burr, U.S. House. You know why </w:t>
      </w:r>
      <w:proofErr w:type="gramStart"/>
      <w:r w:rsidRPr="00F7055C">
        <w:rPr>
          <w:rFonts w:eastAsia="Times New Roman" w:cs="Times New Roman"/>
          <w:szCs w:val="24"/>
        </w:rPr>
        <w:t>we’re</w:t>
      </w:r>
      <w:proofErr w:type="gramEnd"/>
      <w:r w:rsidRPr="00F7055C">
        <w:rPr>
          <w:rFonts w:eastAsia="Times New Roman" w:cs="Times New Roman"/>
          <w:szCs w:val="24"/>
        </w:rPr>
        <w:t xml:space="preserve"> here.”</w:t>
      </w:r>
    </w:p>
    <w:p w14:paraId="36FBF50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 chain slid free.</w:t>
      </w:r>
    </w:p>
    <w:p w14:paraId="7AF3A3DE"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Owen Trask looked like someone who </w:t>
      </w:r>
      <w:proofErr w:type="gramStart"/>
      <w:r w:rsidRPr="00F7055C">
        <w:rPr>
          <w:rFonts w:eastAsia="Times New Roman" w:cs="Times New Roman"/>
          <w:szCs w:val="24"/>
        </w:rPr>
        <w:t>hadn’t</w:t>
      </w:r>
      <w:proofErr w:type="gramEnd"/>
      <w:r w:rsidRPr="00F7055C">
        <w:rPr>
          <w:rFonts w:eastAsia="Times New Roman" w:cs="Times New Roman"/>
          <w:szCs w:val="24"/>
        </w:rPr>
        <w:t xml:space="preserve"> slept in weeks. Thin, eyes red. One arm bore a tremor he </w:t>
      </w:r>
      <w:proofErr w:type="gramStart"/>
      <w:r w:rsidRPr="00F7055C">
        <w:rPr>
          <w:rFonts w:eastAsia="Times New Roman" w:cs="Times New Roman"/>
          <w:szCs w:val="24"/>
        </w:rPr>
        <w:t>didn’t</w:t>
      </w:r>
      <w:proofErr w:type="gramEnd"/>
      <w:r w:rsidRPr="00F7055C">
        <w:rPr>
          <w:rFonts w:eastAsia="Times New Roman" w:cs="Times New Roman"/>
          <w:szCs w:val="24"/>
        </w:rPr>
        <w:t xml:space="preserve"> try to hide. His T-shirt read </w:t>
      </w:r>
      <w:r w:rsidRPr="00F7055C">
        <w:rPr>
          <w:rFonts w:eastAsia="Times New Roman" w:cs="Times New Roman"/>
          <w:b/>
          <w:bCs/>
          <w:szCs w:val="24"/>
        </w:rPr>
        <w:t>‘AI Is Not Neutral’</w:t>
      </w:r>
      <w:r w:rsidRPr="00F7055C">
        <w:rPr>
          <w:rFonts w:eastAsia="Times New Roman" w:cs="Times New Roman"/>
          <w:szCs w:val="24"/>
        </w:rPr>
        <w:t>—faded, cracked at the seams.</w:t>
      </w:r>
    </w:p>
    <w:p w14:paraId="6FE280CB"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“You picked a hell of a time to find me,” he said, stepping back.</w:t>
      </w:r>
    </w:p>
    <w:p w14:paraId="5F73E36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They entered. The place was a shoebox of paranoia: windows taped, camera lenses covered, laptop with its mic physically disabled. In the corner, a corkboard draped with pinned documents, network maps, and red yarn.</w:t>
      </w:r>
    </w:p>
    <w:p w14:paraId="7BE7E9C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lastRenderedPageBreak/>
        <w:t>Burr walked toward it. “I’ve seen crazier in movies.”</w:t>
      </w:r>
    </w:p>
    <w:p w14:paraId="0AFFEE0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Trask </w:t>
      </w:r>
      <w:proofErr w:type="gramStart"/>
      <w:r w:rsidRPr="00F7055C">
        <w:rPr>
          <w:rFonts w:eastAsia="Times New Roman" w:cs="Times New Roman"/>
          <w:szCs w:val="24"/>
        </w:rPr>
        <w:t>let</w:t>
      </w:r>
      <w:proofErr w:type="gramEnd"/>
      <w:r w:rsidRPr="00F7055C">
        <w:rPr>
          <w:rFonts w:eastAsia="Times New Roman" w:cs="Times New Roman"/>
          <w:szCs w:val="24"/>
        </w:rPr>
        <w:t xml:space="preserve"> out </w:t>
      </w:r>
      <w:proofErr w:type="gramStart"/>
      <w:r w:rsidRPr="00F7055C">
        <w:rPr>
          <w:rFonts w:eastAsia="Times New Roman" w:cs="Times New Roman"/>
          <w:szCs w:val="24"/>
        </w:rPr>
        <w:t>a breath</w:t>
      </w:r>
      <w:proofErr w:type="gramEnd"/>
      <w:r w:rsidRPr="00F7055C">
        <w:rPr>
          <w:rFonts w:eastAsia="Times New Roman" w:cs="Times New Roman"/>
          <w:szCs w:val="24"/>
        </w:rPr>
        <w:t>. “It’s not crazy if it’s true.”</w:t>
      </w:r>
    </w:p>
    <w:p w14:paraId="175A6220"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Huxley spoke gently. “You were at Le Jardin tonight. You heard what they said.”</w:t>
      </w:r>
    </w:p>
    <w:p w14:paraId="01731D3A"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“I hear everything. And not just tonight. </w:t>
      </w:r>
      <w:proofErr w:type="gramStart"/>
      <w:r w:rsidRPr="00F7055C">
        <w:rPr>
          <w:rFonts w:eastAsia="Times New Roman" w:cs="Times New Roman"/>
          <w:szCs w:val="24"/>
        </w:rPr>
        <w:t>You</w:t>
      </w:r>
      <w:proofErr w:type="gramEnd"/>
      <w:r w:rsidRPr="00F7055C">
        <w:rPr>
          <w:rFonts w:eastAsia="Times New Roman" w:cs="Times New Roman"/>
          <w:szCs w:val="24"/>
        </w:rPr>
        <w:t xml:space="preserve"> think those people turn off their mics when they leave meetings? Hell, half of them forget </w:t>
      </w:r>
      <w:proofErr w:type="gramStart"/>
      <w:r w:rsidRPr="00F7055C">
        <w:rPr>
          <w:rFonts w:eastAsia="Times New Roman" w:cs="Times New Roman"/>
          <w:szCs w:val="24"/>
        </w:rPr>
        <w:t>they’re</w:t>
      </w:r>
      <w:proofErr w:type="gramEnd"/>
      <w:r w:rsidRPr="00F7055C">
        <w:rPr>
          <w:rFonts w:eastAsia="Times New Roman" w:cs="Times New Roman"/>
          <w:szCs w:val="24"/>
        </w:rPr>
        <w:t xml:space="preserve"> wearing smartwatches </w:t>
      </w:r>
      <w:proofErr w:type="gramStart"/>
      <w:r w:rsidRPr="00F7055C">
        <w:rPr>
          <w:rFonts w:eastAsia="Times New Roman" w:cs="Times New Roman"/>
          <w:szCs w:val="24"/>
        </w:rPr>
        <w:t>synced</w:t>
      </w:r>
      <w:proofErr w:type="gramEnd"/>
      <w:r w:rsidRPr="00F7055C">
        <w:rPr>
          <w:rFonts w:eastAsia="Times New Roman" w:cs="Times New Roman"/>
          <w:szCs w:val="24"/>
        </w:rPr>
        <w:t xml:space="preserve"> to proprietary cloud servers.”</w:t>
      </w:r>
    </w:p>
    <w:p w14:paraId="3834E50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He opened a drawer and pulled out a slim drive.</w:t>
      </w:r>
    </w:p>
    <w:p w14:paraId="60423446"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“This,” he said, placing it on the table, “is a partial dump from Capitol Tech’s closed server relay. Includes audio from tonight. But more importantly</w:t>
      </w:r>
      <w:proofErr w:type="gramStart"/>
      <w:r w:rsidRPr="00F7055C">
        <w:rPr>
          <w:rFonts w:eastAsia="Times New Roman" w:cs="Times New Roman"/>
          <w:szCs w:val="24"/>
        </w:rPr>
        <w:t>—metadata</w:t>
      </w:r>
      <w:proofErr w:type="gramEnd"/>
      <w:r w:rsidRPr="00F7055C">
        <w:rPr>
          <w:rFonts w:eastAsia="Times New Roman" w:cs="Times New Roman"/>
          <w:szCs w:val="24"/>
        </w:rPr>
        <w:t xml:space="preserve"> on Deluca’s score manipulation. Timestamps, access credentials, voice signatures.”</w:t>
      </w:r>
    </w:p>
    <w:p w14:paraId="66DC4FB9"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leaned forward. “This could break the whole program.”</w:t>
      </w:r>
    </w:p>
    <w:p w14:paraId="2CEB546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Trask </w:t>
      </w:r>
      <w:proofErr w:type="gramStart"/>
      <w:r w:rsidRPr="00F7055C">
        <w:rPr>
          <w:rFonts w:eastAsia="Times New Roman" w:cs="Times New Roman"/>
          <w:szCs w:val="24"/>
        </w:rPr>
        <w:t>didn’t</w:t>
      </w:r>
      <w:proofErr w:type="gramEnd"/>
      <w:r w:rsidRPr="00F7055C">
        <w:rPr>
          <w:rFonts w:eastAsia="Times New Roman" w:cs="Times New Roman"/>
          <w:szCs w:val="24"/>
        </w:rPr>
        <w:t xml:space="preserve"> smile. “Or it could get us all killed. Capitol Tech’s not a company anymore. </w:t>
      </w:r>
      <w:proofErr w:type="gramStart"/>
      <w:r w:rsidRPr="00F7055C">
        <w:rPr>
          <w:rFonts w:eastAsia="Times New Roman" w:cs="Times New Roman"/>
          <w:szCs w:val="24"/>
        </w:rPr>
        <w:t>It’s</w:t>
      </w:r>
      <w:proofErr w:type="gramEnd"/>
      <w:r w:rsidRPr="00F7055C">
        <w:rPr>
          <w:rFonts w:eastAsia="Times New Roman" w:cs="Times New Roman"/>
          <w:szCs w:val="24"/>
        </w:rPr>
        <w:t xml:space="preserve"> an organism. It learns. It defends itself.”</w:t>
      </w:r>
    </w:p>
    <w:p w14:paraId="5B12F33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 bang from downstairs cut him off. Not loud. But sharp. Metallic.</w:t>
      </w:r>
    </w:p>
    <w:p w14:paraId="0108D34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Huxley’s sidearm was in her hand before Burr even reacted. “Back exit?” she asked.</w:t>
      </w:r>
    </w:p>
    <w:p w14:paraId="4A9F20C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nodded toward the bathroom. “Window to the fire escape.”</w:t>
      </w:r>
    </w:p>
    <w:p w14:paraId="55B8D95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Another </w:t>
      </w:r>
      <w:proofErr w:type="gramStart"/>
      <w:r w:rsidRPr="00F7055C">
        <w:rPr>
          <w:rFonts w:eastAsia="Times New Roman" w:cs="Times New Roman"/>
          <w:szCs w:val="24"/>
        </w:rPr>
        <w:t>sound—a</w:t>
      </w:r>
      <w:proofErr w:type="gramEnd"/>
      <w:r w:rsidRPr="00F7055C">
        <w:rPr>
          <w:rFonts w:eastAsia="Times New Roman" w:cs="Times New Roman"/>
          <w:szCs w:val="24"/>
        </w:rPr>
        <w:t xml:space="preserve"> boot on a step.</w:t>
      </w:r>
    </w:p>
    <w:p w14:paraId="2F76D79E"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grabbed the drive. “We leave now.”</w:t>
      </w:r>
    </w:p>
    <w:p w14:paraId="7D3A894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They moved fast. Out the back, down the fire escape into the alley. Behind them, 3B's door burst open.</w:t>
      </w:r>
    </w:p>
    <w:p w14:paraId="49B19AE6"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led them three blocks on foot before stopping in a narrow alley lit only by a broken vending machine.</w:t>
      </w:r>
    </w:p>
    <w:p w14:paraId="3D903A4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“This is where I go off-grid,” he said, breathless. “</w:t>
      </w:r>
      <w:proofErr w:type="gramStart"/>
      <w:r w:rsidRPr="00F7055C">
        <w:rPr>
          <w:rFonts w:eastAsia="Times New Roman" w:cs="Times New Roman"/>
          <w:szCs w:val="24"/>
        </w:rPr>
        <w:t>I’ve</w:t>
      </w:r>
      <w:proofErr w:type="gramEnd"/>
      <w:r w:rsidRPr="00F7055C">
        <w:rPr>
          <w:rFonts w:eastAsia="Times New Roman" w:cs="Times New Roman"/>
          <w:szCs w:val="24"/>
        </w:rPr>
        <w:t xml:space="preserve"> got another drop location. </w:t>
      </w:r>
      <w:proofErr w:type="gramStart"/>
      <w:r w:rsidRPr="00F7055C">
        <w:rPr>
          <w:rFonts w:eastAsia="Times New Roman" w:cs="Times New Roman"/>
          <w:szCs w:val="24"/>
        </w:rPr>
        <w:t>I’ll</w:t>
      </w:r>
      <w:proofErr w:type="gramEnd"/>
      <w:r w:rsidRPr="00F7055C">
        <w:rPr>
          <w:rFonts w:eastAsia="Times New Roman" w:cs="Times New Roman"/>
          <w:szCs w:val="24"/>
        </w:rPr>
        <w:t xml:space="preserve"> send you the rest of the files from there. But </w:t>
      </w:r>
      <w:proofErr w:type="gramStart"/>
      <w:r w:rsidRPr="00F7055C">
        <w:rPr>
          <w:rFonts w:eastAsia="Times New Roman" w:cs="Times New Roman"/>
          <w:szCs w:val="24"/>
        </w:rPr>
        <w:t>don’t</w:t>
      </w:r>
      <w:proofErr w:type="gramEnd"/>
      <w:r w:rsidRPr="00F7055C">
        <w:rPr>
          <w:rFonts w:eastAsia="Times New Roman" w:cs="Times New Roman"/>
          <w:szCs w:val="24"/>
        </w:rPr>
        <w:t xml:space="preserve"> contact me again unless </w:t>
      </w:r>
      <w:proofErr w:type="gramStart"/>
      <w:r w:rsidRPr="00F7055C">
        <w:rPr>
          <w:rFonts w:eastAsia="Times New Roman" w:cs="Times New Roman"/>
          <w:szCs w:val="24"/>
        </w:rPr>
        <w:t>it’s</w:t>
      </w:r>
      <w:proofErr w:type="gramEnd"/>
      <w:r w:rsidRPr="00F7055C">
        <w:rPr>
          <w:rFonts w:eastAsia="Times New Roman" w:cs="Times New Roman"/>
          <w:szCs w:val="24"/>
        </w:rPr>
        <w:t xml:space="preserve"> clean.”</w:t>
      </w:r>
    </w:p>
    <w:p w14:paraId="61179B2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He turned to Burr. “Deluca’s not the first. Just the first one they </w:t>
      </w:r>
      <w:r w:rsidRPr="00F7055C">
        <w:rPr>
          <w:rFonts w:eastAsia="Times New Roman" w:cs="Times New Roman"/>
          <w:i/>
          <w:iCs/>
          <w:szCs w:val="24"/>
        </w:rPr>
        <w:t>made public.</w:t>
      </w:r>
      <w:r w:rsidRPr="00F7055C">
        <w:rPr>
          <w:rFonts w:eastAsia="Times New Roman" w:cs="Times New Roman"/>
          <w:szCs w:val="24"/>
        </w:rPr>
        <w:t xml:space="preserve"> There are </w:t>
      </w:r>
      <w:proofErr w:type="gramStart"/>
      <w:r w:rsidRPr="00F7055C">
        <w:rPr>
          <w:rFonts w:eastAsia="Times New Roman" w:cs="Times New Roman"/>
          <w:szCs w:val="24"/>
        </w:rPr>
        <w:t>others—</w:t>
      </w:r>
      <w:proofErr w:type="gramEnd"/>
      <w:r w:rsidRPr="00F7055C">
        <w:rPr>
          <w:rFonts w:eastAsia="Times New Roman" w:cs="Times New Roman"/>
          <w:szCs w:val="24"/>
        </w:rPr>
        <w:t xml:space="preserve">quieter, dirtier. </w:t>
      </w:r>
      <w:proofErr w:type="gramStart"/>
      <w:r w:rsidRPr="00F7055C">
        <w:rPr>
          <w:rFonts w:eastAsia="Times New Roman" w:cs="Times New Roman"/>
          <w:szCs w:val="24"/>
        </w:rPr>
        <w:t>He's</w:t>
      </w:r>
      <w:proofErr w:type="gramEnd"/>
      <w:r w:rsidRPr="00F7055C">
        <w:rPr>
          <w:rFonts w:eastAsia="Times New Roman" w:cs="Times New Roman"/>
          <w:szCs w:val="24"/>
        </w:rPr>
        <w:t xml:space="preserve"> the start of a rollout.”</w:t>
      </w:r>
    </w:p>
    <w:p w14:paraId="61A7918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And then he was gone.</w:t>
      </w:r>
    </w:p>
    <w:p w14:paraId="74863BD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and Huxley stood in silence.</w:t>
      </w:r>
    </w:p>
    <w:p w14:paraId="5CB2542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“So,” Burr finally said, “we have a stolen drive, a hunted witness, and a program built to bury truth under code.”</w:t>
      </w:r>
    </w:p>
    <w:p w14:paraId="4052A2F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Huxley </w:t>
      </w:r>
      <w:proofErr w:type="gramStart"/>
      <w:r w:rsidRPr="00F7055C">
        <w:rPr>
          <w:rFonts w:eastAsia="Times New Roman" w:cs="Times New Roman"/>
          <w:szCs w:val="24"/>
        </w:rPr>
        <w:t>didn’t</w:t>
      </w:r>
      <w:proofErr w:type="gramEnd"/>
      <w:r w:rsidRPr="00F7055C">
        <w:rPr>
          <w:rFonts w:eastAsia="Times New Roman" w:cs="Times New Roman"/>
          <w:szCs w:val="24"/>
        </w:rPr>
        <w:t xml:space="preserve"> smile. “Just another night in Washington.”</w:t>
      </w:r>
    </w:p>
    <w:p w14:paraId="5666151E" w14:textId="77777777" w:rsidR="005D669A" w:rsidRPr="005D669A" w:rsidRDefault="005D669A" w:rsidP="005D669A">
      <w:pPr>
        <w:spacing w:before="100" w:beforeAutospacing="1" w:after="100" w:afterAutospacing="1"/>
        <w:outlineLvl w:val="2"/>
        <w:rPr>
          <w:rFonts w:eastAsia="Times New Roman" w:cs="Times New Roman"/>
          <w:b/>
          <w:bCs/>
          <w:sz w:val="27"/>
          <w:szCs w:val="27"/>
        </w:rPr>
      </w:pPr>
      <w:r w:rsidRPr="005D669A">
        <w:rPr>
          <w:rFonts w:eastAsia="Times New Roman" w:cs="Times New Roman"/>
          <w:b/>
          <w:bCs/>
          <w:sz w:val="27"/>
          <w:szCs w:val="27"/>
        </w:rPr>
        <w:t>Stockbridge, MA – 7:42 p.m.</w:t>
      </w:r>
    </w:p>
    <w:p w14:paraId="2544FC23"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lastRenderedPageBreak/>
        <w:t xml:space="preserve">The </w:t>
      </w:r>
      <w:r w:rsidRPr="005D669A">
        <w:rPr>
          <w:rFonts w:eastAsia="Times New Roman" w:cs="Times New Roman"/>
          <w:b/>
          <w:bCs/>
          <w:szCs w:val="24"/>
        </w:rPr>
        <w:t>Lion’s Den</w:t>
      </w:r>
      <w:r w:rsidRPr="005D669A">
        <w:rPr>
          <w:rFonts w:eastAsia="Times New Roman" w:cs="Times New Roman"/>
          <w:szCs w:val="24"/>
        </w:rPr>
        <w:t xml:space="preserve"> at the </w:t>
      </w:r>
      <w:r w:rsidRPr="005D669A">
        <w:rPr>
          <w:rFonts w:eastAsia="Times New Roman" w:cs="Times New Roman"/>
          <w:b/>
          <w:bCs/>
          <w:szCs w:val="24"/>
        </w:rPr>
        <w:t>Red Lion Inn</w:t>
      </w:r>
      <w:r w:rsidRPr="005D669A">
        <w:rPr>
          <w:rFonts w:eastAsia="Times New Roman" w:cs="Times New Roman"/>
          <w:szCs w:val="24"/>
        </w:rPr>
        <w:t xml:space="preserve"> was a sanctuary for the elite, a place where power brokers met in the shadows of Berkshire County’s quiet elegance. The warm glow of candlelight flickered against the old beams of the historic tavern, creating a scene that might have </w:t>
      </w:r>
      <w:proofErr w:type="gramStart"/>
      <w:r w:rsidRPr="005D669A">
        <w:rPr>
          <w:rFonts w:eastAsia="Times New Roman" w:cs="Times New Roman"/>
          <w:szCs w:val="24"/>
        </w:rPr>
        <w:t>been lifted</w:t>
      </w:r>
      <w:proofErr w:type="gramEnd"/>
      <w:r w:rsidRPr="005D669A">
        <w:rPr>
          <w:rFonts w:eastAsia="Times New Roman" w:cs="Times New Roman"/>
          <w:szCs w:val="24"/>
        </w:rPr>
        <w:t xml:space="preserve"> from a Victorian-era painting. It was a world apart from the cold, steel reality of government buildings and the sterile halls of surveillance rooms. Here, over heavy steaks and imported wines, the real deals </w:t>
      </w:r>
      <w:proofErr w:type="gramStart"/>
      <w:r w:rsidRPr="005D669A">
        <w:rPr>
          <w:rFonts w:eastAsia="Times New Roman" w:cs="Times New Roman"/>
          <w:szCs w:val="24"/>
        </w:rPr>
        <w:t>were made</w:t>
      </w:r>
      <w:proofErr w:type="gramEnd"/>
      <w:r w:rsidRPr="005D669A">
        <w:rPr>
          <w:rFonts w:eastAsia="Times New Roman" w:cs="Times New Roman"/>
          <w:szCs w:val="24"/>
        </w:rPr>
        <w:t>.</w:t>
      </w:r>
    </w:p>
    <w:p w14:paraId="62899531"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At the center of the table sat </w:t>
      </w:r>
      <w:r w:rsidRPr="005D669A">
        <w:rPr>
          <w:rFonts w:eastAsia="Times New Roman" w:cs="Times New Roman"/>
          <w:b/>
          <w:bCs/>
          <w:szCs w:val="24"/>
        </w:rPr>
        <w:t>Arthur Wentworth</w:t>
      </w:r>
      <w:r w:rsidRPr="005D669A">
        <w:rPr>
          <w:rFonts w:eastAsia="Times New Roman" w:cs="Times New Roman"/>
          <w:szCs w:val="24"/>
        </w:rPr>
        <w:t xml:space="preserve">, a former senator turned lobbyist, the kind of man who knew how to wield influence like a weapon. To his right, </w:t>
      </w:r>
      <w:r w:rsidRPr="005D669A">
        <w:rPr>
          <w:rFonts w:eastAsia="Times New Roman" w:cs="Times New Roman"/>
          <w:b/>
          <w:bCs/>
          <w:szCs w:val="24"/>
        </w:rPr>
        <w:t>Katherine Roth</w:t>
      </w:r>
      <w:r w:rsidRPr="005D669A">
        <w:rPr>
          <w:rFonts w:eastAsia="Times New Roman" w:cs="Times New Roman"/>
          <w:szCs w:val="24"/>
        </w:rPr>
        <w:t>, a political consultant with ties to the most powerful PACs in Washington, leaned forward slightly, eyes narrowing as she discussed the latest developments.</w:t>
      </w:r>
    </w:p>
    <w:p w14:paraId="532D67C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“We need to make sure this doesn’t get out of hand,” Wentworth said, his voice low but urgent. “The Deluca issue is a distraction at best and a potential liability at worst.”</w:t>
      </w:r>
    </w:p>
    <w:p w14:paraId="0FF2CAC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 </w:t>
      </w:r>
      <w:proofErr w:type="gramStart"/>
      <w:r w:rsidRPr="005D669A">
        <w:rPr>
          <w:rFonts w:eastAsia="Times New Roman" w:cs="Times New Roman"/>
          <w:szCs w:val="24"/>
        </w:rPr>
        <w:t>nodded,</w:t>
      </w:r>
      <w:proofErr w:type="gramEnd"/>
      <w:r w:rsidRPr="005D669A">
        <w:rPr>
          <w:rFonts w:eastAsia="Times New Roman" w:cs="Times New Roman"/>
          <w:szCs w:val="24"/>
        </w:rPr>
        <w:t xml:space="preserve"> her lips pressed into a thin line. “</w:t>
      </w:r>
      <w:proofErr w:type="gramStart"/>
      <w:r w:rsidRPr="005D669A">
        <w:rPr>
          <w:rFonts w:eastAsia="Times New Roman" w:cs="Times New Roman"/>
          <w:szCs w:val="24"/>
        </w:rPr>
        <w:t>We’ve</w:t>
      </w:r>
      <w:proofErr w:type="gramEnd"/>
      <w:r w:rsidRPr="005D669A">
        <w:rPr>
          <w:rFonts w:eastAsia="Times New Roman" w:cs="Times New Roman"/>
          <w:szCs w:val="24"/>
        </w:rPr>
        <w:t xml:space="preserve"> had local sightings in the Berkshires. Rumors mostly. But we </w:t>
      </w:r>
      <w:proofErr w:type="gramStart"/>
      <w:r w:rsidRPr="005D669A">
        <w:rPr>
          <w:rFonts w:eastAsia="Times New Roman" w:cs="Times New Roman"/>
          <w:szCs w:val="24"/>
        </w:rPr>
        <w:t>can’t</w:t>
      </w:r>
      <w:proofErr w:type="gramEnd"/>
      <w:r w:rsidRPr="005D669A">
        <w:rPr>
          <w:rFonts w:eastAsia="Times New Roman" w:cs="Times New Roman"/>
          <w:szCs w:val="24"/>
        </w:rPr>
        <w:t xml:space="preserve"> ignore it. The longer </w:t>
      </w:r>
      <w:proofErr w:type="gramStart"/>
      <w:r w:rsidRPr="005D669A">
        <w:rPr>
          <w:rFonts w:eastAsia="Times New Roman" w:cs="Times New Roman"/>
          <w:szCs w:val="24"/>
        </w:rPr>
        <w:t>he’s</w:t>
      </w:r>
      <w:proofErr w:type="gramEnd"/>
      <w:r w:rsidRPr="005D669A">
        <w:rPr>
          <w:rFonts w:eastAsia="Times New Roman" w:cs="Times New Roman"/>
          <w:szCs w:val="24"/>
        </w:rPr>
        <w:t xml:space="preserve"> out there, the more damage he can do.”</w:t>
      </w:r>
    </w:p>
    <w:p w14:paraId="705A28CE"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Across the table, </w:t>
      </w:r>
      <w:r w:rsidRPr="005D669A">
        <w:rPr>
          <w:rFonts w:eastAsia="Times New Roman" w:cs="Times New Roman"/>
          <w:b/>
          <w:bCs/>
          <w:szCs w:val="24"/>
        </w:rPr>
        <w:t>Daniel Huxley</w:t>
      </w:r>
      <w:r w:rsidRPr="005D669A">
        <w:rPr>
          <w:rFonts w:eastAsia="Times New Roman" w:cs="Times New Roman"/>
          <w:szCs w:val="24"/>
        </w:rPr>
        <w:t xml:space="preserve">, a former military contractor now entrenched in the wealth of Silicon Valley, let out a slow chuckle. “Huxley’s not gonna let it go that far. </w:t>
      </w:r>
      <w:proofErr w:type="gramStart"/>
      <w:r w:rsidRPr="005D669A">
        <w:rPr>
          <w:rFonts w:eastAsia="Times New Roman" w:cs="Times New Roman"/>
          <w:szCs w:val="24"/>
        </w:rPr>
        <w:t>You’ve</w:t>
      </w:r>
      <w:proofErr w:type="gramEnd"/>
      <w:r w:rsidRPr="005D669A">
        <w:rPr>
          <w:rFonts w:eastAsia="Times New Roman" w:cs="Times New Roman"/>
          <w:szCs w:val="24"/>
        </w:rPr>
        <w:t xml:space="preserve"> got to understand, </w:t>
      </w:r>
      <w:proofErr w:type="gramStart"/>
      <w:r w:rsidRPr="005D669A">
        <w:rPr>
          <w:rFonts w:eastAsia="Times New Roman" w:cs="Times New Roman"/>
          <w:szCs w:val="24"/>
        </w:rPr>
        <w:t>they’re</w:t>
      </w:r>
      <w:proofErr w:type="gramEnd"/>
      <w:r w:rsidRPr="005D669A">
        <w:rPr>
          <w:rFonts w:eastAsia="Times New Roman" w:cs="Times New Roman"/>
          <w:szCs w:val="24"/>
        </w:rPr>
        <w:t xml:space="preserve"> </w:t>
      </w:r>
      <w:r w:rsidRPr="005D669A">
        <w:rPr>
          <w:rFonts w:eastAsia="Times New Roman" w:cs="Times New Roman"/>
          <w:b/>
          <w:bCs/>
          <w:szCs w:val="24"/>
        </w:rPr>
        <w:t>playing</w:t>
      </w:r>
      <w:r w:rsidRPr="005D669A">
        <w:rPr>
          <w:rFonts w:eastAsia="Times New Roman" w:cs="Times New Roman"/>
          <w:szCs w:val="24"/>
        </w:rPr>
        <w:t xml:space="preserve"> this. The AI, the pre-crime </w:t>
      </w:r>
      <w:proofErr w:type="gramStart"/>
      <w:r w:rsidRPr="005D669A">
        <w:rPr>
          <w:rFonts w:eastAsia="Times New Roman" w:cs="Times New Roman"/>
          <w:szCs w:val="24"/>
        </w:rPr>
        <w:t>profiling—it’s</w:t>
      </w:r>
      <w:proofErr w:type="gramEnd"/>
      <w:r w:rsidRPr="005D669A">
        <w:rPr>
          <w:rFonts w:eastAsia="Times New Roman" w:cs="Times New Roman"/>
          <w:szCs w:val="24"/>
        </w:rPr>
        <w:t xml:space="preserve"> all a show. </w:t>
      </w:r>
      <w:proofErr w:type="gramStart"/>
      <w:r w:rsidRPr="005D669A">
        <w:rPr>
          <w:rFonts w:eastAsia="Times New Roman" w:cs="Times New Roman"/>
          <w:szCs w:val="24"/>
        </w:rPr>
        <w:t>It’s</w:t>
      </w:r>
      <w:proofErr w:type="gramEnd"/>
      <w:r w:rsidRPr="005D669A">
        <w:rPr>
          <w:rFonts w:eastAsia="Times New Roman" w:cs="Times New Roman"/>
          <w:szCs w:val="24"/>
        </w:rPr>
        <w:t xml:space="preserve"> meant to galvanize the people.”</w:t>
      </w:r>
    </w:p>
    <w:p w14:paraId="4DDC51FC"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Roth’s fingers tapped lightly on the edge of her wine glass. “</w:t>
      </w:r>
      <w:proofErr w:type="gramStart"/>
      <w:r w:rsidRPr="005D669A">
        <w:rPr>
          <w:rFonts w:eastAsia="Times New Roman" w:cs="Times New Roman"/>
          <w:szCs w:val="24"/>
        </w:rPr>
        <w:t>We’ve</w:t>
      </w:r>
      <w:proofErr w:type="gramEnd"/>
      <w:r w:rsidRPr="005D669A">
        <w:rPr>
          <w:rFonts w:eastAsia="Times New Roman" w:cs="Times New Roman"/>
          <w:szCs w:val="24"/>
        </w:rPr>
        <w:t xml:space="preserve"> already generated the narrative. </w:t>
      </w:r>
      <w:proofErr w:type="gramStart"/>
      <w:r w:rsidRPr="005D669A">
        <w:rPr>
          <w:rFonts w:eastAsia="Times New Roman" w:cs="Times New Roman"/>
          <w:szCs w:val="24"/>
        </w:rPr>
        <w:t>It’s</w:t>
      </w:r>
      <w:proofErr w:type="gramEnd"/>
      <w:r w:rsidRPr="005D669A">
        <w:rPr>
          <w:rFonts w:eastAsia="Times New Roman" w:cs="Times New Roman"/>
          <w:szCs w:val="24"/>
        </w:rPr>
        <w:t xml:space="preserve"> all over the news now. </w:t>
      </w:r>
      <w:proofErr w:type="gramStart"/>
      <w:r w:rsidRPr="005D669A">
        <w:rPr>
          <w:rFonts w:eastAsia="Times New Roman" w:cs="Times New Roman"/>
          <w:szCs w:val="24"/>
        </w:rPr>
        <w:t>We’ve</w:t>
      </w:r>
      <w:proofErr w:type="gramEnd"/>
      <w:r w:rsidRPr="005D669A">
        <w:rPr>
          <w:rFonts w:eastAsia="Times New Roman" w:cs="Times New Roman"/>
          <w:szCs w:val="24"/>
        </w:rPr>
        <w:t xml:space="preserve"> got them hooked. The public's </w:t>
      </w:r>
      <w:r w:rsidRPr="005D669A">
        <w:rPr>
          <w:rFonts w:eastAsia="Times New Roman" w:cs="Times New Roman"/>
          <w:i/>
          <w:iCs/>
          <w:szCs w:val="24"/>
        </w:rPr>
        <w:t>buying</w:t>
      </w:r>
      <w:r w:rsidRPr="005D669A">
        <w:rPr>
          <w:rFonts w:eastAsia="Times New Roman" w:cs="Times New Roman"/>
          <w:szCs w:val="24"/>
        </w:rPr>
        <w:t xml:space="preserve"> the idea of Matt as a violent radical. This is just a matter of cleaning up the loose ends.”</w:t>
      </w:r>
    </w:p>
    <w:p w14:paraId="184200CC"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Wentworth cleared his throat, casting a quick glance around the room. “We </w:t>
      </w:r>
      <w:proofErr w:type="gramStart"/>
      <w:r w:rsidRPr="005D669A">
        <w:rPr>
          <w:rFonts w:eastAsia="Times New Roman" w:cs="Times New Roman"/>
          <w:szCs w:val="24"/>
        </w:rPr>
        <w:t>can’t</w:t>
      </w:r>
      <w:proofErr w:type="gramEnd"/>
      <w:r w:rsidRPr="005D669A">
        <w:rPr>
          <w:rFonts w:eastAsia="Times New Roman" w:cs="Times New Roman"/>
          <w:szCs w:val="24"/>
        </w:rPr>
        <w:t xml:space="preserve"> let it escalate. We need to show the local government investigators that </w:t>
      </w:r>
      <w:proofErr w:type="gramStart"/>
      <w:r w:rsidRPr="005D669A">
        <w:rPr>
          <w:rFonts w:eastAsia="Times New Roman" w:cs="Times New Roman"/>
          <w:szCs w:val="24"/>
        </w:rPr>
        <w:t>we’re</w:t>
      </w:r>
      <w:proofErr w:type="gramEnd"/>
      <w:r w:rsidRPr="005D669A">
        <w:rPr>
          <w:rFonts w:eastAsia="Times New Roman" w:cs="Times New Roman"/>
          <w:szCs w:val="24"/>
        </w:rPr>
        <w:t xml:space="preserve"> still in control. </w:t>
      </w:r>
      <w:proofErr w:type="gramStart"/>
      <w:r w:rsidRPr="005D669A">
        <w:rPr>
          <w:rFonts w:eastAsia="Times New Roman" w:cs="Times New Roman"/>
          <w:szCs w:val="24"/>
        </w:rPr>
        <w:t>They’re</w:t>
      </w:r>
      <w:proofErr w:type="gramEnd"/>
      <w:r w:rsidRPr="005D669A">
        <w:rPr>
          <w:rFonts w:eastAsia="Times New Roman" w:cs="Times New Roman"/>
          <w:szCs w:val="24"/>
        </w:rPr>
        <w:t xml:space="preserve"> nervous, unsure. They see Deluca as an isolated incident, but we </w:t>
      </w:r>
      <w:proofErr w:type="gramStart"/>
      <w:r w:rsidRPr="005D669A">
        <w:rPr>
          <w:rFonts w:eastAsia="Times New Roman" w:cs="Times New Roman"/>
          <w:szCs w:val="24"/>
        </w:rPr>
        <w:t>can’t</w:t>
      </w:r>
      <w:proofErr w:type="gramEnd"/>
      <w:r w:rsidRPr="005D669A">
        <w:rPr>
          <w:rFonts w:eastAsia="Times New Roman" w:cs="Times New Roman"/>
          <w:szCs w:val="24"/>
        </w:rPr>
        <w:t xml:space="preserve"> afford to let them think </w:t>
      </w:r>
      <w:proofErr w:type="gramStart"/>
      <w:r w:rsidRPr="005D669A">
        <w:rPr>
          <w:rFonts w:eastAsia="Times New Roman" w:cs="Times New Roman"/>
          <w:szCs w:val="24"/>
        </w:rPr>
        <w:t>it’s</w:t>
      </w:r>
      <w:proofErr w:type="gramEnd"/>
      <w:r w:rsidRPr="005D669A">
        <w:rPr>
          <w:rFonts w:eastAsia="Times New Roman" w:cs="Times New Roman"/>
          <w:szCs w:val="24"/>
        </w:rPr>
        <w:t xml:space="preserve"> just one man. They need to understand the bigger picture here. They need to understand that </w:t>
      </w:r>
      <w:proofErr w:type="gramStart"/>
      <w:r w:rsidRPr="005D669A">
        <w:rPr>
          <w:rFonts w:eastAsia="Times New Roman" w:cs="Times New Roman"/>
          <w:szCs w:val="24"/>
        </w:rPr>
        <w:t>they’re</w:t>
      </w:r>
      <w:proofErr w:type="gramEnd"/>
      <w:r w:rsidRPr="005D669A">
        <w:rPr>
          <w:rFonts w:eastAsia="Times New Roman" w:cs="Times New Roman"/>
          <w:szCs w:val="24"/>
        </w:rPr>
        <w:t xml:space="preserve"> part of something </w:t>
      </w:r>
      <w:r w:rsidRPr="005D669A">
        <w:rPr>
          <w:rFonts w:eastAsia="Times New Roman" w:cs="Times New Roman"/>
          <w:b/>
          <w:bCs/>
          <w:szCs w:val="24"/>
        </w:rPr>
        <w:t>greater</w:t>
      </w:r>
      <w:r w:rsidRPr="005D669A">
        <w:rPr>
          <w:rFonts w:eastAsia="Times New Roman" w:cs="Times New Roman"/>
          <w:szCs w:val="24"/>
        </w:rPr>
        <w:t>.”</w:t>
      </w:r>
    </w:p>
    <w:p w14:paraId="37255A31"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“Exactly,” Roth said, a faint smile crossing her lips. “</w:t>
      </w:r>
      <w:proofErr w:type="gramStart"/>
      <w:r w:rsidRPr="005D669A">
        <w:rPr>
          <w:rFonts w:eastAsia="Times New Roman" w:cs="Times New Roman"/>
          <w:szCs w:val="24"/>
        </w:rPr>
        <w:t>We’ll</w:t>
      </w:r>
      <w:proofErr w:type="gramEnd"/>
      <w:r w:rsidRPr="005D669A">
        <w:rPr>
          <w:rFonts w:eastAsia="Times New Roman" w:cs="Times New Roman"/>
          <w:szCs w:val="24"/>
        </w:rPr>
        <w:t xml:space="preserve"> make sure </w:t>
      </w:r>
      <w:proofErr w:type="gramStart"/>
      <w:r w:rsidRPr="005D669A">
        <w:rPr>
          <w:rFonts w:eastAsia="Times New Roman" w:cs="Times New Roman"/>
          <w:szCs w:val="24"/>
        </w:rPr>
        <w:t>they’re</w:t>
      </w:r>
      <w:proofErr w:type="gramEnd"/>
      <w:r w:rsidRPr="005D669A">
        <w:rPr>
          <w:rFonts w:eastAsia="Times New Roman" w:cs="Times New Roman"/>
          <w:szCs w:val="24"/>
        </w:rPr>
        <w:t xml:space="preserve"> on our side. The Red Lion Inn </w:t>
      </w:r>
      <w:proofErr w:type="gramStart"/>
      <w:r w:rsidRPr="005D669A">
        <w:rPr>
          <w:rFonts w:eastAsia="Times New Roman" w:cs="Times New Roman"/>
          <w:szCs w:val="24"/>
        </w:rPr>
        <w:t>isn’t</w:t>
      </w:r>
      <w:proofErr w:type="gramEnd"/>
      <w:r w:rsidRPr="005D669A">
        <w:rPr>
          <w:rFonts w:eastAsia="Times New Roman" w:cs="Times New Roman"/>
          <w:szCs w:val="24"/>
        </w:rPr>
        <w:t xml:space="preserve"> just for </w:t>
      </w:r>
      <w:proofErr w:type="gramStart"/>
      <w:r w:rsidRPr="005D669A">
        <w:rPr>
          <w:rFonts w:eastAsia="Times New Roman" w:cs="Times New Roman"/>
          <w:szCs w:val="24"/>
        </w:rPr>
        <w:t>the tourists</w:t>
      </w:r>
      <w:proofErr w:type="gramEnd"/>
      <w:r w:rsidRPr="005D669A">
        <w:rPr>
          <w:rFonts w:eastAsia="Times New Roman" w:cs="Times New Roman"/>
          <w:szCs w:val="24"/>
        </w:rPr>
        <w:t xml:space="preserve">. We need them to understand that everything we do here is part of the </w:t>
      </w:r>
      <w:r w:rsidRPr="005D669A">
        <w:rPr>
          <w:rFonts w:eastAsia="Times New Roman" w:cs="Times New Roman"/>
          <w:b/>
          <w:bCs/>
          <w:szCs w:val="24"/>
        </w:rPr>
        <w:t>greater good</w:t>
      </w:r>
      <w:r w:rsidRPr="005D669A">
        <w:rPr>
          <w:rFonts w:eastAsia="Times New Roman" w:cs="Times New Roman"/>
          <w:szCs w:val="24"/>
        </w:rPr>
        <w:t>.”</w:t>
      </w:r>
    </w:p>
    <w:p w14:paraId="2F01D99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“Or at least, the </w:t>
      </w:r>
      <w:r w:rsidRPr="005D669A">
        <w:rPr>
          <w:rFonts w:eastAsia="Times New Roman" w:cs="Times New Roman"/>
          <w:b/>
          <w:bCs/>
          <w:szCs w:val="24"/>
        </w:rPr>
        <w:t>greater plan</w:t>
      </w:r>
      <w:r w:rsidRPr="005D669A">
        <w:rPr>
          <w:rFonts w:eastAsia="Times New Roman" w:cs="Times New Roman"/>
          <w:szCs w:val="24"/>
        </w:rPr>
        <w:t>,” Huxley added, swirling his wine.</w:t>
      </w:r>
    </w:p>
    <w:p w14:paraId="7505AD94"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 young </w:t>
      </w:r>
      <w:r w:rsidRPr="005D669A">
        <w:rPr>
          <w:rFonts w:eastAsia="Times New Roman" w:cs="Times New Roman"/>
          <w:b/>
          <w:bCs/>
          <w:szCs w:val="24"/>
        </w:rPr>
        <w:t>local investigator</w:t>
      </w:r>
      <w:r w:rsidRPr="005D669A">
        <w:rPr>
          <w:rFonts w:eastAsia="Times New Roman" w:cs="Times New Roman"/>
          <w:szCs w:val="24"/>
        </w:rPr>
        <w:t xml:space="preserve">, sitting at the far end of the table, shifted uncomfortably </w:t>
      </w:r>
      <w:proofErr w:type="gramStart"/>
      <w:r w:rsidRPr="005D669A">
        <w:rPr>
          <w:rFonts w:eastAsia="Times New Roman" w:cs="Times New Roman"/>
          <w:szCs w:val="24"/>
        </w:rPr>
        <w:t>in</w:t>
      </w:r>
      <w:proofErr w:type="gramEnd"/>
      <w:r w:rsidRPr="005D669A">
        <w:rPr>
          <w:rFonts w:eastAsia="Times New Roman" w:cs="Times New Roman"/>
          <w:szCs w:val="24"/>
        </w:rPr>
        <w:t xml:space="preserve"> his seat. He was new to the world of high-stakes politics and influence, having only recently </w:t>
      </w:r>
      <w:proofErr w:type="gramStart"/>
      <w:r w:rsidRPr="005D669A">
        <w:rPr>
          <w:rFonts w:eastAsia="Times New Roman" w:cs="Times New Roman"/>
          <w:szCs w:val="24"/>
        </w:rPr>
        <w:t>been tasked</w:t>
      </w:r>
      <w:proofErr w:type="gramEnd"/>
      <w:r w:rsidRPr="005D669A">
        <w:rPr>
          <w:rFonts w:eastAsia="Times New Roman" w:cs="Times New Roman"/>
          <w:szCs w:val="24"/>
        </w:rPr>
        <w:t xml:space="preserve"> with looking into the rumors surrounding Matt. The man’s nervousness was palpable, his eyes darting between the players at the table.</w:t>
      </w:r>
    </w:p>
    <w:p w14:paraId="75E0EF4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“Are we sure this is the right approach?” the investigator asked hesitantly. “</w:t>
      </w:r>
      <w:proofErr w:type="gramStart"/>
      <w:r w:rsidRPr="005D669A">
        <w:rPr>
          <w:rFonts w:eastAsia="Times New Roman" w:cs="Times New Roman"/>
          <w:szCs w:val="24"/>
        </w:rPr>
        <w:t>We’re</w:t>
      </w:r>
      <w:proofErr w:type="gramEnd"/>
      <w:r w:rsidRPr="005D669A">
        <w:rPr>
          <w:rFonts w:eastAsia="Times New Roman" w:cs="Times New Roman"/>
          <w:szCs w:val="24"/>
        </w:rPr>
        <w:t xml:space="preserve"> still getting conflicting reports from the local authorities in the Berkshires. I mean, Matt Deluca... he </w:t>
      </w:r>
      <w:proofErr w:type="gramStart"/>
      <w:r w:rsidRPr="005D669A">
        <w:rPr>
          <w:rFonts w:eastAsia="Times New Roman" w:cs="Times New Roman"/>
          <w:szCs w:val="24"/>
        </w:rPr>
        <w:t>doesn’t</w:t>
      </w:r>
      <w:proofErr w:type="gramEnd"/>
      <w:r w:rsidRPr="005D669A">
        <w:rPr>
          <w:rFonts w:eastAsia="Times New Roman" w:cs="Times New Roman"/>
          <w:szCs w:val="24"/>
        </w:rPr>
        <w:t xml:space="preserve"> seem like the kind of person </w:t>
      </w:r>
      <w:proofErr w:type="gramStart"/>
      <w:r w:rsidRPr="005D669A">
        <w:rPr>
          <w:rFonts w:eastAsia="Times New Roman" w:cs="Times New Roman"/>
          <w:szCs w:val="24"/>
        </w:rPr>
        <w:t>who’d</w:t>
      </w:r>
      <w:proofErr w:type="gramEnd"/>
      <w:r w:rsidRPr="005D669A">
        <w:rPr>
          <w:rFonts w:eastAsia="Times New Roman" w:cs="Times New Roman"/>
          <w:szCs w:val="24"/>
        </w:rPr>
        <w:t xml:space="preserve"> just snap, not based on what </w:t>
      </w:r>
      <w:proofErr w:type="gramStart"/>
      <w:r w:rsidRPr="005D669A">
        <w:rPr>
          <w:rFonts w:eastAsia="Times New Roman" w:cs="Times New Roman"/>
          <w:szCs w:val="24"/>
        </w:rPr>
        <w:t>we’re</w:t>
      </w:r>
      <w:proofErr w:type="gramEnd"/>
      <w:r w:rsidRPr="005D669A">
        <w:rPr>
          <w:rFonts w:eastAsia="Times New Roman" w:cs="Times New Roman"/>
          <w:szCs w:val="24"/>
        </w:rPr>
        <w:t xml:space="preserve"> seeing.”</w:t>
      </w:r>
    </w:p>
    <w:p w14:paraId="5148D2B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Roth’s smile tightened. “The narrative is everything. The narrative is what the public believes. Deluca’s not a person to them anymore. </w:t>
      </w:r>
      <w:proofErr w:type="gramStart"/>
      <w:r w:rsidRPr="005D669A">
        <w:rPr>
          <w:rFonts w:eastAsia="Times New Roman" w:cs="Times New Roman"/>
          <w:szCs w:val="24"/>
        </w:rPr>
        <w:t>He’s</w:t>
      </w:r>
      <w:proofErr w:type="gramEnd"/>
      <w:r w:rsidRPr="005D669A">
        <w:rPr>
          <w:rFonts w:eastAsia="Times New Roman" w:cs="Times New Roman"/>
          <w:szCs w:val="24"/>
        </w:rPr>
        <w:t xml:space="preserve"> a symbol. </w:t>
      </w:r>
      <w:proofErr w:type="gramStart"/>
      <w:r w:rsidRPr="005D669A">
        <w:rPr>
          <w:rFonts w:eastAsia="Times New Roman" w:cs="Times New Roman"/>
          <w:szCs w:val="24"/>
        </w:rPr>
        <w:t>We’ve</w:t>
      </w:r>
      <w:proofErr w:type="gramEnd"/>
      <w:r w:rsidRPr="005D669A">
        <w:rPr>
          <w:rFonts w:eastAsia="Times New Roman" w:cs="Times New Roman"/>
          <w:szCs w:val="24"/>
        </w:rPr>
        <w:t xml:space="preserve"> built the story. </w:t>
      </w:r>
      <w:proofErr w:type="gramStart"/>
      <w:r w:rsidRPr="005D669A">
        <w:rPr>
          <w:rFonts w:eastAsia="Times New Roman" w:cs="Times New Roman"/>
          <w:szCs w:val="24"/>
        </w:rPr>
        <w:t>It’s</w:t>
      </w:r>
      <w:proofErr w:type="gramEnd"/>
      <w:r w:rsidRPr="005D669A">
        <w:rPr>
          <w:rFonts w:eastAsia="Times New Roman" w:cs="Times New Roman"/>
          <w:szCs w:val="24"/>
        </w:rPr>
        <w:t xml:space="preserve"> </w:t>
      </w:r>
      <w:r w:rsidRPr="005D669A">
        <w:rPr>
          <w:rFonts w:eastAsia="Times New Roman" w:cs="Times New Roman"/>
          <w:b/>
          <w:bCs/>
          <w:szCs w:val="24"/>
        </w:rPr>
        <w:t>written</w:t>
      </w:r>
      <w:r w:rsidRPr="005D669A">
        <w:rPr>
          <w:rFonts w:eastAsia="Times New Roman" w:cs="Times New Roman"/>
          <w:szCs w:val="24"/>
        </w:rPr>
        <w:t xml:space="preserve">. Now </w:t>
      </w:r>
      <w:proofErr w:type="gramStart"/>
      <w:r w:rsidRPr="005D669A">
        <w:rPr>
          <w:rFonts w:eastAsia="Times New Roman" w:cs="Times New Roman"/>
          <w:szCs w:val="24"/>
        </w:rPr>
        <w:t>it’s</w:t>
      </w:r>
      <w:proofErr w:type="gramEnd"/>
      <w:r w:rsidRPr="005D669A">
        <w:rPr>
          <w:rFonts w:eastAsia="Times New Roman" w:cs="Times New Roman"/>
          <w:szCs w:val="24"/>
        </w:rPr>
        <w:t xml:space="preserve"> time for everyone to play their part.”</w:t>
      </w:r>
    </w:p>
    <w:p w14:paraId="71C84816"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Wentworth’s voice dropped, the room growing quieter. “</w:t>
      </w:r>
      <w:proofErr w:type="gramStart"/>
      <w:r w:rsidRPr="005D669A">
        <w:rPr>
          <w:rFonts w:eastAsia="Times New Roman" w:cs="Times New Roman"/>
          <w:szCs w:val="24"/>
        </w:rPr>
        <w:t>We’re</w:t>
      </w:r>
      <w:proofErr w:type="gramEnd"/>
      <w:r w:rsidRPr="005D669A">
        <w:rPr>
          <w:rFonts w:eastAsia="Times New Roman" w:cs="Times New Roman"/>
          <w:szCs w:val="24"/>
        </w:rPr>
        <w:t xml:space="preserve"> not just controlling the story. </w:t>
      </w:r>
      <w:proofErr w:type="gramStart"/>
      <w:r w:rsidRPr="005D669A">
        <w:rPr>
          <w:rFonts w:eastAsia="Times New Roman" w:cs="Times New Roman"/>
          <w:szCs w:val="24"/>
        </w:rPr>
        <w:t>We’re</w:t>
      </w:r>
      <w:proofErr w:type="gramEnd"/>
      <w:r w:rsidRPr="005D669A">
        <w:rPr>
          <w:rFonts w:eastAsia="Times New Roman" w:cs="Times New Roman"/>
          <w:szCs w:val="24"/>
        </w:rPr>
        <w:t xml:space="preserve"> controlling the </w:t>
      </w:r>
      <w:r w:rsidRPr="005D669A">
        <w:rPr>
          <w:rFonts w:eastAsia="Times New Roman" w:cs="Times New Roman"/>
          <w:b/>
          <w:bCs/>
          <w:szCs w:val="24"/>
        </w:rPr>
        <w:t>reaction</w:t>
      </w:r>
      <w:r w:rsidRPr="005D669A">
        <w:rPr>
          <w:rFonts w:eastAsia="Times New Roman" w:cs="Times New Roman"/>
          <w:szCs w:val="24"/>
        </w:rPr>
        <w:t xml:space="preserve">. The local investigators will follow our lead. </w:t>
      </w:r>
      <w:proofErr w:type="gramStart"/>
      <w:r w:rsidRPr="005D669A">
        <w:rPr>
          <w:rFonts w:eastAsia="Times New Roman" w:cs="Times New Roman"/>
          <w:szCs w:val="24"/>
        </w:rPr>
        <w:t>They’ll</w:t>
      </w:r>
      <w:proofErr w:type="gramEnd"/>
      <w:r w:rsidRPr="005D669A">
        <w:rPr>
          <w:rFonts w:eastAsia="Times New Roman" w:cs="Times New Roman"/>
          <w:szCs w:val="24"/>
        </w:rPr>
        <w:t xml:space="preserve"> see what </w:t>
      </w:r>
      <w:proofErr w:type="gramStart"/>
      <w:r w:rsidRPr="005D669A">
        <w:rPr>
          <w:rFonts w:eastAsia="Times New Roman" w:cs="Times New Roman"/>
          <w:szCs w:val="24"/>
        </w:rPr>
        <w:t>we’ve</w:t>
      </w:r>
      <w:proofErr w:type="gramEnd"/>
      <w:r w:rsidRPr="005D669A">
        <w:rPr>
          <w:rFonts w:eastAsia="Times New Roman" w:cs="Times New Roman"/>
          <w:szCs w:val="24"/>
        </w:rPr>
        <w:t xml:space="preserve"> seen. </w:t>
      </w:r>
      <w:proofErr w:type="gramStart"/>
      <w:r w:rsidRPr="005D669A">
        <w:rPr>
          <w:rFonts w:eastAsia="Times New Roman" w:cs="Times New Roman"/>
          <w:szCs w:val="24"/>
        </w:rPr>
        <w:t>They’ll</w:t>
      </w:r>
      <w:proofErr w:type="gramEnd"/>
      <w:r w:rsidRPr="005D669A">
        <w:rPr>
          <w:rFonts w:eastAsia="Times New Roman" w:cs="Times New Roman"/>
          <w:szCs w:val="24"/>
        </w:rPr>
        <w:t xml:space="preserve"> </w:t>
      </w:r>
      <w:r w:rsidRPr="005D669A">
        <w:rPr>
          <w:rFonts w:eastAsia="Times New Roman" w:cs="Times New Roman"/>
          <w:i/>
          <w:iCs/>
          <w:szCs w:val="24"/>
        </w:rPr>
        <w:t>want</w:t>
      </w:r>
      <w:r w:rsidRPr="005D669A">
        <w:rPr>
          <w:rFonts w:eastAsia="Times New Roman" w:cs="Times New Roman"/>
          <w:szCs w:val="24"/>
        </w:rPr>
        <w:t xml:space="preserve"> to believe it. Because if they </w:t>
      </w:r>
      <w:proofErr w:type="gramStart"/>
      <w:r w:rsidRPr="005D669A">
        <w:rPr>
          <w:rFonts w:eastAsia="Times New Roman" w:cs="Times New Roman"/>
          <w:szCs w:val="24"/>
        </w:rPr>
        <w:t>don’t</w:t>
      </w:r>
      <w:proofErr w:type="gramEnd"/>
      <w:r w:rsidRPr="005D669A">
        <w:rPr>
          <w:rFonts w:eastAsia="Times New Roman" w:cs="Times New Roman"/>
          <w:szCs w:val="24"/>
        </w:rPr>
        <w:t xml:space="preserve">, their lives will get </w:t>
      </w:r>
      <w:proofErr w:type="gramStart"/>
      <w:r w:rsidRPr="005D669A">
        <w:rPr>
          <w:rFonts w:eastAsia="Times New Roman" w:cs="Times New Roman"/>
          <w:szCs w:val="24"/>
        </w:rPr>
        <w:t>much</w:t>
      </w:r>
      <w:proofErr w:type="gramEnd"/>
      <w:r w:rsidRPr="005D669A">
        <w:rPr>
          <w:rFonts w:eastAsia="Times New Roman" w:cs="Times New Roman"/>
          <w:szCs w:val="24"/>
        </w:rPr>
        <w:t xml:space="preserve"> harder, </w:t>
      </w:r>
      <w:proofErr w:type="gramStart"/>
      <w:r w:rsidRPr="005D669A">
        <w:rPr>
          <w:rFonts w:eastAsia="Times New Roman" w:cs="Times New Roman"/>
          <w:szCs w:val="24"/>
        </w:rPr>
        <w:t>much</w:t>
      </w:r>
      <w:proofErr w:type="gramEnd"/>
      <w:r w:rsidRPr="005D669A">
        <w:rPr>
          <w:rFonts w:eastAsia="Times New Roman" w:cs="Times New Roman"/>
          <w:szCs w:val="24"/>
        </w:rPr>
        <w:t xml:space="preserve"> faster.”</w:t>
      </w:r>
    </w:p>
    <w:p w14:paraId="2B826822"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lastRenderedPageBreak/>
        <w:t>The investigator swallowed, clearly uneasy. “</w:t>
      </w:r>
      <w:proofErr w:type="gramStart"/>
      <w:r w:rsidRPr="005D669A">
        <w:rPr>
          <w:rFonts w:eastAsia="Times New Roman" w:cs="Times New Roman"/>
          <w:szCs w:val="24"/>
        </w:rPr>
        <w:t>So</w:t>
      </w:r>
      <w:proofErr w:type="gramEnd"/>
      <w:r w:rsidRPr="005D669A">
        <w:rPr>
          <w:rFonts w:eastAsia="Times New Roman" w:cs="Times New Roman"/>
          <w:szCs w:val="24"/>
        </w:rPr>
        <w:t xml:space="preserve"> you’re saying... if I don’t fall in line…”</w:t>
      </w:r>
    </w:p>
    <w:p w14:paraId="44E1A8CF"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 leaned forward slightly, her eyes sharp and unblinking. “If you </w:t>
      </w:r>
      <w:proofErr w:type="gramStart"/>
      <w:r w:rsidRPr="005D669A">
        <w:rPr>
          <w:rFonts w:eastAsia="Times New Roman" w:cs="Times New Roman"/>
          <w:szCs w:val="24"/>
        </w:rPr>
        <w:t>don’t</w:t>
      </w:r>
      <w:proofErr w:type="gramEnd"/>
      <w:r w:rsidRPr="005D669A">
        <w:rPr>
          <w:rFonts w:eastAsia="Times New Roman" w:cs="Times New Roman"/>
          <w:szCs w:val="24"/>
        </w:rPr>
        <w:t xml:space="preserve"> fall in line, </w:t>
      </w:r>
      <w:r w:rsidRPr="005D669A">
        <w:rPr>
          <w:rFonts w:eastAsia="Times New Roman" w:cs="Times New Roman"/>
          <w:b/>
          <w:bCs/>
          <w:szCs w:val="24"/>
        </w:rPr>
        <w:t>your career will be a footnote</w:t>
      </w:r>
      <w:r w:rsidRPr="005D669A">
        <w:rPr>
          <w:rFonts w:eastAsia="Times New Roman" w:cs="Times New Roman"/>
          <w:szCs w:val="24"/>
        </w:rPr>
        <w:t xml:space="preserve">. And you </w:t>
      </w:r>
      <w:proofErr w:type="gramStart"/>
      <w:r w:rsidRPr="005D669A">
        <w:rPr>
          <w:rFonts w:eastAsia="Times New Roman" w:cs="Times New Roman"/>
          <w:szCs w:val="24"/>
        </w:rPr>
        <w:t>won’t</w:t>
      </w:r>
      <w:proofErr w:type="gramEnd"/>
      <w:r w:rsidRPr="005D669A">
        <w:rPr>
          <w:rFonts w:eastAsia="Times New Roman" w:cs="Times New Roman"/>
          <w:szCs w:val="24"/>
        </w:rPr>
        <w:t xml:space="preserve"> get to write it.”</w:t>
      </w:r>
    </w:p>
    <w:p w14:paraId="2015D97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The investigator </w:t>
      </w:r>
      <w:proofErr w:type="gramStart"/>
      <w:r w:rsidRPr="005D669A">
        <w:rPr>
          <w:rFonts w:eastAsia="Times New Roman" w:cs="Times New Roman"/>
          <w:szCs w:val="24"/>
        </w:rPr>
        <w:t>didn’t</w:t>
      </w:r>
      <w:proofErr w:type="gramEnd"/>
      <w:r w:rsidRPr="005D669A">
        <w:rPr>
          <w:rFonts w:eastAsia="Times New Roman" w:cs="Times New Roman"/>
          <w:szCs w:val="24"/>
        </w:rPr>
        <w:t xml:space="preserve"> respond. He </w:t>
      </w:r>
      <w:proofErr w:type="gramStart"/>
      <w:r w:rsidRPr="005D669A">
        <w:rPr>
          <w:rFonts w:eastAsia="Times New Roman" w:cs="Times New Roman"/>
          <w:szCs w:val="24"/>
        </w:rPr>
        <w:t>couldn’t</w:t>
      </w:r>
      <w:proofErr w:type="gramEnd"/>
      <w:r w:rsidRPr="005D669A">
        <w:rPr>
          <w:rFonts w:eastAsia="Times New Roman" w:cs="Times New Roman"/>
          <w:szCs w:val="24"/>
        </w:rPr>
        <w:t xml:space="preserve">. The words hung in the air like a threat that had already </w:t>
      </w:r>
      <w:proofErr w:type="gramStart"/>
      <w:r w:rsidRPr="005D669A">
        <w:rPr>
          <w:rFonts w:eastAsia="Times New Roman" w:cs="Times New Roman"/>
          <w:szCs w:val="24"/>
        </w:rPr>
        <w:t>been spoken</w:t>
      </w:r>
      <w:proofErr w:type="gramEnd"/>
      <w:r w:rsidRPr="005D669A">
        <w:rPr>
          <w:rFonts w:eastAsia="Times New Roman" w:cs="Times New Roman"/>
          <w:szCs w:val="24"/>
        </w:rPr>
        <w:t>.</w:t>
      </w:r>
    </w:p>
    <w:p w14:paraId="0144F3B7"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As the meeting continued, Wentworth, Roth, and Huxley fell into their quiet, calculating rhythm. It </w:t>
      </w:r>
      <w:proofErr w:type="gramStart"/>
      <w:r w:rsidRPr="005D669A">
        <w:rPr>
          <w:rFonts w:eastAsia="Times New Roman" w:cs="Times New Roman"/>
          <w:szCs w:val="24"/>
        </w:rPr>
        <w:t>wasn’t</w:t>
      </w:r>
      <w:proofErr w:type="gramEnd"/>
      <w:r w:rsidRPr="005D669A">
        <w:rPr>
          <w:rFonts w:eastAsia="Times New Roman" w:cs="Times New Roman"/>
          <w:szCs w:val="24"/>
        </w:rPr>
        <w:t xml:space="preserve"> about Matt Deluca anymore. Not really. He was just another pawn in their grand design, and they were orchestrating everything—the chaos, </w:t>
      </w:r>
      <w:proofErr w:type="gramStart"/>
      <w:r w:rsidRPr="005D669A">
        <w:rPr>
          <w:rFonts w:eastAsia="Times New Roman" w:cs="Times New Roman"/>
          <w:szCs w:val="24"/>
        </w:rPr>
        <w:t>the public</w:t>
      </w:r>
      <w:proofErr w:type="gramEnd"/>
      <w:r w:rsidRPr="005D669A">
        <w:rPr>
          <w:rFonts w:eastAsia="Times New Roman" w:cs="Times New Roman"/>
          <w:szCs w:val="24"/>
        </w:rPr>
        <w:t xml:space="preserve"> fear, </w:t>
      </w:r>
      <w:proofErr w:type="gramStart"/>
      <w:r w:rsidRPr="005D669A">
        <w:rPr>
          <w:rFonts w:eastAsia="Times New Roman" w:cs="Times New Roman"/>
          <w:szCs w:val="24"/>
        </w:rPr>
        <w:t>the manipulated</w:t>
      </w:r>
      <w:proofErr w:type="gramEnd"/>
      <w:r w:rsidRPr="005D669A">
        <w:rPr>
          <w:rFonts w:eastAsia="Times New Roman" w:cs="Times New Roman"/>
          <w:szCs w:val="24"/>
        </w:rPr>
        <w:t xml:space="preserve"> </w:t>
      </w:r>
      <w:proofErr w:type="gramStart"/>
      <w:r w:rsidRPr="005D669A">
        <w:rPr>
          <w:rFonts w:eastAsia="Times New Roman" w:cs="Times New Roman"/>
          <w:szCs w:val="24"/>
        </w:rPr>
        <w:t>truth—all</w:t>
      </w:r>
      <w:proofErr w:type="gramEnd"/>
      <w:r w:rsidRPr="005D669A">
        <w:rPr>
          <w:rFonts w:eastAsia="Times New Roman" w:cs="Times New Roman"/>
          <w:szCs w:val="24"/>
        </w:rPr>
        <w:t xml:space="preserve"> of it.</w:t>
      </w:r>
    </w:p>
    <w:p w14:paraId="4D467784"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power dynamics were shifting, and no one in this room was willing to let anyone else take control.</w:t>
      </w:r>
    </w:p>
    <w:p w14:paraId="2363DA1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By the time the plates </w:t>
      </w:r>
      <w:proofErr w:type="gramStart"/>
      <w:r w:rsidRPr="005D669A">
        <w:rPr>
          <w:rFonts w:eastAsia="Times New Roman" w:cs="Times New Roman"/>
          <w:szCs w:val="24"/>
        </w:rPr>
        <w:t>were cleared</w:t>
      </w:r>
      <w:proofErr w:type="gramEnd"/>
      <w:r w:rsidRPr="005D669A">
        <w:rPr>
          <w:rFonts w:eastAsia="Times New Roman" w:cs="Times New Roman"/>
          <w:szCs w:val="24"/>
        </w:rPr>
        <w:t xml:space="preserve"> and the wine flowed freely again, the meeting had concluded. Wentworth raised his glass in a small, satisfied toast.</w:t>
      </w:r>
    </w:p>
    <w:p w14:paraId="48B2B98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“To a future that’s safer... for us.”</w:t>
      </w:r>
    </w:p>
    <w:p w14:paraId="0B84AF6A" w14:textId="77777777" w:rsid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The others joined him, their voices low but unified. In the back of the room, the investigator’s unease still lingered, but he knew better than to voice it. The game was in motion, and he was just another piece to </w:t>
      </w:r>
      <w:proofErr w:type="gramStart"/>
      <w:r w:rsidRPr="005D669A">
        <w:rPr>
          <w:rFonts w:eastAsia="Times New Roman" w:cs="Times New Roman"/>
          <w:szCs w:val="24"/>
        </w:rPr>
        <w:t>be moved</w:t>
      </w:r>
      <w:proofErr w:type="gramEnd"/>
      <w:r w:rsidRPr="005D669A">
        <w:rPr>
          <w:rFonts w:eastAsia="Times New Roman" w:cs="Times New Roman"/>
          <w:szCs w:val="24"/>
        </w:rPr>
        <w:t>.</w:t>
      </w:r>
    </w:p>
    <w:p w14:paraId="3D753152" w14:textId="77777777" w:rsidR="0029217D" w:rsidRDefault="0029217D" w:rsidP="005D669A">
      <w:pPr>
        <w:spacing w:before="100" w:beforeAutospacing="1" w:after="100" w:afterAutospacing="1"/>
        <w:rPr>
          <w:rFonts w:eastAsia="Times New Roman" w:cs="Times New Roman"/>
          <w:szCs w:val="24"/>
        </w:rPr>
      </w:pPr>
    </w:p>
    <w:p w14:paraId="4793FAED" w14:textId="77777777" w:rsidR="0029217D" w:rsidRPr="0029217D" w:rsidRDefault="0029217D" w:rsidP="0029217D">
      <w:pPr>
        <w:spacing w:before="100" w:beforeAutospacing="1" w:after="100" w:afterAutospacing="1"/>
        <w:outlineLvl w:val="2"/>
        <w:rPr>
          <w:rFonts w:eastAsia="Times New Roman" w:cs="Times New Roman"/>
          <w:b/>
          <w:bCs/>
          <w:sz w:val="27"/>
          <w:szCs w:val="27"/>
        </w:rPr>
      </w:pPr>
      <w:r w:rsidRPr="0029217D">
        <w:rPr>
          <w:rFonts w:eastAsia="Times New Roman" w:cs="Times New Roman"/>
          <w:b/>
          <w:bCs/>
          <w:sz w:val="27"/>
          <w:szCs w:val="27"/>
        </w:rPr>
        <w:t>Chapter 3 – The Hollow Watchers</w:t>
      </w:r>
    </w:p>
    <w:p w14:paraId="130E2A18"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The air in Holyoke’s Flats was cold and wet with the tang of the canals. Frank Marino pulled the collar of his jacket higher as he moved down the cracked sidewalk. In this forgotten stretch of industrial decay, even the wind had a tired wheeze. Hulking remnants of the Civil War-era factories loomed like </w:t>
      </w:r>
      <w:proofErr w:type="gramStart"/>
      <w:r w:rsidRPr="0029217D">
        <w:rPr>
          <w:rFonts w:eastAsia="Times New Roman" w:cs="Times New Roman"/>
          <w:szCs w:val="24"/>
        </w:rPr>
        <w:t>watchmen</w:t>
      </w:r>
      <w:proofErr w:type="gramEnd"/>
      <w:r w:rsidRPr="0029217D">
        <w:rPr>
          <w:rFonts w:eastAsia="Times New Roman" w:cs="Times New Roman"/>
          <w:szCs w:val="24"/>
        </w:rPr>
        <w:t xml:space="preserve"> over the canal, their windows bricked or shattered, vines threading up their sides like scars.</w:t>
      </w:r>
    </w:p>
    <w:p w14:paraId="2171A5F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He ducked into one of them—an abandoned mill with a partially collapsed roof—and climbed the creaking stairs to the second floor. His room </w:t>
      </w:r>
      <w:proofErr w:type="gramStart"/>
      <w:r w:rsidRPr="0029217D">
        <w:rPr>
          <w:rFonts w:eastAsia="Times New Roman" w:cs="Times New Roman"/>
          <w:szCs w:val="24"/>
        </w:rPr>
        <w:t>wasn’t</w:t>
      </w:r>
      <w:proofErr w:type="gramEnd"/>
      <w:r w:rsidRPr="0029217D">
        <w:rPr>
          <w:rFonts w:eastAsia="Times New Roman" w:cs="Times New Roman"/>
          <w:szCs w:val="24"/>
        </w:rPr>
        <w:t xml:space="preserve"> much. A bare mattress. A folding chair. A dusty corner where an old oscillating fan had died a decade earlier. But it had power. Barely.</w:t>
      </w:r>
    </w:p>
    <w:p w14:paraId="1FF81CD8"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On a garage-sale TV with a screen no bigger than a tablet and a thrift-store digital converter box jury-rigged to a rabbit-ear antenna, Frank scrolled channels slowly. The picture fuzzed in and out. The TV’s remote had long since vanished, so he turned a knob carefully, stopping when he heard the sharp voice of a man mid-argument on a news panel.</w:t>
      </w:r>
    </w:p>
    <w:p w14:paraId="0C773B7A"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“…you don’t see it because </w:t>
      </w:r>
      <w:proofErr w:type="gramStart"/>
      <w:r w:rsidRPr="0029217D">
        <w:rPr>
          <w:rFonts w:eastAsia="Times New Roman" w:cs="Times New Roman"/>
          <w:szCs w:val="24"/>
        </w:rPr>
        <w:t>you’re</w:t>
      </w:r>
      <w:proofErr w:type="gramEnd"/>
      <w:r w:rsidRPr="0029217D">
        <w:rPr>
          <w:rFonts w:eastAsia="Times New Roman" w:cs="Times New Roman"/>
          <w:szCs w:val="24"/>
        </w:rPr>
        <w:t xml:space="preserve"> part of the problem,” the man barked. “The Pre-Conviction Initiative was never about safety—it was a tool. And now </w:t>
      </w:r>
      <w:proofErr w:type="gramStart"/>
      <w:r w:rsidRPr="0029217D">
        <w:rPr>
          <w:rFonts w:eastAsia="Times New Roman" w:cs="Times New Roman"/>
          <w:szCs w:val="24"/>
        </w:rPr>
        <w:t>we’re</w:t>
      </w:r>
      <w:proofErr w:type="gramEnd"/>
      <w:r w:rsidRPr="0029217D">
        <w:rPr>
          <w:rFonts w:eastAsia="Times New Roman" w:cs="Times New Roman"/>
          <w:szCs w:val="24"/>
        </w:rPr>
        <w:t xml:space="preserve"> seeing it deployed against political outliers, vets, and journalists. This is what algorithmic fascism looks like!”</w:t>
      </w:r>
    </w:p>
    <w:p w14:paraId="553162DA"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froze. He knew that voice.</w:t>
      </w:r>
    </w:p>
    <w:p w14:paraId="62AA337D"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Dr. Krystyn Jaskolski, the data ethicist and frequent thorn </w:t>
      </w:r>
      <w:proofErr w:type="gramStart"/>
      <w:r w:rsidRPr="0029217D">
        <w:rPr>
          <w:rFonts w:eastAsia="Times New Roman" w:cs="Times New Roman"/>
          <w:szCs w:val="24"/>
        </w:rPr>
        <w:t>in</w:t>
      </w:r>
      <w:proofErr w:type="gramEnd"/>
      <w:r w:rsidRPr="0029217D">
        <w:rPr>
          <w:rFonts w:eastAsia="Times New Roman" w:cs="Times New Roman"/>
          <w:szCs w:val="24"/>
        </w:rPr>
        <w:t xml:space="preserve"> the side of the administration, had become something of a rogue prophet in the tech world. She had served on the civilian ethics board for the early prototype of the Pre-Con System but resigned two years ago, citing “irregularities.”</w:t>
      </w:r>
    </w:p>
    <w:p w14:paraId="36862AA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lastRenderedPageBreak/>
        <w:t xml:space="preserve">In the debate, she pointed to “adaptive score drift” and “unnatural event alignment models”—phrases </w:t>
      </w:r>
      <w:proofErr w:type="gramStart"/>
      <w:r w:rsidRPr="0029217D">
        <w:rPr>
          <w:rFonts w:eastAsia="Times New Roman" w:cs="Times New Roman"/>
          <w:szCs w:val="24"/>
        </w:rPr>
        <w:t>most of</w:t>
      </w:r>
      <w:proofErr w:type="gramEnd"/>
      <w:r w:rsidRPr="0029217D">
        <w:rPr>
          <w:rFonts w:eastAsia="Times New Roman" w:cs="Times New Roman"/>
          <w:szCs w:val="24"/>
        </w:rPr>
        <w:t xml:space="preserve"> the public </w:t>
      </w:r>
      <w:proofErr w:type="gramStart"/>
      <w:r w:rsidRPr="0029217D">
        <w:rPr>
          <w:rFonts w:eastAsia="Times New Roman" w:cs="Times New Roman"/>
          <w:szCs w:val="24"/>
        </w:rPr>
        <w:t>didn’t</w:t>
      </w:r>
      <w:proofErr w:type="gramEnd"/>
      <w:r w:rsidRPr="0029217D">
        <w:rPr>
          <w:rFonts w:eastAsia="Times New Roman" w:cs="Times New Roman"/>
          <w:szCs w:val="24"/>
        </w:rPr>
        <w:t xml:space="preserve"> understand, but Frank did. From his time embedded with Special Operations units and later when he consulted briefly for a defense contractor, </w:t>
      </w:r>
      <w:proofErr w:type="gramStart"/>
      <w:r w:rsidRPr="0029217D">
        <w:rPr>
          <w:rFonts w:eastAsia="Times New Roman" w:cs="Times New Roman"/>
          <w:szCs w:val="24"/>
        </w:rPr>
        <w:t>he’d</w:t>
      </w:r>
      <w:proofErr w:type="gramEnd"/>
      <w:r w:rsidRPr="0029217D">
        <w:rPr>
          <w:rFonts w:eastAsia="Times New Roman" w:cs="Times New Roman"/>
          <w:szCs w:val="24"/>
        </w:rPr>
        <w:t xml:space="preserve"> seen the early outlines of what AI-powered threat assessments looked like. Risk matrices, psychological composites, deep learning prediction chains.</w:t>
      </w:r>
    </w:p>
    <w:p w14:paraId="541E7C1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But this… This was something else.</w:t>
      </w:r>
    </w:p>
    <w:p w14:paraId="308B6622"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He watched Krystyn’s finger stab toward the camera.</w:t>
      </w:r>
    </w:p>
    <w:p w14:paraId="6ED9EFC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“There is a shadow project,” she said. “A sub-experiment. I saw traces of it in the logs. Cases where the algorithm’s predictions </w:t>
      </w:r>
      <w:proofErr w:type="gramStart"/>
      <w:r w:rsidRPr="0029217D">
        <w:rPr>
          <w:rFonts w:eastAsia="Times New Roman" w:cs="Times New Roman"/>
          <w:szCs w:val="24"/>
        </w:rPr>
        <w:t>didn’t</w:t>
      </w:r>
      <w:proofErr w:type="gramEnd"/>
      <w:r w:rsidRPr="0029217D">
        <w:rPr>
          <w:rFonts w:eastAsia="Times New Roman" w:cs="Times New Roman"/>
          <w:szCs w:val="24"/>
        </w:rPr>
        <w:t xml:space="preserve"> match the official narrative—but those subjects </w:t>
      </w:r>
      <w:proofErr w:type="gramStart"/>
      <w:r w:rsidRPr="0029217D">
        <w:rPr>
          <w:rFonts w:eastAsia="Times New Roman" w:cs="Times New Roman"/>
          <w:szCs w:val="24"/>
        </w:rPr>
        <w:t>were still targeted</w:t>
      </w:r>
      <w:proofErr w:type="gramEnd"/>
      <w:r w:rsidRPr="0029217D">
        <w:rPr>
          <w:rFonts w:eastAsia="Times New Roman" w:cs="Times New Roman"/>
          <w:szCs w:val="24"/>
        </w:rPr>
        <w:t xml:space="preserve">. </w:t>
      </w:r>
      <w:proofErr w:type="gramStart"/>
      <w:r w:rsidRPr="0029217D">
        <w:rPr>
          <w:rFonts w:eastAsia="Times New Roman" w:cs="Times New Roman"/>
          <w:szCs w:val="24"/>
        </w:rPr>
        <w:t>You</w:t>
      </w:r>
      <w:proofErr w:type="gramEnd"/>
      <w:r w:rsidRPr="0029217D">
        <w:rPr>
          <w:rFonts w:eastAsia="Times New Roman" w:cs="Times New Roman"/>
          <w:szCs w:val="24"/>
        </w:rPr>
        <w:t xml:space="preserve"> think this system predicts outcomes? No. It </w:t>
      </w:r>
      <w:r w:rsidRPr="0029217D">
        <w:rPr>
          <w:rFonts w:eastAsia="Times New Roman" w:cs="Times New Roman"/>
          <w:i/>
          <w:iCs/>
          <w:szCs w:val="24"/>
        </w:rPr>
        <w:t>manufactures</w:t>
      </w:r>
      <w:r w:rsidRPr="0029217D">
        <w:rPr>
          <w:rFonts w:eastAsia="Times New Roman" w:cs="Times New Roman"/>
          <w:szCs w:val="24"/>
        </w:rPr>
        <w:t xml:space="preserve"> them.”</w:t>
      </w:r>
    </w:p>
    <w:p w14:paraId="39D0A5CC"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leaned closer. There it was. The language was careful. Legal. But she was talking about him.</w:t>
      </w:r>
    </w:p>
    <w:p w14:paraId="14754A5F"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The reporter tried to steer the conversation back to school safety statistics, but Frank had already stood and begun pacing. This was more than surveillance. More than </w:t>
      </w:r>
      <w:proofErr w:type="gramStart"/>
      <w:r w:rsidRPr="0029217D">
        <w:rPr>
          <w:rFonts w:eastAsia="Times New Roman" w:cs="Times New Roman"/>
          <w:szCs w:val="24"/>
        </w:rPr>
        <w:t>blacklisting</w:t>
      </w:r>
      <w:proofErr w:type="gramEnd"/>
      <w:r w:rsidRPr="0029217D">
        <w:rPr>
          <w:rFonts w:eastAsia="Times New Roman" w:cs="Times New Roman"/>
          <w:szCs w:val="24"/>
        </w:rPr>
        <w:t xml:space="preserve">. They </w:t>
      </w:r>
      <w:proofErr w:type="gramStart"/>
      <w:r w:rsidRPr="0029217D">
        <w:rPr>
          <w:rFonts w:eastAsia="Times New Roman" w:cs="Times New Roman"/>
          <w:szCs w:val="24"/>
        </w:rPr>
        <w:t>weren’t</w:t>
      </w:r>
      <w:proofErr w:type="gramEnd"/>
      <w:r w:rsidRPr="0029217D">
        <w:rPr>
          <w:rFonts w:eastAsia="Times New Roman" w:cs="Times New Roman"/>
          <w:szCs w:val="24"/>
        </w:rPr>
        <w:t xml:space="preserve"> just labeling threats. They were </w:t>
      </w:r>
      <w:r w:rsidRPr="0029217D">
        <w:rPr>
          <w:rFonts w:eastAsia="Times New Roman" w:cs="Times New Roman"/>
          <w:i/>
          <w:iCs/>
          <w:szCs w:val="24"/>
        </w:rPr>
        <w:t>creating</w:t>
      </w:r>
      <w:r w:rsidRPr="0029217D">
        <w:rPr>
          <w:rFonts w:eastAsia="Times New Roman" w:cs="Times New Roman"/>
          <w:szCs w:val="24"/>
        </w:rPr>
        <w:t xml:space="preserve"> them.</w:t>
      </w:r>
    </w:p>
    <w:p w14:paraId="72B2C805"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And someone wanted </w:t>
      </w:r>
      <w:r w:rsidRPr="0029217D">
        <w:rPr>
          <w:rFonts w:eastAsia="Times New Roman" w:cs="Times New Roman"/>
          <w:i/>
          <w:iCs/>
          <w:szCs w:val="24"/>
        </w:rPr>
        <w:t>him</w:t>
      </w:r>
      <w:r w:rsidRPr="0029217D">
        <w:rPr>
          <w:rFonts w:eastAsia="Times New Roman" w:cs="Times New Roman"/>
          <w:szCs w:val="24"/>
        </w:rPr>
        <w:t xml:space="preserve"> to be the poster child.</w:t>
      </w:r>
    </w:p>
    <w:p w14:paraId="4FB059C8"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He powered off the TV and sat back on the mattress, heart pounding. The words swirled: “manufactured outcomes.” “Irregularities.” “Shadow project.”</w:t>
      </w:r>
    </w:p>
    <w:p w14:paraId="3B71322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A knock at the door. Three soft taps. A pause. Two more.</w:t>
      </w:r>
    </w:p>
    <w:p w14:paraId="009D327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He opened it to find Eli Navarro, the surgical tech from Pittsfield Regional. </w:t>
      </w:r>
      <w:proofErr w:type="gramStart"/>
      <w:r w:rsidRPr="0029217D">
        <w:rPr>
          <w:rFonts w:eastAsia="Times New Roman" w:cs="Times New Roman"/>
          <w:szCs w:val="24"/>
        </w:rPr>
        <w:t>He’d</w:t>
      </w:r>
      <w:proofErr w:type="gramEnd"/>
      <w:r w:rsidRPr="0029217D">
        <w:rPr>
          <w:rFonts w:eastAsia="Times New Roman" w:cs="Times New Roman"/>
          <w:szCs w:val="24"/>
        </w:rPr>
        <w:t xml:space="preserve"> served with Frank in Nangarhar—patched up two of their squad under fire. The kind of guy you trusted to hold your guts in while you returned fire.</w:t>
      </w:r>
    </w:p>
    <w:p w14:paraId="29A50F11"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Eli stepped inside without a word and handed him a plastic bag. Inside, two burner phones—one flip, one touchscreen—both clean, both prepaid. Frank raised an eyebrow.</w:t>
      </w:r>
    </w:p>
    <w:p w14:paraId="3C3FB5E0"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“These are from a John Doe who passed last week. Unclaimed. I had to lean on two nurses and a mortuary driver to make it happen. </w:t>
      </w:r>
      <w:proofErr w:type="gramStart"/>
      <w:r w:rsidRPr="0029217D">
        <w:rPr>
          <w:rFonts w:eastAsia="Times New Roman" w:cs="Times New Roman"/>
          <w:szCs w:val="24"/>
        </w:rPr>
        <w:t>You’ve</w:t>
      </w:r>
      <w:proofErr w:type="gramEnd"/>
      <w:r w:rsidRPr="0029217D">
        <w:rPr>
          <w:rFonts w:eastAsia="Times New Roman" w:cs="Times New Roman"/>
          <w:szCs w:val="24"/>
        </w:rPr>
        <w:t xml:space="preserve"> got </w:t>
      </w:r>
      <w:proofErr w:type="gramStart"/>
      <w:r w:rsidRPr="0029217D">
        <w:rPr>
          <w:rFonts w:eastAsia="Times New Roman" w:cs="Times New Roman"/>
          <w:szCs w:val="24"/>
        </w:rPr>
        <w:t>maybe two</w:t>
      </w:r>
      <w:proofErr w:type="gramEnd"/>
      <w:r w:rsidRPr="0029217D">
        <w:rPr>
          <w:rFonts w:eastAsia="Times New Roman" w:cs="Times New Roman"/>
          <w:szCs w:val="24"/>
        </w:rPr>
        <w:t xml:space="preserve"> weeks before the serial numbers catch up.”</w:t>
      </w:r>
    </w:p>
    <w:p w14:paraId="7331284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nodded and gripped Eli’s shoulder.</w:t>
      </w:r>
    </w:p>
    <w:p w14:paraId="3FE3227B"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“I heard what happened,” Eli said softly. “Springfield. </w:t>
      </w:r>
      <w:proofErr w:type="gramStart"/>
      <w:r w:rsidRPr="0029217D">
        <w:rPr>
          <w:rFonts w:eastAsia="Times New Roman" w:cs="Times New Roman"/>
          <w:szCs w:val="24"/>
        </w:rPr>
        <w:t>They’re</w:t>
      </w:r>
      <w:proofErr w:type="gramEnd"/>
      <w:r w:rsidRPr="0029217D">
        <w:rPr>
          <w:rFonts w:eastAsia="Times New Roman" w:cs="Times New Roman"/>
          <w:szCs w:val="24"/>
        </w:rPr>
        <w:t xml:space="preserve"> running that picture everywhere.”</w:t>
      </w:r>
    </w:p>
    <w:p w14:paraId="07AE97BD"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“I </w:t>
      </w:r>
      <w:proofErr w:type="gramStart"/>
      <w:r w:rsidRPr="0029217D">
        <w:rPr>
          <w:rFonts w:eastAsia="Times New Roman" w:cs="Times New Roman"/>
          <w:szCs w:val="24"/>
        </w:rPr>
        <w:t>wasn’t</w:t>
      </w:r>
      <w:proofErr w:type="gramEnd"/>
      <w:r w:rsidRPr="0029217D">
        <w:rPr>
          <w:rFonts w:eastAsia="Times New Roman" w:cs="Times New Roman"/>
          <w:szCs w:val="24"/>
        </w:rPr>
        <w:t xml:space="preserve"> even there for that. I </w:t>
      </w:r>
      <w:proofErr w:type="gramStart"/>
      <w:r w:rsidRPr="0029217D">
        <w:rPr>
          <w:rFonts w:eastAsia="Times New Roman" w:cs="Times New Roman"/>
          <w:szCs w:val="24"/>
        </w:rPr>
        <w:t>got lured</w:t>
      </w:r>
      <w:proofErr w:type="gramEnd"/>
      <w:r w:rsidRPr="0029217D">
        <w:rPr>
          <w:rFonts w:eastAsia="Times New Roman" w:cs="Times New Roman"/>
          <w:szCs w:val="24"/>
        </w:rPr>
        <w:t>.”</w:t>
      </w:r>
    </w:p>
    <w:p w14:paraId="4FFFD2F9"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“By?”</w:t>
      </w:r>
    </w:p>
    <w:p w14:paraId="244D85D5"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shook his head. “Someone I once trusted.”</w:t>
      </w:r>
    </w:p>
    <w:p w14:paraId="4D13FB05"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Eli looked like he wanted to press further but </w:t>
      </w:r>
      <w:proofErr w:type="gramStart"/>
      <w:r w:rsidRPr="0029217D">
        <w:rPr>
          <w:rFonts w:eastAsia="Times New Roman" w:cs="Times New Roman"/>
          <w:szCs w:val="24"/>
        </w:rPr>
        <w:t>didn’t</w:t>
      </w:r>
      <w:proofErr w:type="gramEnd"/>
      <w:r w:rsidRPr="0029217D">
        <w:rPr>
          <w:rFonts w:eastAsia="Times New Roman" w:cs="Times New Roman"/>
          <w:szCs w:val="24"/>
        </w:rPr>
        <w:t>. Instead, he pulled a small case from inside his jacket and set it on the table. Inside was a collection of rifle attachments—optics, a Troy folding sight, a vertical foregrip, and a suppressor engraved with the stylized YHM logo.</w:t>
      </w:r>
    </w:p>
    <w:p w14:paraId="1291C2F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Frank’s breath caught.</w:t>
      </w:r>
    </w:p>
    <w:p w14:paraId="7CF1308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lastRenderedPageBreak/>
        <w:t>“Where the hell did you get this?”</w:t>
      </w:r>
    </w:p>
    <w:p w14:paraId="4BDFB11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“You’re not the only one who’s angry,” Eli said. “A friend owed me a favor.”</w:t>
      </w:r>
    </w:p>
    <w:p w14:paraId="5F99978B"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lifted the suppressor reverently, then slid it onto the short-barrel AR that lay disassembled in his MOLLE-lined go bag. It locked into place with a satisfying click.</w:t>
      </w:r>
    </w:p>
    <w:p w14:paraId="2257A7AF"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“They’re going to escalate,” Eli said, lowering his voice. “Your name is climbing the pre-con list fast. I heard from a DHS guy I know—he said someone upstairs flagged your file in red.”</w:t>
      </w:r>
    </w:p>
    <w:p w14:paraId="17C8A58A"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zipped the bag closed, his mind already racing.</w:t>
      </w:r>
    </w:p>
    <w:p w14:paraId="0783651F"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“You need to leave this place, Frank.”</w:t>
      </w:r>
    </w:p>
    <w:p w14:paraId="56CAFC66"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“I know,” he said. “But first—I need to know what’s really going on.”</w:t>
      </w:r>
    </w:p>
    <w:p w14:paraId="3E397DEC"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Eli lingered by the door, reluctant to leave.</w:t>
      </w:r>
    </w:p>
    <w:p w14:paraId="3EA09EA0"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“There’s something else,” he said, voice low.</w:t>
      </w:r>
    </w:p>
    <w:p w14:paraId="32F23C70"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Frank motioned for him to continue.</w:t>
      </w:r>
    </w:p>
    <w:p w14:paraId="12056623"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 xml:space="preserve">“I’ve been getting questions,” Eli said. “Soft at first. People </w:t>
      </w:r>
      <w:proofErr w:type="gramStart"/>
      <w:r w:rsidRPr="00EA7C42">
        <w:rPr>
          <w:rFonts w:eastAsia="Times New Roman" w:cs="Times New Roman"/>
          <w:szCs w:val="24"/>
        </w:rPr>
        <w:t>asking</w:t>
      </w:r>
      <w:proofErr w:type="gramEnd"/>
      <w:r w:rsidRPr="00EA7C42">
        <w:rPr>
          <w:rFonts w:eastAsia="Times New Roman" w:cs="Times New Roman"/>
          <w:szCs w:val="24"/>
        </w:rPr>
        <w:t xml:space="preserve"> if </w:t>
      </w:r>
      <w:proofErr w:type="gramStart"/>
      <w:r w:rsidRPr="00EA7C42">
        <w:rPr>
          <w:rFonts w:eastAsia="Times New Roman" w:cs="Times New Roman"/>
          <w:szCs w:val="24"/>
        </w:rPr>
        <w:t>I’d</w:t>
      </w:r>
      <w:proofErr w:type="gramEnd"/>
      <w:r w:rsidRPr="00EA7C42">
        <w:rPr>
          <w:rFonts w:eastAsia="Times New Roman" w:cs="Times New Roman"/>
          <w:szCs w:val="24"/>
        </w:rPr>
        <w:t xml:space="preserve"> heard from you. An old Army </w:t>
      </w:r>
      <w:proofErr w:type="gramStart"/>
      <w:r w:rsidRPr="00EA7C42">
        <w:rPr>
          <w:rFonts w:eastAsia="Times New Roman" w:cs="Times New Roman"/>
          <w:szCs w:val="24"/>
        </w:rPr>
        <w:t>buddy</w:t>
      </w:r>
      <w:proofErr w:type="gramEnd"/>
      <w:r w:rsidRPr="00EA7C42">
        <w:rPr>
          <w:rFonts w:eastAsia="Times New Roman" w:cs="Times New Roman"/>
          <w:szCs w:val="24"/>
        </w:rPr>
        <w:t xml:space="preserve">. Then last night, a woman called the hospital—said she was with Veteran Wellness Outreach, looking to confirm an address you </w:t>
      </w:r>
      <w:proofErr w:type="gramStart"/>
      <w:r w:rsidRPr="00EA7C42">
        <w:rPr>
          <w:rFonts w:eastAsia="Times New Roman" w:cs="Times New Roman"/>
          <w:szCs w:val="24"/>
        </w:rPr>
        <w:t>might’ve</w:t>
      </w:r>
      <w:proofErr w:type="gramEnd"/>
      <w:r w:rsidRPr="00EA7C42">
        <w:rPr>
          <w:rFonts w:eastAsia="Times New Roman" w:cs="Times New Roman"/>
          <w:szCs w:val="24"/>
        </w:rPr>
        <w:t xml:space="preserve"> used. Sounded too polished.”</w:t>
      </w:r>
    </w:p>
    <w:p w14:paraId="742C1132"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Frank’s jaw tightened.</w:t>
      </w:r>
    </w:p>
    <w:p w14:paraId="599CAC1D"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“They didn’t mention my name?”</w:t>
      </w:r>
    </w:p>
    <w:p w14:paraId="6A83C59A"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“No. Just said you were part of a 'longitudinal reintegration study.' That was the exact phrase.”</w:t>
      </w:r>
    </w:p>
    <w:p w14:paraId="5C408274"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“That's too specific to be random.”</w:t>
      </w:r>
    </w:p>
    <w:p w14:paraId="31D9905B" w14:textId="77777777" w:rsid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Eli reached into his coat again and pulled out a thin black pouch. He unzipped it, revealing a tightly rolled nylon bundle—inside were a stack of twenties and fifties, a prepaid credit card, a flash drive,</w:t>
      </w:r>
    </w:p>
    <w:p w14:paraId="17A3D047"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Eli glanced out the cracked window, then back at Frank.</w:t>
      </w:r>
    </w:p>
    <w:p w14:paraId="0279F3E6"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“You’ll need to be smarter than last time,” he said. “</w:t>
      </w:r>
      <w:proofErr w:type="gramStart"/>
      <w:r w:rsidRPr="00793303">
        <w:rPr>
          <w:rFonts w:eastAsia="Times New Roman" w:cs="Times New Roman"/>
          <w:szCs w:val="24"/>
        </w:rPr>
        <w:t>They’re</w:t>
      </w:r>
      <w:proofErr w:type="gramEnd"/>
      <w:r w:rsidRPr="00793303">
        <w:rPr>
          <w:rFonts w:eastAsia="Times New Roman" w:cs="Times New Roman"/>
          <w:szCs w:val="24"/>
        </w:rPr>
        <w:t xml:space="preserve"> scraping everything—calls, purchases, even license plate reads. </w:t>
      </w:r>
      <w:proofErr w:type="gramStart"/>
      <w:r w:rsidRPr="00793303">
        <w:rPr>
          <w:rFonts w:eastAsia="Times New Roman" w:cs="Times New Roman"/>
          <w:szCs w:val="24"/>
        </w:rPr>
        <w:t>You’re</w:t>
      </w:r>
      <w:proofErr w:type="gramEnd"/>
      <w:r w:rsidRPr="00793303">
        <w:rPr>
          <w:rFonts w:eastAsia="Times New Roman" w:cs="Times New Roman"/>
          <w:szCs w:val="24"/>
        </w:rPr>
        <w:t xml:space="preserve"> a ghost now, or </w:t>
      </w:r>
      <w:proofErr w:type="gramStart"/>
      <w:r w:rsidRPr="00793303">
        <w:rPr>
          <w:rFonts w:eastAsia="Times New Roman" w:cs="Times New Roman"/>
          <w:szCs w:val="24"/>
        </w:rPr>
        <w:t>you’re</w:t>
      </w:r>
      <w:proofErr w:type="gramEnd"/>
      <w:r w:rsidRPr="00793303">
        <w:rPr>
          <w:rFonts w:eastAsia="Times New Roman" w:cs="Times New Roman"/>
          <w:szCs w:val="24"/>
        </w:rPr>
        <w:t xml:space="preserve"> dead.”</w:t>
      </w:r>
    </w:p>
    <w:p w14:paraId="1B8E6DF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nodded and sat on the edge of the bed, assembling the rifle by touch. His hands still knew what to do, even if his mind swirled with uncertainty.</w:t>
      </w:r>
    </w:p>
    <w:p w14:paraId="421CC5A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 xml:space="preserve">“I set something up,” Eli added. “South of here. </w:t>
      </w:r>
      <w:proofErr w:type="gramStart"/>
      <w:r w:rsidRPr="00793303">
        <w:rPr>
          <w:rFonts w:eastAsia="Times New Roman" w:cs="Times New Roman"/>
          <w:szCs w:val="24"/>
        </w:rPr>
        <w:t>Small</w:t>
      </w:r>
      <w:proofErr w:type="gramEnd"/>
      <w:r w:rsidRPr="00793303">
        <w:rPr>
          <w:rFonts w:eastAsia="Times New Roman" w:cs="Times New Roman"/>
          <w:szCs w:val="24"/>
        </w:rPr>
        <w:t xml:space="preserve"> roadside church near Blandford. Back lot. Red vending machine near the </w:t>
      </w:r>
      <w:proofErr w:type="spellStart"/>
      <w:r w:rsidRPr="00793303">
        <w:rPr>
          <w:rFonts w:eastAsia="Times New Roman" w:cs="Times New Roman"/>
          <w:szCs w:val="24"/>
        </w:rPr>
        <w:t>woodline</w:t>
      </w:r>
      <w:proofErr w:type="spellEnd"/>
      <w:r w:rsidRPr="00793303">
        <w:rPr>
          <w:rFonts w:eastAsia="Times New Roman" w:cs="Times New Roman"/>
          <w:szCs w:val="24"/>
        </w:rPr>
        <w:t xml:space="preserve">. I taped a key under the </w:t>
      </w:r>
      <w:proofErr w:type="gramStart"/>
      <w:r w:rsidRPr="00793303">
        <w:rPr>
          <w:rFonts w:eastAsia="Times New Roman" w:cs="Times New Roman"/>
          <w:szCs w:val="24"/>
        </w:rPr>
        <w:t>far right</w:t>
      </w:r>
      <w:proofErr w:type="gramEnd"/>
      <w:r w:rsidRPr="00793303">
        <w:rPr>
          <w:rFonts w:eastAsia="Times New Roman" w:cs="Times New Roman"/>
          <w:szCs w:val="24"/>
        </w:rPr>
        <w:t xml:space="preserve"> corner. Locker in the back—has cash, burner SIMs, first aid, more batteries. If we need to communicate, leave a black rubber band around the base. </w:t>
      </w:r>
      <w:proofErr w:type="gramStart"/>
      <w:r w:rsidRPr="00793303">
        <w:rPr>
          <w:rFonts w:eastAsia="Times New Roman" w:cs="Times New Roman"/>
          <w:szCs w:val="24"/>
        </w:rPr>
        <w:t>I’ll</w:t>
      </w:r>
      <w:proofErr w:type="gramEnd"/>
      <w:r w:rsidRPr="00793303">
        <w:rPr>
          <w:rFonts w:eastAsia="Times New Roman" w:cs="Times New Roman"/>
          <w:szCs w:val="24"/>
        </w:rPr>
        <w:t xml:space="preserve"> check it every third day.”</w:t>
      </w:r>
    </w:p>
    <w:p w14:paraId="64D6891D"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absorbed it all. The church. The key. The drop method. Simple. Old school.</w:t>
      </w:r>
    </w:p>
    <w:p w14:paraId="15571AF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lastRenderedPageBreak/>
        <w:t>“If someone else shows up at that drop before you do, it’s blown,” Frank said.</w:t>
      </w:r>
    </w:p>
    <w:p w14:paraId="49B2521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 xml:space="preserve">“Exactly. You </w:t>
      </w:r>
      <w:proofErr w:type="gramStart"/>
      <w:r w:rsidRPr="00793303">
        <w:rPr>
          <w:rFonts w:eastAsia="Times New Roman" w:cs="Times New Roman"/>
          <w:szCs w:val="24"/>
        </w:rPr>
        <w:t>don’t</w:t>
      </w:r>
      <w:proofErr w:type="gramEnd"/>
      <w:r w:rsidRPr="00793303">
        <w:rPr>
          <w:rFonts w:eastAsia="Times New Roman" w:cs="Times New Roman"/>
          <w:szCs w:val="24"/>
        </w:rPr>
        <w:t xml:space="preserve"> go back. You go dark.”</w:t>
      </w:r>
    </w:p>
    <w:p w14:paraId="5905215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Eli dug into his coat again and pulled out a crumpled envelope.</w:t>
      </w:r>
    </w:p>
    <w:p w14:paraId="34DBE0CA"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w:t>
      </w:r>
      <w:proofErr w:type="gramStart"/>
      <w:r w:rsidRPr="00793303">
        <w:rPr>
          <w:rFonts w:eastAsia="Times New Roman" w:cs="Times New Roman"/>
          <w:szCs w:val="24"/>
        </w:rPr>
        <w:t>There’s</w:t>
      </w:r>
      <w:proofErr w:type="gramEnd"/>
      <w:r w:rsidRPr="00793303">
        <w:rPr>
          <w:rFonts w:eastAsia="Times New Roman" w:cs="Times New Roman"/>
          <w:szCs w:val="24"/>
        </w:rPr>
        <w:t xml:space="preserve"> two thousand in cash. Mixed bills. Use it to stay mobile.”</w:t>
      </w:r>
    </w:p>
    <w:p w14:paraId="724B805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took the envelope and tucked it inside a weatherproof sleeve in his ruck.</w:t>
      </w:r>
    </w:p>
    <w:p w14:paraId="55879D7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Then Eli hesitated, his eyes narrowing.</w:t>
      </w:r>
    </w:p>
    <w:p w14:paraId="4EAFBA1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“Has anyone contacted you?” he asked quietly. “Anyone asking questions?”</w:t>
      </w:r>
    </w:p>
    <w:p w14:paraId="4681D2A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 xml:space="preserve">Frank thought about the last few days. The fake smiles from strangers. </w:t>
      </w:r>
      <w:proofErr w:type="gramStart"/>
      <w:r w:rsidRPr="00793303">
        <w:rPr>
          <w:rFonts w:eastAsia="Times New Roman" w:cs="Times New Roman"/>
          <w:szCs w:val="24"/>
        </w:rPr>
        <w:t>The polite</w:t>
      </w:r>
      <w:proofErr w:type="gramEnd"/>
      <w:r w:rsidRPr="00793303">
        <w:rPr>
          <w:rFonts w:eastAsia="Times New Roman" w:cs="Times New Roman"/>
          <w:szCs w:val="24"/>
        </w:rPr>
        <w:t xml:space="preserve"> interest. A woman in a gas station who lingered too long near his car.</w:t>
      </w:r>
    </w:p>
    <w:p w14:paraId="7D7A23A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“Just shadows,” he replied.</w:t>
      </w:r>
    </w:p>
    <w:p w14:paraId="51B6D49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“I mean anyone who said they were a friend. Or who claimed to be helping.”</w:t>
      </w:r>
    </w:p>
    <w:p w14:paraId="6E05DEA5"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met his eyes.</w:t>
      </w:r>
    </w:p>
    <w:p w14:paraId="723B589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“Why?”</w:t>
      </w:r>
    </w:p>
    <w:p w14:paraId="69C1EA5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“Because someone reached out to me,” Eli said, his voice suddenly low and cautious. “Said they were investigating corruption inside the pre-con system. Wanted info on your time in Afghanistan, your service record. Claimed they were trying to protect you.”</w:t>
      </w:r>
    </w:p>
    <w:p w14:paraId="4F4753C9"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Frank’s jaw clenched.</w:t>
      </w:r>
    </w:p>
    <w:p w14:paraId="7E66137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“You give them anything?”</w:t>
      </w:r>
    </w:p>
    <w:p w14:paraId="2D06C1EF"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 xml:space="preserve">“Not a word,” Eli said. “But I </w:t>
      </w:r>
      <w:proofErr w:type="gramStart"/>
      <w:r w:rsidRPr="00793303">
        <w:rPr>
          <w:rFonts w:eastAsia="Times New Roman" w:cs="Times New Roman"/>
          <w:szCs w:val="24"/>
        </w:rPr>
        <w:t>didn’t</w:t>
      </w:r>
      <w:proofErr w:type="gramEnd"/>
      <w:r w:rsidRPr="00793303">
        <w:rPr>
          <w:rFonts w:eastAsia="Times New Roman" w:cs="Times New Roman"/>
          <w:szCs w:val="24"/>
        </w:rPr>
        <w:t xml:space="preserve"> like the way they spoke. Too polished. Too curious. </w:t>
      </w:r>
      <w:proofErr w:type="gramStart"/>
      <w:r w:rsidRPr="00793303">
        <w:rPr>
          <w:rFonts w:eastAsia="Times New Roman" w:cs="Times New Roman"/>
          <w:szCs w:val="24"/>
        </w:rPr>
        <w:t>Didn’t</w:t>
      </w:r>
      <w:proofErr w:type="gramEnd"/>
      <w:r w:rsidRPr="00793303">
        <w:rPr>
          <w:rFonts w:eastAsia="Times New Roman" w:cs="Times New Roman"/>
          <w:szCs w:val="24"/>
        </w:rPr>
        <w:t xml:space="preserve"> give a name. I traced the number back—burned after one call. DC area.”</w:t>
      </w:r>
    </w:p>
    <w:p w14:paraId="774ABCB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stood again. Pacing.</w:t>
      </w:r>
    </w:p>
    <w:p w14:paraId="0936E95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 xml:space="preserve">“Someone inside the system is pulling strings,” he said. “And now </w:t>
      </w:r>
      <w:proofErr w:type="gramStart"/>
      <w:r w:rsidRPr="00793303">
        <w:rPr>
          <w:rFonts w:eastAsia="Times New Roman" w:cs="Times New Roman"/>
          <w:szCs w:val="24"/>
        </w:rPr>
        <w:t>they’re</w:t>
      </w:r>
      <w:proofErr w:type="gramEnd"/>
      <w:r w:rsidRPr="00793303">
        <w:rPr>
          <w:rFonts w:eastAsia="Times New Roman" w:cs="Times New Roman"/>
          <w:szCs w:val="24"/>
        </w:rPr>
        <w:t xml:space="preserve"> tying off loose ends. I need to find out </w:t>
      </w:r>
      <w:proofErr w:type="gramStart"/>
      <w:r w:rsidRPr="00793303">
        <w:rPr>
          <w:rFonts w:eastAsia="Times New Roman" w:cs="Times New Roman"/>
          <w:szCs w:val="24"/>
        </w:rPr>
        <w:t>who’s</w:t>
      </w:r>
      <w:proofErr w:type="gramEnd"/>
      <w:r w:rsidRPr="00793303">
        <w:rPr>
          <w:rFonts w:eastAsia="Times New Roman" w:cs="Times New Roman"/>
          <w:szCs w:val="24"/>
        </w:rPr>
        <w:t xml:space="preserve"> running the sub-project—the one twisting the AI to make their predictions come true.”</w:t>
      </w:r>
    </w:p>
    <w:p w14:paraId="1AA16F5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“I’ll dig,” Eli said. “Quietly. I know someone in Baltimore—used to work DoD side on threat response modeling. Might still have access.”</w:t>
      </w:r>
    </w:p>
    <w:p w14:paraId="3E38345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nodded.</w:t>
      </w:r>
    </w:p>
    <w:p w14:paraId="0D3BE29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 xml:space="preserve">“And Eli… if anyone contacts you again, anyone… assume </w:t>
      </w:r>
      <w:proofErr w:type="gramStart"/>
      <w:r w:rsidRPr="00793303">
        <w:rPr>
          <w:rFonts w:eastAsia="Times New Roman" w:cs="Times New Roman"/>
          <w:szCs w:val="24"/>
        </w:rPr>
        <w:t>they’re</w:t>
      </w:r>
      <w:proofErr w:type="gramEnd"/>
      <w:r w:rsidRPr="00793303">
        <w:rPr>
          <w:rFonts w:eastAsia="Times New Roman" w:cs="Times New Roman"/>
          <w:szCs w:val="24"/>
        </w:rPr>
        <w:t xml:space="preserve"> compromised. Or worse.”</w:t>
      </w:r>
    </w:p>
    <w:p w14:paraId="4D717D0C"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Eli gave him a solemn nod.</w:t>
      </w:r>
    </w:p>
    <w:p w14:paraId="15D7114D"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w:t>
      </w:r>
      <w:proofErr w:type="gramStart"/>
      <w:r w:rsidRPr="00793303">
        <w:rPr>
          <w:rFonts w:eastAsia="Times New Roman" w:cs="Times New Roman"/>
          <w:szCs w:val="24"/>
        </w:rPr>
        <w:t>I’ll</w:t>
      </w:r>
      <w:proofErr w:type="gramEnd"/>
      <w:r w:rsidRPr="00793303">
        <w:rPr>
          <w:rFonts w:eastAsia="Times New Roman" w:cs="Times New Roman"/>
          <w:szCs w:val="24"/>
        </w:rPr>
        <w:t xml:space="preserve"> be careful. You should be too.”</w:t>
      </w:r>
    </w:p>
    <w:p w14:paraId="76BF659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lastRenderedPageBreak/>
        <w:t>They clasped hands briefly, a soldier’s handshake—grip tight, eyes steady. Then Eli slipped out into the night, disappearing down the stairwell like a shadow into shadows.</w:t>
      </w:r>
    </w:p>
    <w:p w14:paraId="27A8B7DB"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sat alone again in the half-lit room, the scent of stale smoke still clinging to the walls. The faint hum of the canal outside was barely audible over the pounding in his chest.</w:t>
      </w:r>
    </w:p>
    <w:p w14:paraId="0EA2255A"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He slid the rifle into the MOLLE sheath on the inside of his pack, cinched the straps tight, and adjusted the sling. His rig was ready.</w:t>
      </w:r>
    </w:p>
    <w:p w14:paraId="7D7FAA89"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They had tried to make him the villain. A case study. A weaponized self-fulfilling prophecy.</w:t>
      </w:r>
    </w:p>
    <w:p w14:paraId="25BE367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Now he was going to trace it back—to the source.</w:t>
      </w:r>
    </w:p>
    <w:p w14:paraId="0D3D48D5"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Whoever they were… whatever they were running…</w:t>
      </w:r>
    </w:p>
    <w:p w14:paraId="031FCAAE" w14:textId="77777777" w:rsidR="00793303" w:rsidRPr="00793303" w:rsidRDefault="00793303" w:rsidP="00793303">
      <w:pPr>
        <w:spacing w:before="100" w:beforeAutospacing="1" w:after="100" w:afterAutospacing="1"/>
        <w:rPr>
          <w:rFonts w:eastAsia="Times New Roman" w:cs="Times New Roman"/>
          <w:szCs w:val="24"/>
        </w:rPr>
      </w:pPr>
      <w:proofErr w:type="gramStart"/>
      <w:r w:rsidRPr="00793303">
        <w:rPr>
          <w:rFonts w:eastAsia="Times New Roman" w:cs="Times New Roman"/>
          <w:szCs w:val="24"/>
        </w:rPr>
        <w:t>They’d</w:t>
      </w:r>
      <w:proofErr w:type="gramEnd"/>
      <w:r w:rsidRPr="00793303">
        <w:rPr>
          <w:rFonts w:eastAsia="Times New Roman" w:cs="Times New Roman"/>
          <w:szCs w:val="24"/>
        </w:rPr>
        <w:t xml:space="preserve"> chosen the wrong man.</w:t>
      </w:r>
    </w:p>
    <w:p w14:paraId="4EA890A8" w14:textId="77777777" w:rsidR="00494262" w:rsidRPr="00494262" w:rsidRDefault="00494262" w:rsidP="00494262">
      <w:pPr>
        <w:spacing w:before="100" w:beforeAutospacing="1" w:after="100" w:afterAutospacing="1"/>
        <w:outlineLvl w:val="2"/>
        <w:rPr>
          <w:rFonts w:eastAsia="Times New Roman" w:cs="Times New Roman"/>
          <w:b/>
          <w:bCs/>
          <w:sz w:val="27"/>
          <w:szCs w:val="27"/>
        </w:rPr>
      </w:pPr>
      <w:r w:rsidRPr="00494262">
        <w:rPr>
          <w:rFonts w:eastAsia="Times New Roman" w:cs="Times New Roman"/>
          <w:b/>
          <w:bCs/>
          <w:sz w:val="27"/>
          <w:szCs w:val="27"/>
        </w:rPr>
        <w:t>Chapter 4 – The Tightening Noose</w:t>
      </w:r>
    </w:p>
    <w:p w14:paraId="33C25945"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The gear was heavier than he remembered. Or </w:t>
      </w:r>
      <w:proofErr w:type="gramStart"/>
      <w:r w:rsidRPr="00494262">
        <w:rPr>
          <w:rFonts w:eastAsia="Times New Roman" w:cs="Times New Roman"/>
          <w:szCs w:val="24"/>
        </w:rPr>
        <w:t>maybe it</w:t>
      </w:r>
      <w:proofErr w:type="gramEnd"/>
      <w:r w:rsidRPr="00494262">
        <w:rPr>
          <w:rFonts w:eastAsia="Times New Roman" w:cs="Times New Roman"/>
          <w:szCs w:val="24"/>
        </w:rPr>
        <w:t xml:space="preserve"> was just that he was out of practice—too long behind a desk, too far from war zones. Frank Marino tightened the cinch strap on his pack and adjusted the weight so the suppressed rifle </w:t>
      </w:r>
      <w:proofErr w:type="gramStart"/>
      <w:r w:rsidRPr="00494262">
        <w:rPr>
          <w:rFonts w:eastAsia="Times New Roman" w:cs="Times New Roman"/>
          <w:szCs w:val="24"/>
        </w:rPr>
        <w:t>didn’t</w:t>
      </w:r>
      <w:proofErr w:type="gramEnd"/>
      <w:r w:rsidRPr="00494262">
        <w:rPr>
          <w:rFonts w:eastAsia="Times New Roman" w:cs="Times New Roman"/>
          <w:szCs w:val="24"/>
        </w:rPr>
        <w:t xml:space="preserve"> jab into his ribs. He slid it into place using the MOLLE webbing sewn into the side of the go bag, a system </w:t>
      </w:r>
      <w:proofErr w:type="gramStart"/>
      <w:r w:rsidRPr="00494262">
        <w:rPr>
          <w:rFonts w:eastAsia="Times New Roman" w:cs="Times New Roman"/>
          <w:szCs w:val="24"/>
        </w:rPr>
        <w:t>he’d</w:t>
      </w:r>
      <w:proofErr w:type="gramEnd"/>
      <w:r w:rsidRPr="00494262">
        <w:rPr>
          <w:rFonts w:eastAsia="Times New Roman" w:cs="Times New Roman"/>
          <w:szCs w:val="24"/>
        </w:rPr>
        <w:t xml:space="preserve"> trusted during a dozen deployments and half as </w:t>
      </w:r>
      <w:proofErr w:type="gramStart"/>
      <w:r w:rsidRPr="00494262">
        <w:rPr>
          <w:rFonts w:eastAsia="Times New Roman" w:cs="Times New Roman"/>
          <w:szCs w:val="24"/>
        </w:rPr>
        <w:t>many</w:t>
      </w:r>
      <w:proofErr w:type="gramEnd"/>
      <w:r w:rsidRPr="00494262">
        <w:rPr>
          <w:rFonts w:eastAsia="Times New Roman" w:cs="Times New Roman"/>
          <w:szCs w:val="24"/>
        </w:rPr>
        <w:t xml:space="preserve"> hasty escapes. The pack was an old Special Forces ruck, repurposed for a quieter kind of war now.</w:t>
      </w:r>
    </w:p>
    <w:p w14:paraId="41E7768C"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It was the kind of bag you grabbed when the world stopped making sense.</w:t>
      </w:r>
    </w:p>
    <w:p w14:paraId="67BBA17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He moved like a ghost along the Taconic ridgeline, stepping carefully through thickets of pine and wet undergrowth. The foothills west of the Hudson Valley were second nature to him—places </w:t>
      </w:r>
      <w:proofErr w:type="gramStart"/>
      <w:r w:rsidRPr="00494262">
        <w:rPr>
          <w:rFonts w:eastAsia="Times New Roman" w:cs="Times New Roman"/>
          <w:szCs w:val="24"/>
        </w:rPr>
        <w:t>he’d</w:t>
      </w:r>
      <w:proofErr w:type="gramEnd"/>
      <w:r w:rsidRPr="00494262">
        <w:rPr>
          <w:rFonts w:eastAsia="Times New Roman" w:cs="Times New Roman"/>
          <w:szCs w:val="24"/>
        </w:rPr>
        <w:t xml:space="preserve"> hunted in as a teenager, long before the war, long before the surveillance state. They </w:t>
      </w:r>
      <w:proofErr w:type="gramStart"/>
      <w:r w:rsidRPr="00494262">
        <w:rPr>
          <w:rFonts w:eastAsia="Times New Roman" w:cs="Times New Roman"/>
          <w:szCs w:val="24"/>
        </w:rPr>
        <w:t>hadn’t</w:t>
      </w:r>
      <w:proofErr w:type="gramEnd"/>
      <w:r w:rsidRPr="00494262">
        <w:rPr>
          <w:rFonts w:eastAsia="Times New Roman" w:cs="Times New Roman"/>
          <w:szCs w:val="24"/>
        </w:rPr>
        <w:t xml:space="preserve"> found him yet. But they would.</w:t>
      </w:r>
    </w:p>
    <w:p w14:paraId="242E2C72"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Frank stopped to catch his breath near a fallen log and crouched low, scanning the horizon. His suppressed rifle was light but purpose-built: short-barrel, flat-dark earth </w:t>
      </w:r>
      <w:proofErr w:type="spellStart"/>
      <w:r w:rsidRPr="00494262">
        <w:rPr>
          <w:rFonts w:eastAsia="Times New Roman" w:cs="Times New Roman"/>
          <w:szCs w:val="24"/>
        </w:rPr>
        <w:t>Cerakote</w:t>
      </w:r>
      <w:proofErr w:type="spellEnd"/>
      <w:r w:rsidRPr="00494262">
        <w:rPr>
          <w:rFonts w:eastAsia="Times New Roman" w:cs="Times New Roman"/>
          <w:szCs w:val="24"/>
        </w:rPr>
        <w:t xml:space="preserve">, chambered in 5.56, accessorized with a Troy flip-up sight set and a compact red dot. The sling tucked it close to the bag when stowed, making it </w:t>
      </w:r>
      <w:proofErr w:type="gramStart"/>
      <w:r w:rsidRPr="00494262">
        <w:rPr>
          <w:rFonts w:eastAsia="Times New Roman" w:cs="Times New Roman"/>
          <w:szCs w:val="24"/>
        </w:rPr>
        <w:t>nearly invisible</w:t>
      </w:r>
      <w:proofErr w:type="gramEnd"/>
      <w:r w:rsidRPr="00494262">
        <w:rPr>
          <w:rFonts w:eastAsia="Times New Roman" w:cs="Times New Roman"/>
          <w:szCs w:val="24"/>
        </w:rPr>
        <w:t xml:space="preserve"> unless you knew what to look for. The suppressor had come from Yankee Hill Machine out of nearby Easthampton—an old connection. Everything about the setup screamed experience, not aggression. But the system </w:t>
      </w:r>
      <w:proofErr w:type="gramStart"/>
      <w:r w:rsidRPr="00494262">
        <w:rPr>
          <w:rFonts w:eastAsia="Times New Roman" w:cs="Times New Roman"/>
          <w:szCs w:val="24"/>
        </w:rPr>
        <w:t>didn’t</w:t>
      </w:r>
      <w:proofErr w:type="gramEnd"/>
      <w:r w:rsidRPr="00494262">
        <w:rPr>
          <w:rFonts w:eastAsia="Times New Roman" w:cs="Times New Roman"/>
          <w:szCs w:val="24"/>
        </w:rPr>
        <w:t xml:space="preserve"> care.</w:t>
      </w:r>
    </w:p>
    <w:p w14:paraId="1A6BDF91"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What haunted him </w:t>
      </w:r>
      <w:proofErr w:type="gramStart"/>
      <w:r w:rsidRPr="00494262">
        <w:rPr>
          <w:rFonts w:eastAsia="Times New Roman" w:cs="Times New Roman"/>
          <w:szCs w:val="24"/>
        </w:rPr>
        <w:t>wasn’t</w:t>
      </w:r>
      <w:proofErr w:type="gramEnd"/>
      <w:r w:rsidRPr="00494262">
        <w:rPr>
          <w:rFonts w:eastAsia="Times New Roman" w:cs="Times New Roman"/>
          <w:szCs w:val="24"/>
        </w:rPr>
        <w:t xml:space="preserve"> just the image, though that alone was damning: his face caught mid-stride near Court Square in Springfield, expression tense, a crowd surging behind him. The rally had broken apart fast—teargas, flashbangs, an unmarked van screeching through a barricade. And then the picture. Out of context, perfectly framed. </w:t>
      </w:r>
      <w:proofErr w:type="gramStart"/>
      <w:r w:rsidRPr="00494262">
        <w:rPr>
          <w:rFonts w:eastAsia="Times New Roman" w:cs="Times New Roman"/>
          <w:szCs w:val="24"/>
        </w:rPr>
        <w:t>He’d</w:t>
      </w:r>
      <w:proofErr w:type="gramEnd"/>
      <w:r w:rsidRPr="00494262">
        <w:rPr>
          <w:rFonts w:eastAsia="Times New Roman" w:cs="Times New Roman"/>
          <w:szCs w:val="24"/>
        </w:rPr>
        <w:t xml:space="preserve"> left before the riot peaked. No </w:t>
      </w:r>
      <w:proofErr w:type="gramStart"/>
      <w:r w:rsidRPr="00494262">
        <w:rPr>
          <w:rFonts w:eastAsia="Times New Roman" w:cs="Times New Roman"/>
          <w:szCs w:val="24"/>
        </w:rPr>
        <w:t>cops</w:t>
      </w:r>
      <w:proofErr w:type="gramEnd"/>
      <w:r w:rsidRPr="00494262">
        <w:rPr>
          <w:rFonts w:eastAsia="Times New Roman" w:cs="Times New Roman"/>
          <w:szCs w:val="24"/>
        </w:rPr>
        <w:t xml:space="preserve"> questioned him. No one stopped him.</w:t>
      </w:r>
    </w:p>
    <w:p w14:paraId="376C827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But someone had taken that picture.</w:t>
      </w:r>
    </w:p>
    <w:p w14:paraId="58D5B8F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And now the algorithms had done the rest. Pre-Conviction flagged him at 89.7%. High enough to bypass due process. High enough to lose his name, his credit, his legal status. High enough to </w:t>
      </w:r>
      <w:proofErr w:type="gramStart"/>
      <w:r w:rsidRPr="00494262">
        <w:rPr>
          <w:rFonts w:eastAsia="Times New Roman" w:cs="Times New Roman"/>
          <w:szCs w:val="24"/>
        </w:rPr>
        <w:t>be hunted</w:t>
      </w:r>
      <w:proofErr w:type="gramEnd"/>
      <w:r w:rsidRPr="00494262">
        <w:rPr>
          <w:rFonts w:eastAsia="Times New Roman" w:cs="Times New Roman"/>
          <w:szCs w:val="24"/>
        </w:rPr>
        <w:t>.</w:t>
      </w:r>
    </w:p>
    <w:p w14:paraId="1A25BC3E"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What made it </w:t>
      </w:r>
      <w:proofErr w:type="gramStart"/>
      <w:r w:rsidRPr="00494262">
        <w:rPr>
          <w:rFonts w:eastAsia="Times New Roman" w:cs="Times New Roman"/>
          <w:szCs w:val="24"/>
        </w:rPr>
        <w:t>worse—what twisted the knife—</w:t>
      </w:r>
      <w:proofErr w:type="gramEnd"/>
      <w:r w:rsidRPr="00494262">
        <w:rPr>
          <w:rFonts w:eastAsia="Times New Roman" w:cs="Times New Roman"/>
          <w:szCs w:val="24"/>
        </w:rPr>
        <w:t xml:space="preserve">was that he </w:t>
      </w:r>
      <w:proofErr w:type="gramStart"/>
      <w:r w:rsidRPr="00494262">
        <w:rPr>
          <w:rFonts w:eastAsia="Times New Roman" w:cs="Times New Roman"/>
          <w:szCs w:val="24"/>
        </w:rPr>
        <w:t>hadn’t</w:t>
      </w:r>
      <w:proofErr w:type="gramEnd"/>
      <w:r w:rsidRPr="00494262">
        <w:rPr>
          <w:rFonts w:eastAsia="Times New Roman" w:cs="Times New Roman"/>
          <w:szCs w:val="24"/>
        </w:rPr>
        <w:t xml:space="preserve"> gone to see the protest at all. </w:t>
      </w:r>
      <w:proofErr w:type="gramStart"/>
      <w:r w:rsidRPr="00494262">
        <w:rPr>
          <w:rFonts w:eastAsia="Times New Roman" w:cs="Times New Roman"/>
          <w:szCs w:val="24"/>
        </w:rPr>
        <w:t>He’d</w:t>
      </w:r>
      <w:proofErr w:type="gramEnd"/>
      <w:r w:rsidRPr="00494262">
        <w:rPr>
          <w:rFonts w:eastAsia="Times New Roman" w:cs="Times New Roman"/>
          <w:szCs w:val="24"/>
        </w:rPr>
        <w:t xml:space="preserve"> gone to meet someone. Rachel Deane. The last person on </w:t>
      </w:r>
      <w:proofErr w:type="gramStart"/>
      <w:r w:rsidRPr="00494262">
        <w:rPr>
          <w:rFonts w:eastAsia="Times New Roman" w:cs="Times New Roman"/>
          <w:szCs w:val="24"/>
        </w:rPr>
        <w:t>earth he</w:t>
      </w:r>
      <w:proofErr w:type="gramEnd"/>
      <w:r w:rsidRPr="00494262">
        <w:rPr>
          <w:rFonts w:eastAsia="Times New Roman" w:cs="Times New Roman"/>
          <w:szCs w:val="24"/>
        </w:rPr>
        <w:t xml:space="preserve"> </w:t>
      </w:r>
      <w:proofErr w:type="gramStart"/>
      <w:r w:rsidRPr="00494262">
        <w:rPr>
          <w:rFonts w:eastAsia="Times New Roman" w:cs="Times New Roman"/>
          <w:szCs w:val="24"/>
        </w:rPr>
        <w:t>might’ve</w:t>
      </w:r>
      <w:proofErr w:type="gramEnd"/>
      <w:r w:rsidRPr="00494262">
        <w:rPr>
          <w:rFonts w:eastAsia="Times New Roman" w:cs="Times New Roman"/>
          <w:szCs w:val="24"/>
        </w:rPr>
        <w:t xml:space="preserve"> trusted.</w:t>
      </w:r>
    </w:p>
    <w:p w14:paraId="34B34834"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lastRenderedPageBreak/>
        <w:t xml:space="preserve">She had messaged him out of nowhere two days before. A secure channel. Encrypted. She said she needed to see him, that it was personal. That she </w:t>
      </w:r>
      <w:proofErr w:type="gramStart"/>
      <w:r w:rsidRPr="00494262">
        <w:rPr>
          <w:rFonts w:eastAsia="Times New Roman" w:cs="Times New Roman"/>
          <w:szCs w:val="24"/>
        </w:rPr>
        <w:t>couldn’t</w:t>
      </w:r>
      <w:proofErr w:type="gramEnd"/>
      <w:r w:rsidRPr="00494262">
        <w:rPr>
          <w:rFonts w:eastAsia="Times New Roman" w:cs="Times New Roman"/>
          <w:szCs w:val="24"/>
        </w:rPr>
        <w:t xml:space="preserve"> talk over a line. They </w:t>
      </w:r>
      <w:proofErr w:type="gramStart"/>
      <w:r w:rsidRPr="00494262">
        <w:rPr>
          <w:rFonts w:eastAsia="Times New Roman" w:cs="Times New Roman"/>
          <w:szCs w:val="24"/>
        </w:rPr>
        <w:t>had history—</w:t>
      </w:r>
      <w:proofErr w:type="gramEnd"/>
      <w:r w:rsidRPr="00494262">
        <w:rPr>
          <w:rFonts w:eastAsia="Times New Roman" w:cs="Times New Roman"/>
          <w:szCs w:val="24"/>
        </w:rPr>
        <w:t xml:space="preserve">a long, messy history that stretched back to Kandahar, to a time when he still believed in missions. </w:t>
      </w:r>
      <w:proofErr w:type="gramStart"/>
      <w:r w:rsidRPr="00494262">
        <w:rPr>
          <w:rFonts w:eastAsia="Times New Roman" w:cs="Times New Roman"/>
          <w:szCs w:val="24"/>
        </w:rPr>
        <w:t>She’d</w:t>
      </w:r>
      <w:proofErr w:type="gramEnd"/>
      <w:r w:rsidRPr="00494262">
        <w:rPr>
          <w:rFonts w:eastAsia="Times New Roman" w:cs="Times New Roman"/>
          <w:szCs w:val="24"/>
        </w:rPr>
        <w:t xml:space="preserve"> </w:t>
      </w:r>
      <w:proofErr w:type="gramStart"/>
      <w:r w:rsidRPr="00494262">
        <w:rPr>
          <w:rFonts w:eastAsia="Times New Roman" w:cs="Times New Roman"/>
          <w:szCs w:val="24"/>
        </w:rPr>
        <w:t>been embedded</w:t>
      </w:r>
      <w:proofErr w:type="gramEnd"/>
      <w:r w:rsidRPr="00494262">
        <w:rPr>
          <w:rFonts w:eastAsia="Times New Roman" w:cs="Times New Roman"/>
          <w:szCs w:val="24"/>
        </w:rPr>
        <w:t xml:space="preserve"> then, an internet journalist with an instinct for chaos and truth. </w:t>
      </w:r>
      <w:proofErr w:type="gramStart"/>
      <w:r w:rsidRPr="00494262">
        <w:rPr>
          <w:rFonts w:eastAsia="Times New Roman" w:cs="Times New Roman"/>
          <w:szCs w:val="24"/>
        </w:rPr>
        <w:t>They’d</w:t>
      </w:r>
      <w:proofErr w:type="gramEnd"/>
      <w:r w:rsidRPr="00494262">
        <w:rPr>
          <w:rFonts w:eastAsia="Times New Roman" w:cs="Times New Roman"/>
          <w:szCs w:val="24"/>
        </w:rPr>
        <w:t xml:space="preserve"> fallen hard. It ended harder.</w:t>
      </w:r>
    </w:p>
    <w:p w14:paraId="5CE5B6C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Her message said she wanted to clear the air. To explain things. To tell him why she left the way she had. </w:t>
      </w:r>
      <w:proofErr w:type="gramStart"/>
      <w:r w:rsidRPr="00494262">
        <w:rPr>
          <w:rFonts w:eastAsia="Times New Roman" w:cs="Times New Roman"/>
          <w:szCs w:val="24"/>
        </w:rPr>
        <w:t>So</w:t>
      </w:r>
      <w:proofErr w:type="gramEnd"/>
      <w:r w:rsidRPr="00494262">
        <w:rPr>
          <w:rFonts w:eastAsia="Times New Roman" w:cs="Times New Roman"/>
          <w:szCs w:val="24"/>
        </w:rPr>
        <w:t xml:space="preserve"> Frank had agreed, reluctantly, to meet in Springfield, outside Café Lebanon, right near Court Square.</w:t>
      </w:r>
    </w:p>
    <w:p w14:paraId="73A1B97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She never </w:t>
      </w:r>
      <w:proofErr w:type="gramStart"/>
      <w:r w:rsidRPr="00494262">
        <w:rPr>
          <w:rFonts w:eastAsia="Times New Roman" w:cs="Times New Roman"/>
          <w:szCs w:val="24"/>
        </w:rPr>
        <w:t>showed</w:t>
      </w:r>
      <w:proofErr w:type="gramEnd"/>
      <w:r w:rsidRPr="00494262">
        <w:rPr>
          <w:rFonts w:eastAsia="Times New Roman" w:cs="Times New Roman"/>
          <w:szCs w:val="24"/>
        </w:rPr>
        <w:t>.</w:t>
      </w:r>
    </w:p>
    <w:p w14:paraId="1E5628BC"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But the riot did.</w:t>
      </w:r>
    </w:p>
    <w:p w14:paraId="6A6587D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He stayed in the crowd for less than three minutes. Then he walked. Calm, deliberate, just as </w:t>
      </w:r>
      <w:proofErr w:type="gramStart"/>
      <w:r w:rsidRPr="00494262">
        <w:rPr>
          <w:rFonts w:eastAsia="Times New Roman" w:cs="Times New Roman"/>
          <w:szCs w:val="24"/>
        </w:rPr>
        <w:t>he’d</w:t>
      </w:r>
      <w:proofErr w:type="gramEnd"/>
      <w:r w:rsidRPr="00494262">
        <w:rPr>
          <w:rFonts w:eastAsia="Times New Roman" w:cs="Times New Roman"/>
          <w:szCs w:val="24"/>
        </w:rPr>
        <w:t xml:space="preserve"> </w:t>
      </w:r>
      <w:proofErr w:type="gramStart"/>
      <w:r w:rsidRPr="00494262">
        <w:rPr>
          <w:rFonts w:eastAsia="Times New Roman" w:cs="Times New Roman"/>
          <w:szCs w:val="24"/>
        </w:rPr>
        <w:t>been trained</w:t>
      </w:r>
      <w:proofErr w:type="gramEnd"/>
      <w:r w:rsidRPr="00494262">
        <w:rPr>
          <w:rFonts w:eastAsia="Times New Roman" w:cs="Times New Roman"/>
          <w:szCs w:val="24"/>
        </w:rPr>
        <w:t xml:space="preserve">. He </w:t>
      </w:r>
      <w:proofErr w:type="gramStart"/>
      <w:r w:rsidRPr="00494262">
        <w:rPr>
          <w:rFonts w:eastAsia="Times New Roman" w:cs="Times New Roman"/>
          <w:szCs w:val="24"/>
        </w:rPr>
        <w:t>didn’t</w:t>
      </w:r>
      <w:proofErr w:type="gramEnd"/>
      <w:r w:rsidRPr="00494262">
        <w:rPr>
          <w:rFonts w:eastAsia="Times New Roman" w:cs="Times New Roman"/>
          <w:szCs w:val="24"/>
        </w:rPr>
        <w:t xml:space="preserve"> know yet that those three minutes had </w:t>
      </w:r>
      <w:proofErr w:type="gramStart"/>
      <w:r w:rsidRPr="00494262">
        <w:rPr>
          <w:rFonts w:eastAsia="Times New Roman" w:cs="Times New Roman"/>
          <w:szCs w:val="24"/>
        </w:rPr>
        <w:t>been curated</w:t>
      </w:r>
      <w:proofErr w:type="gramEnd"/>
      <w:r w:rsidRPr="00494262">
        <w:rPr>
          <w:rFonts w:eastAsia="Times New Roman" w:cs="Times New Roman"/>
          <w:szCs w:val="24"/>
        </w:rPr>
        <w:t>, filmed, and fed into a machine already primed to condemn him.</w:t>
      </w:r>
    </w:p>
    <w:p w14:paraId="5419314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truth was, Frank had been carrying markers for years: a military record with combat trauma. Tattoos in foreign dialects. Attendance at three gun shows in the last year. Ownership of a now-banned rifle. An expunged bar fight from 2011. All of it data. All of it points in a predictive model designed to measure likelihood.</w:t>
      </w:r>
    </w:p>
    <w:p w14:paraId="65833E89"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Someone had pulled those threads together. Not by accident. The machine </w:t>
      </w:r>
      <w:proofErr w:type="gramStart"/>
      <w:r w:rsidRPr="00494262">
        <w:rPr>
          <w:rFonts w:eastAsia="Times New Roman" w:cs="Times New Roman"/>
          <w:szCs w:val="24"/>
        </w:rPr>
        <w:t>didn't</w:t>
      </w:r>
      <w:proofErr w:type="gramEnd"/>
      <w:r w:rsidRPr="00494262">
        <w:rPr>
          <w:rFonts w:eastAsia="Times New Roman" w:cs="Times New Roman"/>
          <w:szCs w:val="24"/>
        </w:rPr>
        <w:t xml:space="preserve"> make </w:t>
      </w:r>
      <w:proofErr w:type="gramStart"/>
      <w:r w:rsidRPr="00494262">
        <w:rPr>
          <w:rFonts w:eastAsia="Times New Roman" w:cs="Times New Roman"/>
          <w:szCs w:val="24"/>
        </w:rPr>
        <w:t>assumptions—it</w:t>
      </w:r>
      <w:proofErr w:type="gramEnd"/>
      <w:r w:rsidRPr="00494262">
        <w:rPr>
          <w:rFonts w:eastAsia="Times New Roman" w:cs="Times New Roman"/>
          <w:szCs w:val="24"/>
        </w:rPr>
        <w:t xml:space="preserve"> followed instructions. And someone had told it what to find.</w:t>
      </w:r>
    </w:p>
    <w:p w14:paraId="7703094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Frank emerged from the tree line and scanned the valley below. No drones. No patrols. He crouched low and pulled out the burner phone—wiped twice and barely usable. A single message blinked: "You're not crazy. Go to Locker 9</w:t>
      </w:r>
      <w:proofErr w:type="gramStart"/>
      <w:r w:rsidRPr="00494262">
        <w:rPr>
          <w:rFonts w:eastAsia="Times New Roman" w:cs="Times New Roman"/>
          <w:szCs w:val="24"/>
        </w:rPr>
        <w:t>A. —S"</w:t>
      </w:r>
      <w:proofErr w:type="gramEnd"/>
    </w:p>
    <w:p w14:paraId="4A86C34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He stared at it. No sender ID. No signal trace.</w:t>
      </w:r>
    </w:p>
    <w:p w14:paraId="2EFE4B58"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Someone was watching. Someone who knew. And maybe—just maybe—they were on his side.</w:t>
      </w:r>
    </w:p>
    <w:p w14:paraId="6C9D2C8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He shouldered the pack and moved south, toward the town where his friend Jake still worked the night shift at Berkshire Medical. He needed supplies. He needed time. But more than that, he needed to know </w:t>
      </w:r>
      <w:proofErr w:type="gramStart"/>
      <w:r w:rsidRPr="00494262">
        <w:rPr>
          <w:rFonts w:eastAsia="Times New Roman" w:cs="Times New Roman"/>
          <w:szCs w:val="24"/>
        </w:rPr>
        <w:t>what the hell</w:t>
      </w:r>
      <w:proofErr w:type="gramEnd"/>
      <w:r w:rsidRPr="00494262">
        <w:rPr>
          <w:rFonts w:eastAsia="Times New Roman" w:cs="Times New Roman"/>
          <w:szCs w:val="24"/>
        </w:rPr>
        <w:t xml:space="preserve"> was going on.</w:t>
      </w:r>
    </w:p>
    <w:p w14:paraId="64C34FA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And why </w:t>
      </w:r>
      <w:proofErr w:type="gramStart"/>
      <w:r w:rsidRPr="00494262">
        <w:rPr>
          <w:rFonts w:eastAsia="Times New Roman" w:cs="Times New Roman"/>
          <w:szCs w:val="24"/>
        </w:rPr>
        <w:t>they’d</w:t>
      </w:r>
      <w:proofErr w:type="gramEnd"/>
      <w:r w:rsidRPr="00494262">
        <w:rPr>
          <w:rFonts w:eastAsia="Times New Roman" w:cs="Times New Roman"/>
          <w:szCs w:val="24"/>
        </w:rPr>
        <w:t xml:space="preserve"> chosen </w:t>
      </w:r>
      <w:r w:rsidRPr="00494262">
        <w:rPr>
          <w:rFonts w:eastAsia="Times New Roman" w:cs="Times New Roman"/>
          <w:i/>
          <w:iCs/>
          <w:szCs w:val="24"/>
        </w:rPr>
        <w:t>him</w:t>
      </w:r>
      <w:r w:rsidRPr="00494262">
        <w:rPr>
          <w:rFonts w:eastAsia="Times New Roman" w:cs="Times New Roman"/>
          <w:szCs w:val="24"/>
        </w:rPr>
        <w:t>.</w:t>
      </w:r>
    </w:p>
    <w:p w14:paraId="33D299B2" w14:textId="77777777" w:rsidR="00494262" w:rsidRPr="00494262" w:rsidRDefault="002010FF" w:rsidP="00494262">
      <w:pPr>
        <w:rPr>
          <w:rFonts w:eastAsia="Times New Roman" w:cs="Times New Roman"/>
          <w:szCs w:val="24"/>
        </w:rPr>
      </w:pPr>
      <w:r>
        <w:rPr>
          <w:rFonts w:eastAsia="Times New Roman" w:cs="Times New Roman"/>
          <w:szCs w:val="24"/>
        </w:rPr>
        <w:pict w14:anchorId="411416C6">
          <v:rect id="_x0000_i1032" style="width:0;height:1.5pt" o:hralign="center" o:hrstd="t" o:hr="t" fillcolor="#a0a0a0" stroked="f"/>
        </w:pict>
      </w:r>
    </w:p>
    <w:p w14:paraId="315F2312"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Elsewhere – D.C.</w:t>
      </w:r>
    </w:p>
    <w:p w14:paraId="29D1487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Back in Washington, the political machine was gearing up for the next phase. It </w:t>
      </w:r>
      <w:proofErr w:type="gramStart"/>
      <w:r w:rsidRPr="00494262">
        <w:rPr>
          <w:rFonts w:eastAsia="Times New Roman" w:cs="Times New Roman"/>
          <w:szCs w:val="24"/>
        </w:rPr>
        <w:t>wasn’t</w:t>
      </w:r>
      <w:proofErr w:type="gramEnd"/>
      <w:r w:rsidRPr="00494262">
        <w:rPr>
          <w:rFonts w:eastAsia="Times New Roman" w:cs="Times New Roman"/>
          <w:szCs w:val="24"/>
        </w:rPr>
        <w:t xml:space="preserve"> </w:t>
      </w:r>
      <w:proofErr w:type="gramStart"/>
      <w:r w:rsidRPr="00494262">
        <w:rPr>
          <w:rFonts w:eastAsia="Times New Roman" w:cs="Times New Roman"/>
          <w:szCs w:val="24"/>
        </w:rPr>
        <w:t>just about catching</w:t>
      </w:r>
      <w:proofErr w:type="gramEnd"/>
      <w:r w:rsidRPr="00494262">
        <w:rPr>
          <w:rFonts w:eastAsia="Times New Roman" w:cs="Times New Roman"/>
          <w:szCs w:val="24"/>
        </w:rPr>
        <w:t xml:space="preserve"> Frank Marino anymore. It was about making sure everyone understood the power of the pre-convict system.</w:t>
      </w:r>
    </w:p>
    <w:p w14:paraId="5CD6291D"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Roth, Wentworth, and Huxley were in full coordination. The spin was rolling out with military precision. Public trust in the system was at an all-time high, and Frank’s case had become a rallying cry for supporters of the government program.</w:t>
      </w:r>
    </w:p>
    <w:p w14:paraId="1EF4319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The local investigator in Stockbridge received a directive to ensure that all official narratives painted Frank as a growing threat. In </w:t>
      </w:r>
      <w:proofErr w:type="gramStart"/>
      <w:r w:rsidRPr="00494262">
        <w:rPr>
          <w:rFonts w:eastAsia="Times New Roman" w:cs="Times New Roman"/>
          <w:szCs w:val="24"/>
        </w:rPr>
        <w:t>a few</w:t>
      </w:r>
      <w:proofErr w:type="gramEnd"/>
      <w:r w:rsidRPr="00494262">
        <w:rPr>
          <w:rFonts w:eastAsia="Times New Roman" w:cs="Times New Roman"/>
          <w:szCs w:val="24"/>
        </w:rPr>
        <w:t xml:space="preserve"> days, the </w:t>
      </w:r>
      <w:proofErr w:type="gramStart"/>
      <w:r w:rsidRPr="00494262">
        <w:rPr>
          <w:rFonts w:eastAsia="Times New Roman" w:cs="Times New Roman"/>
          <w:szCs w:val="24"/>
        </w:rPr>
        <w:t>manhunt</w:t>
      </w:r>
      <w:proofErr w:type="gramEnd"/>
      <w:r w:rsidRPr="00494262">
        <w:rPr>
          <w:rFonts w:eastAsia="Times New Roman" w:cs="Times New Roman"/>
          <w:szCs w:val="24"/>
        </w:rPr>
        <w:t xml:space="preserve"> would escalate, and the pressure would mount on everyone involved. But for now, all they could do was watch and wait.</w:t>
      </w:r>
    </w:p>
    <w:p w14:paraId="191FA249"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lastRenderedPageBreak/>
        <w:t>At that very moment, after Frank left Jake’s place, a notification flashed on the screen of the burner phone. Cold and clinical.</w:t>
      </w:r>
    </w:p>
    <w:p w14:paraId="6DA18CF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Pre-Conviction Trial Date Scheduled:</w:t>
      </w:r>
      <w:r w:rsidRPr="00494262">
        <w:rPr>
          <w:rFonts w:eastAsia="Times New Roman" w:cs="Times New Roman"/>
          <w:szCs w:val="24"/>
        </w:rPr>
        <w:t xml:space="preserve"> Date: August 30, 2025</w:t>
      </w:r>
      <w:r w:rsidRPr="00494262">
        <w:rPr>
          <w:rFonts w:eastAsia="Times New Roman" w:cs="Times New Roman"/>
          <w:szCs w:val="24"/>
        </w:rPr>
        <w:br/>
        <w:t>Location: Federal District Court, Washington, D.C.</w:t>
      </w:r>
      <w:r w:rsidRPr="00494262">
        <w:rPr>
          <w:rFonts w:eastAsia="Times New Roman" w:cs="Times New Roman"/>
          <w:szCs w:val="24"/>
        </w:rPr>
        <w:br/>
        <w:t>Charges: Political Violence / Attempted Political Murder (Pre-Conviction)</w:t>
      </w:r>
      <w:r w:rsidRPr="00494262">
        <w:rPr>
          <w:rFonts w:eastAsia="Times New Roman" w:cs="Times New Roman"/>
          <w:szCs w:val="24"/>
        </w:rPr>
        <w:br/>
        <w:t>Defendant: Frank Marino</w:t>
      </w:r>
    </w:p>
    <w:p w14:paraId="69AA5771"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The date hit like a punch to the chest. August 30. The anniversary of the day the last U.S. troops pulled out of Afghanistan. The day the war ended—at least, on paper. Frank had buried friends on that soil. Fought in towns no one in Washington could pronounce. And now, four years later, his own government had chosen that date to pre-convict him of a crime he </w:t>
      </w:r>
      <w:proofErr w:type="gramStart"/>
      <w:r w:rsidRPr="00494262">
        <w:rPr>
          <w:rFonts w:eastAsia="Times New Roman" w:cs="Times New Roman"/>
          <w:szCs w:val="24"/>
        </w:rPr>
        <w:t>hadn’t</w:t>
      </w:r>
      <w:proofErr w:type="gramEnd"/>
      <w:r w:rsidRPr="00494262">
        <w:rPr>
          <w:rFonts w:eastAsia="Times New Roman" w:cs="Times New Roman"/>
          <w:szCs w:val="24"/>
        </w:rPr>
        <w:t xml:space="preserve"> committed.</w:t>
      </w:r>
    </w:p>
    <w:p w14:paraId="46E9775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There would be no defense. No jury. Just a pre-determined verdict pushed forward by an algorithm and a government eager for validation. The irony </w:t>
      </w:r>
      <w:proofErr w:type="gramStart"/>
      <w:r w:rsidRPr="00494262">
        <w:rPr>
          <w:rFonts w:eastAsia="Times New Roman" w:cs="Times New Roman"/>
          <w:szCs w:val="24"/>
        </w:rPr>
        <w:t>wasn't</w:t>
      </w:r>
      <w:proofErr w:type="gramEnd"/>
      <w:r w:rsidRPr="00494262">
        <w:rPr>
          <w:rFonts w:eastAsia="Times New Roman" w:cs="Times New Roman"/>
          <w:szCs w:val="24"/>
        </w:rPr>
        <w:t xml:space="preserve"> lost on him. He had survived war. But now, he was the war symbol, a sacrifice, dressed up as justice.</w:t>
      </w:r>
    </w:p>
    <w:p w14:paraId="059551E1" w14:textId="77777777" w:rsidR="00494262" w:rsidRPr="00494262" w:rsidRDefault="002010FF" w:rsidP="00494262">
      <w:pPr>
        <w:rPr>
          <w:rFonts w:eastAsia="Times New Roman" w:cs="Times New Roman"/>
          <w:szCs w:val="24"/>
        </w:rPr>
      </w:pPr>
      <w:r>
        <w:rPr>
          <w:rFonts w:eastAsia="Times New Roman" w:cs="Times New Roman"/>
          <w:szCs w:val="24"/>
        </w:rPr>
        <w:pict w14:anchorId="3ABA7EE6">
          <v:rect id="_x0000_i1033" style="width:0;height:1.5pt" o:hralign="center" o:hrstd="t" o:hr="t" fillcolor="#a0a0a0" stroked="f"/>
        </w:pict>
      </w:r>
    </w:p>
    <w:p w14:paraId="4C72DA7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Flashback – Panjshir Valley, Afghanistan</w:t>
      </w:r>
    </w:p>
    <w:p w14:paraId="6D33C3C5"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wind carried dust and memory. Frank knelt beside the low wall of a ruined madrasa, his rifle across his lap, sweat streaking the side of his neck. Opposite him sat a man with a gray beard and ink-stained fingers. Elder Jalal. Respected. Resigned.</w:t>
      </w:r>
    </w:p>
    <w:p w14:paraId="75EA53C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"Your enemies do not know your face," the elder said, offering tea from a dented kettle. "But they know how to write it."</w:t>
      </w:r>
    </w:p>
    <w:p w14:paraId="399CD2D5"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Frank nodded, unsure of what that meant. They had been talking for an hour in broken Dari and clearer truths.</w:t>
      </w:r>
    </w:p>
    <w:p w14:paraId="5051119D"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"You are honorable," Jalal continued. "But the machine that sent you here is not. One day, it will call you enemy, too."</w:t>
      </w:r>
    </w:p>
    <w:p w14:paraId="511DA4E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Frank had chuckled at the time, but it </w:t>
      </w:r>
      <w:proofErr w:type="gramStart"/>
      <w:r w:rsidRPr="00494262">
        <w:rPr>
          <w:rFonts w:eastAsia="Times New Roman" w:cs="Times New Roman"/>
          <w:szCs w:val="24"/>
        </w:rPr>
        <w:t>didn’t</w:t>
      </w:r>
      <w:proofErr w:type="gramEnd"/>
      <w:r w:rsidRPr="00494262">
        <w:rPr>
          <w:rFonts w:eastAsia="Times New Roman" w:cs="Times New Roman"/>
          <w:szCs w:val="24"/>
        </w:rPr>
        <w:t xml:space="preserve"> reach his eyes. "I just follow orders."</w:t>
      </w:r>
    </w:p>
    <w:p w14:paraId="794B145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old man smiled, sadness deep in his expression. "So did the men who buried my village."</w:t>
      </w:r>
    </w:p>
    <w:p w14:paraId="50584E2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That night, under the hum of a drone circling overhead, Frank sat with those words, heavier than any pack </w:t>
      </w:r>
      <w:proofErr w:type="gramStart"/>
      <w:r w:rsidRPr="00494262">
        <w:rPr>
          <w:rFonts w:eastAsia="Times New Roman" w:cs="Times New Roman"/>
          <w:szCs w:val="24"/>
        </w:rPr>
        <w:t>he’d</w:t>
      </w:r>
      <w:proofErr w:type="gramEnd"/>
      <w:r w:rsidRPr="00494262">
        <w:rPr>
          <w:rFonts w:eastAsia="Times New Roman" w:cs="Times New Roman"/>
          <w:szCs w:val="24"/>
        </w:rPr>
        <w:t xml:space="preserve"> carried. Now, years later, he could still hear them. And they sounded less like prophecy and more like certainty.</w:t>
      </w:r>
    </w:p>
    <w:p w14:paraId="66BC2F39" w14:textId="77777777" w:rsidR="00494262" w:rsidRPr="00494262" w:rsidRDefault="002010FF" w:rsidP="00494262">
      <w:pPr>
        <w:rPr>
          <w:rFonts w:eastAsia="Times New Roman" w:cs="Times New Roman"/>
          <w:szCs w:val="24"/>
        </w:rPr>
      </w:pPr>
      <w:r>
        <w:rPr>
          <w:rFonts w:eastAsia="Times New Roman" w:cs="Times New Roman"/>
          <w:szCs w:val="24"/>
        </w:rPr>
        <w:pict w14:anchorId="1FA316A6">
          <v:rect id="_x0000_i1034" style="width:0;height:1.5pt" o:hralign="center" o:hrstd="t" o:hr="t" fillcolor="#a0a0a0" stroked="f"/>
        </w:pict>
      </w:r>
    </w:p>
    <w:p w14:paraId="5C6C88D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Elsewhere – D.C.</w:t>
      </w:r>
    </w:p>
    <w:p w14:paraId="4ACB09A8"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In Washington, the wheels of the pre-crime system were turning at full speed. The trial date was set. It </w:t>
      </w:r>
      <w:proofErr w:type="gramStart"/>
      <w:r w:rsidRPr="00494262">
        <w:rPr>
          <w:rFonts w:eastAsia="Times New Roman" w:cs="Times New Roman"/>
          <w:szCs w:val="24"/>
        </w:rPr>
        <w:t>wasn’t</w:t>
      </w:r>
      <w:proofErr w:type="gramEnd"/>
      <w:r w:rsidRPr="00494262">
        <w:rPr>
          <w:rFonts w:eastAsia="Times New Roman" w:cs="Times New Roman"/>
          <w:szCs w:val="24"/>
        </w:rPr>
        <w:t xml:space="preserve"> about whether Frank would show up; it was about making an example of him. The government, the corporations behind </w:t>
      </w:r>
      <w:proofErr w:type="gramStart"/>
      <w:r w:rsidRPr="00494262">
        <w:rPr>
          <w:rFonts w:eastAsia="Times New Roman" w:cs="Times New Roman"/>
          <w:szCs w:val="24"/>
        </w:rPr>
        <w:t>the AI</w:t>
      </w:r>
      <w:proofErr w:type="gramEnd"/>
      <w:r w:rsidRPr="00494262">
        <w:rPr>
          <w:rFonts w:eastAsia="Times New Roman" w:cs="Times New Roman"/>
          <w:szCs w:val="24"/>
        </w:rPr>
        <w:t xml:space="preserve">, and the powerful forces trying to push the pre-crime agenda were all playing their part. They needed to show the public that this system worked, that it was necessary, and that anyone who stood against it would </w:t>
      </w:r>
      <w:proofErr w:type="gramStart"/>
      <w:r w:rsidRPr="00494262">
        <w:rPr>
          <w:rFonts w:eastAsia="Times New Roman" w:cs="Times New Roman"/>
          <w:szCs w:val="24"/>
        </w:rPr>
        <w:t>be crushed</w:t>
      </w:r>
      <w:proofErr w:type="gramEnd"/>
      <w:r w:rsidRPr="00494262">
        <w:rPr>
          <w:rFonts w:eastAsia="Times New Roman" w:cs="Times New Roman"/>
          <w:szCs w:val="24"/>
        </w:rPr>
        <w:t>.</w:t>
      </w:r>
    </w:p>
    <w:p w14:paraId="43515EBD" w14:textId="77777777" w:rsidR="00793303" w:rsidRDefault="00793303" w:rsidP="00EA7C42">
      <w:pPr>
        <w:spacing w:before="100" w:beforeAutospacing="1" w:after="100" w:afterAutospacing="1"/>
        <w:rPr>
          <w:rFonts w:eastAsia="Times New Roman" w:cs="Times New Roman"/>
          <w:szCs w:val="24"/>
        </w:rPr>
      </w:pPr>
    </w:p>
    <w:p w14:paraId="454EEC11" w14:textId="77777777" w:rsidR="00DF728D" w:rsidRPr="00DF728D" w:rsidRDefault="00DF728D" w:rsidP="00DF728D">
      <w:pPr>
        <w:spacing w:before="100" w:beforeAutospacing="1" w:after="100" w:afterAutospacing="1"/>
        <w:outlineLvl w:val="2"/>
        <w:rPr>
          <w:rFonts w:eastAsia="Times New Roman" w:cs="Times New Roman"/>
          <w:b/>
          <w:bCs/>
          <w:sz w:val="27"/>
          <w:szCs w:val="27"/>
        </w:rPr>
      </w:pPr>
      <w:r w:rsidRPr="00DF728D">
        <w:rPr>
          <w:rFonts w:eastAsia="Times New Roman" w:cs="Times New Roman"/>
          <w:b/>
          <w:bCs/>
          <w:sz w:val="27"/>
          <w:szCs w:val="27"/>
        </w:rPr>
        <w:lastRenderedPageBreak/>
        <w:t>Chapter 5 – Manhunt</w:t>
      </w:r>
    </w:p>
    <w:p w14:paraId="7FC311FA"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The wind carried a bite, cutting through the Berkshires with the low whistle of an oncoming storm. Frank crouched near the roadside pull-off overlooking the Mohawk Trail. </w:t>
      </w:r>
      <w:proofErr w:type="gramStart"/>
      <w:r w:rsidRPr="00DF728D">
        <w:rPr>
          <w:rFonts w:eastAsia="Times New Roman" w:cs="Times New Roman"/>
          <w:szCs w:val="24"/>
        </w:rPr>
        <w:t>He'd</w:t>
      </w:r>
      <w:proofErr w:type="gramEnd"/>
      <w:r w:rsidRPr="00DF728D">
        <w:rPr>
          <w:rFonts w:eastAsia="Times New Roman" w:cs="Times New Roman"/>
          <w:szCs w:val="24"/>
        </w:rPr>
        <w:t xml:space="preserve"> been moving all night through old logging roads and deer paths, skirting cell towers and highway cameras. His boots </w:t>
      </w:r>
      <w:proofErr w:type="gramStart"/>
      <w:r w:rsidRPr="00DF728D">
        <w:rPr>
          <w:rFonts w:eastAsia="Times New Roman" w:cs="Times New Roman"/>
          <w:szCs w:val="24"/>
        </w:rPr>
        <w:t>were soaked</w:t>
      </w:r>
      <w:proofErr w:type="gramEnd"/>
      <w:r w:rsidRPr="00DF728D">
        <w:rPr>
          <w:rFonts w:eastAsia="Times New Roman" w:cs="Times New Roman"/>
          <w:szCs w:val="24"/>
        </w:rPr>
        <w:t xml:space="preserve"> through. The burner phone was down to 6% battery, and Jake—his oldest friend—was dead.</w:t>
      </w:r>
    </w:p>
    <w:p w14:paraId="7995A0CC"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"Suicide," the nurse had said, voice flat, professional. "Found in his apartment yesterday morning. No note."</w:t>
      </w:r>
    </w:p>
    <w:p w14:paraId="7C46B16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Frank </w:t>
      </w:r>
      <w:proofErr w:type="gramStart"/>
      <w:r w:rsidRPr="00DF728D">
        <w:rPr>
          <w:rFonts w:eastAsia="Times New Roman" w:cs="Times New Roman"/>
          <w:szCs w:val="24"/>
        </w:rPr>
        <w:t>hadn’t</w:t>
      </w:r>
      <w:proofErr w:type="gramEnd"/>
      <w:r w:rsidRPr="00DF728D">
        <w:rPr>
          <w:rFonts w:eastAsia="Times New Roman" w:cs="Times New Roman"/>
          <w:szCs w:val="24"/>
        </w:rPr>
        <w:t xml:space="preserve"> believed it. Jake was stable. Smart. The kind of guy who </w:t>
      </w:r>
      <w:proofErr w:type="gramStart"/>
      <w:r w:rsidRPr="00DF728D">
        <w:rPr>
          <w:rFonts w:eastAsia="Times New Roman" w:cs="Times New Roman"/>
          <w:szCs w:val="24"/>
        </w:rPr>
        <w:t>didn’t</w:t>
      </w:r>
      <w:proofErr w:type="gramEnd"/>
      <w:r w:rsidRPr="00DF728D">
        <w:rPr>
          <w:rFonts w:eastAsia="Times New Roman" w:cs="Times New Roman"/>
          <w:szCs w:val="24"/>
        </w:rPr>
        <w:t xml:space="preserve"> take risks unless someone else needed him to. </w:t>
      </w:r>
      <w:proofErr w:type="gramStart"/>
      <w:r w:rsidRPr="00DF728D">
        <w:rPr>
          <w:rFonts w:eastAsia="Times New Roman" w:cs="Times New Roman"/>
          <w:szCs w:val="24"/>
        </w:rPr>
        <w:t>They’d</w:t>
      </w:r>
      <w:proofErr w:type="gramEnd"/>
      <w:r w:rsidRPr="00DF728D">
        <w:rPr>
          <w:rFonts w:eastAsia="Times New Roman" w:cs="Times New Roman"/>
          <w:szCs w:val="24"/>
        </w:rPr>
        <w:t xml:space="preserve"> been through enough together—Fallujah, Ramadi, and later, long weekends in the Catskills decompressing. Frank had trusted him with his life. And now Jake was gone.</w:t>
      </w:r>
    </w:p>
    <w:p w14:paraId="3F10FA5D"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The dead drop at the old Coke machine behind the church had been empty. </w:t>
      </w:r>
      <w:proofErr w:type="gramStart"/>
      <w:r w:rsidRPr="00DF728D">
        <w:rPr>
          <w:rFonts w:eastAsia="Times New Roman" w:cs="Times New Roman"/>
          <w:szCs w:val="24"/>
        </w:rPr>
        <w:t>That’s</w:t>
      </w:r>
      <w:proofErr w:type="gramEnd"/>
      <w:r w:rsidRPr="00DF728D">
        <w:rPr>
          <w:rFonts w:eastAsia="Times New Roman" w:cs="Times New Roman"/>
          <w:szCs w:val="24"/>
        </w:rPr>
        <w:t xml:space="preserve"> when the first sense of real dread kicked </w:t>
      </w:r>
      <w:proofErr w:type="gramStart"/>
      <w:r w:rsidRPr="00DF728D">
        <w:rPr>
          <w:rFonts w:eastAsia="Times New Roman" w:cs="Times New Roman"/>
          <w:szCs w:val="24"/>
        </w:rPr>
        <w:t>in—not</w:t>
      </w:r>
      <w:proofErr w:type="gramEnd"/>
      <w:r w:rsidRPr="00DF728D">
        <w:rPr>
          <w:rFonts w:eastAsia="Times New Roman" w:cs="Times New Roman"/>
          <w:szCs w:val="24"/>
        </w:rPr>
        <w:t xml:space="preserve"> panic, not yet. Just that cold, instinctual shift in his stomach, like the pressure drop before a firefight.</w:t>
      </w:r>
    </w:p>
    <w:p w14:paraId="096186F3" w14:textId="77777777" w:rsidR="00DF728D" w:rsidRPr="00DF728D" w:rsidRDefault="00DF728D" w:rsidP="00DF728D">
      <w:pPr>
        <w:spacing w:before="100" w:beforeAutospacing="1" w:after="100" w:afterAutospacing="1"/>
        <w:rPr>
          <w:rFonts w:eastAsia="Times New Roman" w:cs="Times New Roman"/>
          <w:szCs w:val="24"/>
        </w:rPr>
      </w:pPr>
      <w:proofErr w:type="gramStart"/>
      <w:r w:rsidRPr="00DF728D">
        <w:rPr>
          <w:rFonts w:eastAsia="Times New Roman" w:cs="Times New Roman"/>
          <w:szCs w:val="24"/>
        </w:rPr>
        <w:t>He’d</w:t>
      </w:r>
      <w:proofErr w:type="gramEnd"/>
      <w:r w:rsidRPr="00DF728D">
        <w:rPr>
          <w:rFonts w:eastAsia="Times New Roman" w:cs="Times New Roman"/>
          <w:szCs w:val="24"/>
        </w:rPr>
        <w:t xml:space="preserve"> gone to Berkshire Medical in disguise—a hoodie, surgical mask, scrubs </w:t>
      </w:r>
      <w:proofErr w:type="gramStart"/>
      <w:r w:rsidRPr="00DF728D">
        <w:rPr>
          <w:rFonts w:eastAsia="Times New Roman" w:cs="Times New Roman"/>
          <w:szCs w:val="24"/>
        </w:rPr>
        <w:t>he’d</w:t>
      </w:r>
      <w:proofErr w:type="gramEnd"/>
      <w:r w:rsidRPr="00DF728D">
        <w:rPr>
          <w:rFonts w:eastAsia="Times New Roman" w:cs="Times New Roman"/>
          <w:szCs w:val="24"/>
        </w:rPr>
        <w:t xml:space="preserve"> lifted from a laundry truck. It had taken thirty careful minutes to learn the news. Jake’s name had </w:t>
      </w:r>
      <w:proofErr w:type="gramStart"/>
      <w:r w:rsidRPr="00DF728D">
        <w:rPr>
          <w:rFonts w:eastAsia="Times New Roman" w:cs="Times New Roman"/>
          <w:szCs w:val="24"/>
        </w:rPr>
        <w:t>been erased</w:t>
      </w:r>
      <w:proofErr w:type="gramEnd"/>
      <w:r w:rsidRPr="00DF728D">
        <w:rPr>
          <w:rFonts w:eastAsia="Times New Roman" w:cs="Times New Roman"/>
          <w:szCs w:val="24"/>
        </w:rPr>
        <w:t xml:space="preserve"> from the roster. His badge deactivated. HR claimed </w:t>
      </w:r>
      <w:proofErr w:type="gramStart"/>
      <w:r w:rsidRPr="00DF728D">
        <w:rPr>
          <w:rFonts w:eastAsia="Times New Roman" w:cs="Times New Roman"/>
          <w:szCs w:val="24"/>
        </w:rPr>
        <w:t>he’d</w:t>
      </w:r>
      <w:proofErr w:type="gramEnd"/>
      <w:r w:rsidRPr="00DF728D">
        <w:rPr>
          <w:rFonts w:eastAsia="Times New Roman" w:cs="Times New Roman"/>
          <w:szCs w:val="24"/>
        </w:rPr>
        <w:t xml:space="preserve"> been on leave. But a janitor—an old-timer with tired eyes—recognized Frank.</w:t>
      </w:r>
    </w:p>
    <w:p w14:paraId="7D82BE7D"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"He asked about you the day before he died," the man said, mopping linoleum under flickering lights. "Said something felt off. Said he thought he was being watched."</w:t>
      </w:r>
    </w:p>
    <w:p w14:paraId="1BD2B3AE"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That was enough. Frank thanked him, slipped out, and melted into the morning fog before anyone could place him.</w:t>
      </w:r>
    </w:p>
    <w:p w14:paraId="7D43CDD5"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Now he sat in the woods again, watching a convoy of black SUVs </w:t>
      </w:r>
      <w:proofErr w:type="gramStart"/>
      <w:r w:rsidRPr="00DF728D">
        <w:rPr>
          <w:rFonts w:eastAsia="Times New Roman" w:cs="Times New Roman"/>
          <w:szCs w:val="24"/>
        </w:rPr>
        <w:t>snake</w:t>
      </w:r>
      <w:proofErr w:type="gramEnd"/>
      <w:r w:rsidRPr="00DF728D">
        <w:rPr>
          <w:rFonts w:eastAsia="Times New Roman" w:cs="Times New Roman"/>
          <w:szCs w:val="24"/>
        </w:rPr>
        <w:t xml:space="preserve"> its way up the access road below. No sirens. No lights. But </w:t>
      </w:r>
      <w:proofErr w:type="gramStart"/>
      <w:r w:rsidRPr="00DF728D">
        <w:rPr>
          <w:rFonts w:eastAsia="Times New Roman" w:cs="Times New Roman"/>
          <w:szCs w:val="24"/>
        </w:rPr>
        <w:t>heavy</w:t>
      </w:r>
      <w:proofErr w:type="gramEnd"/>
      <w:r w:rsidRPr="00DF728D">
        <w:rPr>
          <w:rFonts w:eastAsia="Times New Roman" w:cs="Times New Roman"/>
          <w:szCs w:val="24"/>
        </w:rPr>
        <w:t xml:space="preserve"> presence. The kind of tactical movement he recognized from his time overseas. They </w:t>
      </w:r>
      <w:proofErr w:type="gramStart"/>
      <w:r w:rsidRPr="00DF728D">
        <w:rPr>
          <w:rFonts w:eastAsia="Times New Roman" w:cs="Times New Roman"/>
          <w:szCs w:val="24"/>
        </w:rPr>
        <w:t>weren’t</w:t>
      </w:r>
      <w:proofErr w:type="gramEnd"/>
      <w:r w:rsidRPr="00DF728D">
        <w:rPr>
          <w:rFonts w:eastAsia="Times New Roman" w:cs="Times New Roman"/>
          <w:szCs w:val="24"/>
        </w:rPr>
        <w:t xml:space="preserve"> just looking for </w:t>
      </w:r>
      <w:proofErr w:type="gramStart"/>
      <w:r w:rsidRPr="00DF728D">
        <w:rPr>
          <w:rFonts w:eastAsia="Times New Roman" w:cs="Times New Roman"/>
          <w:szCs w:val="24"/>
        </w:rPr>
        <w:t>him—</w:t>
      </w:r>
      <w:proofErr w:type="gramEnd"/>
      <w:r w:rsidRPr="00DF728D">
        <w:rPr>
          <w:rFonts w:eastAsia="Times New Roman" w:cs="Times New Roman"/>
          <w:szCs w:val="24"/>
        </w:rPr>
        <w:t>they were closing a net.</w:t>
      </w:r>
    </w:p>
    <w:p w14:paraId="2D3C6A5A"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He tapped the burner. One bar of signal. He pulled up the last message from S.</w:t>
      </w:r>
    </w:p>
    <w:p w14:paraId="01C8CFD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b/>
          <w:bCs/>
          <w:szCs w:val="24"/>
        </w:rPr>
        <w:t>Locker 9A. Red Lion Inn. Tonight. Midnight. Use service entrance. Burn this.</w:t>
      </w:r>
    </w:p>
    <w:p w14:paraId="0FDA6072"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The Lion’s Den. Stockbridge. It was more than just a tourist landmark now. It had become a temporary command post for something bigger—a black-budget domestic operation flying under federal colors but outside normal oversight. An old friend of Roth's owned the nearby estate </w:t>
      </w:r>
      <w:proofErr w:type="gramStart"/>
      <w:r w:rsidRPr="00DF728D">
        <w:rPr>
          <w:rFonts w:eastAsia="Times New Roman" w:cs="Times New Roman"/>
          <w:szCs w:val="24"/>
        </w:rPr>
        <w:t>being used</w:t>
      </w:r>
      <w:proofErr w:type="gramEnd"/>
      <w:r w:rsidRPr="00DF728D">
        <w:rPr>
          <w:rFonts w:eastAsia="Times New Roman" w:cs="Times New Roman"/>
          <w:szCs w:val="24"/>
        </w:rPr>
        <w:t xml:space="preserve"> as the forward HQ: a sprawling 19th-century property that looked like a former boarding school, with whitewashed columns, slate roof, and horses grazing the pasture. It sat atop a hill like a colonial fortress, overlooking the valley as if it still ruled it.</w:t>
      </w:r>
    </w:p>
    <w:p w14:paraId="47B2BA20"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Inside, decisions were </w:t>
      </w:r>
      <w:proofErr w:type="gramStart"/>
      <w:r w:rsidRPr="00DF728D">
        <w:rPr>
          <w:rFonts w:eastAsia="Times New Roman" w:cs="Times New Roman"/>
          <w:szCs w:val="24"/>
        </w:rPr>
        <w:t>being made</w:t>
      </w:r>
      <w:proofErr w:type="gramEnd"/>
      <w:r w:rsidRPr="00DF728D">
        <w:rPr>
          <w:rFonts w:eastAsia="Times New Roman" w:cs="Times New Roman"/>
          <w:szCs w:val="24"/>
        </w:rPr>
        <w:t xml:space="preserve">. Dossiers reviewed. Press releases written. The trial date </w:t>
      </w:r>
      <w:proofErr w:type="gramStart"/>
      <w:r w:rsidRPr="00DF728D">
        <w:rPr>
          <w:rFonts w:eastAsia="Times New Roman" w:cs="Times New Roman"/>
          <w:szCs w:val="24"/>
        </w:rPr>
        <w:t>was already fixed</w:t>
      </w:r>
      <w:proofErr w:type="gramEnd"/>
      <w:r w:rsidRPr="00DF728D">
        <w:rPr>
          <w:rFonts w:eastAsia="Times New Roman" w:cs="Times New Roman"/>
          <w:szCs w:val="24"/>
        </w:rPr>
        <w:t>. Now they just needed the fugitive.</w:t>
      </w:r>
    </w:p>
    <w:p w14:paraId="2E9B3DC2" w14:textId="77777777" w:rsidR="00DF728D" w:rsidRPr="00DF728D" w:rsidRDefault="002010FF" w:rsidP="00DF728D">
      <w:pPr>
        <w:rPr>
          <w:rFonts w:eastAsia="Times New Roman" w:cs="Times New Roman"/>
          <w:szCs w:val="24"/>
        </w:rPr>
      </w:pPr>
      <w:r>
        <w:rPr>
          <w:rFonts w:eastAsia="Times New Roman" w:cs="Times New Roman"/>
          <w:szCs w:val="24"/>
        </w:rPr>
        <w:pict w14:anchorId="61BDB17D">
          <v:rect id="_x0000_i1035" style="width:0;height:1.5pt" o:hralign="center" o:hrstd="t" o:hr="t" fillcolor="#a0a0a0" stroked="f"/>
        </w:pict>
      </w:r>
    </w:p>
    <w:p w14:paraId="149D170B"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b/>
          <w:bCs/>
          <w:szCs w:val="24"/>
        </w:rPr>
        <w:t>Stockbridge – That Night</w:t>
      </w:r>
    </w:p>
    <w:p w14:paraId="6989B31F"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The Red Lion Inn hummed with late-night jazz drifting from the Lion’s Den below. Tanglewood tourists and wine country liberals sipped cocktails, unaware of the federal agents mixing among them in street clothes. </w:t>
      </w:r>
      <w:r w:rsidRPr="00DF728D">
        <w:rPr>
          <w:rFonts w:eastAsia="Times New Roman" w:cs="Times New Roman"/>
          <w:szCs w:val="24"/>
        </w:rPr>
        <w:lastRenderedPageBreak/>
        <w:t>Hidden in the shadows near the rear service entrance, Frank adjusted the brim of his borrowed cap and slipped inside. He had less than five minutes to get in and out before someone checked the alley camera feed.</w:t>
      </w:r>
    </w:p>
    <w:p w14:paraId="62A999F4"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Locker 9A was in the staff hallway. He found it half open. Inside, wrapped in butcher paper, was a flip phone and a note.</w:t>
      </w:r>
    </w:p>
    <w:p w14:paraId="1F8422D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b/>
          <w:bCs/>
          <w:szCs w:val="24"/>
        </w:rPr>
        <w:t>DO NOT TRUST THE SYSTEM. THERE IS A SECOND PROGRAM. CHECK THE DOLLHOUSE.</w:t>
      </w:r>
    </w:p>
    <w:p w14:paraId="2B39A651"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Frank snapped a photo of the note, memorized the number scribbled in the corner, then burned both with lighter fluid from his kit. The phone rang before he could pocket it.</w:t>
      </w:r>
    </w:p>
    <w:p w14:paraId="5DAE2FD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A voice. Female. Calm. "Frank, it’s Rachel."</w:t>
      </w:r>
    </w:p>
    <w:p w14:paraId="7E6E30B4"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For a second, he forgot how to breathe.</w:t>
      </w:r>
    </w:p>
    <w:p w14:paraId="644F7548"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"I don’t have long," she continued. "They’re tracking everything now. The program </w:t>
      </w:r>
      <w:proofErr w:type="gramStart"/>
      <w:r w:rsidRPr="00DF728D">
        <w:rPr>
          <w:rFonts w:eastAsia="Times New Roman" w:cs="Times New Roman"/>
          <w:szCs w:val="24"/>
        </w:rPr>
        <w:t>you’re</w:t>
      </w:r>
      <w:proofErr w:type="gramEnd"/>
      <w:r w:rsidRPr="00DF728D">
        <w:rPr>
          <w:rFonts w:eastAsia="Times New Roman" w:cs="Times New Roman"/>
          <w:szCs w:val="24"/>
        </w:rPr>
        <w:t xml:space="preserve"> running from—the public </w:t>
      </w:r>
      <w:proofErr w:type="gramStart"/>
      <w:r w:rsidRPr="00DF728D">
        <w:rPr>
          <w:rFonts w:eastAsia="Times New Roman" w:cs="Times New Roman"/>
          <w:szCs w:val="24"/>
        </w:rPr>
        <w:t>one—that’s</w:t>
      </w:r>
      <w:proofErr w:type="gramEnd"/>
      <w:r w:rsidRPr="00DF728D">
        <w:rPr>
          <w:rFonts w:eastAsia="Times New Roman" w:cs="Times New Roman"/>
          <w:szCs w:val="24"/>
        </w:rPr>
        <w:t xml:space="preserve"> not even half of it. </w:t>
      </w:r>
      <w:proofErr w:type="gramStart"/>
      <w:r w:rsidRPr="00DF728D">
        <w:rPr>
          <w:rFonts w:eastAsia="Times New Roman" w:cs="Times New Roman"/>
          <w:szCs w:val="24"/>
        </w:rPr>
        <w:t>There’s</w:t>
      </w:r>
      <w:proofErr w:type="gramEnd"/>
      <w:r w:rsidRPr="00DF728D">
        <w:rPr>
          <w:rFonts w:eastAsia="Times New Roman" w:cs="Times New Roman"/>
          <w:szCs w:val="24"/>
        </w:rPr>
        <w:t xml:space="preserve"> another level. A behavioral experiment. </w:t>
      </w:r>
      <w:proofErr w:type="gramStart"/>
      <w:r w:rsidRPr="00DF728D">
        <w:rPr>
          <w:rFonts w:eastAsia="Times New Roman" w:cs="Times New Roman"/>
          <w:szCs w:val="24"/>
        </w:rPr>
        <w:t>You’re</w:t>
      </w:r>
      <w:proofErr w:type="gramEnd"/>
      <w:r w:rsidRPr="00DF728D">
        <w:rPr>
          <w:rFonts w:eastAsia="Times New Roman" w:cs="Times New Roman"/>
          <w:szCs w:val="24"/>
        </w:rPr>
        <w:t xml:space="preserve"> one of the test cases. They want to see if pressure alone can trigger the act they’re predicting."</w:t>
      </w:r>
    </w:p>
    <w:p w14:paraId="575329CA"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"What act?"</w:t>
      </w:r>
    </w:p>
    <w:p w14:paraId="2C77140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"Political assassination."</w:t>
      </w:r>
    </w:p>
    <w:p w14:paraId="6F48551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He stared into the dark. "That’s insane."</w:t>
      </w:r>
    </w:p>
    <w:p w14:paraId="44F5398F"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"Is it? You already killed once, Frank."</w:t>
      </w:r>
    </w:p>
    <w:p w14:paraId="0EADF380"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His hand clenched around the phone.</w:t>
      </w:r>
    </w:p>
    <w:p w14:paraId="4263331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"That wasn’t murder. It </w:t>
      </w:r>
      <w:proofErr w:type="gramStart"/>
      <w:r w:rsidRPr="00DF728D">
        <w:rPr>
          <w:rFonts w:eastAsia="Times New Roman" w:cs="Times New Roman"/>
          <w:szCs w:val="24"/>
        </w:rPr>
        <w:t>was—"</w:t>
      </w:r>
      <w:proofErr w:type="gramEnd"/>
    </w:p>
    <w:p w14:paraId="72ABDF08"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"—self-defense. I know. But </w:t>
      </w:r>
      <w:proofErr w:type="gramStart"/>
      <w:r w:rsidRPr="00DF728D">
        <w:rPr>
          <w:rFonts w:eastAsia="Times New Roman" w:cs="Times New Roman"/>
          <w:szCs w:val="24"/>
        </w:rPr>
        <w:t>that’s</w:t>
      </w:r>
      <w:proofErr w:type="gramEnd"/>
      <w:r w:rsidRPr="00DF728D">
        <w:rPr>
          <w:rFonts w:eastAsia="Times New Roman" w:cs="Times New Roman"/>
          <w:szCs w:val="24"/>
        </w:rPr>
        <w:t xml:space="preserve"> the trick, isn’t it? Just enough fear, just enough isolation, and the model thinks </w:t>
      </w:r>
      <w:proofErr w:type="gramStart"/>
      <w:r w:rsidRPr="00DF728D">
        <w:rPr>
          <w:rFonts w:eastAsia="Times New Roman" w:cs="Times New Roman"/>
          <w:szCs w:val="24"/>
        </w:rPr>
        <w:t>you’ll</w:t>
      </w:r>
      <w:proofErr w:type="gramEnd"/>
      <w:r w:rsidRPr="00DF728D">
        <w:rPr>
          <w:rFonts w:eastAsia="Times New Roman" w:cs="Times New Roman"/>
          <w:szCs w:val="24"/>
        </w:rPr>
        <w:t xml:space="preserve"> snap. </w:t>
      </w:r>
      <w:proofErr w:type="gramStart"/>
      <w:r w:rsidRPr="00DF728D">
        <w:rPr>
          <w:rFonts w:eastAsia="Times New Roman" w:cs="Times New Roman"/>
          <w:szCs w:val="24"/>
        </w:rPr>
        <w:t>They’re</w:t>
      </w:r>
      <w:proofErr w:type="gramEnd"/>
      <w:r w:rsidRPr="00DF728D">
        <w:rPr>
          <w:rFonts w:eastAsia="Times New Roman" w:cs="Times New Roman"/>
          <w:szCs w:val="24"/>
        </w:rPr>
        <w:t xml:space="preserve"> trying to </w:t>
      </w:r>
      <w:r w:rsidRPr="00DF728D">
        <w:rPr>
          <w:rFonts w:eastAsia="Times New Roman" w:cs="Times New Roman"/>
          <w:i/>
          <w:iCs/>
          <w:szCs w:val="24"/>
        </w:rPr>
        <w:t>make</w:t>
      </w:r>
      <w:r w:rsidRPr="00DF728D">
        <w:rPr>
          <w:rFonts w:eastAsia="Times New Roman" w:cs="Times New Roman"/>
          <w:szCs w:val="24"/>
        </w:rPr>
        <w:t xml:space="preserve"> it happen. And Roth—he’s betting everything on proving it works."</w:t>
      </w:r>
    </w:p>
    <w:p w14:paraId="4698226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"What’s the Dollhouse?"</w:t>
      </w:r>
    </w:p>
    <w:p w14:paraId="556CA3DB"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"A nickname. For the data farm. In D.C. A building where everything about your life—hell, your </w:t>
      </w:r>
      <w:r w:rsidRPr="00DF728D">
        <w:rPr>
          <w:rFonts w:eastAsia="Times New Roman" w:cs="Times New Roman"/>
          <w:i/>
          <w:iCs/>
          <w:szCs w:val="24"/>
        </w:rPr>
        <w:t>mind</w:t>
      </w:r>
      <w:r w:rsidRPr="00DF728D">
        <w:rPr>
          <w:rFonts w:eastAsia="Times New Roman" w:cs="Times New Roman"/>
          <w:szCs w:val="24"/>
        </w:rPr>
        <w:t xml:space="preserve">—is </w:t>
      </w:r>
      <w:proofErr w:type="gramStart"/>
      <w:r w:rsidRPr="00DF728D">
        <w:rPr>
          <w:rFonts w:eastAsia="Times New Roman" w:cs="Times New Roman"/>
          <w:szCs w:val="24"/>
        </w:rPr>
        <w:t>being modeled</w:t>
      </w:r>
      <w:proofErr w:type="gramEnd"/>
      <w:r w:rsidRPr="00DF728D">
        <w:rPr>
          <w:rFonts w:eastAsia="Times New Roman" w:cs="Times New Roman"/>
          <w:szCs w:val="24"/>
        </w:rPr>
        <w:t xml:space="preserve"> in real-time. I </w:t>
      </w:r>
      <w:proofErr w:type="gramStart"/>
      <w:r w:rsidRPr="00DF728D">
        <w:rPr>
          <w:rFonts w:eastAsia="Times New Roman" w:cs="Times New Roman"/>
          <w:szCs w:val="24"/>
        </w:rPr>
        <w:t>can’t</w:t>
      </w:r>
      <w:proofErr w:type="gramEnd"/>
      <w:r w:rsidRPr="00DF728D">
        <w:rPr>
          <w:rFonts w:eastAsia="Times New Roman" w:cs="Times New Roman"/>
          <w:szCs w:val="24"/>
        </w:rPr>
        <w:t xml:space="preserve"> explain more now. But I left something for you. Hidden in the storage lot behind the old train museum in Lenox. Find the locker marked 28."</w:t>
      </w:r>
    </w:p>
    <w:p w14:paraId="43D6EB9D"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Click.</w:t>
      </w:r>
    </w:p>
    <w:p w14:paraId="2719C4D2"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She was gone.</w:t>
      </w:r>
    </w:p>
    <w:p w14:paraId="22A07D83"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Frank stayed in the shadows as the hallway light flickered. Then he moved.</w:t>
      </w:r>
    </w:p>
    <w:p w14:paraId="01FBE08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The real hunt had just begun.</w:t>
      </w:r>
    </w:p>
    <w:p w14:paraId="61BA4A25" w14:textId="77777777" w:rsidR="00EB12E0" w:rsidRPr="00EB12E0" w:rsidRDefault="00EB12E0" w:rsidP="00EB12E0">
      <w:pPr>
        <w:spacing w:before="100" w:beforeAutospacing="1" w:after="100" w:afterAutospacing="1"/>
        <w:outlineLvl w:val="2"/>
        <w:rPr>
          <w:rFonts w:eastAsia="Times New Roman" w:cs="Times New Roman"/>
          <w:b/>
          <w:bCs/>
          <w:sz w:val="27"/>
          <w:szCs w:val="27"/>
        </w:rPr>
      </w:pPr>
      <w:r w:rsidRPr="00EB12E0">
        <w:rPr>
          <w:rFonts w:eastAsia="Times New Roman" w:cs="Times New Roman"/>
          <w:b/>
          <w:bCs/>
          <w:sz w:val="27"/>
          <w:szCs w:val="27"/>
        </w:rPr>
        <w:t>Chapter 6 – Into the Fort</w:t>
      </w:r>
    </w:p>
    <w:p w14:paraId="42BB6986"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lastRenderedPageBreak/>
        <w:t xml:space="preserve">The town of Lenox slept under a sky thick with summer heat and memory. Frank moved like a shadow across the back lot of the old train museum, the kind of place where </w:t>
      </w:r>
      <w:proofErr w:type="gramStart"/>
      <w:r w:rsidRPr="00EB12E0">
        <w:rPr>
          <w:rFonts w:eastAsia="Times New Roman" w:cs="Times New Roman"/>
          <w:szCs w:val="24"/>
        </w:rPr>
        <w:t>tourists once</w:t>
      </w:r>
      <w:proofErr w:type="gramEnd"/>
      <w:r w:rsidRPr="00EB12E0">
        <w:rPr>
          <w:rFonts w:eastAsia="Times New Roman" w:cs="Times New Roman"/>
          <w:szCs w:val="24"/>
        </w:rPr>
        <w:t xml:space="preserve"> came to climb through antique Pullman cars and snap photos of rusted cabooses. Now it was quiet. Deserted. Overgrown.</w:t>
      </w:r>
    </w:p>
    <w:p w14:paraId="2ACC0BBA"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Locker 28 sat behind a warped panel of corrugated tin beneath a broken light. It took him ten minutes to find it. Another two to wedge it open.</w:t>
      </w:r>
    </w:p>
    <w:p w14:paraId="70EAB46F"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Inside: a weatherproof Pelican case, the kind used in military ops for electronics and surveillance gear. Frank hauled it out and cracked the latches. Inside was a burner laptop, a tightly folded topographical map marked with red circles, and a thumb drive taped to the lid with black electrical tape. Beneath it, a sealed evidence bag. The kind </w:t>
      </w:r>
      <w:proofErr w:type="gramStart"/>
      <w:r w:rsidRPr="00EB12E0">
        <w:rPr>
          <w:rFonts w:eastAsia="Times New Roman" w:cs="Times New Roman"/>
          <w:szCs w:val="24"/>
        </w:rPr>
        <w:t>cops</w:t>
      </w:r>
      <w:proofErr w:type="gramEnd"/>
      <w:r w:rsidRPr="00EB12E0">
        <w:rPr>
          <w:rFonts w:eastAsia="Times New Roman" w:cs="Times New Roman"/>
          <w:szCs w:val="24"/>
        </w:rPr>
        <w:t xml:space="preserve"> use when they want chain of custody to look clean.</w:t>
      </w:r>
    </w:p>
    <w:p w14:paraId="77190CAB"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Inside the bag—photos.</w:t>
      </w:r>
    </w:p>
    <w:p w14:paraId="1707F030"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Dozens of high-res surveillance images. All of Frank. Walking. Talking. Eating. In the gym. In the shower. </w:t>
      </w:r>
      <w:proofErr w:type="gramStart"/>
      <w:r w:rsidRPr="00EB12E0">
        <w:rPr>
          <w:rFonts w:eastAsia="Times New Roman" w:cs="Times New Roman"/>
          <w:szCs w:val="24"/>
        </w:rPr>
        <w:t>Some</w:t>
      </w:r>
      <w:proofErr w:type="gramEnd"/>
      <w:r w:rsidRPr="00EB12E0">
        <w:rPr>
          <w:rFonts w:eastAsia="Times New Roman" w:cs="Times New Roman"/>
          <w:szCs w:val="24"/>
        </w:rPr>
        <w:t xml:space="preserve"> from years ago. </w:t>
      </w:r>
      <w:proofErr w:type="gramStart"/>
      <w:r w:rsidRPr="00EB12E0">
        <w:rPr>
          <w:rFonts w:eastAsia="Times New Roman" w:cs="Times New Roman"/>
          <w:szCs w:val="24"/>
        </w:rPr>
        <w:t>Some</w:t>
      </w:r>
      <w:proofErr w:type="gramEnd"/>
      <w:r w:rsidRPr="00EB12E0">
        <w:rPr>
          <w:rFonts w:eastAsia="Times New Roman" w:cs="Times New Roman"/>
          <w:szCs w:val="24"/>
        </w:rPr>
        <w:t xml:space="preserve"> from just days before Jake’s death.</w:t>
      </w:r>
    </w:p>
    <w:p w14:paraId="269622DA" w14:textId="77777777" w:rsidR="00EB12E0" w:rsidRPr="00EB12E0" w:rsidRDefault="00EB12E0" w:rsidP="00EB12E0">
      <w:pPr>
        <w:spacing w:before="100" w:beforeAutospacing="1" w:after="100" w:afterAutospacing="1"/>
        <w:rPr>
          <w:rFonts w:eastAsia="Times New Roman" w:cs="Times New Roman"/>
          <w:szCs w:val="24"/>
        </w:rPr>
      </w:pPr>
      <w:proofErr w:type="gramStart"/>
      <w:r w:rsidRPr="00EB12E0">
        <w:rPr>
          <w:rFonts w:eastAsia="Times New Roman" w:cs="Times New Roman"/>
          <w:szCs w:val="24"/>
        </w:rPr>
        <w:t>Some</w:t>
      </w:r>
      <w:proofErr w:type="gramEnd"/>
      <w:r w:rsidRPr="00EB12E0">
        <w:rPr>
          <w:rFonts w:eastAsia="Times New Roman" w:cs="Times New Roman"/>
          <w:szCs w:val="24"/>
        </w:rPr>
        <w:t xml:space="preserve"> from inside his apartment.</w:t>
      </w:r>
    </w:p>
    <w:p w14:paraId="68C3CE9F"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 sat back on his heels as nausea bloomed behind his ribs.</w:t>
      </w:r>
    </w:p>
    <w:p w14:paraId="3ADAAA44"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The photos </w:t>
      </w:r>
      <w:proofErr w:type="gramStart"/>
      <w:r w:rsidRPr="00EB12E0">
        <w:rPr>
          <w:rFonts w:eastAsia="Times New Roman" w:cs="Times New Roman"/>
          <w:szCs w:val="24"/>
        </w:rPr>
        <w:t>were numbered</w:t>
      </w:r>
      <w:proofErr w:type="gramEnd"/>
      <w:r w:rsidRPr="00EB12E0">
        <w:rPr>
          <w:rFonts w:eastAsia="Times New Roman" w:cs="Times New Roman"/>
          <w:szCs w:val="24"/>
        </w:rPr>
        <w:t>, tagged with timecodes, predictive annotations. One had a handwritten note scribbled over it:</w:t>
      </w:r>
    </w:p>
    <w:p w14:paraId="71C2B9E2" w14:textId="77777777" w:rsidR="00EB12E0" w:rsidRPr="00EB12E0" w:rsidRDefault="00EB12E0" w:rsidP="00EB12E0">
      <w:pPr>
        <w:spacing w:before="100" w:beforeAutospacing="1" w:after="100" w:afterAutospacing="1"/>
        <w:rPr>
          <w:rFonts w:eastAsia="Times New Roman" w:cs="Times New Roman"/>
          <w:szCs w:val="24"/>
        </w:rPr>
      </w:pPr>
      <w:proofErr w:type="gramStart"/>
      <w:r w:rsidRPr="00EB12E0">
        <w:rPr>
          <w:rFonts w:eastAsia="Times New Roman" w:cs="Times New Roman"/>
          <w:b/>
          <w:bCs/>
          <w:szCs w:val="24"/>
        </w:rPr>
        <w:t>TEST</w:t>
      </w:r>
      <w:proofErr w:type="gramEnd"/>
      <w:r w:rsidRPr="00EB12E0">
        <w:rPr>
          <w:rFonts w:eastAsia="Times New Roman" w:cs="Times New Roman"/>
          <w:b/>
          <w:bCs/>
          <w:szCs w:val="24"/>
        </w:rPr>
        <w:t xml:space="preserve"> SUBJECT 014A — ADAPTIVE STIMULUS ENGAGED. CONVERGENCE EXPECTED.</w:t>
      </w:r>
    </w:p>
    <w:p w14:paraId="5662025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The thumb drive contained a single file: a video clip.</w:t>
      </w:r>
    </w:p>
    <w:p w14:paraId="0901C650"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 plugged the laptop in using the inverter cable coiled at the bottom of the case. The screen glowed to life, humming softly. No Wi-Fi. No OS login. Just an encrypted window that opened automatically when he inserted the drive.</w:t>
      </w:r>
    </w:p>
    <w:p w14:paraId="2421AFB3"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The video played.</w:t>
      </w:r>
    </w:p>
    <w:p w14:paraId="3B5E2831"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Rachel appeared on screen—recorded the night before. She sat in a dim room, hood pulled over her head, whispering into the camera.</w:t>
      </w:r>
    </w:p>
    <w:p w14:paraId="2638A230"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“They know. </w:t>
      </w:r>
      <w:proofErr w:type="gramStart"/>
      <w:r w:rsidRPr="00EB12E0">
        <w:rPr>
          <w:rFonts w:eastAsia="Times New Roman" w:cs="Times New Roman"/>
          <w:szCs w:val="24"/>
        </w:rPr>
        <w:t>They’re</w:t>
      </w:r>
      <w:proofErr w:type="gramEnd"/>
      <w:r w:rsidRPr="00EB12E0">
        <w:rPr>
          <w:rFonts w:eastAsia="Times New Roman" w:cs="Times New Roman"/>
          <w:szCs w:val="24"/>
        </w:rPr>
        <w:t xml:space="preserve"> running parallel ops. Your score </w:t>
      </w:r>
      <w:proofErr w:type="gramStart"/>
      <w:r w:rsidRPr="00EB12E0">
        <w:rPr>
          <w:rFonts w:eastAsia="Times New Roman" w:cs="Times New Roman"/>
          <w:szCs w:val="24"/>
        </w:rPr>
        <w:t>isn’t</w:t>
      </w:r>
      <w:proofErr w:type="gramEnd"/>
      <w:r w:rsidRPr="00EB12E0">
        <w:rPr>
          <w:rFonts w:eastAsia="Times New Roman" w:cs="Times New Roman"/>
          <w:szCs w:val="24"/>
        </w:rPr>
        <w:t xml:space="preserve"> just predictive—</w:t>
      </w:r>
      <w:proofErr w:type="gramStart"/>
      <w:r w:rsidRPr="00EB12E0">
        <w:rPr>
          <w:rFonts w:eastAsia="Times New Roman" w:cs="Times New Roman"/>
          <w:szCs w:val="24"/>
        </w:rPr>
        <w:t>it’s</w:t>
      </w:r>
      <w:proofErr w:type="gramEnd"/>
      <w:r w:rsidRPr="00EB12E0">
        <w:rPr>
          <w:rFonts w:eastAsia="Times New Roman" w:cs="Times New Roman"/>
          <w:szCs w:val="24"/>
        </w:rPr>
        <w:t xml:space="preserve"> </w:t>
      </w:r>
      <w:r w:rsidRPr="00EB12E0">
        <w:rPr>
          <w:rFonts w:eastAsia="Times New Roman" w:cs="Times New Roman"/>
          <w:i/>
          <w:iCs/>
          <w:szCs w:val="24"/>
        </w:rPr>
        <w:t>generative</w:t>
      </w:r>
      <w:r w:rsidRPr="00EB12E0">
        <w:rPr>
          <w:rFonts w:eastAsia="Times New Roman" w:cs="Times New Roman"/>
          <w:szCs w:val="24"/>
        </w:rPr>
        <w:t xml:space="preserve">. </w:t>
      </w:r>
      <w:proofErr w:type="gramStart"/>
      <w:r w:rsidRPr="00EB12E0">
        <w:rPr>
          <w:rFonts w:eastAsia="Times New Roman" w:cs="Times New Roman"/>
          <w:szCs w:val="24"/>
        </w:rPr>
        <w:t>They’re</w:t>
      </w:r>
      <w:proofErr w:type="gramEnd"/>
      <w:r w:rsidRPr="00EB12E0">
        <w:rPr>
          <w:rFonts w:eastAsia="Times New Roman" w:cs="Times New Roman"/>
          <w:szCs w:val="24"/>
        </w:rPr>
        <w:t xml:space="preserve"> feeding it inputs, stressors. Jake... </w:t>
      </w:r>
      <w:proofErr w:type="gramStart"/>
      <w:r w:rsidRPr="00EB12E0">
        <w:rPr>
          <w:rFonts w:eastAsia="Times New Roman" w:cs="Times New Roman"/>
          <w:szCs w:val="24"/>
        </w:rPr>
        <w:t>wasn’t</w:t>
      </w:r>
      <w:proofErr w:type="gramEnd"/>
      <w:r w:rsidRPr="00EB12E0">
        <w:rPr>
          <w:rFonts w:eastAsia="Times New Roman" w:cs="Times New Roman"/>
          <w:szCs w:val="24"/>
        </w:rPr>
        <w:t xml:space="preserve"> suicide. He </w:t>
      </w:r>
      <w:proofErr w:type="gramStart"/>
      <w:r w:rsidRPr="00EB12E0">
        <w:rPr>
          <w:rFonts w:eastAsia="Times New Roman" w:cs="Times New Roman"/>
          <w:szCs w:val="24"/>
        </w:rPr>
        <w:t>was removed</w:t>
      </w:r>
      <w:proofErr w:type="gramEnd"/>
      <w:r w:rsidRPr="00EB12E0">
        <w:rPr>
          <w:rFonts w:eastAsia="Times New Roman" w:cs="Times New Roman"/>
          <w:szCs w:val="24"/>
        </w:rPr>
        <w:t>. They had to close the loop.”</w:t>
      </w:r>
    </w:p>
    <w:p w14:paraId="65B2E2BA"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Frank leaned in, blood pounding.</w:t>
      </w:r>
    </w:p>
    <w:p w14:paraId="1AB0EADD"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“They want to see what it takes to push you over the edge. </w:t>
      </w:r>
      <w:proofErr w:type="gramStart"/>
      <w:r w:rsidRPr="00EB12E0">
        <w:rPr>
          <w:rFonts w:eastAsia="Times New Roman" w:cs="Times New Roman"/>
          <w:szCs w:val="24"/>
        </w:rPr>
        <w:t>You’re</w:t>
      </w:r>
      <w:proofErr w:type="gramEnd"/>
      <w:r w:rsidRPr="00EB12E0">
        <w:rPr>
          <w:rFonts w:eastAsia="Times New Roman" w:cs="Times New Roman"/>
          <w:szCs w:val="24"/>
        </w:rPr>
        <w:t xml:space="preserve"> the crown jewel of a trial group called </w:t>
      </w:r>
      <w:r w:rsidRPr="00EB12E0">
        <w:rPr>
          <w:rFonts w:eastAsia="Times New Roman" w:cs="Times New Roman"/>
          <w:b/>
          <w:bCs/>
          <w:szCs w:val="24"/>
        </w:rPr>
        <w:t>Orpheus</w:t>
      </w:r>
      <w:r w:rsidRPr="00EB12E0">
        <w:rPr>
          <w:rFonts w:eastAsia="Times New Roman" w:cs="Times New Roman"/>
          <w:szCs w:val="24"/>
        </w:rPr>
        <w:t xml:space="preserve">. The rest of the country thinks </w:t>
      </w:r>
      <w:proofErr w:type="gramStart"/>
      <w:r w:rsidRPr="00EB12E0">
        <w:rPr>
          <w:rFonts w:eastAsia="Times New Roman" w:cs="Times New Roman"/>
          <w:szCs w:val="24"/>
        </w:rPr>
        <w:t>it’s</w:t>
      </w:r>
      <w:proofErr w:type="gramEnd"/>
      <w:r w:rsidRPr="00EB12E0">
        <w:rPr>
          <w:rFonts w:eastAsia="Times New Roman" w:cs="Times New Roman"/>
          <w:szCs w:val="24"/>
        </w:rPr>
        <w:t xml:space="preserve"> about pre-crime. Public safety. But the real program</w:t>
      </w:r>
      <w:proofErr w:type="gramStart"/>
      <w:r w:rsidRPr="00EB12E0">
        <w:rPr>
          <w:rFonts w:eastAsia="Times New Roman" w:cs="Times New Roman"/>
          <w:szCs w:val="24"/>
        </w:rPr>
        <w:t>—‘</w:t>
      </w:r>
      <w:proofErr w:type="gramEnd"/>
      <w:r w:rsidRPr="00EB12E0">
        <w:rPr>
          <w:rFonts w:eastAsia="Times New Roman" w:cs="Times New Roman"/>
          <w:szCs w:val="24"/>
        </w:rPr>
        <w:t>The Dollhouse’—is about controllable escalation. Simulated outrage. Measured collapse.”</w:t>
      </w:r>
    </w:p>
    <w:p w14:paraId="102EEC5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She looked straight into the lens.</w:t>
      </w:r>
    </w:p>
    <w:p w14:paraId="732D871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“If </w:t>
      </w:r>
      <w:proofErr w:type="gramStart"/>
      <w:r w:rsidRPr="00EB12E0">
        <w:rPr>
          <w:rFonts w:eastAsia="Times New Roman" w:cs="Times New Roman"/>
          <w:szCs w:val="24"/>
        </w:rPr>
        <w:t>you’re</w:t>
      </w:r>
      <w:proofErr w:type="gramEnd"/>
      <w:r w:rsidRPr="00EB12E0">
        <w:rPr>
          <w:rFonts w:eastAsia="Times New Roman" w:cs="Times New Roman"/>
          <w:szCs w:val="24"/>
        </w:rPr>
        <w:t xml:space="preserve"> watching this, </w:t>
      </w:r>
      <w:proofErr w:type="gramStart"/>
      <w:r w:rsidRPr="00EB12E0">
        <w:rPr>
          <w:rFonts w:eastAsia="Times New Roman" w:cs="Times New Roman"/>
          <w:szCs w:val="24"/>
        </w:rPr>
        <w:t>I’m</w:t>
      </w:r>
      <w:proofErr w:type="gramEnd"/>
      <w:r w:rsidRPr="00EB12E0">
        <w:rPr>
          <w:rFonts w:eastAsia="Times New Roman" w:cs="Times New Roman"/>
          <w:szCs w:val="24"/>
        </w:rPr>
        <w:t xml:space="preserve"> </w:t>
      </w:r>
      <w:proofErr w:type="gramStart"/>
      <w:r w:rsidRPr="00EB12E0">
        <w:rPr>
          <w:rFonts w:eastAsia="Times New Roman" w:cs="Times New Roman"/>
          <w:szCs w:val="24"/>
        </w:rPr>
        <w:t>probably already</w:t>
      </w:r>
      <w:proofErr w:type="gramEnd"/>
      <w:r w:rsidRPr="00EB12E0">
        <w:rPr>
          <w:rFonts w:eastAsia="Times New Roman" w:cs="Times New Roman"/>
          <w:szCs w:val="24"/>
        </w:rPr>
        <w:t xml:space="preserve"> gone. You need to reach the Capitol. </w:t>
      </w:r>
      <w:proofErr w:type="gramStart"/>
      <w:r w:rsidRPr="00EB12E0">
        <w:rPr>
          <w:rFonts w:eastAsia="Times New Roman" w:cs="Times New Roman"/>
          <w:szCs w:val="24"/>
        </w:rPr>
        <w:t>There’s</w:t>
      </w:r>
      <w:proofErr w:type="gramEnd"/>
      <w:r w:rsidRPr="00EB12E0">
        <w:rPr>
          <w:rFonts w:eastAsia="Times New Roman" w:cs="Times New Roman"/>
          <w:szCs w:val="24"/>
        </w:rPr>
        <w:t xml:space="preserve"> one person left who can blow this open. Codename </w:t>
      </w:r>
      <w:r w:rsidRPr="00EB12E0">
        <w:rPr>
          <w:rFonts w:eastAsia="Times New Roman" w:cs="Times New Roman"/>
          <w:b/>
          <w:bCs/>
          <w:szCs w:val="24"/>
        </w:rPr>
        <w:t>Falconer</w:t>
      </w:r>
      <w:r w:rsidRPr="00EB12E0">
        <w:rPr>
          <w:rFonts w:eastAsia="Times New Roman" w:cs="Times New Roman"/>
          <w:szCs w:val="24"/>
        </w:rPr>
        <w:t xml:space="preserve">. He has a list. But </w:t>
      </w:r>
      <w:proofErr w:type="gramStart"/>
      <w:r w:rsidRPr="00EB12E0">
        <w:rPr>
          <w:rFonts w:eastAsia="Times New Roman" w:cs="Times New Roman"/>
          <w:szCs w:val="24"/>
        </w:rPr>
        <w:t>they’re</w:t>
      </w:r>
      <w:proofErr w:type="gramEnd"/>
      <w:r w:rsidRPr="00EB12E0">
        <w:rPr>
          <w:rFonts w:eastAsia="Times New Roman" w:cs="Times New Roman"/>
          <w:szCs w:val="24"/>
        </w:rPr>
        <w:t xml:space="preserve"> going to come for him next.”</w:t>
      </w:r>
    </w:p>
    <w:p w14:paraId="34A4741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lastRenderedPageBreak/>
        <w:t>Static bloomed across the screen. The video cut.</w:t>
      </w:r>
    </w:p>
    <w:p w14:paraId="240778F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Frank sat in the dark, motionless. Every instinct screamed to move, to run—but where? And for what?</w:t>
      </w:r>
    </w:p>
    <w:p w14:paraId="4DB976CC"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If Rachel </w:t>
      </w:r>
      <w:proofErr w:type="gramStart"/>
      <w:r w:rsidRPr="00EB12E0">
        <w:rPr>
          <w:rFonts w:eastAsia="Times New Roman" w:cs="Times New Roman"/>
          <w:szCs w:val="24"/>
        </w:rPr>
        <w:t>was</w:t>
      </w:r>
      <w:proofErr w:type="gramEnd"/>
      <w:r w:rsidRPr="00EB12E0">
        <w:rPr>
          <w:rFonts w:eastAsia="Times New Roman" w:cs="Times New Roman"/>
          <w:szCs w:val="24"/>
        </w:rPr>
        <w:t xml:space="preserve"> right—and everything </w:t>
      </w:r>
      <w:proofErr w:type="gramStart"/>
      <w:r w:rsidRPr="00EB12E0">
        <w:rPr>
          <w:rFonts w:eastAsia="Times New Roman" w:cs="Times New Roman"/>
          <w:szCs w:val="24"/>
        </w:rPr>
        <w:t>she’d</w:t>
      </w:r>
      <w:proofErr w:type="gramEnd"/>
      <w:r w:rsidRPr="00EB12E0">
        <w:rPr>
          <w:rFonts w:eastAsia="Times New Roman" w:cs="Times New Roman"/>
          <w:szCs w:val="24"/>
        </w:rPr>
        <w:t xml:space="preserve"> just shown made horrifying sense—then the only way out was through the belly of the beast.</w:t>
      </w:r>
    </w:p>
    <w:p w14:paraId="5F0F57BC"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 folded the map. Pocketed the drive. Repacked the case and sealed the locker.</w:t>
      </w:r>
    </w:p>
    <w:p w14:paraId="6AA5A92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A </w:t>
      </w:r>
      <w:proofErr w:type="gramStart"/>
      <w:r w:rsidRPr="00EB12E0">
        <w:rPr>
          <w:rFonts w:eastAsia="Times New Roman" w:cs="Times New Roman"/>
          <w:szCs w:val="24"/>
        </w:rPr>
        <w:t>half-mile</w:t>
      </w:r>
      <w:proofErr w:type="gramEnd"/>
      <w:r w:rsidRPr="00EB12E0">
        <w:rPr>
          <w:rFonts w:eastAsia="Times New Roman" w:cs="Times New Roman"/>
          <w:szCs w:val="24"/>
        </w:rPr>
        <w:t xml:space="preserve"> away, headlights flickered briefly through the woods—then vanished.</w:t>
      </w:r>
    </w:p>
    <w:p w14:paraId="70571F8C" w14:textId="77777777" w:rsidR="00EB12E0" w:rsidRPr="00EB12E0" w:rsidRDefault="002010FF" w:rsidP="00EB12E0">
      <w:pPr>
        <w:rPr>
          <w:rFonts w:eastAsia="Times New Roman" w:cs="Times New Roman"/>
          <w:szCs w:val="24"/>
        </w:rPr>
      </w:pPr>
      <w:r>
        <w:rPr>
          <w:rFonts w:eastAsia="Times New Roman" w:cs="Times New Roman"/>
          <w:szCs w:val="24"/>
        </w:rPr>
        <w:pict w14:anchorId="70E84F56">
          <v:rect id="_x0000_i1036" style="width:0;height:1.5pt" o:hralign="center" o:hrstd="t" o:hr="t" fillcolor="#a0a0a0" stroked="f"/>
        </w:pict>
      </w:r>
    </w:p>
    <w:p w14:paraId="59622AA7" w14:textId="77777777" w:rsidR="00EB12E0" w:rsidRPr="00EB12E0" w:rsidRDefault="00EB12E0" w:rsidP="00EB12E0">
      <w:pPr>
        <w:spacing w:before="100" w:beforeAutospacing="1" w:after="100" w:afterAutospacing="1"/>
        <w:outlineLvl w:val="2"/>
        <w:rPr>
          <w:rFonts w:eastAsia="Times New Roman" w:cs="Times New Roman"/>
          <w:b/>
          <w:bCs/>
          <w:sz w:val="27"/>
          <w:szCs w:val="27"/>
        </w:rPr>
      </w:pPr>
      <w:r w:rsidRPr="00EB12E0">
        <w:rPr>
          <w:rFonts w:eastAsia="Times New Roman" w:cs="Times New Roman"/>
          <w:b/>
          <w:bCs/>
          <w:sz w:val="27"/>
          <w:szCs w:val="27"/>
        </w:rPr>
        <w:t>Washington D.C. – Operations Level / The Dollhouse</w:t>
      </w:r>
    </w:p>
    <w:p w14:paraId="260B3EFB"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Roth stood beneath the filtered blue glow of a twenty-foot digital wall—each panel streaming live telemetry of Subject 014A.</w:t>
      </w:r>
    </w:p>
    <w:p w14:paraId="187BF5C2"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"Subject has made contact with Package Alpha," the technician said, voice flat, distant. "</w:t>
      </w:r>
      <w:proofErr w:type="gramStart"/>
      <w:r w:rsidRPr="00EB12E0">
        <w:rPr>
          <w:rFonts w:eastAsia="Times New Roman" w:cs="Times New Roman"/>
          <w:szCs w:val="24"/>
        </w:rPr>
        <w:t>Trigger</w:t>
      </w:r>
      <w:proofErr w:type="gramEnd"/>
      <w:r w:rsidRPr="00EB12E0">
        <w:rPr>
          <w:rFonts w:eastAsia="Times New Roman" w:cs="Times New Roman"/>
          <w:szCs w:val="24"/>
        </w:rPr>
        <w:t xml:space="preserve"> vector is escalating. Estimated convergence window has narrowed to six days."</w:t>
      </w:r>
    </w:p>
    <w:p w14:paraId="668FCD65"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Roth nodded.</w:t>
      </w:r>
    </w:p>
    <w:p w14:paraId="35C78531"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Behind him, the rest of the command unit typed, adjusted feeds, ran simulations. None of them looked up. This was routine now.</w:t>
      </w:r>
    </w:p>
    <w:p w14:paraId="424D790D"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“Where’s Rachel?” Roth asked, tone casual.</w:t>
      </w:r>
    </w:p>
    <w:p w14:paraId="3129AFC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“Unaccounted for. </w:t>
      </w:r>
      <w:proofErr w:type="gramStart"/>
      <w:r w:rsidRPr="00EB12E0">
        <w:rPr>
          <w:rFonts w:eastAsia="Times New Roman" w:cs="Times New Roman"/>
          <w:szCs w:val="24"/>
        </w:rPr>
        <w:t>Last</w:t>
      </w:r>
      <w:proofErr w:type="gramEnd"/>
      <w:r w:rsidRPr="00EB12E0">
        <w:rPr>
          <w:rFonts w:eastAsia="Times New Roman" w:cs="Times New Roman"/>
          <w:szCs w:val="24"/>
        </w:rPr>
        <w:t xml:space="preserve"> known signal terminated northeast of Pittsfield. </w:t>
      </w:r>
      <w:proofErr w:type="gramStart"/>
      <w:r w:rsidRPr="00EB12E0">
        <w:rPr>
          <w:rFonts w:eastAsia="Times New Roman" w:cs="Times New Roman"/>
          <w:szCs w:val="24"/>
        </w:rPr>
        <w:t>We’ve</w:t>
      </w:r>
      <w:proofErr w:type="gramEnd"/>
      <w:r w:rsidRPr="00EB12E0">
        <w:rPr>
          <w:rFonts w:eastAsia="Times New Roman" w:cs="Times New Roman"/>
          <w:szCs w:val="24"/>
        </w:rPr>
        <w:t xml:space="preserve"> dispatched a tertiary scrub team.”</w:t>
      </w:r>
    </w:p>
    <w:p w14:paraId="274A41A3"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“No assets near him?”</w:t>
      </w:r>
    </w:p>
    <w:p w14:paraId="66C4CED9"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w:t>
      </w:r>
      <w:proofErr w:type="gramStart"/>
      <w:r w:rsidRPr="00EB12E0">
        <w:rPr>
          <w:rFonts w:eastAsia="Times New Roman" w:cs="Times New Roman"/>
          <w:szCs w:val="24"/>
        </w:rPr>
        <w:t>We’ve</w:t>
      </w:r>
      <w:proofErr w:type="gramEnd"/>
      <w:r w:rsidRPr="00EB12E0">
        <w:rPr>
          <w:rFonts w:eastAsia="Times New Roman" w:cs="Times New Roman"/>
          <w:szCs w:val="24"/>
        </w:rPr>
        <w:t xml:space="preserve"> got eyes. Enough to keep the pressure consistent.”</w:t>
      </w:r>
    </w:p>
    <w:p w14:paraId="2740435C"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Roth turned and gazed </w:t>
      </w:r>
      <w:proofErr w:type="gramStart"/>
      <w:r w:rsidRPr="00EB12E0">
        <w:rPr>
          <w:rFonts w:eastAsia="Times New Roman" w:cs="Times New Roman"/>
          <w:szCs w:val="24"/>
        </w:rPr>
        <w:t>out</w:t>
      </w:r>
      <w:proofErr w:type="gramEnd"/>
      <w:r w:rsidRPr="00EB12E0">
        <w:rPr>
          <w:rFonts w:eastAsia="Times New Roman" w:cs="Times New Roman"/>
          <w:szCs w:val="24"/>
        </w:rPr>
        <w:t xml:space="preserve"> the observation glass behind him. The lights of the city glittered like circuitry. His lips twitched in a small, satisfied grin.</w:t>
      </w:r>
    </w:p>
    <w:p w14:paraId="6764E2C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“We’re close,” he said softly. “Very close.”</w:t>
      </w:r>
    </w:p>
    <w:p w14:paraId="245DF67E" w14:textId="77777777" w:rsidR="00EB12E0" w:rsidRPr="00EB12E0" w:rsidRDefault="002010FF" w:rsidP="00EB12E0">
      <w:pPr>
        <w:rPr>
          <w:rFonts w:eastAsia="Times New Roman" w:cs="Times New Roman"/>
          <w:szCs w:val="24"/>
        </w:rPr>
      </w:pPr>
      <w:r>
        <w:rPr>
          <w:rFonts w:eastAsia="Times New Roman" w:cs="Times New Roman"/>
          <w:szCs w:val="24"/>
        </w:rPr>
        <w:pict w14:anchorId="1B388105">
          <v:rect id="_x0000_i1037" style="width:0;height:1.5pt" o:hralign="center" o:hrstd="t" o:hr="t" fillcolor="#a0a0a0" stroked="f"/>
        </w:pict>
      </w:r>
    </w:p>
    <w:p w14:paraId="43C60AB4" w14:textId="77777777" w:rsidR="00EB12E0" w:rsidRPr="00EB12E0" w:rsidRDefault="00EB12E0" w:rsidP="00EB12E0">
      <w:pPr>
        <w:spacing w:before="100" w:beforeAutospacing="1" w:after="100" w:afterAutospacing="1"/>
        <w:outlineLvl w:val="2"/>
        <w:rPr>
          <w:rFonts w:eastAsia="Times New Roman" w:cs="Times New Roman"/>
          <w:b/>
          <w:bCs/>
          <w:sz w:val="27"/>
          <w:szCs w:val="27"/>
        </w:rPr>
      </w:pPr>
      <w:r w:rsidRPr="00EB12E0">
        <w:rPr>
          <w:rFonts w:eastAsia="Times New Roman" w:cs="Times New Roman"/>
          <w:b/>
          <w:bCs/>
          <w:sz w:val="27"/>
          <w:szCs w:val="27"/>
        </w:rPr>
        <w:t>Back in the Berkshires – Later That Night</w:t>
      </w:r>
    </w:p>
    <w:p w14:paraId="1F956772"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Frank was on the move again.</w:t>
      </w:r>
    </w:p>
    <w:p w14:paraId="41AE41E7" w14:textId="77777777" w:rsidR="00EB12E0" w:rsidRPr="00EB12E0" w:rsidRDefault="00EB12E0" w:rsidP="00EB12E0">
      <w:pPr>
        <w:spacing w:before="100" w:beforeAutospacing="1" w:after="100" w:afterAutospacing="1"/>
        <w:rPr>
          <w:rFonts w:eastAsia="Times New Roman" w:cs="Times New Roman"/>
          <w:szCs w:val="24"/>
        </w:rPr>
      </w:pPr>
      <w:proofErr w:type="gramStart"/>
      <w:r w:rsidRPr="00EB12E0">
        <w:rPr>
          <w:rFonts w:eastAsia="Times New Roman" w:cs="Times New Roman"/>
          <w:szCs w:val="24"/>
        </w:rPr>
        <w:t>He’d</w:t>
      </w:r>
      <w:proofErr w:type="gramEnd"/>
      <w:r w:rsidRPr="00EB12E0">
        <w:rPr>
          <w:rFonts w:eastAsia="Times New Roman" w:cs="Times New Roman"/>
          <w:szCs w:val="24"/>
        </w:rPr>
        <w:t xml:space="preserve"> ditched the case, memorized the map, and set off south toward Great Barrington. There were still safe places there—barely. Old friends. Fewer cameras. He needed time to think. To regroup.</w:t>
      </w:r>
    </w:p>
    <w:p w14:paraId="55230B51"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But something was wrong.</w:t>
      </w:r>
    </w:p>
    <w:p w14:paraId="3C75F872"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lastRenderedPageBreak/>
        <w:t>Everywhere he turned—lights in the woods. Drones overhead. A van that parked just a little too long at a closed gas station.</w:t>
      </w:r>
    </w:p>
    <w:p w14:paraId="14C8F4F9"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The Dollhouse </w:t>
      </w:r>
      <w:proofErr w:type="gramStart"/>
      <w:r w:rsidRPr="00EB12E0">
        <w:rPr>
          <w:rFonts w:eastAsia="Times New Roman" w:cs="Times New Roman"/>
          <w:szCs w:val="24"/>
        </w:rPr>
        <w:t>wasn’t</w:t>
      </w:r>
      <w:proofErr w:type="gramEnd"/>
      <w:r w:rsidRPr="00EB12E0">
        <w:rPr>
          <w:rFonts w:eastAsia="Times New Roman" w:cs="Times New Roman"/>
          <w:szCs w:val="24"/>
        </w:rPr>
        <w:t xml:space="preserve"> just </w:t>
      </w:r>
      <w:proofErr w:type="gramStart"/>
      <w:r w:rsidRPr="00EB12E0">
        <w:rPr>
          <w:rFonts w:eastAsia="Times New Roman" w:cs="Times New Roman"/>
          <w:szCs w:val="24"/>
        </w:rPr>
        <w:t>modeling</w:t>
      </w:r>
      <w:proofErr w:type="gramEnd"/>
      <w:r w:rsidRPr="00EB12E0">
        <w:rPr>
          <w:rFonts w:eastAsia="Times New Roman" w:cs="Times New Roman"/>
          <w:szCs w:val="24"/>
        </w:rPr>
        <w:t xml:space="preserve"> him. It was </w:t>
      </w:r>
      <w:r w:rsidRPr="00EB12E0">
        <w:rPr>
          <w:rFonts w:eastAsia="Times New Roman" w:cs="Times New Roman"/>
          <w:b/>
          <w:bCs/>
          <w:szCs w:val="24"/>
        </w:rPr>
        <w:t>leading</w:t>
      </w:r>
      <w:r w:rsidRPr="00EB12E0">
        <w:rPr>
          <w:rFonts w:eastAsia="Times New Roman" w:cs="Times New Roman"/>
          <w:szCs w:val="24"/>
        </w:rPr>
        <w:t xml:space="preserve"> him. Like a rat in a maze, chasing air.</w:t>
      </w:r>
    </w:p>
    <w:p w14:paraId="7C6AB9D6"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He ducked under a rail bridge and waited. When the drone passed, he whispered to himself—something he </w:t>
      </w:r>
      <w:proofErr w:type="gramStart"/>
      <w:r w:rsidRPr="00EB12E0">
        <w:rPr>
          <w:rFonts w:eastAsia="Times New Roman" w:cs="Times New Roman"/>
          <w:szCs w:val="24"/>
        </w:rPr>
        <w:t>hadn’t</w:t>
      </w:r>
      <w:proofErr w:type="gramEnd"/>
      <w:r w:rsidRPr="00EB12E0">
        <w:rPr>
          <w:rFonts w:eastAsia="Times New Roman" w:cs="Times New Roman"/>
          <w:szCs w:val="24"/>
        </w:rPr>
        <w:t xml:space="preserve"> said since the war:</w:t>
      </w:r>
    </w:p>
    <w:p w14:paraId="25684E9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i/>
          <w:iCs/>
          <w:szCs w:val="24"/>
        </w:rPr>
        <w:t>"Adapt, overcome, survive."</w:t>
      </w:r>
    </w:p>
    <w:p w14:paraId="2D9BB679"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And then he moved.</w:t>
      </w:r>
    </w:p>
    <w:p w14:paraId="1EEE7746" w14:textId="77777777" w:rsidR="007715AE" w:rsidRPr="007715AE" w:rsidRDefault="007715AE" w:rsidP="007715AE">
      <w:pPr>
        <w:spacing w:before="100" w:beforeAutospacing="1" w:after="100" w:afterAutospacing="1"/>
        <w:outlineLvl w:val="2"/>
        <w:rPr>
          <w:rFonts w:eastAsia="Times New Roman" w:cs="Times New Roman"/>
          <w:b/>
          <w:bCs/>
          <w:sz w:val="27"/>
          <w:szCs w:val="27"/>
        </w:rPr>
      </w:pPr>
      <w:r w:rsidRPr="007715AE">
        <w:rPr>
          <w:rFonts w:eastAsia="Times New Roman" w:cs="Times New Roman"/>
          <w:b/>
          <w:bCs/>
          <w:sz w:val="27"/>
          <w:szCs w:val="27"/>
        </w:rPr>
        <w:t>Chapter 7 – The Last Firewall</w:t>
      </w:r>
    </w:p>
    <w:p w14:paraId="3D628E4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The compound felt different </w:t>
      </w:r>
      <w:proofErr w:type="gramStart"/>
      <w:r w:rsidRPr="007715AE">
        <w:rPr>
          <w:rFonts w:eastAsia="Times New Roman" w:cs="Times New Roman"/>
          <w:szCs w:val="24"/>
        </w:rPr>
        <w:t>now—alive</w:t>
      </w:r>
      <w:proofErr w:type="gramEnd"/>
      <w:r w:rsidRPr="007715AE">
        <w:rPr>
          <w:rFonts w:eastAsia="Times New Roman" w:cs="Times New Roman"/>
          <w:szCs w:val="24"/>
        </w:rPr>
        <w:t xml:space="preserve">, like the walls were breathing. Frank could sense it in the air, thick with tension. He had survived so far by staying one step ahead, but this place—the so-called "fort"—was unlike anything he had ever encountered. It </w:t>
      </w:r>
      <w:proofErr w:type="gramStart"/>
      <w:r w:rsidRPr="007715AE">
        <w:rPr>
          <w:rFonts w:eastAsia="Times New Roman" w:cs="Times New Roman"/>
          <w:szCs w:val="24"/>
        </w:rPr>
        <w:t>wasn’t</w:t>
      </w:r>
      <w:proofErr w:type="gramEnd"/>
      <w:r w:rsidRPr="007715AE">
        <w:rPr>
          <w:rFonts w:eastAsia="Times New Roman" w:cs="Times New Roman"/>
          <w:szCs w:val="24"/>
        </w:rPr>
        <w:t xml:space="preserve"> just a safehouse. It was a trap, a staging ground, a waystation for forces far beyond his understanding. And now, it was the epicenter of a conspiracy that could unravel the very fabric of his life.</w:t>
      </w:r>
    </w:p>
    <w:p w14:paraId="08F9D999"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Tess led Frank through a network of dimly lit hallways, their boots echoing in </w:t>
      </w:r>
      <w:proofErr w:type="gramStart"/>
      <w:r w:rsidRPr="007715AE">
        <w:rPr>
          <w:rFonts w:eastAsia="Times New Roman" w:cs="Times New Roman"/>
          <w:szCs w:val="24"/>
        </w:rPr>
        <w:t>the silence</w:t>
      </w:r>
      <w:proofErr w:type="gramEnd"/>
      <w:r w:rsidRPr="007715AE">
        <w:rPr>
          <w:rFonts w:eastAsia="Times New Roman" w:cs="Times New Roman"/>
          <w:szCs w:val="24"/>
        </w:rPr>
        <w:t>. The others in the compound, the people behind Project ORPHEUS, were busy at their stations, unaware of his thoughts racing ahead. But Frank knew something had shifted. Their plan was no longer about eliminating him. It was about control. Complete control.</w:t>
      </w:r>
    </w:p>
    <w:p w14:paraId="741D69D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“You’re sure about this?” Frank asked, his voice low, keeping the conversation between him and Tess. She had promised answers, but so far, all </w:t>
      </w:r>
      <w:proofErr w:type="gramStart"/>
      <w:r w:rsidRPr="007715AE">
        <w:rPr>
          <w:rFonts w:eastAsia="Times New Roman" w:cs="Times New Roman"/>
          <w:szCs w:val="24"/>
        </w:rPr>
        <w:t>he’d</w:t>
      </w:r>
      <w:proofErr w:type="gramEnd"/>
      <w:r w:rsidRPr="007715AE">
        <w:rPr>
          <w:rFonts w:eastAsia="Times New Roman" w:cs="Times New Roman"/>
          <w:szCs w:val="24"/>
        </w:rPr>
        <w:t xml:space="preserve"> gotten was more questions.</w:t>
      </w:r>
    </w:p>
    <w:p w14:paraId="27726434"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“We’re past the point of no return,” Tess said, glancing over her shoulder. “</w:t>
      </w:r>
      <w:proofErr w:type="gramStart"/>
      <w:r w:rsidRPr="007715AE">
        <w:rPr>
          <w:rFonts w:eastAsia="Times New Roman" w:cs="Times New Roman"/>
          <w:szCs w:val="24"/>
        </w:rPr>
        <w:t>You’ve</w:t>
      </w:r>
      <w:proofErr w:type="gramEnd"/>
      <w:r w:rsidRPr="007715AE">
        <w:rPr>
          <w:rFonts w:eastAsia="Times New Roman" w:cs="Times New Roman"/>
          <w:szCs w:val="24"/>
        </w:rPr>
        <w:t xml:space="preserve"> </w:t>
      </w:r>
      <w:proofErr w:type="gramStart"/>
      <w:r w:rsidRPr="007715AE">
        <w:rPr>
          <w:rFonts w:eastAsia="Times New Roman" w:cs="Times New Roman"/>
          <w:szCs w:val="24"/>
        </w:rPr>
        <w:t>been marked</w:t>
      </w:r>
      <w:proofErr w:type="gramEnd"/>
      <w:r w:rsidRPr="007715AE">
        <w:rPr>
          <w:rFonts w:eastAsia="Times New Roman" w:cs="Times New Roman"/>
          <w:szCs w:val="24"/>
        </w:rPr>
        <w:t xml:space="preserve">, Frank. Whether you like it or not, </w:t>
      </w:r>
      <w:proofErr w:type="gramStart"/>
      <w:r w:rsidRPr="007715AE">
        <w:rPr>
          <w:rFonts w:eastAsia="Times New Roman" w:cs="Times New Roman"/>
          <w:szCs w:val="24"/>
        </w:rPr>
        <w:t>you're</w:t>
      </w:r>
      <w:proofErr w:type="gramEnd"/>
      <w:r w:rsidRPr="007715AE">
        <w:rPr>
          <w:rFonts w:eastAsia="Times New Roman" w:cs="Times New Roman"/>
          <w:szCs w:val="24"/>
        </w:rPr>
        <w:t xml:space="preserve"> part of the system now.”</w:t>
      </w:r>
    </w:p>
    <w:p w14:paraId="6A7AE58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realization hit him like a punch to the gut. “Marked,” he repeated, feeling the weight of it. Not just a fugitive, but a tool in a game of control—a pawn in someone else’s hand. “</w:t>
      </w:r>
      <w:proofErr w:type="gramStart"/>
      <w:r w:rsidRPr="007715AE">
        <w:rPr>
          <w:rFonts w:eastAsia="Times New Roman" w:cs="Times New Roman"/>
          <w:szCs w:val="24"/>
        </w:rPr>
        <w:t>So</w:t>
      </w:r>
      <w:proofErr w:type="gramEnd"/>
      <w:r w:rsidRPr="007715AE">
        <w:rPr>
          <w:rFonts w:eastAsia="Times New Roman" w:cs="Times New Roman"/>
          <w:szCs w:val="24"/>
        </w:rPr>
        <w:t xml:space="preserve"> what now?”</w:t>
      </w:r>
    </w:p>
    <w:p w14:paraId="07C510B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“Now, you survive long enough to break through the last firewall,” Tess replied. “The last barrier between you and the truth. But be prepared. It </w:t>
      </w:r>
      <w:proofErr w:type="gramStart"/>
      <w:r w:rsidRPr="007715AE">
        <w:rPr>
          <w:rFonts w:eastAsia="Times New Roman" w:cs="Times New Roman"/>
          <w:szCs w:val="24"/>
        </w:rPr>
        <w:t>won’t</w:t>
      </w:r>
      <w:proofErr w:type="gramEnd"/>
      <w:r w:rsidRPr="007715AE">
        <w:rPr>
          <w:rFonts w:eastAsia="Times New Roman" w:cs="Times New Roman"/>
          <w:szCs w:val="24"/>
        </w:rPr>
        <w:t xml:space="preserve"> be easy.”</w:t>
      </w:r>
    </w:p>
    <w:p w14:paraId="2E1F02B1"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Frank's heart pounded. </w:t>
      </w:r>
      <w:proofErr w:type="gramStart"/>
      <w:r w:rsidRPr="007715AE">
        <w:rPr>
          <w:rFonts w:eastAsia="Times New Roman" w:cs="Times New Roman"/>
          <w:szCs w:val="24"/>
        </w:rPr>
        <w:t>Firewall</w:t>
      </w:r>
      <w:proofErr w:type="gramEnd"/>
      <w:r w:rsidRPr="007715AE">
        <w:rPr>
          <w:rFonts w:eastAsia="Times New Roman" w:cs="Times New Roman"/>
          <w:szCs w:val="24"/>
        </w:rPr>
        <w:t xml:space="preserve">. The word sent chills down his spine. It was the final layer of security within the </w:t>
      </w:r>
      <w:proofErr w:type="gramStart"/>
      <w:r w:rsidRPr="007715AE">
        <w:rPr>
          <w:rFonts w:eastAsia="Times New Roman" w:cs="Times New Roman"/>
          <w:szCs w:val="24"/>
        </w:rPr>
        <w:t>compound—a</w:t>
      </w:r>
      <w:proofErr w:type="gramEnd"/>
      <w:r w:rsidRPr="007715AE">
        <w:rPr>
          <w:rFonts w:eastAsia="Times New Roman" w:cs="Times New Roman"/>
          <w:szCs w:val="24"/>
        </w:rPr>
        <w:t xml:space="preserve"> system that had </w:t>
      </w:r>
      <w:proofErr w:type="gramStart"/>
      <w:r w:rsidRPr="007715AE">
        <w:rPr>
          <w:rFonts w:eastAsia="Times New Roman" w:cs="Times New Roman"/>
          <w:szCs w:val="24"/>
        </w:rPr>
        <w:t>been designed</w:t>
      </w:r>
      <w:proofErr w:type="gramEnd"/>
      <w:r w:rsidRPr="007715AE">
        <w:rPr>
          <w:rFonts w:eastAsia="Times New Roman" w:cs="Times New Roman"/>
          <w:szCs w:val="24"/>
        </w:rPr>
        <w:t xml:space="preserve"> to ensure that no one could escape, no one could expose the project's darkest secrets. The </w:t>
      </w:r>
      <w:proofErr w:type="gramStart"/>
      <w:r w:rsidRPr="007715AE">
        <w:rPr>
          <w:rFonts w:eastAsia="Times New Roman" w:cs="Times New Roman"/>
          <w:szCs w:val="24"/>
        </w:rPr>
        <w:t>firewall</w:t>
      </w:r>
      <w:proofErr w:type="gramEnd"/>
      <w:r w:rsidRPr="007715AE">
        <w:rPr>
          <w:rFonts w:eastAsia="Times New Roman" w:cs="Times New Roman"/>
          <w:szCs w:val="24"/>
        </w:rPr>
        <w:t xml:space="preserve"> was the last defense. And if they were trying to get through it, that meant there was something far worse on the other side.</w:t>
      </w:r>
    </w:p>
    <w:p w14:paraId="76B6FB5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The hall opened into a large control room. Hundreds of screens displayed real-time surveillance footage, encrypted data streams, and live communications between various facilities. Frank scanned the room, taking it all in. Every single move </w:t>
      </w:r>
      <w:proofErr w:type="gramStart"/>
      <w:r w:rsidRPr="007715AE">
        <w:rPr>
          <w:rFonts w:eastAsia="Times New Roman" w:cs="Times New Roman"/>
          <w:szCs w:val="24"/>
        </w:rPr>
        <w:t>he’d</w:t>
      </w:r>
      <w:proofErr w:type="gramEnd"/>
      <w:r w:rsidRPr="007715AE">
        <w:rPr>
          <w:rFonts w:eastAsia="Times New Roman" w:cs="Times New Roman"/>
          <w:szCs w:val="24"/>
        </w:rPr>
        <w:t xml:space="preserve"> made since the protest had </w:t>
      </w:r>
      <w:proofErr w:type="gramStart"/>
      <w:r w:rsidRPr="007715AE">
        <w:rPr>
          <w:rFonts w:eastAsia="Times New Roman" w:cs="Times New Roman"/>
          <w:szCs w:val="24"/>
        </w:rPr>
        <w:t>been monitored</w:t>
      </w:r>
      <w:proofErr w:type="gramEnd"/>
      <w:r w:rsidRPr="007715AE">
        <w:rPr>
          <w:rFonts w:eastAsia="Times New Roman" w:cs="Times New Roman"/>
          <w:szCs w:val="24"/>
        </w:rPr>
        <w:t xml:space="preserve">, tracked, and analyzed by these people. His every step had </w:t>
      </w:r>
      <w:proofErr w:type="gramStart"/>
      <w:r w:rsidRPr="007715AE">
        <w:rPr>
          <w:rFonts w:eastAsia="Times New Roman" w:cs="Times New Roman"/>
          <w:szCs w:val="24"/>
        </w:rPr>
        <w:t>been predicted</w:t>
      </w:r>
      <w:proofErr w:type="gramEnd"/>
      <w:r w:rsidRPr="007715AE">
        <w:rPr>
          <w:rFonts w:eastAsia="Times New Roman" w:cs="Times New Roman"/>
          <w:szCs w:val="24"/>
        </w:rPr>
        <w:t>, planned. This was the machine in full swing.</w:t>
      </w:r>
    </w:p>
    <w:p w14:paraId="64D53DE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In the center of the room stood a large terminal, guarded by two technicians who </w:t>
      </w:r>
      <w:proofErr w:type="gramStart"/>
      <w:r w:rsidRPr="007715AE">
        <w:rPr>
          <w:rFonts w:eastAsia="Times New Roman" w:cs="Times New Roman"/>
          <w:szCs w:val="24"/>
        </w:rPr>
        <w:t>seemed to be</w:t>
      </w:r>
      <w:proofErr w:type="gramEnd"/>
      <w:r w:rsidRPr="007715AE">
        <w:rPr>
          <w:rFonts w:eastAsia="Times New Roman" w:cs="Times New Roman"/>
          <w:szCs w:val="24"/>
        </w:rPr>
        <w:t xml:space="preserve"> typing furiously, their eyes glued to the monitors. Tess approached them with confidence, her voice sharp and commanding. “Get off the terminal. Now.”</w:t>
      </w:r>
    </w:p>
    <w:p w14:paraId="63B4A626"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lastRenderedPageBreak/>
        <w:t xml:space="preserve">The technicians exchanged nervous glances but </w:t>
      </w:r>
      <w:proofErr w:type="gramStart"/>
      <w:r w:rsidRPr="007715AE">
        <w:rPr>
          <w:rFonts w:eastAsia="Times New Roman" w:cs="Times New Roman"/>
          <w:szCs w:val="24"/>
        </w:rPr>
        <w:t>didn’t</w:t>
      </w:r>
      <w:proofErr w:type="gramEnd"/>
      <w:r w:rsidRPr="007715AE">
        <w:rPr>
          <w:rFonts w:eastAsia="Times New Roman" w:cs="Times New Roman"/>
          <w:szCs w:val="24"/>
        </w:rPr>
        <w:t xml:space="preserve"> argue. They left without a word, retreating to the back of the room. Tess moved quickly to the terminal and began typing at a rapid pace, her fingers flying over the keys. Frank hovered behind her, watching her every move.</w:t>
      </w:r>
    </w:p>
    <w:p w14:paraId="2456FAD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“What's going on?” Frank asked, his voice tense.</w:t>
      </w:r>
    </w:p>
    <w:p w14:paraId="37E1C753"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“I'm bypassing the last firewall,” Tess said, her gaze never leaving the screen. “</w:t>
      </w:r>
      <w:proofErr w:type="gramStart"/>
      <w:r w:rsidRPr="007715AE">
        <w:rPr>
          <w:rFonts w:eastAsia="Times New Roman" w:cs="Times New Roman"/>
          <w:szCs w:val="24"/>
        </w:rPr>
        <w:t>I’m</w:t>
      </w:r>
      <w:proofErr w:type="gramEnd"/>
      <w:r w:rsidRPr="007715AE">
        <w:rPr>
          <w:rFonts w:eastAsia="Times New Roman" w:cs="Times New Roman"/>
          <w:szCs w:val="24"/>
        </w:rPr>
        <w:t xml:space="preserve"> giving you access. This is where they hide everything—the data they </w:t>
      </w:r>
      <w:proofErr w:type="gramStart"/>
      <w:r w:rsidRPr="007715AE">
        <w:rPr>
          <w:rFonts w:eastAsia="Times New Roman" w:cs="Times New Roman"/>
          <w:szCs w:val="24"/>
        </w:rPr>
        <w:t>don’t</w:t>
      </w:r>
      <w:proofErr w:type="gramEnd"/>
      <w:r w:rsidRPr="007715AE">
        <w:rPr>
          <w:rFonts w:eastAsia="Times New Roman" w:cs="Times New Roman"/>
          <w:szCs w:val="24"/>
        </w:rPr>
        <w:t xml:space="preserve"> want you to see. The real story.”</w:t>
      </w:r>
    </w:p>
    <w:p w14:paraId="6BA87DF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Frank’s eyes flickered toward the massive wall of screens. Everything about this operation, everything about his life, had </w:t>
      </w:r>
      <w:proofErr w:type="gramStart"/>
      <w:r w:rsidRPr="007715AE">
        <w:rPr>
          <w:rFonts w:eastAsia="Times New Roman" w:cs="Times New Roman"/>
          <w:szCs w:val="24"/>
        </w:rPr>
        <w:t>been manipulated</w:t>
      </w:r>
      <w:proofErr w:type="gramEnd"/>
      <w:r w:rsidRPr="007715AE">
        <w:rPr>
          <w:rFonts w:eastAsia="Times New Roman" w:cs="Times New Roman"/>
          <w:szCs w:val="24"/>
        </w:rPr>
        <w:t xml:space="preserve"> from the very beginning. But something about this felt different. This </w:t>
      </w:r>
      <w:proofErr w:type="gramStart"/>
      <w:r w:rsidRPr="007715AE">
        <w:rPr>
          <w:rFonts w:eastAsia="Times New Roman" w:cs="Times New Roman"/>
          <w:szCs w:val="24"/>
        </w:rPr>
        <w:t>wasn’t</w:t>
      </w:r>
      <w:proofErr w:type="gramEnd"/>
      <w:r w:rsidRPr="007715AE">
        <w:rPr>
          <w:rFonts w:eastAsia="Times New Roman" w:cs="Times New Roman"/>
          <w:szCs w:val="24"/>
        </w:rPr>
        <w:t xml:space="preserve"> </w:t>
      </w:r>
      <w:proofErr w:type="gramStart"/>
      <w:r w:rsidRPr="007715AE">
        <w:rPr>
          <w:rFonts w:eastAsia="Times New Roman" w:cs="Times New Roman"/>
          <w:szCs w:val="24"/>
        </w:rPr>
        <w:t>just about him</w:t>
      </w:r>
      <w:proofErr w:type="gramEnd"/>
      <w:r w:rsidRPr="007715AE">
        <w:rPr>
          <w:rFonts w:eastAsia="Times New Roman" w:cs="Times New Roman"/>
          <w:szCs w:val="24"/>
        </w:rPr>
        <w:t>. This was about a system that had the power to control everything.</w:t>
      </w:r>
    </w:p>
    <w:p w14:paraId="39F62DA6"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terminal beeped, and Tess swore under her breath. “We’ve got company.”</w:t>
      </w:r>
    </w:p>
    <w:p w14:paraId="344211F2"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sound of boots on concrete echoed through the hall. Frank’s instincts kicked in. He was already moving, positioning himself behind a stack of monitors, his hand instinctively reaching for the handgun concealed at his waist. Tess froze, her face betraying a flicker of uncertainty.</w:t>
      </w:r>
    </w:p>
    <w:p w14:paraId="65B7462E"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“We don’t have much time,” she said, her voice urgent. “The firewall’s about to come down, but </w:t>
      </w:r>
      <w:proofErr w:type="gramStart"/>
      <w:r w:rsidRPr="007715AE">
        <w:rPr>
          <w:rFonts w:eastAsia="Times New Roman" w:cs="Times New Roman"/>
          <w:szCs w:val="24"/>
        </w:rPr>
        <w:t>they’ll</w:t>
      </w:r>
      <w:proofErr w:type="gramEnd"/>
      <w:r w:rsidRPr="007715AE">
        <w:rPr>
          <w:rFonts w:eastAsia="Times New Roman" w:cs="Times New Roman"/>
          <w:szCs w:val="24"/>
        </w:rPr>
        <w:t xml:space="preserve"> be here any second. You need to </w:t>
      </w:r>
      <w:proofErr w:type="gramStart"/>
      <w:r w:rsidRPr="007715AE">
        <w:rPr>
          <w:rFonts w:eastAsia="Times New Roman" w:cs="Times New Roman"/>
          <w:szCs w:val="24"/>
        </w:rPr>
        <w:t>make a decision</w:t>
      </w:r>
      <w:proofErr w:type="gramEnd"/>
      <w:r w:rsidRPr="007715AE">
        <w:rPr>
          <w:rFonts w:eastAsia="Times New Roman" w:cs="Times New Roman"/>
          <w:szCs w:val="24"/>
        </w:rPr>
        <w:t>.”</w:t>
      </w:r>
    </w:p>
    <w:p w14:paraId="430C47AD"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Frank’s mind raced as the door to the control room slammed open. A team of armed guards stormed in, their faces obscured by tactical masks, their weapons raised and ready. They had come for him, for the data, for the truth he was about to uncover.</w:t>
      </w:r>
    </w:p>
    <w:p w14:paraId="49268014"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“Get down!” Tess shouted, pushing Frank toward the ground as gunfire rang out. The guards opened fire, their bullets slamming into the walls, sending sparks flying. Frank </w:t>
      </w:r>
      <w:proofErr w:type="gramStart"/>
      <w:r w:rsidRPr="007715AE">
        <w:rPr>
          <w:rFonts w:eastAsia="Times New Roman" w:cs="Times New Roman"/>
          <w:szCs w:val="24"/>
        </w:rPr>
        <w:t>didn’t</w:t>
      </w:r>
      <w:proofErr w:type="gramEnd"/>
      <w:r w:rsidRPr="007715AE">
        <w:rPr>
          <w:rFonts w:eastAsia="Times New Roman" w:cs="Times New Roman"/>
          <w:szCs w:val="24"/>
        </w:rPr>
        <w:t xml:space="preserve"> hesitate. He returned fire, his shots quick and calculated. One guard dropped to the ground, another staggered backward, clutching his shoulder.</w:t>
      </w:r>
    </w:p>
    <w:p w14:paraId="650C5D00"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Tess was already moving, her hands working the terminal with frantic speed. “Hurry!” she urged, her eyes never leaving the screen. “It’s almost done!”</w:t>
      </w:r>
    </w:p>
    <w:p w14:paraId="2658ABC2"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The room was chaos. Frank fought with a ferocity born of desperation, moving with precision, his training kicking in as he cleared the room of enemies. He </w:t>
      </w:r>
      <w:proofErr w:type="gramStart"/>
      <w:r w:rsidRPr="007715AE">
        <w:rPr>
          <w:rFonts w:eastAsia="Times New Roman" w:cs="Times New Roman"/>
          <w:szCs w:val="24"/>
        </w:rPr>
        <w:t>was focused</w:t>
      </w:r>
      <w:proofErr w:type="gramEnd"/>
      <w:r w:rsidRPr="007715AE">
        <w:rPr>
          <w:rFonts w:eastAsia="Times New Roman" w:cs="Times New Roman"/>
          <w:szCs w:val="24"/>
        </w:rPr>
        <w:t xml:space="preserve">, determined—he </w:t>
      </w:r>
      <w:proofErr w:type="gramStart"/>
      <w:r w:rsidRPr="007715AE">
        <w:rPr>
          <w:rFonts w:eastAsia="Times New Roman" w:cs="Times New Roman"/>
          <w:szCs w:val="24"/>
        </w:rPr>
        <w:t>wouldn’t</w:t>
      </w:r>
      <w:proofErr w:type="gramEnd"/>
      <w:r w:rsidRPr="007715AE">
        <w:rPr>
          <w:rFonts w:eastAsia="Times New Roman" w:cs="Times New Roman"/>
          <w:szCs w:val="24"/>
        </w:rPr>
        <w:t xml:space="preserve"> let them stop him now. Not when he was this close to the truth.</w:t>
      </w:r>
    </w:p>
    <w:p w14:paraId="32C1F463" w14:textId="77777777" w:rsidR="007715AE" w:rsidRPr="007715AE" w:rsidRDefault="007715AE" w:rsidP="007715AE">
      <w:pPr>
        <w:spacing w:before="100" w:beforeAutospacing="1" w:after="100" w:afterAutospacing="1"/>
        <w:rPr>
          <w:rFonts w:eastAsia="Times New Roman" w:cs="Times New Roman"/>
          <w:szCs w:val="24"/>
        </w:rPr>
      </w:pPr>
      <w:proofErr w:type="gramStart"/>
      <w:r w:rsidRPr="007715AE">
        <w:rPr>
          <w:rFonts w:eastAsia="Times New Roman" w:cs="Times New Roman"/>
          <w:szCs w:val="24"/>
        </w:rPr>
        <w:t>In the midst of</w:t>
      </w:r>
      <w:proofErr w:type="gramEnd"/>
      <w:r w:rsidRPr="007715AE">
        <w:rPr>
          <w:rFonts w:eastAsia="Times New Roman" w:cs="Times New Roman"/>
          <w:szCs w:val="24"/>
        </w:rPr>
        <w:t xml:space="preserve"> the firefight, Frank’s eyes caught the terminal screen again. The </w:t>
      </w:r>
      <w:proofErr w:type="gramStart"/>
      <w:r w:rsidRPr="007715AE">
        <w:rPr>
          <w:rFonts w:eastAsia="Times New Roman" w:cs="Times New Roman"/>
          <w:szCs w:val="24"/>
        </w:rPr>
        <w:t>firewall</w:t>
      </w:r>
      <w:proofErr w:type="gramEnd"/>
      <w:r w:rsidRPr="007715AE">
        <w:rPr>
          <w:rFonts w:eastAsia="Times New Roman" w:cs="Times New Roman"/>
          <w:szCs w:val="24"/>
        </w:rPr>
        <w:t xml:space="preserve"> was down. Tess had done it. She </w:t>
      </w:r>
      <w:proofErr w:type="gramStart"/>
      <w:r w:rsidRPr="007715AE">
        <w:rPr>
          <w:rFonts w:eastAsia="Times New Roman" w:cs="Times New Roman"/>
          <w:szCs w:val="24"/>
        </w:rPr>
        <w:t>had unlocked</w:t>
      </w:r>
      <w:proofErr w:type="gramEnd"/>
      <w:r w:rsidRPr="007715AE">
        <w:rPr>
          <w:rFonts w:eastAsia="Times New Roman" w:cs="Times New Roman"/>
          <w:szCs w:val="24"/>
        </w:rPr>
        <w:t xml:space="preserve"> the data—the secrets of Project ORPHEUS. The walls that had confined him, the system that had pre-ordained his fate, </w:t>
      </w:r>
      <w:proofErr w:type="gramStart"/>
      <w:r w:rsidRPr="007715AE">
        <w:rPr>
          <w:rFonts w:eastAsia="Times New Roman" w:cs="Times New Roman"/>
          <w:szCs w:val="24"/>
        </w:rPr>
        <w:t>were now laid</w:t>
      </w:r>
      <w:proofErr w:type="gramEnd"/>
      <w:r w:rsidRPr="007715AE">
        <w:rPr>
          <w:rFonts w:eastAsia="Times New Roman" w:cs="Times New Roman"/>
          <w:szCs w:val="24"/>
        </w:rPr>
        <w:t xml:space="preserve"> bare.</w:t>
      </w:r>
    </w:p>
    <w:p w14:paraId="55C95BA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But the truth came at a price. As Frank moved toward the terminal, he heard Tess gasp. She was slumped forward in her chair, </w:t>
      </w:r>
      <w:proofErr w:type="gramStart"/>
      <w:r w:rsidRPr="007715AE">
        <w:rPr>
          <w:rFonts w:eastAsia="Times New Roman" w:cs="Times New Roman"/>
          <w:szCs w:val="24"/>
        </w:rPr>
        <w:t>blood seeping</w:t>
      </w:r>
      <w:proofErr w:type="gramEnd"/>
      <w:r w:rsidRPr="007715AE">
        <w:rPr>
          <w:rFonts w:eastAsia="Times New Roman" w:cs="Times New Roman"/>
          <w:szCs w:val="24"/>
        </w:rPr>
        <w:t xml:space="preserve"> from a wound </w:t>
      </w:r>
      <w:proofErr w:type="gramStart"/>
      <w:r w:rsidRPr="007715AE">
        <w:rPr>
          <w:rFonts w:eastAsia="Times New Roman" w:cs="Times New Roman"/>
          <w:szCs w:val="24"/>
        </w:rPr>
        <w:t>in</w:t>
      </w:r>
      <w:proofErr w:type="gramEnd"/>
      <w:r w:rsidRPr="007715AE">
        <w:rPr>
          <w:rFonts w:eastAsia="Times New Roman" w:cs="Times New Roman"/>
          <w:szCs w:val="24"/>
        </w:rPr>
        <w:t xml:space="preserve"> her side. One of the guards had gotten through. Her eyes met </w:t>
      </w:r>
      <w:proofErr w:type="gramStart"/>
      <w:r w:rsidRPr="007715AE">
        <w:rPr>
          <w:rFonts w:eastAsia="Times New Roman" w:cs="Times New Roman"/>
          <w:szCs w:val="24"/>
        </w:rPr>
        <w:t>his</w:t>
      </w:r>
      <w:proofErr w:type="gramEnd"/>
      <w:r w:rsidRPr="007715AE">
        <w:rPr>
          <w:rFonts w:eastAsia="Times New Roman" w:cs="Times New Roman"/>
          <w:szCs w:val="24"/>
        </w:rPr>
        <w:t>, wide with urgency.</w:t>
      </w:r>
    </w:p>
    <w:p w14:paraId="28CEA9EE"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“Go,” she whispered. “The data... </w:t>
      </w:r>
      <w:proofErr w:type="gramStart"/>
      <w:r w:rsidRPr="007715AE">
        <w:rPr>
          <w:rFonts w:eastAsia="Times New Roman" w:cs="Times New Roman"/>
          <w:szCs w:val="24"/>
        </w:rPr>
        <w:t>it’s</w:t>
      </w:r>
      <w:proofErr w:type="gramEnd"/>
      <w:r w:rsidRPr="007715AE">
        <w:rPr>
          <w:rFonts w:eastAsia="Times New Roman" w:cs="Times New Roman"/>
          <w:szCs w:val="24"/>
        </w:rPr>
        <w:t xml:space="preserve"> all there. But you </w:t>
      </w:r>
      <w:proofErr w:type="gramStart"/>
      <w:r w:rsidRPr="007715AE">
        <w:rPr>
          <w:rFonts w:eastAsia="Times New Roman" w:cs="Times New Roman"/>
          <w:szCs w:val="24"/>
        </w:rPr>
        <w:t>have to</w:t>
      </w:r>
      <w:proofErr w:type="gramEnd"/>
      <w:r w:rsidRPr="007715AE">
        <w:rPr>
          <w:rFonts w:eastAsia="Times New Roman" w:cs="Times New Roman"/>
          <w:szCs w:val="24"/>
        </w:rPr>
        <w:t xml:space="preserve"> move fast. They </w:t>
      </w:r>
      <w:proofErr w:type="gramStart"/>
      <w:r w:rsidRPr="007715AE">
        <w:rPr>
          <w:rFonts w:eastAsia="Times New Roman" w:cs="Times New Roman"/>
          <w:szCs w:val="24"/>
        </w:rPr>
        <w:t>won’t</w:t>
      </w:r>
      <w:proofErr w:type="gramEnd"/>
      <w:r w:rsidRPr="007715AE">
        <w:rPr>
          <w:rFonts w:eastAsia="Times New Roman" w:cs="Times New Roman"/>
          <w:szCs w:val="24"/>
        </w:rPr>
        <w:t xml:space="preserve"> stop until they get it back.”</w:t>
      </w:r>
    </w:p>
    <w:p w14:paraId="1B59DE23"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Frank </w:t>
      </w:r>
      <w:proofErr w:type="gramStart"/>
      <w:r w:rsidRPr="007715AE">
        <w:rPr>
          <w:rFonts w:eastAsia="Times New Roman" w:cs="Times New Roman"/>
          <w:szCs w:val="24"/>
        </w:rPr>
        <w:t>didn’t</w:t>
      </w:r>
      <w:proofErr w:type="gramEnd"/>
      <w:r w:rsidRPr="007715AE">
        <w:rPr>
          <w:rFonts w:eastAsia="Times New Roman" w:cs="Times New Roman"/>
          <w:szCs w:val="24"/>
        </w:rPr>
        <w:t xml:space="preserve"> hesitate. He grabbed the flash drive that Tess had inserted into the terminal, his fingers shaking with the weight of what he had just uncovered. He glanced one last time at her as she slumped to the floor, the life draining from her eyes.</w:t>
      </w:r>
    </w:p>
    <w:p w14:paraId="61ABB3EA"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lastRenderedPageBreak/>
        <w:t>“You’re on your own now,” she whispered, her voice fading.</w:t>
      </w:r>
    </w:p>
    <w:p w14:paraId="1321F1A0"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Frank turned and sprinted from the room, the data in his hand, the weight of it pressing down on him. The guards were already regrouping, and the compound was on high alert. There was no time to waste.</w:t>
      </w:r>
    </w:p>
    <w:p w14:paraId="183F43E5"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He ran through the narrow corridors, his heart pounding in his chest. The escape plan was simple, but he knew it </w:t>
      </w:r>
      <w:proofErr w:type="gramStart"/>
      <w:r w:rsidRPr="007715AE">
        <w:rPr>
          <w:rFonts w:eastAsia="Times New Roman" w:cs="Times New Roman"/>
          <w:szCs w:val="24"/>
        </w:rPr>
        <w:t>wouldn’t</w:t>
      </w:r>
      <w:proofErr w:type="gramEnd"/>
      <w:r w:rsidRPr="007715AE">
        <w:rPr>
          <w:rFonts w:eastAsia="Times New Roman" w:cs="Times New Roman"/>
          <w:szCs w:val="24"/>
        </w:rPr>
        <w:t xml:space="preserve"> be easy. The compound </w:t>
      </w:r>
      <w:proofErr w:type="gramStart"/>
      <w:r w:rsidRPr="007715AE">
        <w:rPr>
          <w:rFonts w:eastAsia="Times New Roman" w:cs="Times New Roman"/>
          <w:szCs w:val="24"/>
        </w:rPr>
        <w:t>was locked</w:t>
      </w:r>
      <w:proofErr w:type="gramEnd"/>
      <w:r w:rsidRPr="007715AE">
        <w:rPr>
          <w:rFonts w:eastAsia="Times New Roman" w:cs="Times New Roman"/>
          <w:szCs w:val="24"/>
        </w:rPr>
        <w:t xml:space="preserve"> down tight, and every guard in the place would be hunting him down.</w:t>
      </w:r>
    </w:p>
    <w:p w14:paraId="4E1C6795"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As he rounded a corner, </w:t>
      </w:r>
      <w:proofErr w:type="gramStart"/>
      <w:r w:rsidRPr="007715AE">
        <w:rPr>
          <w:rFonts w:eastAsia="Times New Roman" w:cs="Times New Roman"/>
          <w:szCs w:val="24"/>
        </w:rPr>
        <w:t>he was met by more guards</w:t>
      </w:r>
      <w:proofErr w:type="gramEnd"/>
      <w:r w:rsidRPr="007715AE">
        <w:rPr>
          <w:rFonts w:eastAsia="Times New Roman" w:cs="Times New Roman"/>
          <w:szCs w:val="24"/>
        </w:rPr>
        <w:t>, their guns aimed directly at him. Frank’s training kicked in. Without hesitation, he dove behind a stack of crates, narrowly avoiding the hail of gunfire. He returned fire, taking down two guards in quick succession before sprinting for the exit.</w:t>
      </w:r>
    </w:p>
    <w:p w14:paraId="32BE8C3B"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He burst through the back doors of the compound, into the </w:t>
      </w:r>
      <w:proofErr w:type="gramStart"/>
      <w:r w:rsidRPr="007715AE">
        <w:rPr>
          <w:rFonts w:eastAsia="Times New Roman" w:cs="Times New Roman"/>
          <w:szCs w:val="24"/>
        </w:rPr>
        <w:t>cold night</w:t>
      </w:r>
      <w:proofErr w:type="gramEnd"/>
      <w:r w:rsidRPr="007715AE">
        <w:rPr>
          <w:rFonts w:eastAsia="Times New Roman" w:cs="Times New Roman"/>
          <w:szCs w:val="24"/>
        </w:rPr>
        <w:t xml:space="preserve"> air, and </w:t>
      </w:r>
      <w:proofErr w:type="gramStart"/>
      <w:r w:rsidRPr="007715AE">
        <w:rPr>
          <w:rFonts w:eastAsia="Times New Roman" w:cs="Times New Roman"/>
          <w:szCs w:val="24"/>
        </w:rPr>
        <w:t>didn’t</w:t>
      </w:r>
      <w:proofErr w:type="gramEnd"/>
      <w:r w:rsidRPr="007715AE">
        <w:rPr>
          <w:rFonts w:eastAsia="Times New Roman" w:cs="Times New Roman"/>
          <w:szCs w:val="24"/>
        </w:rPr>
        <w:t xml:space="preserve"> stop running until he reached his SUV. The guards were still chasing him, but he was faster, smarter. He had the data now. The truth. And </w:t>
      </w:r>
      <w:proofErr w:type="gramStart"/>
      <w:r w:rsidRPr="007715AE">
        <w:rPr>
          <w:rFonts w:eastAsia="Times New Roman" w:cs="Times New Roman"/>
          <w:szCs w:val="24"/>
        </w:rPr>
        <w:t>nothing—</w:t>
      </w:r>
      <w:proofErr w:type="gramEnd"/>
      <w:r w:rsidRPr="007715AE">
        <w:rPr>
          <w:rFonts w:eastAsia="Times New Roman" w:cs="Times New Roman"/>
          <w:szCs w:val="24"/>
        </w:rPr>
        <w:t xml:space="preserve">not the system, not the </w:t>
      </w:r>
      <w:proofErr w:type="gramStart"/>
      <w:r w:rsidRPr="007715AE">
        <w:rPr>
          <w:rFonts w:eastAsia="Times New Roman" w:cs="Times New Roman"/>
          <w:szCs w:val="24"/>
        </w:rPr>
        <w:t>conspiracy—</w:t>
      </w:r>
      <w:proofErr w:type="gramEnd"/>
      <w:r w:rsidRPr="007715AE">
        <w:rPr>
          <w:rFonts w:eastAsia="Times New Roman" w:cs="Times New Roman"/>
          <w:szCs w:val="24"/>
        </w:rPr>
        <w:t>could stop him from exposing it.</w:t>
      </w:r>
    </w:p>
    <w:p w14:paraId="531689C0" w14:textId="77777777" w:rsid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 xml:space="preserve">As he sped away into the darkness, Frank knew one thing for sure: the game had changed. The </w:t>
      </w:r>
      <w:proofErr w:type="gramStart"/>
      <w:r w:rsidRPr="007715AE">
        <w:rPr>
          <w:rFonts w:eastAsia="Times New Roman" w:cs="Times New Roman"/>
          <w:szCs w:val="24"/>
        </w:rPr>
        <w:t>firewall</w:t>
      </w:r>
      <w:proofErr w:type="gramEnd"/>
      <w:r w:rsidRPr="007715AE">
        <w:rPr>
          <w:rFonts w:eastAsia="Times New Roman" w:cs="Times New Roman"/>
          <w:szCs w:val="24"/>
        </w:rPr>
        <w:t xml:space="preserve"> was down. The truth was out. And now, it was time for him to take </w:t>
      </w:r>
      <w:proofErr w:type="gramStart"/>
      <w:r w:rsidRPr="007715AE">
        <w:rPr>
          <w:rFonts w:eastAsia="Times New Roman" w:cs="Times New Roman"/>
          <w:szCs w:val="24"/>
        </w:rPr>
        <w:t>control</w:t>
      </w:r>
      <w:proofErr w:type="gramEnd"/>
    </w:p>
    <w:p w14:paraId="644D6D22" w14:textId="77777777" w:rsidR="00FC6BE7" w:rsidRPr="00FC6BE7" w:rsidRDefault="00FC6BE7" w:rsidP="00FC6BE7">
      <w:pPr>
        <w:spacing w:before="100" w:beforeAutospacing="1" w:after="100" w:afterAutospacing="1"/>
        <w:outlineLvl w:val="2"/>
        <w:rPr>
          <w:rFonts w:eastAsia="Times New Roman" w:cs="Times New Roman"/>
          <w:b/>
          <w:bCs/>
          <w:sz w:val="27"/>
          <w:szCs w:val="27"/>
        </w:rPr>
      </w:pPr>
      <w:r w:rsidRPr="00FC6BE7">
        <w:rPr>
          <w:rFonts w:eastAsia="Times New Roman" w:cs="Times New Roman"/>
          <w:b/>
          <w:bCs/>
          <w:sz w:val="27"/>
          <w:szCs w:val="27"/>
        </w:rPr>
        <w:t>Chapter 8 – The Web Tightens</w:t>
      </w:r>
    </w:p>
    <w:p w14:paraId="09609ADB"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Frank’s hand hovered over the burner phone, his eyes scanning the cryptic message that had just appeared. It was as if the world had </w:t>
      </w:r>
      <w:proofErr w:type="gramStart"/>
      <w:r w:rsidRPr="00FC6BE7">
        <w:rPr>
          <w:rFonts w:eastAsia="Times New Roman" w:cs="Times New Roman"/>
          <w:szCs w:val="24"/>
        </w:rPr>
        <w:t>been flipped</w:t>
      </w:r>
      <w:proofErr w:type="gramEnd"/>
      <w:r w:rsidRPr="00FC6BE7">
        <w:rPr>
          <w:rFonts w:eastAsia="Times New Roman" w:cs="Times New Roman"/>
          <w:szCs w:val="24"/>
        </w:rPr>
        <w:t xml:space="preserve"> upside down: his pre-conviction trial had </w:t>
      </w:r>
      <w:proofErr w:type="gramStart"/>
      <w:r w:rsidRPr="00FC6BE7">
        <w:rPr>
          <w:rFonts w:eastAsia="Times New Roman" w:cs="Times New Roman"/>
          <w:szCs w:val="24"/>
        </w:rPr>
        <w:t>been scheduled</w:t>
      </w:r>
      <w:proofErr w:type="gramEnd"/>
      <w:r w:rsidRPr="00FC6BE7">
        <w:rPr>
          <w:rFonts w:eastAsia="Times New Roman" w:cs="Times New Roman"/>
          <w:szCs w:val="24"/>
        </w:rPr>
        <w:t xml:space="preserve"> for August 30. The same day the U.S. had withdrawn from Afghanistan four years ago. The same day the war had officially ended, at least on paper. And now, it was the day he would </w:t>
      </w:r>
      <w:proofErr w:type="gramStart"/>
      <w:r w:rsidRPr="00FC6BE7">
        <w:rPr>
          <w:rFonts w:eastAsia="Times New Roman" w:cs="Times New Roman"/>
          <w:szCs w:val="24"/>
        </w:rPr>
        <w:t>be marked</w:t>
      </w:r>
      <w:proofErr w:type="gramEnd"/>
      <w:r w:rsidRPr="00FC6BE7">
        <w:rPr>
          <w:rFonts w:eastAsia="Times New Roman" w:cs="Times New Roman"/>
          <w:szCs w:val="24"/>
        </w:rPr>
        <w:t xml:space="preserve"> as guilty—before even stepping foot in a courtroom.</w:t>
      </w:r>
    </w:p>
    <w:p w14:paraId="5A216D71"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The message felt like a punch to the chest. A machine had already convicted him. There would be no trial, no jury. Just a verdict made by an algorithm. It was everything he had fought against in the field—judgment without the chance for redemption, without the right to defend himself.</w:t>
      </w:r>
    </w:p>
    <w:p w14:paraId="4F70767F"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He </w:t>
      </w:r>
      <w:proofErr w:type="gramStart"/>
      <w:r w:rsidRPr="00FC6BE7">
        <w:rPr>
          <w:rFonts w:eastAsia="Times New Roman" w:cs="Times New Roman"/>
          <w:szCs w:val="24"/>
        </w:rPr>
        <w:t>couldn't</w:t>
      </w:r>
      <w:proofErr w:type="gramEnd"/>
      <w:r w:rsidRPr="00FC6BE7">
        <w:rPr>
          <w:rFonts w:eastAsia="Times New Roman" w:cs="Times New Roman"/>
          <w:szCs w:val="24"/>
        </w:rPr>
        <w:t xml:space="preserve"> help but feel the weight of his military service, his sacrifices. He had survived wars, brutal combat, and countless firefights—only to </w:t>
      </w:r>
      <w:proofErr w:type="gramStart"/>
      <w:r w:rsidRPr="00FC6BE7">
        <w:rPr>
          <w:rFonts w:eastAsia="Times New Roman" w:cs="Times New Roman"/>
          <w:szCs w:val="24"/>
        </w:rPr>
        <w:t>be undone</w:t>
      </w:r>
      <w:proofErr w:type="gramEnd"/>
      <w:r w:rsidRPr="00FC6BE7">
        <w:rPr>
          <w:rFonts w:eastAsia="Times New Roman" w:cs="Times New Roman"/>
          <w:szCs w:val="24"/>
        </w:rPr>
        <w:t xml:space="preserve"> by a system that had decided his fate before he could even make a choice. The machine had its reasons: his military record, his past affiliations, the way he looked, the way he acted. The system </w:t>
      </w:r>
      <w:proofErr w:type="gramStart"/>
      <w:r w:rsidRPr="00FC6BE7">
        <w:rPr>
          <w:rFonts w:eastAsia="Times New Roman" w:cs="Times New Roman"/>
          <w:szCs w:val="24"/>
        </w:rPr>
        <w:t>didn’t</w:t>
      </w:r>
      <w:proofErr w:type="gramEnd"/>
      <w:r w:rsidRPr="00FC6BE7">
        <w:rPr>
          <w:rFonts w:eastAsia="Times New Roman" w:cs="Times New Roman"/>
          <w:szCs w:val="24"/>
        </w:rPr>
        <w:t xml:space="preserve"> care about </w:t>
      </w:r>
      <w:proofErr w:type="gramStart"/>
      <w:r w:rsidRPr="00FC6BE7">
        <w:rPr>
          <w:rFonts w:eastAsia="Times New Roman" w:cs="Times New Roman"/>
          <w:szCs w:val="24"/>
        </w:rPr>
        <w:t>truth—</w:t>
      </w:r>
      <w:proofErr w:type="gramEnd"/>
      <w:r w:rsidRPr="00FC6BE7">
        <w:rPr>
          <w:rFonts w:eastAsia="Times New Roman" w:cs="Times New Roman"/>
          <w:szCs w:val="24"/>
        </w:rPr>
        <w:t>it cared about control.</w:t>
      </w:r>
    </w:p>
    <w:p w14:paraId="287EB5F0"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Frank shoved the phone into his pocket and adjusted the straps of his pack. He </w:t>
      </w:r>
      <w:proofErr w:type="gramStart"/>
      <w:r w:rsidRPr="00FC6BE7">
        <w:rPr>
          <w:rFonts w:eastAsia="Times New Roman" w:cs="Times New Roman"/>
          <w:szCs w:val="24"/>
        </w:rPr>
        <w:t>was done</w:t>
      </w:r>
      <w:proofErr w:type="gramEnd"/>
      <w:r w:rsidRPr="00FC6BE7">
        <w:rPr>
          <w:rFonts w:eastAsia="Times New Roman" w:cs="Times New Roman"/>
          <w:szCs w:val="24"/>
        </w:rPr>
        <w:t xml:space="preserve"> with hiding. His name had already </w:t>
      </w:r>
      <w:proofErr w:type="gramStart"/>
      <w:r w:rsidRPr="00FC6BE7">
        <w:rPr>
          <w:rFonts w:eastAsia="Times New Roman" w:cs="Times New Roman"/>
          <w:szCs w:val="24"/>
        </w:rPr>
        <w:t>been flagged</w:t>
      </w:r>
      <w:proofErr w:type="gramEnd"/>
      <w:r w:rsidRPr="00FC6BE7">
        <w:rPr>
          <w:rFonts w:eastAsia="Times New Roman" w:cs="Times New Roman"/>
          <w:szCs w:val="24"/>
        </w:rPr>
        <w:t>, his every movement tracked. He needed to find the one thing that could bring it all down. The one person who might be able to expose the full truth: Rachel Deane.</w:t>
      </w:r>
    </w:p>
    <w:p w14:paraId="20167CD3"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She had reached out to him weeks ago, using encrypted channels, telling him she had information that could turn everything on its head. But now, with the pre-conviction system fully operational, she </w:t>
      </w:r>
      <w:proofErr w:type="gramStart"/>
      <w:r w:rsidRPr="00FC6BE7">
        <w:rPr>
          <w:rFonts w:eastAsia="Times New Roman" w:cs="Times New Roman"/>
          <w:szCs w:val="24"/>
        </w:rPr>
        <w:t>was in</w:t>
      </w:r>
      <w:proofErr w:type="gramEnd"/>
      <w:r w:rsidRPr="00FC6BE7">
        <w:rPr>
          <w:rFonts w:eastAsia="Times New Roman" w:cs="Times New Roman"/>
          <w:szCs w:val="24"/>
        </w:rPr>
        <w:t xml:space="preserve"> hiding. And Frank had no idea where to find her. The message that led him to Locker 9A was his only clue.</w:t>
      </w:r>
    </w:p>
    <w:p w14:paraId="19BF6CD1" w14:textId="77777777" w:rsidR="00FC6BE7" w:rsidRPr="00FC6BE7" w:rsidRDefault="002010FF" w:rsidP="00FC6BE7">
      <w:pPr>
        <w:rPr>
          <w:rFonts w:eastAsia="Times New Roman" w:cs="Times New Roman"/>
          <w:szCs w:val="24"/>
        </w:rPr>
      </w:pPr>
      <w:r>
        <w:rPr>
          <w:rFonts w:eastAsia="Times New Roman" w:cs="Times New Roman"/>
          <w:szCs w:val="24"/>
        </w:rPr>
        <w:pict w14:anchorId="284B9AA9">
          <v:rect id="_x0000_i1038" style="width:0;height:1.5pt" o:hralign="center" o:hrstd="t" o:hr="t" fillcolor="#a0a0a0" stroked="f"/>
        </w:pict>
      </w:r>
    </w:p>
    <w:p w14:paraId="5FBE5050"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Elsewhere – Washington, D.C.</w:t>
      </w:r>
    </w:p>
    <w:p w14:paraId="231BE45B"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lastRenderedPageBreak/>
        <w:t>In Washington, the gears of the pre-conviction system were already in motion. The political machine that had created this system was far more than just a group of faceless bureaucrats. It was a well-oiled machine designed to maintain control—and to prove to the public that predictive justice was the future.</w:t>
      </w:r>
    </w:p>
    <w:p w14:paraId="001441FE"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At the heart of it were men like Roth, Wentworth, and Huxley, whose influence stretched across every branch of government. They were working in tandem, ensuring that the trial date for Frank Marino would send a message to anyone who might challenge the system: this is the future. This is how things will be from now on.</w:t>
      </w:r>
    </w:p>
    <w:p w14:paraId="243452F7"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Roth sat in his Washington office, staring out at the skyline. The date was set. Frank Marino’s trial would take place on August 30, 2025. No defense. No jury. Just the state’s pre-conviction algorithm—predicting his guilt, even though he </w:t>
      </w:r>
      <w:proofErr w:type="gramStart"/>
      <w:r w:rsidRPr="00FC6BE7">
        <w:rPr>
          <w:rFonts w:eastAsia="Times New Roman" w:cs="Times New Roman"/>
          <w:szCs w:val="24"/>
        </w:rPr>
        <w:t>hadn’t</w:t>
      </w:r>
      <w:proofErr w:type="gramEnd"/>
      <w:r w:rsidRPr="00FC6BE7">
        <w:rPr>
          <w:rFonts w:eastAsia="Times New Roman" w:cs="Times New Roman"/>
          <w:szCs w:val="24"/>
        </w:rPr>
        <w:t xml:space="preserve"> committed the crime.</w:t>
      </w:r>
    </w:p>
    <w:p w14:paraId="065F8F39"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The trial was more than a political statement; it was a test. A demonstration that the system worked, that it could prevent future crimes before they happened. The public had bought into the narrative: safety </w:t>
      </w:r>
      <w:proofErr w:type="gramStart"/>
      <w:r w:rsidRPr="00FC6BE7">
        <w:rPr>
          <w:rFonts w:eastAsia="Times New Roman" w:cs="Times New Roman"/>
          <w:szCs w:val="24"/>
        </w:rPr>
        <w:t>above all else</w:t>
      </w:r>
      <w:proofErr w:type="gramEnd"/>
      <w:r w:rsidRPr="00FC6BE7">
        <w:rPr>
          <w:rFonts w:eastAsia="Times New Roman" w:cs="Times New Roman"/>
          <w:szCs w:val="24"/>
        </w:rPr>
        <w:t>. The only question was whether Frank Marino would be the only example, or if this was just the beginning.</w:t>
      </w:r>
    </w:p>
    <w:p w14:paraId="1B063562" w14:textId="77777777" w:rsidR="00FC6BE7" w:rsidRPr="00FC6BE7" w:rsidRDefault="002010FF" w:rsidP="00FC6BE7">
      <w:pPr>
        <w:rPr>
          <w:rFonts w:eastAsia="Times New Roman" w:cs="Times New Roman"/>
          <w:szCs w:val="24"/>
        </w:rPr>
      </w:pPr>
      <w:r>
        <w:rPr>
          <w:rFonts w:eastAsia="Times New Roman" w:cs="Times New Roman"/>
          <w:szCs w:val="24"/>
        </w:rPr>
        <w:pict w14:anchorId="77790ED2">
          <v:rect id="_x0000_i1039" style="width:0;height:1.5pt" o:hralign="center" o:hrstd="t" o:hr="t" fillcolor="#a0a0a0" stroked="f"/>
        </w:pict>
      </w:r>
    </w:p>
    <w:p w14:paraId="583AA281"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Stockbridge, Massachusetts – The Command Post</w:t>
      </w:r>
    </w:p>
    <w:p w14:paraId="5C7907A7"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Back in Stockbridge, the picturesque town had become something far darker than its charming exterior suggested. The Red Lion Inn had long been a popular stopping point for tourists, but now it served a different purpose: a makeshift command post for high-level operatives coordinating the </w:t>
      </w:r>
      <w:proofErr w:type="gramStart"/>
      <w:r w:rsidRPr="00FC6BE7">
        <w:rPr>
          <w:rFonts w:eastAsia="Times New Roman" w:cs="Times New Roman"/>
          <w:szCs w:val="24"/>
        </w:rPr>
        <w:t>manhunt</w:t>
      </w:r>
      <w:proofErr w:type="gramEnd"/>
      <w:r w:rsidRPr="00FC6BE7">
        <w:rPr>
          <w:rFonts w:eastAsia="Times New Roman" w:cs="Times New Roman"/>
          <w:szCs w:val="24"/>
        </w:rPr>
        <w:t xml:space="preserve"> for Frank Marino.</w:t>
      </w:r>
    </w:p>
    <w:p w14:paraId="2A2774E0"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Stockbridge, with its old-world charm and serene vistas, had always been an attractive place for those seeking privacy. The town was home to one of the key players from D.C. who had strategically chosen the area for its seclusion. They had a large estate perched atop a hill, an imposing house that seemed more like a boarding school from a bygone era. Built in the early 1800s, the house was a sprawling mansion with tall windows and ivy-covered brick. Beyond the main house, the estate stretched across acres of pastureland, horses grazing in the fields, and a long, winding driveway that led to the top of the hill where the house stood. It was the kind of place where the powerful could meet in secret without drawing attention, hidden in plain sight.</w:t>
      </w:r>
    </w:p>
    <w:p w14:paraId="46BB7BBC"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From here, the operations to track Frank were </w:t>
      </w:r>
      <w:proofErr w:type="gramStart"/>
      <w:r w:rsidRPr="00FC6BE7">
        <w:rPr>
          <w:rFonts w:eastAsia="Times New Roman" w:cs="Times New Roman"/>
          <w:szCs w:val="24"/>
        </w:rPr>
        <w:t>being orchestrated</w:t>
      </w:r>
      <w:proofErr w:type="gramEnd"/>
      <w:r w:rsidRPr="00FC6BE7">
        <w:rPr>
          <w:rFonts w:eastAsia="Times New Roman" w:cs="Times New Roman"/>
          <w:szCs w:val="24"/>
        </w:rPr>
        <w:t xml:space="preserve"> with chilling efficiency. The powerful men behind the pre-conviction system needed control of the narrative, and Stockbridge provided them the perfect backdrop to manipulate the flow of information without attracting too much scrutiny. The local investigator, Dylan Pierce, was a man caught between duty and reluctance, but he had no choice but to follow orders. The truth about Frank Marino’s guilt or innocence was irrelevant; the system had already decided.</w:t>
      </w:r>
    </w:p>
    <w:p w14:paraId="2186A447" w14:textId="77777777" w:rsidR="00FC6BE7" w:rsidRPr="00FC6BE7" w:rsidRDefault="002010FF" w:rsidP="00FC6BE7">
      <w:pPr>
        <w:rPr>
          <w:rFonts w:eastAsia="Times New Roman" w:cs="Times New Roman"/>
          <w:szCs w:val="24"/>
        </w:rPr>
      </w:pPr>
      <w:r>
        <w:rPr>
          <w:rFonts w:eastAsia="Times New Roman" w:cs="Times New Roman"/>
          <w:szCs w:val="24"/>
        </w:rPr>
        <w:pict w14:anchorId="7A3A8ECA">
          <v:rect id="_x0000_i1040" style="width:0;height:1.5pt" o:hralign="center" o:hrstd="t" o:hr="t" fillcolor="#a0a0a0" stroked="f"/>
        </w:pict>
      </w:r>
    </w:p>
    <w:p w14:paraId="45590E7C"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Tanglewood and the Summer Vibes</w:t>
      </w:r>
    </w:p>
    <w:p w14:paraId="048D8AF6"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The summer heat clung to the air in Stockbridge. It </w:t>
      </w:r>
      <w:proofErr w:type="gramStart"/>
      <w:r w:rsidRPr="00FC6BE7">
        <w:rPr>
          <w:rFonts w:eastAsia="Times New Roman" w:cs="Times New Roman"/>
          <w:szCs w:val="24"/>
        </w:rPr>
        <w:t>wasn’t</w:t>
      </w:r>
      <w:proofErr w:type="gramEnd"/>
      <w:r w:rsidRPr="00FC6BE7">
        <w:rPr>
          <w:rFonts w:eastAsia="Times New Roman" w:cs="Times New Roman"/>
          <w:szCs w:val="24"/>
        </w:rPr>
        <w:t xml:space="preserve"> just the seclusion of the area that made it perfect for high-stakes </w:t>
      </w:r>
      <w:proofErr w:type="gramStart"/>
      <w:r w:rsidRPr="00FC6BE7">
        <w:rPr>
          <w:rFonts w:eastAsia="Times New Roman" w:cs="Times New Roman"/>
          <w:szCs w:val="24"/>
        </w:rPr>
        <w:t>meetings—</w:t>
      </w:r>
      <w:proofErr w:type="gramEnd"/>
      <w:r w:rsidRPr="00FC6BE7">
        <w:rPr>
          <w:rFonts w:eastAsia="Times New Roman" w:cs="Times New Roman"/>
          <w:szCs w:val="24"/>
        </w:rPr>
        <w:t xml:space="preserve">it was the aura of quiet prestige that the town radiated. Summer evenings </w:t>
      </w:r>
      <w:proofErr w:type="gramStart"/>
      <w:r w:rsidRPr="00FC6BE7">
        <w:rPr>
          <w:rFonts w:eastAsia="Times New Roman" w:cs="Times New Roman"/>
          <w:szCs w:val="24"/>
        </w:rPr>
        <w:t>were often spent</w:t>
      </w:r>
      <w:proofErr w:type="gramEnd"/>
      <w:r w:rsidRPr="00FC6BE7">
        <w:rPr>
          <w:rFonts w:eastAsia="Times New Roman" w:cs="Times New Roman"/>
          <w:szCs w:val="24"/>
        </w:rPr>
        <w:t xml:space="preserve"> at Tanglewood, a venue renowned for its outdoor concerts. The sweet melodies of the Boston Symphony Orchestra floated over the hills, soothing the wealthy patrons who gathered in their finely manicured seats. But beyond the music, beneath the culture of wealth and calm, something darker was simmering.</w:t>
      </w:r>
    </w:p>
    <w:p w14:paraId="45189FA9"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The summer crowds were unaware that the very tranquility of Stockbridge was </w:t>
      </w:r>
      <w:proofErr w:type="gramStart"/>
      <w:r w:rsidRPr="00FC6BE7">
        <w:rPr>
          <w:rFonts w:eastAsia="Times New Roman" w:cs="Times New Roman"/>
          <w:szCs w:val="24"/>
        </w:rPr>
        <w:t>being used</w:t>
      </w:r>
      <w:proofErr w:type="gramEnd"/>
      <w:r w:rsidRPr="00FC6BE7">
        <w:rPr>
          <w:rFonts w:eastAsia="Times New Roman" w:cs="Times New Roman"/>
          <w:szCs w:val="24"/>
        </w:rPr>
        <w:t xml:space="preserve"> as a smokescreen for something far more dangerous. As Frank maneuvered through the backroads of the Berkshires, he </w:t>
      </w:r>
      <w:proofErr w:type="gramStart"/>
      <w:r w:rsidRPr="00FC6BE7">
        <w:rPr>
          <w:rFonts w:eastAsia="Times New Roman" w:cs="Times New Roman"/>
          <w:szCs w:val="24"/>
        </w:rPr>
        <w:t>couldn’t</w:t>
      </w:r>
      <w:proofErr w:type="gramEnd"/>
      <w:r w:rsidRPr="00FC6BE7">
        <w:rPr>
          <w:rFonts w:eastAsia="Times New Roman" w:cs="Times New Roman"/>
          <w:szCs w:val="24"/>
        </w:rPr>
        <w:t xml:space="preserve"> help but feel the weight of the game that was </w:t>
      </w:r>
      <w:proofErr w:type="gramStart"/>
      <w:r w:rsidRPr="00FC6BE7">
        <w:rPr>
          <w:rFonts w:eastAsia="Times New Roman" w:cs="Times New Roman"/>
          <w:szCs w:val="24"/>
        </w:rPr>
        <w:t>being played</w:t>
      </w:r>
      <w:proofErr w:type="gramEnd"/>
      <w:r w:rsidRPr="00FC6BE7">
        <w:rPr>
          <w:rFonts w:eastAsia="Times New Roman" w:cs="Times New Roman"/>
          <w:szCs w:val="24"/>
        </w:rPr>
        <w:t xml:space="preserve"> with his life. The stakes were higher now. He </w:t>
      </w:r>
      <w:proofErr w:type="gramStart"/>
      <w:r w:rsidRPr="00FC6BE7">
        <w:rPr>
          <w:rFonts w:eastAsia="Times New Roman" w:cs="Times New Roman"/>
          <w:szCs w:val="24"/>
        </w:rPr>
        <w:t>wasn’t</w:t>
      </w:r>
      <w:proofErr w:type="gramEnd"/>
      <w:r w:rsidRPr="00FC6BE7">
        <w:rPr>
          <w:rFonts w:eastAsia="Times New Roman" w:cs="Times New Roman"/>
          <w:szCs w:val="24"/>
        </w:rPr>
        <w:t xml:space="preserve"> just </w:t>
      </w:r>
      <w:r w:rsidRPr="00FC6BE7">
        <w:rPr>
          <w:rFonts w:eastAsia="Times New Roman" w:cs="Times New Roman"/>
          <w:szCs w:val="24"/>
        </w:rPr>
        <w:lastRenderedPageBreak/>
        <w:t xml:space="preserve">a fugitive </w:t>
      </w:r>
      <w:proofErr w:type="gramStart"/>
      <w:r w:rsidRPr="00FC6BE7">
        <w:rPr>
          <w:rFonts w:eastAsia="Times New Roman" w:cs="Times New Roman"/>
          <w:szCs w:val="24"/>
        </w:rPr>
        <w:t>anymore—</w:t>
      </w:r>
      <w:proofErr w:type="gramEnd"/>
      <w:r w:rsidRPr="00FC6BE7">
        <w:rPr>
          <w:rFonts w:eastAsia="Times New Roman" w:cs="Times New Roman"/>
          <w:szCs w:val="24"/>
        </w:rPr>
        <w:t>he was the example, a symbol of what could happen to anyone who challenged the new order.</w:t>
      </w:r>
    </w:p>
    <w:p w14:paraId="5CB1FB3F" w14:textId="77777777" w:rsidR="00FC6BE7" w:rsidRPr="00FC6BE7" w:rsidRDefault="002010FF" w:rsidP="00FC6BE7">
      <w:pPr>
        <w:rPr>
          <w:rFonts w:eastAsia="Times New Roman" w:cs="Times New Roman"/>
          <w:szCs w:val="24"/>
        </w:rPr>
      </w:pPr>
      <w:r>
        <w:rPr>
          <w:rFonts w:eastAsia="Times New Roman" w:cs="Times New Roman"/>
          <w:szCs w:val="24"/>
        </w:rPr>
        <w:pict w14:anchorId="3384C901">
          <v:rect id="_x0000_i1041" style="width:0;height:1.5pt" o:hralign="center" o:hrstd="t" o:hr="t" fillcolor="#a0a0a0" stroked="f"/>
        </w:pict>
      </w:r>
    </w:p>
    <w:p w14:paraId="33008C75"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The Road to Berkshire</w:t>
      </w:r>
    </w:p>
    <w:p w14:paraId="371945E9"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Frank’s focus was sharp as he drove through the night. His hands gripped the wheel, his mind racing. The weather had turned colder, and his breath misted in the air as he navigated through the winding backroads toward Berkshire Medical Center in Chatham, NY.</w:t>
      </w:r>
    </w:p>
    <w:p w14:paraId="5F9BDA94"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His meeting with Rachel had been set, and now, more than ever, he needed answers. He needed to understand who was behind the manipulation of the pre-conviction system—and why he had </w:t>
      </w:r>
      <w:proofErr w:type="gramStart"/>
      <w:r w:rsidRPr="00FC6BE7">
        <w:rPr>
          <w:rFonts w:eastAsia="Times New Roman" w:cs="Times New Roman"/>
          <w:szCs w:val="24"/>
        </w:rPr>
        <w:t>been chosen</w:t>
      </w:r>
      <w:proofErr w:type="gramEnd"/>
      <w:r w:rsidRPr="00FC6BE7">
        <w:rPr>
          <w:rFonts w:eastAsia="Times New Roman" w:cs="Times New Roman"/>
          <w:szCs w:val="24"/>
        </w:rPr>
        <w:t xml:space="preserve">. It </w:t>
      </w:r>
      <w:proofErr w:type="gramStart"/>
      <w:r w:rsidRPr="00FC6BE7">
        <w:rPr>
          <w:rFonts w:eastAsia="Times New Roman" w:cs="Times New Roman"/>
          <w:szCs w:val="24"/>
        </w:rPr>
        <w:t>wasn’t</w:t>
      </w:r>
      <w:proofErr w:type="gramEnd"/>
      <w:r w:rsidRPr="00FC6BE7">
        <w:rPr>
          <w:rFonts w:eastAsia="Times New Roman" w:cs="Times New Roman"/>
          <w:szCs w:val="24"/>
        </w:rPr>
        <w:t xml:space="preserve"> </w:t>
      </w:r>
      <w:proofErr w:type="gramStart"/>
      <w:r w:rsidRPr="00FC6BE7">
        <w:rPr>
          <w:rFonts w:eastAsia="Times New Roman" w:cs="Times New Roman"/>
          <w:szCs w:val="24"/>
        </w:rPr>
        <w:t>just about his</w:t>
      </w:r>
      <w:proofErr w:type="gramEnd"/>
      <w:r w:rsidRPr="00FC6BE7">
        <w:rPr>
          <w:rFonts w:eastAsia="Times New Roman" w:cs="Times New Roman"/>
          <w:szCs w:val="24"/>
        </w:rPr>
        <w:t xml:space="preserve"> name </w:t>
      </w:r>
      <w:proofErr w:type="gramStart"/>
      <w:r w:rsidRPr="00FC6BE7">
        <w:rPr>
          <w:rFonts w:eastAsia="Times New Roman" w:cs="Times New Roman"/>
          <w:szCs w:val="24"/>
        </w:rPr>
        <w:t>being dragged</w:t>
      </w:r>
      <w:proofErr w:type="gramEnd"/>
      <w:r w:rsidRPr="00FC6BE7">
        <w:rPr>
          <w:rFonts w:eastAsia="Times New Roman" w:cs="Times New Roman"/>
          <w:szCs w:val="24"/>
        </w:rPr>
        <w:t xml:space="preserve"> through the mud; it was about exposing the forces pulling the strings from the shadows.</w:t>
      </w:r>
    </w:p>
    <w:p w14:paraId="791D3EEC"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As he approached the hospital, he </w:t>
      </w:r>
      <w:proofErr w:type="gramStart"/>
      <w:r w:rsidRPr="00FC6BE7">
        <w:rPr>
          <w:rFonts w:eastAsia="Times New Roman" w:cs="Times New Roman"/>
          <w:szCs w:val="24"/>
        </w:rPr>
        <w:t>couldn't</w:t>
      </w:r>
      <w:proofErr w:type="gramEnd"/>
      <w:r w:rsidRPr="00FC6BE7">
        <w:rPr>
          <w:rFonts w:eastAsia="Times New Roman" w:cs="Times New Roman"/>
          <w:szCs w:val="24"/>
        </w:rPr>
        <w:t xml:space="preserve"> shake the feeling that everything was closing in on him. The government had painted him as a violent threat, a domestic terrorist on the verge of inciting chaos. All of it was a lie. But there was no room for nuance in the algorithm-driven world that was unfolding. And now, his only hope rested on an old </w:t>
      </w:r>
      <w:proofErr w:type="gramStart"/>
      <w:r w:rsidRPr="00FC6BE7">
        <w:rPr>
          <w:rFonts w:eastAsia="Times New Roman" w:cs="Times New Roman"/>
          <w:szCs w:val="24"/>
        </w:rPr>
        <w:t>connection—a</w:t>
      </w:r>
      <w:proofErr w:type="gramEnd"/>
      <w:r w:rsidRPr="00FC6BE7">
        <w:rPr>
          <w:rFonts w:eastAsia="Times New Roman" w:cs="Times New Roman"/>
          <w:szCs w:val="24"/>
        </w:rPr>
        <w:t xml:space="preserve"> former journalist who knew how to dig into the truth, no matter the cost.</w:t>
      </w:r>
    </w:p>
    <w:p w14:paraId="7203D7CC" w14:textId="77777777" w:rsidR="00FC6BE7" w:rsidRPr="00FC6BE7" w:rsidRDefault="002010FF" w:rsidP="00FC6BE7">
      <w:pPr>
        <w:rPr>
          <w:rFonts w:eastAsia="Times New Roman" w:cs="Times New Roman"/>
          <w:szCs w:val="24"/>
        </w:rPr>
      </w:pPr>
      <w:r>
        <w:rPr>
          <w:rFonts w:eastAsia="Times New Roman" w:cs="Times New Roman"/>
          <w:szCs w:val="24"/>
        </w:rPr>
        <w:pict w14:anchorId="081FFB51">
          <v:rect id="_x0000_i1042" style="width:0;height:1.5pt" o:hralign="center" o:hrstd="t" o:hr="t" fillcolor="#a0a0a0" stroked="f"/>
        </w:pict>
      </w:r>
    </w:p>
    <w:p w14:paraId="187A94E3"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Rachel Deane’s Warning</w:t>
      </w:r>
    </w:p>
    <w:p w14:paraId="31AE91F8"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Rachel Deane had always been a force to </w:t>
      </w:r>
      <w:proofErr w:type="gramStart"/>
      <w:r w:rsidRPr="00FC6BE7">
        <w:rPr>
          <w:rFonts w:eastAsia="Times New Roman" w:cs="Times New Roman"/>
          <w:szCs w:val="24"/>
        </w:rPr>
        <w:t>be reckoned</w:t>
      </w:r>
      <w:proofErr w:type="gramEnd"/>
      <w:r w:rsidRPr="00FC6BE7">
        <w:rPr>
          <w:rFonts w:eastAsia="Times New Roman" w:cs="Times New Roman"/>
          <w:szCs w:val="24"/>
        </w:rPr>
        <w:t xml:space="preserve"> with. She was the journalist who had embedded herself with the U.S. military in Afghanistan and risked everything to expose the truth about what was happening on the ground. They had crossed paths before—during the war, when she had tried to expose the corruption and lies hidden behind the military operations. They had been close, once—before the system broke them both. Before she disappeared into the shadows.</w:t>
      </w:r>
    </w:p>
    <w:p w14:paraId="1122B834"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But now, with everything on the line, Rachel had reappeared. Her message had been </w:t>
      </w:r>
      <w:proofErr w:type="gramStart"/>
      <w:r w:rsidRPr="00FC6BE7">
        <w:rPr>
          <w:rFonts w:eastAsia="Times New Roman" w:cs="Times New Roman"/>
          <w:szCs w:val="24"/>
        </w:rPr>
        <w:t>brief</w:t>
      </w:r>
      <w:proofErr w:type="gramEnd"/>
      <w:r w:rsidRPr="00FC6BE7">
        <w:rPr>
          <w:rFonts w:eastAsia="Times New Roman" w:cs="Times New Roman"/>
          <w:szCs w:val="24"/>
        </w:rPr>
        <w:t xml:space="preserve">, but clear: </w:t>
      </w:r>
      <w:r w:rsidRPr="00FC6BE7">
        <w:rPr>
          <w:rFonts w:eastAsia="Times New Roman" w:cs="Times New Roman"/>
          <w:b/>
          <w:bCs/>
          <w:szCs w:val="24"/>
        </w:rPr>
        <w:t>“Meet me at Locker 9A. We need to talk.”</w:t>
      </w:r>
    </w:p>
    <w:p w14:paraId="7C0165F3"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Frank </w:t>
      </w:r>
      <w:proofErr w:type="gramStart"/>
      <w:r w:rsidRPr="00FC6BE7">
        <w:rPr>
          <w:rFonts w:eastAsia="Times New Roman" w:cs="Times New Roman"/>
          <w:szCs w:val="24"/>
        </w:rPr>
        <w:t>didn’t</w:t>
      </w:r>
      <w:proofErr w:type="gramEnd"/>
      <w:r w:rsidRPr="00FC6BE7">
        <w:rPr>
          <w:rFonts w:eastAsia="Times New Roman" w:cs="Times New Roman"/>
          <w:szCs w:val="24"/>
        </w:rPr>
        <w:t xml:space="preserve"> hesitate. He knew she had information that could change everything. He had to find her. And when he did, they would take down the pre-crime system together—or die trying.</w:t>
      </w:r>
    </w:p>
    <w:p w14:paraId="5CB10AEB" w14:textId="77777777" w:rsidR="00FC6BE7" w:rsidRPr="00FC6BE7" w:rsidRDefault="002010FF" w:rsidP="00FC6BE7">
      <w:pPr>
        <w:rPr>
          <w:rFonts w:eastAsia="Times New Roman" w:cs="Times New Roman"/>
          <w:szCs w:val="24"/>
        </w:rPr>
      </w:pPr>
      <w:r>
        <w:rPr>
          <w:rFonts w:eastAsia="Times New Roman" w:cs="Times New Roman"/>
          <w:szCs w:val="24"/>
        </w:rPr>
        <w:pict w14:anchorId="4DF8FEA2">
          <v:rect id="_x0000_i1043" style="width:0;height:1.5pt" o:hralign="center" o:hrstd="t" o:hr="t" fillcolor="#a0a0a0" stroked="f"/>
        </w:pict>
      </w:r>
    </w:p>
    <w:p w14:paraId="0EFCCC17"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The Hunt Intensifies</w:t>
      </w:r>
    </w:p>
    <w:p w14:paraId="132E455B"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Back in Washington, the political players were tightening their grip. The pre-conviction system was more than a tool—it was a weapon. The trial </w:t>
      </w:r>
      <w:proofErr w:type="gramStart"/>
      <w:r w:rsidRPr="00FC6BE7">
        <w:rPr>
          <w:rFonts w:eastAsia="Times New Roman" w:cs="Times New Roman"/>
          <w:szCs w:val="24"/>
        </w:rPr>
        <w:t>was scheduled</w:t>
      </w:r>
      <w:proofErr w:type="gramEnd"/>
      <w:r w:rsidRPr="00FC6BE7">
        <w:rPr>
          <w:rFonts w:eastAsia="Times New Roman" w:cs="Times New Roman"/>
          <w:szCs w:val="24"/>
        </w:rPr>
        <w:t xml:space="preserve">. The machine was in motion. But what the system </w:t>
      </w:r>
      <w:proofErr w:type="gramStart"/>
      <w:r w:rsidRPr="00FC6BE7">
        <w:rPr>
          <w:rFonts w:eastAsia="Times New Roman" w:cs="Times New Roman"/>
          <w:szCs w:val="24"/>
        </w:rPr>
        <w:t>didn’t</w:t>
      </w:r>
      <w:proofErr w:type="gramEnd"/>
      <w:r w:rsidRPr="00FC6BE7">
        <w:rPr>
          <w:rFonts w:eastAsia="Times New Roman" w:cs="Times New Roman"/>
          <w:szCs w:val="24"/>
        </w:rPr>
        <w:t xml:space="preserve"> count on was Rachel Deane’s reappearance. She was a wild </w:t>
      </w:r>
      <w:proofErr w:type="gramStart"/>
      <w:r w:rsidRPr="00FC6BE7">
        <w:rPr>
          <w:rFonts w:eastAsia="Times New Roman" w:cs="Times New Roman"/>
          <w:szCs w:val="24"/>
        </w:rPr>
        <w:t>card—a</w:t>
      </w:r>
      <w:proofErr w:type="gramEnd"/>
      <w:r w:rsidRPr="00FC6BE7">
        <w:rPr>
          <w:rFonts w:eastAsia="Times New Roman" w:cs="Times New Roman"/>
          <w:szCs w:val="24"/>
        </w:rPr>
        <w:t xml:space="preserve"> journalist who had always been a thorn in the side of the political elite.</w:t>
      </w:r>
    </w:p>
    <w:p w14:paraId="712773F8"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Her information could unravel everything. And Frank knew it was only a matter of time before the government came for her too.</w:t>
      </w:r>
    </w:p>
    <w:p w14:paraId="7D160057" w14:textId="77777777" w:rsidR="00FC6BE7" w:rsidRPr="007715AE" w:rsidRDefault="00FC6BE7" w:rsidP="007715AE">
      <w:pPr>
        <w:spacing w:before="100" w:beforeAutospacing="1" w:after="100" w:afterAutospacing="1"/>
        <w:rPr>
          <w:rFonts w:eastAsia="Times New Roman" w:cs="Times New Roman"/>
          <w:szCs w:val="24"/>
        </w:rPr>
      </w:pPr>
    </w:p>
    <w:p w14:paraId="3EE8F303" w14:textId="77777777" w:rsidR="001E7C62" w:rsidRPr="001E7C62" w:rsidRDefault="001E7C62" w:rsidP="001E7C62">
      <w:pPr>
        <w:spacing w:before="100" w:beforeAutospacing="1" w:after="100" w:afterAutospacing="1"/>
        <w:outlineLvl w:val="2"/>
        <w:rPr>
          <w:rFonts w:eastAsia="Times New Roman" w:cs="Times New Roman"/>
          <w:b/>
          <w:bCs/>
          <w:sz w:val="27"/>
          <w:szCs w:val="27"/>
        </w:rPr>
      </w:pPr>
      <w:r w:rsidRPr="001E7C62">
        <w:rPr>
          <w:rFonts w:eastAsia="Times New Roman" w:cs="Times New Roman"/>
          <w:b/>
          <w:bCs/>
          <w:sz w:val="27"/>
          <w:szCs w:val="27"/>
        </w:rPr>
        <w:lastRenderedPageBreak/>
        <w:t>Chapter 9 – The Predetermined Path</w:t>
      </w:r>
    </w:p>
    <w:p w14:paraId="09BF9655"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 air inside the safe house was thick with tension. Frank paced back and forth, his boots leaving prints on the worn wooden floor. The room was small, hidden in the back of a rundown motel in a town that </w:t>
      </w:r>
      <w:proofErr w:type="gramStart"/>
      <w:r w:rsidRPr="001E7C62">
        <w:rPr>
          <w:rFonts w:eastAsia="Times New Roman" w:cs="Times New Roman"/>
          <w:szCs w:val="24"/>
        </w:rPr>
        <w:t>didn’t</w:t>
      </w:r>
      <w:proofErr w:type="gramEnd"/>
      <w:r w:rsidRPr="001E7C62">
        <w:rPr>
          <w:rFonts w:eastAsia="Times New Roman" w:cs="Times New Roman"/>
          <w:szCs w:val="24"/>
        </w:rPr>
        <w:t xml:space="preserve"> exist on most maps. He </w:t>
      </w:r>
      <w:proofErr w:type="gramStart"/>
      <w:r w:rsidRPr="001E7C62">
        <w:rPr>
          <w:rFonts w:eastAsia="Times New Roman" w:cs="Times New Roman"/>
          <w:szCs w:val="24"/>
        </w:rPr>
        <w:t>wasn’t</w:t>
      </w:r>
      <w:proofErr w:type="gramEnd"/>
      <w:r w:rsidRPr="001E7C62">
        <w:rPr>
          <w:rFonts w:eastAsia="Times New Roman" w:cs="Times New Roman"/>
          <w:szCs w:val="24"/>
        </w:rPr>
        <w:t xml:space="preserve"> supposed to be here. He was supposed to be dead—or at least locked away in a cage, labeled a criminal before he had even </w:t>
      </w:r>
      <w:proofErr w:type="gramStart"/>
      <w:r w:rsidRPr="001E7C62">
        <w:rPr>
          <w:rFonts w:eastAsia="Times New Roman" w:cs="Times New Roman"/>
          <w:szCs w:val="24"/>
        </w:rPr>
        <w:t>been given</w:t>
      </w:r>
      <w:proofErr w:type="gramEnd"/>
      <w:r w:rsidRPr="001E7C62">
        <w:rPr>
          <w:rFonts w:eastAsia="Times New Roman" w:cs="Times New Roman"/>
          <w:szCs w:val="24"/>
        </w:rPr>
        <w:t xml:space="preserve"> a chance to speak.</w:t>
      </w:r>
    </w:p>
    <w:p w14:paraId="15F6DEF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 pre-conviction system had done its work. The trial date was set, and he had already </w:t>
      </w:r>
      <w:proofErr w:type="gramStart"/>
      <w:r w:rsidRPr="001E7C62">
        <w:rPr>
          <w:rFonts w:eastAsia="Times New Roman" w:cs="Times New Roman"/>
          <w:szCs w:val="24"/>
        </w:rPr>
        <w:t>been convicted</w:t>
      </w:r>
      <w:proofErr w:type="gramEnd"/>
      <w:r w:rsidRPr="001E7C62">
        <w:rPr>
          <w:rFonts w:eastAsia="Times New Roman" w:cs="Times New Roman"/>
          <w:szCs w:val="24"/>
        </w:rPr>
        <w:t xml:space="preserve"> of political violence, in absentia, before even entering a courtroom. The nation had </w:t>
      </w:r>
      <w:proofErr w:type="gramStart"/>
      <w:r w:rsidRPr="001E7C62">
        <w:rPr>
          <w:rFonts w:eastAsia="Times New Roman" w:cs="Times New Roman"/>
          <w:szCs w:val="24"/>
        </w:rPr>
        <w:t>been told</w:t>
      </w:r>
      <w:proofErr w:type="gramEnd"/>
      <w:r w:rsidRPr="001E7C62">
        <w:rPr>
          <w:rFonts w:eastAsia="Times New Roman" w:cs="Times New Roman"/>
          <w:szCs w:val="24"/>
        </w:rPr>
        <w:t xml:space="preserve"> that he was guilty. The algorithms had spoken. His face, forever captured in the manipulated photo from Springfield, was now a </w:t>
      </w:r>
      <w:proofErr w:type="gramStart"/>
      <w:r w:rsidRPr="001E7C62">
        <w:rPr>
          <w:rFonts w:eastAsia="Times New Roman" w:cs="Times New Roman"/>
          <w:szCs w:val="24"/>
        </w:rPr>
        <w:t>symbol—a</w:t>
      </w:r>
      <w:proofErr w:type="gramEnd"/>
      <w:r w:rsidRPr="001E7C62">
        <w:rPr>
          <w:rFonts w:eastAsia="Times New Roman" w:cs="Times New Roman"/>
          <w:szCs w:val="24"/>
        </w:rPr>
        <w:t xml:space="preserve"> warning of what could happen to anyone who dared to defy the system. The government and the corporations behind it needed his case to prove that pre-crime justice worked, that it could predict violence before it happened.</w:t>
      </w:r>
    </w:p>
    <w:p w14:paraId="3AD5A53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But they had made one mistake. They underestimated him.</w:t>
      </w:r>
    </w:p>
    <w:p w14:paraId="313115BD"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Frank’s phone buzzed—a simple, anonymous text.</w:t>
      </w:r>
    </w:p>
    <w:p w14:paraId="431BC1C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"It’s not over yet. Meet me at Locker 9A. Your next move is already set."</w:t>
      </w:r>
    </w:p>
    <w:p w14:paraId="1AE70D5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It was Rachel. She had the answers. He </w:t>
      </w:r>
      <w:proofErr w:type="gramStart"/>
      <w:r w:rsidRPr="001E7C62">
        <w:rPr>
          <w:rFonts w:eastAsia="Times New Roman" w:cs="Times New Roman"/>
          <w:szCs w:val="24"/>
        </w:rPr>
        <w:t>didn’t</w:t>
      </w:r>
      <w:proofErr w:type="gramEnd"/>
      <w:r w:rsidRPr="001E7C62">
        <w:rPr>
          <w:rFonts w:eastAsia="Times New Roman" w:cs="Times New Roman"/>
          <w:szCs w:val="24"/>
        </w:rPr>
        <w:t xml:space="preserve"> know how, but he trusted her.</w:t>
      </w:r>
    </w:p>
    <w:p w14:paraId="2CF7DF6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He shoved the phone back into his pocket, grabbed the bag from the chair, and headed out the door. As he stepped into the night, the sound of helicopters buzzing overhead sent a shiver down his spine. The </w:t>
      </w:r>
      <w:proofErr w:type="gramStart"/>
      <w:r w:rsidRPr="001E7C62">
        <w:rPr>
          <w:rFonts w:eastAsia="Times New Roman" w:cs="Times New Roman"/>
          <w:szCs w:val="24"/>
        </w:rPr>
        <w:t>manhunt</w:t>
      </w:r>
      <w:proofErr w:type="gramEnd"/>
      <w:r w:rsidRPr="001E7C62">
        <w:rPr>
          <w:rFonts w:eastAsia="Times New Roman" w:cs="Times New Roman"/>
          <w:szCs w:val="24"/>
        </w:rPr>
        <w:t xml:space="preserve"> was relentless. He had to move quickly, stay ahead of the system. The system that was already manipulating his every move, controlling his fate.</w:t>
      </w:r>
    </w:p>
    <w:p w14:paraId="3C435F78" w14:textId="77777777" w:rsidR="001E7C62" w:rsidRPr="001E7C62" w:rsidRDefault="002010FF" w:rsidP="001E7C62">
      <w:pPr>
        <w:rPr>
          <w:rFonts w:eastAsia="Times New Roman" w:cs="Times New Roman"/>
          <w:szCs w:val="24"/>
        </w:rPr>
      </w:pPr>
      <w:r>
        <w:rPr>
          <w:rFonts w:eastAsia="Times New Roman" w:cs="Times New Roman"/>
          <w:szCs w:val="24"/>
        </w:rPr>
        <w:pict w14:anchorId="7DCCE060">
          <v:rect id="_x0000_i1044" style="width:0;height:1.5pt" o:hralign="center" o:hrstd="t" o:hr="t" fillcolor="#a0a0a0" stroked="f"/>
        </w:pict>
      </w:r>
    </w:p>
    <w:p w14:paraId="7FB256A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Elsewhere – The Manhunt Intensifies</w:t>
      </w:r>
    </w:p>
    <w:p w14:paraId="77B26F1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Back in Washington, D.C., the narrative was </w:t>
      </w:r>
      <w:proofErr w:type="gramStart"/>
      <w:r w:rsidRPr="001E7C62">
        <w:rPr>
          <w:rFonts w:eastAsia="Times New Roman" w:cs="Times New Roman"/>
          <w:szCs w:val="24"/>
        </w:rPr>
        <w:t>being carefully controlled</w:t>
      </w:r>
      <w:proofErr w:type="gramEnd"/>
      <w:r w:rsidRPr="001E7C62">
        <w:rPr>
          <w:rFonts w:eastAsia="Times New Roman" w:cs="Times New Roman"/>
          <w:szCs w:val="24"/>
        </w:rPr>
        <w:t xml:space="preserve">. Roth and his team watched the media coverage with satisfaction. The </w:t>
      </w:r>
      <w:proofErr w:type="gramStart"/>
      <w:r w:rsidRPr="001E7C62">
        <w:rPr>
          <w:rFonts w:eastAsia="Times New Roman" w:cs="Times New Roman"/>
          <w:szCs w:val="24"/>
        </w:rPr>
        <w:t>manhunt</w:t>
      </w:r>
      <w:proofErr w:type="gramEnd"/>
      <w:r w:rsidRPr="001E7C62">
        <w:rPr>
          <w:rFonts w:eastAsia="Times New Roman" w:cs="Times New Roman"/>
          <w:szCs w:val="24"/>
        </w:rPr>
        <w:t xml:space="preserve"> was now nationwide. Frank Marino had become a ghost—a phantom in the system, wanted for murder. Political violence. The label was all that mattered. It </w:t>
      </w:r>
      <w:proofErr w:type="gramStart"/>
      <w:r w:rsidRPr="001E7C62">
        <w:rPr>
          <w:rFonts w:eastAsia="Times New Roman" w:cs="Times New Roman"/>
          <w:szCs w:val="24"/>
        </w:rPr>
        <w:t>didn’t</w:t>
      </w:r>
      <w:proofErr w:type="gramEnd"/>
      <w:r w:rsidRPr="001E7C62">
        <w:rPr>
          <w:rFonts w:eastAsia="Times New Roman" w:cs="Times New Roman"/>
          <w:szCs w:val="24"/>
        </w:rPr>
        <w:t xml:space="preserve"> matter that Frank was innocent. It </w:t>
      </w:r>
      <w:proofErr w:type="gramStart"/>
      <w:r w:rsidRPr="001E7C62">
        <w:rPr>
          <w:rFonts w:eastAsia="Times New Roman" w:cs="Times New Roman"/>
          <w:szCs w:val="24"/>
        </w:rPr>
        <w:t>didn’t</w:t>
      </w:r>
      <w:proofErr w:type="gramEnd"/>
      <w:r w:rsidRPr="001E7C62">
        <w:rPr>
          <w:rFonts w:eastAsia="Times New Roman" w:cs="Times New Roman"/>
          <w:szCs w:val="24"/>
        </w:rPr>
        <w:t xml:space="preserve"> matter that he had </w:t>
      </w:r>
      <w:proofErr w:type="gramStart"/>
      <w:r w:rsidRPr="001E7C62">
        <w:rPr>
          <w:rFonts w:eastAsia="Times New Roman" w:cs="Times New Roman"/>
          <w:szCs w:val="24"/>
        </w:rPr>
        <w:t>been framed</w:t>
      </w:r>
      <w:proofErr w:type="gramEnd"/>
      <w:r w:rsidRPr="001E7C62">
        <w:rPr>
          <w:rFonts w:eastAsia="Times New Roman" w:cs="Times New Roman"/>
          <w:szCs w:val="24"/>
        </w:rPr>
        <w:t xml:space="preserve"> by a machine that </w:t>
      </w:r>
      <w:proofErr w:type="gramStart"/>
      <w:r w:rsidRPr="001E7C62">
        <w:rPr>
          <w:rFonts w:eastAsia="Times New Roman" w:cs="Times New Roman"/>
          <w:szCs w:val="24"/>
        </w:rPr>
        <w:t>didn’t</w:t>
      </w:r>
      <w:proofErr w:type="gramEnd"/>
      <w:r w:rsidRPr="001E7C62">
        <w:rPr>
          <w:rFonts w:eastAsia="Times New Roman" w:cs="Times New Roman"/>
          <w:szCs w:val="24"/>
        </w:rPr>
        <w:t xml:space="preserve"> care about truth—it only cared about the result. And the result had </w:t>
      </w:r>
      <w:proofErr w:type="gramStart"/>
      <w:r w:rsidRPr="001E7C62">
        <w:rPr>
          <w:rFonts w:eastAsia="Times New Roman" w:cs="Times New Roman"/>
          <w:szCs w:val="24"/>
        </w:rPr>
        <w:t>been delivered</w:t>
      </w:r>
      <w:proofErr w:type="gramEnd"/>
      <w:r w:rsidRPr="001E7C62">
        <w:rPr>
          <w:rFonts w:eastAsia="Times New Roman" w:cs="Times New Roman"/>
          <w:szCs w:val="24"/>
        </w:rPr>
        <w:t>.</w:t>
      </w:r>
    </w:p>
    <w:p w14:paraId="135D01C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 pre-conviction system </w:t>
      </w:r>
      <w:proofErr w:type="gramStart"/>
      <w:r w:rsidRPr="001E7C62">
        <w:rPr>
          <w:rFonts w:eastAsia="Times New Roman" w:cs="Times New Roman"/>
          <w:szCs w:val="24"/>
        </w:rPr>
        <w:t>was hailed</w:t>
      </w:r>
      <w:proofErr w:type="gramEnd"/>
      <w:r w:rsidRPr="001E7C62">
        <w:rPr>
          <w:rFonts w:eastAsia="Times New Roman" w:cs="Times New Roman"/>
          <w:szCs w:val="24"/>
        </w:rPr>
        <w:t xml:space="preserve"> as a success. The public’s trust in the system had never been higher. Each new arrest, each new lead in the </w:t>
      </w:r>
      <w:proofErr w:type="gramStart"/>
      <w:r w:rsidRPr="001E7C62">
        <w:rPr>
          <w:rFonts w:eastAsia="Times New Roman" w:cs="Times New Roman"/>
          <w:szCs w:val="24"/>
        </w:rPr>
        <w:t>manhunt</w:t>
      </w:r>
      <w:proofErr w:type="gramEnd"/>
      <w:r w:rsidRPr="001E7C62">
        <w:rPr>
          <w:rFonts w:eastAsia="Times New Roman" w:cs="Times New Roman"/>
          <w:szCs w:val="24"/>
        </w:rPr>
        <w:t xml:space="preserve">, was an opportunity to </w:t>
      </w:r>
      <w:proofErr w:type="gramStart"/>
      <w:r w:rsidRPr="001E7C62">
        <w:rPr>
          <w:rFonts w:eastAsia="Times New Roman" w:cs="Times New Roman"/>
          <w:szCs w:val="24"/>
        </w:rPr>
        <w:t>showcase</w:t>
      </w:r>
      <w:proofErr w:type="gramEnd"/>
      <w:r w:rsidRPr="001E7C62">
        <w:rPr>
          <w:rFonts w:eastAsia="Times New Roman" w:cs="Times New Roman"/>
          <w:szCs w:val="24"/>
        </w:rPr>
        <w:t xml:space="preserve"> the program’s power. Frank’s image, already immortalized in a grainy photograph, had </w:t>
      </w:r>
      <w:proofErr w:type="gramStart"/>
      <w:r w:rsidRPr="001E7C62">
        <w:rPr>
          <w:rFonts w:eastAsia="Times New Roman" w:cs="Times New Roman"/>
          <w:szCs w:val="24"/>
        </w:rPr>
        <w:t>been plastered</w:t>
      </w:r>
      <w:proofErr w:type="gramEnd"/>
      <w:r w:rsidRPr="001E7C62">
        <w:rPr>
          <w:rFonts w:eastAsia="Times New Roman" w:cs="Times New Roman"/>
          <w:szCs w:val="24"/>
        </w:rPr>
        <w:t xml:space="preserve"> across every screen, his criminal actions underscored by the very same predictive algorithms that had determined his guilt.</w:t>
      </w:r>
    </w:p>
    <w:p w14:paraId="721AE8B7"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But there was one thing they </w:t>
      </w:r>
      <w:proofErr w:type="gramStart"/>
      <w:r w:rsidRPr="001E7C62">
        <w:rPr>
          <w:rFonts w:eastAsia="Times New Roman" w:cs="Times New Roman"/>
          <w:szCs w:val="24"/>
        </w:rPr>
        <w:t>didn’t</w:t>
      </w:r>
      <w:proofErr w:type="gramEnd"/>
      <w:r w:rsidRPr="001E7C62">
        <w:rPr>
          <w:rFonts w:eastAsia="Times New Roman" w:cs="Times New Roman"/>
          <w:szCs w:val="24"/>
        </w:rPr>
        <w:t xml:space="preserve"> expect: Frank Marino’s ability to slip through their fingers. Every time they thought they had him cornered, he was already gone. It was as if the system had miscalculated. </w:t>
      </w:r>
      <w:proofErr w:type="gramStart"/>
      <w:r w:rsidRPr="001E7C62">
        <w:rPr>
          <w:rFonts w:eastAsia="Times New Roman" w:cs="Times New Roman"/>
          <w:szCs w:val="24"/>
        </w:rPr>
        <w:t>Or maybe, just</w:t>
      </w:r>
      <w:proofErr w:type="gramEnd"/>
      <w:r w:rsidRPr="001E7C62">
        <w:rPr>
          <w:rFonts w:eastAsia="Times New Roman" w:cs="Times New Roman"/>
          <w:szCs w:val="24"/>
        </w:rPr>
        <w:t xml:space="preserve"> maybe, Frank had figured out how to work outside of it.</w:t>
      </w:r>
    </w:p>
    <w:p w14:paraId="0D5EAD1E" w14:textId="77777777" w:rsidR="001E7C62" w:rsidRPr="001E7C62" w:rsidRDefault="002010FF" w:rsidP="001E7C62">
      <w:pPr>
        <w:rPr>
          <w:rFonts w:eastAsia="Times New Roman" w:cs="Times New Roman"/>
          <w:szCs w:val="24"/>
        </w:rPr>
      </w:pPr>
      <w:r>
        <w:rPr>
          <w:rFonts w:eastAsia="Times New Roman" w:cs="Times New Roman"/>
          <w:szCs w:val="24"/>
        </w:rPr>
        <w:pict w14:anchorId="37C8C22E">
          <v:rect id="_x0000_i1045" style="width:0;height:1.5pt" o:hralign="center" o:hrstd="t" o:hr="t" fillcolor="#a0a0a0" stroked="f"/>
        </w:pict>
      </w:r>
    </w:p>
    <w:p w14:paraId="04241C76"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Stockbridge – The System Tightens</w:t>
      </w:r>
    </w:p>
    <w:p w14:paraId="7864960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lastRenderedPageBreak/>
        <w:t xml:space="preserve">In Stockbridge, the safe house </w:t>
      </w:r>
      <w:proofErr w:type="gramStart"/>
      <w:r w:rsidRPr="001E7C62">
        <w:rPr>
          <w:rFonts w:eastAsia="Times New Roman" w:cs="Times New Roman"/>
          <w:szCs w:val="24"/>
        </w:rPr>
        <w:t>wasn’t</w:t>
      </w:r>
      <w:proofErr w:type="gramEnd"/>
      <w:r w:rsidRPr="001E7C62">
        <w:rPr>
          <w:rFonts w:eastAsia="Times New Roman" w:cs="Times New Roman"/>
          <w:szCs w:val="24"/>
        </w:rPr>
        <w:t xml:space="preserve"> the only place under surveillance. The house that had been repurposed as a command center—once the retreat of the wealthy elite—now hosted men like Wentworth and Huxley, who were coordinating the nationwide search. The long driveway leading up to the mansion had </w:t>
      </w:r>
      <w:proofErr w:type="gramStart"/>
      <w:r w:rsidRPr="001E7C62">
        <w:rPr>
          <w:rFonts w:eastAsia="Times New Roman" w:cs="Times New Roman"/>
          <w:szCs w:val="24"/>
        </w:rPr>
        <w:t>been cleared</w:t>
      </w:r>
      <w:proofErr w:type="gramEnd"/>
      <w:r w:rsidRPr="001E7C62">
        <w:rPr>
          <w:rFonts w:eastAsia="Times New Roman" w:cs="Times New Roman"/>
          <w:szCs w:val="24"/>
        </w:rPr>
        <w:t xml:space="preserve"> of any distractions. The quiet fields of the Berkshires now felt like a battlefield. The horses in the pasture were far from their minds.</w:t>
      </w:r>
    </w:p>
    <w:p w14:paraId="45DDAA5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Roth’s voice crackled through the comm system, speaking with an eerie calm.</w:t>
      </w:r>
    </w:p>
    <w:p w14:paraId="63DBE2C7"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“We </w:t>
      </w:r>
      <w:proofErr w:type="gramStart"/>
      <w:r w:rsidRPr="001E7C62">
        <w:rPr>
          <w:rFonts w:eastAsia="Times New Roman" w:cs="Times New Roman"/>
          <w:szCs w:val="24"/>
        </w:rPr>
        <w:t>don’t</w:t>
      </w:r>
      <w:proofErr w:type="gramEnd"/>
      <w:r w:rsidRPr="001E7C62">
        <w:rPr>
          <w:rFonts w:eastAsia="Times New Roman" w:cs="Times New Roman"/>
          <w:szCs w:val="24"/>
        </w:rPr>
        <w:t xml:space="preserve"> care what happens to him. We need results. The system works. We need proof that the program can predict violence. And once it does, </w:t>
      </w:r>
      <w:proofErr w:type="gramStart"/>
      <w:r w:rsidRPr="001E7C62">
        <w:rPr>
          <w:rFonts w:eastAsia="Times New Roman" w:cs="Times New Roman"/>
          <w:szCs w:val="24"/>
        </w:rPr>
        <w:t>we’ll</w:t>
      </w:r>
      <w:proofErr w:type="gramEnd"/>
      <w:r w:rsidRPr="001E7C62">
        <w:rPr>
          <w:rFonts w:eastAsia="Times New Roman" w:cs="Times New Roman"/>
          <w:szCs w:val="24"/>
        </w:rPr>
        <w:t xml:space="preserve"> have the power to expand. Frank Marino’s death—whether at our hands or through a ‘tragic’ miscalculation—will show the world that the system works.”</w:t>
      </w:r>
    </w:p>
    <w:p w14:paraId="0597E814"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They had learned something in the last few days. The program had </w:t>
      </w:r>
      <w:proofErr w:type="gramStart"/>
      <w:r w:rsidRPr="001E7C62">
        <w:rPr>
          <w:rFonts w:eastAsia="Times New Roman" w:cs="Times New Roman"/>
          <w:szCs w:val="24"/>
        </w:rPr>
        <w:t>been designed</w:t>
      </w:r>
      <w:proofErr w:type="gramEnd"/>
      <w:r w:rsidRPr="001E7C62">
        <w:rPr>
          <w:rFonts w:eastAsia="Times New Roman" w:cs="Times New Roman"/>
          <w:szCs w:val="24"/>
        </w:rPr>
        <w:t xml:space="preserve"> to predict violent tendencies. It had made its case, flagged Frank as a potential threat—but the system was also pushing for validation, pushing for Frank to commit that final, irrevocable act that would prove it was infallible.</w:t>
      </w:r>
    </w:p>
    <w:p w14:paraId="2FAEFD71"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They had just the right kind of manipulation waiting for him.</w:t>
      </w:r>
    </w:p>
    <w:p w14:paraId="673D980A" w14:textId="77777777" w:rsidR="001E7C62" w:rsidRPr="001E7C62" w:rsidRDefault="002010FF" w:rsidP="001E7C62">
      <w:pPr>
        <w:rPr>
          <w:rFonts w:eastAsia="Times New Roman" w:cs="Times New Roman"/>
          <w:szCs w:val="24"/>
        </w:rPr>
      </w:pPr>
      <w:r>
        <w:rPr>
          <w:rFonts w:eastAsia="Times New Roman" w:cs="Times New Roman"/>
          <w:szCs w:val="24"/>
        </w:rPr>
        <w:pict w14:anchorId="2BCE2991">
          <v:rect id="_x0000_i1046" style="width:0;height:1.5pt" o:hralign="center" o:hrstd="t" o:hr="t" fillcolor="#a0a0a0" stroked="f"/>
        </w:pict>
      </w:r>
    </w:p>
    <w:p w14:paraId="40FE961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The Twist – Pushed to the Edge</w:t>
      </w:r>
    </w:p>
    <w:p w14:paraId="01D1D89D"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Frank </w:t>
      </w:r>
      <w:proofErr w:type="gramStart"/>
      <w:r w:rsidRPr="001E7C62">
        <w:rPr>
          <w:rFonts w:eastAsia="Times New Roman" w:cs="Times New Roman"/>
          <w:szCs w:val="24"/>
        </w:rPr>
        <w:t>didn’t</w:t>
      </w:r>
      <w:proofErr w:type="gramEnd"/>
      <w:r w:rsidRPr="001E7C62">
        <w:rPr>
          <w:rFonts w:eastAsia="Times New Roman" w:cs="Times New Roman"/>
          <w:szCs w:val="24"/>
        </w:rPr>
        <w:t xml:space="preserve"> know it yet, but the game had already changed. His next move was already set. And he </w:t>
      </w:r>
      <w:proofErr w:type="gramStart"/>
      <w:r w:rsidRPr="001E7C62">
        <w:rPr>
          <w:rFonts w:eastAsia="Times New Roman" w:cs="Times New Roman"/>
          <w:szCs w:val="24"/>
        </w:rPr>
        <w:t>didn’t</w:t>
      </w:r>
      <w:proofErr w:type="gramEnd"/>
      <w:r w:rsidRPr="001E7C62">
        <w:rPr>
          <w:rFonts w:eastAsia="Times New Roman" w:cs="Times New Roman"/>
          <w:szCs w:val="24"/>
        </w:rPr>
        <w:t xml:space="preserve"> have a choice. The pre-conviction system </w:t>
      </w:r>
      <w:proofErr w:type="gramStart"/>
      <w:r w:rsidRPr="001E7C62">
        <w:rPr>
          <w:rFonts w:eastAsia="Times New Roman" w:cs="Times New Roman"/>
          <w:szCs w:val="24"/>
        </w:rPr>
        <w:t>didn’t</w:t>
      </w:r>
      <w:proofErr w:type="gramEnd"/>
      <w:r w:rsidRPr="001E7C62">
        <w:rPr>
          <w:rFonts w:eastAsia="Times New Roman" w:cs="Times New Roman"/>
          <w:szCs w:val="24"/>
        </w:rPr>
        <w:t xml:space="preserve"> care about intent. It </w:t>
      </w:r>
      <w:proofErr w:type="gramStart"/>
      <w:r w:rsidRPr="001E7C62">
        <w:rPr>
          <w:rFonts w:eastAsia="Times New Roman" w:cs="Times New Roman"/>
          <w:szCs w:val="24"/>
        </w:rPr>
        <w:t>didn’t</w:t>
      </w:r>
      <w:proofErr w:type="gramEnd"/>
      <w:r w:rsidRPr="001E7C62">
        <w:rPr>
          <w:rFonts w:eastAsia="Times New Roman" w:cs="Times New Roman"/>
          <w:szCs w:val="24"/>
        </w:rPr>
        <w:t xml:space="preserve"> care whether he killed in self-defense, whether it was an accident. The system needed an outcome.</w:t>
      </w:r>
    </w:p>
    <w:p w14:paraId="6A6FBF1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He reached Locker 9A—his next destination. The old, forgotten locker in a dingy part of a small-town bus station was his final meeting point. He could feel the sweat beading on his brow as he twisted the lock open, the faint click of the door unlocking echoing in his ears. Inside, a single folder lay on top of a stack of papers. His heart sank as he read the first page, the implications of the message hitting him hard.</w:t>
      </w:r>
    </w:p>
    <w:p w14:paraId="5C03078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 message inside was clear: </w:t>
      </w:r>
      <w:r w:rsidRPr="001E7C62">
        <w:rPr>
          <w:rFonts w:eastAsia="Times New Roman" w:cs="Times New Roman"/>
          <w:b/>
          <w:bCs/>
          <w:szCs w:val="24"/>
        </w:rPr>
        <w:t>The system is pushing you toward violence. Do not follow its lead.</w:t>
      </w:r>
    </w:p>
    <w:p w14:paraId="7B45015C"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Rachel had left him a warning—one that he was too late to heed.</w:t>
      </w:r>
    </w:p>
    <w:p w14:paraId="21522A86" w14:textId="77777777" w:rsidR="001E7C62" w:rsidRPr="001E7C62" w:rsidRDefault="002010FF" w:rsidP="001E7C62">
      <w:pPr>
        <w:rPr>
          <w:rFonts w:eastAsia="Times New Roman" w:cs="Times New Roman"/>
          <w:szCs w:val="24"/>
        </w:rPr>
      </w:pPr>
      <w:r>
        <w:rPr>
          <w:rFonts w:eastAsia="Times New Roman" w:cs="Times New Roman"/>
          <w:szCs w:val="24"/>
        </w:rPr>
        <w:pict w14:anchorId="1F1D64C3">
          <v:rect id="_x0000_i1047" style="width:0;height:1.5pt" o:hralign="center" o:hrstd="t" o:hr="t" fillcolor="#a0a0a0" stroked="f"/>
        </w:pict>
      </w:r>
    </w:p>
    <w:p w14:paraId="68361325"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The Trap – The Final Push</w:t>
      </w:r>
    </w:p>
    <w:p w14:paraId="7D8962A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Minutes later, as Frank stepped back into the streets of Stockbridge, a group of armed men appeared from the shadows. They </w:t>
      </w:r>
      <w:proofErr w:type="gramStart"/>
      <w:r w:rsidRPr="001E7C62">
        <w:rPr>
          <w:rFonts w:eastAsia="Times New Roman" w:cs="Times New Roman"/>
          <w:szCs w:val="24"/>
        </w:rPr>
        <w:t>hadn’t</w:t>
      </w:r>
      <w:proofErr w:type="gramEnd"/>
      <w:r w:rsidRPr="001E7C62">
        <w:rPr>
          <w:rFonts w:eastAsia="Times New Roman" w:cs="Times New Roman"/>
          <w:szCs w:val="24"/>
        </w:rPr>
        <w:t xml:space="preserve"> tracked him through the usual surveillance methods. No. They were part of a far more insidious operation. The system had orchestrated everything. They were pushing him into a corner, ensuring that his every move would lead to the inevitable: a violent confrontation.</w:t>
      </w:r>
    </w:p>
    <w:p w14:paraId="1A9BB12A"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It </w:t>
      </w:r>
      <w:proofErr w:type="gramStart"/>
      <w:r w:rsidRPr="001E7C62">
        <w:rPr>
          <w:rFonts w:eastAsia="Times New Roman" w:cs="Times New Roman"/>
          <w:szCs w:val="24"/>
        </w:rPr>
        <w:t>wasn’t</w:t>
      </w:r>
      <w:proofErr w:type="gramEnd"/>
      <w:r w:rsidRPr="001E7C62">
        <w:rPr>
          <w:rFonts w:eastAsia="Times New Roman" w:cs="Times New Roman"/>
          <w:szCs w:val="24"/>
        </w:rPr>
        <w:t xml:space="preserve"> supposed to go this way. But Frank had no choice. The guns were out, the threats were real, and he </w:t>
      </w:r>
      <w:proofErr w:type="gramStart"/>
      <w:r w:rsidRPr="001E7C62">
        <w:rPr>
          <w:rFonts w:eastAsia="Times New Roman" w:cs="Times New Roman"/>
          <w:szCs w:val="24"/>
        </w:rPr>
        <w:t>was pushed</w:t>
      </w:r>
      <w:proofErr w:type="gramEnd"/>
      <w:r w:rsidRPr="001E7C62">
        <w:rPr>
          <w:rFonts w:eastAsia="Times New Roman" w:cs="Times New Roman"/>
          <w:szCs w:val="24"/>
        </w:rPr>
        <w:t xml:space="preserve"> to act.</w:t>
      </w:r>
    </w:p>
    <w:p w14:paraId="61E846C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In a moment of self-defense, his hand jerked out. The gunshot was accidental. He had no intention of killing anyone. But it was already too late.</w:t>
      </w:r>
    </w:p>
    <w:p w14:paraId="26F0858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lastRenderedPageBreak/>
        <w:t>The program had worked. The system had predicted it. And now Frank Marino, once a man simply trying to survive, had proven the program’s power.</w:t>
      </w:r>
    </w:p>
    <w:p w14:paraId="743E82B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But at what cost?</w:t>
      </w:r>
    </w:p>
    <w:p w14:paraId="1D28E8E4" w14:textId="77777777" w:rsidR="001E7C62" w:rsidRPr="001E7C62" w:rsidRDefault="002010FF" w:rsidP="001E7C62">
      <w:pPr>
        <w:rPr>
          <w:rFonts w:eastAsia="Times New Roman" w:cs="Times New Roman"/>
          <w:szCs w:val="24"/>
        </w:rPr>
      </w:pPr>
      <w:r>
        <w:rPr>
          <w:rFonts w:eastAsia="Times New Roman" w:cs="Times New Roman"/>
          <w:szCs w:val="24"/>
        </w:rPr>
        <w:pict w14:anchorId="45AF5273">
          <v:rect id="_x0000_i1048" style="width:0;height:1.5pt" o:hralign="center" o:hrstd="t" o:hr="t" fillcolor="#a0a0a0" stroked="f"/>
        </w:pict>
      </w:r>
    </w:p>
    <w:p w14:paraId="457B40FA"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Washington, D.C. – Validation</w:t>
      </w:r>
    </w:p>
    <w:p w14:paraId="2478A1F8" w14:textId="143C15F5"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 media machine was in full swing, and Frank Marino had become the ultimate test case. A man pushed beyond the point of no return, forced to act in self-defense, but labeled a </w:t>
      </w:r>
      <w:r w:rsidR="00A21D5C" w:rsidRPr="001E7C62">
        <w:rPr>
          <w:rFonts w:eastAsia="Times New Roman" w:cs="Times New Roman"/>
          <w:szCs w:val="24"/>
        </w:rPr>
        <w:t>criminal,</w:t>
      </w:r>
      <w:r w:rsidRPr="001E7C62">
        <w:rPr>
          <w:rFonts w:eastAsia="Times New Roman" w:cs="Times New Roman"/>
          <w:szCs w:val="24"/>
        </w:rPr>
        <w:t xml:space="preserve"> nonetheless. The pre-conviction system </w:t>
      </w:r>
      <w:proofErr w:type="gramStart"/>
      <w:r w:rsidRPr="001E7C62">
        <w:rPr>
          <w:rFonts w:eastAsia="Times New Roman" w:cs="Times New Roman"/>
          <w:szCs w:val="24"/>
        </w:rPr>
        <w:t>had worked</w:t>
      </w:r>
      <w:proofErr w:type="gramEnd"/>
      <w:r w:rsidRPr="001E7C62">
        <w:rPr>
          <w:rFonts w:eastAsia="Times New Roman" w:cs="Times New Roman"/>
          <w:szCs w:val="24"/>
        </w:rPr>
        <w:t>, and the narrative was set.</w:t>
      </w:r>
    </w:p>
    <w:p w14:paraId="42EA7731"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It </w:t>
      </w:r>
      <w:proofErr w:type="gramStart"/>
      <w:r w:rsidRPr="001E7C62">
        <w:rPr>
          <w:rFonts w:eastAsia="Times New Roman" w:cs="Times New Roman"/>
          <w:szCs w:val="24"/>
        </w:rPr>
        <w:t>wasn’t</w:t>
      </w:r>
      <w:proofErr w:type="gramEnd"/>
      <w:r w:rsidRPr="001E7C62">
        <w:rPr>
          <w:rFonts w:eastAsia="Times New Roman" w:cs="Times New Roman"/>
          <w:szCs w:val="24"/>
        </w:rPr>
        <w:t xml:space="preserve"> </w:t>
      </w:r>
      <w:proofErr w:type="gramStart"/>
      <w:r w:rsidRPr="001E7C62">
        <w:rPr>
          <w:rFonts w:eastAsia="Times New Roman" w:cs="Times New Roman"/>
          <w:szCs w:val="24"/>
        </w:rPr>
        <w:t>just about catching</w:t>
      </w:r>
      <w:proofErr w:type="gramEnd"/>
      <w:r w:rsidRPr="001E7C62">
        <w:rPr>
          <w:rFonts w:eastAsia="Times New Roman" w:cs="Times New Roman"/>
          <w:szCs w:val="24"/>
        </w:rPr>
        <w:t xml:space="preserve"> Frank anymore. It was about proving that the system could predict and prevent violence—even when it was a defense mechanism. But </w:t>
      </w:r>
      <w:proofErr w:type="gramStart"/>
      <w:r w:rsidRPr="001E7C62">
        <w:rPr>
          <w:rFonts w:eastAsia="Times New Roman" w:cs="Times New Roman"/>
          <w:szCs w:val="24"/>
        </w:rPr>
        <w:t>it was</w:t>
      </w:r>
      <w:proofErr w:type="gramEnd"/>
      <w:r w:rsidRPr="001E7C62">
        <w:rPr>
          <w:rFonts w:eastAsia="Times New Roman" w:cs="Times New Roman"/>
          <w:szCs w:val="24"/>
        </w:rPr>
        <w:t xml:space="preserve"> also proving that the system could </w:t>
      </w:r>
      <w:proofErr w:type="gramStart"/>
      <w:r w:rsidRPr="001E7C62">
        <w:rPr>
          <w:rFonts w:eastAsia="Times New Roman" w:cs="Times New Roman"/>
          <w:szCs w:val="24"/>
        </w:rPr>
        <w:t>be used</w:t>
      </w:r>
      <w:proofErr w:type="gramEnd"/>
      <w:r w:rsidRPr="001E7C62">
        <w:rPr>
          <w:rFonts w:eastAsia="Times New Roman" w:cs="Times New Roman"/>
          <w:szCs w:val="24"/>
        </w:rPr>
        <w:t xml:space="preserve"> to push people to the edge, to manipulate them into actions that would justify its existence.</w:t>
      </w:r>
    </w:p>
    <w:p w14:paraId="37EB734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And that was exactly what Roth, Wentworth, and Huxley had intended all along.</w:t>
      </w:r>
    </w:p>
    <w:p w14:paraId="5EB375BD" w14:textId="77777777" w:rsidR="001E7C62" w:rsidRPr="001E7C62" w:rsidRDefault="002010FF" w:rsidP="001E7C62">
      <w:pPr>
        <w:rPr>
          <w:rFonts w:eastAsia="Times New Roman" w:cs="Times New Roman"/>
          <w:szCs w:val="24"/>
        </w:rPr>
      </w:pPr>
      <w:r>
        <w:rPr>
          <w:rFonts w:eastAsia="Times New Roman" w:cs="Times New Roman"/>
          <w:szCs w:val="24"/>
        </w:rPr>
        <w:pict w14:anchorId="71FAD5CC">
          <v:rect id="_x0000_i1049" style="width:0;height:1.5pt" o:hralign="center" o:hrstd="t" o:hr="t" fillcolor="#a0a0a0" stroked="f"/>
        </w:pict>
      </w:r>
    </w:p>
    <w:p w14:paraId="66FB8C0B" w14:textId="77777777" w:rsidR="00DE4995" w:rsidRPr="00DE4995" w:rsidRDefault="00DE4995" w:rsidP="00DE4995">
      <w:pPr>
        <w:spacing w:before="100" w:beforeAutospacing="1" w:after="100" w:afterAutospacing="1"/>
        <w:outlineLvl w:val="2"/>
        <w:rPr>
          <w:rFonts w:eastAsia="Times New Roman" w:cs="Times New Roman"/>
          <w:b/>
          <w:bCs/>
          <w:sz w:val="27"/>
          <w:szCs w:val="27"/>
        </w:rPr>
      </w:pPr>
      <w:r w:rsidRPr="00DE4995">
        <w:rPr>
          <w:rFonts w:eastAsia="Times New Roman" w:cs="Times New Roman"/>
          <w:b/>
          <w:bCs/>
          <w:sz w:val="27"/>
          <w:szCs w:val="27"/>
        </w:rPr>
        <w:t>Chapter 10 – Breakdown and Betrayal</w:t>
      </w:r>
    </w:p>
    <w:p w14:paraId="5B3874E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The wind howled through the trees as Frank crouched low, his eyes scanning the darkened streets. He had been on the move for days—sleeping in truck stops, abandoned warehouses, even the occasional fleabag motel in the middle of nowhere. The clock was ticking, but all he could hear was the pounding of his own pulse. His hands were shaking. His nerves </w:t>
      </w:r>
      <w:proofErr w:type="gramStart"/>
      <w:r w:rsidRPr="00DE4995">
        <w:rPr>
          <w:rFonts w:eastAsia="Times New Roman" w:cs="Times New Roman"/>
          <w:szCs w:val="24"/>
        </w:rPr>
        <w:t>were frayed</w:t>
      </w:r>
      <w:proofErr w:type="gramEnd"/>
      <w:r w:rsidRPr="00DE4995">
        <w:rPr>
          <w:rFonts w:eastAsia="Times New Roman" w:cs="Times New Roman"/>
          <w:szCs w:val="24"/>
        </w:rPr>
        <w:t>. His mind, the one thing that had always kept him alive, was starting to unravel.</w:t>
      </w:r>
    </w:p>
    <w:p w14:paraId="1FEAE718"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His breath came in shallow gasps, each </w:t>
      </w:r>
      <w:proofErr w:type="gramStart"/>
      <w:r w:rsidRPr="00DE4995">
        <w:rPr>
          <w:rFonts w:eastAsia="Times New Roman" w:cs="Times New Roman"/>
          <w:szCs w:val="24"/>
        </w:rPr>
        <w:t>inhale</w:t>
      </w:r>
      <w:proofErr w:type="gramEnd"/>
      <w:r w:rsidRPr="00DE4995">
        <w:rPr>
          <w:rFonts w:eastAsia="Times New Roman" w:cs="Times New Roman"/>
          <w:szCs w:val="24"/>
        </w:rPr>
        <w:t xml:space="preserve"> a desperate attempt to clear the fog that clouded his thoughts. He was no longer sure if the person in his reflection was even him. The guy in the cracked motel mirror looked like Frank Marino, but the eyes staring back were hollow, lost.</w:t>
      </w:r>
    </w:p>
    <w:p w14:paraId="11B03746"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The dead drop had been a bust. His contact—whoever it was—had failed to show. The burner phone sat heavy in his jacket pocket, the low battery warning flashing like a mocking reminder of how </w:t>
      </w:r>
      <w:proofErr w:type="gramStart"/>
      <w:r w:rsidRPr="00DE4995">
        <w:rPr>
          <w:rFonts w:eastAsia="Times New Roman" w:cs="Times New Roman"/>
          <w:szCs w:val="24"/>
        </w:rPr>
        <w:t>much</w:t>
      </w:r>
      <w:proofErr w:type="gramEnd"/>
      <w:r w:rsidRPr="00DE4995">
        <w:rPr>
          <w:rFonts w:eastAsia="Times New Roman" w:cs="Times New Roman"/>
          <w:szCs w:val="24"/>
        </w:rPr>
        <w:t xml:space="preserve"> time he had left. He </w:t>
      </w:r>
      <w:proofErr w:type="gramStart"/>
      <w:r w:rsidRPr="00DE4995">
        <w:rPr>
          <w:rFonts w:eastAsia="Times New Roman" w:cs="Times New Roman"/>
          <w:szCs w:val="24"/>
        </w:rPr>
        <w:t>wasn’t</w:t>
      </w:r>
      <w:proofErr w:type="gramEnd"/>
      <w:r w:rsidRPr="00DE4995">
        <w:rPr>
          <w:rFonts w:eastAsia="Times New Roman" w:cs="Times New Roman"/>
          <w:szCs w:val="24"/>
        </w:rPr>
        <w:t xml:space="preserve"> just running from the law anymore. The program had his scent. It was closing in, tightening the </w:t>
      </w:r>
      <w:proofErr w:type="gramStart"/>
      <w:r w:rsidRPr="00DE4995">
        <w:rPr>
          <w:rFonts w:eastAsia="Times New Roman" w:cs="Times New Roman"/>
          <w:szCs w:val="24"/>
        </w:rPr>
        <w:t>noose</w:t>
      </w:r>
      <w:proofErr w:type="gramEnd"/>
      <w:r w:rsidRPr="00DE4995">
        <w:rPr>
          <w:rFonts w:eastAsia="Times New Roman" w:cs="Times New Roman"/>
          <w:szCs w:val="24"/>
        </w:rPr>
        <w:t xml:space="preserve"> with every passing hour.</w:t>
      </w:r>
    </w:p>
    <w:p w14:paraId="30452AB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His feet moved on instinct as he turned down a narrow alley, the distant sounds of the city swallowed by the night. He </w:t>
      </w:r>
      <w:proofErr w:type="gramStart"/>
      <w:r w:rsidRPr="00DE4995">
        <w:rPr>
          <w:rFonts w:eastAsia="Times New Roman" w:cs="Times New Roman"/>
          <w:szCs w:val="24"/>
        </w:rPr>
        <w:t>couldn’t</w:t>
      </w:r>
      <w:proofErr w:type="gramEnd"/>
      <w:r w:rsidRPr="00DE4995">
        <w:rPr>
          <w:rFonts w:eastAsia="Times New Roman" w:cs="Times New Roman"/>
          <w:szCs w:val="24"/>
        </w:rPr>
        <w:t xml:space="preserve"> trust the streets anymore. Too many cameras. Too many eyes. Each step </w:t>
      </w:r>
      <w:proofErr w:type="gramStart"/>
      <w:r w:rsidRPr="00DE4995">
        <w:rPr>
          <w:rFonts w:eastAsia="Times New Roman" w:cs="Times New Roman"/>
          <w:szCs w:val="24"/>
        </w:rPr>
        <w:t>was calculated</w:t>
      </w:r>
      <w:proofErr w:type="gramEnd"/>
      <w:r w:rsidRPr="00DE4995">
        <w:rPr>
          <w:rFonts w:eastAsia="Times New Roman" w:cs="Times New Roman"/>
          <w:szCs w:val="24"/>
        </w:rPr>
        <w:t xml:space="preserve">, </w:t>
      </w:r>
      <w:proofErr w:type="gramStart"/>
      <w:r w:rsidRPr="00DE4995">
        <w:rPr>
          <w:rFonts w:eastAsia="Times New Roman" w:cs="Times New Roman"/>
          <w:szCs w:val="24"/>
        </w:rPr>
        <w:t>deliberate—</w:t>
      </w:r>
      <w:proofErr w:type="gramEnd"/>
      <w:r w:rsidRPr="00DE4995">
        <w:rPr>
          <w:rFonts w:eastAsia="Times New Roman" w:cs="Times New Roman"/>
          <w:szCs w:val="24"/>
        </w:rPr>
        <w:t xml:space="preserve">he </w:t>
      </w:r>
      <w:proofErr w:type="gramStart"/>
      <w:r w:rsidRPr="00DE4995">
        <w:rPr>
          <w:rFonts w:eastAsia="Times New Roman" w:cs="Times New Roman"/>
          <w:szCs w:val="24"/>
        </w:rPr>
        <w:t>couldn’t</w:t>
      </w:r>
      <w:proofErr w:type="gramEnd"/>
      <w:r w:rsidRPr="00DE4995">
        <w:rPr>
          <w:rFonts w:eastAsia="Times New Roman" w:cs="Times New Roman"/>
          <w:szCs w:val="24"/>
        </w:rPr>
        <w:t xml:space="preserve"> afford a misstep.</w:t>
      </w:r>
    </w:p>
    <w:p w14:paraId="6884370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He was heading for the payphone. The last contact from Rachel had given him coordinates, but the trail felt colder than ever. He </w:t>
      </w:r>
      <w:proofErr w:type="gramStart"/>
      <w:r w:rsidRPr="00DE4995">
        <w:rPr>
          <w:rFonts w:eastAsia="Times New Roman" w:cs="Times New Roman"/>
          <w:szCs w:val="24"/>
        </w:rPr>
        <w:t>couldn’t</w:t>
      </w:r>
      <w:proofErr w:type="gramEnd"/>
      <w:r w:rsidRPr="00DE4995">
        <w:rPr>
          <w:rFonts w:eastAsia="Times New Roman" w:cs="Times New Roman"/>
          <w:szCs w:val="24"/>
        </w:rPr>
        <w:t xml:space="preserve"> shake the feeling that someone was watching him. </w:t>
      </w:r>
      <w:proofErr w:type="gramStart"/>
      <w:r w:rsidRPr="00DE4995">
        <w:rPr>
          <w:rFonts w:eastAsia="Times New Roman" w:cs="Times New Roman"/>
          <w:szCs w:val="24"/>
        </w:rPr>
        <w:t>He’d</w:t>
      </w:r>
      <w:proofErr w:type="gramEnd"/>
      <w:r w:rsidRPr="00DE4995">
        <w:rPr>
          <w:rFonts w:eastAsia="Times New Roman" w:cs="Times New Roman"/>
          <w:szCs w:val="24"/>
        </w:rPr>
        <w:t xml:space="preserve"> learned the signs over the years: the way a car seemed to slow as it passed, the shadow in the corner of his eye that never quite disappeared. He was </w:t>
      </w:r>
      <w:proofErr w:type="gramStart"/>
      <w:r w:rsidRPr="00DE4995">
        <w:rPr>
          <w:rFonts w:eastAsia="Times New Roman" w:cs="Times New Roman"/>
          <w:szCs w:val="24"/>
        </w:rPr>
        <w:t>being hunted</w:t>
      </w:r>
      <w:proofErr w:type="gramEnd"/>
      <w:r w:rsidRPr="00DE4995">
        <w:rPr>
          <w:rFonts w:eastAsia="Times New Roman" w:cs="Times New Roman"/>
          <w:szCs w:val="24"/>
        </w:rPr>
        <w:t>. Not just by the authorities, but by something much worse.</w:t>
      </w:r>
    </w:p>
    <w:p w14:paraId="333FAFC8"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He glanced over his shoulder, the hairs on the back of his neck standing on end. No one. But the sensation </w:t>
      </w:r>
      <w:proofErr w:type="gramStart"/>
      <w:r w:rsidRPr="00DE4995">
        <w:rPr>
          <w:rFonts w:eastAsia="Times New Roman" w:cs="Times New Roman"/>
          <w:szCs w:val="24"/>
        </w:rPr>
        <w:t>didn’t</w:t>
      </w:r>
      <w:proofErr w:type="gramEnd"/>
      <w:r w:rsidRPr="00DE4995">
        <w:rPr>
          <w:rFonts w:eastAsia="Times New Roman" w:cs="Times New Roman"/>
          <w:szCs w:val="24"/>
        </w:rPr>
        <w:t xml:space="preserve"> fade.</w:t>
      </w:r>
    </w:p>
    <w:p w14:paraId="2D4753E3"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lastRenderedPageBreak/>
        <w:t>As he reached the payphone, his heart skipped a beat. Someone was there, standing just out of sight. He cursed under his breath. Was it an agent? A trap?</w:t>
      </w:r>
    </w:p>
    <w:p w14:paraId="246A0934"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 </w:t>
      </w:r>
      <w:proofErr w:type="gramStart"/>
      <w:r w:rsidRPr="00DE4995">
        <w:rPr>
          <w:rFonts w:eastAsia="Times New Roman" w:cs="Times New Roman"/>
          <w:szCs w:val="24"/>
        </w:rPr>
        <w:t>didn’t</w:t>
      </w:r>
      <w:proofErr w:type="gramEnd"/>
      <w:r w:rsidRPr="00DE4995">
        <w:rPr>
          <w:rFonts w:eastAsia="Times New Roman" w:cs="Times New Roman"/>
          <w:szCs w:val="24"/>
        </w:rPr>
        <w:t xml:space="preserve"> hesitate. He pulled out the burner phone and made the call, his fingers trembling as he dialed the number. The ringing echoed in the empty night air.</w:t>
      </w:r>
    </w:p>
    <w:p w14:paraId="12EFCC49"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The voice on the other end was unmistakable. Rachel.</w:t>
      </w:r>
    </w:p>
    <w:p w14:paraId="147CCF6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His chest tightened. He almost forgot how to breathe. “Rachel, where the hell have you been?”</w:t>
      </w:r>
    </w:p>
    <w:p w14:paraId="132E90A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“I’m here,” she said. “</w:t>
      </w:r>
      <w:proofErr w:type="gramStart"/>
      <w:r w:rsidRPr="00DE4995">
        <w:rPr>
          <w:rFonts w:eastAsia="Times New Roman" w:cs="Times New Roman"/>
          <w:szCs w:val="24"/>
        </w:rPr>
        <w:t>I’m</w:t>
      </w:r>
      <w:proofErr w:type="gramEnd"/>
      <w:r w:rsidRPr="00DE4995">
        <w:rPr>
          <w:rFonts w:eastAsia="Times New Roman" w:cs="Times New Roman"/>
          <w:szCs w:val="24"/>
        </w:rPr>
        <w:t xml:space="preserve"> always here, Frank. But time is running out.”</w:t>
      </w:r>
    </w:p>
    <w:p w14:paraId="7C70C490"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took a deep breath. “</w:t>
      </w:r>
      <w:proofErr w:type="gramStart"/>
      <w:r w:rsidRPr="00DE4995">
        <w:rPr>
          <w:rFonts w:eastAsia="Times New Roman" w:cs="Times New Roman"/>
          <w:szCs w:val="24"/>
        </w:rPr>
        <w:t>What’s</w:t>
      </w:r>
      <w:proofErr w:type="gramEnd"/>
      <w:r w:rsidRPr="00DE4995">
        <w:rPr>
          <w:rFonts w:eastAsia="Times New Roman" w:cs="Times New Roman"/>
          <w:szCs w:val="24"/>
        </w:rPr>
        <w:t xml:space="preserve"> going on? </w:t>
      </w:r>
      <w:proofErr w:type="gramStart"/>
      <w:r w:rsidRPr="00DE4995">
        <w:rPr>
          <w:rFonts w:eastAsia="Times New Roman" w:cs="Times New Roman"/>
          <w:szCs w:val="24"/>
        </w:rPr>
        <w:t>Who’s</w:t>
      </w:r>
      <w:proofErr w:type="gramEnd"/>
      <w:r w:rsidRPr="00DE4995">
        <w:rPr>
          <w:rFonts w:eastAsia="Times New Roman" w:cs="Times New Roman"/>
          <w:szCs w:val="24"/>
        </w:rPr>
        <w:t xml:space="preserve"> after me? The program—</w:t>
      </w:r>
      <w:proofErr w:type="gramStart"/>
      <w:r w:rsidRPr="00DE4995">
        <w:rPr>
          <w:rFonts w:eastAsia="Times New Roman" w:cs="Times New Roman"/>
          <w:szCs w:val="24"/>
        </w:rPr>
        <w:t>they’re</w:t>
      </w:r>
      <w:proofErr w:type="gramEnd"/>
      <w:r w:rsidRPr="00DE4995">
        <w:rPr>
          <w:rFonts w:eastAsia="Times New Roman" w:cs="Times New Roman"/>
          <w:szCs w:val="24"/>
        </w:rPr>
        <w:t xml:space="preserve"> everywhere. I </w:t>
      </w:r>
      <w:proofErr w:type="gramStart"/>
      <w:r w:rsidRPr="00DE4995">
        <w:rPr>
          <w:rFonts w:eastAsia="Times New Roman" w:cs="Times New Roman"/>
          <w:szCs w:val="24"/>
        </w:rPr>
        <w:t>can’t</w:t>
      </w:r>
      <w:proofErr w:type="gramEnd"/>
      <w:r w:rsidRPr="00DE4995">
        <w:rPr>
          <w:rFonts w:eastAsia="Times New Roman" w:cs="Times New Roman"/>
          <w:szCs w:val="24"/>
        </w:rPr>
        <w:t xml:space="preserve"> keep up. My head’s not right. I </w:t>
      </w:r>
      <w:proofErr w:type="gramStart"/>
      <w:r w:rsidRPr="00DE4995">
        <w:rPr>
          <w:rFonts w:eastAsia="Times New Roman" w:cs="Times New Roman"/>
          <w:szCs w:val="24"/>
        </w:rPr>
        <w:t>don’t</w:t>
      </w:r>
      <w:proofErr w:type="gramEnd"/>
      <w:r w:rsidRPr="00DE4995">
        <w:rPr>
          <w:rFonts w:eastAsia="Times New Roman" w:cs="Times New Roman"/>
          <w:szCs w:val="24"/>
        </w:rPr>
        <w:t xml:space="preserve"> know </w:t>
      </w:r>
      <w:proofErr w:type="gramStart"/>
      <w:r w:rsidRPr="00DE4995">
        <w:rPr>
          <w:rFonts w:eastAsia="Times New Roman" w:cs="Times New Roman"/>
          <w:szCs w:val="24"/>
        </w:rPr>
        <w:t>what’s</w:t>
      </w:r>
      <w:proofErr w:type="gramEnd"/>
      <w:r w:rsidRPr="00DE4995">
        <w:rPr>
          <w:rFonts w:eastAsia="Times New Roman" w:cs="Times New Roman"/>
          <w:szCs w:val="24"/>
        </w:rPr>
        <w:t xml:space="preserve"> </w:t>
      </w:r>
      <w:proofErr w:type="gramStart"/>
      <w:r w:rsidRPr="00DE4995">
        <w:rPr>
          <w:rFonts w:eastAsia="Times New Roman" w:cs="Times New Roman"/>
          <w:szCs w:val="24"/>
        </w:rPr>
        <w:t>real anymore</w:t>
      </w:r>
      <w:proofErr w:type="gramEnd"/>
      <w:r w:rsidRPr="00DE4995">
        <w:rPr>
          <w:rFonts w:eastAsia="Times New Roman" w:cs="Times New Roman"/>
          <w:szCs w:val="24"/>
        </w:rPr>
        <w:t>.”</w:t>
      </w:r>
    </w:p>
    <w:p w14:paraId="0D31BD5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“You’re being manipulated,” she replied, her voice steady but urgent. “But </w:t>
      </w:r>
      <w:proofErr w:type="gramStart"/>
      <w:r w:rsidRPr="00DE4995">
        <w:rPr>
          <w:rFonts w:eastAsia="Times New Roman" w:cs="Times New Roman"/>
          <w:szCs w:val="24"/>
        </w:rPr>
        <w:t>you’re</w:t>
      </w:r>
      <w:proofErr w:type="gramEnd"/>
      <w:r w:rsidRPr="00DE4995">
        <w:rPr>
          <w:rFonts w:eastAsia="Times New Roman" w:cs="Times New Roman"/>
          <w:szCs w:val="24"/>
        </w:rPr>
        <w:t xml:space="preserve"> not alone. </w:t>
      </w:r>
      <w:proofErr w:type="gramStart"/>
      <w:r w:rsidRPr="00DE4995">
        <w:rPr>
          <w:rFonts w:eastAsia="Times New Roman" w:cs="Times New Roman"/>
          <w:szCs w:val="24"/>
        </w:rPr>
        <w:t>I’m</w:t>
      </w:r>
      <w:proofErr w:type="gramEnd"/>
      <w:r w:rsidRPr="00DE4995">
        <w:rPr>
          <w:rFonts w:eastAsia="Times New Roman" w:cs="Times New Roman"/>
          <w:szCs w:val="24"/>
        </w:rPr>
        <w:t xml:space="preserve"> here, and we need to move fast. The program </w:t>
      </w:r>
      <w:proofErr w:type="gramStart"/>
      <w:r w:rsidRPr="00DE4995">
        <w:rPr>
          <w:rFonts w:eastAsia="Times New Roman" w:cs="Times New Roman"/>
          <w:szCs w:val="24"/>
        </w:rPr>
        <w:t>you’re</w:t>
      </w:r>
      <w:proofErr w:type="gramEnd"/>
      <w:r w:rsidRPr="00DE4995">
        <w:rPr>
          <w:rFonts w:eastAsia="Times New Roman" w:cs="Times New Roman"/>
          <w:szCs w:val="24"/>
        </w:rPr>
        <w:t xml:space="preserve"> running from—the public one? </w:t>
      </w:r>
      <w:proofErr w:type="gramStart"/>
      <w:r w:rsidRPr="00DE4995">
        <w:rPr>
          <w:rFonts w:eastAsia="Times New Roman" w:cs="Times New Roman"/>
          <w:szCs w:val="24"/>
        </w:rPr>
        <w:t>That’s</w:t>
      </w:r>
      <w:proofErr w:type="gramEnd"/>
      <w:r w:rsidRPr="00DE4995">
        <w:rPr>
          <w:rFonts w:eastAsia="Times New Roman" w:cs="Times New Roman"/>
          <w:szCs w:val="24"/>
        </w:rPr>
        <w:t xml:space="preserve"> just the </w:t>
      </w:r>
      <w:proofErr w:type="gramStart"/>
      <w:r w:rsidRPr="00DE4995">
        <w:rPr>
          <w:rFonts w:eastAsia="Times New Roman" w:cs="Times New Roman"/>
          <w:szCs w:val="24"/>
        </w:rPr>
        <w:t>tip of the iceberg</w:t>
      </w:r>
      <w:proofErr w:type="gramEnd"/>
      <w:r w:rsidRPr="00DE4995">
        <w:rPr>
          <w:rFonts w:eastAsia="Times New Roman" w:cs="Times New Roman"/>
          <w:szCs w:val="24"/>
        </w:rPr>
        <w:t xml:space="preserve">. </w:t>
      </w:r>
      <w:proofErr w:type="gramStart"/>
      <w:r w:rsidRPr="00DE4995">
        <w:rPr>
          <w:rFonts w:eastAsia="Times New Roman" w:cs="Times New Roman"/>
          <w:szCs w:val="24"/>
        </w:rPr>
        <w:t>There’s</w:t>
      </w:r>
      <w:proofErr w:type="gramEnd"/>
      <w:r w:rsidRPr="00DE4995">
        <w:rPr>
          <w:rFonts w:eastAsia="Times New Roman" w:cs="Times New Roman"/>
          <w:szCs w:val="24"/>
        </w:rPr>
        <w:t xml:space="preserve"> a second level to it. A secret experiment. </w:t>
      </w:r>
      <w:proofErr w:type="gramStart"/>
      <w:r w:rsidRPr="00DE4995">
        <w:rPr>
          <w:rFonts w:eastAsia="Times New Roman" w:cs="Times New Roman"/>
          <w:szCs w:val="24"/>
        </w:rPr>
        <w:t>They’re</w:t>
      </w:r>
      <w:proofErr w:type="gramEnd"/>
      <w:r w:rsidRPr="00DE4995">
        <w:rPr>
          <w:rFonts w:eastAsia="Times New Roman" w:cs="Times New Roman"/>
          <w:szCs w:val="24"/>
        </w:rPr>
        <w:t xml:space="preserve"> </w:t>
      </w:r>
      <w:proofErr w:type="gramStart"/>
      <w:r w:rsidRPr="00DE4995">
        <w:rPr>
          <w:rFonts w:eastAsia="Times New Roman" w:cs="Times New Roman"/>
          <w:szCs w:val="24"/>
        </w:rPr>
        <w:t>testing</w:t>
      </w:r>
      <w:proofErr w:type="gramEnd"/>
      <w:r w:rsidRPr="00DE4995">
        <w:rPr>
          <w:rFonts w:eastAsia="Times New Roman" w:cs="Times New Roman"/>
          <w:szCs w:val="24"/>
        </w:rPr>
        <w:t xml:space="preserve"> whether they can push you to kill. To fulfill their predictions.”</w:t>
      </w:r>
    </w:p>
    <w:p w14:paraId="4839F50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Frank’s heart slammed against his ribs. He had always known something was off, but this… this was beyond what </w:t>
      </w:r>
      <w:proofErr w:type="gramStart"/>
      <w:r w:rsidRPr="00DE4995">
        <w:rPr>
          <w:rFonts w:eastAsia="Times New Roman" w:cs="Times New Roman"/>
          <w:szCs w:val="24"/>
        </w:rPr>
        <w:t>he’d</w:t>
      </w:r>
      <w:proofErr w:type="gramEnd"/>
      <w:r w:rsidRPr="00DE4995">
        <w:rPr>
          <w:rFonts w:eastAsia="Times New Roman" w:cs="Times New Roman"/>
          <w:szCs w:val="24"/>
        </w:rPr>
        <w:t xml:space="preserve"> imagined. He </w:t>
      </w:r>
      <w:proofErr w:type="gramStart"/>
      <w:r w:rsidRPr="00DE4995">
        <w:rPr>
          <w:rFonts w:eastAsia="Times New Roman" w:cs="Times New Roman"/>
          <w:szCs w:val="24"/>
        </w:rPr>
        <w:t>hadn’t</w:t>
      </w:r>
      <w:proofErr w:type="gramEnd"/>
      <w:r w:rsidRPr="00DE4995">
        <w:rPr>
          <w:rFonts w:eastAsia="Times New Roman" w:cs="Times New Roman"/>
          <w:szCs w:val="24"/>
        </w:rPr>
        <w:t xml:space="preserve"> been running from just the law. He had been running from a controlled </w:t>
      </w:r>
      <w:proofErr w:type="gramStart"/>
      <w:r w:rsidRPr="00DE4995">
        <w:rPr>
          <w:rFonts w:eastAsia="Times New Roman" w:cs="Times New Roman"/>
          <w:szCs w:val="24"/>
        </w:rPr>
        <w:t>experiment—a</w:t>
      </w:r>
      <w:proofErr w:type="gramEnd"/>
      <w:r w:rsidRPr="00DE4995">
        <w:rPr>
          <w:rFonts w:eastAsia="Times New Roman" w:cs="Times New Roman"/>
          <w:szCs w:val="24"/>
        </w:rPr>
        <w:t xml:space="preserve"> test to see how far they could push him before he snapped.</w:t>
      </w:r>
    </w:p>
    <w:p w14:paraId="727A8E8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“What are you talking about?” Frank’s voice was barely above a whisper. “Political assassination? </w:t>
      </w:r>
      <w:proofErr w:type="gramStart"/>
      <w:r w:rsidRPr="00DE4995">
        <w:rPr>
          <w:rFonts w:eastAsia="Times New Roman" w:cs="Times New Roman"/>
          <w:szCs w:val="24"/>
        </w:rPr>
        <w:t>You’re</w:t>
      </w:r>
      <w:proofErr w:type="gramEnd"/>
      <w:r w:rsidRPr="00DE4995">
        <w:rPr>
          <w:rFonts w:eastAsia="Times New Roman" w:cs="Times New Roman"/>
          <w:szCs w:val="24"/>
        </w:rPr>
        <w:t xml:space="preserve"> saying </w:t>
      </w:r>
      <w:proofErr w:type="gramStart"/>
      <w:r w:rsidRPr="00DE4995">
        <w:rPr>
          <w:rFonts w:eastAsia="Times New Roman" w:cs="Times New Roman"/>
          <w:szCs w:val="24"/>
        </w:rPr>
        <w:t>they’re</w:t>
      </w:r>
      <w:proofErr w:type="gramEnd"/>
      <w:r w:rsidRPr="00DE4995">
        <w:rPr>
          <w:rFonts w:eastAsia="Times New Roman" w:cs="Times New Roman"/>
          <w:szCs w:val="24"/>
        </w:rPr>
        <w:t xml:space="preserve"> trying to make me kill someone?”</w:t>
      </w:r>
    </w:p>
    <w:p w14:paraId="62BB6BB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“Yes,” Rachel’s voice grew colder, more serious. “And </w:t>
      </w:r>
      <w:proofErr w:type="gramStart"/>
      <w:r w:rsidRPr="00DE4995">
        <w:rPr>
          <w:rFonts w:eastAsia="Times New Roman" w:cs="Times New Roman"/>
          <w:szCs w:val="24"/>
        </w:rPr>
        <w:t>they’re</w:t>
      </w:r>
      <w:proofErr w:type="gramEnd"/>
      <w:r w:rsidRPr="00DE4995">
        <w:rPr>
          <w:rFonts w:eastAsia="Times New Roman" w:cs="Times New Roman"/>
          <w:szCs w:val="24"/>
        </w:rPr>
        <w:t xml:space="preserve"> getting closer. Every minute </w:t>
      </w:r>
      <w:proofErr w:type="gramStart"/>
      <w:r w:rsidRPr="00DE4995">
        <w:rPr>
          <w:rFonts w:eastAsia="Times New Roman" w:cs="Times New Roman"/>
          <w:szCs w:val="24"/>
        </w:rPr>
        <w:t>you’re</w:t>
      </w:r>
      <w:proofErr w:type="gramEnd"/>
      <w:r w:rsidRPr="00DE4995">
        <w:rPr>
          <w:rFonts w:eastAsia="Times New Roman" w:cs="Times New Roman"/>
          <w:szCs w:val="24"/>
        </w:rPr>
        <w:t xml:space="preserve"> on the </w:t>
      </w:r>
      <w:proofErr w:type="gramStart"/>
      <w:r w:rsidRPr="00DE4995">
        <w:rPr>
          <w:rFonts w:eastAsia="Times New Roman" w:cs="Times New Roman"/>
          <w:szCs w:val="24"/>
        </w:rPr>
        <w:t>run,</w:t>
      </w:r>
      <w:proofErr w:type="gramEnd"/>
      <w:r w:rsidRPr="00DE4995">
        <w:rPr>
          <w:rFonts w:eastAsia="Times New Roman" w:cs="Times New Roman"/>
          <w:szCs w:val="24"/>
        </w:rPr>
        <w:t xml:space="preserve"> </w:t>
      </w:r>
      <w:proofErr w:type="gramStart"/>
      <w:r w:rsidRPr="00DE4995">
        <w:rPr>
          <w:rFonts w:eastAsia="Times New Roman" w:cs="Times New Roman"/>
          <w:szCs w:val="24"/>
        </w:rPr>
        <w:t>they’re</w:t>
      </w:r>
      <w:proofErr w:type="gramEnd"/>
      <w:r w:rsidRPr="00DE4995">
        <w:rPr>
          <w:rFonts w:eastAsia="Times New Roman" w:cs="Times New Roman"/>
          <w:szCs w:val="24"/>
        </w:rPr>
        <w:t xml:space="preserve"> closing the net. But </w:t>
      </w:r>
      <w:proofErr w:type="gramStart"/>
      <w:r w:rsidRPr="00DE4995">
        <w:rPr>
          <w:rFonts w:eastAsia="Times New Roman" w:cs="Times New Roman"/>
          <w:szCs w:val="24"/>
        </w:rPr>
        <w:t>there’s</w:t>
      </w:r>
      <w:proofErr w:type="gramEnd"/>
      <w:r w:rsidRPr="00DE4995">
        <w:rPr>
          <w:rFonts w:eastAsia="Times New Roman" w:cs="Times New Roman"/>
          <w:szCs w:val="24"/>
        </w:rPr>
        <w:t xml:space="preserve"> more. Frank, </w:t>
      </w:r>
      <w:proofErr w:type="gramStart"/>
      <w:r w:rsidRPr="00DE4995">
        <w:rPr>
          <w:rFonts w:eastAsia="Times New Roman" w:cs="Times New Roman"/>
          <w:szCs w:val="24"/>
        </w:rPr>
        <w:t>you’ve</w:t>
      </w:r>
      <w:proofErr w:type="gramEnd"/>
      <w:r w:rsidRPr="00DE4995">
        <w:rPr>
          <w:rFonts w:eastAsia="Times New Roman" w:cs="Times New Roman"/>
          <w:szCs w:val="24"/>
        </w:rPr>
        <w:t xml:space="preserve"> been a part of this all along. </w:t>
      </w:r>
      <w:proofErr w:type="gramStart"/>
      <w:r w:rsidRPr="00DE4995">
        <w:rPr>
          <w:rFonts w:eastAsia="Times New Roman" w:cs="Times New Roman"/>
          <w:szCs w:val="24"/>
        </w:rPr>
        <w:t>They’ve</w:t>
      </w:r>
      <w:proofErr w:type="gramEnd"/>
      <w:r w:rsidRPr="00DE4995">
        <w:rPr>
          <w:rFonts w:eastAsia="Times New Roman" w:cs="Times New Roman"/>
          <w:szCs w:val="24"/>
        </w:rPr>
        <w:t xml:space="preserve"> been modeling your actions, predicting your behavior—mapping your every move.”</w:t>
      </w:r>
    </w:p>
    <w:p w14:paraId="4B2164F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Frank’s stomach churned. “No. No way. I </w:t>
      </w:r>
      <w:proofErr w:type="gramStart"/>
      <w:r w:rsidRPr="00DE4995">
        <w:rPr>
          <w:rFonts w:eastAsia="Times New Roman" w:cs="Times New Roman"/>
          <w:szCs w:val="24"/>
        </w:rPr>
        <w:t>haven’t</w:t>
      </w:r>
      <w:proofErr w:type="gramEnd"/>
      <w:r w:rsidRPr="00DE4995">
        <w:rPr>
          <w:rFonts w:eastAsia="Times New Roman" w:cs="Times New Roman"/>
          <w:szCs w:val="24"/>
        </w:rPr>
        <w:t xml:space="preserve"> done anything.”</w:t>
      </w:r>
    </w:p>
    <w:p w14:paraId="5B2B24C1"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“Not yet,” she said softly, “but they’re trying to make you.”</w:t>
      </w:r>
    </w:p>
    <w:p w14:paraId="212DF5D4"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There was a long pause. Frank’s mind was spinning. A part of him wanted to believe it was all a lie—</w:t>
      </w:r>
      <w:proofErr w:type="gramStart"/>
      <w:r w:rsidRPr="00DE4995">
        <w:rPr>
          <w:rFonts w:eastAsia="Times New Roman" w:cs="Times New Roman"/>
          <w:szCs w:val="24"/>
        </w:rPr>
        <w:t>some</w:t>
      </w:r>
      <w:proofErr w:type="gramEnd"/>
      <w:r w:rsidRPr="00DE4995">
        <w:rPr>
          <w:rFonts w:eastAsia="Times New Roman" w:cs="Times New Roman"/>
          <w:szCs w:val="24"/>
        </w:rPr>
        <w:t xml:space="preserve"> twisted game to get him to slip up. But deep down, he knew she was right. He had been feeling it. The pressure. </w:t>
      </w:r>
      <w:proofErr w:type="gramStart"/>
      <w:r w:rsidRPr="00DE4995">
        <w:rPr>
          <w:rFonts w:eastAsia="Times New Roman" w:cs="Times New Roman"/>
          <w:szCs w:val="24"/>
        </w:rPr>
        <w:t>The constant</w:t>
      </w:r>
      <w:proofErr w:type="gramEnd"/>
      <w:r w:rsidRPr="00DE4995">
        <w:rPr>
          <w:rFonts w:eastAsia="Times New Roman" w:cs="Times New Roman"/>
          <w:szCs w:val="24"/>
        </w:rPr>
        <w:t xml:space="preserve"> surveillance. The whispers in the back of his mind that never went away.</w:t>
      </w:r>
    </w:p>
    <w:p w14:paraId="7B3C8733"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“What’s the Dollhouse?” he asked, his voice hoarse. He needed answers. He needed to know if there was a way out.</w:t>
      </w:r>
    </w:p>
    <w:p w14:paraId="5C1BB0C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Rachel hesitated. “The Dollhouse… </w:t>
      </w:r>
      <w:proofErr w:type="gramStart"/>
      <w:r w:rsidRPr="00DE4995">
        <w:rPr>
          <w:rFonts w:eastAsia="Times New Roman" w:cs="Times New Roman"/>
          <w:szCs w:val="24"/>
        </w:rPr>
        <w:t>It’s</w:t>
      </w:r>
      <w:proofErr w:type="gramEnd"/>
      <w:r w:rsidRPr="00DE4995">
        <w:rPr>
          <w:rFonts w:eastAsia="Times New Roman" w:cs="Times New Roman"/>
          <w:szCs w:val="24"/>
        </w:rPr>
        <w:t xml:space="preserve"> the data farm in D.C. </w:t>
      </w:r>
      <w:proofErr w:type="gramStart"/>
      <w:r w:rsidRPr="00DE4995">
        <w:rPr>
          <w:rFonts w:eastAsia="Times New Roman" w:cs="Times New Roman"/>
          <w:szCs w:val="24"/>
        </w:rPr>
        <w:t>It’s</w:t>
      </w:r>
      <w:proofErr w:type="gramEnd"/>
      <w:r w:rsidRPr="00DE4995">
        <w:rPr>
          <w:rFonts w:eastAsia="Times New Roman" w:cs="Times New Roman"/>
          <w:szCs w:val="24"/>
        </w:rPr>
        <w:t xml:space="preserve"> where everything about you—about all of us—</w:t>
      </w:r>
      <w:proofErr w:type="gramStart"/>
      <w:r w:rsidRPr="00DE4995">
        <w:rPr>
          <w:rFonts w:eastAsia="Times New Roman" w:cs="Times New Roman"/>
          <w:szCs w:val="24"/>
        </w:rPr>
        <w:t>is stored</w:t>
      </w:r>
      <w:proofErr w:type="gramEnd"/>
      <w:r w:rsidRPr="00DE4995">
        <w:rPr>
          <w:rFonts w:eastAsia="Times New Roman" w:cs="Times New Roman"/>
          <w:szCs w:val="24"/>
        </w:rPr>
        <w:t xml:space="preserve">. Every detail of your life, your habits, your thoughts, your movements. </w:t>
      </w:r>
      <w:proofErr w:type="gramStart"/>
      <w:r w:rsidRPr="00DE4995">
        <w:rPr>
          <w:rFonts w:eastAsia="Times New Roman" w:cs="Times New Roman"/>
          <w:szCs w:val="24"/>
        </w:rPr>
        <w:t>They’re</w:t>
      </w:r>
      <w:proofErr w:type="gramEnd"/>
      <w:r w:rsidRPr="00DE4995">
        <w:rPr>
          <w:rFonts w:eastAsia="Times New Roman" w:cs="Times New Roman"/>
          <w:szCs w:val="24"/>
        </w:rPr>
        <w:t xml:space="preserve"> watching you, Frank. They always have been.”</w:t>
      </w:r>
    </w:p>
    <w:p w14:paraId="2D59A8D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His head spun. The Dollhouse. It felt like a sick joke. But Rachel was serious. And that made it worse. His body </w:t>
      </w:r>
      <w:proofErr w:type="gramStart"/>
      <w:r w:rsidRPr="00DE4995">
        <w:rPr>
          <w:rFonts w:eastAsia="Times New Roman" w:cs="Times New Roman"/>
          <w:szCs w:val="24"/>
        </w:rPr>
        <w:t>tensed</w:t>
      </w:r>
      <w:proofErr w:type="gramEnd"/>
      <w:r w:rsidRPr="00DE4995">
        <w:rPr>
          <w:rFonts w:eastAsia="Times New Roman" w:cs="Times New Roman"/>
          <w:szCs w:val="24"/>
        </w:rPr>
        <w:t>, ready to fight. Ready to run.</w:t>
      </w:r>
    </w:p>
    <w:p w14:paraId="63B04009"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 Rachel’s voice cut through the chaos of his thoughts. “I left something for you. Hidden behind the old train museum in Lenox. A locker. Locker 28. Get there. </w:t>
      </w:r>
      <w:proofErr w:type="gramStart"/>
      <w:r w:rsidRPr="00DE4995">
        <w:rPr>
          <w:rFonts w:eastAsia="Times New Roman" w:cs="Times New Roman"/>
          <w:szCs w:val="24"/>
        </w:rPr>
        <w:t>You’ll</w:t>
      </w:r>
      <w:proofErr w:type="gramEnd"/>
      <w:r w:rsidRPr="00DE4995">
        <w:rPr>
          <w:rFonts w:eastAsia="Times New Roman" w:cs="Times New Roman"/>
          <w:szCs w:val="24"/>
        </w:rPr>
        <w:t xml:space="preserve"> find more </w:t>
      </w:r>
      <w:proofErr w:type="gramStart"/>
      <w:r w:rsidRPr="00DE4995">
        <w:rPr>
          <w:rFonts w:eastAsia="Times New Roman" w:cs="Times New Roman"/>
          <w:szCs w:val="24"/>
        </w:rPr>
        <w:t>information.”</w:t>
      </w:r>
      <w:proofErr w:type="gramEnd"/>
    </w:p>
    <w:p w14:paraId="7B958EF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lastRenderedPageBreak/>
        <w:t>The line went dead.</w:t>
      </w:r>
    </w:p>
    <w:p w14:paraId="339B1AB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 stood there, staring at the payphone in disbelief. His mind was racing. He had no time to waste. But before he could make a move, the creeping sensation of </w:t>
      </w:r>
      <w:proofErr w:type="gramStart"/>
      <w:r w:rsidRPr="00DE4995">
        <w:rPr>
          <w:rFonts w:eastAsia="Times New Roman" w:cs="Times New Roman"/>
          <w:szCs w:val="24"/>
        </w:rPr>
        <w:t>being watched</w:t>
      </w:r>
      <w:proofErr w:type="gramEnd"/>
      <w:r w:rsidRPr="00DE4995">
        <w:rPr>
          <w:rFonts w:eastAsia="Times New Roman" w:cs="Times New Roman"/>
          <w:szCs w:val="24"/>
        </w:rPr>
        <w:t xml:space="preserve"> hit him again. He turned, his eyes darting across the street.</w:t>
      </w:r>
    </w:p>
    <w:p w14:paraId="605D795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A figure stood at the far end of the alley—tall, cloaked in shadow.</w:t>
      </w:r>
    </w:p>
    <w:p w14:paraId="7D04A650"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He </w:t>
      </w:r>
      <w:proofErr w:type="gramStart"/>
      <w:r w:rsidRPr="00DE4995">
        <w:rPr>
          <w:rFonts w:eastAsia="Times New Roman" w:cs="Times New Roman"/>
          <w:szCs w:val="24"/>
        </w:rPr>
        <w:t>wasn’t</w:t>
      </w:r>
      <w:proofErr w:type="gramEnd"/>
      <w:r w:rsidRPr="00DE4995">
        <w:rPr>
          <w:rFonts w:eastAsia="Times New Roman" w:cs="Times New Roman"/>
          <w:szCs w:val="24"/>
        </w:rPr>
        <w:t xml:space="preserve"> alone.</w:t>
      </w:r>
    </w:p>
    <w:p w14:paraId="366D559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Frank’s pulse surged, and he stepped back into the darkness, his heart pounding in his chest. He had no time to waste. Rachel’s warning echoed in his mind: </w:t>
      </w:r>
      <w:r w:rsidRPr="00DE4995">
        <w:rPr>
          <w:rFonts w:eastAsia="Times New Roman" w:cs="Times New Roman"/>
          <w:b/>
          <w:bCs/>
          <w:szCs w:val="24"/>
        </w:rPr>
        <w:t>The net is closing in.</w:t>
      </w:r>
    </w:p>
    <w:p w14:paraId="1B79EF9B" w14:textId="77777777" w:rsidR="00DE4995" w:rsidRPr="00DE4995" w:rsidRDefault="002010FF" w:rsidP="00DE4995">
      <w:pPr>
        <w:rPr>
          <w:rFonts w:eastAsia="Times New Roman" w:cs="Times New Roman"/>
          <w:szCs w:val="24"/>
        </w:rPr>
      </w:pPr>
      <w:r>
        <w:rPr>
          <w:rFonts w:eastAsia="Times New Roman" w:cs="Times New Roman"/>
          <w:szCs w:val="24"/>
        </w:rPr>
        <w:pict w14:anchorId="33B94E3F">
          <v:rect id="_x0000_i1050" style="width:0;height:1.5pt" o:hralign="center" o:hrstd="t" o:hr="t" fillcolor="#a0a0a0" stroked="f"/>
        </w:pict>
      </w:r>
    </w:p>
    <w:p w14:paraId="2FE9CE0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b/>
          <w:bCs/>
          <w:szCs w:val="24"/>
        </w:rPr>
        <w:t>Later That Night: The Betrayal</w:t>
      </w:r>
    </w:p>
    <w:p w14:paraId="379279CD"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 knew something was wrong the moment he stepped into the cramped storage lot behind the old train museum. He had hoped for a quiet </w:t>
      </w:r>
      <w:proofErr w:type="gramStart"/>
      <w:r w:rsidRPr="00DE4995">
        <w:rPr>
          <w:rFonts w:eastAsia="Times New Roman" w:cs="Times New Roman"/>
          <w:szCs w:val="24"/>
        </w:rPr>
        <w:t>retrieval—a</w:t>
      </w:r>
      <w:proofErr w:type="gramEnd"/>
      <w:r w:rsidRPr="00DE4995">
        <w:rPr>
          <w:rFonts w:eastAsia="Times New Roman" w:cs="Times New Roman"/>
          <w:szCs w:val="24"/>
        </w:rPr>
        <w:t xml:space="preserve"> chance to get ahead of the game. But as he approached Locker 28, something </w:t>
      </w:r>
      <w:proofErr w:type="gramStart"/>
      <w:r w:rsidRPr="00DE4995">
        <w:rPr>
          <w:rFonts w:eastAsia="Times New Roman" w:cs="Times New Roman"/>
          <w:szCs w:val="24"/>
        </w:rPr>
        <w:t>felt</w:t>
      </w:r>
      <w:proofErr w:type="gramEnd"/>
      <w:r w:rsidRPr="00DE4995">
        <w:rPr>
          <w:rFonts w:eastAsia="Times New Roman" w:cs="Times New Roman"/>
          <w:szCs w:val="24"/>
        </w:rPr>
        <w:t xml:space="preserve"> off.</w:t>
      </w:r>
    </w:p>
    <w:p w14:paraId="0957865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He yanked open the lock, heart hammering in his chest. The contents of the locker were sparse—just </w:t>
      </w:r>
      <w:proofErr w:type="gramStart"/>
      <w:r w:rsidRPr="00DE4995">
        <w:rPr>
          <w:rFonts w:eastAsia="Times New Roman" w:cs="Times New Roman"/>
          <w:szCs w:val="24"/>
        </w:rPr>
        <w:t>a few</w:t>
      </w:r>
      <w:proofErr w:type="gramEnd"/>
      <w:r w:rsidRPr="00DE4995">
        <w:rPr>
          <w:rFonts w:eastAsia="Times New Roman" w:cs="Times New Roman"/>
          <w:szCs w:val="24"/>
        </w:rPr>
        <w:t xml:space="preserve"> old files, a set of papers, and a single photograph. He stared at the picture. It </w:t>
      </w:r>
      <w:proofErr w:type="gramStart"/>
      <w:r w:rsidRPr="00DE4995">
        <w:rPr>
          <w:rFonts w:eastAsia="Times New Roman" w:cs="Times New Roman"/>
          <w:szCs w:val="24"/>
        </w:rPr>
        <w:t>was of</w:t>
      </w:r>
      <w:proofErr w:type="gramEnd"/>
      <w:r w:rsidRPr="00DE4995">
        <w:rPr>
          <w:rFonts w:eastAsia="Times New Roman" w:cs="Times New Roman"/>
          <w:szCs w:val="24"/>
        </w:rPr>
        <w:t xml:space="preserve"> </w:t>
      </w:r>
      <w:proofErr w:type="gramStart"/>
      <w:r w:rsidRPr="00DE4995">
        <w:rPr>
          <w:rFonts w:eastAsia="Times New Roman" w:cs="Times New Roman"/>
          <w:szCs w:val="24"/>
        </w:rPr>
        <w:t>him</w:t>
      </w:r>
      <w:proofErr w:type="gramEnd"/>
      <w:r w:rsidRPr="00DE4995">
        <w:rPr>
          <w:rFonts w:eastAsia="Times New Roman" w:cs="Times New Roman"/>
          <w:szCs w:val="24"/>
        </w:rPr>
        <w:t>, but not in a place he recognized. A past mission, maybe? A cold chill crept up his spine. But the worst part was the note that accompanied it.</w:t>
      </w:r>
    </w:p>
    <w:p w14:paraId="7DC97B6A"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b/>
          <w:bCs/>
          <w:szCs w:val="24"/>
        </w:rPr>
        <w:t xml:space="preserve">You </w:t>
      </w:r>
      <w:proofErr w:type="gramStart"/>
      <w:r w:rsidRPr="00DE4995">
        <w:rPr>
          <w:rFonts w:eastAsia="Times New Roman" w:cs="Times New Roman"/>
          <w:b/>
          <w:bCs/>
          <w:szCs w:val="24"/>
        </w:rPr>
        <w:t>can’t</w:t>
      </w:r>
      <w:proofErr w:type="gramEnd"/>
      <w:r w:rsidRPr="00DE4995">
        <w:rPr>
          <w:rFonts w:eastAsia="Times New Roman" w:cs="Times New Roman"/>
          <w:b/>
          <w:bCs/>
          <w:szCs w:val="24"/>
        </w:rPr>
        <w:t xml:space="preserve"> trust anyone, Frank. Even your closest allies have </w:t>
      </w:r>
      <w:proofErr w:type="gramStart"/>
      <w:r w:rsidRPr="00DE4995">
        <w:rPr>
          <w:rFonts w:eastAsia="Times New Roman" w:cs="Times New Roman"/>
          <w:b/>
          <w:bCs/>
          <w:szCs w:val="24"/>
        </w:rPr>
        <w:t>been compromised</w:t>
      </w:r>
      <w:proofErr w:type="gramEnd"/>
      <w:r w:rsidRPr="00DE4995">
        <w:rPr>
          <w:rFonts w:eastAsia="Times New Roman" w:cs="Times New Roman"/>
          <w:b/>
          <w:bCs/>
          <w:szCs w:val="24"/>
        </w:rPr>
        <w:t>.</w:t>
      </w:r>
    </w:p>
    <w:p w14:paraId="35907A1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The words felt like a punch to the gut. His mind reeled. The walls he had built around his own trust were crumbling. The allies he had leaned on for years, his friends—could they all be part of this twisted experiment?</w:t>
      </w:r>
    </w:p>
    <w:p w14:paraId="02A94D88"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A voice cut through his thoughts.</w:t>
      </w:r>
    </w:p>
    <w:p w14:paraId="3410073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w:t>
      </w:r>
    </w:p>
    <w:p w14:paraId="65F19449"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spun around, every muscle in his body going on alert. The figure stepping out from the shadows was all too familiar.</w:t>
      </w:r>
    </w:p>
    <w:p w14:paraId="7FD2940D"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Jake.</w:t>
      </w:r>
    </w:p>
    <w:p w14:paraId="4C86A744"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The very same man </w:t>
      </w:r>
      <w:proofErr w:type="gramStart"/>
      <w:r w:rsidRPr="00DE4995">
        <w:rPr>
          <w:rFonts w:eastAsia="Times New Roman" w:cs="Times New Roman"/>
          <w:szCs w:val="24"/>
        </w:rPr>
        <w:t>who’d</w:t>
      </w:r>
      <w:proofErr w:type="gramEnd"/>
      <w:r w:rsidRPr="00DE4995">
        <w:rPr>
          <w:rFonts w:eastAsia="Times New Roman" w:cs="Times New Roman"/>
          <w:szCs w:val="24"/>
        </w:rPr>
        <w:t xml:space="preserve"> </w:t>
      </w:r>
      <w:proofErr w:type="gramStart"/>
      <w:r w:rsidRPr="00DE4995">
        <w:rPr>
          <w:rFonts w:eastAsia="Times New Roman" w:cs="Times New Roman"/>
          <w:szCs w:val="24"/>
        </w:rPr>
        <w:t>been murdered</w:t>
      </w:r>
      <w:proofErr w:type="gramEnd"/>
      <w:r w:rsidRPr="00DE4995">
        <w:rPr>
          <w:rFonts w:eastAsia="Times New Roman" w:cs="Times New Roman"/>
          <w:szCs w:val="24"/>
        </w:rPr>
        <w:t>. The one Frank had thought was dead.</w:t>
      </w:r>
    </w:p>
    <w:p w14:paraId="64CBAEF2"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But there he stood, alive, and wearing the same cold smirk he had seen in too many dark memories.</w:t>
      </w:r>
    </w:p>
    <w:p w14:paraId="7503728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“You thought you could outrun this?” Jake’s voice </w:t>
      </w:r>
      <w:proofErr w:type="gramStart"/>
      <w:r w:rsidRPr="00DE4995">
        <w:rPr>
          <w:rFonts w:eastAsia="Times New Roman" w:cs="Times New Roman"/>
          <w:szCs w:val="24"/>
        </w:rPr>
        <w:t>was tinged</w:t>
      </w:r>
      <w:proofErr w:type="gramEnd"/>
      <w:r w:rsidRPr="00DE4995">
        <w:rPr>
          <w:rFonts w:eastAsia="Times New Roman" w:cs="Times New Roman"/>
          <w:szCs w:val="24"/>
        </w:rPr>
        <w:t xml:space="preserve"> with an unsettling calm. “They’ve been watching you for a long time, Frank.”</w:t>
      </w:r>
    </w:p>
    <w:p w14:paraId="204E4FA2"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took a step back, his pulse spiking. “You—what the hell is this?”</w:t>
      </w:r>
    </w:p>
    <w:p w14:paraId="7751CD8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w:t>
      </w:r>
      <w:proofErr w:type="gramStart"/>
      <w:r w:rsidRPr="00DE4995">
        <w:rPr>
          <w:rFonts w:eastAsia="Times New Roman" w:cs="Times New Roman"/>
          <w:szCs w:val="24"/>
        </w:rPr>
        <w:t>It’s</w:t>
      </w:r>
      <w:proofErr w:type="gramEnd"/>
      <w:r w:rsidRPr="00DE4995">
        <w:rPr>
          <w:rFonts w:eastAsia="Times New Roman" w:cs="Times New Roman"/>
          <w:szCs w:val="24"/>
        </w:rPr>
        <w:t xml:space="preserve"> your next move. </w:t>
      </w:r>
      <w:proofErr w:type="gramStart"/>
      <w:r w:rsidRPr="00DE4995">
        <w:rPr>
          <w:rFonts w:eastAsia="Times New Roman" w:cs="Times New Roman"/>
          <w:szCs w:val="24"/>
        </w:rPr>
        <w:t>You’ve</w:t>
      </w:r>
      <w:proofErr w:type="gramEnd"/>
      <w:r w:rsidRPr="00DE4995">
        <w:rPr>
          <w:rFonts w:eastAsia="Times New Roman" w:cs="Times New Roman"/>
          <w:szCs w:val="24"/>
        </w:rPr>
        <w:t xml:space="preserve"> been set up.” Jake smiled coldly, stepping into the light. “And there’s no way out.”</w:t>
      </w:r>
    </w:p>
    <w:p w14:paraId="1847499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lastRenderedPageBreak/>
        <w:t xml:space="preserve">Frank’s stomach twisted. He reached for his gun, but before he could pull it free, the world seemed to shift around him. The sharp, sickening sense of reality bending snapped him back to the cold truth. He </w:t>
      </w:r>
      <w:proofErr w:type="gramStart"/>
      <w:r w:rsidRPr="00DE4995">
        <w:rPr>
          <w:rFonts w:eastAsia="Times New Roman" w:cs="Times New Roman"/>
          <w:szCs w:val="24"/>
        </w:rPr>
        <w:t>wasn’t</w:t>
      </w:r>
      <w:proofErr w:type="gramEnd"/>
      <w:r w:rsidRPr="00DE4995">
        <w:rPr>
          <w:rFonts w:eastAsia="Times New Roman" w:cs="Times New Roman"/>
          <w:szCs w:val="24"/>
        </w:rPr>
        <w:t xml:space="preserve"> alone. He had never been alone. And the game </w:t>
      </w:r>
      <w:proofErr w:type="gramStart"/>
      <w:r w:rsidRPr="00DE4995">
        <w:rPr>
          <w:rFonts w:eastAsia="Times New Roman" w:cs="Times New Roman"/>
          <w:szCs w:val="24"/>
        </w:rPr>
        <w:t>wasn’t</w:t>
      </w:r>
      <w:proofErr w:type="gramEnd"/>
      <w:r w:rsidRPr="00DE4995">
        <w:rPr>
          <w:rFonts w:eastAsia="Times New Roman" w:cs="Times New Roman"/>
          <w:szCs w:val="24"/>
        </w:rPr>
        <w:t xml:space="preserve"> over </w:t>
      </w:r>
      <w:proofErr w:type="gramStart"/>
      <w:r w:rsidRPr="00DE4995">
        <w:rPr>
          <w:rFonts w:eastAsia="Times New Roman" w:cs="Times New Roman"/>
          <w:szCs w:val="24"/>
        </w:rPr>
        <w:t>yet</w:t>
      </w:r>
      <w:proofErr w:type="gramEnd"/>
    </w:p>
    <w:p w14:paraId="4936BB42" w14:textId="77777777" w:rsidR="00696FA0" w:rsidRPr="00696FA0" w:rsidRDefault="00696FA0" w:rsidP="00696FA0">
      <w:pPr>
        <w:spacing w:before="100" w:beforeAutospacing="1" w:after="100" w:afterAutospacing="1"/>
        <w:outlineLvl w:val="2"/>
        <w:rPr>
          <w:rFonts w:eastAsia="Times New Roman" w:cs="Times New Roman"/>
          <w:b/>
          <w:bCs/>
          <w:sz w:val="27"/>
          <w:szCs w:val="27"/>
        </w:rPr>
      </w:pPr>
      <w:r w:rsidRPr="00696FA0">
        <w:rPr>
          <w:rFonts w:eastAsia="Times New Roman" w:cs="Times New Roman"/>
          <w:b/>
          <w:bCs/>
          <w:sz w:val="27"/>
          <w:szCs w:val="27"/>
        </w:rPr>
        <w:t>Chapter 11 – The Dollhouse</w:t>
      </w:r>
    </w:p>
    <w:p w14:paraId="53BABD6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photo of Jake—alive—still burned in Frank’s mind. He stared at it, his hands trembling, the weight of the betrayal sinking in like an anchor pulling him deeper into darkness. Every ounce of trust </w:t>
      </w:r>
      <w:proofErr w:type="gramStart"/>
      <w:r w:rsidRPr="00696FA0">
        <w:rPr>
          <w:rFonts w:eastAsia="Times New Roman" w:cs="Times New Roman"/>
          <w:szCs w:val="24"/>
        </w:rPr>
        <w:t>he’d</w:t>
      </w:r>
      <w:proofErr w:type="gramEnd"/>
      <w:r w:rsidRPr="00696FA0">
        <w:rPr>
          <w:rFonts w:eastAsia="Times New Roman" w:cs="Times New Roman"/>
          <w:szCs w:val="24"/>
        </w:rPr>
        <w:t xml:space="preserve"> ever placed in those around him felt like a distant memory, a part of his former self. Jake </w:t>
      </w:r>
      <w:proofErr w:type="gramStart"/>
      <w:r w:rsidRPr="00696FA0">
        <w:rPr>
          <w:rFonts w:eastAsia="Times New Roman" w:cs="Times New Roman"/>
          <w:szCs w:val="24"/>
        </w:rPr>
        <w:t>wasn’t</w:t>
      </w:r>
      <w:proofErr w:type="gramEnd"/>
      <w:r w:rsidRPr="00696FA0">
        <w:rPr>
          <w:rFonts w:eastAsia="Times New Roman" w:cs="Times New Roman"/>
          <w:szCs w:val="24"/>
        </w:rPr>
        <w:t xml:space="preserve"> dead, and that meant everything </w:t>
      </w:r>
      <w:proofErr w:type="gramStart"/>
      <w:r w:rsidRPr="00696FA0">
        <w:rPr>
          <w:rFonts w:eastAsia="Times New Roman" w:cs="Times New Roman"/>
          <w:szCs w:val="24"/>
        </w:rPr>
        <w:t>he’d</w:t>
      </w:r>
      <w:proofErr w:type="gramEnd"/>
      <w:r w:rsidRPr="00696FA0">
        <w:rPr>
          <w:rFonts w:eastAsia="Times New Roman" w:cs="Times New Roman"/>
          <w:szCs w:val="24"/>
        </w:rPr>
        <w:t xml:space="preserve"> known was a lie.</w:t>
      </w:r>
    </w:p>
    <w:p w14:paraId="3DFFE30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He left the storage lot with the </w:t>
      </w:r>
      <w:proofErr w:type="gramStart"/>
      <w:r w:rsidRPr="00696FA0">
        <w:rPr>
          <w:rFonts w:eastAsia="Times New Roman" w:cs="Times New Roman"/>
          <w:szCs w:val="24"/>
        </w:rPr>
        <w:t>burning question</w:t>
      </w:r>
      <w:proofErr w:type="gramEnd"/>
      <w:r w:rsidRPr="00696FA0">
        <w:rPr>
          <w:rFonts w:eastAsia="Times New Roman" w:cs="Times New Roman"/>
          <w:szCs w:val="24"/>
        </w:rPr>
        <w:t xml:space="preserve"> in his mind: Why?</w:t>
      </w:r>
    </w:p>
    <w:p w14:paraId="1CB4F3C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His footsteps echoed through the empty streets of Lenox, the night air biting into his skin. The chill of the evening did little to numb the panic rising in his chest. Was Jake part of the program? Had he been working for Roth this whole time? The betrayal hit harder than the bullets he had dodged in Fallujah.</w:t>
      </w:r>
    </w:p>
    <w:p w14:paraId="64FA207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w:t>
      </w:r>
      <w:proofErr w:type="gramStart"/>
      <w:r w:rsidRPr="00696FA0">
        <w:rPr>
          <w:rFonts w:eastAsia="Times New Roman" w:cs="Times New Roman"/>
          <w:szCs w:val="24"/>
        </w:rPr>
        <w:t>whole world</w:t>
      </w:r>
      <w:proofErr w:type="gramEnd"/>
      <w:r w:rsidRPr="00696FA0">
        <w:rPr>
          <w:rFonts w:eastAsia="Times New Roman" w:cs="Times New Roman"/>
          <w:szCs w:val="24"/>
        </w:rPr>
        <w:t xml:space="preserve"> had become a lie, a carefully constructed illusion. And now, with every piece of the puzzle slipping through his fingers, Frank had no choice but to follow the twisted trail wherever it led.</w:t>
      </w:r>
    </w:p>
    <w:p w14:paraId="6ABD68D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Dollhouse. Rachel’s words haunted him. The data farm. The place where every move </w:t>
      </w:r>
      <w:proofErr w:type="gramStart"/>
      <w:r w:rsidRPr="00696FA0">
        <w:rPr>
          <w:rFonts w:eastAsia="Times New Roman" w:cs="Times New Roman"/>
          <w:szCs w:val="24"/>
        </w:rPr>
        <w:t>he’d</w:t>
      </w:r>
      <w:proofErr w:type="gramEnd"/>
      <w:r w:rsidRPr="00696FA0">
        <w:rPr>
          <w:rFonts w:eastAsia="Times New Roman" w:cs="Times New Roman"/>
          <w:szCs w:val="24"/>
        </w:rPr>
        <w:t xml:space="preserve"> ever made was documented. They were playing God with his life, building a version of Frank Marino that </w:t>
      </w:r>
      <w:proofErr w:type="gramStart"/>
      <w:r w:rsidRPr="00696FA0">
        <w:rPr>
          <w:rFonts w:eastAsia="Times New Roman" w:cs="Times New Roman"/>
          <w:szCs w:val="24"/>
        </w:rPr>
        <w:t>wasn’t</w:t>
      </w:r>
      <w:proofErr w:type="gramEnd"/>
      <w:r w:rsidRPr="00696FA0">
        <w:rPr>
          <w:rFonts w:eastAsia="Times New Roman" w:cs="Times New Roman"/>
          <w:szCs w:val="24"/>
        </w:rPr>
        <w:t xml:space="preserve"> real—just an experiment.</w:t>
      </w:r>
    </w:p>
    <w:p w14:paraId="7F6D30D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His mind raced as he approached the narrow road leading out of Lenox. His eyes darted, searching for anything out of place. Frank </w:t>
      </w:r>
      <w:proofErr w:type="gramStart"/>
      <w:r w:rsidRPr="00696FA0">
        <w:rPr>
          <w:rFonts w:eastAsia="Times New Roman" w:cs="Times New Roman"/>
          <w:szCs w:val="24"/>
        </w:rPr>
        <w:t>was used</w:t>
      </w:r>
      <w:proofErr w:type="gramEnd"/>
      <w:r w:rsidRPr="00696FA0">
        <w:rPr>
          <w:rFonts w:eastAsia="Times New Roman" w:cs="Times New Roman"/>
          <w:szCs w:val="24"/>
        </w:rPr>
        <w:t xml:space="preserve"> to being on the move, constantly alert. But now, the familiar weight of the surveillance was oppressive. He was </w:t>
      </w:r>
      <w:proofErr w:type="gramStart"/>
      <w:r w:rsidRPr="00696FA0">
        <w:rPr>
          <w:rFonts w:eastAsia="Times New Roman" w:cs="Times New Roman"/>
          <w:szCs w:val="24"/>
        </w:rPr>
        <w:t>being tracked</w:t>
      </w:r>
      <w:proofErr w:type="gramEnd"/>
      <w:r w:rsidRPr="00696FA0">
        <w:rPr>
          <w:rFonts w:eastAsia="Times New Roman" w:cs="Times New Roman"/>
          <w:szCs w:val="24"/>
        </w:rPr>
        <w:t>. Not just by law enforcement but by something far more sinister, something deeper, hidden beneath the surface of the government.</w:t>
      </w:r>
    </w:p>
    <w:p w14:paraId="1AF69ACB"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He made his way toward the interstate, where a waiting car would take him to his next destination: Washington, D.C. The epicenter of it all. The Dollhouse. If he was going to find answers, it had to be there.</w:t>
      </w:r>
    </w:p>
    <w:p w14:paraId="019D21B6" w14:textId="77777777" w:rsidR="00696FA0" w:rsidRPr="00696FA0" w:rsidRDefault="002010FF" w:rsidP="00696FA0">
      <w:pPr>
        <w:rPr>
          <w:rFonts w:eastAsia="Times New Roman" w:cs="Times New Roman"/>
          <w:szCs w:val="24"/>
        </w:rPr>
      </w:pPr>
      <w:r>
        <w:rPr>
          <w:rFonts w:eastAsia="Times New Roman" w:cs="Times New Roman"/>
          <w:szCs w:val="24"/>
        </w:rPr>
        <w:pict w14:anchorId="02F36531">
          <v:rect id="_x0000_i1051" style="width:0;height:1.5pt" o:hralign="center" o:hrstd="t" o:hr="t" fillcolor="#a0a0a0" stroked="f"/>
        </w:pict>
      </w:r>
    </w:p>
    <w:p w14:paraId="0422ECE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b/>
          <w:bCs/>
          <w:szCs w:val="24"/>
        </w:rPr>
        <w:t>Washington, D.C. – The Dollhouse</w:t>
      </w:r>
    </w:p>
    <w:p w14:paraId="4AE82793"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Rachel’s directions had led him to a derelict building on the outskirts of the city. A decaying, nondescript office complex nestled between high rises and corporate headquarters, the kind of place no one would think to look. But it was there. Hidden in plain sight. And the building itself seemed to shudder under the weight of secrets it held within.</w:t>
      </w:r>
    </w:p>
    <w:p w14:paraId="474311D2"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Frank stood outside the building for </w:t>
      </w:r>
      <w:proofErr w:type="gramStart"/>
      <w:r w:rsidRPr="00696FA0">
        <w:rPr>
          <w:rFonts w:eastAsia="Times New Roman" w:cs="Times New Roman"/>
          <w:szCs w:val="24"/>
        </w:rPr>
        <w:t>several</w:t>
      </w:r>
      <w:proofErr w:type="gramEnd"/>
      <w:r w:rsidRPr="00696FA0">
        <w:rPr>
          <w:rFonts w:eastAsia="Times New Roman" w:cs="Times New Roman"/>
          <w:szCs w:val="24"/>
        </w:rPr>
        <w:t xml:space="preserve"> minutes, his fingers drumming against his jacket, his mind </w:t>
      </w:r>
      <w:proofErr w:type="gramStart"/>
      <w:r w:rsidRPr="00696FA0">
        <w:rPr>
          <w:rFonts w:eastAsia="Times New Roman" w:cs="Times New Roman"/>
          <w:szCs w:val="24"/>
        </w:rPr>
        <w:t>piecing</w:t>
      </w:r>
      <w:proofErr w:type="gramEnd"/>
      <w:r w:rsidRPr="00696FA0">
        <w:rPr>
          <w:rFonts w:eastAsia="Times New Roman" w:cs="Times New Roman"/>
          <w:szCs w:val="24"/>
        </w:rPr>
        <w:t xml:space="preserve"> together what he knew.</w:t>
      </w:r>
    </w:p>
    <w:p w14:paraId="730F7097"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Dollhouse. It sounded like something out of a nightmare, and that was exactly what it had become.</w:t>
      </w:r>
    </w:p>
    <w:p w14:paraId="325F3FC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As he walked through the dimly lit lobby, he passed by an indifferent security guard who barely glanced up from his computer. No one noticed Frank as he slipped past, moving toward the elevator in the back.</w:t>
      </w:r>
    </w:p>
    <w:p w14:paraId="0B1D7C0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doors slid open with a soft chime, and Frank stepped inside, his stomach tightening. He </w:t>
      </w:r>
      <w:proofErr w:type="gramStart"/>
      <w:r w:rsidRPr="00696FA0">
        <w:rPr>
          <w:rFonts w:eastAsia="Times New Roman" w:cs="Times New Roman"/>
          <w:szCs w:val="24"/>
        </w:rPr>
        <w:t>didn’t</w:t>
      </w:r>
      <w:proofErr w:type="gramEnd"/>
      <w:r w:rsidRPr="00696FA0">
        <w:rPr>
          <w:rFonts w:eastAsia="Times New Roman" w:cs="Times New Roman"/>
          <w:szCs w:val="24"/>
        </w:rPr>
        <w:t xml:space="preserve"> know what he was walking into, but there was no turning back now. The elevator ascended slowly, and Frank’s mind raced </w:t>
      </w:r>
      <w:r w:rsidRPr="00696FA0">
        <w:rPr>
          <w:rFonts w:eastAsia="Times New Roman" w:cs="Times New Roman"/>
          <w:szCs w:val="24"/>
        </w:rPr>
        <w:lastRenderedPageBreak/>
        <w:t xml:space="preserve">with questions. What had Rachel meant when she said the program was deeper than he realized? What kind of experiments were </w:t>
      </w:r>
      <w:proofErr w:type="gramStart"/>
      <w:r w:rsidRPr="00696FA0">
        <w:rPr>
          <w:rFonts w:eastAsia="Times New Roman" w:cs="Times New Roman"/>
          <w:szCs w:val="24"/>
        </w:rPr>
        <w:t>being run</w:t>
      </w:r>
      <w:proofErr w:type="gramEnd"/>
      <w:r w:rsidRPr="00696FA0">
        <w:rPr>
          <w:rFonts w:eastAsia="Times New Roman" w:cs="Times New Roman"/>
          <w:szCs w:val="24"/>
        </w:rPr>
        <w:t xml:space="preserve"> in this place?</w:t>
      </w:r>
    </w:p>
    <w:p w14:paraId="052AB7E9"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doors opened onto a cold, sterile hallway, the walls lined with dull gray metal doors. Frank felt the heaviness of the air, a weight that seemed to press against him with every step.</w:t>
      </w:r>
    </w:p>
    <w:p w14:paraId="52DE2A0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He approached a door marked </w:t>
      </w:r>
      <w:r w:rsidRPr="00696FA0">
        <w:rPr>
          <w:rFonts w:eastAsia="Times New Roman" w:cs="Times New Roman"/>
          <w:b/>
          <w:bCs/>
          <w:szCs w:val="24"/>
        </w:rPr>
        <w:t>“Data Storage - Restricted Access</w:t>
      </w:r>
      <w:proofErr w:type="gramStart"/>
      <w:r w:rsidRPr="00696FA0">
        <w:rPr>
          <w:rFonts w:eastAsia="Times New Roman" w:cs="Times New Roman"/>
          <w:b/>
          <w:bCs/>
          <w:szCs w:val="24"/>
        </w:rPr>
        <w:t>”</w:t>
      </w:r>
      <w:r w:rsidRPr="00696FA0">
        <w:rPr>
          <w:rFonts w:eastAsia="Times New Roman" w:cs="Times New Roman"/>
          <w:szCs w:val="24"/>
        </w:rPr>
        <w:t>.</w:t>
      </w:r>
      <w:proofErr w:type="gramEnd"/>
      <w:r w:rsidRPr="00696FA0">
        <w:rPr>
          <w:rFonts w:eastAsia="Times New Roman" w:cs="Times New Roman"/>
          <w:szCs w:val="24"/>
        </w:rPr>
        <w:t xml:space="preserve"> The door </w:t>
      </w:r>
      <w:proofErr w:type="gramStart"/>
      <w:r w:rsidRPr="00696FA0">
        <w:rPr>
          <w:rFonts w:eastAsia="Times New Roman" w:cs="Times New Roman"/>
          <w:szCs w:val="24"/>
        </w:rPr>
        <w:t>was locked</w:t>
      </w:r>
      <w:proofErr w:type="gramEnd"/>
      <w:r w:rsidRPr="00696FA0">
        <w:rPr>
          <w:rFonts w:eastAsia="Times New Roman" w:cs="Times New Roman"/>
          <w:szCs w:val="24"/>
        </w:rPr>
        <w:t xml:space="preserve">, but Frank </w:t>
      </w:r>
      <w:proofErr w:type="gramStart"/>
      <w:r w:rsidRPr="00696FA0">
        <w:rPr>
          <w:rFonts w:eastAsia="Times New Roman" w:cs="Times New Roman"/>
          <w:szCs w:val="24"/>
        </w:rPr>
        <w:t>didn’t</w:t>
      </w:r>
      <w:proofErr w:type="gramEnd"/>
      <w:r w:rsidRPr="00696FA0">
        <w:rPr>
          <w:rFonts w:eastAsia="Times New Roman" w:cs="Times New Roman"/>
          <w:szCs w:val="24"/>
        </w:rPr>
        <w:t xml:space="preserve"> hesitate. He reached into his bag, pulled out a small tool kit, and got to work. His hands moved quickly, and within moments, the door clicked open.</w:t>
      </w:r>
    </w:p>
    <w:p w14:paraId="30002EB5"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Inside, rows of servers hummed quietly, their blinking lights casting an eerie glow in the otherwise dark room. Frank stepped </w:t>
      </w:r>
      <w:proofErr w:type="gramStart"/>
      <w:r w:rsidRPr="00696FA0">
        <w:rPr>
          <w:rFonts w:eastAsia="Times New Roman" w:cs="Times New Roman"/>
          <w:szCs w:val="24"/>
        </w:rPr>
        <w:t>in,</w:t>
      </w:r>
      <w:proofErr w:type="gramEnd"/>
      <w:r w:rsidRPr="00696FA0">
        <w:rPr>
          <w:rFonts w:eastAsia="Times New Roman" w:cs="Times New Roman"/>
          <w:szCs w:val="24"/>
        </w:rPr>
        <w:t xml:space="preserve"> the silence almost deafening. But it </w:t>
      </w:r>
      <w:proofErr w:type="gramStart"/>
      <w:r w:rsidRPr="00696FA0">
        <w:rPr>
          <w:rFonts w:eastAsia="Times New Roman" w:cs="Times New Roman"/>
          <w:szCs w:val="24"/>
        </w:rPr>
        <w:t>wasn’t</w:t>
      </w:r>
      <w:proofErr w:type="gramEnd"/>
      <w:r w:rsidRPr="00696FA0">
        <w:rPr>
          <w:rFonts w:eastAsia="Times New Roman" w:cs="Times New Roman"/>
          <w:szCs w:val="24"/>
        </w:rPr>
        <w:t xml:space="preserve"> the silence that unnerved </w:t>
      </w:r>
      <w:proofErr w:type="gramStart"/>
      <w:r w:rsidRPr="00696FA0">
        <w:rPr>
          <w:rFonts w:eastAsia="Times New Roman" w:cs="Times New Roman"/>
          <w:szCs w:val="24"/>
        </w:rPr>
        <w:t>him—</w:t>
      </w:r>
      <w:proofErr w:type="gramEnd"/>
      <w:r w:rsidRPr="00696FA0">
        <w:rPr>
          <w:rFonts w:eastAsia="Times New Roman" w:cs="Times New Roman"/>
          <w:szCs w:val="24"/>
        </w:rPr>
        <w:t xml:space="preserve">it was the sheer scope of what lay before him. This </w:t>
      </w:r>
      <w:proofErr w:type="gramStart"/>
      <w:r w:rsidRPr="00696FA0">
        <w:rPr>
          <w:rFonts w:eastAsia="Times New Roman" w:cs="Times New Roman"/>
          <w:szCs w:val="24"/>
        </w:rPr>
        <w:t>wasn’t</w:t>
      </w:r>
      <w:proofErr w:type="gramEnd"/>
      <w:r w:rsidRPr="00696FA0">
        <w:rPr>
          <w:rFonts w:eastAsia="Times New Roman" w:cs="Times New Roman"/>
          <w:szCs w:val="24"/>
        </w:rPr>
        <w:t xml:space="preserve"> </w:t>
      </w:r>
      <w:proofErr w:type="gramStart"/>
      <w:r w:rsidRPr="00696FA0">
        <w:rPr>
          <w:rFonts w:eastAsia="Times New Roman" w:cs="Times New Roman"/>
          <w:szCs w:val="24"/>
        </w:rPr>
        <w:t>just about surveillance</w:t>
      </w:r>
      <w:proofErr w:type="gramEnd"/>
      <w:r w:rsidRPr="00696FA0">
        <w:rPr>
          <w:rFonts w:eastAsia="Times New Roman" w:cs="Times New Roman"/>
          <w:szCs w:val="24"/>
        </w:rPr>
        <w:t>. This was about total control.</w:t>
      </w:r>
    </w:p>
    <w:p w14:paraId="120CA482"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walls </w:t>
      </w:r>
      <w:proofErr w:type="gramStart"/>
      <w:r w:rsidRPr="00696FA0">
        <w:rPr>
          <w:rFonts w:eastAsia="Times New Roman" w:cs="Times New Roman"/>
          <w:szCs w:val="24"/>
        </w:rPr>
        <w:t>were lined</w:t>
      </w:r>
      <w:proofErr w:type="gramEnd"/>
      <w:r w:rsidRPr="00696FA0">
        <w:rPr>
          <w:rFonts w:eastAsia="Times New Roman" w:cs="Times New Roman"/>
          <w:szCs w:val="24"/>
        </w:rPr>
        <w:t xml:space="preserve"> with monitors, each one flickering with images of faces, images of lives </w:t>
      </w:r>
      <w:proofErr w:type="gramStart"/>
      <w:r w:rsidRPr="00696FA0">
        <w:rPr>
          <w:rFonts w:eastAsia="Times New Roman" w:cs="Times New Roman"/>
          <w:szCs w:val="24"/>
        </w:rPr>
        <w:t>being tracked</w:t>
      </w:r>
      <w:proofErr w:type="gramEnd"/>
      <w:r w:rsidRPr="00696FA0">
        <w:rPr>
          <w:rFonts w:eastAsia="Times New Roman" w:cs="Times New Roman"/>
          <w:szCs w:val="24"/>
        </w:rPr>
        <w:t xml:space="preserve"> in </w:t>
      </w:r>
      <w:proofErr w:type="gramStart"/>
      <w:r w:rsidRPr="00696FA0">
        <w:rPr>
          <w:rFonts w:eastAsia="Times New Roman" w:cs="Times New Roman"/>
          <w:szCs w:val="24"/>
        </w:rPr>
        <w:t>real-time</w:t>
      </w:r>
      <w:proofErr w:type="gramEnd"/>
      <w:r w:rsidRPr="00696FA0">
        <w:rPr>
          <w:rFonts w:eastAsia="Times New Roman" w:cs="Times New Roman"/>
          <w:szCs w:val="24"/>
        </w:rPr>
        <w:t>. His face was on one of those screens. Frank Marino. The fugitive. The test subject.</w:t>
      </w:r>
    </w:p>
    <w:p w14:paraId="0A0FBF09"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He stepped closer to one of the screens. It displayed a map of his movements, a live feed of his current location. The algorithm was tracking him. Watching him. Every moment of his life was </w:t>
      </w:r>
      <w:proofErr w:type="gramStart"/>
      <w:r w:rsidRPr="00696FA0">
        <w:rPr>
          <w:rFonts w:eastAsia="Times New Roman" w:cs="Times New Roman"/>
          <w:szCs w:val="24"/>
        </w:rPr>
        <w:t>being analyzed</w:t>
      </w:r>
      <w:proofErr w:type="gramEnd"/>
      <w:r w:rsidRPr="00696FA0">
        <w:rPr>
          <w:rFonts w:eastAsia="Times New Roman" w:cs="Times New Roman"/>
          <w:szCs w:val="24"/>
        </w:rPr>
        <w:t>, every decision predicted, every reaction studied.</w:t>
      </w:r>
    </w:p>
    <w:p w14:paraId="19206B67"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As he scrolled through the data, something caught his eye. A section labeled </w:t>
      </w:r>
      <w:r w:rsidRPr="00696FA0">
        <w:rPr>
          <w:rFonts w:eastAsia="Times New Roman" w:cs="Times New Roman"/>
          <w:b/>
          <w:bCs/>
          <w:szCs w:val="24"/>
        </w:rPr>
        <w:t>“Project ORPHEUS</w:t>
      </w:r>
      <w:proofErr w:type="gramStart"/>
      <w:r w:rsidRPr="00696FA0">
        <w:rPr>
          <w:rFonts w:eastAsia="Times New Roman" w:cs="Times New Roman"/>
          <w:b/>
          <w:bCs/>
          <w:szCs w:val="24"/>
        </w:rPr>
        <w:t>”</w:t>
      </w:r>
      <w:r w:rsidRPr="00696FA0">
        <w:rPr>
          <w:rFonts w:eastAsia="Times New Roman" w:cs="Times New Roman"/>
          <w:szCs w:val="24"/>
        </w:rPr>
        <w:t>.</w:t>
      </w:r>
      <w:proofErr w:type="gramEnd"/>
      <w:r w:rsidRPr="00696FA0">
        <w:rPr>
          <w:rFonts w:eastAsia="Times New Roman" w:cs="Times New Roman"/>
          <w:szCs w:val="24"/>
        </w:rPr>
        <w:t xml:space="preserve"> It sounded familiar, but it </w:t>
      </w:r>
      <w:proofErr w:type="gramStart"/>
      <w:r w:rsidRPr="00696FA0">
        <w:rPr>
          <w:rFonts w:eastAsia="Times New Roman" w:cs="Times New Roman"/>
          <w:szCs w:val="24"/>
        </w:rPr>
        <w:t>didn’t</w:t>
      </w:r>
      <w:proofErr w:type="gramEnd"/>
      <w:r w:rsidRPr="00696FA0">
        <w:rPr>
          <w:rFonts w:eastAsia="Times New Roman" w:cs="Times New Roman"/>
          <w:szCs w:val="24"/>
        </w:rPr>
        <w:t xml:space="preserve"> make sense. This was the project Rachel had </w:t>
      </w:r>
      <w:proofErr w:type="gramStart"/>
      <w:r w:rsidRPr="00696FA0">
        <w:rPr>
          <w:rFonts w:eastAsia="Times New Roman" w:cs="Times New Roman"/>
          <w:szCs w:val="24"/>
        </w:rPr>
        <w:t>mentioned—</w:t>
      </w:r>
      <w:proofErr w:type="gramEnd"/>
      <w:r w:rsidRPr="00696FA0">
        <w:rPr>
          <w:rFonts w:eastAsia="Times New Roman" w:cs="Times New Roman"/>
          <w:szCs w:val="24"/>
        </w:rPr>
        <w:t>the one that was pulling the strings, the one that had been manipulating him from the start.</w:t>
      </w:r>
    </w:p>
    <w:p w14:paraId="0BC50B9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Frank’s heart raced as he clicked through the files, the cold reality of what was happening becoming clearer by the second. This </w:t>
      </w:r>
      <w:proofErr w:type="gramStart"/>
      <w:r w:rsidRPr="00696FA0">
        <w:rPr>
          <w:rFonts w:eastAsia="Times New Roman" w:cs="Times New Roman"/>
          <w:szCs w:val="24"/>
        </w:rPr>
        <w:t>wasn’t</w:t>
      </w:r>
      <w:proofErr w:type="gramEnd"/>
      <w:r w:rsidRPr="00696FA0">
        <w:rPr>
          <w:rFonts w:eastAsia="Times New Roman" w:cs="Times New Roman"/>
          <w:szCs w:val="24"/>
        </w:rPr>
        <w:t xml:space="preserve"> just a political experiment. It was a psychological one. The system </w:t>
      </w:r>
      <w:proofErr w:type="gramStart"/>
      <w:r w:rsidRPr="00696FA0">
        <w:rPr>
          <w:rFonts w:eastAsia="Times New Roman" w:cs="Times New Roman"/>
          <w:szCs w:val="24"/>
        </w:rPr>
        <w:t>was designed</w:t>
      </w:r>
      <w:proofErr w:type="gramEnd"/>
      <w:r w:rsidRPr="00696FA0">
        <w:rPr>
          <w:rFonts w:eastAsia="Times New Roman" w:cs="Times New Roman"/>
          <w:szCs w:val="24"/>
        </w:rPr>
        <w:t xml:space="preserve"> to push people to their breaking point, to force them to act in ways they never would have otherwise.</w:t>
      </w:r>
    </w:p>
    <w:p w14:paraId="21594F2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program was using him. Using his fear, his anger, his </w:t>
      </w:r>
      <w:proofErr w:type="gramStart"/>
      <w:r w:rsidRPr="00696FA0">
        <w:rPr>
          <w:rFonts w:eastAsia="Times New Roman" w:cs="Times New Roman"/>
          <w:szCs w:val="24"/>
        </w:rPr>
        <w:t>isolation—</w:t>
      </w:r>
      <w:proofErr w:type="gramEnd"/>
      <w:r w:rsidRPr="00696FA0">
        <w:rPr>
          <w:rFonts w:eastAsia="Times New Roman" w:cs="Times New Roman"/>
          <w:szCs w:val="24"/>
        </w:rPr>
        <w:t xml:space="preserve">everything that made him human. They </w:t>
      </w:r>
      <w:proofErr w:type="gramStart"/>
      <w:r w:rsidRPr="00696FA0">
        <w:rPr>
          <w:rFonts w:eastAsia="Times New Roman" w:cs="Times New Roman"/>
          <w:szCs w:val="24"/>
        </w:rPr>
        <w:t>weren’t</w:t>
      </w:r>
      <w:proofErr w:type="gramEnd"/>
      <w:r w:rsidRPr="00696FA0">
        <w:rPr>
          <w:rFonts w:eastAsia="Times New Roman" w:cs="Times New Roman"/>
          <w:szCs w:val="24"/>
        </w:rPr>
        <w:t xml:space="preserve"> just trying to predict his actions. They were trying to create them.</w:t>
      </w:r>
    </w:p>
    <w:p w14:paraId="7A3F7691"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He scanned through the data. </w:t>
      </w:r>
      <w:r w:rsidRPr="00696FA0">
        <w:rPr>
          <w:rFonts w:eastAsia="Times New Roman" w:cs="Times New Roman"/>
          <w:b/>
          <w:bCs/>
          <w:szCs w:val="24"/>
        </w:rPr>
        <w:t>Behavioral modeling</w:t>
      </w:r>
      <w:r w:rsidRPr="00696FA0">
        <w:rPr>
          <w:rFonts w:eastAsia="Times New Roman" w:cs="Times New Roman"/>
          <w:szCs w:val="24"/>
        </w:rPr>
        <w:t xml:space="preserve">, </w:t>
      </w:r>
      <w:r w:rsidRPr="00696FA0">
        <w:rPr>
          <w:rFonts w:eastAsia="Times New Roman" w:cs="Times New Roman"/>
          <w:b/>
          <w:bCs/>
          <w:szCs w:val="24"/>
        </w:rPr>
        <w:t>predictive analysis</w:t>
      </w:r>
      <w:r w:rsidRPr="00696FA0">
        <w:rPr>
          <w:rFonts w:eastAsia="Times New Roman" w:cs="Times New Roman"/>
          <w:szCs w:val="24"/>
        </w:rPr>
        <w:t xml:space="preserve">, </w:t>
      </w:r>
      <w:r w:rsidRPr="00696FA0">
        <w:rPr>
          <w:rFonts w:eastAsia="Times New Roman" w:cs="Times New Roman"/>
          <w:b/>
          <w:bCs/>
          <w:szCs w:val="24"/>
        </w:rPr>
        <w:t>pattern recognition</w:t>
      </w:r>
      <w:r w:rsidRPr="00696FA0">
        <w:rPr>
          <w:rFonts w:eastAsia="Times New Roman" w:cs="Times New Roman"/>
          <w:szCs w:val="24"/>
        </w:rPr>
        <w:t>. It was all there. The government had designed a system to take control of people’s lives and manipulate their actions for political gain.</w:t>
      </w:r>
    </w:p>
    <w:p w14:paraId="6FB4973A"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Frank’s stomach turned. But then, his eyes landed on something </w:t>
      </w:r>
      <w:proofErr w:type="gramStart"/>
      <w:r w:rsidRPr="00696FA0">
        <w:rPr>
          <w:rFonts w:eastAsia="Times New Roman" w:cs="Times New Roman"/>
          <w:szCs w:val="24"/>
        </w:rPr>
        <w:t>else—something</w:t>
      </w:r>
      <w:proofErr w:type="gramEnd"/>
      <w:r w:rsidRPr="00696FA0">
        <w:rPr>
          <w:rFonts w:eastAsia="Times New Roman" w:cs="Times New Roman"/>
          <w:szCs w:val="24"/>
        </w:rPr>
        <w:t xml:space="preserve"> that made his blood run cold. The name </w:t>
      </w:r>
      <w:proofErr w:type="gramStart"/>
      <w:r w:rsidRPr="00696FA0">
        <w:rPr>
          <w:rFonts w:eastAsia="Times New Roman" w:cs="Times New Roman"/>
          <w:szCs w:val="24"/>
        </w:rPr>
        <w:t>at</w:t>
      </w:r>
      <w:proofErr w:type="gramEnd"/>
      <w:r w:rsidRPr="00696FA0">
        <w:rPr>
          <w:rFonts w:eastAsia="Times New Roman" w:cs="Times New Roman"/>
          <w:szCs w:val="24"/>
        </w:rPr>
        <w:t xml:space="preserve"> the top of the file: </w:t>
      </w:r>
      <w:r w:rsidRPr="00696FA0">
        <w:rPr>
          <w:rFonts w:eastAsia="Times New Roman" w:cs="Times New Roman"/>
          <w:b/>
          <w:bCs/>
          <w:szCs w:val="24"/>
        </w:rPr>
        <w:t>Roth</w:t>
      </w:r>
      <w:r w:rsidRPr="00696FA0">
        <w:rPr>
          <w:rFonts w:eastAsia="Times New Roman" w:cs="Times New Roman"/>
          <w:szCs w:val="24"/>
        </w:rPr>
        <w:t>.</w:t>
      </w:r>
    </w:p>
    <w:p w14:paraId="7E1A845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It all led back to him. The man pulling the strings, the architect of this sick experiment. Roth had engineered everything. The program. The manipulation. The control.</w:t>
      </w:r>
    </w:p>
    <w:p w14:paraId="5A5378E2"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screen flickered, and suddenly, Frank heard a sound behind him.</w:t>
      </w:r>
    </w:p>
    <w:p w14:paraId="4F51655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He spun around, his hand instinctively reaching for the gun at his waist.</w:t>
      </w:r>
    </w:p>
    <w:p w14:paraId="00AABD3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A figure stepped out from the shadows. The dim light revealed a familiar face.</w:t>
      </w:r>
    </w:p>
    <w:p w14:paraId="312A8AD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Jake.</w:t>
      </w:r>
    </w:p>
    <w:p w14:paraId="481CAD4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But this </w:t>
      </w:r>
      <w:proofErr w:type="gramStart"/>
      <w:r w:rsidRPr="00696FA0">
        <w:rPr>
          <w:rFonts w:eastAsia="Times New Roman" w:cs="Times New Roman"/>
          <w:szCs w:val="24"/>
        </w:rPr>
        <w:t>wasn’t</w:t>
      </w:r>
      <w:proofErr w:type="gramEnd"/>
      <w:r w:rsidRPr="00696FA0">
        <w:rPr>
          <w:rFonts w:eastAsia="Times New Roman" w:cs="Times New Roman"/>
          <w:szCs w:val="24"/>
        </w:rPr>
        <w:t xml:space="preserve"> the Jake Frank knew. His eyes were vacant, cold, almost robotic.</w:t>
      </w:r>
    </w:p>
    <w:p w14:paraId="0F31307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lastRenderedPageBreak/>
        <w:t>“You should’ve stayed out of this, Frank,” Jake’s voice was monotone, devoid of any emotion. “</w:t>
      </w:r>
      <w:proofErr w:type="gramStart"/>
      <w:r w:rsidRPr="00696FA0">
        <w:rPr>
          <w:rFonts w:eastAsia="Times New Roman" w:cs="Times New Roman"/>
          <w:szCs w:val="24"/>
        </w:rPr>
        <w:t>They’re</w:t>
      </w:r>
      <w:proofErr w:type="gramEnd"/>
      <w:r w:rsidRPr="00696FA0">
        <w:rPr>
          <w:rFonts w:eastAsia="Times New Roman" w:cs="Times New Roman"/>
          <w:szCs w:val="24"/>
        </w:rPr>
        <w:t xml:space="preserve"> watching. </w:t>
      </w:r>
      <w:proofErr w:type="gramStart"/>
      <w:r w:rsidRPr="00696FA0">
        <w:rPr>
          <w:rFonts w:eastAsia="Times New Roman" w:cs="Times New Roman"/>
          <w:szCs w:val="24"/>
        </w:rPr>
        <w:t>They’ve</w:t>
      </w:r>
      <w:proofErr w:type="gramEnd"/>
      <w:r w:rsidRPr="00696FA0">
        <w:rPr>
          <w:rFonts w:eastAsia="Times New Roman" w:cs="Times New Roman"/>
          <w:szCs w:val="24"/>
        </w:rPr>
        <w:t xml:space="preserve"> been watching all of us.”</w:t>
      </w:r>
    </w:p>
    <w:p w14:paraId="6D1DEE8B"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Frank’s fingers tightened around the gun. “</w:t>
      </w:r>
      <w:proofErr w:type="gramStart"/>
      <w:r w:rsidRPr="00696FA0">
        <w:rPr>
          <w:rFonts w:eastAsia="Times New Roman" w:cs="Times New Roman"/>
          <w:szCs w:val="24"/>
        </w:rPr>
        <w:t>You’re</w:t>
      </w:r>
      <w:proofErr w:type="gramEnd"/>
      <w:r w:rsidRPr="00696FA0">
        <w:rPr>
          <w:rFonts w:eastAsia="Times New Roman" w:cs="Times New Roman"/>
          <w:szCs w:val="24"/>
        </w:rPr>
        <w:t xml:space="preserve"> working for Roth. </w:t>
      </w:r>
      <w:proofErr w:type="gramStart"/>
      <w:r w:rsidRPr="00696FA0">
        <w:rPr>
          <w:rFonts w:eastAsia="Times New Roman" w:cs="Times New Roman"/>
          <w:szCs w:val="24"/>
        </w:rPr>
        <w:t>You’ve</w:t>
      </w:r>
      <w:proofErr w:type="gramEnd"/>
      <w:r w:rsidRPr="00696FA0">
        <w:rPr>
          <w:rFonts w:eastAsia="Times New Roman" w:cs="Times New Roman"/>
          <w:szCs w:val="24"/>
        </w:rPr>
        <w:t xml:space="preserve"> been a part of this from the beginning.”</w:t>
      </w:r>
    </w:p>
    <w:p w14:paraId="3055411C"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Jake’s expression </w:t>
      </w:r>
      <w:proofErr w:type="gramStart"/>
      <w:r w:rsidRPr="00696FA0">
        <w:rPr>
          <w:rFonts w:eastAsia="Times New Roman" w:cs="Times New Roman"/>
          <w:szCs w:val="24"/>
        </w:rPr>
        <w:t>didn’t</w:t>
      </w:r>
      <w:proofErr w:type="gramEnd"/>
      <w:r w:rsidRPr="00696FA0">
        <w:rPr>
          <w:rFonts w:eastAsia="Times New Roman" w:cs="Times New Roman"/>
          <w:szCs w:val="24"/>
        </w:rPr>
        <w:t xml:space="preserve"> change. “I </w:t>
      </w:r>
      <w:proofErr w:type="gramStart"/>
      <w:r w:rsidRPr="00696FA0">
        <w:rPr>
          <w:rFonts w:eastAsia="Times New Roman" w:cs="Times New Roman"/>
          <w:szCs w:val="24"/>
        </w:rPr>
        <w:t>didn’t</w:t>
      </w:r>
      <w:proofErr w:type="gramEnd"/>
      <w:r w:rsidRPr="00696FA0">
        <w:rPr>
          <w:rFonts w:eastAsia="Times New Roman" w:cs="Times New Roman"/>
          <w:szCs w:val="24"/>
        </w:rPr>
        <w:t xml:space="preserve"> have a choice. None of us did.”</w:t>
      </w:r>
    </w:p>
    <w:p w14:paraId="51AF975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Frank felt a surge of anger. Betrayal. But there was no time for that. He had to move, and fast. Jake </w:t>
      </w:r>
      <w:proofErr w:type="gramStart"/>
      <w:r w:rsidRPr="00696FA0">
        <w:rPr>
          <w:rFonts w:eastAsia="Times New Roman" w:cs="Times New Roman"/>
          <w:szCs w:val="24"/>
        </w:rPr>
        <w:t>wasn’t</w:t>
      </w:r>
      <w:proofErr w:type="gramEnd"/>
      <w:r w:rsidRPr="00696FA0">
        <w:rPr>
          <w:rFonts w:eastAsia="Times New Roman" w:cs="Times New Roman"/>
          <w:szCs w:val="24"/>
        </w:rPr>
        <w:t xml:space="preserve"> the same person anymore—if he ever had been. The program had broken him. It had broken all of them.</w:t>
      </w:r>
    </w:p>
    <w:p w14:paraId="584D4848"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“I’m getting out of here,” Frank said, his voice hardening. “You should’ve stayed out of my way.”</w:t>
      </w:r>
    </w:p>
    <w:p w14:paraId="27DAD909"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Before Jake could respond, Frank turned and sprinted down the hallway, the sound of footsteps echoing behind him. He </w:t>
      </w:r>
      <w:proofErr w:type="gramStart"/>
      <w:r w:rsidRPr="00696FA0">
        <w:rPr>
          <w:rFonts w:eastAsia="Times New Roman" w:cs="Times New Roman"/>
          <w:szCs w:val="24"/>
        </w:rPr>
        <w:t>wasn’t</w:t>
      </w:r>
      <w:proofErr w:type="gramEnd"/>
      <w:r w:rsidRPr="00696FA0">
        <w:rPr>
          <w:rFonts w:eastAsia="Times New Roman" w:cs="Times New Roman"/>
          <w:szCs w:val="24"/>
        </w:rPr>
        <w:t xml:space="preserve"> safe here. Not anymore.</w:t>
      </w:r>
    </w:p>
    <w:p w14:paraId="11C4F0C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Dollhouse had become his personal nightmare. And the </w:t>
      </w:r>
      <w:proofErr w:type="gramStart"/>
      <w:r w:rsidRPr="00696FA0">
        <w:rPr>
          <w:rFonts w:eastAsia="Times New Roman" w:cs="Times New Roman"/>
          <w:szCs w:val="24"/>
        </w:rPr>
        <w:t>manhunt</w:t>
      </w:r>
      <w:proofErr w:type="gramEnd"/>
      <w:r w:rsidRPr="00696FA0">
        <w:rPr>
          <w:rFonts w:eastAsia="Times New Roman" w:cs="Times New Roman"/>
          <w:szCs w:val="24"/>
        </w:rPr>
        <w:t>? It was nothing compared to what was coming next.</w:t>
      </w:r>
    </w:p>
    <w:p w14:paraId="4B56F410" w14:textId="77777777" w:rsidR="00696FA0" w:rsidRPr="00696FA0" w:rsidRDefault="002010FF" w:rsidP="00696FA0">
      <w:pPr>
        <w:rPr>
          <w:rFonts w:eastAsia="Times New Roman" w:cs="Times New Roman"/>
          <w:szCs w:val="24"/>
        </w:rPr>
      </w:pPr>
      <w:r>
        <w:rPr>
          <w:rFonts w:eastAsia="Times New Roman" w:cs="Times New Roman"/>
          <w:szCs w:val="24"/>
        </w:rPr>
        <w:pict w14:anchorId="4E7DBFDF">
          <v:rect id="_x0000_i1052" style="width:0;height:1.5pt" o:hralign="center" o:hrstd="t" o:hr="t" fillcolor="#a0a0a0" stroked="f"/>
        </w:pict>
      </w:r>
    </w:p>
    <w:p w14:paraId="61DDF2DC"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b/>
          <w:bCs/>
          <w:szCs w:val="24"/>
        </w:rPr>
        <w:t>The Public Outcry</w:t>
      </w:r>
    </w:p>
    <w:p w14:paraId="1ABAD517"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Meanwhile, across the country, a firestorm of public outrage was building. The media had pounced on Frank’s disappearance, spinning the tale of a fugitive and political assassin into a headline that dominated the airwaves. News outlets from New York to Los Angeles were plastering his face on every screen, labeling him a menace to society.</w:t>
      </w:r>
    </w:p>
    <w:p w14:paraId="0C8D8DC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"Frank Marino—former Special Forces, turned fugitive—wanted for the murder of a prominent government official," one broadcast anchor reported. "Authorities are intensifying their search, but there's concern that Marino, once seen as a national hero, may have fallen under the sway of dangerous extremists."</w:t>
      </w:r>
    </w:p>
    <w:p w14:paraId="2D85BF06"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A chorus of public voices began to rally behind the government's program. The online petitions for his capture surged, and public opinion turned swiftly against Frank. People were scared—scared of what someone like him could do next. Fear, amplified by the media, turned into a rallying cry for justice.</w:t>
      </w:r>
    </w:p>
    <w:p w14:paraId="7EFE22F1"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“We can’t let him get away,” one citizen said in a viral video, face twisted in anger. “We need to show the world that the system works. That we </w:t>
      </w:r>
      <w:proofErr w:type="gramStart"/>
      <w:r w:rsidRPr="00696FA0">
        <w:rPr>
          <w:rFonts w:eastAsia="Times New Roman" w:cs="Times New Roman"/>
          <w:szCs w:val="24"/>
        </w:rPr>
        <w:t>don’t</w:t>
      </w:r>
      <w:proofErr w:type="gramEnd"/>
      <w:r w:rsidRPr="00696FA0">
        <w:rPr>
          <w:rFonts w:eastAsia="Times New Roman" w:cs="Times New Roman"/>
          <w:szCs w:val="24"/>
        </w:rPr>
        <w:t xml:space="preserve"> let threats like him tear us apart!”</w:t>
      </w:r>
    </w:p>
    <w:p w14:paraId="768F689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Political commentators fueled the flames, calling for harsher measures and quicker action. “Frank Marino is an example of what happens when we allow political violence to fester in our society,” one talking head proclaimed. “We can’t afford to let him slip through our fingers.”</w:t>
      </w:r>
    </w:p>
    <w:p w14:paraId="76AD52FB"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Support for the program grew louder with each passing day. People demanded it, convinced that the government’s surveillance system was the only way to ensure their safety.</w:t>
      </w:r>
    </w:p>
    <w:p w14:paraId="7255627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But what they </w:t>
      </w:r>
      <w:proofErr w:type="gramStart"/>
      <w:r w:rsidRPr="00696FA0">
        <w:rPr>
          <w:rFonts w:eastAsia="Times New Roman" w:cs="Times New Roman"/>
          <w:szCs w:val="24"/>
        </w:rPr>
        <w:t>didn’t</w:t>
      </w:r>
      <w:proofErr w:type="gramEnd"/>
      <w:r w:rsidRPr="00696FA0">
        <w:rPr>
          <w:rFonts w:eastAsia="Times New Roman" w:cs="Times New Roman"/>
          <w:szCs w:val="24"/>
        </w:rPr>
        <w:t xml:space="preserve"> know was that they were already part of the experiment—</w:t>
      </w:r>
      <w:proofErr w:type="gramStart"/>
      <w:r w:rsidRPr="00696FA0">
        <w:rPr>
          <w:rFonts w:eastAsia="Times New Roman" w:cs="Times New Roman"/>
          <w:szCs w:val="24"/>
        </w:rPr>
        <w:t>being pushed</w:t>
      </w:r>
      <w:proofErr w:type="gramEnd"/>
      <w:r w:rsidRPr="00696FA0">
        <w:rPr>
          <w:rFonts w:eastAsia="Times New Roman" w:cs="Times New Roman"/>
          <w:szCs w:val="24"/>
        </w:rPr>
        <w:t>, just like Frank, into becoming pawns in Roth’s game.</w:t>
      </w:r>
    </w:p>
    <w:p w14:paraId="50AE5B3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And the real tragedy? The people cheering for Frank’s capture had no idea that their future was already </w:t>
      </w:r>
      <w:proofErr w:type="gramStart"/>
      <w:r w:rsidRPr="00696FA0">
        <w:rPr>
          <w:rFonts w:eastAsia="Times New Roman" w:cs="Times New Roman"/>
          <w:szCs w:val="24"/>
        </w:rPr>
        <w:t>being written</w:t>
      </w:r>
      <w:proofErr w:type="gramEnd"/>
      <w:r w:rsidRPr="00696FA0">
        <w:rPr>
          <w:rFonts w:eastAsia="Times New Roman" w:cs="Times New Roman"/>
          <w:szCs w:val="24"/>
        </w:rPr>
        <w:t xml:space="preserve"> by a system that had them in its grip.</w:t>
      </w:r>
    </w:p>
    <w:p w14:paraId="1D488AC9" w14:textId="77777777" w:rsidR="004B4AD7" w:rsidRPr="004B4AD7" w:rsidRDefault="004B4AD7" w:rsidP="004B4AD7">
      <w:pPr>
        <w:spacing w:before="100" w:beforeAutospacing="1" w:after="100" w:afterAutospacing="1"/>
        <w:outlineLvl w:val="2"/>
        <w:rPr>
          <w:rFonts w:eastAsia="Times New Roman" w:cs="Times New Roman"/>
          <w:b/>
          <w:bCs/>
          <w:sz w:val="27"/>
          <w:szCs w:val="27"/>
        </w:rPr>
      </w:pPr>
      <w:r w:rsidRPr="004B4AD7">
        <w:rPr>
          <w:rFonts w:eastAsia="Times New Roman" w:cs="Times New Roman"/>
          <w:b/>
          <w:bCs/>
          <w:sz w:val="27"/>
          <w:szCs w:val="27"/>
        </w:rPr>
        <w:lastRenderedPageBreak/>
        <w:t>Chapter 12 – The Net Tightens</w:t>
      </w:r>
    </w:p>
    <w:p w14:paraId="0301151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The trail was getting colder, and Frank knew it. The eerie silence of the Berkshires was like </w:t>
      </w:r>
      <w:proofErr w:type="gramStart"/>
      <w:r w:rsidRPr="004B4AD7">
        <w:rPr>
          <w:rFonts w:eastAsia="Times New Roman" w:cs="Times New Roman"/>
          <w:szCs w:val="24"/>
        </w:rPr>
        <w:t>a heavy</w:t>
      </w:r>
      <w:proofErr w:type="gramEnd"/>
      <w:r w:rsidRPr="004B4AD7">
        <w:rPr>
          <w:rFonts w:eastAsia="Times New Roman" w:cs="Times New Roman"/>
          <w:szCs w:val="24"/>
        </w:rPr>
        <w:t xml:space="preserve"> weight pressing down on his shoulders. The burn of exhaustion was nothing compared to the gnawing anxiety in the pit of his stomach. Every rustle of leaves in the forest felt like a warning, every glance over his shoulder a reminder that he </w:t>
      </w:r>
      <w:proofErr w:type="gramStart"/>
      <w:r w:rsidRPr="004B4AD7">
        <w:rPr>
          <w:rFonts w:eastAsia="Times New Roman" w:cs="Times New Roman"/>
          <w:szCs w:val="24"/>
        </w:rPr>
        <w:t>wasn’t</w:t>
      </w:r>
      <w:proofErr w:type="gramEnd"/>
      <w:r w:rsidRPr="004B4AD7">
        <w:rPr>
          <w:rFonts w:eastAsia="Times New Roman" w:cs="Times New Roman"/>
          <w:szCs w:val="24"/>
        </w:rPr>
        <w:t xml:space="preserve"> alone. But </w:t>
      </w:r>
      <w:proofErr w:type="gramStart"/>
      <w:r w:rsidRPr="004B4AD7">
        <w:rPr>
          <w:rFonts w:eastAsia="Times New Roman" w:cs="Times New Roman"/>
          <w:szCs w:val="24"/>
        </w:rPr>
        <w:t>the isolation</w:t>
      </w:r>
      <w:proofErr w:type="gramEnd"/>
      <w:r w:rsidRPr="004B4AD7">
        <w:rPr>
          <w:rFonts w:eastAsia="Times New Roman" w:cs="Times New Roman"/>
          <w:szCs w:val="24"/>
        </w:rPr>
        <w:t xml:space="preserve">, </w:t>
      </w:r>
      <w:proofErr w:type="gramStart"/>
      <w:r w:rsidRPr="004B4AD7">
        <w:rPr>
          <w:rFonts w:eastAsia="Times New Roman" w:cs="Times New Roman"/>
          <w:szCs w:val="24"/>
        </w:rPr>
        <w:t>the constant</w:t>
      </w:r>
      <w:proofErr w:type="gramEnd"/>
      <w:r w:rsidRPr="004B4AD7">
        <w:rPr>
          <w:rFonts w:eastAsia="Times New Roman" w:cs="Times New Roman"/>
          <w:szCs w:val="24"/>
        </w:rPr>
        <w:t xml:space="preserve"> fear, were becoming routine.</w:t>
      </w:r>
    </w:p>
    <w:p w14:paraId="5B92E58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He sat on a fallen log, his fingers twitching as he scrolled through the burner phone. The screen </w:t>
      </w:r>
      <w:proofErr w:type="gramStart"/>
      <w:r w:rsidRPr="004B4AD7">
        <w:rPr>
          <w:rFonts w:eastAsia="Times New Roman" w:cs="Times New Roman"/>
          <w:szCs w:val="24"/>
        </w:rPr>
        <w:t>was cracked</w:t>
      </w:r>
      <w:proofErr w:type="gramEnd"/>
      <w:r w:rsidRPr="004B4AD7">
        <w:rPr>
          <w:rFonts w:eastAsia="Times New Roman" w:cs="Times New Roman"/>
          <w:szCs w:val="24"/>
        </w:rPr>
        <w:t>, the battery teetering on empty, but there was still a signal. He had just enough to get by.</w:t>
      </w:r>
    </w:p>
    <w:p w14:paraId="2D7D360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 message. A dead drop location. Another piece of the puzzle.</w:t>
      </w:r>
    </w:p>
    <w:p w14:paraId="378E994A"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“Train museum in Lenox. Locker 28. Midnight. Trust no one.”</w:t>
      </w:r>
    </w:p>
    <w:p w14:paraId="749B7130"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Frank pushed himself to his feet, pulling the hood of his jacket over his head. He </w:t>
      </w:r>
      <w:proofErr w:type="gramStart"/>
      <w:r w:rsidRPr="004B4AD7">
        <w:rPr>
          <w:rFonts w:eastAsia="Times New Roman" w:cs="Times New Roman"/>
          <w:szCs w:val="24"/>
        </w:rPr>
        <w:t>didn’t</w:t>
      </w:r>
      <w:proofErr w:type="gramEnd"/>
      <w:r w:rsidRPr="004B4AD7">
        <w:rPr>
          <w:rFonts w:eastAsia="Times New Roman" w:cs="Times New Roman"/>
          <w:szCs w:val="24"/>
        </w:rPr>
        <w:t xml:space="preserve"> need anyone </w:t>
      </w:r>
      <w:proofErr w:type="gramStart"/>
      <w:r w:rsidRPr="004B4AD7">
        <w:rPr>
          <w:rFonts w:eastAsia="Times New Roman" w:cs="Times New Roman"/>
          <w:szCs w:val="24"/>
        </w:rPr>
        <w:t>recognizing</w:t>
      </w:r>
      <w:proofErr w:type="gramEnd"/>
      <w:r w:rsidRPr="004B4AD7">
        <w:rPr>
          <w:rFonts w:eastAsia="Times New Roman" w:cs="Times New Roman"/>
          <w:szCs w:val="24"/>
        </w:rPr>
        <w:t xml:space="preserve"> him. He had been moving through the shadows for too long, his name becoming a whisper on the lips of every passing stranger. The </w:t>
      </w:r>
      <w:proofErr w:type="gramStart"/>
      <w:r w:rsidRPr="004B4AD7">
        <w:rPr>
          <w:rFonts w:eastAsia="Times New Roman" w:cs="Times New Roman"/>
          <w:szCs w:val="24"/>
        </w:rPr>
        <w:t>manhunt</w:t>
      </w:r>
      <w:proofErr w:type="gramEnd"/>
      <w:r w:rsidRPr="004B4AD7">
        <w:rPr>
          <w:rFonts w:eastAsia="Times New Roman" w:cs="Times New Roman"/>
          <w:szCs w:val="24"/>
        </w:rPr>
        <w:t xml:space="preserve"> had become a machine, and it was closing in fast.</w:t>
      </w:r>
    </w:p>
    <w:p w14:paraId="0A523F51" w14:textId="77777777" w:rsidR="004B4AD7" w:rsidRPr="004B4AD7" w:rsidRDefault="002010FF" w:rsidP="004B4AD7">
      <w:pPr>
        <w:rPr>
          <w:rFonts w:eastAsia="Times New Roman" w:cs="Times New Roman"/>
          <w:szCs w:val="24"/>
        </w:rPr>
      </w:pPr>
      <w:r>
        <w:rPr>
          <w:rFonts w:eastAsia="Times New Roman" w:cs="Times New Roman"/>
          <w:szCs w:val="24"/>
        </w:rPr>
        <w:pict w14:anchorId="212E289B">
          <v:rect id="_x0000_i1053" style="width:0;height:1.5pt" o:hralign="center" o:hrstd="t" o:hr="t" fillcolor="#a0a0a0" stroked="f"/>
        </w:pict>
      </w:r>
    </w:p>
    <w:p w14:paraId="1053CA1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The Public Narrative</w:t>
      </w:r>
    </w:p>
    <w:p w14:paraId="797C88A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By the time Frank was making his way down to Lenox, the media had already turned the </w:t>
      </w:r>
      <w:proofErr w:type="gramStart"/>
      <w:r w:rsidRPr="004B4AD7">
        <w:rPr>
          <w:rFonts w:eastAsia="Times New Roman" w:cs="Times New Roman"/>
          <w:szCs w:val="24"/>
        </w:rPr>
        <w:t>manhunt</w:t>
      </w:r>
      <w:proofErr w:type="gramEnd"/>
      <w:r w:rsidRPr="004B4AD7">
        <w:rPr>
          <w:rFonts w:eastAsia="Times New Roman" w:cs="Times New Roman"/>
          <w:szCs w:val="24"/>
        </w:rPr>
        <w:t xml:space="preserve"> into a spectacle. News outlets, both national and local, had seized on his fugitive status, painting him as a dangerous political extremist. The headlines screamed for his capture, </w:t>
      </w:r>
      <w:proofErr w:type="gramStart"/>
      <w:r w:rsidRPr="004B4AD7">
        <w:rPr>
          <w:rFonts w:eastAsia="Times New Roman" w:cs="Times New Roman"/>
          <w:szCs w:val="24"/>
        </w:rPr>
        <w:t>showcasing</w:t>
      </w:r>
      <w:proofErr w:type="gramEnd"/>
      <w:r w:rsidRPr="004B4AD7">
        <w:rPr>
          <w:rFonts w:eastAsia="Times New Roman" w:cs="Times New Roman"/>
          <w:szCs w:val="24"/>
        </w:rPr>
        <w:t xml:space="preserve"> every angle of the Pre-Conviction system as the solution to the problem of “unchecked violence.”</w:t>
      </w:r>
    </w:p>
    <w:p w14:paraId="399366A1"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Public opinion had shifted—swiftly, decisively. At first, people were skeptical of the government’s ability to predict crime, but now they were demanding action. The program had </w:t>
      </w:r>
      <w:proofErr w:type="gramStart"/>
      <w:r w:rsidRPr="004B4AD7">
        <w:rPr>
          <w:rFonts w:eastAsia="Times New Roman" w:cs="Times New Roman"/>
          <w:szCs w:val="24"/>
        </w:rPr>
        <w:t>been sold</w:t>
      </w:r>
      <w:proofErr w:type="gramEnd"/>
      <w:r w:rsidRPr="004B4AD7">
        <w:rPr>
          <w:rFonts w:eastAsia="Times New Roman" w:cs="Times New Roman"/>
          <w:szCs w:val="24"/>
        </w:rPr>
        <w:t xml:space="preserve"> to the public as a necessary tool for safety, a way to prevent violence before it happened. And now, with Frank's violent act at the protest and his subsequent flight from the authorities, the program's proponents had found their cause.</w:t>
      </w:r>
    </w:p>
    <w:p w14:paraId="66D500FB"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media’s narrative was feeding the flames, making Frank seem less like a man pushed to the edge and more like a symbol of the chaos the Pre-Conviction system was meant to prevent. Political commentators, pundits, and public figures were all rallying behind the government’s efforts to “root out the threat” and “restore order.” The outcry for Frank’s capture was deafening.</w:t>
      </w:r>
    </w:p>
    <w:p w14:paraId="14939CD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In the grocery store, at the barbershop, in the line at the post office—everywhere Frank went, he could feel the heat. People were aligning themselves with the government. They wanted him caught, punished. The program had become a national cause, and Frank was now the embodiment of the danger it was trying to prevent.</w:t>
      </w:r>
    </w:p>
    <w:p w14:paraId="7DF5918A" w14:textId="77777777" w:rsidR="004B4AD7" w:rsidRPr="004B4AD7" w:rsidRDefault="002010FF" w:rsidP="004B4AD7">
      <w:pPr>
        <w:rPr>
          <w:rFonts w:eastAsia="Times New Roman" w:cs="Times New Roman"/>
          <w:szCs w:val="24"/>
        </w:rPr>
      </w:pPr>
      <w:r>
        <w:rPr>
          <w:rFonts w:eastAsia="Times New Roman" w:cs="Times New Roman"/>
          <w:szCs w:val="24"/>
        </w:rPr>
        <w:pict w14:anchorId="02D8848D">
          <v:rect id="_x0000_i1054" style="width:0;height:1.5pt" o:hralign="center" o:hrstd="t" o:hr="t" fillcolor="#a0a0a0" stroked="f"/>
        </w:pict>
      </w:r>
    </w:p>
    <w:p w14:paraId="50DD515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Frank’s Paranoia Deepens</w:t>
      </w:r>
    </w:p>
    <w:p w14:paraId="55877543"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The weight of </w:t>
      </w:r>
      <w:proofErr w:type="gramStart"/>
      <w:r w:rsidRPr="004B4AD7">
        <w:rPr>
          <w:rFonts w:eastAsia="Times New Roman" w:cs="Times New Roman"/>
          <w:szCs w:val="24"/>
        </w:rPr>
        <w:t>all this—</w:t>
      </w:r>
      <w:proofErr w:type="gramEnd"/>
      <w:r w:rsidRPr="004B4AD7">
        <w:rPr>
          <w:rFonts w:eastAsia="Times New Roman" w:cs="Times New Roman"/>
          <w:szCs w:val="24"/>
        </w:rPr>
        <w:t xml:space="preserve">the knowledge that the system was against him, that the public was already condemning </w:t>
      </w:r>
      <w:proofErr w:type="gramStart"/>
      <w:r w:rsidRPr="004B4AD7">
        <w:rPr>
          <w:rFonts w:eastAsia="Times New Roman" w:cs="Times New Roman"/>
          <w:szCs w:val="24"/>
        </w:rPr>
        <w:t>him—</w:t>
      </w:r>
      <w:proofErr w:type="gramEnd"/>
      <w:r w:rsidRPr="004B4AD7">
        <w:rPr>
          <w:rFonts w:eastAsia="Times New Roman" w:cs="Times New Roman"/>
          <w:szCs w:val="24"/>
        </w:rPr>
        <w:t xml:space="preserve">was slowly eroding Frank’s resolve. His mind raced. Was he </w:t>
      </w:r>
      <w:proofErr w:type="gramStart"/>
      <w:r w:rsidRPr="004B4AD7">
        <w:rPr>
          <w:rFonts w:eastAsia="Times New Roman" w:cs="Times New Roman"/>
          <w:szCs w:val="24"/>
        </w:rPr>
        <w:t>really just</w:t>
      </w:r>
      <w:proofErr w:type="gramEnd"/>
      <w:r w:rsidRPr="004B4AD7">
        <w:rPr>
          <w:rFonts w:eastAsia="Times New Roman" w:cs="Times New Roman"/>
          <w:szCs w:val="24"/>
        </w:rPr>
        <w:t xml:space="preserve"> a pawn in all of this? Was this his life </w:t>
      </w:r>
      <w:proofErr w:type="gramStart"/>
      <w:r w:rsidRPr="004B4AD7">
        <w:rPr>
          <w:rFonts w:eastAsia="Times New Roman" w:cs="Times New Roman"/>
          <w:szCs w:val="24"/>
        </w:rPr>
        <w:t>now—running</w:t>
      </w:r>
      <w:proofErr w:type="gramEnd"/>
      <w:r w:rsidRPr="004B4AD7">
        <w:rPr>
          <w:rFonts w:eastAsia="Times New Roman" w:cs="Times New Roman"/>
          <w:szCs w:val="24"/>
        </w:rPr>
        <w:t>, hiding, while the world around him bought into the government’s narrative?</w:t>
      </w:r>
    </w:p>
    <w:p w14:paraId="48AA7DA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lastRenderedPageBreak/>
        <w:t xml:space="preserve">He </w:t>
      </w:r>
      <w:proofErr w:type="gramStart"/>
      <w:r w:rsidRPr="004B4AD7">
        <w:rPr>
          <w:rFonts w:eastAsia="Times New Roman" w:cs="Times New Roman"/>
          <w:szCs w:val="24"/>
        </w:rPr>
        <w:t>couldn’t</w:t>
      </w:r>
      <w:proofErr w:type="gramEnd"/>
      <w:r w:rsidRPr="004B4AD7">
        <w:rPr>
          <w:rFonts w:eastAsia="Times New Roman" w:cs="Times New Roman"/>
          <w:szCs w:val="24"/>
        </w:rPr>
        <w:t xml:space="preserve"> trust anyone anymore. The faces that once seemed familiar now seemed like masks, hiding who they truly were. Rachel’s voice on the burner phone, though steady and calm, seemed to slip through his fingers every time he tried to grasp it.</w:t>
      </w:r>
    </w:p>
    <w:p w14:paraId="4FA45D1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And then there was the feeling that the walls were closing in. The government </w:t>
      </w:r>
      <w:proofErr w:type="gramStart"/>
      <w:r w:rsidRPr="004B4AD7">
        <w:rPr>
          <w:rFonts w:eastAsia="Times New Roman" w:cs="Times New Roman"/>
          <w:szCs w:val="24"/>
        </w:rPr>
        <w:t>wasn’t</w:t>
      </w:r>
      <w:proofErr w:type="gramEnd"/>
      <w:r w:rsidRPr="004B4AD7">
        <w:rPr>
          <w:rFonts w:eastAsia="Times New Roman" w:cs="Times New Roman"/>
          <w:szCs w:val="24"/>
        </w:rPr>
        <w:t xml:space="preserve"> just looking for </w:t>
      </w:r>
      <w:proofErr w:type="gramStart"/>
      <w:r w:rsidRPr="004B4AD7">
        <w:rPr>
          <w:rFonts w:eastAsia="Times New Roman" w:cs="Times New Roman"/>
          <w:szCs w:val="24"/>
        </w:rPr>
        <w:t>him—</w:t>
      </w:r>
      <w:proofErr w:type="gramEnd"/>
      <w:r w:rsidRPr="004B4AD7">
        <w:rPr>
          <w:rFonts w:eastAsia="Times New Roman" w:cs="Times New Roman"/>
          <w:szCs w:val="24"/>
        </w:rPr>
        <w:t xml:space="preserve">they were actively tracking him, closing every door he tried to open. His every move </w:t>
      </w:r>
      <w:proofErr w:type="gramStart"/>
      <w:r w:rsidRPr="004B4AD7">
        <w:rPr>
          <w:rFonts w:eastAsia="Times New Roman" w:cs="Times New Roman"/>
          <w:szCs w:val="24"/>
        </w:rPr>
        <w:t>was calculated</w:t>
      </w:r>
      <w:proofErr w:type="gramEnd"/>
      <w:r w:rsidRPr="004B4AD7">
        <w:rPr>
          <w:rFonts w:eastAsia="Times New Roman" w:cs="Times New Roman"/>
          <w:szCs w:val="24"/>
        </w:rPr>
        <w:t xml:space="preserve">, every step analyzed by the AI that had </w:t>
      </w:r>
      <w:proofErr w:type="gramStart"/>
      <w:r w:rsidRPr="004B4AD7">
        <w:rPr>
          <w:rFonts w:eastAsia="Times New Roman" w:cs="Times New Roman"/>
          <w:szCs w:val="24"/>
        </w:rPr>
        <w:t>been designed</w:t>
      </w:r>
      <w:proofErr w:type="gramEnd"/>
      <w:r w:rsidRPr="004B4AD7">
        <w:rPr>
          <w:rFonts w:eastAsia="Times New Roman" w:cs="Times New Roman"/>
          <w:szCs w:val="24"/>
        </w:rPr>
        <w:t xml:space="preserve"> to predict him. Was there any way out of this? Or was he just a cog in a machine designed to grind him into dust?</w:t>
      </w:r>
    </w:p>
    <w:p w14:paraId="6F94363C" w14:textId="77777777" w:rsidR="004B4AD7" w:rsidRPr="004B4AD7" w:rsidRDefault="002010FF" w:rsidP="004B4AD7">
      <w:pPr>
        <w:rPr>
          <w:rFonts w:eastAsia="Times New Roman" w:cs="Times New Roman"/>
          <w:szCs w:val="24"/>
        </w:rPr>
      </w:pPr>
      <w:r>
        <w:rPr>
          <w:rFonts w:eastAsia="Times New Roman" w:cs="Times New Roman"/>
          <w:szCs w:val="24"/>
        </w:rPr>
        <w:pict w14:anchorId="4761B837">
          <v:rect id="_x0000_i1055" style="width:0;height:1.5pt" o:hralign="center" o:hrstd="t" o:hr="t" fillcolor="#a0a0a0" stroked="f"/>
        </w:pict>
      </w:r>
    </w:p>
    <w:p w14:paraId="23F197C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A New Lead</w:t>
      </w:r>
    </w:p>
    <w:p w14:paraId="065984F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The locker in Lenox was a bust. Nothing but an empty space. Frank had expected as much. But he had no choice but to move forward. It </w:t>
      </w:r>
      <w:proofErr w:type="gramStart"/>
      <w:r w:rsidRPr="004B4AD7">
        <w:rPr>
          <w:rFonts w:eastAsia="Times New Roman" w:cs="Times New Roman"/>
          <w:szCs w:val="24"/>
        </w:rPr>
        <w:t>wasn’t</w:t>
      </w:r>
      <w:proofErr w:type="gramEnd"/>
      <w:r w:rsidRPr="004B4AD7">
        <w:rPr>
          <w:rFonts w:eastAsia="Times New Roman" w:cs="Times New Roman"/>
          <w:szCs w:val="24"/>
        </w:rPr>
        <w:t xml:space="preserve"> just the next piece of the puzzle—it was his only chance </w:t>
      </w:r>
      <w:proofErr w:type="gramStart"/>
      <w:r w:rsidRPr="004B4AD7">
        <w:rPr>
          <w:rFonts w:eastAsia="Times New Roman" w:cs="Times New Roman"/>
          <w:szCs w:val="24"/>
        </w:rPr>
        <w:t>at</w:t>
      </w:r>
      <w:proofErr w:type="gramEnd"/>
      <w:r w:rsidRPr="004B4AD7">
        <w:rPr>
          <w:rFonts w:eastAsia="Times New Roman" w:cs="Times New Roman"/>
          <w:szCs w:val="24"/>
        </w:rPr>
        <w:t xml:space="preserve"> survival.</w:t>
      </w:r>
    </w:p>
    <w:p w14:paraId="334FBED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As he turned to leave the museum parking lot, his phone buzzed again. A single message, this time not from Rachel but from an unknown number.</w:t>
      </w:r>
    </w:p>
    <w:p w14:paraId="155A2624" w14:textId="2CF47A26"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w:t>
      </w:r>
      <w:r w:rsidRPr="004B4AD7">
        <w:rPr>
          <w:rFonts w:eastAsia="Times New Roman" w:cs="Times New Roman"/>
          <w:szCs w:val="24"/>
        </w:rPr>
        <w:t xml:space="preserve">The Dollhouse is real. The second program exists. Roth is pulling the strings. </w:t>
      </w:r>
      <w:proofErr w:type="gramStart"/>
      <w:r w:rsidRPr="004B4AD7">
        <w:rPr>
          <w:rFonts w:eastAsia="Times New Roman" w:cs="Times New Roman"/>
          <w:szCs w:val="24"/>
        </w:rPr>
        <w:t>You’re</w:t>
      </w:r>
      <w:proofErr w:type="gramEnd"/>
      <w:r w:rsidRPr="004B4AD7">
        <w:rPr>
          <w:rFonts w:eastAsia="Times New Roman" w:cs="Times New Roman"/>
          <w:szCs w:val="24"/>
        </w:rPr>
        <w:t xml:space="preserve"> part of the test. Find the real mastermind.”</w:t>
      </w:r>
      <w:r w:rsidR="00955AB3" w:rsidRPr="00955AB3">
        <w:t xml:space="preserve"> “There are still people out there who move under the radar,” Rachel said. “People who carry the load and </w:t>
      </w:r>
      <w:proofErr w:type="gramStart"/>
      <w:r w:rsidR="00955AB3" w:rsidRPr="00955AB3">
        <w:t>don’t</w:t>
      </w:r>
      <w:proofErr w:type="gramEnd"/>
      <w:r w:rsidR="00955AB3" w:rsidRPr="00955AB3">
        <w:t xml:space="preserve"> ask questions. Look for the paper </w:t>
      </w:r>
      <w:proofErr w:type="gramStart"/>
      <w:r w:rsidR="00955AB3" w:rsidRPr="00955AB3">
        <w:t>routes—they’re</w:t>
      </w:r>
      <w:proofErr w:type="gramEnd"/>
      <w:r w:rsidR="00955AB3" w:rsidRPr="00955AB3">
        <w:t xml:space="preserve"> older than the program. One of them owes Jake a favor. </w:t>
      </w:r>
      <w:proofErr w:type="gramStart"/>
      <w:r w:rsidR="00955AB3" w:rsidRPr="00955AB3">
        <w:t>You’ll</w:t>
      </w:r>
      <w:proofErr w:type="gramEnd"/>
      <w:r w:rsidR="00955AB3" w:rsidRPr="00955AB3">
        <w:t xml:space="preserve"> know when </w:t>
      </w:r>
      <w:proofErr w:type="gramStart"/>
      <w:r w:rsidR="00955AB3" w:rsidRPr="00955AB3">
        <w:t>it’s</w:t>
      </w:r>
      <w:proofErr w:type="gramEnd"/>
      <w:r w:rsidR="00955AB3" w:rsidRPr="00955AB3">
        <w:t xml:space="preserve"> time.”</w:t>
      </w:r>
    </w:p>
    <w:p w14:paraId="3E75DE3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The words hit him like a punch to the gut. His mind raced. </w:t>
      </w:r>
      <w:proofErr w:type="gramStart"/>
      <w:r w:rsidRPr="004B4AD7">
        <w:rPr>
          <w:rFonts w:eastAsia="Times New Roman" w:cs="Times New Roman"/>
          <w:szCs w:val="24"/>
        </w:rPr>
        <w:t>The Dollhouse—</w:t>
      </w:r>
      <w:proofErr w:type="gramEnd"/>
      <w:r w:rsidRPr="004B4AD7">
        <w:rPr>
          <w:rFonts w:eastAsia="Times New Roman" w:cs="Times New Roman"/>
          <w:szCs w:val="24"/>
        </w:rPr>
        <w:t xml:space="preserve">the data farm in D.C. He had heard whispers of it, but now, this message confirmed everything. This </w:t>
      </w:r>
      <w:proofErr w:type="gramStart"/>
      <w:r w:rsidRPr="004B4AD7">
        <w:rPr>
          <w:rFonts w:eastAsia="Times New Roman" w:cs="Times New Roman"/>
          <w:szCs w:val="24"/>
        </w:rPr>
        <w:t>wasn’t</w:t>
      </w:r>
      <w:proofErr w:type="gramEnd"/>
      <w:r w:rsidRPr="004B4AD7">
        <w:rPr>
          <w:rFonts w:eastAsia="Times New Roman" w:cs="Times New Roman"/>
          <w:szCs w:val="24"/>
        </w:rPr>
        <w:t xml:space="preserve"> just a pre-crime system anymore. It was something more insidious. A behavioral experiment. They </w:t>
      </w:r>
      <w:proofErr w:type="gramStart"/>
      <w:r w:rsidRPr="004B4AD7">
        <w:rPr>
          <w:rFonts w:eastAsia="Times New Roman" w:cs="Times New Roman"/>
          <w:szCs w:val="24"/>
        </w:rPr>
        <w:t>weren’t</w:t>
      </w:r>
      <w:proofErr w:type="gramEnd"/>
      <w:r w:rsidRPr="004B4AD7">
        <w:rPr>
          <w:rFonts w:eastAsia="Times New Roman" w:cs="Times New Roman"/>
          <w:szCs w:val="24"/>
        </w:rPr>
        <w:t xml:space="preserve"> just predicting crime—they were creating it. Pushing him to the breaking point. Testing how far they could go to make a man like him snap.</w:t>
      </w:r>
    </w:p>
    <w:p w14:paraId="4ADB959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And Roth. The architect of this nightmare. Frank had always known that Roth’s hands were dirty, but this was a whole new level of manipulation.</w:t>
      </w:r>
    </w:p>
    <w:p w14:paraId="65077E80"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The next step was </w:t>
      </w:r>
      <w:proofErr w:type="gramStart"/>
      <w:r w:rsidRPr="004B4AD7">
        <w:rPr>
          <w:rFonts w:eastAsia="Times New Roman" w:cs="Times New Roman"/>
          <w:szCs w:val="24"/>
        </w:rPr>
        <w:t>clear—</w:t>
      </w:r>
      <w:proofErr w:type="gramEnd"/>
      <w:r w:rsidRPr="004B4AD7">
        <w:rPr>
          <w:rFonts w:eastAsia="Times New Roman" w:cs="Times New Roman"/>
          <w:szCs w:val="24"/>
        </w:rPr>
        <w:t xml:space="preserve">he needed to find out what Roth was </w:t>
      </w:r>
      <w:proofErr w:type="gramStart"/>
      <w:r w:rsidRPr="004B4AD7">
        <w:rPr>
          <w:rFonts w:eastAsia="Times New Roman" w:cs="Times New Roman"/>
          <w:szCs w:val="24"/>
        </w:rPr>
        <w:t>really after</w:t>
      </w:r>
      <w:proofErr w:type="gramEnd"/>
      <w:r w:rsidRPr="004B4AD7">
        <w:rPr>
          <w:rFonts w:eastAsia="Times New Roman" w:cs="Times New Roman"/>
          <w:szCs w:val="24"/>
        </w:rPr>
        <w:t xml:space="preserve">, what the true scope of the program was. But he </w:t>
      </w:r>
      <w:proofErr w:type="gramStart"/>
      <w:r w:rsidRPr="004B4AD7">
        <w:rPr>
          <w:rFonts w:eastAsia="Times New Roman" w:cs="Times New Roman"/>
          <w:szCs w:val="24"/>
        </w:rPr>
        <w:t>wasn’t</w:t>
      </w:r>
      <w:proofErr w:type="gramEnd"/>
      <w:r w:rsidRPr="004B4AD7">
        <w:rPr>
          <w:rFonts w:eastAsia="Times New Roman" w:cs="Times New Roman"/>
          <w:szCs w:val="24"/>
        </w:rPr>
        <w:t xml:space="preserve"> sure if he could trust the message, or anyone for that matter. Was this another trap? Or was it </w:t>
      </w:r>
      <w:proofErr w:type="gramStart"/>
      <w:r w:rsidRPr="004B4AD7">
        <w:rPr>
          <w:rFonts w:eastAsia="Times New Roman" w:cs="Times New Roman"/>
          <w:szCs w:val="24"/>
        </w:rPr>
        <w:t>the real deal</w:t>
      </w:r>
      <w:proofErr w:type="gramEnd"/>
      <w:r w:rsidRPr="004B4AD7">
        <w:rPr>
          <w:rFonts w:eastAsia="Times New Roman" w:cs="Times New Roman"/>
          <w:szCs w:val="24"/>
        </w:rPr>
        <w:t>?</w:t>
      </w:r>
    </w:p>
    <w:p w14:paraId="6B8CE5DD" w14:textId="77777777" w:rsidR="004B4AD7" w:rsidRPr="004B4AD7" w:rsidRDefault="002010FF" w:rsidP="004B4AD7">
      <w:pPr>
        <w:rPr>
          <w:rFonts w:eastAsia="Times New Roman" w:cs="Times New Roman"/>
          <w:szCs w:val="24"/>
        </w:rPr>
      </w:pPr>
      <w:r>
        <w:rPr>
          <w:rFonts w:eastAsia="Times New Roman" w:cs="Times New Roman"/>
          <w:szCs w:val="24"/>
        </w:rPr>
        <w:pict w14:anchorId="0AE4E928">
          <v:rect id="_x0000_i1056" style="width:0;height:1.5pt" o:hralign="center" o:hrstd="t" o:hr="t" fillcolor="#a0a0a0" stroked="f"/>
        </w:pict>
      </w:r>
    </w:p>
    <w:p w14:paraId="175B48AC"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The Government’s Grip Tightens</w:t>
      </w:r>
    </w:p>
    <w:p w14:paraId="23FFABDA"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Meanwhile, the public’s desire for Frank’s capture had turned into an obsession. Calls for his arrest were everywhere. TV screens </w:t>
      </w:r>
      <w:proofErr w:type="gramStart"/>
      <w:r w:rsidRPr="004B4AD7">
        <w:rPr>
          <w:rFonts w:eastAsia="Times New Roman" w:cs="Times New Roman"/>
          <w:szCs w:val="24"/>
        </w:rPr>
        <w:t>were filled</w:t>
      </w:r>
      <w:proofErr w:type="gramEnd"/>
      <w:r w:rsidRPr="004B4AD7">
        <w:rPr>
          <w:rFonts w:eastAsia="Times New Roman" w:cs="Times New Roman"/>
          <w:szCs w:val="24"/>
        </w:rPr>
        <w:t xml:space="preserve"> with talking heads, repeating the same mantra</w:t>
      </w:r>
      <w:proofErr w:type="gramStart"/>
      <w:r w:rsidRPr="004B4AD7">
        <w:rPr>
          <w:rFonts w:eastAsia="Times New Roman" w:cs="Times New Roman"/>
          <w:szCs w:val="24"/>
        </w:rPr>
        <w:t>—“</w:t>
      </w:r>
      <w:proofErr w:type="gramEnd"/>
      <w:r w:rsidRPr="004B4AD7">
        <w:rPr>
          <w:rFonts w:eastAsia="Times New Roman" w:cs="Times New Roman"/>
          <w:szCs w:val="24"/>
        </w:rPr>
        <w:t>The system works. Frank Marino is the proof.”</w:t>
      </w:r>
    </w:p>
    <w:p w14:paraId="22709AF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program’s supporters were gaining ground, and every day Frank remained on the run was another day the government had to make its case. People were no longer just afraid—they were angry. They wanted justice. They wanted the threat eliminated. And they saw Frank as the living, breathing manifestation of that threat.</w:t>
      </w:r>
    </w:p>
    <w:p w14:paraId="54F5EE9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As Frank moved through the shadows, he could feel the eyes of the government on him, the weight of the AI systems tracking his every movement. They were always one step ahead, closing in tighter. Every step he took, every move he made, seemed to play into their hands. The program was working.</w:t>
      </w:r>
    </w:p>
    <w:p w14:paraId="79CEF02B"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lastRenderedPageBreak/>
        <w:t>And Frank was the living proof of its success.</w:t>
      </w:r>
    </w:p>
    <w:p w14:paraId="12E08F3F" w14:textId="77777777" w:rsidR="004B4AD7" w:rsidRPr="004B4AD7" w:rsidRDefault="002010FF" w:rsidP="004B4AD7">
      <w:pPr>
        <w:rPr>
          <w:rFonts w:eastAsia="Times New Roman" w:cs="Times New Roman"/>
          <w:szCs w:val="24"/>
        </w:rPr>
      </w:pPr>
      <w:r>
        <w:rPr>
          <w:rFonts w:eastAsia="Times New Roman" w:cs="Times New Roman"/>
          <w:szCs w:val="24"/>
        </w:rPr>
        <w:pict w14:anchorId="0AD15F7A">
          <v:rect id="_x0000_i1057" style="width:0;height:1.5pt" o:hralign="center" o:hrstd="t" o:hr="t" fillcolor="#a0a0a0" stroked="f"/>
        </w:pict>
      </w:r>
    </w:p>
    <w:p w14:paraId="4BE40D79"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Frank’s Descent into Uncertainty</w:t>
      </w:r>
    </w:p>
    <w:p w14:paraId="06E5AD8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By the time he reached the </w:t>
      </w:r>
      <w:proofErr w:type="gramStart"/>
      <w:r w:rsidRPr="004B4AD7">
        <w:rPr>
          <w:rFonts w:eastAsia="Times New Roman" w:cs="Times New Roman"/>
          <w:szCs w:val="24"/>
        </w:rPr>
        <w:t>diner</w:t>
      </w:r>
      <w:proofErr w:type="gramEnd"/>
      <w:r w:rsidRPr="004B4AD7">
        <w:rPr>
          <w:rFonts w:eastAsia="Times New Roman" w:cs="Times New Roman"/>
          <w:szCs w:val="24"/>
        </w:rPr>
        <w:t xml:space="preserve">, it felt like everything around him was closing in. His hand shook as he picked up his coffee cup, the bitterness of the cold brew not </w:t>
      </w:r>
      <w:proofErr w:type="gramStart"/>
      <w:r w:rsidRPr="004B4AD7">
        <w:rPr>
          <w:rFonts w:eastAsia="Times New Roman" w:cs="Times New Roman"/>
          <w:szCs w:val="24"/>
        </w:rPr>
        <w:t>nearly enough</w:t>
      </w:r>
      <w:proofErr w:type="gramEnd"/>
      <w:r w:rsidRPr="004B4AD7">
        <w:rPr>
          <w:rFonts w:eastAsia="Times New Roman" w:cs="Times New Roman"/>
          <w:szCs w:val="24"/>
        </w:rPr>
        <w:t xml:space="preserve"> to numb the panic rising inside him.</w:t>
      </w:r>
    </w:p>
    <w:p w14:paraId="343EF454"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He </w:t>
      </w:r>
      <w:proofErr w:type="gramStart"/>
      <w:r w:rsidRPr="004B4AD7">
        <w:rPr>
          <w:rFonts w:eastAsia="Times New Roman" w:cs="Times New Roman"/>
          <w:szCs w:val="24"/>
        </w:rPr>
        <w:t>wasn’t</w:t>
      </w:r>
      <w:proofErr w:type="gramEnd"/>
      <w:r w:rsidRPr="004B4AD7">
        <w:rPr>
          <w:rFonts w:eastAsia="Times New Roman" w:cs="Times New Roman"/>
          <w:szCs w:val="24"/>
        </w:rPr>
        <w:t xml:space="preserve"> sure who to trust anymore. The walls had begun to close in on him, and the noise of the </w:t>
      </w:r>
      <w:proofErr w:type="gramStart"/>
      <w:r w:rsidRPr="004B4AD7">
        <w:rPr>
          <w:rFonts w:eastAsia="Times New Roman" w:cs="Times New Roman"/>
          <w:szCs w:val="24"/>
        </w:rPr>
        <w:t>world—</w:t>
      </w:r>
      <w:proofErr w:type="gramEnd"/>
      <w:r w:rsidRPr="004B4AD7">
        <w:rPr>
          <w:rFonts w:eastAsia="Times New Roman" w:cs="Times New Roman"/>
          <w:szCs w:val="24"/>
        </w:rPr>
        <w:t>the media, the public outcry, the government’s steady march—was beginning to feel suffocating.</w:t>
      </w:r>
    </w:p>
    <w:p w14:paraId="6E2FFDA6"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He </w:t>
      </w:r>
      <w:proofErr w:type="gramStart"/>
      <w:r w:rsidRPr="004B4AD7">
        <w:rPr>
          <w:rFonts w:eastAsia="Times New Roman" w:cs="Times New Roman"/>
          <w:szCs w:val="24"/>
        </w:rPr>
        <w:t>couldn’t</w:t>
      </w:r>
      <w:proofErr w:type="gramEnd"/>
      <w:r w:rsidRPr="004B4AD7">
        <w:rPr>
          <w:rFonts w:eastAsia="Times New Roman" w:cs="Times New Roman"/>
          <w:szCs w:val="24"/>
        </w:rPr>
        <w:t xml:space="preserve"> keep running forever. There had to be a way to break the cycle. To stop the system from turning him into a puppet, just like it had done with so many others.</w:t>
      </w:r>
    </w:p>
    <w:p w14:paraId="4222BFEB"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 xml:space="preserve">The Dollhouse was his only lead. But as he stared out the window, watching the sun dip behind the hills, he </w:t>
      </w:r>
      <w:proofErr w:type="gramStart"/>
      <w:r w:rsidRPr="004B4AD7">
        <w:rPr>
          <w:rFonts w:eastAsia="Times New Roman" w:cs="Times New Roman"/>
          <w:szCs w:val="24"/>
        </w:rPr>
        <w:t>couldn’t</w:t>
      </w:r>
      <w:proofErr w:type="gramEnd"/>
      <w:r w:rsidRPr="004B4AD7">
        <w:rPr>
          <w:rFonts w:eastAsia="Times New Roman" w:cs="Times New Roman"/>
          <w:szCs w:val="24"/>
        </w:rPr>
        <w:t xml:space="preserve"> help but wonder if it was already too late.</w:t>
      </w:r>
    </w:p>
    <w:p w14:paraId="4A29628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system had already begun to break him. And now, the real fight for his survival was just beginning.</w:t>
      </w:r>
    </w:p>
    <w:p w14:paraId="20397905" w14:textId="77777777" w:rsidR="00C44DB7" w:rsidRPr="00C44DB7" w:rsidRDefault="00C44DB7" w:rsidP="00C44DB7">
      <w:pPr>
        <w:spacing w:before="100" w:beforeAutospacing="1" w:after="100" w:afterAutospacing="1"/>
        <w:rPr>
          <w:rFonts w:eastAsia="Times New Roman" w:cs="Times New Roman"/>
          <w:szCs w:val="24"/>
        </w:rPr>
      </w:pPr>
      <w:r w:rsidRPr="00C44DB7">
        <w:rPr>
          <w:rFonts w:eastAsia="Times New Roman" w:cs="Times New Roman"/>
          <w:b/>
          <w:bCs/>
          <w:szCs w:val="24"/>
        </w:rPr>
        <w:t>Closing Moment: The Net Closes In</w:t>
      </w:r>
    </w:p>
    <w:p w14:paraId="57E46C0A" w14:textId="77777777" w:rsidR="00C44DB7" w:rsidRPr="00C44DB7" w:rsidRDefault="00C44DB7" w:rsidP="00C44DB7">
      <w:pPr>
        <w:spacing w:before="100" w:beforeAutospacing="1" w:after="100" w:afterAutospacing="1"/>
        <w:rPr>
          <w:rFonts w:eastAsia="Times New Roman" w:cs="Times New Roman"/>
          <w:szCs w:val="24"/>
        </w:rPr>
      </w:pPr>
      <w:r w:rsidRPr="00C44DB7">
        <w:rPr>
          <w:rFonts w:eastAsia="Times New Roman" w:cs="Times New Roman"/>
          <w:szCs w:val="24"/>
        </w:rPr>
        <w:t>As Frank stepped back into the shadows, he could hear the distant sirens. The net was tightening.</w:t>
      </w:r>
    </w:p>
    <w:p w14:paraId="058387C1" w14:textId="77777777" w:rsidR="00895EDA" w:rsidRPr="00895EDA" w:rsidRDefault="00895EDA" w:rsidP="00895EDA">
      <w:pPr>
        <w:spacing w:before="100" w:beforeAutospacing="1" w:after="100" w:afterAutospacing="1"/>
        <w:outlineLvl w:val="2"/>
        <w:rPr>
          <w:rFonts w:eastAsia="Times New Roman" w:cs="Times New Roman"/>
          <w:b/>
          <w:bCs/>
          <w:sz w:val="27"/>
          <w:szCs w:val="27"/>
        </w:rPr>
      </w:pPr>
      <w:r w:rsidRPr="00895EDA">
        <w:rPr>
          <w:rFonts w:eastAsia="Times New Roman" w:cs="Times New Roman"/>
          <w:b/>
          <w:bCs/>
          <w:sz w:val="27"/>
          <w:szCs w:val="27"/>
        </w:rPr>
        <w:t>Chapter 13 – The Choice</w:t>
      </w:r>
    </w:p>
    <w:p w14:paraId="21FBAB57"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The night was quieter than usual in the woods. Frank sat in the dark, crouched low in the abandoned shack where </w:t>
      </w:r>
      <w:proofErr w:type="gramStart"/>
      <w:r w:rsidRPr="00895EDA">
        <w:rPr>
          <w:rFonts w:eastAsia="Times New Roman" w:cs="Times New Roman"/>
          <w:szCs w:val="24"/>
        </w:rPr>
        <w:t>he'd</w:t>
      </w:r>
      <w:proofErr w:type="gramEnd"/>
      <w:r w:rsidRPr="00895EDA">
        <w:rPr>
          <w:rFonts w:eastAsia="Times New Roman" w:cs="Times New Roman"/>
          <w:szCs w:val="24"/>
        </w:rPr>
        <w:t xml:space="preserve"> spent the last few hours. His fingers ached from gripping the burner phone, the screen flickering with a new message that he </w:t>
      </w:r>
      <w:proofErr w:type="gramStart"/>
      <w:r w:rsidRPr="00895EDA">
        <w:rPr>
          <w:rFonts w:eastAsia="Times New Roman" w:cs="Times New Roman"/>
          <w:szCs w:val="24"/>
        </w:rPr>
        <w:t>couldn’t</w:t>
      </w:r>
      <w:proofErr w:type="gramEnd"/>
      <w:r w:rsidRPr="00895EDA">
        <w:rPr>
          <w:rFonts w:eastAsia="Times New Roman" w:cs="Times New Roman"/>
          <w:szCs w:val="24"/>
        </w:rPr>
        <w:t xml:space="preserve"> ignore. He felt the weight of every passing second, every movement, every glance over his shoulder. The walls were closing in—he could feel it in his bones.</w:t>
      </w:r>
    </w:p>
    <w:p w14:paraId="4EE8F33C"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 xml:space="preserve">"The Dollhouse is real. </w:t>
      </w:r>
      <w:proofErr w:type="gramStart"/>
      <w:r w:rsidRPr="00895EDA">
        <w:rPr>
          <w:rFonts w:eastAsia="Times New Roman" w:cs="Times New Roman"/>
          <w:b/>
          <w:bCs/>
          <w:szCs w:val="24"/>
        </w:rPr>
        <w:t>You're</w:t>
      </w:r>
      <w:proofErr w:type="gramEnd"/>
      <w:r w:rsidRPr="00895EDA">
        <w:rPr>
          <w:rFonts w:eastAsia="Times New Roman" w:cs="Times New Roman"/>
          <w:b/>
          <w:bCs/>
          <w:szCs w:val="24"/>
        </w:rPr>
        <w:t xml:space="preserve"> the final test. No one can save you now."</w:t>
      </w:r>
    </w:p>
    <w:p w14:paraId="59C81B56"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He reread the message, the implications sinking deeper. The Dollhouse. The data farm in D.C. His mind raced. The moment </w:t>
      </w:r>
      <w:proofErr w:type="gramStart"/>
      <w:r w:rsidRPr="00895EDA">
        <w:rPr>
          <w:rFonts w:eastAsia="Times New Roman" w:cs="Times New Roman"/>
          <w:szCs w:val="24"/>
        </w:rPr>
        <w:t>he'd</w:t>
      </w:r>
      <w:proofErr w:type="gramEnd"/>
      <w:r w:rsidRPr="00895EDA">
        <w:rPr>
          <w:rFonts w:eastAsia="Times New Roman" w:cs="Times New Roman"/>
          <w:szCs w:val="24"/>
        </w:rPr>
        <w:t xml:space="preserve"> stepped onto this path, he knew there was no </w:t>
      </w:r>
      <w:proofErr w:type="gramStart"/>
      <w:r w:rsidRPr="00895EDA">
        <w:rPr>
          <w:rFonts w:eastAsia="Times New Roman" w:cs="Times New Roman"/>
          <w:szCs w:val="24"/>
        </w:rPr>
        <w:t>easy way</w:t>
      </w:r>
      <w:proofErr w:type="gramEnd"/>
      <w:r w:rsidRPr="00895EDA">
        <w:rPr>
          <w:rFonts w:eastAsia="Times New Roman" w:cs="Times New Roman"/>
          <w:szCs w:val="24"/>
        </w:rPr>
        <w:t xml:space="preserve"> out, but now it felt like the </w:t>
      </w:r>
      <w:proofErr w:type="gramStart"/>
      <w:r w:rsidRPr="00895EDA">
        <w:rPr>
          <w:rFonts w:eastAsia="Times New Roman" w:cs="Times New Roman"/>
          <w:szCs w:val="24"/>
        </w:rPr>
        <w:t>noose</w:t>
      </w:r>
      <w:proofErr w:type="gramEnd"/>
      <w:r w:rsidRPr="00895EDA">
        <w:rPr>
          <w:rFonts w:eastAsia="Times New Roman" w:cs="Times New Roman"/>
          <w:szCs w:val="24"/>
        </w:rPr>
        <w:t xml:space="preserve"> was tightening in ways he </w:t>
      </w:r>
      <w:proofErr w:type="gramStart"/>
      <w:r w:rsidRPr="00895EDA">
        <w:rPr>
          <w:rFonts w:eastAsia="Times New Roman" w:cs="Times New Roman"/>
          <w:szCs w:val="24"/>
        </w:rPr>
        <w:t>couldn’t</w:t>
      </w:r>
      <w:proofErr w:type="gramEnd"/>
      <w:r w:rsidRPr="00895EDA">
        <w:rPr>
          <w:rFonts w:eastAsia="Times New Roman" w:cs="Times New Roman"/>
          <w:szCs w:val="24"/>
        </w:rPr>
        <w:t xml:space="preserve"> anticipate. The government </w:t>
      </w:r>
      <w:proofErr w:type="gramStart"/>
      <w:r w:rsidRPr="00895EDA">
        <w:rPr>
          <w:rFonts w:eastAsia="Times New Roman" w:cs="Times New Roman"/>
          <w:szCs w:val="24"/>
        </w:rPr>
        <w:t>wasn’t</w:t>
      </w:r>
      <w:proofErr w:type="gramEnd"/>
      <w:r w:rsidRPr="00895EDA">
        <w:rPr>
          <w:rFonts w:eastAsia="Times New Roman" w:cs="Times New Roman"/>
          <w:szCs w:val="24"/>
        </w:rPr>
        <w:t xml:space="preserve"> just tracking him; they were orchestrating his every move. And all the while, the media was feeding the flames of public outcry.</w:t>
      </w:r>
    </w:p>
    <w:p w14:paraId="6CCDAA9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In the background, distant headlights flickered against the trees. Frank stood up abruptly, his senses on high alert. The hunter had become the hunted. He </w:t>
      </w:r>
      <w:proofErr w:type="gramStart"/>
      <w:r w:rsidRPr="00895EDA">
        <w:rPr>
          <w:rFonts w:eastAsia="Times New Roman" w:cs="Times New Roman"/>
          <w:szCs w:val="24"/>
        </w:rPr>
        <w:t>wasn’t</w:t>
      </w:r>
      <w:proofErr w:type="gramEnd"/>
      <w:r w:rsidRPr="00895EDA">
        <w:rPr>
          <w:rFonts w:eastAsia="Times New Roman" w:cs="Times New Roman"/>
          <w:szCs w:val="24"/>
        </w:rPr>
        <w:t xml:space="preserve"> just a fugitive now—he was a man </w:t>
      </w:r>
      <w:proofErr w:type="gramStart"/>
      <w:r w:rsidRPr="00895EDA">
        <w:rPr>
          <w:rFonts w:eastAsia="Times New Roman" w:cs="Times New Roman"/>
          <w:szCs w:val="24"/>
        </w:rPr>
        <w:t>being shaped</w:t>
      </w:r>
      <w:proofErr w:type="gramEnd"/>
      <w:r w:rsidRPr="00895EDA">
        <w:rPr>
          <w:rFonts w:eastAsia="Times New Roman" w:cs="Times New Roman"/>
          <w:szCs w:val="24"/>
        </w:rPr>
        <w:t xml:space="preserve"> and molded by a system that </w:t>
      </w:r>
      <w:proofErr w:type="gramStart"/>
      <w:r w:rsidRPr="00895EDA">
        <w:rPr>
          <w:rFonts w:eastAsia="Times New Roman" w:cs="Times New Roman"/>
          <w:szCs w:val="24"/>
        </w:rPr>
        <w:t>was designed</w:t>
      </w:r>
      <w:proofErr w:type="gramEnd"/>
      <w:r w:rsidRPr="00895EDA">
        <w:rPr>
          <w:rFonts w:eastAsia="Times New Roman" w:cs="Times New Roman"/>
          <w:szCs w:val="24"/>
        </w:rPr>
        <w:t xml:space="preserve"> to predict and control every part of his life. But what if this was all part of the test? What if this </w:t>
      </w:r>
      <w:proofErr w:type="gramStart"/>
      <w:r w:rsidRPr="00895EDA">
        <w:rPr>
          <w:rFonts w:eastAsia="Times New Roman" w:cs="Times New Roman"/>
          <w:szCs w:val="24"/>
        </w:rPr>
        <w:t>wasn’t</w:t>
      </w:r>
      <w:proofErr w:type="gramEnd"/>
      <w:r w:rsidRPr="00895EDA">
        <w:rPr>
          <w:rFonts w:eastAsia="Times New Roman" w:cs="Times New Roman"/>
          <w:szCs w:val="24"/>
        </w:rPr>
        <w:t xml:space="preserve"> </w:t>
      </w:r>
      <w:proofErr w:type="gramStart"/>
      <w:r w:rsidRPr="00895EDA">
        <w:rPr>
          <w:rFonts w:eastAsia="Times New Roman" w:cs="Times New Roman"/>
          <w:szCs w:val="24"/>
        </w:rPr>
        <w:t>just about him</w:t>
      </w:r>
      <w:proofErr w:type="gramEnd"/>
      <w:r w:rsidRPr="00895EDA">
        <w:rPr>
          <w:rFonts w:eastAsia="Times New Roman" w:cs="Times New Roman"/>
          <w:szCs w:val="24"/>
        </w:rPr>
        <w:t xml:space="preserve"> escaping—it was about him becoming the very thing the program had predicted?</w:t>
      </w:r>
    </w:p>
    <w:p w14:paraId="2915BEA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The sharp, cold bite of the wind whipped through the trees. Frank took a deep breath. No time to </w:t>
      </w:r>
      <w:proofErr w:type="gramStart"/>
      <w:r w:rsidRPr="00895EDA">
        <w:rPr>
          <w:rFonts w:eastAsia="Times New Roman" w:cs="Times New Roman"/>
          <w:szCs w:val="24"/>
        </w:rPr>
        <w:t>think</w:t>
      </w:r>
      <w:proofErr w:type="gramEnd"/>
      <w:r w:rsidRPr="00895EDA">
        <w:rPr>
          <w:rFonts w:eastAsia="Times New Roman" w:cs="Times New Roman"/>
          <w:szCs w:val="24"/>
        </w:rPr>
        <w:t xml:space="preserve"> too long. The decision </w:t>
      </w:r>
      <w:proofErr w:type="gramStart"/>
      <w:r w:rsidRPr="00895EDA">
        <w:rPr>
          <w:rFonts w:eastAsia="Times New Roman" w:cs="Times New Roman"/>
          <w:szCs w:val="24"/>
        </w:rPr>
        <w:t>wasn’t</w:t>
      </w:r>
      <w:proofErr w:type="gramEnd"/>
      <w:r w:rsidRPr="00895EDA">
        <w:rPr>
          <w:rFonts w:eastAsia="Times New Roman" w:cs="Times New Roman"/>
          <w:szCs w:val="24"/>
        </w:rPr>
        <w:t xml:space="preserve"> his to make </w:t>
      </w:r>
      <w:proofErr w:type="gramStart"/>
      <w:r w:rsidRPr="00895EDA">
        <w:rPr>
          <w:rFonts w:eastAsia="Times New Roman" w:cs="Times New Roman"/>
          <w:szCs w:val="24"/>
        </w:rPr>
        <w:t>anymore—</w:t>
      </w:r>
      <w:proofErr w:type="gramEnd"/>
      <w:r w:rsidRPr="00895EDA">
        <w:rPr>
          <w:rFonts w:eastAsia="Times New Roman" w:cs="Times New Roman"/>
          <w:szCs w:val="24"/>
        </w:rPr>
        <w:t>everything he did now, every move, was part of the machine that had already been set in motion.</w:t>
      </w:r>
    </w:p>
    <w:p w14:paraId="424063F0" w14:textId="77777777" w:rsidR="00895EDA" w:rsidRPr="00895EDA" w:rsidRDefault="002010FF" w:rsidP="00895EDA">
      <w:pPr>
        <w:rPr>
          <w:rFonts w:eastAsia="Times New Roman" w:cs="Times New Roman"/>
          <w:szCs w:val="24"/>
        </w:rPr>
      </w:pPr>
      <w:r>
        <w:rPr>
          <w:rFonts w:eastAsia="Times New Roman" w:cs="Times New Roman"/>
          <w:szCs w:val="24"/>
        </w:rPr>
        <w:pict w14:anchorId="2F6E6BCB">
          <v:rect id="_x0000_i1058" style="width:0;height:1.5pt" o:hralign="center" o:hrstd="t" o:hr="t" fillcolor="#a0a0a0" stroked="f"/>
        </w:pict>
      </w:r>
    </w:p>
    <w:p w14:paraId="3B46C26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A Nation in Fear</w:t>
      </w:r>
    </w:p>
    <w:p w14:paraId="249CEFE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lastRenderedPageBreak/>
        <w:t xml:space="preserve">As the night wore on, Frank kept his mind focused on the mission. The only </w:t>
      </w:r>
      <w:proofErr w:type="gramStart"/>
      <w:r w:rsidRPr="00895EDA">
        <w:rPr>
          <w:rFonts w:eastAsia="Times New Roman" w:cs="Times New Roman"/>
          <w:szCs w:val="24"/>
        </w:rPr>
        <w:t>thing keeping</w:t>
      </w:r>
      <w:proofErr w:type="gramEnd"/>
      <w:r w:rsidRPr="00895EDA">
        <w:rPr>
          <w:rFonts w:eastAsia="Times New Roman" w:cs="Times New Roman"/>
          <w:szCs w:val="24"/>
        </w:rPr>
        <w:t xml:space="preserve"> him grounded was the elusive message that had come through. His mind looped around the words: </w:t>
      </w:r>
      <w:r w:rsidRPr="00895EDA">
        <w:rPr>
          <w:rFonts w:eastAsia="Times New Roman" w:cs="Times New Roman"/>
          <w:i/>
          <w:iCs/>
          <w:szCs w:val="24"/>
        </w:rPr>
        <w:t>"You're the final test."</w:t>
      </w:r>
    </w:p>
    <w:p w14:paraId="33ACBF92"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The country was in turmoil. The </w:t>
      </w:r>
      <w:proofErr w:type="gramStart"/>
      <w:r w:rsidRPr="00895EDA">
        <w:rPr>
          <w:rFonts w:eastAsia="Times New Roman" w:cs="Times New Roman"/>
          <w:szCs w:val="24"/>
        </w:rPr>
        <w:t>manhunt</w:t>
      </w:r>
      <w:proofErr w:type="gramEnd"/>
      <w:r w:rsidRPr="00895EDA">
        <w:rPr>
          <w:rFonts w:eastAsia="Times New Roman" w:cs="Times New Roman"/>
          <w:szCs w:val="24"/>
        </w:rPr>
        <w:t xml:space="preserve"> was the focal point of national conversation. What had started as a program aimed at preventing crime had morphed into a full-blown justification for government overreach. And as Frank’s case had progressed, the national mood had shifted. People </w:t>
      </w:r>
      <w:proofErr w:type="gramStart"/>
      <w:r w:rsidRPr="00895EDA">
        <w:rPr>
          <w:rFonts w:eastAsia="Times New Roman" w:cs="Times New Roman"/>
          <w:szCs w:val="24"/>
        </w:rPr>
        <w:t>weren’t</w:t>
      </w:r>
      <w:proofErr w:type="gramEnd"/>
      <w:r w:rsidRPr="00895EDA">
        <w:rPr>
          <w:rFonts w:eastAsia="Times New Roman" w:cs="Times New Roman"/>
          <w:szCs w:val="24"/>
        </w:rPr>
        <w:t xml:space="preserve"> just afraid of what Frank had </w:t>
      </w:r>
      <w:proofErr w:type="gramStart"/>
      <w:r w:rsidRPr="00895EDA">
        <w:rPr>
          <w:rFonts w:eastAsia="Times New Roman" w:cs="Times New Roman"/>
          <w:szCs w:val="24"/>
        </w:rPr>
        <w:t>done—</w:t>
      </w:r>
      <w:proofErr w:type="gramEnd"/>
      <w:r w:rsidRPr="00895EDA">
        <w:rPr>
          <w:rFonts w:eastAsia="Times New Roman" w:cs="Times New Roman"/>
          <w:szCs w:val="24"/>
        </w:rPr>
        <w:t xml:space="preserve">they were afraid of the chaos he represented. The government painted him as the living proof of the system’s success, and the people had begun to believe it. They saw him as a threat that needed to </w:t>
      </w:r>
      <w:proofErr w:type="gramStart"/>
      <w:r w:rsidRPr="00895EDA">
        <w:rPr>
          <w:rFonts w:eastAsia="Times New Roman" w:cs="Times New Roman"/>
          <w:szCs w:val="24"/>
        </w:rPr>
        <w:t>be eliminated</w:t>
      </w:r>
      <w:proofErr w:type="gramEnd"/>
      <w:r w:rsidRPr="00895EDA">
        <w:rPr>
          <w:rFonts w:eastAsia="Times New Roman" w:cs="Times New Roman"/>
          <w:szCs w:val="24"/>
        </w:rPr>
        <w:t xml:space="preserve"> before it was too late.</w:t>
      </w:r>
    </w:p>
    <w:p w14:paraId="053E1C89"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The public narrative was growing louder, more insistent. Each day, the media spun a new headline, each one more damning than the last: </w:t>
      </w:r>
      <w:r w:rsidRPr="00895EDA">
        <w:rPr>
          <w:rFonts w:eastAsia="Times New Roman" w:cs="Times New Roman"/>
          <w:i/>
          <w:iCs/>
          <w:szCs w:val="24"/>
        </w:rPr>
        <w:t>"Manhunt Intensifies"</w:t>
      </w:r>
      <w:r w:rsidRPr="00895EDA">
        <w:rPr>
          <w:rFonts w:eastAsia="Times New Roman" w:cs="Times New Roman"/>
          <w:szCs w:val="24"/>
        </w:rPr>
        <w:t xml:space="preserve">, </w:t>
      </w:r>
      <w:r w:rsidRPr="00895EDA">
        <w:rPr>
          <w:rFonts w:eastAsia="Times New Roman" w:cs="Times New Roman"/>
          <w:i/>
          <w:iCs/>
          <w:szCs w:val="24"/>
        </w:rPr>
        <w:t>"Dangers of Unchecked Extremism"</w:t>
      </w:r>
      <w:r w:rsidRPr="00895EDA">
        <w:rPr>
          <w:rFonts w:eastAsia="Times New Roman" w:cs="Times New Roman"/>
          <w:szCs w:val="24"/>
        </w:rPr>
        <w:t xml:space="preserve">, </w:t>
      </w:r>
      <w:r w:rsidRPr="00895EDA">
        <w:rPr>
          <w:rFonts w:eastAsia="Times New Roman" w:cs="Times New Roman"/>
          <w:i/>
          <w:iCs/>
          <w:szCs w:val="24"/>
        </w:rPr>
        <w:t>"Pre-Conviction System Proves Its Power"</w:t>
      </w:r>
      <w:r w:rsidRPr="00895EDA">
        <w:rPr>
          <w:rFonts w:eastAsia="Times New Roman" w:cs="Times New Roman"/>
          <w:szCs w:val="24"/>
        </w:rPr>
        <w:t xml:space="preserve">. It was clear now that Frank was more than just a fugitive. He was a symbol of something much </w:t>
      </w:r>
      <w:proofErr w:type="gramStart"/>
      <w:r w:rsidRPr="00895EDA">
        <w:rPr>
          <w:rFonts w:eastAsia="Times New Roman" w:cs="Times New Roman"/>
          <w:szCs w:val="24"/>
        </w:rPr>
        <w:t>bigger—a</w:t>
      </w:r>
      <w:proofErr w:type="gramEnd"/>
      <w:r w:rsidRPr="00895EDA">
        <w:rPr>
          <w:rFonts w:eastAsia="Times New Roman" w:cs="Times New Roman"/>
          <w:szCs w:val="24"/>
        </w:rPr>
        <w:t xml:space="preserve"> question mark for the world to answer. A question that the government had already framed, ready for the public to decide.</w:t>
      </w:r>
    </w:p>
    <w:p w14:paraId="3AD954BD" w14:textId="77777777" w:rsidR="00895EDA" w:rsidRPr="00895EDA" w:rsidRDefault="002010FF" w:rsidP="00895EDA">
      <w:pPr>
        <w:rPr>
          <w:rFonts w:eastAsia="Times New Roman" w:cs="Times New Roman"/>
          <w:szCs w:val="24"/>
        </w:rPr>
      </w:pPr>
      <w:r>
        <w:rPr>
          <w:rFonts w:eastAsia="Times New Roman" w:cs="Times New Roman"/>
          <w:szCs w:val="24"/>
        </w:rPr>
        <w:pict w14:anchorId="3A2A0D48">
          <v:rect id="_x0000_i1059" style="width:0;height:1.5pt" o:hralign="center" o:hrstd="t" o:hr="t" fillcolor="#a0a0a0" stroked="f"/>
        </w:pict>
      </w:r>
    </w:p>
    <w:p w14:paraId="3E94AD81"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The Approach</w:t>
      </w:r>
    </w:p>
    <w:p w14:paraId="68D0F55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By the time Frank reached the outskirts of Lenox, the rain had started to fall. The mist clung to the trees, and the world felt suffocating. There was no time to waste. The locker was the only lead he had, and if he </w:t>
      </w:r>
      <w:proofErr w:type="gramStart"/>
      <w:r w:rsidRPr="00895EDA">
        <w:rPr>
          <w:rFonts w:eastAsia="Times New Roman" w:cs="Times New Roman"/>
          <w:szCs w:val="24"/>
        </w:rPr>
        <w:t>didn’t</w:t>
      </w:r>
      <w:proofErr w:type="gramEnd"/>
      <w:r w:rsidRPr="00895EDA">
        <w:rPr>
          <w:rFonts w:eastAsia="Times New Roman" w:cs="Times New Roman"/>
          <w:szCs w:val="24"/>
        </w:rPr>
        <w:t xml:space="preserve"> make it to the </w:t>
      </w:r>
      <w:proofErr w:type="gramStart"/>
      <w:r w:rsidRPr="00895EDA">
        <w:rPr>
          <w:rFonts w:eastAsia="Times New Roman" w:cs="Times New Roman"/>
          <w:szCs w:val="24"/>
        </w:rPr>
        <w:t>drop in</w:t>
      </w:r>
      <w:proofErr w:type="gramEnd"/>
      <w:r w:rsidRPr="00895EDA">
        <w:rPr>
          <w:rFonts w:eastAsia="Times New Roman" w:cs="Times New Roman"/>
          <w:szCs w:val="24"/>
        </w:rPr>
        <w:t xml:space="preserve"> time, </w:t>
      </w:r>
      <w:proofErr w:type="gramStart"/>
      <w:r w:rsidRPr="00895EDA">
        <w:rPr>
          <w:rFonts w:eastAsia="Times New Roman" w:cs="Times New Roman"/>
          <w:szCs w:val="24"/>
        </w:rPr>
        <w:t>he’d</w:t>
      </w:r>
      <w:proofErr w:type="gramEnd"/>
      <w:r w:rsidRPr="00895EDA">
        <w:rPr>
          <w:rFonts w:eastAsia="Times New Roman" w:cs="Times New Roman"/>
          <w:szCs w:val="24"/>
        </w:rPr>
        <w:t xml:space="preserve"> lose the last chance for answers.</w:t>
      </w:r>
    </w:p>
    <w:p w14:paraId="336115C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He had to trust the message. Despite the overwhelming paranoia, despite the sting of betrayal that had been eating at him for days—he had no choice.</w:t>
      </w:r>
    </w:p>
    <w:p w14:paraId="2E8C25F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train museum loomed ahead. It looked deserted, the kind of place no one thought to visit in the middle of the night. Frank had been there before. A quiet, inconspicuous location where things could disappear. The perfect spot for a dead drop.</w:t>
      </w:r>
    </w:p>
    <w:p w14:paraId="519A407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As he walked toward the entrance, his heart pounded in his chest. Each step was a gamble. Each breath felt like the last.</w:t>
      </w:r>
    </w:p>
    <w:p w14:paraId="25A6E74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Inside the museum, the air smelled of dust and rust. Frank kept low, his movements quick and deliberate. The locker </w:t>
      </w:r>
      <w:proofErr w:type="gramStart"/>
      <w:r w:rsidRPr="00895EDA">
        <w:rPr>
          <w:rFonts w:eastAsia="Times New Roman" w:cs="Times New Roman"/>
          <w:szCs w:val="24"/>
        </w:rPr>
        <w:t>28</w:t>
      </w:r>
      <w:proofErr w:type="gramEnd"/>
      <w:r w:rsidRPr="00895EDA">
        <w:rPr>
          <w:rFonts w:eastAsia="Times New Roman" w:cs="Times New Roman"/>
          <w:szCs w:val="24"/>
        </w:rPr>
        <w:t xml:space="preserve"> </w:t>
      </w:r>
      <w:proofErr w:type="gramStart"/>
      <w:r w:rsidRPr="00895EDA">
        <w:rPr>
          <w:rFonts w:eastAsia="Times New Roman" w:cs="Times New Roman"/>
          <w:szCs w:val="24"/>
        </w:rPr>
        <w:t>was tucked</w:t>
      </w:r>
      <w:proofErr w:type="gramEnd"/>
      <w:r w:rsidRPr="00895EDA">
        <w:rPr>
          <w:rFonts w:eastAsia="Times New Roman" w:cs="Times New Roman"/>
          <w:szCs w:val="24"/>
        </w:rPr>
        <w:t xml:space="preserve"> in the far corner. He was </w:t>
      </w:r>
      <w:proofErr w:type="gramStart"/>
      <w:r w:rsidRPr="00895EDA">
        <w:rPr>
          <w:rFonts w:eastAsia="Times New Roman" w:cs="Times New Roman"/>
          <w:szCs w:val="24"/>
        </w:rPr>
        <w:t>almost there</w:t>
      </w:r>
      <w:proofErr w:type="gramEnd"/>
      <w:r w:rsidRPr="00895EDA">
        <w:rPr>
          <w:rFonts w:eastAsia="Times New Roman" w:cs="Times New Roman"/>
          <w:szCs w:val="24"/>
        </w:rPr>
        <w:t xml:space="preserve">—just </w:t>
      </w:r>
      <w:proofErr w:type="gramStart"/>
      <w:r w:rsidRPr="00895EDA">
        <w:rPr>
          <w:rFonts w:eastAsia="Times New Roman" w:cs="Times New Roman"/>
          <w:szCs w:val="24"/>
        </w:rPr>
        <w:t>a few</w:t>
      </w:r>
      <w:proofErr w:type="gramEnd"/>
      <w:r w:rsidRPr="00895EDA">
        <w:rPr>
          <w:rFonts w:eastAsia="Times New Roman" w:cs="Times New Roman"/>
          <w:szCs w:val="24"/>
        </w:rPr>
        <w:t xml:space="preserve"> more feet.</w:t>
      </w:r>
    </w:p>
    <w:p w14:paraId="0F023E92" w14:textId="77777777" w:rsidR="00895EDA" w:rsidRPr="00895EDA" w:rsidRDefault="002010FF" w:rsidP="00895EDA">
      <w:pPr>
        <w:rPr>
          <w:rFonts w:eastAsia="Times New Roman" w:cs="Times New Roman"/>
          <w:szCs w:val="24"/>
        </w:rPr>
      </w:pPr>
      <w:r>
        <w:rPr>
          <w:rFonts w:eastAsia="Times New Roman" w:cs="Times New Roman"/>
          <w:szCs w:val="24"/>
        </w:rPr>
        <w:pict w14:anchorId="7A4C6862">
          <v:rect id="_x0000_i1060" style="width:0;height:1.5pt" o:hralign="center" o:hrstd="t" o:hr="t" fillcolor="#a0a0a0" stroked="f"/>
        </w:pict>
      </w:r>
    </w:p>
    <w:p w14:paraId="642722F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The Final Drop</w:t>
      </w:r>
    </w:p>
    <w:p w14:paraId="4C75DD0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Frank reached the locker and entered the code. It clicked open. Inside, there was a large, unmarked envelope. He tore it open, hands trembling as he pulled out the contents.</w:t>
      </w:r>
    </w:p>
    <w:p w14:paraId="60AC902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Inside the envelope was a thick stack of papers, but there was no time to </w:t>
      </w:r>
      <w:proofErr w:type="gramStart"/>
      <w:r w:rsidRPr="00895EDA">
        <w:rPr>
          <w:rFonts w:eastAsia="Times New Roman" w:cs="Times New Roman"/>
          <w:szCs w:val="24"/>
        </w:rPr>
        <w:t>read through</w:t>
      </w:r>
      <w:proofErr w:type="gramEnd"/>
      <w:r w:rsidRPr="00895EDA">
        <w:rPr>
          <w:rFonts w:eastAsia="Times New Roman" w:cs="Times New Roman"/>
          <w:szCs w:val="24"/>
        </w:rPr>
        <w:t xml:space="preserve"> them. A note </w:t>
      </w:r>
      <w:proofErr w:type="gramStart"/>
      <w:r w:rsidRPr="00895EDA">
        <w:rPr>
          <w:rFonts w:eastAsia="Times New Roman" w:cs="Times New Roman"/>
          <w:szCs w:val="24"/>
        </w:rPr>
        <w:t>was attached</w:t>
      </w:r>
      <w:proofErr w:type="gramEnd"/>
      <w:r w:rsidRPr="00895EDA">
        <w:rPr>
          <w:rFonts w:eastAsia="Times New Roman" w:cs="Times New Roman"/>
          <w:szCs w:val="24"/>
        </w:rPr>
        <w:t xml:space="preserve"> to the top.</w:t>
      </w:r>
    </w:p>
    <w:p w14:paraId="57234717"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 xml:space="preserve">"Meet me at the Dollhouse. You </w:t>
      </w:r>
      <w:proofErr w:type="gramStart"/>
      <w:r w:rsidRPr="00895EDA">
        <w:rPr>
          <w:rFonts w:eastAsia="Times New Roman" w:cs="Times New Roman"/>
          <w:b/>
          <w:bCs/>
          <w:szCs w:val="24"/>
        </w:rPr>
        <w:t>have to</w:t>
      </w:r>
      <w:proofErr w:type="gramEnd"/>
      <w:r w:rsidRPr="00895EDA">
        <w:rPr>
          <w:rFonts w:eastAsia="Times New Roman" w:cs="Times New Roman"/>
          <w:b/>
          <w:bCs/>
          <w:szCs w:val="24"/>
        </w:rPr>
        <w:t xml:space="preserve"> come now. The system is already watching. Roth knows everything. </w:t>
      </w:r>
      <w:proofErr w:type="gramStart"/>
      <w:r w:rsidRPr="00895EDA">
        <w:rPr>
          <w:rFonts w:eastAsia="Times New Roman" w:cs="Times New Roman"/>
          <w:b/>
          <w:bCs/>
          <w:szCs w:val="24"/>
        </w:rPr>
        <w:t>You’re</w:t>
      </w:r>
      <w:proofErr w:type="gramEnd"/>
      <w:r w:rsidRPr="00895EDA">
        <w:rPr>
          <w:rFonts w:eastAsia="Times New Roman" w:cs="Times New Roman"/>
          <w:b/>
          <w:bCs/>
          <w:szCs w:val="24"/>
        </w:rPr>
        <w:t xml:space="preserve"> not just a test. </w:t>
      </w:r>
      <w:proofErr w:type="gramStart"/>
      <w:r w:rsidRPr="00895EDA">
        <w:rPr>
          <w:rFonts w:eastAsia="Times New Roman" w:cs="Times New Roman"/>
          <w:b/>
          <w:bCs/>
          <w:szCs w:val="24"/>
        </w:rPr>
        <w:t>You’re</w:t>
      </w:r>
      <w:proofErr w:type="gramEnd"/>
      <w:r w:rsidRPr="00895EDA">
        <w:rPr>
          <w:rFonts w:eastAsia="Times New Roman" w:cs="Times New Roman"/>
          <w:b/>
          <w:bCs/>
          <w:szCs w:val="24"/>
        </w:rPr>
        <w:t xml:space="preserve"> the final variable. If you want to stop this, you have to make the right choice."</w:t>
      </w:r>
    </w:p>
    <w:p w14:paraId="7F6B212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lastRenderedPageBreak/>
        <w:t>The words burned in his mind. Roth knew everything. Everything about him. Every move. Every fear. Every weakness.</w:t>
      </w:r>
    </w:p>
    <w:p w14:paraId="4BE3F9A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The Dollhouse was his next step. It was the heart of the </w:t>
      </w:r>
      <w:proofErr w:type="gramStart"/>
      <w:r w:rsidRPr="00895EDA">
        <w:rPr>
          <w:rFonts w:eastAsia="Times New Roman" w:cs="Times New Roman"/>
          <w:szCs w:val="24"/>
        </w:rPr>
        <w:t>system—the place</w:t>
      </w:r>
      <w:proofErr w:type="gramEnd"/>
      <w:r w:rsidRPr="00895EDA">
        <w:rPr>
          <w:rFonts w:eastAsia="Times New Roman" w:cs="Times New Roman"/>
          <w:szCs w:val="24"/>
        </w:rPr>
        <w:t xml:space="preserve"> where everything </w:t>
      </w:r>
      <w:proofErr w:type="gramStart"/>
      <w:r w:rsidRPr="00895EDA">
        <w:rPr>
          <w:rFonts w:eastAsia="Times New Roman" w:cs="Times New Roman"/>
          <w:szCs w:val="24"/>
        </w:rPr>
        <w:t>was decided</w:t>
      </w:r>
      <w:proofErr w:type="gramEnd"/>
      <w:r w:rsidRPr="00895EDA">
        <w:rPr>
          <w:rFonts w:eastAsia="Times New Roman" w:cs="Times New Roman"/>
          <w:szCs w:val="24"/>
        </w:rPr>
        <w:t xml:space="preserve">, where the data on him and everyone else had </w:t>
      </w:r>
      <w:proofErr w:type="gramStart"/>
      <w:r w:rsidRPr="00895EDA">
        <w:rPr>
          <w:rFonts w:eastAsia="Times New Roman" w:cs="Times New Roman"/>
          <w:szCs w:val="24"/>
        </w:rPr>
        <w:t>been collected</w:t>
      </w:r>
      <w:proofErr w:type="gramEnd"/>
      <w:r w:rsidRPr="00895EDA">
        <w:rPr>
          <w:rFonts w:eastAsia="Times New Roman" w:cs="Times New Roman"/>
          <w:szCs w:val="24"/>
        </w:rPr>
        <w:t xml:space="preserve"> and analyzed. It was the place that would hold the key to stopping this madness—or so Rachel had promised.</w:t>
      </w:r>
    </w:p>
    <w:p w14:paraId="03ECB0A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But Frank knew one thing: once he walked into the Dollhouse, there would be no turning back. He would have to confront everything. His past. His choices. His role in this twisted experiment. And the reality of </w:t>
      </w:r>
      <w:proofErr w:type="gramStart"/>
      <w:r w:rsidRPr="00895EDA">
        <w:rPr>
          <w:rFonts w:eastAsia="Times New Roman" w:cs="Times New Roman"/>
          <w:szCs w:val="24"/>
        </w:rPr>
        <w:t>whether or not</w:t>
      </w:r>
      <w:proofErr w:type="gramEnd"/>
      <w:r w:rsidRPr="00895EDA">
        <w:rPr>
          <w:rFonts w:eastAsia="Times New Roman" w:cs="Times New Roman"/>
          <w:szCs w:val="24"/>
        </w:rPr>
        <w:t xml:space="preserve"> he could still </w:t>
      </w:r>
      <w:proofErr w:type="gramStart"/>
      <w:r w:rsidRPr="00895EDA">
        <w:rPr>
          <w:rFonts w:eastAsia="Times New Roman" w:cs="Times New Roman"/>
          <w:szCs w:val="24"/>
        </w:rPr>
        <w:t>make a difference</w:t>
      </w:r>
      <w:proofErr w:type="gramEnd"/>
      <w:r w:rsidRPr="00895EDA">
        <w:rPr>
          <w:rFonts w:eastAsia="Times New Roman" w:cs="Times New Roman"/>
          <w:szCs w:val="24"/>
        </w:rPr>
        <w:t>.</w:t>
      </w:r>
    </w:p>
    <w:p w14:paraId="2A424A6B" w14:textId="77777777" w:rsidR="00895EDA" w:rsidRPr="00895EDA" w:rsidRDefault="002010FF" w:rsidP="00895EDA">
      <w:pPr>
        <w:rPr>
          <w:rFonts w:eastAsia="Times New Roman" w:cs="Times New Roman"/>
          <w:szCs w:val="24"/>
        </w:rPr>
      </w:pPr>
      <w:r>
        <w:rPr>
          <w:rFonts w:eastAsia="Times New Roman" w:cs="Times New Roman"/>
          <w:szCs w:val="24"/>
        </w:rPr>
        <w:pict w14:anchorId="604D60A6">
          <v:rect id="_x0000_i1061" style="width:0;height:1.5pt" o:hralign="center" o:hrstd="t" o:hr="t" fillcolor="#a0a0a0" stroked="f"/>
        </w:pict>
      </w:r>
    </w:p>
    <w:p w14:paraId="4C2DAA7C"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 xml:space="preserve">A </w:t>
      </w:r>
      <w:proofErr w:type="gramStart"/>
      <w:r w:rsidRPr="00895EDA">
        <w:rPr>
          <w:rFonts w:eastAsia="Times New Roman" w:cs="Times New Roman"/>
          <w:b/>
          <w:bCs/>
          <w:szCs w:val="24"/>
        </w:rPr>
        <w:t>Nation Divided</w:t>
      </w:r>
      <w:proofErr w:type="gramEnd"/>
    </w:p>
    <w:p w14:paraId="0EF2390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Meanwhile, the pressure on the government to bring Frank in was mounting. News outlets across the country </w:t>
      </w:r>
      <w:proofErr w:type="gramStart"/>
      <w:r w:rsidRPr="00895EDA">
        <w:rPr>
          <w:rFonts w:eastAsia="Times New Roman" w:cs="Times New Roman"/>
          <w:szCs w:val="24"/>
        </w:rPr>
        <w:t>were filled</w:t>
      </w:r>
      <w:proofErr w:type="gramEnd"/>
      <w:r w:rsidRPr="00895EDA">
        <w:rPr>
          <w:rFonts w:eastAsia="Times New Roman" w:cs="Times New Roman"/>
          <w:szCs w:val="24"/>
        </w:rPr>
        <w:t xml:space="preserve"> with images of his face, stories of his </w:t>
      </w:r>
      <w:proofErr w:type="gramStart"/>
      <w:r w:rsidRPr="00895EDA">
        <w:rPr>
          <w:rFonts w:eastAsia="Times New Roman" w:cs="Times New Roman"/>
          <w:szCs w:val="24"/>
        </w:rPr>
        <w:t>supposed guilt</w:t>
      </w:r>
      <w:proofErr w:type="gramEnd"/>
      <w:r w:rsidRPr="00895EDA">
        <w:rPr>
          <w:rFonts w:eastAsia="Times New Roman" w:cs="Times New Roman"/>
          <w:szCs w:val="24"/>
        </w:rPr>
        <w:t xml:space="preserve">, and pleas from officials demanding that he </w:t>
      </w:r>
      <w:proofErr w:type="gramStart"/>
      <w:r w:rsidRPr="00895EDA">
        <w:rPr>
          <w:rFonts w:eastAsia="Times New Roman" w:cs="Times New Roman"/>
          <w:szCs w:val="24"/>
        </w:rPr>
        <w:t>be brought</w:t>
      </w:r>
      <w:proofErr w:type="gramEnd"/>
      <w:r w:rsidRPr="00895EDA">
        <w:rPr>
          <w:rFonts w:eastAsia="Times New Roman" w:cs="Times New Roman"/>
          <w:szCs w:val="24"/>
        </w:rPr>
        <w:t xml:space="preserve"> to justice. The public was restless, divided. </w:t>
      </w:r>
      <w:proofErr w:type="gramStart"/>
      <w:r w:rsidRPr="00895EDA">
        <w:rPr>
          <w:rFonts w:eastAsia="Times New Roman" w:cs="Times New Roman"/>
          <w:szCs w:val="24"/>
        </w:rPr>
        <w:t>Many</w:t>
      </w:r>
      <w:proofErr w:type="gramEnd"/>
      <w:r w:rsidRPr="00895EDA">
        <w:rPr>
          <w:rFonts w:eastAsia="Times New Roman" w:cs="Times New Roman"/>
          <w:szCs w:val="24"/>
        </w:rPr>
        <w:t xml:space="preserve"> rallied behind the government's efforts, believing that Frank was a threat to the safety of the nation. They called for his immediate capture, demanding that the system work.</w:t>
      </w:r>
    </w:p>
    <w:p w14:paraId="7D839809"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But </w:t>
      </w:r>
      <w:proofErr w:type="gramStart"/>
      <w:r w:rsidRPr="00895EDA">
        <w:rPr>
          <w:rFonts w:eastAsia="Times New Roman" w:cs="Times New Roman"/>
          <w:szCs w:val="24"/>
        </w:rPr>
        <w:t>others—</w:t>
      </w:r>
      <w:proofErr w:type="gramEnd"/>
      <w:r w:rsidRPr="00895EDA">
        <w:rPr>
          <w:rFonts w:eastAsia="Times New Roman" w:cs="Times New Roman"/>
          <w:szCs w:val="24"/>
        </w:rPr>
        <w:t xml:space="preserve">people who had been watching the program unfold from the outside—were beginning to question the legitimacy of the Pre-Conviction system. Could it really </w:t>
      </w:r>
      <w:proofErr w:type="gramStart"/>
      <w:r w:rsidRPr="00895EDA">
        <w:rPr>
          <w:rFonts w:eastAsia="Times New Roman" w:cs="Times New Roman"/>
          <w:szCs w:val="24"/>
        </w:rPr>
        <w:t>be trusted</w:t>
      </w:r>
      <w:proofErr w:type="gramEnd"/>
      <w:r w:rsidRPr="00895EDA">
        <w:rPr>
          <w:rFonts w:eastAsia="Times New Roman" w:cs="Times New Roman"/>
          <w:szCs w:val="24"/>
        </w:rPr>
        <w:t xml:space="preserve">? Or was it </w:t>
      </w:r>
      <w:proofErr w:type="gramStart"/>
      <w:r w:rsidRPr="00895EDA">
        <w:rPr>
          <w:rFonts w:eastAsia="Times New Roman" w:cs="Times New Roman"/>
          <w:szCs w:val="24"/>
        </w:rPr>
        <w:t>being used</w:t>
      </w:r>
      <w:proofErr w:type="gramEnd"/>
      <w:r w:rsidRPr="00895EDA">
        <w:rPr>
          <w:rFonts w:eastAsia="Times New Roman" w:cs="Times New Roman"/>
          <w:szCs w:val="24"/>
        </w:rPr>
        <w:t xml:space="preserve"> to target the wrong people for the wrong reasons?</w:t>
      </w:r>
    </w:p>
    <w:p w14:paraId="3C6C9C3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Frank’s case had become the symbol of the debate—on one side, the belief that the system would prevent future violence. On the </w:t>
      </w:r>
      <w:proofErr w:type="gramStart"/>
      <w:r w:rsidRPr="00895EDA">
        <w:rPr>
          <w:rFonts w:eastAsia="Times New Roman" w:cs="Times New Roman"/>
          <w:szCs w:val="24"/>
        </w:rPr>
        <w:t>other</w:t>
      </w:r>
      <w:proofErr w:type="gramEnd"/>
      <w:r w:rsidRPr="00895EDA">
        <w:rPr>
          <w:rFonts w:eastAsia="Times New Roman" w:cs="Times New Roman"/>
          <w:szCs w:val="24"/>
        </w:rPr>
        <w:t>, the fear that the system itself had become the greatest threat.</w:t>
      </w:r>
    </w:p>
    <w:p w14:paraId="2DB0AE49" w14:textId="77777777" w:rsidR="00895EDA" w:rsidRPr="00895EDA" w:rsidRDefault="002010FF" w:rsidP="00895EDA">
      <w:pPr>
        <w:rPr>
          <w:rFonts w:eastAsia="Times New Roman" w:cs="Times New Roman"/>
          <w:szCs w:val="24"/>
        </w:rPr>
      </w:pPr>
      <w:r>
        <w:rPr>
          <w:rFonts w:eastAsia="Times New Roman" w:cs="Times New Roman"/>
          <w:szCs w:val="24"/>
        </w:rPr>
        <w:pict w14:anchorId="1381B39F">
          <v:rect id="_x0000_i1062" style="width:0;height:1.5pt" o:hralign="center" o:hrstd="t" o:hr="t" fillcolor="#a0a0a0" stroked="f"/>
        </w:pict>
      </w:r>
    </w:p>
    <w:p w14:paraId="6E1AFFF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The Decision</w:t>
      </w:r>
    </w:p>
    <w:p w14:paraId="1CDB3BB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Frank took a deep breath, slipping the envelope back into his bag. He </w:t>
      </w:r>
      <w:proofErr w:type="gramStart"/>
      <w:r w:rsidRPr="00895EDA">
        <w:rPr>
          <w:rFonts w:eastAsia="Times New Roman" w:cs="Times New Roman"/>
          <w:szCs w:val="24"/>
        </w:rPr>
        <w:t>couldn’t</w:t>
      </w:r>
      <w:proofErr w:type="gramEnd"/>
      <w:r w:rsidRPr="00895EDA">
        <w:rPr>
          <w:rFonts w:eastAsia="Times New Roman" w:cs="Times New Roman"/>
          <w:szCs w:val="24"/>
        </w:rPr>
        <w:t xml:space="preserve"> afford to waste time. The Dollhouse awaited.</w:t>
      </w:r>
    </w:p>
    <w:p w14:paraId="218FAFB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As he stepped out of the museum and into the night, he could feel the weight of the world pressing down on him. He </w:t>
      </w:r>
      <w:proofErr w:type="gramStart"/>
      <w:r w:rsidRPr="00895EDA">
        <w:rPr>
          <w:rFonts w:eastAsia="Times New Roman" w:cs="Times New Roman"/>
          <w:szCs w:val="24"/>
        </w:rPr>
        <w:t>didn’t</w:t>
      </w:r>
      <w:proofErr w:type="gramEnd"/>
      <w:r w:rsidRPr="00895EDA">
        <w:rPr>
          <w:rFonts w:eastAsia="Times New Roman" w:cs="Times New Roman"/>
          <w:szCs w:val="24"/>
        </w:rPr>
        <w:t xml:space="preserve"> know if he was doing the right thing. But there was no turning back now.</w:t>
      </w:r>
    </w:p>
    <w:p w14:paraId="20556C42"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The </w:t>
      </w:r>
      <w:proofErr w:type="gramStart"/>
      <w:r w:rsidRPr="00895EDA">
        <w:rPr>
          <w:rFonts w:eastAsia="Times New Roman" w:cs="Times New Roman"/>
          <w:szCs w:val="24"/>
        </w:rPr>
        <w:t>manhunt</w:t>
      </w:r>
      <w:proofErr w:type="gramEnd"/>
      <w:r w:rsidRPr="00895EDA">
        <w:rPr>
          <w:rFonts w:eastAsia="Times New Roman" w:cs="Times New Roman"/>
          <w:szCs w:val="24"/>
        </w:rPr>
        <w:t xml:space="preserve"> was about to take a deadly turn. And Frank was going to be right in the center of it.</w:t>
      </w:r>
    </w:p>
    <w:p w14:paraId="0826D2DB" w14:textId="77777777" w:rsidR="00895EDA" w:rsidRPr="00895EDA" w:rsidRDefault="002010FF" w:rsidP="00895EDA">
      <w:pPr>
        <w:rPr>
          <w:rFonts w:eastAsia="Times New Roman" w:cs="Times New Roman"/>
          <w:szCs w:val="24"/>
        </w:rPr>
      </w:pPr>
      <w:r>
        <w:rPr>
          <w:rFonts w:eastAsia="Times New Roman" w:cs="Times New Roman"/>
          <w:szCs w:val="24"/>
        </w:rPr>
        <w:pict w14:anchorId="71D4A324">
          <v:rect id="_x0000_i1063" style="width:0;height:1.5pt" o:hralign="center" o:hrstd="t" o:hr="t" fillcolor="#a0a0a0" stroked="f"/>
        </w:pict>
      </w:r>
    </w:p>
    <w:p w14:paraId="5473DBD9"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Closing Moment:</w:t>
      </w:r>
    </w:p>
    <w:p w14:paraId="7BC5E7D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A flash of headlights pierced the darkness. Frank </w:t>
      </w:r>
      <w:proofErr w:type="gramStart"/>
      <w:r w:rsidRPr="00895EDA">
        <w:rPr>
          <w:rFonts w:eastAsia="Times New Roman" w:cs="Times New Roman"/>
          <w:szCs w:val="24"/>
        </w:rPr>
        <w:t>didn’t</w:t>
      </w:r>
      <w:proofErr w:type="gramEnd"/>
      <w:r w:rsidRPr="00895EDA">
        <w:rPr>
          <w:rFonts w:eastAsia="Times New Roman" w:cs="Times New Roman"/>
          <w:szCs w:val="24"/>
        </w:rPr>
        <w:t xml:space="preserve"> flinch. He kept walking. There was no running anymore. </w:t>
      </w:r>
      <w:proofErr w:type="gramStart"/>
      <w:r w:rsidRPr="00895EDA">
        <w:rPr>
          <w:rFonts w:eastAsia="Times New Roman" w:cs="Times New Roman"/>
          <w:szCs w:val="24"/>
        </w:rPr>
        <w:t>He’d</w:t>
      </w:r>
      <w:proofErr w:type="gramEnd"/>
      <w:r w:rsidRPr="00895EDA">
        <w:rPr>
          <w:rFonts w:eastAsia="Times New Roman" w:cs="Times New Roman"/>
          <w:szCs w:val="24"/>
        </w:rPr>
        <w:t xml:space="preserve"> come too far, and the choice had already </w:t>
      </w:r>
      <w:proofErr w:type="gramStart"/>
      <w:r w:rsidRPr="00895EDA">
        <w:rPr>
          <w:rFonts w:eastAsia="Times New Roman" w:cs="Times New Roman"/>
          <w:szCs w:val="24"/>
        </w:rPr>
        <w:t>been made</w:t>
      </w:r>
      <w:proofErr w:type="gramEnd"/>
      <w:r w:rsidRPr="00895EDA">
        <w:rPr>
          <w:rFonts w:eastAsia="Times New Roman" w:cs="Times New Roman"/>
          <w:szCs w:val="24"/>
        </w:rPr>
        <w:t>.</w:t>
      </w:r>
    </w:p>
    <w:p w14:paraId="725B7B3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Dollhouse. The final piece of the puzzle.</w:t>
      </w:r>
    </w:p>
    <w:p w14:paraId="451038AE"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Chapter 14: </w:t>
      </w:r>
      <w:r w:rsidRPr="009B142F">
        <w:rPr>
          <w:rFonts w:eastAsia="Times New Roman" w:cs="Times New Roman"/>
          <w:b/>
          <w:bCs/>
          <w:szCs w:val="24"/>
        </w:rPr>
        <w:t>The Face of the Pre-Conviction</w:t>
      </w:r>
    </w:p>
    <w:p w14:paraId="1A5B442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lastRenderedPageBreak/>
        <w:t>The wind bit harder as Frank leaned against the cracked stone wall of the old barn, his eyes scanning the horizon. The sleepy hills of Massachusetts had always felt like home to him. It had been his sanctuary—somewhere between the familiar rural backroads and the seclusion of forests that dotted the landscape, Frank could disappear. But now? Now it felt suffocating.</w:t>
      </w:r>
    </w:p>
    <w:p w14:paraId="3A52626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Every corner he turned, he could sense the increasing presence of federal agents. They were </w:t>
      </w:r>
      <w:proofErr w:type="gramStart"/>
      <w:r w:rsidRPr="009B142F">
        <w:rPr>
          <w:rFonts w:eastAsia="Times New Roman" w:cs="Times New Roman"/>
          <w:szCs w:val="24"/>
        </w:rPr>
        <w:t>everywhere—walking</w:t>
      </w:r>
      <w:proofErr w:type="gramEnd"/>
      <w:r w:rsidRPr="009B142F">
        <w:rPr>
          <w:rFonts w:eastAsia="Times New Roman" w:cs="Times New Roman"/>
          <w:szCs w:val="24"/>
        </w:rPr>
        <w:t xml:space="preserve"> the streets in plainclothes, sitting in cafes, lingering at gas stations. The once quiet towns were now crawling with surveillance. At first, it had been easy to blend in. But the locals had started to notice the </w:t>
      </w:r>
      <w:proofErr w:type="gramStart"/>
      <w:r w:rsidRPr="009B142F">
        <w:rPr>
          <w:rFonts w:eastAsia="Times New Roman" w:cs="Times New Roman"/>
          <w:szCs w:val="24"/>
        </w:rPr>
        <w:t>new faces</w:t>
      </w:r>
      <w:proofErr w:type="gramEnd"/>
      <w:r w:rsidRPr="009B142F">
        <w:rPr>
          <w:rFonts w:eastAsia="Times New Roman" w:cs="Times New Roman"/>
          <w:szCs w:val="24"/>
        </w:rPr>
        <w:t>, the SUVs that rolled into town like clockwork, the agents who loitered in front of the post office or sat in diners, their eyes always on the move.</w:t>
      </w:r>
    </w:p>
    <w:p w14:paraId="0596329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He needed to get out of here. The </w:t>
      </w:r>
      <w:proofErr w:type="gramStart"/>
      <w:r w:rsidRPr="009B142F">
        <w:rPr>
          <w:rFonts w:eastAsia="Times New Roman" w:cs="Times New Roman"/>
          <w:szCs w:val="24"/>
        </w:rPr>
        <w:t>noose</w:t>
      </w:r>
      <w:proofErr w:type="gramEnd"/>
      <w:r w:rsidRPr="009B142F">
        <w:rPr>
          <w:rFonts w:eastAsia="Times New Roman" w:cs="Times New Roman"/>
          <w:szCs w:val="24"/>
        </w:rPr>
        <w:t xml:space="preserve"> was tightening.</w:t>
      </w:r>
    </w:p>
    <w:p w14:paraId="6E2043B1" w14:textId="77777777" w:rsidR="00F17760"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“Get out of the area, Frank. They know </w:t>
      </w:r>
      <w:proofErr w:type="gramStart"/>
      <w:r w:rsidRPr="009B142F">
        <w:rPr>
          <w:rFonts w:eastAsia="Times New Roman" w:cs="Times New Roman"/>
          <w:szCs w:val="24"/>
        </w:rPr>
        <w:t>you’re</w:t>
      </w:r>
      <w:proofErr w:type="gramEnd"/>
      <w:r w:rsidRPr="009B142F">
        <w:rPr>
          <w:rFonts w:eastAsia="Times New Roman" w:cs="Times New Roman"/>
          <w:szCs w:val="24"/>
        </w:rPr>
        <w:t xml:space="preserve"> close. And </w:t>
      </w:r>
      <w:proofErr w:type="gramStart"/>
      <w:r w:rsidRPr="009B142F">
        <w:rPr>
          <w:rFonts w:eastAsia="Times New Roman" w:cs="Times New Roman"/>
          <w:szCs w:val="24"/>
        </w:rPr>
        <w:t>they’re</w:t>
      </w:r>
      <w:proofErr w:type="gramEnd"/>
      <w:r w:rsidRPr="009B142F">
        <w:rPr>
          <w:rFonts w:eastAsia="Times New Roman" w:cs="Times New Roman"/>
          <w:szCs w:val="24"/>
        </w:rPr>
        <w:t xml:space="preserve"> closing in,” he muttered to himself, the words rattling in his mind. </w:t>
      </w:r>
    </w:p>
    <w:p w14:paraId="66D1BFE8" w14:textId="77777777" w:rsidR="00F17760" w:rsidRPr="00B95BFC" w:rsidRDefault="00F17760" w:rsidP="00F17760">
      <w:pPr>
        <w:spacing w:before="100" w:beforeAutospacing="1" w:after="100" w:afterAutospacing="1"/>
        <w:rPr>
          <w:rFonts w:eastAsia="Times New Roman" w:cs="Times New Roman"/>
          <w:i/>
          <w:iCs/>
          <w:szCs w:val="24"/>
        </w:rPr>
      </w:pPr>
      <w:r w:rsidRPr="00B95BFC">
        <w:rPr>
          <w:rStyle w:val="Emphasis"/>
          <w:i w:val="0"/>
          <w:iCs w:val="0"/>
        </w:rPr>
        <w:t>He flipped through the old journal pages Rachel had bundled in the locker—Jake’s scribbled notes mixed with clippings and lists. One line stood out, partly burned at the corner:</w:t>
      </w:r>
      <w:r w:rsidRPr="00B95BFC">
        <w:rPr>
          <w:i/>
          <w:iCs/>
        </w:rPr>
        <w:br/>
      </w:r>
      <w:r w:rsidRPr="00B95BFC">
        <w:rPr>
          <w:rStyle w:val="Emphasis"/>
          <w:i w:val="0"/>
          <w:iCs w:val="0"/>
        </w:rPr>
        <w:t>“</w:t>
      </w:r>
      <w:proofErr w:type="gramStart"/>
      <w:r w:rsidRPr="00B95BFC">
        <w:rPr>
          <w:rStyle w:val="Emphasis"/>
          <w:i w:val="0"/>
          <w:iCs w:val="0"/>
        </w:rPr>
        <w:t>Crane’s</w:t>
      </w:r>
      <w:proofErr w:type="gramEnd"/>
      <w:r w:rsidRPr="00B95BFC">
        <w:rPr>
          <w:rStyle w:val="Emphasis"/>
          <w:i w:val="0"/>
          <w:iCs w:val="0"/>
        </w:rPr>
        <w:t xml:space="preserve"> always got feds crawling around it like roaches</w:t>
      </w:r>
      <w:proofErr w:type="gramStart"/>
      <w:r w:rsidRPr="00B95BFC">
        <w:rPr>
          <w:rStyle w:val="Emphasis"/>
          <w:i w:val="0"/>
          <w:iCs w:val="0"/>
        </w:rPr>
        <w:t>.</w:t>
      </w:r>
      <w:proofErr w:type="gramEnd"/>
      <w:r w:rsidRPr="00B95BFC">
        <w:rPr>
          <w:rStyle w:val="Emphasis"/>
          <w:i w:val="0"/>
          <w:iCs w:val="0"/>
        </w:rPr>
        <w:t xml:space="preserve"> Jake said the truckers run it like a union within a union. Ray D. still drives. Said he knew the real use of the Dollhouse and kept his mouth shut.”</w:t>
      </w:r>
    </w:p>
    <w:p w14:paraId="17BC029F"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His every step </w:t>
      </w:r>
      <w:proofErr w:type="gramStart"/>
      <w:r w:rsidRPr="009B142F">
        <w:rPr>
          <w:rFonts w:eastAsia="Times New Roman" w:cs="Times New Roman"/>
          <w:szCs w:val="24"/>
        </w:rPr>
        <w:t>was now calculated</w:t>
      </w:r>
      <w:proofErr w:type="gramEnd"/>
      <w:r w:rsidRPr="009B142F">
        <w:rPr>
          <w:rFonts w:eastAsia="Times New Roman" w:cs="Times New Roman"/>
          <w:szCs w:val="24"/>
        </w:rPr>
        <w:t xml:space="preserve">, a silent game of cat and mouse. Too many close calls, too many near-sights. In the hills of Massachusetts, in the middle of nowhere, the Feds </w:t>
      </w:r>
      <w:proofErr w:type="gramStart"/>
      <w:r w:rsidRPr="009B142F">
        <w:rPr>
          <w:rFonts w:eastAsia="Times New Roman" w:cs="Times New Roman"/>
          <w:szCs w:val="24"/>
        </w:rPr>
        <w:t>stood out like a sore thumb</w:t>
      </w:r>
      <w:proofErr w:type="gramEnd"/>
      <w:r w:rsidRPr="009B142F">
        <w:rPr>
          <w:rFonts w:eastAsia="Times New Roman" w:cs="Times New Roman"/>
          <w:szCs w:val="24"/>
        </w:rPr>
        <w:t>. He could see them a mile away, but now, the heat was on, and there was no way he could outrun the growing technology.</w:t>
      </w:r>
    </w:p>
    <w:p w14:paraId="22BD515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During his time in Afghanistan with CIA operatives, Frank had learned more about surveillance and the systems that tracked people. Facial recognition technology, cell triangulation, license plate </w:t>
      </w:r>
      <w:proofErr w:type="gramStart"/>
      <w:r w:rsidRPr="009B142F">
        <w:rPr>
          <w:rFonts w:eastAsia="Times New Roman" w:cs="Times New Roman"/>
          <w:szCs w:val="24"/>
        </w:rPr>
        <w:t>readers—it was</w:t>
      </w:r>
      <w:proofErr w:type="gramEnd"/>
      <w:r w:rsidRPr="009B142F">
        <w:rPr>
          <w:rFonts w:eastAsia="Times New Roman" w:cs="Times New Roman"/>
          <w:szCs w:val="24"/>
        </w:rPr>
        <w:t xml:space="preserve"> everywhere. Big Brother had long since arrived, but now it had morphed into something insidious. And he, the face of the Pre-Conviction movement, was its most wanted target.</w:t>
      </w:r>
    </w:p>
    <w:p w14:paraId="53E69707"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He </w:t>
      </w:r>
      <w:proofErr w:type="gramStart"/>
      <w:r w:rsidRPr="009B142F">
        <w:rPr>
          <w:rFonts w:eastAsia="Times New Roman" w:cs="Times New Roman"/>
          <w:szCs w:val="24"/>
        </w:rPr>
        <w:t>couldn't</w:t>
      </w:r>
      <w:proofErr w:type="gramEnd"/>
      <w:r w:rsidRPr="009B142F">
        <w:rPr>
          <w:rFonts w:eastAsia="Times New Roman" w:cs="Times New Roman"/>
          <w:szCs w:val="24"/>
        </w:rPr>
        <w:t xml:space="preserve"> hide here much longer.</w:t>
      </w:r>
    </w:p>
    <w:p w14:paraId="503CBD4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Frank pulled the hood of his jacket tight over his head, the </w:t>
      </w:r>
      <w:proofErr w:type="gramStart"/>
      <w:r w:rsidRPr="009B142F">
        <w:rPr>
          <w:rFonts w:eastAsia="Times New Roman" w:cs="Times New Roman"/>
          <w:szCs w:val="24"/>
        </w:rPr>
        <w:t>cold air</w:t>
      </w:r>
      <w:proofErr w:type="gramEnd"/>
      <w:r w:rsidRPr="009B142F">
        <w:rPr>
          <w:rFonts w:eastAsia="Times New Roman" w:cs="Times New Roman"/>
          <w:szCs w:val="24"/>
        </w:rPr>
        <w:t xml:space="preserve"> making his breath visible in the darkening sky. He needed to get to New York or Washington, D.C. But he </w:t>
      </w:r>
      <w:proofErr w:type="gramStart"/>
      <w:r w:rsidRPr="009B142F">
        <w:rPr>
          <w:rFonts w:eastAsia="Times New Roman" w:cs="Times New Roman"/>
          <w:szCs w:val="24"/>
        </w:rPr>
        <w:t>couldn’t</w:t>
      </w:r>
      <w:proofErr w:type="gramEnd"/>
      <w:r w:rsidRPr="009B142F">
        <w:rPr>
          <w:rFonts w:eastAsia="Times New Roman" w:cs="Times New Roman"/>
          <w:szCs w:val="24"/>
        </w:rPr>
        <w:t xml:space="preserve"> go through any of the major areas—he knew better than to make himself an easy target for the high-tech systems designed to find him.</w:t>
      </w:r>
    </w:p>
    <w:p w14:paraId="4535856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had to be smart. He had to stay off the radar.</w:t>
      </w:r>
    </w:p>
    <w:p w14:paraId="314AFCD5"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Pulling out his burner phone, Frank tapped the encrypted message from S.</w:t>
      </w:r>
    </w:p>
    <w:p w14:paraId="24D2575D"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t xml:space="preserve">“I can help. Come south. I know where you are. Stay off major highways. We have one chance at this. </w:t>
      </w:r>
      <w:proofErr w:type="gramStart"/>
      <w:r w:rsidRPr="009B142F">
        <w:rPr>
          <w:rFonts w:eastAsia="Times New Roman" w:cs="Times New Roman"/>
          <w:b/>
          <w:bCs/>
          <w:szCs w:val="24"/>
        </w:rPr>
        <w:t>You’ll</w:t>
      </w:r>
      <w:proofErr w:type="gramEnd"/>
      <w:r w:rsidRPr="009B142F">
        <w:rPr>
          <w:rFonts w:eastAsia="Times New Roman" w:cs="Times New Roman"/>
          <w:b/>
          <w:bCs/>
          <w:szCs w:val="24"/>
        </w:rPr>
        <w:t xml:space="preserve"> need information to stop the Pre-Conviction system, and I can get it to you. The prison </w:t>
      </w:r>
      <w:proofErr w:type="gramStart"/>
      <w:r w:rsidRPr="009B142F">
        <w:rPr>
          <w:rFonts w:eastAsia="Times New Roman" w:cs="Times New Roman"/>
          <w:b/>
          <w:bCs/>
          <w:szCs w:val="24"/>
        </w:rPr>
        <w:t>they're</w:t>
      </w:r>
      <w:proofErr w:type="gramEnd"/>
      <w:r w:rsidRPr="009B142F">
        <w:rPr>
          <w:rFonts w:eastAsia="Times New Roman" w:cs="Times New Roman"/>
          <w:b/>
          <w:bCs/>
          <w:szCs w:val="24"/>
        </w:rPr>
        <w:t xml:space="preserve"> building is the key.”</w:t>
      </w:r>
    </w:p>
    <w:p w14:paraId="346E586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The prison.</w:t>
      </w:r>
    </w:p>
    <w:p w14:paraId="084294E1"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Frank had heard whispers about it—through underground channels, through those few people who were brave enough to speak out. But the details were sparse. The government had kept it quiet, a hushed-up construction project for those condemned before they ever stepped foot in a courtroom. A massive complex, a mix of high-security detention and a processing facility for the </w:t>
      </w:r>
      <w:proofErr w:type="gramStart"/>
      <w:r w:rsidRPr="009B142F">
        <w:rPr>
          <w:rFonts w:eastAsia="Times New Roman" w:cs="Times New Roman"/>
          <w:szCs w:val="24"/>
        </w:rPr>
        <w:t>Pre-Convicted</w:t>
      </w:r>
      <w:proofErr w:type="gramEnd"/>
      <w:r w:rsidRPr="009B142F">
        <w:rPr>
          <w:rFonts w:eastAsia="Times New Roman" w:cs="Times New Roman"/>
          <w:szCs w:val="24"/>
        </w:rPr>
        <w:t xml:space="preserve">. Where the guilty-before-they-commit would </w:t>
      </w:r>
      <w:proofErr w:type="gramStart"/>
      <w:r w:rsidRPr="009B142F">
        <w:rPr>
          <w:rFonts w:eastAsia="Times New Roman" w:cs="Times New Roman"/>
          <w:szCs w:val="24"/>
        </w:rPr>
        <w:t>be held</w:t>
      </w:r>
      <w:proofErr w:type="gramEnd"/>
      <w:r w:rsidRPr="009B142F">
        <w:rPr>
          <w:rFonts w:eastAsia="Times New Roman" w:cs="Times New Roman"/>
          <w:szCs w:val="24"/>
        </w:rPr>
        <w:t>.</w:t>
      </w:r>
    </w:p>
    <w:p w14:paraId="7D564251"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lastRenderedPageBreak/>
        <w:t xml:space="preserve">The system </w:t>
      </w:r>
      <w:proofErr w:type="gramStart"/>
      <w:r w:rsidRPr="009B142F">
        <w:rPr>
          <w:rFonts w:eastAsia="Times New Roman" w:cs="Times New Roman"/>
          <w:b/>
          <w:bCs/>
          <w:szCs w:val="24"/>
        </w:rPr>
        <w:t>was designed</w:t>
      </w:r>
      <w:proofErr w:type="gramEnd"/>
      <w:r w:rsidRPr="009B142F">
        <w:rPr>
          <w:rFonts w:eastAsia="Times New Roman" w:cs="Times New Roman"/>
          <w:b/>
          <w:bCs/>
          <w:szCs w:val="24"/>
        </w:rPr>
        <w:t xml:space="preserve"> to break them.</w:t>
      </w:r>
    </w:p>
    <w:p w14:paraId="713B21A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That was what they said.</w:t>
      </w:r>
    </w:p>
    <w:p w14:paraId="0487B441"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As Frank’s mind raced, the door to the barn creaked open. He stiffened but relaxed when he saw a familiar face step into the dim light.</w:t>
      </w:r>
    </w:p>
    <w:p w14:paraId="651AE35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It was </w:t>
      </w:r>
      <w:r w:rsidRPr="009B142F">
        <w:rPr>
          <w:rFonts w:eastAsia="Times New Roman" w:cs="Times New Roman"/>
          <w:b/>
          <w:bCs/>
          <w:szCs w:val="24"/>
        </w:rPr>
        <w:t>Krystyn</w:t>
      </w:r>
      <w:r w:rsidRPr="009B142F">
        <w:rPr>
          <w:rFonts w:eastAsia="Times New Roman" w:cs="Times New Roman"/>
          <w:szCs w:val="24"/>
        </w:rPr>
        <w:t xml:space="preserve">. His old colleague, his informant, his link to the outside world. </w:t>
      </w:r>
      <w:proofErr w:type="gramStart"/>
      <w:r w:rsidRPr="009B142F">
        <w:rPr>
          <w:rFonts w:eastAsia="Times New Roman" w:cs="Times New Roman"/>
          <w:szCs w:val="24"/>
        </w:rPr>
        <w:t>She’d</w:t>
      </w:r>
      <w:proofErr w:type="gramEnd"/>
      <w:r w:rsidRPr="009B142F">
        <w:rPr>
          <w:rFonts w:eastAsia="Times New Roman" w:cs="Times New Roman"/>
          <w:szCs w:val="24"/>
        </w:rPr>
        <w:t xml:space="preserve"> been trying to </w:t>
      </w:r>
      <w:proofErr w:type="gramStart"/>
      <w:r w:rsidRPr="009B142F">
        <w:rPr>
          <w:rFonts w:eastAsia="Times New Roman" w:cs="Times New Roman"/>
          <w:szCs w:val="24"/>
        </w:rPr>
        <w:t>keep tabs on</w:t>
      </w:r>
      <w:proofErr w:type="gramEnd"/>
      <w:r w:rsidRPr="009B142F">
        <w:rPr>
          <w:rFonts w:eastAsia="Times New Roman" w:cs="Times New Roman"/>
          <w:szCs w:val="24"/>
        </w:rPr>
        <w:t xml:space="preserve"> him ever since she had gone off the radar during the early days of the </w:t>
      </w:r>
      <w:proofErr w:type="gramStart"/>
      <w:r w:rsidRPr="009B142F">
        <w:rPr>
          <w:rFonts w:eastAsia="Times New Roman" w:cs="Times New Roman"/>
          <w:szCs w:val="24"/>
        </w:rPr>
        <w:t>manhunt</w:t>
      </w:r>
      <w:proofErr w:type="gramEnd"/>
      <w:r w:rsidRPr="009B142F">
        <w:rPr>
          <w:rFonts w:eastAsia="Times New Roman" w:cs="Times New Roman"/>
          <w:szCs w:val="24"/>
        </w:rPr>
        <w:t xml:space="preserve">. Their paths had crossed once before—when she had gotten him critical information. Now, she was standing in front of him, her breath visible in the </w:t>
      </w:r>
      <w:proofErr w:type="gramStart"/>
      <w:r w:rsidRPr="009B142F">
        <w:rPr>
          <w:rFonts w:eastAsia="Times New Roman" w:cs="Times New Roman"/>
          <w:szCs w:val="24"/>
        </w:rPr>
        <w:t>cold air</w:t>
      </w:r>
      <w:proofErr w:type="gramEnd"/>
      <w:r w:rsidRPr="009B142F">
        <w:rPr>
          <w:rFonts w:eastAsia="Times New Roman" w:cs="Times New Roman"/>
          <w:szCs w:val="24"/>
        </w:rPr>
        <w:t>.</w:t>
      </w:r>
    </w:p>
    <w:p w14:paraId="538FCC74"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she said softly, her voice tense. “We don’t have much time.”</w:t>
      </w:r>
    </w:p>
    <w:p w14:paraId="4EA36E2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“You found me,” Frank said, almost disbelieving. He was grateful, but the paranoia gnawed at him.</w:t>
      </w:r>
    </w:p>
    <w:p w14:paraId="6EC5E39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“Not exactly.” She glanced nervously around. “</w:t>
      </w:r>
      <w:proofErr w:type="gramStart"/>
      <w:r w:rsidRPr="009B142F">
        <w:rPr>
          <w:rFonts w:eastAsia="Times New Roman" w:cs="Times New Roman"/>
          <w:szCs w:val="24"/>
        </w:rPr>
        <w:t>I’ve</w:t>
      </w:r>
      <w:proofErr w:type="gramEnd"/>
      <w:r w:rsidRPr="009B142F">
        <w:rPr>
          <w:rFonts w:eastAsia="Times New Roman" w:cs="Times New Roman"/>
          <w:szCs w:val="24"/>
        </w:rPr>
        <w:t xml:space="preserve"> been tracking your movements since you disappeared. You have no idea how hard </w:t>
      </w:r>
      <w:proofErr w:type="gramStart"/>
      <w:r w:rsidRPr="009B142F">
        <w:rPr>
          <w:rFonts w:eastAsia="Times New Roman" w:cs="Times New Roman"/>
          <w:szCs w:val="24"/>
        </w:rPr>
        <w:t>it’s</w:t>
      </w:r>
      <w:proofErr w:type="gramEnd"/>
      <w:r w:rsidRPr="009B142F">
        <w:rPr>
          <w:rFonts w:eastAsia="Times New Roman" w:cs="Times New Roman"/>
          <w:szCs w:val="24"/>
        </w:rPr>
        <w:t xml:space="preserve"> been to stay off the grid with the Feds breathing down your neck. </w:t>
      </w:r>
      <w:proofErr w:type="gramStart"/>
      <w:r w:rsidRPr="009B142F">
        <w:rPr>
          <w:rFonts w:eastAsia="Times New Roman" w:cs="Times New Roman"/>
          <w:szCs w:val="24"/>
        </w:rPr>
        <w:t>They’re</w:t>
      </w:r>
      <w:proofErr w:type="gramEnd"/>
      <w:r w:rsidRPr="009B142F">
        <w:rPr>
          <w:rFonts w:eastAsia="Times New Roman" w:cs="Times New Roman"/>
          <w:szCs w:val="24"/>
        </w:rPr>
        <w:t xml:space="preserve"> everywhere.”</w:t>
      </w:r>
    </w:p>
    <w:p w14:paraId="38B85F9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She stepped closer, her eyes scanning the woods behind her. “You </w:t>
      </w:r>
      <w:proofErr w:type="gramStart"/>
      <w:r w:rsidRPr="009B142F">
        <w:rPr>
          <w:rFonts w:eastAsia="Times New Roman" w:cs="Times New Roman"/>
          <w:szCs w:val="24"/>
        </w:rPr>
        <w:t>have to</w:t>
      </w:r>
      <w:proofErr w:type="gramEnd"/>
      <w:r w:rsidRPr="009B142F">
        <w:rPr>
          <w:rFonts w:eastAsia="Times New Roman" w:cs="Times New Roman"/>
          <w:szCs w:val="24"/>
        </w:rPr>
        <w:t xml:space="preserve"> go south. Meet me in the next 48 </w:t>
      </w:r>
      <w:proofErr w:type="gramStart"/>
      <w:r w:rsidRPr="009B142F">
        <w:rPr>
          <w:rFonts w:eastAsia="Times New Roman" w:cs="Times New Roman"/>
          <w:szCs w:val="24"/>
        </w:rPr>
        <w:t>hours—there’s</w:t>
      </w:r>
      <w:proofErr w:type="gramEnd"/>
      <w:r w:rsidRPr="009B142F">
        <w:rPr>
          <w:rFonts w:eastAsia="Times New Roman" w:cs="Times New Roman"/>
          <w:szCs w:val="24"/>
        </w:rPr>
        <w:t xml:space="preserve"> a safe house in upstate New York. </w:t>
      </w:r>
      <w:proofErr w:type="gramStart"/>
      <w:r w:rsidRPr="009B142F">
        <w:rPr>
          <w:rFonts w:eastAsia="Times New Roman" w:cs="Times New Roman"/>
          <w:szCs w:val="24"/>
        </w:rPr>
        <w:t>I’ll</w:t>
      </w:r>
      <w:proofErr w:type="gramEnd"/>
      <w:r w:rsidRPr="009B142F">
        <w:rPr>
          <w:rFonts w:eastAsia="Times New Roman" w:cs="Times New Roman"/>
          <w:szCs w:val="24"/>
        </w:rPr>
        <w:t xml:space="preserve"> be there with the intel you need. </w:t>
      </w:r>
      <w:proofErr w:type="gramStart"/>
      <w:r w:rsidRPr="009B142F">
        <w:rPr>
          <w:rFonts w:eastAsia="Times New Roman" w:cs="Times New Roman"/>
          <w:szCs w:val="24"/>
        </w:rPr>
        <w:t>It’s</w:t>
      </w:r>
      <w:proofErr w:type="gramEnd"/>
      <w:r w:rsidRPr="009B142F">
        <w:rPr>
          <w:rFonts w:eastAsia="Times New Roman" w:cs="Times New Roman"/>
          <w:szCs w:val="24"/>
        </w:rPr>
        <w:t xml:space="preserve"> the only way we can stop this program.”</w:t>
      </w:r>
    </w:p>
    <w:p w14:paraId="1437C79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Frank narrowed his eyes, concern </w:t>
      </w:r>
      <w:proofErr w:type="gramStart"/>
      <w:r w:rsidRPr="009B142F">
        <w:rPr>
          <w:rFonts w:eastAsia="Times New Roman" w:cs="Times New Roman"/>
          <w:szCs w:val="24"/>
        </w:rPr>
        <w:t>settling</w:t>
      </w:r>
      <w:proofErr w:type="gramEnd"/>
      <w:r w:rsidRPr="009B142F">
        <w:rPr>
          <w:rFonts w:eastAsia="Times New Roman" w:cs="Times New Roman"/>
          <w:szCs w:val="24"/>
        </w:rPr>
        <w:t xml:space="preserve"> over him. “How do you know all of this?”</w:t>
      </w:r>
    </w:p>
    <w:p w14:paraId="3AF104B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She hesitated for a moment, then said, “I know people. </w:t>
      </w:r>
      <w:proofErr w:type="gramStart"/>
      <w:r w:rsidRPr="009B142F">
        <w:rPr>
          <w:rFonts w:eastAsia="Times New Roman" w:cs="Times New Roman"/>
          <w:szCs w:val="24"/>
        </w:rPr>
        <w:t>I’ve</w:t>
      </w:r>
      <w:proofErr w:type="gramEnd"/>
      <w:r w:rsidRPr="009B142F">
        <w:rPr>
          <w:rFonts w:eastAsia="Times New Roman" w:cs="Times New Roman"/>
          <w:szCs w:val="24"/>
        </w:rPr>
        <w:t xml:space="preserve"> seen the documents. The Pre-Conviction program </w:t>
      </w:r>
      <w:proofErr w:type="gramStart"/>
      <w:r w:rsidRPr="009B142F">
        <w:rPr>
          <w:rFonts w:eastAsia="Times New Roman" w:cs="Times New Roman"/>
          <w:szCs w:val="24"/>
        </w:rPr>
        <w:t>isn’t</w:t>
      </w:r>
      <w:proofErr w:type="gramEnd"/>
      <w:r w:rsidRPr="009B142F">
        <w:rPr>
          <w:rFonts w:eastAsia="Times New Roman" w:cs="Times New Roman"/>
          <w:szCs w:val="24"/>
        </w:rPr>
        <w:t xml:space="preserve"> </w:t>
      </w:r>
      <w:proofErr w:type="gramStart"/>
      <w:r w:rsidRPr="009B142F">
        <w:rPr>
          <w:rFonts w:eastAsia="Times New Roman" w:cs="Times New Roman"/>
          <w:szCs w:val="24"/>
        </w:rPr>
        <w:t>just about imprisoning</w:t>
      </w:r>
      <w:proofErr w:type="gramEnd"/>
      <w:r w:rsidRPr="009B142F">
        <w:rPr>
          <w:rFonts w:eastAsia="Times New Roman" w:cs="Times New Roman"/>
          <w:szCs w:val="24"/>
        </w:rPr>
        <w:t xml:space="preserve"> those who </w:t>
      </w:r>
      <w:proofErr w:type="gramStart"/>
      <w:r w:rsidRPr="009B142F">
        <w:rPr>
          <w:rFonts w:eastAsia="Times New Roman" w:cs="Times New Roman"/>
          <w:szCs w:val="24"/>
        </w:rPr>
        <w:t>haven’t</w:t>
      </w:r>
      <w:proofErr w:type="gramEnd"/>
      <w:r w:rsidRPr="009B142F">
        <w:rPr>
          <w:rFonts w:eastAsia="Times New Roman" w:cs="Times New Roman"/>
          <w:szCs w:val="24"/>
        </w:rPr>
        <w:t xml:space="preserve"> even committed a crime. </w:t>
      </w:r>
      <w:proofErr w:type="gramStart"/>
      <w:r w:rsidRPr="009B142F">
        <w:rPr>
          <w:rFonts w:eastAsia="Times New Roman" w:cs="Times New Roman"/>
          <w:szCs w:val="24"/>
        </w:rPr>
        <w:t>There’s</w:t>
      </w:r>
      <w:proofErr w:type="gramEnd"/>
      <w:r w:rsidRPr="009B142F">
        <w:rPr>
          <w:rFonts w:eastAsia="Times New Roman" w:cs="Times New Roman"/>
          <w:szCs w:val="24"/>
        </w:rPr>
        <w:t xml:space="preserve"> something bigger coming. A political purge. </w:t>
      </w:r>
      <w:proofErr w:type="gramStart"/>
      <w:r w:rsidRPr="009B142F">
        <w:rPr>
          <w:rFonts w:eastAsia="Times New Roman" w:cs="Times New Roman"/>
          <w:szCs w:val="24"/>
        </w:rPr>
        <w:t>They’re</w:t>
      </w:r>
      <w:proofErr w:type="gramEnd"/>
      <w:r w:rsidRPr="009B142F">
        <w:rPr>
          <w:rFonts w:eastAsia="Times New Roman" w:cs="Times New Roman"/>
          <w:szCs w:val="24"/>
        </w:rPr>
        <w:t xml:space="preserve"> building a prison for those </w:t>
      </w:r>
      <w:proofErr w:type="gramStart"/>
      <w:r w:rsidRPr="009B142F">
        <w:rPr>
          <w:rFonts w:eastAsia="Times New Roman" w:cs="Times New Roman"/>
          <w:szCs w:val="24"/>
        </w:rPr>
        <w:t>who’ve</w:t>
      </w:r>
      <w:proofErr w:type="gramEnd"/>
      <w:r w:rsidRPr="009B142F">
        <w:rPr>
          <w:rFonts w:eastAsia="Times New Roman" w:cs="Times New Roman"/>
          <w:szCs w:val="24"/>
        </w:rPr>
        <w:t xml:space="preserve"> </w:t>
      </w:r>
      <w:proofErr w:type="gramStart"/>
      <w:r w:rsidRPr="009B142F">
        <w:rPr>
          <w:rFonts w:eastAsia="Times New Roman" w:cs="Times New Roman"/>
          <w:szCs w:val="24"/>
        </w:rPr>
        <w:t>been tagged</w:t>
      </w:r>
      <w:proofErr w:type="gramEnd"/>
      <w:r w:rsidRPr="009B142F">
        <w:rPr>
          <w:rFonts w:eastAsia="Times New Roman" w:cs="Times New Roman"/>
          <w:szCs w:val="24"/>
        </w:rPr>
        <w:t xml:space="preserve"> by the system—people </w:t>
      </w:r>
      <w:proofErr w:type="gramStart"/>
      <w:r w:rsidRPr="009B142F">
        <w:rPr>
          <w:rFonts w:eastAsia="Times New Roman" w:cs="Times New Roman"/>
          <w:szCs w:val="24"/>
        </w:rPr>
        <w:t>who’ve</w:t>
      </w:r>
      <w:proofErr w:type="gramEnd"/>
      <w:r w:rsidRPr="009B142F">
        <w:rPr>
          <w:rFonts w:eastAsia="Times New Roman" w:cs="Times New Roman"/>
          <w:szCs w:val="24"/>
        </w:rPr>
        <w:t xml:space="preserve"> been pre-convicted but </w:t>
      </w:r>
      <w:proofErr w:type="gramStart"/>
      <w:r w:rsidRPr="009B142F">
        <w:rPr>
          <w:rFonts w:eastAsia="Times New Roman" w:cs="Times New Roman"/>
          <w:szCs w:val="24"/>
        </w:rPr>
        <w:t>haven’t</w:t>
      </w:r>
      <w:proofErr w:type="gramEnd"/>
      <w:r w:rsidRPr="009B142F">
        <w:rPr>
          <w:rFonts w:eastAsia="Times New Roman" w:cs="Times New Roman"/>
          <w:szCs w:val="24"/>
        </w:rPr>
        <w:t xml:space="preserve"> yet </w:t>
      </w:r>
      <w:proofErr w:type="gramStart"/>
      <w:r w:rsidRPr="009B142F">
        <w:rPr>
          <w:rFonts w:eastAsia="Times New Roman" w:cs="Times New Roman"/>
          <w:szCs w:val="24"/>
        </w:rPr>
        <w:t>carried out</w:t>
      </w:r>
      <w:proofErr w:type="gramEnd"/>
      <w:r w:rsidRPr="009B142F">
        <w:rPr>
          <w:rFonts w:eastAsia="Times New Roman" w:cs="Times New Roman"/>
          <w:szCs w:val="24"/>
        </w:rPr>
        <w:t xml:space="preserve"> the actions </w:t>
      </w:r>
      <w:proofErr w:type="gramStart"/>
      <w:r w:rsidRPr="009B142F">
        <w:rPr>
          <w:rFonts w:eastAsia="Times New Roman" w:cs="Times New Roman"/>
          <w:szCs w:val="24"/>
        </w:rPr>
        <w:t>they’ve</w:t>
      </w:r>
      <w:proofErr w:type="gramEnd"/>
      <w:r w:rsidRPr="009B142F">
        <w:rPr>
          <w:rFonts w:eastAsia="Times New Roman" w:cs="Times New Roman"/>
          <w:szCs w:val="24"/>
        </w:rPr>
        <w:t xml:space="preserve"> </w:t>
      </w:r>
      <w:proofErr w:type="gramStart"/>
      <w:r w:rsidRPr="009B142F">
        <w:rPr>
          <w:rFonts w:eastAsia="Times New Roman" w:cs="Times New Roman"/>
          <w:szCs w:val="24"/>
        </w:rPr>
        <w:t>been programmed</w:t>
      </w:r>
      <w:proofErr w:type="gramEnd"/>
      <w:r w:rsidRPr="009B142F">
        <w:rPr>
          <w:rFonts w:eastAsia="Times New Roman" w:cs="Times New Roman"/>
          <w:szCs w:val="24"/>
        </w:rPr>
        <w:t xml:space="preserve"> to do.”</w:t>
      </w:r>
    </w:p>
    <w:p w14:paraId="4B4E829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Frank’s stomach twisted. A prison for the </w:t>
      </w:r>
      <w:proofErr w:type="gramStart"/>
      <w:r w:rsidRPr="009B142F">
        <w:rPr>
          <w:rFonts w:eastAsia="Times New Roman" w:cs="Times New Roman"/>
          <w:szCs w:val="24"/>
        </w:rPr>
        <w:t>Pre-Convicted</w:t>
      </w:r>
      <w:proofErr w:type="gramEnd"/>
      <w:r w:rsidRPr="009B142F">
        <w:rPr>
          <w:rFonts w:eastAsia="Times New Roman" w:cs="Times New Roman"/>
          <w:szCs w:val="24"/>
        </w:rPr>
        <w:t xml:space="preserve">. It was worse than </w:t>
      </w:r>
      <w:proofErr w:type="gramStart"/>
      <w:r w:rsidRPr="009B142F">
        <w:rPr>
          <w:rFonts w:eastAsia="Times New Roman" w:cs="Times New Roman"/>
          <w:szCs w:val="24"/>
        </w:rPr>
        <w:t>he’d</w:t>
      </w:r>
      <w:proofErr w:type="gramEnd"/>
      <w:r w:rsidRPr="009B142F">
        <w:rPr>
          <w:rFonts w:eastAsia="Times New Roman" w:cs="Times New Roman"/>
          <w:szCs w:val="24"/>
        </w:rPr>
        <w:t xml:space="preserve"> thought.</w:t>
      </w:r>
    </w:p>
    <w:p w14:paraId="1DF40DAF"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“This isn’t just about you anymore, Frank,” Krystyn continued, her voice low. “</w:t>
      </w:r>
      <w:proofErr w:type="gramStart"/>
      <w:r w:rsidRPr="009B142F">
        <w:rPr>
          <w:rFonts w:eastAsia="Times New Roman" w:cs="Times New Roman"/>
          <w:szCs w:val="24"/>
        </w:rPr>
        <w:t>They’re</w:t>
      </w:r>
      <w:proofErr w:type="gramEnd"/>
      <w:r w:rsidRPr="009B142F">
        <w:rPr>
          <w:rFonts w:eastAsia="Times New Roman" w:cs="Times New Roman"/>
          <w:szCs w:val="24"/>
        </w:rPr>
        <w:t xml:space="preserve"> using your image, your story, to justify the program. The media’s been feeding it non-stop—people believe </w:t>
      </w:r>
      <w:proofErr w:type="gramStart"/>
      <w:r w:rsidRPr="009B142F">
        <w:rPr>
          <w:rFonts w:eastAsia="Times New Roman" w:cs="Times New Roman"/>
          <w:szCs w:val="24"/>
        </w:rPr>
        <w:t>you’re</w:t>
      </w:r>
      <w:proofErr w:type="gramEnd"/>
      <w:r w:rsidRPr="009B142F">
        <w:rPr>
          <w:rFonts w:eastAsia="Times New Roman" w:cs="Times New Roman"/>
          <w:szCs w:val="24"/>
        </w:rPr>
        <w:t xml:space="preserve"> the face of political violence now, even if you </w:t>
      </w:r>
      <w:proofErr w:type="gramStart"/>
      <w:r w:rsidRPr="009B142F">
        <w:rPr>
          <w:rFonts w:eastAsia="Times New Roman" w:cs="Times New Roman"/>
          <w:szCs w:val="24"/>
        </w:rPr>
        <w:t>didn’t</w:t>
      </w:r>
      <w:proofErr w:type="gramEnd"/>
      <w:r w:rsidRPr="009B142F">
        <w:rPr>
          <w:rFonts w:eastAsia="Times New Roman" w:cs="Times New Roman"/>
          <w:szCs w:val="24"/>
        </w:rPr>
        <w:t xml:space="preserve"> commit it. </w:t>
      </w:r>
      <w:proofErr w:type="gramStart"/>
      <w:r w:rsidRPr="009B142F">
        <w:rPr>
          <w:rFonts w:eastAsia="Times New Roman" w:cs="Times New Roman"/>
          <w:szCs w:val="24"/>
        </w:rPr>
        <w:t>You’re</w:t>
      </w:r>
      <w:proofErr w:type="gramEnd"/>
      <w:r w:rsidRPr="009B142F">
        <w:rPr>
          <w:rFonts w:eastAsia="Times New Roman" w:cs="Times New Roman"/>
          <w:szCs w:val="24"/>
        </w:rPr>
        <w:t xml:space="preserve"> </w:t>
      </w:r>
      <w:proofErr w:type="gramStart"/>
      <w:r w:rsidRPr="009B142F">
        <w:rPr>
          <w:rFonts w:eastAsia="Times New Roman" w:cs="Times New Roman"/>
          <w:szCs w:val="24"/>
        </w:rPr>
        <w:t>being made</w:t>
      </w:r>
      <w:proofErr w:type="gramEnd"/>
      <w:r w:rsidRPr="009B142F">
        <w:rPr>
          <w:rFonts w:eastAsia="Times New Roman" w:cs="Times New Roman"/>
          <w:szCs w:val="24"/>
        </w:rPr>
        <w:t xml:space="preserve"> into a scapegoat.”</w:t>
      </w:r>
    </w:p>
    <w:p w14:paraId="36BDA29B"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clenched his fists. “And they want me dead. To prove their point.”</w:t>
      </w:r>
    </w:p>
    <w:p w14:paraId="2413D85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Krystyn nodded. “Exactly.”</w:t>
      </w:r>
    </w:p>
    <w:p w14:paraId="285F7F1D"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took a deep breath, weighing his options. The path ahead was unclear, but the time for hesitation was over. He had to move, and he had to move fast.</w:t>
      </w:r>
    </w:p>
    <w:p w14:paraId="729C388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“They’ll try to take you out before the trial, before the system’s fully operational,” Krystyn added. “</w:t>
      </w:r>
      <w:proofErr w:type="gramStart"/>
      <w:r w:rsidRPr="009B142F">
        <w:rPr>
          <w:rFonts w:eastAsia="Times New Roman" w:cs="Times New Roman"/>
          <w:szCs w:val="24"/>
        </w:rPr>
        <w:t>You’re</w:t>
      </w:r>
      <w:proofErr w:type="gramEnd"/>
      <w:r w:rsidRPr="009B142F">
        <w:rPr>
          <w:rFonts w:eastAsia="Times New Roman" w:cs="Times New Roman"/>
          <w:szCs w:val="24"/>
        </w:rPr>
        <w:t xml:space="preserve"> their test case. </w:t>
      </w:r>
      <w:proofErr w:type="gramStart"/>
      <w:r w:rsidRPr="009B142F">
        <w:rPr>
          <w:rFonts w:eastAsia="Times New Roman" w:cs="Times New Roman"/>
          <w:szCs w:val="24"/>
        </w:rPr>
        <w:t>They’re</w:t>
      </w:r>
      <w:proofErr w:type="gramEnd"/>
      <w:r w:rsidRPr="009B142F">
        <w:rPr>
          <w:rFonts w:eastAsia="Times New Roman" w:cs="Times New Roman"/>
          <w:szCs w:val="24"/>
        </w:rPr>
        <w:t xml:space="preserve"> pushing you to the edge, hoping </w:t>
      </w:r>
      <w:proofErr w:type="gramStart"/>
      <w:r w:rsidRPr="009B142F">
        <w:rPr>
          <w:rFonts w:eastAsia="Times New Roman" w:cs="Times New Roman"/>
          <w:szCs w:val="24"/>
        </w:rPr>
        <w:t>you’ll</w:t>
      </w:r>
      <w:proofErr w:type="gramEnd"/>
      <w:r w:rsidRPr="009B142F">
        <w:rPr>
          <w:rFonts w:eastAsia="Times New Roman" w:cs="Times New Roman"/>
          <w:szCs w:val="24"/>
        </w:rPr>
        <w:t xml:space="preserve"> break and do something they can claim is violent.”</w:t>
      </w:r>
    </w:p>
    <w:p w14:paraId="6E31675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Frank </w:t>
      </w:r>
      <w:proofErr w:type="gramStart"/>
      <w:r w:rsidRPr="009B142F">
        <w:rPr>
          <w:rFonts w:eastAsia="Times New Roman" w:cs="Times New Roman"/>
          <w:szCs w:val="24"/>
        </w:rPr>
        <w:t>didn’t</w:t>
      </w:r>
      <w:proofErr w:type="gramEnd"/>
      <w:r w:rsidRPr="009B142F">
        <w:rPr>
          <w:rFonts w:eastAsia="Times New Roman" w:cs="Times New Roman"/>
          <w:szCs w:val="24"/>
        </w:rPr>
        <w:t xml:space="preserve"> say anything. He </w:t>
      </w:r>
      <w:proofErr w:type="gramStart"/>
      <w:r w:rsidRPr="009B142F">
        <w:rPr>
          <w:rFonts w:eastAsia="Times New Roman" w:cs="Times New Roman"/>
          <w:szCs w:val="24"/>
        </w:rPr>
        <w:t>didn’t</w:t>
      </w:r>
      <w:proofErr w:type="gramEnd"/>
      <w:r w:rsidRPr="009B142F">
        <w:rPr>
          <w:rFonts w:eastAsia="Times New Roman" w:cs="Times New Roman"/>
          <w:szCs w:val="24"/>
        </w:rPr>
        <w:t xml:space="preserve"> have to. They both knew what was at stake.</w:t>
      </w:r>
    </w:p>
    <w:p w14:paraId="7856356A"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“I’ll get to the safe house,” he said finally, his tone hardening. “But after that, we’re taking down the system.”</w:t>
      </w:r>
    </w:p>
    <w:p w14:paraId="1E4C285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lastRenderedPageBreak/>
        <w:t xml:space="preserve">Krystyn stepped back into the shadows, her figure melting into the darkness. "Be careful, Frank. </w:t>
      </w:r>
      <w:proofErr w:type="gramStart"/>
      <w:r w:rsidRPr="009B142F">
        <w:rPr>
          <w:rFonts w:eastAsia="Times New Roman" w:cs="Times New Roman"/>
          <w:szCs w:val="24"/>
        </w:rPr>
        <w:t>They’ll</w:t>
      </w:r>
      <w:proofErr w:type="gramEnd"/>
      <w:r w:rsidRPr="009B142F">
        <w:rPr>
          <w:rFonts w:eastAsia="Times New Roman" w:cs="Times New Roman"/>
          <w:szCs w:val="24"/>
        </w:rPr>
        <w:t xml:space="preserve"> be watching. They always are.”</w:t>
      </w:r>
    </w:p>
    <w:p w14:paraId="6AB506D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As she disappeared, Frank turned back to the road ahead. The plan had just shifted. Now, he needed to move, to get out of the area before the net closed around him.</w:t>
      </w:r>
    </w:p>
    <w:p w14:paraId="3DD479DD" w14:textId="77777777" w:rsidR="00F17760" w:rsidRPr="009B142F" w:rsidRDefault="002010FF" w:rsidP="00F17760">
      <w:pPr>
        <w:rPr>
          <w:rFonts w:eastAsia="Times New Roman" w:cs="Times New Roman"/>
          <w:szCs w:val="24"/>
        </w:rPr>
      </w:pPr>
      <w:r>
        <w:rPr>
          <w:rFonts w:eastAsia="Times New Roman" w:cs="Times New Roman"/>
          <w:szCs w:val="24"/>
        </w:rPr>
        <w:pict w14:anchorId="4A1E216A">
          <v:rect id="_x0000_i1064" style="width:0;height:1.5pt" o:hralign="center" o:hrstd="t" o:hr="t" fillcolor="#a0a0a0" stroked="f"/>
        </w:pict>
      </w:r>
    </w:p>
    <w:p w14:paraId="1B53F49F"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t>The Media Storm</w:t>
      </w:r>
    </w:p>
    <w:p w14:paraId="7EDC295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Back in Boston, the media frenzy around Frank had reached a fever pitch. Newscasters, politicians, and pundits were all feeding into the narrative that he was the face of the Pre-Conviction system. News outlets were showing grainy photos of his past, mixed with propaganda suggesting he was the violent future of America if left unchecked. The public demanded his capture, and the government pushed the rhetoric harder each day.</w:t>
      </w:r>
    </w:p>
    <w:p w14:paraId="5F2BB810"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As protests erupted in major cities, the nation </w:t>
      </w:r>
      <w:proofErr w:type="gramStart"/>
      <w:r w:rsidRPr="009B142F">
        <w:rPr>
          <w:rFonts w:eastAsia="Times New Roman" w:cs="Times New Roman"/>
          <w:szCs w:val="24"/>
        </w:rPr>
        <w:t>was split</w:t>
      </w:r>
      <w:proofErr w:type="gramEnd"/>
      <w:r w:rsidRPr="009B142F">
        <w:rPr>
          <w:rFonts w:eastAsia="Times New Roman" w:cs="Times New Roman"/>
          <w:szCs w:val="24"/>
        </w:rPr>
        <w:t xml:space="preserve"> in two. </w:t>
      </w:r>
      <w:proofErr w:type="gramStart"/>
      <w:r w:rsidRPr="009B142F">
        <w:rPr>
          <w:rFonts w:eastAsia="Times New Roman" w:cs="Times New Roman"/>
          <w:szCs w:val="24"/>
        </w:rPr>
        <w:t>Some</w:t>
      </w:r>
      <w:proofErr w:type="gramEnd"/>
      <w:r w:rsidRPr="009B142F">
        <w:rPr>
          <w:rFonts w:eastAsia="Times New Roman" w:cs="Times New Roman"/>
          <w:szCs w:val="24"/>
        </w:rPr>
        <w:t xml:space="preserve"> rallied in support of the program, believing it would keep them safe, while others saw it as an infringement on their rights. But one thing was clear: Frank was now the most infamous fugitive in the country.</w:t>
      </w:r>
    </w:p>
    <w:p w14:paraId="2B413194"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Rumors </w:t>
      </w:r>
      <w:proofErr w:type="gramStart"/>
      <w:r w:rsidRPr="009B142F">
        <w:rPr>
          <w:rFonts w:eastAsia="Times New Roman" w:cs="Times New Roman"/>
          <w:szCs w:val="24"/>
        </w:rPr>
        <w:t>swirled—whispers</w:t>
      </w:r>
      <w:proofErr w:type="gramEnd"/>
      <w:r w:rsidRPr="009B142F">
        <w:rPr>
          <w:rFonts w:eastAsia="Times New Roman" w:cs="Times New Roman"/>
          <w:szCs w:val="24"/>
        </w:rPr>
        <w:t xml:space="preserve"> about his involvement in Jake’s death. The accusations were subtle at first, insinuating that Frank was somehow responsible, that Jake’s suicide had </w:t>
      </w:r>
      <w:proofErr w:type="gramStart"/>
      <w:r w:rsidRPr="009B142F">
        <w:rPr>
          <w:rFonts w:eastAsia="Times New Roman" w:cs="Times New Roman"/>
          <w:szCs w:val="24"/>
        </w:rPr>
        <w:t>been tied</w:t>
      </w:r>
      <w:proofErr w:type="gramEnd"/>
      <w:r w:rsidRPr="009B142F">
        <w:rPr>
          <w:rFonts w:eastAsia="Times New Roman" w:cs="Times New Roman"/>
          <w:szCs w:val="24"/>
        </w:rPr>
        <w:t xml:space="preserve"> to the pressure of their shared mission. It was part of the twisted narrative, part of the system’s attempt to break him.</w:t>
      </w:r>
    </w:p>
    <w:p w14:paraId="7F17C697"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But Frank </w:t>
      </w:r>
      <w:proofErr w:type="gramStart"/>
      <w:r w:rsidRPr="009B142F">
        <w:rPr>
          <w:rFonts w:eastAsia="Times New Roman" w:cs="Times New Roman"/>
          <w:szCs w:val="24"/>
        </w:rPr>
        <w:t>wasn’t</w:t>
      </w:r>
      <w:proofErr w:type="gramEnd"/>
      <w:r w:rsidRPr="009B142F">
        <w:rPr>
          <w:rFonts w:eastAsia="Times New Roman" w:cs="Times New Roman"/>
          <w:szCs w:val="24"/>
        </w:rPr>
        <w:t xml:space="preserve"> broken yet.</w:t>
      </w:r>
    </w:p>
    <w:p w14:paraId="4E2A882A" w14:textId="77777777" w:rsidR="00F17760" w:rsidRPr="009B142F" w:rsidRDefault="002010FF" w:rsidP="00F17760">
      <w:pPr>
        <w:rPr>
          <w:rFonts w:eastAsia="Times New Roman" w:cs="Times New Roman"/>
          <w:szCs w:val="24"/>
        </w:rPr>
      </w:pPr>
      <w:r>
        <w:rPr>
          <w:rFonts w:eastAsia="Times New Roman" w:cs="Times New Roman"/>
          <w:szCs w:val="24"/>
        </w:rPr>
        <w:pict w14:anchorId="00F4A951">
          <v:rect id="_x0000_i1065" style="width:0;height:1.5pt" o:hralign="center" o:hrstd="t" o:hr="t" fillcolor="#a0a0a0" stroked="f"/>
        </w:pict>
      </w:r>
    </w:p>
    <w:p w14:paraId="50B6901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t>The Countdown</w:t>
      </w:r>
    </w:p>
    <w:p w14:paraId="06C2C49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As Frank moved through the night, the weight of his new reality pressed on him. The Pre-Conviction program </w:t>
      </w:r>
      <w:proofErr w:type="gramStart"/>
      <w:r w:rsidRPr="009B142F">
        <w:rPr>
          <w:rFonts w:eastAsia="Times New Roman" w:cs="Times New Roman"/>
          <w:szCs w:val="24"/>
        </w:rPr>
        <w:t>wasn’t</w:t>
      </w:r>
      <w:proofErr w:type="gramEnd"/>
      <w:r w:rsidRPr="009B142F">
        <w:rPr>
          <w:rFonts w:eastAsia="Times New Roman" w:cs="Times New Roman"/>
          <w:szCs w:val="24"/>
        </w:rPr>
        <w:t xml:space="preserve"> </w:t>
      </w:r>
      <w:proofErr w:type="gramStart"/>
      <w:r w:rsidRPr="009B142F">
        <w:rPr>
          <w:rFonts w:eastAsia="Times New Roman" w:cs="Times New Roman"/>
          <w:szCs w:val="24"/>
        </w:rPr>
        <w:t>just about him</w:t>
      </w:r>
      <w:proofErr w:type="gramEnd"/>
      <w:r w:rsidRPr="009B142F">
        <w:rPr>
          <w:rFonts w:eastAsia="Times New Roman" w:cs="Times New Roman"/>
          <w:szCs w:val="24"/>
        </w:rPr>
        <w:t xml:space="preserve"> </w:t>
      </w:r>
      <w:proofErr w:type="gramStart"/>
      <w:r w:rsidRPr="009B142F">
        <w:rPr>
          <w:rFonts w:eastAsia="Times New Roman" w:cs="Times New Roman"/>
          <w:szCs w:val="24"/>
        </w:rPr>
        <w:t>anymore—</w:t>
      </w:r>
      <w:proofErr w:type="gramEnd"/>
      <w:r w:rsidRPr="009B142F">
        <w:rPr>
          <w:rFonts w:eastAsia="Times New Roman" w:cs="Times New Roman"/>
          <w:szCs w:val="24"/>
        </w:rPr>
        <w:t xml:space="preserve">it was about everyone who had </w:t>
      </w:r>
      <w:proofErr w:type="gramStart"/>
      <w:r w:rsidRPr="009B142F">
        <w:rPr>
          <w:rFonts w:eastAsia="Times New Roman" w:cs="Times New Roman"/>
          <w:szCs w:val="24"/>
        </w:rPr>
        <w:t>been tagged</w:t>
      </w:r>
      <w:proofErr w:type="gramEnd"/>
      <w:r w:rsidRPr="009B142F">
        <w:rPr>
          <w:rFonts w:eastAsia="Times New Roman" w:cs="Times New Roman"/>
          <w:szCs w:val="24"/>
        </w:rPr>
        <w:t>. It was about the future of freedom, the future of justice.</w:t>
      </w:r>
    </w:p>
    <w:p w14:paraId="78FC5620"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had no choice now.</w:t>
      </w:r>
    </w:p>
    <w:p w14:paraId="03810D34"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was going to stop it.</w:t>
      </w:r>
    </w:p>
    <w:p w14:paraId="524EF18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Chapter 15 – The Fracture</w:t>
      </w:r>
    </w:p>
    <w:p w14:paraId="39948602"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The fog hung thick over the small town, the distant hum of helicopters barely </w:t>
      </w:r>
      <w:proofErr w:type="gramStart"/>
      <w:r w:rsidRPr="00295B40">
        <w:rPr>
          <w:rFonts w:eastAsia="Times New Roman" w:cs="Times New Roman"/>
          <w:szCs w:val="24"/>
        </w:rPr>
        <w:t>audible</w:t>
      </w:r>
      <w:proofErr w:type="gramEnd"/>
      <w:r w:rsidRPr="00295B40">
        <w:rPr>
          <w:rFonts w:eastAsia="Times New Roman" w:cs="Times New Roman"/>
          <w:szCs w:val="24"/>
        </w:rPr>
        <w:t xml:space="preserve"> above the dull clamor of Frank’s thoughts. He had kept moving, slipping through the underbrush like a shadow, never staying in one place too long. His pulse was a constant thrum in his ears, but he </w:t>
      </w:r>
      <w:proofErr w:type="gramStart"/>
      <w:r w:rsidRPr="00295B40">
        <w:rPr>
          <w:rFonts w:eastAsia="Times New Roman" w:cs="Times New Roman"/>
          <w:szCs w:val="24"/>
        </w:rPr>
        <w:t>couldn’t</w:t>
      </w:r>
      <w:proofErr w:type="gramEnd"/>
      <w:r w:rsidRPr="00295B40">
        <w:rPr>
          <w:rFonts w:eastAsia="Times New Roman" w:cs="Times New Roman"/>
          <w:szCs w:val="24"/>
        </w:rPr>
        <w:t xml:space="preserve"> allow himself to stop. The walls were closing in, and everywhere he turned, the pre-conviction system was inching closer to its final judgment.</w:t>
      </w:r>
    </w:p>
    <w:p w14:paraId="11E5DCE3"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The world had begun to feel like it was unspooling, the threads of normalcy </w:t>
      </w:r>
      <w:proofErr w:type="gramStart"/>
      <w:r w:rsidRPr="00295B40">
        <w:rPr>
          <w:rFonts w:eastAsia="Times New Roman" w:cs="Times New Roman"/>
          <w:szCs w:val="24"/>
        </w:rPr>
        <w:t>being replaced</w:t>
      </w:r>
      <w:proofErr w:type="gramEnd"/>
      <w:r w:rsidRPr="00295B40">
        <w:rPr>
          <w:rFonts w:eastAsia="Times New Roman" w:cs="Times New Roman"/>
          <w:szCs w:val="24"/>
        </w:rPr>
        <w:t xml:space="preserve"> with the suffocating net of surveillance and control. Frank had learned enough about the system to know that he was no longer just a </w:t>
      </w:r>
      <w:proofErr w:type="gramStart"/>
      <w:r w:rsidRPr="00295B40">
        <w:rPr>
          <w:rFonts w:eastAsia="Times New Roman" w:cs="Times New Roman"/>
          <w:szCs w:val="24"/>
        </w:rPr>
        <w:t>fugitive—</w:t>
      </w:r>
      <w:proofErr w:type="gramEnd"/>
      <w:r w:rsidRPr="00295B40">
        <w:rPr>
          <w:rFonts w:eastAsia="Times New Roman" w:cs="Times New Roman"/>
          <w:szCs w:val="24"/>
        </w:rPr>
        <w:t xml:space="preserve">he was the public face of a political weapon </w:t>
      </w:r>
      <w:proofErr w:type="gramStart"/>
      <w:r w:rsidRPr="00295B40">
        <w:rPr>
          <w:rFonts w:eastAsia="Times New Roman" w:cs="Times New Roman"/>
          <w:szCs w:val="24"/>
        </w:rPr>
        <w:t>being wielded</w:t>
      </w:r>
      <w:proofErr w:type="gramEnd"/>
      <w:r w:rsidRPr="00295B40">
        <w:rPr>
          <w:rFonts w:eastAsia="Times New Roman" w:cs="Times New Roman"/>
          <w:szCs w:val="24"/>
        </w:rPr>
        <w:t xml:space="preserve"> for an agenda he could barely comprehend. A pawn in a deadly game where the stakes were higher than anyone had imagined.</w:t>
      </w:r>
    </w:p>
    <w:p w14:paraId="3A57A1FE" w14:textId="77777777" w:rsidR="00295B40" w:rsidRPr="00295B40" w:rsidRDefault="00295B40" w:rsidP="00295B40">
      <w:pPr>
        <w:spacing w:before="100" w:beforeAutospacing="1" w:after="100" w:afterAutospacing="1"/>
        <w:rPr>
          <w:rFonts w:eastAsia="Times New Roman" w:cs="Times New Roman"/>
          <w:szCs w:val="24"/>
        </w:rPr>
      </w:pPr>
      <w:proofErr w:type="gramStart"/>
      <w:r w:rsidRPr="00295B40">
        <w:rPr>
          <w:rFonts w:eastAsia="Times New Roman" w:cs="Times New Roman"/>
          <w:szCs w:val="24"/>
        </w:rPr>
        <w:t>He'd</w:t>
      </w:r>
      <w:proofErr w:type="gramEnd"/>
      <w:r w:rsidRPr="00295B40">
        <w:rPr>
          <w:rFonts w:eastAsia="Times New Roman" w:cs="Times New Roman"/>
          <w:szCs w:val="24"/>
        </w:rPr>
        <w:t xml:space="preserve"> been on the run long enough to understand that this </w:t>
      </w:r>
      <w:proofErr w:type="gramStart"/>
      <w:r w:rsidRPr="00295B40">
        <w:rPr>
          <w:rFonts w:eastAsia="Times New Roman" w:cs="Times New Roman"/>
          <w:szCs w:val="24"/>
        </w:rPr>
        <w:t>wasn’t</w:t>
      </w:r>
      <w:proofErr w:type="gramEnd"/>
      <w:r w:rsidRPr="00295B40">
        <w:rPr>
          <w:rFonts w:eastAsia="Times New Roman" w:cs="Times New Roman"/>
          <w:szCs w:val="24"/>
        </w:rPr>
        <w:t xml:space="preserve"> </w:t>
      </w:r>
      <w:proofErr w:type="gramStart"/>
      <w:r w:rsidRPr="00295B40">
        <w:rPr>
          <w:rFonts w:eastAsia="Times New Roman" w:cs="Times New Roman"/>
          <w:szCs w:val="24"/>
        </w:rPr>
        <w:t>just about him</w:t>
      </w:r>
      <w:proofErr w:type="gramEnd"/>
      <w:r w:rsidRPr="00295B40">
        <w:rPr>
          <w:rFonts w:eastAsia="Times New Roman" w:cs="Times New Roman"/>
          <w:szCs w:val="24"/>
        </w:rPr>
        <w:t xml:space="preserve"> anymore. The whispers that his friend Jake had </w:t>
      </w:r>
      <w:proofErr w:type="gramStart"/>
      <w:r w:rsidRPr="00295B40">
        <w:rPr>
          <w:rFonts w:eastAsia="Times New Roman" w:cs="Times New Roman"/>
          <w:szCs w:val="24"/>
        </w:rPr>
        <w:t>been killed</w:t>
      </w:r>
      <w:proofErr w:type="gramEnd"/>
      <w:r w:rsidRPr="00295B40">
        <w:rPr>
          <w:rFonts w:eastAsia="Times New Roman" w:cs="Times New Roman"/>
          <w:szCs w:val="24"/>
        </w:rPr>
        <w:t xml:space="preserve">—part of a cover-up, a warning—kept playing in his mind like a drumbeat. Rachel’s </w:t>
      </w:r>
      <w:r w:rsidRPr="00295B40">
        <w:rPr>
          <w:rFonts w:eastAsia="Times New Roman" w:cs="Times New Roman"/>
          <w:szCs w:val="24"/>
        </w:rPr>
        <w:lastRenderedPageBreak/>
        <w:t xml:space="preserve">last message had burned itself into his brain: </w:t>
      </w:r>
      <w:proofErr w:type="gramStart"/>
      <w:r w:rsidRPr="00295B40">
        <w:rPr>
          <w:rFonts w:eastAsia="Times New Roman" w:cs="Times New Roman"/>
          <w:i/>
          <w:iCs/>
          <w:szCs w:val="24"/>
        </w:rPr>
        <w:t>They’re</w:t>
      </w:r>
      <w:proofErr w:type="gramEnd"/>
      <w:r w:rsidRPr="00295B40">
        <w:rPr>
          <w:rFonts w:eastAsia="Times New Roman" w:cs="Times New Roman"/>
          <w:i/>
          <w:iCs/>
          <w:szCs w:val="24"/>
        </w:rPr>
        <w:t xml:space="preserve"> pushing you, Frank. They want to see if </w:t>
      </w:r>
      <w:proofErr w:type="gramStart"/>
      <w:r w:rsidRPr="00295B40">
        <w:rPr>
          <w:rFonts w:eastAsia="Times New Roman" w:cs="Times New Roman"/>
          <w:i/>
          <w:iCs/>
          <w:szCs w:val="24"/>
        </w:rPr>
        <w:t>you’ll</w:t>
      </w:r>
      <w:proofErr w:type="gramEnd"/>
      <w:r w:rsidRPr="00295B40">
        <w:rPr>
          <w:rFonts w:eastAsia="Times New Roman" w:cs="Times New Roman"/>
          <w:i/>
          <w:iCs/>
          <w:szCs w:val="24"/>
        </w:rPr>
        <w:t xml:space="preserve"> break. They want to prove the system can work.</w:t>
      </w:r>
    </w:p>
    <w:p w14:paraId="4EEE699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And now, the trial—the public spectacle that was </w:t>
      </w:r>
      <w:proofErr w:type="gramStart"/>
      <w:r w:rsidRPr="00295B40">
        <w:rPr>
          <w:rFonts w:eastAsia="Times New Roman" w:cs="Times New Roman"/>
          <w:szCs w:val="24"/>
        </w:rPr>
        <w:t>being sold</w:t>
      </w:r>
      <w:proofErr w:type="gramEnd"/>
      <w:r w:rsidRPr="00295B40">
        <w:rPr>
          <w:rFonts w:eastAsia="Times New Roman" w:cs="Times New Roman"/>
          <w:szCs w:val="24"/>
        </w:rPr>
        <w:t xml:space="preserve"> as justice—was rapidly approaching. Frank knew he had only one option left: he had to infiltrate the very system that was hunting him, find the truth, and expose it before the final act of this macabre show could </w:t>
      </w:r>
      <w:proofErr w:type="gramStart"/>
      <w:r w:rsidRPr="00295B40">
        <w:rPr>
          <w:rFonts w:eastAsia="Times New Roman" w:cs="Times New Roman"/>
          <w:szCs w:val="24"/>
        </w:rPr>
        <w:t>be played</w:t>
      </w:r>
      <w:proofErr w:type="gramEnd"/>
      <w:r w:rsidRPr="00295B40">
        <w:rPr>
          <w:rFonts w:eastAsia="Times New Roman" w:cs="Times New Roman"/>
          <w:szCs w:val="24"/>
        </w:rPr>
        <w:t xml:space="preserve"> out. But the weight of it was beginning to show in his movements, in the way he interacted with others. The weight of his decisions, of his failures, was starting to take its toll.</w:t>
      </w:r>
    </w:p>
    <w:p w14:paraId="2B5570F1" w14:textId="77777777" w:rsidR="00295B40" w:rsidRPr="00295B40" w:rsidRDefault="002010FF" w:rsidP="00295B40">
      <w:pPr>
        <w:rPr>
          <w:rFonts w:eastAsia="Times New Roman" w:cs="Times New Roman"/>
          <w:szCs w:val="24"/>
        </w:rPr>
      </w:pPr>
      <w:r>
        <w:rPr>
          <w:rFonts w:eastAsia="Times New Roman" w:cs="Times New Roman"/>
          <w:szCs w:val="24"/>
        </w:rPr>
        <w:pict w14:anchorId="591B886C">
          <v:rect id="_x0000_i1066" style="width:0;height:1.5pt" o:hralign="center" o:hrstd="t" o:hr="t" fillcolor="#a0a0a0" stroked="f"/>
        </w:pict>
      </w:r>
    </w:p>
    <w:p w14:paraId="07DA920A"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Morning in the South – The Darkest Reach</w:t>
      </w:r>
    </w:p>
    <w:p w14:paraId="67213DDB"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Frank had made it south, further away from the prying eyes of New England’s surveillance network. His experience in Afghanistan—his intimate knowledge of covert operations and enemy tracking—had kept him alive. But this was different. The government </w:t>
      </w:r>
      <w:proofErr w:type="gramStart"/>
      <w:r w:rsidRPr="00295B40">
        <w:rPr>
          <w:rFonts w:eastAsia="Times New Roman" w:cs="Times New Roman"/>
          <w:szCs w:val="24"/>
        </w:rPr>
        <w:t>wasn’t</w:t>
      </w:r>
      <w:proofErr w:type="gramEnd"/>
      <w:r w:rsidRPr="00295B40">
        <w:rPr>
          <w:rFonts w:eastAsia="Times New Roman" w:cs="Times New Roman"/>
          <w:szCs w:val="24"/>
        </w:rPr>
        <w:t xml:space="preserve"> just hunting him; they were targeting his every move with a network that stretched farther and deeper than any enemy </w:t>
      </w:r>
      <w:proofErr w:type="gramStart"/>
      <w:r w:rsidRPr="00295B40">
        <w:rPr>
          <w:rFonts w:eastAsia="Times New Roman" w:cs="Times New Roman"/>
          <w:szCs w:val="24"/>
        </w:rPr>
        <w:t>he’d</w:t>
      </w:r>
      <w:proofErr w:type="gramEnd"/>
      <w:r w:rsidRPr="00295B40">
        <w:rPr>
          <w:rFonts w:eastAsia="Times New Roman" w:cs="Times New Roman"/>
          <w:szCs w:val="24"/>
        </w:rPr>
        <w:t xml:space="preserve"> faced before.</w:t>
      </w:r>
    </w:p>
    <w:p w14:paraId="014EEB8E" w14:textId="77777777" w:rsidR="00295B40" w:rsidRPr="00295B40" w:rsidRDefault="00295B40" w:rsidP="00295B40">
      <w:pPr>
        <w:spacing w:before="100" w:beforeAutospacing="1" w:after="100" w:afterAutospacing="1"/>
        <w:rPr>
          <w:rFonts w:eastAsia="Times New Roman" w:cs="Times New Roman"/>
          <w:szCs w:val="24"/>
        </w:rPr>
      </w:pPr>
      <w:proofErr w:type="gramStart"/>
      <w:r w:rsidRPr="00295B40">
        <w:rPr>
          <w:rFonts w:eastAsia="Times New Roman" w:cs="Times New Roman"/>
          <w:szCs w:val="24"/>
        </w:rPr>
        <w:t>He’d</w:t>
      </w:r>
      <w:proofErr w:type="gramEnd"/>
      <w:r w:rsidRPr="00295B40">
        <w:rPr>
          <w:rFonts w:eastAsia="Times New Roman" w:cs="Times New Roman"/>
          <w:szCs w:val="24"/>
        </w:rPr>
        <w:t xml:space="preserve"> managed to </w:t>
      </w:r>
      <w:proofErr w:type="gramStart"/>
      <w:r w:rsidRPr="00295B40">
        <w:rPr>
          <w:rFonts w:eastAsia="Times New Roman" w:cs="Times New Roman"/>
          <w:szCs w:val="24"/>
        </w:rPr>
        <w:t>make contact with</w:t>
      </w:r>
      <w:proofErr w:type="gramEnd"/>
      <w:r w:rsidRPr="00295B40">
        <w:rPr>
          <w:rFonts w:eastAsia="Times New Roman" w:cs="Times New Roman"/>
          <w:szCs w:val="24"/>
        </w:rPr>
        <w:t xml:space="preserve"> someone who had once been on the inside of the pre-conviction program. A former colleague, now working under a new identity, someone who understood the systems and had connections to the data farm Rachel had warned him about. Their meeting was set for a secluded </w:t>
      </w:r>
      <w:proofErr w:type="gramStart"/>
      <w:r w:rsidRPr="00295B40">
        <w:rPr>
          <w:rFonts w:eastAsia="Times New Roman" w:cs="Times New Roman"/>
          <w:szCs w:val="24"/>
        </w:rPr>
        <w:t>location—a</w:t>
      </w:r>
      <w:proofErr w:type="gramEnd"/>
      <w:r w:rsidRPr="00295B40">
        <w:rPr>
          <w:rFonts w:eastAsia="Times New Roman" w:cs="Times New Roman"/>
          <w:szCs w:val="24"/>
        </w:rPr>
        <w:t xml:space="preserve"> café near an industrial area, far from the prying eyes of the public. The moment he stepped inside, the atmosphere shifted. The worn walls, chipped counters, and stale air seemed to close in around him, but it was the face of the man at the back corner booth that held his attention.</w:t>
      </w:r>
    </w:p>
    <w:p w14:paraId="4BAF56C4"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He took a deep breath before walking toward him.</w:t>
      </w:r>
    </w:p>
    <w:p w14:paraId="20A06F2E" w14:textId="77777777" w:rsidR="00295B40" w:rsidRPr="00295B40" w:rsidRDefault="002010FF" w:rsidP="00295B40">
      <w:pPr>
        <w:rPr>
          <w:rFonts w:eastAsia="Times New Roman" w:cs="Times New Roman"/>
          <w:szCs w:val="24"/>
        </w:rPr>
      </w:pPr>
      <w:r>
        <w:rPr>
          <w:rFonts w:eastAsia="Times New Roman" w:cs="Times New Roman"/>
          <w:szCs w:val="24"/>
        </w:rPr>
        <w:pict w14:anchorId="104D8010">
          <v:rect id="_x0000_i1067" style="width:0;height:1.5pt" o:hralign="center" o:hrstd="t" o:hr="t" fillcolor="#a0a0a0" stroked="f"/>
        </w:pict>
      </w:r>
    </w:p>
    <w:p w14:paraId="45D5EBB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A Confession in Shadows</w:t>
      </w:r>
    </w:p>
    <w:p w14:paraId="3AC08134"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The man, known only to Frank as “Tanner,” had once been an operative for a government contract agency. </w:t>
      </w:r>
      <w:proofErr w:type="gramStart"/>
      <w:r w:rsidRPr="00295B40">
        <w:rPr>
          <w:rFonts w:eastAsia="Times New Roman" w:cs="Times New Roman"/>
          <w:szCs w:val="24"/>
        </w:rPr>
        <w:t>He’d</w:t>
      </w:r>
      <w:proofErr w:type="gramEnd"/>
      <w:r w:rsidRPr="00295B40">
        <w:rPr>
          <w:rFonts w:eastAsia="Times New Roman" w:cs="Times New Roman"/>
          <w:szCs w:val="24"/>
        </w:rPr>
        <w:t xml:space="preserve"> worked with Frank on </w:t>
      </w:r>
      <w:proofErr w:type="gramStart"/>
      <w:r w:rsidRPr="00295B40">
        <w:rPr>
          <w:rFonts w:eastAsia="Times New Roman" w:cs="Times New Roman"/>
          <w:szCs w:val="24"/>
        </w:rPr>
        <w:t>a few</w:t>
      </w:r>
      <w:proofErr w:type="gramEnd"/>
      <w:r w:rsidRPr="00295B40">
        <w:rPr>
          <w:rFonts w:eastAsia="Times New Roman" w:cs="Times New Roman"/>
          <w:szCs w:val="24"/>
        </w:rPr>
        <w:t xml:space="preserve"> assignments overseas—silent missions in war zones, far from the reach of the bureaucrats who now controlled everything. He </w:t>
      </w:r>
      <w:proofErr w:type="gramStart"/>
      <w:r w:rsidRPr="00295B40">
        <w:rPr>
          <w:rFonts w:eastAsia="Times New Roman" w:cs="Times New Roman"/>
          <w:szCs w:val="24"/>
        </w:rPr>
        <w:t>wasn’t</w:t>
      </w:r>
      <w:proofErr w:type="gramEnd"/>
      <w:r w:rsidRPr="00295B40">
        <w:rPr>
          <w:rFonts w:eastAsia="Times New Roman" w:cs="Times New Roman"/>
          <w:szCs w:val="24"/>
        </w:rPr>
        <w:t xml:space="preserve"> much of a talker, but his eyes said it all. He knew what was at stake.</w:t>
      </w:r>
    </w:p>
    <w:p w14:paraId="06298ACD"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“You were right to come,” Tanner said, his voice low and urgent. “</w:t>
      </w:r>
      <w:proofErr w:type="gramStart"/>
      <w:r w:rsidRPr="00295B40">
        <w:rPr>
          <w:rFonts w:eastAsia="Times New Roman" w:cs="Times New Roman"/>
          <w:szCs w:val="24"/>
        </w:rPr>
        <w:t>They’re</w:t>
      </w:r>
      <w:proofErr w:type="gramEnd"/>
      <w:r w:rsidRPr="00295B40">
        <w:rPr>
          <w:rFonts w:eastAsia="Times New Roman" w:cs="Times New Roman"/>
          <w:szCs w:val="24"/>
        </w:rPr>
        <w:t xml:space="preserve"> building something big, Frank. Something that you </w:t>
      </w:r>
      <w:proofErr w:type="gramStart"/>
      <w:r w:rsidRPr="00295B40">
        <w:rPr>
          <w:rFonts w:eastAsia="Times New Roman" w:cs="Times New Roman"/>
          <w:szCs w:val="24"/>
        </w:rPr>
        <w:t>won’t</w:t>
      </w:r>
      <w:proofErr w:type="gramEnd"/>
      <w:r w:rsidRPr="00295B40">
        <w:rPr>
          <w:rFonts w:eastAsia="Times New Roman" w:cs="Times New Roman"/>
          <w:szCs w:val="24"/>
        </w:rPr>
        <w:t xml:space="preserve"> be able to outrun.”</w:t>
      </w:r>
    </w:p>
    <w:p w14:paraId="02BE84F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Frank slid into the seat across from him. His fingers drummed lightly on the table as he listened, trying to steady his racing heart. Tanner had the information he needed, but Frank knew better than </w:t>
      </w:r>
      <w:proofErr w:type="gramStart"/>
      <w:r w:rsidRPr="00295B40">
        <w:rPr>
          <w:rFonts w:eastAsia="Times New Roman" w:cs="Times New Roman"/>
          <w:szCs w:val="24"/>
        </w:rPr>
        <w:t>to trust</w:t>
      </w:r>
      <w:proofErr w:type="gramEnd"/>
      <w:r w:rsidRPr="00295B40">
        <w:rPr>
          <w:rFonts w:eastAsia="Times New Roman" w:cs="Times New Roman"/>
          <w:szCs w:val="24"/>
        </w:rPr>
        <w:t xml:space="preserve"> anyone completely. Not now.</w:t>
      </w:r>
    </w:p>
    <w:p w14:paraId="61FF8477"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“They’re constructing a new facility,” Tanner continued, glancing around to make sure they </w:t>
      </w:r>
      <w:proofErr w:type="gramStart"/>
      <w:r w:rsidRPr="00295B40">
        <w:rPr>
          <w:rFonts w:eastAsia="Times New Roman" w:cs="Times New Roman"/>
          <w:szCs w:val="24"/>
        </w:rPr>
        <w:t>weren’t</w:t>
      </w:r>
      <w:proofErr w:type="gramEnd"/>
      <w:r w:rsidRPr="00295B40">
        <w:rPr>
          <w:rFonts w:eastAsia="Times New Roman" w:cs="Times New Roman"/>
          <w:szCs w:val="24"/>
        </w:rPr>
        <w:t xml:space="preserve"> </w:t>
      </w:r>
      <w:proofErr w:type="gramStart"/>
      <w:r w:rsidRPr="00295B40">
        <w:rPr>
          <w:rFonts w:eastAsia="Times New Roman" w:cs="Times New Roman"/>
          <w:szCs w:val="24"/>
        </w:rPr>
        <w:t>being overheard</w:t>
      </w:r>
      <w:proofErr w:type="gramEnd"/>
      <w:r w:rsidRPr="00295B40">
        <w:rPr>
          <w:rFonts w:eastAsia="Times New Roman" w:cs="Times New Roman"/>
          <w:szCs w:val="24"/>
        </w:rPr>
        <w:t xml:space="preserve">. “A prison. Not just for the </w:t>
      </w:r>
      <w:proofErr w:type="gramStart"/>
      <w:r w:rsidRPr="00295B40">
        <w:rPr>
          <w:rFonts w:eastAsia="Times New Roman" w:cs="Times New Roman"/>
          <w:szCs w:val="24"/>
        </w:rPr>
        <w:t>Pre-Convicted</w:t>
      </w:r>
      <w:proofErr w:type="gramEnd"/>
      <w:r w:rsidRPr="00295B40">
        <w:rPr>
          <w:rFonts w:eastAsia="Times New Roman" w:cs="Times New Roman"/>
          <w:szCs w:val="24"/>
        </w:rPr>
        <w:t>—</w:t>
      </w:r>
      <w:proofErr w:type="gramStart"/>
      <w:r w:rsidRPr="00295B40">
        <w:rPr>
          <w:rFonts w:eastAsia="Times New Roman" w:cs="Times New Roman"/>
          <w:szCs w:val="24"/>
        </w:rPr>
        <w:t>they’re</w:t>
      </w:r>
      <w:proofErr w:type="gramEnd"/>
      <w:r w:rsidRPr="00295B40">
        <w:rPr>
          <w:rFonts w:eastAsia="Times New Roman" w:cs="Times New Roman"/>
          <w:szCs w:val="24"/>
        </w:rPr>
        <w:t xml:space="preserve"> calling it the </w:t>
      </w:r>
      <w:r w:rsidRPr="00295B40">
        <w:rPr>
          <w:rFonts w:eastAsia="Times New Roman" w:cs="Times New Roman"/>
          <w:i/>
          <w:iCs/>
          <w:szCs w:val="24"/>
        </w:rPr>
        <w:t>Sanctuary</w:t>
      </w:r>
      <w:r w:rsidRPr="00295B40">
        <w:rPr>
          <w:rFonts w:eastAsia="Times New Roman" w:cs="Times New Roman"/>
          <w:szCs w:val="24"/>
        </w:rPr>
        <w:t xml:space="preserve"> for people like you, but really, </w:t>
      </w:r>
      <w:proofErr w:type="gramStart"/>
      <w:r w:rsidRPr="00295B40">
        <w:rPr>
          <w:rFonts w:eastAsia="Times New Roman" w:cs="Times New Roman"/>
          <w:szCs w:val="24"/>
        </w:rPr>
        <w:t>it’s</w:t>
      </w:r>
      <w:proofErr w:type="gramEnd"/>
      <w:r w:rsidRPr="00295B40">
        <w:rPr>
          <w:rFonts w:eastAsia="Times New Roman" w:cs="Times New Roman"/>
          <w:szCs w:val="24"/>
        </w:rPr>
        <w:t xml:space="preserve"> a place where </w:t>
      </w:r>
      <w:proofErr w:type="gramStart"/>
      <w:r w:rsidRPr="00295B40">
        <w:rPr>
          <w:rFonts w:eastAsia="Times New Roman" w:cs="Times New Roman"/>
          <w:szCs w:val="24"/>
        </w:rPr>
        <w:t>they’ll</w:t>
      </w:r>
      <w:proofErr w:type="gramEnd"/>
      <w:r w:rsidRPr="00295B40">
        <w:rPr>
          <w:rFonts w:eastAsia="Times New Roman" w:cs="Times New Roman"/>
          <w:szCs w:val="24"/>
        </w:rPr>
        <w:t xml:space="preserve"> break you. They want to make you an example, Frank.”</w:t>
      </w:r>
    </w:p>
    <w:p w14:paraId="2289C4CB"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Frank’s eyes narrowed. “A prison? Where?”</w:t>
      </w:r>
    </w:p>
    <w:p w14:paraId="1A4F5805"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lastRenderedPageBreak/>
        <w:t xml:space="preserve">“Out in the middle of nowhere,” Tanner said. “A secret facility in the Midwest, designed to house those </w:t>
      </w:r>
      <w:proofErr w:type="gramStart"/>
      <w:r w:rsidRPr="00295B40">
        <w:rPr>
          <w:rFonts w:eastAsia="Times New Roman" w:cs="Times New Roman"/>
          <w:szCs w:val="24"/>
        </w:rPr>
        <w:t>they’ve</w:t>
      </w:r>
      <w:proofErr w:type="gramEnd"/>
      <w:r w:rsidRPr="00295B40">
        <w:rPr>
          <w:rFonts w:eastAsia="Times New Roman" w:cs="Times New Roman"/>
          <w:szCs w:val="24"/>
        </w:rPr>
        <w:t xml:space="preserve"> marked for pre-conviction. </w:t>
      </w:r>
      <w:proofErr w:type="gramStart"/>
      <w:r w:rsidRPr="00295B40">
        <w:rPr>
          <w:rFonts w:eastAsia="Times New Roman" w:cs="Times New Roman"/>
          <w:szCs w:val="24"/>
        </w:rPr>
        <w:t>It’s</w:t>
      </w:r>
      <w:proofErr w:type="gramEnd"/>
      <w:r w:rsidRPr="00295B40">
        <w:rPr>
          <w:rFonts w:eastAsia="Times New Roman" w:cs="Times New Roman"/>
          <w:szCs w:val="24"/>
        </w:rPr>
        <w:t xml:space="preserve"> where </w:t>
      </w:r>
      <w:proofErr w:type="gramStart"/>
      <w:r w:rsidRPr="00295B40">
        <w:rPr>
          <w:rFonts w:eastAsia="Times New Roman" w:cs="Times New Roman"/>
          <w:szCs w:val="24"/>
        </w:rPr>
        <w:t>they’re</w:t>
      </w:r>
      <w:proofErr w:type="gramEnd"/>
      <w:r w:rsidRPr="00295B40">
        <w:rPr>
          <w:rFonts w:eastAsia="Times New Roman" w:cs="Times New Roman"/>
          <w:szCs w:val="24"/>
        </w:rPr>
        <w:t xml:space="preserve"> going to send you once </w:t>
      </w:r>
      <w:proofErr w:type="gramStart"/>
      <w:r w:rsidRPr="00295B40">
        <w:rPr>
          <w:rFonts w:eastAsia="Times New Roman" w:cs="Times New Roman"/>
          <w:szCs w:val="24"/>
        </w:rPr>
        <w:t>they’ve</w:t>
      </w:r>
      <w:proofErr w:type="gramEnd"/>
      <w:r w:rsidRPr="00295B40">
        <w:rPr>
          <w:rFonts w:eastAsia="Times New Roman" w:cs="Times New Roman"/>
          <w:szCs w:val="24"/>
        </w:rPr>
        <w:t xml:space="preserve"> proven </w:t>
      </w:r>
      <w:proofErr w:type="gramStart"/>
      <w:r w:rsidRPr="00295B40">
        <w:rPr>
          <w:rFonts w:eastAsia="Times New Roman" w:cs="Times New Roman"/>
          <w:szCs w:val="24"/>
        </w:rPr>
        <w:t>you’ve</w:t>
      </w:r>
      <w:proofErr w:type="gramEnd"/>
      <w:r w:rsidRPr="00295B40">
        <w:rPr>
          <w:rFonts w:eastAsia="Times New Roman" w:cs="Times New Roman"/>
          <w:szCs w:val="24"/>
        </w:rPr>
        <w:t xml:space="preserve"> broken. </w:t>
      </w:r>
      <w:proofErr w:type="gramStart"/>
      <w:r w:rsidRPr="00295B40">
        <w:rPr>
          <w:rFonts w:eastAsia="Times New Roman" w:cs="Times New Roman"/>
          <w:szCs w:val="24"/>
        </w:rPr>
        <w:t>It’ll</w:t>
      </w:r>
      <w:proofErr w:type="gramEnd"/>
      <w:r w:rsidRPr="00295B40">
        <w:rPr>
          <w:rFonts w:eastAsia="Times New Roman" w:cs="Times New Roman"/>
          <w:szCs w:val="24"/>
        </w:rPr>
        <w:t xml:space="preserve"> be the end of the road for everyone caught in their web.”</w:t>
      </w:r>
    </w:p>
    <w:p w14:paraId="70F07B19"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Frank clenched his fists under the table, the heat rising in his chest. “How do I stop it?”</w:t>
      </w:r>
    </w:p>
    <w:p w14:paraId="54AF72A1"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Tanner leaned forward, his voice barely above a whisper. “You </w:t>
      </w:r>
      <w:proofErr w:type="gramStart"/>
      <w:r w:rsidRPr="00295B40">
        <w:rPr>
          <w:rFonts w:eastAsia="Times New Roman" w:cs="Times New Roman"/>
          <w:szCs w:val="24"/>
        </w:rPr>
        <w:t>can’t</w:t>
      </w:r>
      <w:proofErr w:type="gramEnd"/>
      <w:r w:rsidRPr="00295B40">
        <w:rPr>
          <w:rFonts w:eastAsia="Times New Roman" w:cs="Times New Roman"/>
          <w:szCs w:val="24"/>
        </w:rPr>
        <w:t xml:space="preserve"> stop it—not directly. But </w:t>
      </w:r>
      <w:proofErr w:type="gramStart"/>
      <w:r w:rsidRPr="00295B40">
        <w:rPr>
          <w:rFonts w:eastAsia="Times New Roman" w:cs="Times New Roman"/>
          <w:szCs w:val="24"/>
        </w:rPr>
        <w:t>I’ve</w:t>
      </w:r>
      <w:proofErr w:type="gramEnd"/>
      <w:r w:rsidRPr="00295B40">
        <w:rPr>
          <w:rFonts w:eastAsia="Times New Roman" w:cs="Times New Roman"/>
          <w:szCs w:val="24"/>
        </w:rPr>
        <w:t xml:space="preserve"> been trying to piece together the next move. </w:t>
      </w:r>
      <w:proofErr w:type="gramStart"/>
      <w:r w:rsidRPr="00295B40">
        <w:rPr>
          <w:rFonts w:eastAsia="Times New Roman" w:cs="Times New Roman"/>
          <w:szCs w:val="24"/>
        </w:rPr>
        <w:t>They’re</w:t>
      </w:r>
      <w:proofErr w:type="gramEnd"/>
      <w:r w:rsidRPr="00295B40">
        <w:rPr>
          <w:rFonts w:eastAsia="Times New Roman" w:cs="Times New Roman"/>
          <w:szCs w:val="24"/>
        </w:rPr>
        <w:t xml:space="preserve"> going to </w:t>
      </w:r>
      <w:proofErr w:type="gramStart"/>
      <w:r w:rsidRPr="00295B40">
        <w:rPr>
          <w:rFonts w:eastAsia="Times New Roman" w:cs="Times New Roman"/>
          <w:szCs w:val="24"/>
        </w:rPr>
        <w:t>test</w:t>
      </w:r>
      <w:proofErr w:type="gramEnd"/>
      <w:r w:rsidRPr="00295B40">
        <w:rPr>
          <w:rFonts w:eastAsia="Times New Roman" w:cs="Times New Roman"/>
          <w:szCs w:val="24"/>
        </w:rPr>
        <w:t xml:space="preserve"> something on you, Frank. </w:t>
      </w:r>
      <w:proofErr w:type="gramStart"/>
      <w:r w:rsidRPr="00295B40">
        <w:rPr>
          <w:rFonts w:eastAsia="Times New Roman" w:cs="Times New Roman"/>
          <w:szCs w:val="24"/>
        </w:rPr>
        <w:t>It’s</w:t>
      </w:r>
      <w:proofErr w:type="gramEnd"/>
      <w:r w:rsidRPr="00295B40">
        <w:rPr>
          <w:rFonts w:eastAsia="Times New Roman" w:cs="Times New Roman"/>
          <w:szCs w:val="24"/>
        </w:rPr>
        <w:t xml:space="preserve"> the final phase—the ‘true test’ </w:t>
      </w:r>
      <w:proofErr w:type="gramStart"/>
      <w:r w:rsidRPr="00295B40">
        <w:rPr>
          <w:rFonts w:eastAsia="Times New Roman" w:cs="Times New Roman"/>
          <w:szCs w:val="24"/>
        </w:rPr>
        <w:t>they’ve</w:t>
      </w:r>
      <w:proofErr w:type="gramEnd"/>
      <w:r w:rsidRPr="00295B40">
        <w:rPr>
          <w:rFonts w:eastAsia="Times New Roman" w:cs="Times New Roman"/>
          <w:szCs w:val="24"/>
        </w:rPr>
        <w:t xml:space="preserve"> been working toward. If you make it to the trial, if you survive, </w:t>
      </w:r>
      <w:proofErr w:type="gramStart"/>
      <w:r w:rsidRPr="00295B40">
        <w:rPr>
          <w:rFonts w:eastAsia="Times New Roman" w:cs="Times New Roman"/>
          <w:szCs w:val="24"/>
        </w:rPr>
        <w:t>they’ll</w:t>
      </w:r>
      <w:proofErr w:type="gramEnd"/>
      <w:r w:rsidRPr="00295B40">
        <w:rPr>
          <w:rFonts w:eastAsia="Times New Roman" w:cs="Times New Roman"/>
          <w:szCs w:val="24"/>
        </w:rPr>
        <w:t xml:space="preserve"> have everything they need to justify the system.”</w:t>
      </w:r>
    </w:p>
    <w:p w14:paraId="69CD70C3"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The reality of it all was starting to sink in. His every move, every step </w:t>
      </w:r>
      <w:proofErr w:type="gramStart"/>
      <w:r w:rsidRPr="00295B40">
        <w:rPr>
          <w:rFonts w:eastAsia="Times New Roman" w:cs="Times New Roman"/>
          <w:szCs w:val="24"/>
        </w:rPr>
        <w:t>he’d</w:t>
      </w:r>
      <w:proofErr w:type="gramEnd"/>
      <w:r w:rsidRPr="00295B40">
        <w:rPr>
          <w:rFonts w:eastAsia="Times New Roman" w:cs="Times New Roman"/>
          <w:szCs w:val="24"/>
        </w:rPr>
        <w:t xml:space="preserve"> taken, had </w:t>
      </w:r>
      <w:proofErr w:type="gramStart"/>
      <w:r w:rsidRPr="00295B40">
        <w:rPr>
          <w:rFonts w:eastAsia="Times New Roman" w:cs="Times New Roman"/>
          <w:szCs w:val="24"/>
        </w:rPr>
        <w:t>been orchestrated</w:t>
      </w:r>
      <w:proofErr w:type="gramEnd"/>
      <w:r w:rsidRPr="00295B40">
        <w:rPr>
          <w:rFonts w:eastAsia="Times New Roman" w:cs="Times New Roman"/>
          <w:szCs w:val="24"/>
        </w:rPr>
        <w:t xml:space="preserve"> to lead him here. It </w:t>
      </w:r>
      <w:proofErr w:type="gramStart"/>
      <w:r w:rsidRPr="00295B40">
        <w:rPr>
          <w:rFonts w:eastAsia="Times New Roman" w:cs="Times New Roman"/>
          <w:szCs w:val="24"/>
        </w:rPr>
        <w:t>wasn’t</w:t>
      </w:r>
      <w:proofErr w:type="gramEnd"/>
      <w:r w:rsidRPr="00295B40">
        <w:rPr>
          <w:rFonts w:eastAsia="Times New Roman" w:cs="Times New Roman"/>
          <w:szCs w:val="24"/>
        </w:rPr>
        <w:t xml:space="preserve"> just his survival anymore—it was about the survival of the system </w:t>
      </w:r>
      <w:proofErr w:type="gramStart"/>
      <w:r w:rsidRPr="00295B40">
        <w:rPr>
          <w:rFonts w:eastAsia="Times New Roman" w:cs="Times New Roman"/>
          <w:szCs w:val="24"/>
        </w:rPr>
        <w:t>he’d</w:t>
      </w:r>
      <w:proofErr w:type="gramEnd"/>
      <w:r w:rsidRPr="00295B40">
        <w:rPr>
          <w:rFonts w:eastAsia="Times New Roman" w:cs="Times New Roman"/>
          <w:szCs w:val="24"/>
        </w:rPr>
        <w:t xml:space="preserve"> </w:t>
      </w:r>
      <w:proofErr w:type="gramStart"/>
      <w:r w:rsidRPr="00295B40">
        <w:rPr>
          <w:rFonts w:eastAsia="Times New Roman" w:cs="Times New Roman"/>
          <w:szCs w:val="24"/>
        </w:rPr>
        <w:t>been forced</w:t>
      </w:r>
      <w:proofErr w:type="gramEnd"/>
      <w:r w:rsidRPr="00295B40">
        <w:rPr>
          <w:rFonts w:eastAsia="Times New Roman" w:cs="Times New Roman"/>
          <w:szCs w:val="24"/>
        </w:rPr>
        <w:t xml:space="preserve"> into.</w:t>
      </w:r>
    </w:p>
    <w:p w14:paraId="096BE6B9"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But even as Tanner spoke, Frank knew there was only one way to stop it—he needed to take the fight to them. And the clock was ticking.</w:t>
      </w:r>
    </w:p>
    <w:p w14:paraId="0B7F00AE" w14:textId="77777777" w:rsidR="00295B40" w:rsidRPr="00295B40" w:rsidRDefault="002010FF" w:rsidP="00295B40">
      <w:pPr>
        <w:rPr>
          <w:rFonts w:eastAsia="Times New Roman" w:cs="Times New Roman"/>
          <w:szCs w:val="24"/>
        </w:rPr>
      </w:pPr>
      <w:r>
        <w:rPr>
          <w:rFonts w:eastAsia="Times New Roman" w:cs="Times New Roman"/>
          <w:szCs w:val="24"/>
        </w:rPr>
        <w:pict w14:anchorId="08369DB6">
          <v:rect id="_x0000_i1068" style="width:0;height:1.5pt" o:hralign="center" o:hrstd="t" o:hr="t" fillcolor="#a0a0a0" stroked="f"/>
        </w:pict>
      </w:r>
    </w:p>
    <w:p w14:paraId="2249D2E7"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The Rising Tide</w:t>
      </w:r>
    </w:p>
    <w:p w14:paraId="052CAA88"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Meanwhile, in Washington, the news cycles were ablaze with reports of Frank’s “terrorist activities.” Pundits and politicians were weighing in, creating a public narrative that painted him as the face of political violence, a rogue actor who represented everything wrong with the current system. The airwaves buzzed with the voices of people calling for his capture, for his execution, for the immediate enforcement of the pre-conviction program.</w:t>
      </w:r>
    </w:p>
    <w:p w14:paraId="1D96E93E"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There were protests, too—on both sides of the aisle. </w:t>
      </w:r>
      <w:proofErr w:type="gramStart"/>
      <w:r w:rsidRPr="00295B40">
        <w:rPr>
          <w:rFonts w:eastAsia="Times New Roman" w:cs="Times New Roman"/>
          <w:szCs w:val="24"/>
        </w:rPr>
        <w:t>Some</w:t>
      </w:r>
      <w:proofErr w:type="gramEnd"/>
      <w:r w:rsidRPr="00295B40">
        <w:rPr>
          <w:rFonts w:eastAsia="Times New Roman" w:cs="Times New Roman"/>
          <w:szCs w:val="24"/>
        </w:rPr>
        <w:t xml:space="preserve"> demanded Frank’s capture, their anger rising as the media fed the flames. Others rallied against the program, warning of its dangers. But it </w:t>
      </w:r>
      <w:proofErr w:type="gramStart"/>
      <w:r w:rsidRPr="00295B40">
        <w:rPr>
          <w:rFonts w:eastAsia="Times New Roman" w:cs="Times New Roman"/>
          <w:szCs w:val="24"/>
        </w:rPr>
        <w:t>didn’t</w:t>
      </w:r>
      <w:proofErr w:type="gramEnd"/>
      <w:r w:rsidRPr="00295B40">
        <w:rPr>
          <w:rFonts w:eastAsia="Times New Roman" w:cs="Times New Roman"/>
          <w:szCs w:val="24"/>
        </w:rPr>
        <w:t xml:space="preserve"> matter—the momentum was building, and Frank was no longer just a man on the run. He was the poster child for everything wrong with the system, the embodiment of its failings, and the media was spinning it into a frenzy.</w:t>
      </w:r>
    </w:p>
    <w:p w14:paraId="417EAE17"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The trial date loomed, but Frank was determined to make sure it never reached that point.</w:t>
      </w:r>
    </w:p>
    <w:p w14:paraId="33E97588" w14:textId="77777777" w:rsidR="00295B40" w:rsidRPr="00295B40" w:rsidRDefault="002010FF" w:rsidP="00295B40">
      <w:pPr>
        <w:rPr>
          <w:rFonts w:eastAsia="Times New Roman" w:cs="Times New Roman"/>
          <w:szCs w:val="24"/>
        </w:rPr>
      </w:pPr>
      <w:r>
        <w:rPr>
          <w:rFonts w:eastAsia="Times New Roman" w:cs="Times New Roman"/>
          <w:szCs w:val="24"/>
        </w:rPr>
        <w:pict w14:anchorId="324D15ED">
          <v:rect id="_x0000_i1069" style="width:0;height:1.5pt" o:hralign="center" o:hrstd="t" o:hr="t" fillcolor="#a0a0a0" stroked="f"/>
        </w:pict>
      </w:r>
    </w:p>
    <w:p w14:paraId="1E4EBFB2"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The Final Decision</w:t>
      </w:r>
    </w:p>
    <w:p w14:paraId="4E1CC89C"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That night, as Frank disappeared back into the shadows, Tanner’s words echoed in his mind. The prison, the trial, the face of the pre-conviction system—it was all closing in. But he </w:t>
      </w:r>
      <w:proofErr w:type="gramStart"/>
      <w:r w:rsidRPr="00295B40">
        <w:rPr>
          <w:rFonts w:eastAsia="Times New Roman" w:cs="Times New Roman"/>
          <w:szCs w:val="24"/>
        </w:rPr>
        <w:t>wasn’t</w:t>
      </w:r>
      <w:proofErr w:type="gramEnd"/>
      <w:r w:rsidRPr="00295B40">
        <w:rPr>
          <w:rFonts w:eastAsia="Times New Roman" w:cs="Times New Roman"/>
          <w:szCs w:val="24"/>
        </w:rPr>
        <w:t xml:space="preserve"> ready to give in, not yet. He had to move fast, make the right choices, and find the evidence he needed to expose the program before they could destroy him.</w:t>
      </w:r>
    </w:p>
    <w:p w14:paraId="4148E44F"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It was time to go on the offensive. The fight for his life was just beginning.</w:t>
      </w:r>
    </w:p>
    <w:p w14:paraId="5AD92AAE" w14:textId="77777777" w:rsidR="00305910" w:rsidRPr="00305910" w:rsidRDefault="00305910" w:rsidP="00305910">
      <w:pPr>
        <w:spacing w:before="100" w:beforeAutospacing="1" w:after="100" w:afterAutospacing="1"/>
        <w:outlineLvl w:val="2"/>
        <w:rPr>
          <w:rFonts w:eastAsia="Times New Roman" w:cs="Times New Roman"/>
          <w:b/>
          <w:bCs/>
          <w:sz w:val="27"/>
          <w:szCs w:val="27"/>
        </w:rPr>
      </w:pPr>
      <w:r w:rsidRPr="00305910">
        <w:rPr>
          <w:rFonts w:eastAsia="Times New Roman" w:cs="Times New Roman"/>
          <w:b/>
          <w:bCs/>
          <w:sz w:val="27"/>
          <w:szCs w:val="27"/>
        </w:rPr>
        <w:t>Chapter 15 – Paper Trail</w:t>
      </w:r>
    </w:p>
    <w:p w14:paraId="584748F9"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Frank moved like smoke through the </w:t>
      </w:r>
      <w:proofErr w:type="spellStart"/>
      <w:r w:rsidRPr="00305910">
        <w:rPr>
          <w:rFonts w:eastAsia="Times New Roman" w:cs="Times New Roman"/>
          <w:szCs w:val="24"/>
        </w:rPr>
        <w:t>Hilltowns</w:t>
      </w:r>
      <w:proofErr w:type="spellEnd"/>
      <w:r w:rsidRPr="00305910">
        <w:rPr>
          <w:rFonts w:eastAsia="Times New Roman" w:cs="Times New Roman"/>
          <w:szCs w:val="24"/>
        </w:rPr>
        <w:t xml:space="preserve">, his breath fogging in the </w:t>
      </w:r>
      <w:proofErr w:type="gramStart"/>
      <w:r w:rsidRPr="00305910">
        <w:rPr>
          <w:rFonts w:eastAsia="Times New Roman" w:cs="Times New Roman"/>
          <w:szCs w:val="24"/>
        </w:rPr>
        <w:t>cold morning</w:t>
      </w:r>
      <w:proofErr w:type="gramEnd"/>
      <w:r w:rsidRPr="00305910">
        <w:rPr>
          <w:rFonts w:eastAsia="Times New Roman" w:cs="Times New Roman"/>
          <w:szCs w:val="24"/>
        </w:rPr>
        <w:t xml:space="preserve"> air as he stuck to footpaths, side roads, and old rail beds. The feds were everywhere now—unmarked SUVs prowling small-town gas stations, agents flashing badges at farmers, patrols checking faces against digital profiles. In blue-collar towns like Worthington, Chester, and Becket, their pressed suits and stiff posture stood out like sore thumbs.</w:t>
      </w:r>
    </w:p>
    <w:p w14:paraId="41C76AA6"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lastRenderedPageBreak/>
        <w:t xml:space="preserve">The media had turned up the volume too. Talking heads demanded justice. Hashtags surged across the networks. The phrase "Pre-Convicted Killer" stuck like tar. Pundits speculated about the friend who had died—Jake—and whether Frank had anything to do with it. He </w:t>
      </w:r>
      <w:proofErr w:type="gramStart"/>
      <w:r w:rsidRPr="00305910">
        <w:rPr>
          <w:rFonts w:eastAsia="Times New Roman" w:cs="Times New Roman"/>
          <w:szCs w:val="24"/>
        </w:rPr>
        <w:t>hadn’t</w:t>
      </w:r>
      <w:proofErr w:type="gramEnd"/>
      <w:r w:rsidRPr="00305910">
        <w:rPr>
          <w:rFonts w:eastAsia="Times New Roman" w:cs="Times New Roman"/>
          <w:szCs w:val="24"/>
        </w:rPr>
        <w:t xml:space="preserve"> even processed the loss fully, and now they were smearing his name, weaponizing grief.</w:t>
      </w:r>
    </w:p>
    <w:p w14:paraId="1A533541"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He kept moving, slipping through frozen ravines and culverts, avoiding traffic </w:t>
      </w:r>
      <w:proofErr w:type="gramStart"/>
      <w:r w:rsidRPr="00305910">
        <w:rPr>
          <w:rFonts w:eastAsia="Times New Roman" w:cs="Times New Roman"/>
          <w:szCs w:val="24"/>
        </w:rPr>
        <w:t>cameras</w:t>
      </w:r>
      <w:proofErr w:type="gramEnd"/>
      <w:r w:rsidRPr="00305910">
        <w:rPr>
          <w:rFonts w:eastAsia="Times New Roman" w:cs="Times New Roman"/>
          <w:szCs w:val="24"/>
        </w:rPr>
        <w:t xml:space="preserve"> and sticking to shadow. </w:t>
      </w:r>
      <w:proofErr w:type="gramStart"/>
      <w:r w:rsidRPr="00305910">
        <w:rPr>
          <w:rFonts w:eastAsia="Times New Roman" w:cs="Times New Roman"/>
          <w:szCs w:val="24"/>
        </w:rPr>
        <w:t>He’d</w:t>
      </w:r>
      <w:proofErr w:type="gramEnd"/>
      <w:r w:rsidRPr="00305910">
        <w:rPr>
          <w:rFonts w:eastAsia="Times New Roman" w:cs="Times New Roman"/>
          <w:szCs w:val="24"/>
        </w:rPr>
        <w:t xml:space="preserve"> seen what the government could do with facial recognition—</w:t>
      </w:r>
      <w:proofErr w:type="gramStart"/>
      <w:r w:rsidRPr="00305910">
        <w:rPr>
          <w:rFonts w:eastAsia="Times New Roman" w:cs="Times New Roman"/>
          <w:szCs w:val="24"/>
        </w:rPr>
        <w:t>he’d</w:t>
      </w:r>
      <w:proofErr w:type="gramEnd"/>
      <w:r w:rsidRPr="00305910">
        <w:rPr>
          <w:rFonts w:eastAsia="Times New Roman" w:cs="Times New Roman"/>
          <w:szCs w:val="24"/>
        </w:rPr>
        <w:t xml:space="preserve"> helped implement </w:t>
      </w:r>
      <w:proofErr w:type="gramStart"/>
      <w:r w:rsidRPr="00305910">
        <w:rPr>
          <w:rFonts w:eastAsia="Times New Roman" w:cs="Times New Roman"/>
          <w:szCs w:val="24"/>
        </w:rPr>
        <w:t>some of</w:t>
      </w:r>
      <w:proofErr w:type="gramEnd"/>
      <w:r w:rsidRPr="00305910">
        <w:rPr>
          <w:rFonts w:eastAsia="Times New Roman" w:cs="Times New Roman"/>
          <w:szCs w:val="24"/>
        </w:rPr>
        <w:t xml:space="preserve"> the software while </w:t>
      </w:r>
      <w:proofErr w:type="gramStart"/>
      <w:r w:rsidRPr="00305910">
        <w:rPr>
          <w:rFonts w:eastAsia="Times New Roman" w:cs="Times New Roman"/>
          <w:szCs w:val="24"/>
        </w:rPr>
        <w:t>liaising</w:t>
      </w:r>
      <w:proofErr w:type="gramEnd"/>
      <w:r w:rsidRPr="00305910">
        <w:rPr>
          <w:rFonts w:eastAsia="Times New Roman" w:cs="Times New Roman"/>
          <w:szCs w:val="24"/>
        </w:rPr>
        <w:t xml:space="preserve"> with CIA ops in Afghanistan. Once your face was in the system, it lived forever.</w:t>
      </w:r>
    </w:p>
    <w:p w14:paraId="052EB504"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Midday, he ducked into a gas station off Route 9 for a quick scan of supplies. He kept the hood low, a shadow over his face. On the bulletin board near the bathrooms, a local newspaper clipping caught his eye:</w:t>
      </w:r>
    </w:p>
    <w:p w14:paraId="6BE308FB"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b/>
          <w:bCs/>
          <w:szCs w:val="24"/>
        </w:rPr>
        <w:t>“Crane Paper Secures Extended Federal Contract – DHS Convoy Sightings Rise in Dalton.”</w:t>
      </w:r>
    </w:p>
    <w:p w14:paraId="7FDC7DA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The clerk muttered to a regular, “That place is crawling with Feds these days. All that for </w:t>
      </w:r>
      <w:proofErr w:type="gramStart"/>
      <w:r w:rsidRPr="00305910">
        <w:rPr>
          <w:rFonts w:eastAsia="Times New Roman" w:cs="Times New Roman"/>
          <w:szCs w:val="24"/>
        </w:rPr>
        <w:t>paper?”</w:t>
      </w:r>
      <w:proofErr w:type="gramEnd"/>
    </w:p>
    <w:p w14:paraId="48CDE5F5"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lingered for only a second. He remembered Rachel’s words from the message left behind:</w:t>
      </w:r>
    </w:p>
    <w:p w14:paraId="1DFBC3F1"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i/>
          <w:iCs/>
          <w:szCs w:val="24"/>
        </w:rPr>
        <w:t>“There are still people out there who move under the radar… Look for the paper routes—</w:t>
      </w:r>
      <w:proofErr w:type="gramStart"/>
      <w:r w:rsidRPr="00305910">
        <w:rPr>
          <w:rFonts w:eastAsia="Times New Roman" w:cs="Times New Roman"/>
          <w:i/>
          <w:iCs/>
          <w:szCs w:val="24"/>
        </w:rPr>
        <w:t>they’re</w:t>
      </w:r>
      <w:proofErr w:type="gramEnd"/>
      <w:r w:rsidRPr="00305910">
        <w:rPr>
          <w:rFonts w:eastAsia="Times New Roman" w:cs="Times New Roman"/>
          <w:i/>
          <w:iCs/>
          <w:szCs w:val="24"/>
        </w:rPr>
        <w:t xml:space="preserve"> older than the program. One of them owes Jake a favor. </w:t>
      </w:r>
      <w:proofErr w:type="gramStart"/>
      <w:r w:rsidRPr="00305910">
        <w:rPr>
          <w:rFonts w:eastAsia="Times New Roman" w:cs="Times New Roman"/>
          <w:i/>
          <w:iCs/>
          <w:szCs w:val="24"/>
        </w:rPr>
        <w:t>You’ll</w:t>
      </w:r>
      <w:proofErr w:type="gramEnd"/>
      <w:r w:rsidRPr="00305910">
        <w:rPr>
          <w:rFonts w:eastAsia="Times New Roman" w:cs="Times New Roman"/>
          <w:i/>
          <w:iCs/>
          <w:szCs w:val="24"/>
        </w:rPr>
        <w:t xml:space="preserve"> know when </w:t>
      </w:r>
      <w:proofErr w:type="gramStart"/>
      <w:r w:rsidRPr="00305910">
        <w:rPr>
          <w:rFonts w:eastAsia="Times New Roman" w:cs="Times New Roman"/>
          <w:i/>
          <w:iCs/>
          <w:szCs w:val="24"/>
        </w:rPr>
        <w:t>it’s</w:t>
      </w:r>
      <w:proofErr w:type="gramEnd"/>
      <w:r w:rsidRPr="00305910">
        <w:rPr>
          <w:rFonts w:eastAsia="Times New Roman" w:cs="Times New Roman"/>
          <w:i/>
          <w:iCs/>
          <w:szCs w:val="24"/>
        </w:rPr>
        <w:t xml:space="preserve"> time.”</w:t>
      </w:r>
    </w:p>
    <w:p w14:paraId="5E98C985"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He grabbed coffee, a map, and a bag of trail mix, paying cash and moving on.</w:t>
      </w:r>
    </w:p>
    <w:p w14:paraId="2677CC68"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That night, under a crescent moon and drifting snow, he cut south through Dalton. The lights of the Crane Paper complex cast a dim glow over the snowy rooftops. Old redbrick buildings squatted like industrial fortresses beside the Housatonic River. Federal SUVs </w:t>
      </w:r>
      <w:proofErr w:type="gramStart"/>
      <w:r w:rsidRPr="00305910">
        <w:rPr>
          <w:rFonts w:eastAsia="Times New Roman" w:cs="Times New Roman"/>
          <w:szCs w:val="24"/>
        </w:rPr>
        <w:t>were parked</w:t>
      </w:r>
      <w:proofErr w:type="gramEnd"/>
      <w:r w:rsidRPr="00305910">
        <w:rPr>
          <w:rFonts w:eastAsia="Times New Roman" w:cs="Times New Roman"/>
          <w:szCs w:val="24"/>
        </w:rPr>
        <w:t xml:space="preserve"> near the back loading bays.</w:t>
      </w:r>
    </w:p>
    <w:p w14:paraId="5CE98A7F"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But Frank </w:t>
      </w:r>
      <w:proofErr w:type="gramStart"/>
      <w:r w:rsidRPr="00305910">
        <w:rPr>
          <w:rFonts w:eastAsia="Times New Roman" w:cs="Times New Roman"/>
          <w:szCs w:val="24"/>
        </w:rPr>
        <w:t>didn’t</w:t>
      </w:r>
      <w:proofErr w:type="gramEnd"/>
      <w:r w:rsidRPr="00305910">
        <w:rPr>
          <w:rFonts w:eastAsia="Times New Roman" w:cs="Times New Roman"/>
          <w:szCs w:val="24"/>
        </w:rPr>
        <w:t xml:space="preserve"> go near the main gates. Instead, he waited half a mile down the service road near an old freight yard. A semi idled with low running lights on, the trailer marked with a faded logo. Frank approached slowly, cautiously, until the driver-side window cracked open.</w:t>
      </w:r>
    </w:p>
    <w:p w14:paraId="06730661"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“Jake said you might come,” the driver said. Broad-shouldered, worn face, dark eyes with the watchfulness of a man </w:t>
      </w:r>
      <w:proofErr w:type="gramStart"/>
      <w:r w:rsidRPr="00305910">
        <w:rPr>
          <w:rFonts w:eastAsia="Times New Roman" w:cs="Times New Roman"/>
          <w:szCs w:val="24"/>
        </w:rPr>
        <w:t>who'd</w:t>
      </w:r>
      <w:proofErr w:type="gramEnd"/>
      <w:r w:rsidRPr="00305910">
        <w:rPr>
          <w:rFonts w:eastAsia="Times New Roman" w:cs="Times New Roman"/>
          <w:szCs w:val="24"/>
        </w:rPr>
        <w:t xml:space="preserve"> seen too much. “Told me if anyone asked for him and said the Kandahar phrase, to get '</w:t>
      </w:r>
      <w:proofErr w:type="spellStart"/>
      <w:r w:rsidRPr="00305910">
        <w:rPr>
          <w:rFonts w:eastAsia="Times New Roman" w:cs="Times New Roman"/>
          <w:szCs w:val="24"/>
        </w:rPr>
        <w:t>em</w:t>
      </w:r>
      <w:proofErr w:type="spellEnd"/>
      <w:r w:rsidRPr="00305910">
        <w:rPr>
          <w:rFonts w:eastAsia="Times New Roman" w:cs="Times New Roman"/>
          <w:szCs w:val="24"/>
        </w:rPr>
        <w:t xml:space="preserve"> out.”</w:t>
      </w:r>
    </w:p>
    <w:p w14:paraId="05C85B5C"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nodded. “The sky was clear, but the ground was dust.”</w:t>
      </w:r>
    </w:p>
    <w:p w14:paraId="72657AA9"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“Damn right,” the man said. “Name’s Ray. Climb in. I got a stop near Pittsfield where you can leave a package. After that, </w:t>
      </w:r>
      <w:proofErr w:type="gramStart"/>
      <w:r w:rsidRPr="00305910">
        <w:rPr>
          <w:rFonts w:eastAsia="Times New Roman" w:cs="Times New Roman"/>
          <w:szCs w:val="24"/>
        </w:rPr>
        <w:t>I’ll</w:t>
      </w:r>
      <w:proofErr w:type="gramEnd"/>
      <w:r w:rsidRPr="00305910">
        <w:rPr>
          <w:rFonts w:eastAsia="Times New Roman" w:cs="Times New Roman"/>
          <w:szCs w:val="24"/>
        </w:rPr>
        <w:t xml:space="preserve"> get you close to the train lines heading south.”</w:t>
      </w:r>
    </w:p>
    <w:p w14:paraId="3A1FA5F9"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climbed up and shut the door.</w:t>
      </w:r>
    </w:p>
    <w:p w14:paraId="6B2F0F9B"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 engine growled to life.</w:t>
      </w:r>
    </w:p>
    <w:p w14:paraId="07769876" w14:textId="77777777" w:rsidR="00305910" w:rsidRPr="00305910" w:rsidRDefault="002010FF" w:rsidP="00305910">
      <w:pPr>
        <w:rPr>
          <w:rFonts w:eastAsia="Times New Roman" w:cs="Times New Roman"/>
          <w:szCs w:val="24"/>
        </w:rPr>
      </w:pPr>
      <w:r>
        <w:rPr>
          <w:rFonts w:eastAsia="Times New Roman" w:cs="Times New Roman"/>
          <w:szCs w:val="24"/>
        </w:rPr>
        <w:pict w14:anchorId="046856C3">
          <v:rect id="_x0000_i1070" style="width:0;height:1.5pt" o:hralign="center" o:hrstd="t" o:hr="t" fillcolor="#a0a0a0" stroked="f"/>
        </w:pict>
      </w:r>
    </w:p>
    <w:p w14:paraId="6BC390C0"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They rumbled through the backroads, avoiding main drags and keeping off the radar. At a rest stop outside Pittsfield, Ray pulled off.</w:t>
      </w:r>
    </w:p>
    <w:p w14:paraId="48950432"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“You’ll find a utility shed behind the old foundry,” Ray said. “</w:t>
      </w:r>
      <w:proofErr w:type="gramStart"/>
      <w:r w:rsidRPr="00305910">
        <w:rPr>
          <w:rFonts w:eastAsia="Times New Roman" w:cs="Times New Roman"/>
          <w:szCs w:val="24"/>
        </w:rPr>
        <w:t>That’s</w:t>
      </w:r>
      <w:proofErr w:type="gramEnd"/>
      <w:r w:rsidRPr="00305910">
        <w:rPr>
          <w:rFonts w:eastAsia="Times New Roman" w:cs="Times New Roman"/>
          <w:szCs w:val="24"/>
        </w:rPr>
        <w:t xml:space="preserve"> where Jake used to leave packages. </w:t>
      </w:r>
      <w:proofErr w:type="gramStart"/>
      <w:r w:rsidRPr="00305910">
        <w:rPr>
          <w:rFonts w:eastAsia="Times New Roman" w:cs="Times New Roman"/>
          <w:szCs w:val="24"/>
        </w:rPr>
        <w:t>I’ll</w:t>
      </w:r>
      <w:proofErr w:type="gramEnd"/>
      <w:r w:rsidRPr="00305910">
        <w:rPr>
          <w:rFonts w:eastAsia="Times New Roman" w:cs="Times New Roman"/>
          <w:szCs w:val="24"/>
        </w:rPr>
        <w:t xml:space="preserve"> give you the padlock code. Leave your message, and </w:t>
      </w:r>
      <w:proofErr w:type="gramStart"/>
      <w:r w:rsidRPr="00305910">
        <w:rPr>
          <w:rFonts w:eastAsia="Times New Roman" w:cs="Times New Roman"/>
          <w:szCs w:val="24"/>
        </w:rPr>
        <w:t>I’ll</w:t>
      </w:r>
      <w:proofErr w:type="gramEnd"/>
      <w:r w:rsidRPr="00305910">
        <w:rPr>
          <w:rFonts w:eastAsia="Times New Roman" w:cs="Times New Roman"/>
          <w:szCs w:val="24"/>
        </w:rPr>
        <w:t xml:space="preserve"> get it where it needs to go.”</w:t>
      </w:r>
    </w:p>
    <w:p w14:paraId="17CEC21E"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lastRenderedPageBreak/>
        <w:t xml:space="preserve">Frank nodded, gripping the envelope </w:t>
      </w:r>
      <w:proofErr w:type="gramStart"/>
      <w:r w:rsidRPr="00305910">
        <w:rPr>
          <w:rFonts w:eastAsia="Times New Roman" w:cs="Times New Roman"/>
          <w:szCs w:val="24"/>
        </w:rPr>
        <w:t>he’d</w:t>
      </w:r>
      <w:proofErr w:type="gramEnd"/>
      <w:r w:rsidRPr="00305910">
        <w:rPr>
          <w:rFonts w:eastAsia="Times New Roman" w:cs="Times New Roman"/>
          <w:szCs w:val="24"/>
        </w:rPr>
        <w:t xml:space="preserve"> prepared. Inside: a note, </w:t>
      </w:r>
      <w:proofErr w:type="gramStart"/>
      <w:r w:rsidRPr="00305910">
        <w:rPr>
          <w:rFonts w:eastAsia="Times New Roman" w:cs="Times New Roman"/>
          <w:szCs w:val="24"/>
        </w:rPr>
        <w:t>some</w:t>
      </w:r>
      <w:proofErr w:type="gramEnd"/>
      <w:r w:rsidRPr="00305910">
        <w:rPr>
          <w:rFonts w:eastAsia="Times New Roman" w:cs="Times New Roman"/>
          <w:szCs w:val="24"/>
        </w:rPr>
        <w:t xml:space="preserve"> copied pages from Rachel’s documents, and a hand-drawn map pointing to a location outside D.C.</w:t>
      </w:r>
    </w:p>
    <w:p w14:paraId="71F9A51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He jumped down, boots crunching in the snow, and disappeared into the dark. Minutes later, he returned, lighter.</w:t>
      </w:r>
    </w:p>
    <w:p w14:paraId="113FDD18"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Ray gave him a look. “Where to now?”</w:t>
      </w:r>
    </w:p>
    <w:p w14:paraId="5A11A4EE"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“I need to get south,” Frank said. “D.C. eventually. But first, I need to disappear for a while.”</w:t>
      </w:r>
    </w:p>
    <w:p w14:paraId="71F115AD"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Ray nodded. “I can get you as far as the Newburgh rail hub. From there, </w:t>
      </w:r>
      <w:proofErr w:type="gramStart"/>
      <w:r w:rsidRPr="00305910">
        <w:rPr>
          <w:rFonts w:eastAsia="Times New Roman" w:cs="Times New Roman"/>
          <w:szCs w:val="24"/>
        </w:rPr>
        <w:t>you’ll</w:t>
      </w:r>
      <w:proofErr w:type="gramEnd"/>
      <w:r w:rsidRPr="00305910">
        <w:rPr>
          <w:rFonts w:eastAsia="Times New Roman" w:cs="Times New Roman"/>
          <w:szCs w:val="24"/>
        </w:rPr>
        <w:t xml:space="preserve"> need to catch the rest on foot or luck.”</w:t>
      </w:r>
    </w:p>
    <w:p w14:paraId="48D9782C"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Frank leaned back </w:t>
      </w:r>
      <w:proofErr w:type="gramStart"/>
      <w:r w:rsidRPr="00305910">
        <w:rPr>
          <w:rFonts w:eastAsia="Times New Roman" w:cs="Times New Roman"/>
          <w:szCs w:val="24"/>
        </w:rPr>
        <w:t>in</w:t>
      </w:r>
      <w:proofErr w:type="gramEnd"/>
      <w:r w:rsidRPr="00305910">
        <w:rPr>
          <w:rFonts w:eastAsia="Times New Roman" w:cs="Times New Roman"/>
          <w:szCs w:val="24"/>
        </w:rPr>
        <w:t xml:space="preserve"> the cab seat as they pulled away.</w:t>
      </w:r>
    </w:p>
    <w:p w14:paraId="59E4003B"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In the side mirror, the Crane Paper mill disappeared behind </w:t>
      </w:r>
      <w:proofErr w:type="gramStart"/>
      <w:r w:rsidRPr="00305910">
        <w:rPr>
          <w:rFonts w:eastAsia="Times New Roman" w:cs="Times New Roman"/>
          <w:szCs w:val="24"/>
        </w:rPr>
        <w:t>them—a</w:t>
      </w:r>
      <w:proofErr w:type="gramEnd"/>
      <w:r w:rsidRPr="00305910">
        <w:rPr>
          <w:rFonts w:eastAsia="Times New Roman" w:cs="Times New Roman"/>
          <w:szCs w:val="24"/>
        </w:rPr>
        <w:t xml:space="preserve"> fortress of secrets, still lit against the dark like a lighthouse in reverse, warning not guiding.</w:t>
      </w:r>
    </w:p>
    <w:p w14:paraId="1AE9C5E1" w14:textId="77777777" w:rsidR="00305910" w:rsidRPr="00305910" w:rsidRDefault="002010FF" w:rsidP="00305910">
      <w:pPr>
        <w:rPr>
          <w:rFonts w:eastAsia="Times New Roman" w:cs="Times New Roman"/>
          <w:szCs w:val="24"/>
        </w:rPr>
      </w:pPr>
      <w:r>
        <w:rPr>
          <w:rFonts w:eastAsia="Times New Roman" w:cs="Times New Roman"/>
          <w:szCs w:val="24"/>
        </w:rPr>
        <w:pict w14:anchorId="31D53183">
          <v:rect id="_x0000_i1071" style="width:0;height:1.5pt" o:hralign="center" o:hrstd="t" o:hr="t" fillcolor="#a0a0a0" stroked="f"/>
        </w:pict>
      </w:r>
    </w:p>
    <w:p w14:paraId="1559188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Behind them, at the loading docks, a DHS agent made a note in a logbook. “Ray Dandridge, Route 19… heading out early tonight.”</w:t>
      </w:r>
    </w:p>
    <w:p w14:paraId="160F2AC5"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His partner squinted toward the dark road. “Anything worth logging?”</w:t>
      </w:r>
    </w:p>
    <w:p w14:paraId="5EE889B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 first agent shrugged. “</w:t>
      </w:r>
      <w:proofErr w:type="gramStart"/>
      <w:r w:rsidRPr="00305910">
        <w:rPr>
          <w:rFonts w:eastAsia="Times New Roman" w:cs="Times New Roman"/>
          <w:szCs w:val="24"/>
        </w:rPr>
        <w:t>Probably nothing</w:t>
      </w:r>
      <w:proofErr w:type="gramEnd"/>
      <w:r w:rsidRPr="00305910">
        <w:rPr>
          <w:rFonts w:eastAsia="Times New Roman" w:cs="Times New Roman"/>
          <w:szCs w:val="24"/>
        </w:rPr>
        <w:t xml:space="preserve">. But </w:t>
      </w:r>
      <w:proofErr w:type="gramStart"/>
      <w:r w:rsidRPr="00305910">
        <w:rPr>
          <w:rFonts w:eastAsia="Times New Roman" w:cs="Times New Roman"/>
          <w:szCs w:val="24"/>
        </w:rPr>
        <w:t>I’ve</w:t>
      </w:r>
      <w:proofErr w:type="gramEnd"/>
      <w:r w:rsidRPr="00305910">
        <w:rPr>
          <w:rFonts w:eastAsia="Times New Roman" w:cs="Times New Roman"/>
          <w:szCs w:val="24"/>
        </w:rPr>
        <w:t xml:space="preserve"> seen that guy on three different manifests this week. </w:t>
      </w:r>
      <w:proofErr w:type="gramStart"/>
      <w:r w:rsidRPr="00305910">
        <w:rPr>
          <w:rFonts w:eastAsia="Times New Roman" w:cs="Times New Roman"/>
          <w:szCs w:val="24"/>
        </w:rPr>
        <w:t>He’s</w:t>
      </w:r>
      <w:proofErr w:type="gramEnd"/>
      <w:r w:rsidRPr="00305910">
        <w:rPr>
          <w:rFonts w:eastAsia="Times New Roman" w:cs="Times New Roman"/>
          <w:szCs w:val="24"/>
        </w:rPr>
        <w:t xml:space="preserve"> hauling something.”</w:t>
      </w:r>
    </w:p>
    <w:p w14:paraId="19F88D53"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“Paper?”</w:t>
      </w:r>
    </w:p>
    <w:p w14:paraId="6F525A14"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 xml:space="preserve">The agent </w:t>
      </w:r>
      <w:proofErr w:type="gramStart"/>
      <w:r w:rsidRPr="00305910">
        <w:rPr>
          <w:rFonts w:eastAsia="Times New Roman" w:cs="Times New Roman"/>
          <w:szCs w:val="24"/>
        </w:rPr>
        <w:t>didn’t</w:t>
      </w:r>
      <w:proofErr w:type="gramEnd"/>
      <w:r w:rsidRPr="00305910">
        <w:rPr>
          <w:rFonts w:eastAsia="Times New Roman" w:cs="Times New Roman"/>
          <w:szCs w:val="24"/>
        </w:rPr>
        <w:t xml:space="preserve"> answer.</w:t>
      </w:r>
    </w:p>
    <w:p w14:paraId="4556A28F"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He just kept watching the dark road, narrowing his eyes as the snow began to fall.</w:t>
      </w:r>
    </w:p>
    <w:p w14:paraId="2DA708F8" w14:textId="4A1C7903" w:rsidR="002F3524" w:rsidRPr="002F3524" w:rsidRDefault="002F3524" w:rsidP="002F3524">
      <w:pPr>
        <w:spacing w:before="100" w:beforeAutospacing="1" w:after="100" w:afterAutospacing="1"/>
        <w:outlineLvl w:val="1"/>
        <w:rPr>
          <w:rFonts w:eastAsia="Times New Roman" w:cs="Times New Roman"/>
          <w:b/>
          <w:bCs/>
          <w:sz w:val="36"/>
          <w:szCs w:val="36"/>
        </w:rPr>
      </w:pPr>
      <w:r w:rsidRPr="00D103D7">
        <w:rPr>
          <w:rFonts w:eastAsia="Times New Roman" w:cs="Times New Roman"/>
          <w:b/>
          <w:bCs/>
          <w:sz w:val="28"/>
          <w:szCs w:val="28"/>
        </w:rPr>
        <w:t xml:space="preserve">Chapter 16 </w:t>
      </w:r>
      <w:r w:rsidRPr="002F3524">
        <w:rPr>
          <w:rFonts w:eastAsia="Times New Roman" w:cs="Times New Roman"/>
          <w:b/>
          <w:bCs/>
          <w:sz w:val="28"/>
          <w:szCs w:val="28"/>
        </w:rPr>
        <w:t>HIDDEN ROUTES</w:t>
      </w:r>
      <w:r w:rsidRPr="002F3524">
        <w:rPr>
          <w:rFonts w:eastAsia="Times New Roman" w:cs="Times New Roman"/>
          <w:b/>
          <w:bCs/>
          <w:sz w:val="36"/>
          <w:szCs w:val="36"/>
        </w:rPr>
        <w:t xml:space="preserve"> </w:t>
      </w:r>
    </w:p>
    <w:p w14:paraId="7C0FCF4F"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had always known how to move undetected.</w:t>
      </w:r>
    </w:p>
    <w:p w14:paraId="0590F2E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In Afghanistan, it had been through dusty alleyways and under the cover of darkness, relying on the unpredictability of the terrain and the rhythm of lives not his own. Here, in the Berkshires, it was a different kind of stealth: the quiet anonymity of being just another face in the crowd. But as the feds closed in, that anonymity was harder to come by. The facial scans. The license plate readers. The AI fingerprints of movement patterns. He knew the system too well to underestimate it.</w:t>
      </w:r>
    </w:p>
    <w:p w14:paraId="24C33C4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The Crane Paper mill in Dalton was an old fortress, a relic of American manufacturing. It churned out the security stock for U.S. currency, its fibers embedded with secrets. Most Americans never thought about where their money came from. Frank had done his homework. The mill was crawling with federal agents—FIS, Treasury oversight, even quiet contractors. And yet the trucks came and went with barely a nod.</w:t>
      </w:r>
    </w:p>
    <w:p w14:paraId="70ECE1CF"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No one looked twice at a man moving paper.</w:t>
      </w:r>
    </w:p>
    <w:p w14:paraId="4A9FB6DD"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lastRenderedPageBreak/>
        <w:t xml:space="preserve">Ray Dandridge </w:t>
      </w:r>
      <w:proofErr w:type="gramStart"/>
      <w:r w:rsidRPr="002F3524">
        <w:rPr>
          <w:rFonts w:eastAsia="Times New Roman" w:cs="Times New Roman"/>
          <w:szCs w:val="24"/>
        </w:rPr>
        <w:t>was built</w:t>
      </w:r>
      <w:proofErr w:type="gramEnd"/>
      <w:r w:rsidRPr="002F3524">
        <w:rPr>
          <w:rFonts w:eastAsia="Times New Roman" w:cs="Times New Roman"/>
          <w:szCs w:val="24"/>
        </w:rPr>
        <w:t xml:space="preserve"> like a refrigerator with a neck, spoke like a worn-out CB radio, and had zero interest in asking questions he </w:t>
      </w:r>
      <w:proofErr w:type="gramStart"/>
      <w:r w:rsidRPr="002F3524">
        <w:rPr>
          <w:rFonts w:eastAsia="Times New Roman" w:cs="Times New Roman"/>
          <w:szCs w:val="24"/>
        </w:rPr>
        <w:t>didn’t</w:t>
      </w:r>
      <w:proofErr w:type="gramEnd"/>
      <w:r w:rsidRPr="002F3524">
        <w:rPr>
          <w:rFonts w:eastAsia="Times New Roman" w:cs="Times New Roman"/>
          <w:szCs w:val="24"/>
        </w:rPr>
        <w:t xml:space="preserve"> need answered. </w:t>
      </w:r>
      <w:proofErr w:type="gramStart"/>
      <w:r w:rsidRPr="002F3524">
        <w:rPr>
          <w:rFonts w:eastAsia="Times New Roman" w:cs="Times New Roman"/>
          <w:szCs w:val="24"/>
        </w:rPr>
        <w:t>He’d</w:t>
      </w:r>
      <w:proofErr w:type="gramEnd"/>
      <w:r w:rsidRPr="002F3524">
        <w:rPr>
          <w:rFonts w:eastAsia="Times New Roman" w:cs="Times New Roman"/>
          <w:szCs w:val="24"/>
        </w:rPr>
        <w:t xml:space="preserve"> been running paper out of Crane for over a decade. Never </w:t>
      </w:r>
      <w:proofErr w:type="gramStart"/>
      <w:r w:rsidRPr="002F3524">
        <w:rPr>
          <w:rFonts w:eastAsia="Times New Roman" w:cs="Times New Roman"/>
          <w:szCs w:val="24"/>
        </w:rPr>
        <w:t>missed</w:t>
      </w:r>
      <w:proofErr w:type="gramEnd"/>
      <w:r w:rsidRPr="002F3524">
        <w:rPr>
          <w:rFonts w:eastAsia="Times New Roman" w:cs="Times New Roman"/>
          <w:szCs w:val="24"/>
        </w:rPr>
        <w:t xml:space="preserve"> a run. Never </w:t>
      </w:r>
      <w:proofErr w:type="gramStart"/>
      <w:r w:rsidRPr="002F3524">
        <w:rPr>
          <w:rFonts w:eastAsia="Times New Roman" w:cs="Times New Roman"/>
          <w:szCs w:val="24"/>
        </w:rPr>
        <w:t>missed</w:t>
      </w:r>
      <w:proofErr w:type="gramEnd"/>
      <w:r w:rsidRPr="002F3524">
        <w:rPr>
          <w:rFonts w:eastAsia="Times New Roman" w:cs="Times New Roman"/>
          <w:szCs w:val="24"/>
        </w:rPr>
        <w:t xml:space="preserve"> a beat.</w:t>
      </w:r>
    </w:p>
    <w:p w14:paraId="6C370F14"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 xml:space="preserve">“We don’t talk much in the yard,” Ray said as Frank climbed into the cab. “Smile if someone looks. But </w:t>
      </w:r>
      <w:proofErr w:type="gramStart"/>
      <w:r w:rsidRPr="002F3524">
        <w:rPr>
          <w:rFonts w:eastAsia="Times New Roman" w:cs="Times New Roman"/>
          <w:szCs w:val="24"/>
        </w:rPr>
        <w:t>don’t</w:t>
      </w:r>
      <w:proofErr w:type="gramEnd"/>
      <w:r w:rsidRPr="002F3524">
        <w:rPr>
          <w:rFonts w:eastAsia="Times New Roman" w:cs="Times New Roman"/>
          <w:szCs w:val="24"/>
        </w:rPr>
        <w:t xml:space="preserve"> say a </w:t>
      </w:r>
      <w:proofErr w:type="gramStart"/>
      <w:r w:rsidRPr="002F3524">
        <w:rPr>
          <w:rFonts w:eastAsia="Times New Roman" w:cs="Times New Roman"/>
          <w:szCs w:val="24"/>
        </w:rPr>
        <w:t>damn</w:t>
      </w:r>
      <w:proofErr w:type="gramEnd"/>
      <w:r w:rsidRPr="002F3524">
        <w:rPr>
          <w:rFonts w:eastAsia="Times New Roman" w:cs="Times New Roman"/>
          <w:szCs w:val="24"/>
        </w:rPr>
        <w:t xml:space="preserve"> thing.”</w:t>
      </w:r>
    </w:p>
    <w:p w14:paraId="174A677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gave him a nod. Understood.</w:t>
      </w:r>
    </w:p>
    <w:p w14:paraId="1C6FAA4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The truck’s engine rumbled to life, and they rolled out under the dark canopy of pre-dawn mist. Ray took the back roads, bypassing Dalton </w:t>
      </w:r>
      <w:proofErr w:type="gramStart"/>
      <w:r w:rsidRPr="002F3524">
        <w:rPr>
          <w:rFonts w:eastAsia="Times New Roman" w:cs="Times New Roman"/>
          <w:szCs w:val="24"/>
        </w:rPr>
        <w:t>Center</w:t>
      </w:r>
      <w:proofErr w:type="gramEnd"/>
      <w:r w:rsidRPr="002F3524">
        <w:rPr>
          <w:rFonts w:eastAsia="Times New Roman" w:cs="Times New Roman"/>
          <w:szCs w:val="24"/>
        </w:rPr>
        <w:t xml:space="preserve"> and its newly installed street cameras. They hit a utility road that paralleled the railroad tracks—less traffic, fewer eyes.</w:t>
      </w:r>
    </w:p>
    <w:p w14:paraId="02E4372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By the time they reached the mill’s main gate, the sun was just brushing the tips of the hills. Two armed guards stood under the overhead lights, their rifles slung, their posture loose. One of them yawned as Ray rolled through.</w:t>
      </w:r>
    </w:p>
    <w:p w14:paraId="08252A24"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“Morning,” Ray grunted, flashing his manifest.</w:t>
      </w:r>
    </w:p>
    <w:p w14:paraId="14CE5F6E"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The guard gave a lazy wave and went back to his coffee.</w:t>
      </w:r>
    </w:p>
    <w:p w14:paraId="4C2FB9D8"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sat low in the passenger seat, his hood pulled forward, his eyes tracking the cameras as they passed beneath them. Ray’s truck was old enough to be boring, but well-maintained enough to avoid suspicion—faded Crane Paper logos, DOT stickers, a logbook that matched the manifest to the minute.</w:t>
      </w:r>
    </w:p>
    <w:p w14:paraId="5DF97B9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It was the perfect disguise: completely average.</w:t>
      </w:r>
    </w:p>
    <w:p w14:paraId="4706D8B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Ray navigated the loading area like it was his second home, </w:t>
      </w:r>
      <w:proofErr w:type="gramStart"/>
      <w:r w:rsidRPr="002F3524">
        <w:rPr>
          <w:rFonts w:eastAsia="Times New Roman" w:cs="Times New Roman"/>
          <w:szCs w:val="24"/>
        </w:rPr>
        <w:t>pulling</w:t>
      </w:r>
      <w:proofErr w:type="gramEnd"/>
      <w:r w:rsidRPr="002F3524">
        <w:rPr>
          <w:rFonts w:eastAsia="Times New Roman" w:cs="Times New Roman"/>
          <w:szCs w:val="24"/>
        </w:rPr>
        <w:t xml:space="preserve"> into a quieter section of the lot near the B-loading bays. A stack of pallets blocked </w:t>
      </w:r>
      <w:proofErr w:type="gramStart"/>
      <w:r w:rsidRPr="002F3524">
        <w:rPr>
          <w:rFonts w:eastAsia="Times New Roman" w:cs="Times New Roman"/>
          <w:szCs w:val="24"/>
        </w:rPr>
        <w:t>direct</w:t>
      </w:r>
      <w:proofErr w:type="gramEnd"/>
      <w:r w:rsidRPr="002F3524">
        <w:rPr>
          <w:rFonts w:eastAsia="Times New Roman" w:cs="Times New Roman"/>
          <w:szCs w:val="24"/>
        </w:rPr>
        <w:t xml:space="preserve"> view from the main warehouse windows. This had been part of the plan. Frank’s package drop </w:t>
      </w:r>
      <w:proofErr w:type="gramStart"/>
      <w:r w:rsidRPr="002F3524">
        <w:rPr>
          <w:rFonts w:eastAsia="Times New Roman" w:cs="Times New Roman"/>
          <w:szCs w:val="24"/>
        </w:rPr>
        <w:t>wasn’t</w:t>
      </w:r>
      <w:proofErr w:type="gramEnd"/>
      <w:r w:rsidRPr="002F3524">
        <w:rPr>
          <w:rFonts w:eastAsia="Times New Roman" w:cs="Times New Roman"/>
          <w:szCs w:val="24"/>
        </w:rPr>
        <w:t xml:space="preserve"> </w:t>
      </w:r>
      <w:proofErr w:type="gramStart"/>
      <w:r w:rsidRPr="002F3524">
        <w:rPr>
          <w:rFonts w:eastAsia="Times New Roman" w:cs="Times New Roman"/>
          <w:szCs w:val="24"/>
        </w:rPr>
        <w:t>random—it</w:t>
      </w:r>
      <w:proofErr w:type="gramEnd"/>
      <w:r w:rsidRPr="002F3524">
        <w:rPr>
          <w:rFonts w:eastAsia="Times New Roman" w:cs="Times New Roman"/>
          <w:szCs w:val="24"/>
        </w:rPr>
        <w:t xml:space="preserve"> </w:t>
      </w:r>
      <w:proofErr w:type="gramStart"/>
      <w:r w:rsidRPr="002F3524">
        <w:rPr>
          <w:rFonts w:eastAsia="Times New Roman" w:cs="Times New Roman"/>
          <w:szCs w:val="24"/>
        </w:rPr>
        <w:t>was timed</w:t>
      </w:r>
      <w:proofErr w:type="gramEnd"/>
      <w:r w:rsidRPr="002F3524">
        <w:rPr>
          <w:rFonts w:eastAsia="Times New Roman" w:cs="Times New Roman"/>
          <w:szCs w:val="24"/>
        </w:rPr>
        <w:t xml:space="preserve">, positioned, orchestrated to </w:t>
      </w:r>
      <w:proofErr w:type="gramStart"/>
      <w:r w:rsidRPr="002F3524">
        <w:rPr>
          <w:rFonts w:eastAsia="Times New Roman" w:cs="Times New Roman"/>
          <w:szCs w:val="24"/>
        </w:rPr>
        <w:t>be found</w:t>
      </w:r>
      <w:proofErr w:type="gramEnd"/>
      <w:r w:rsidRPr="002F3524">
        <w:rPr>
          <w:rFonts w:eastAsia="Times New Roman" w:cs="Times New Roman"/>
          <w:szCs w:val="24"/>
        </w:rPr>
        <w:t xml:space="preserve"> by the right person.</w:t>
      </w:r>
    </w:p>
    <w:p w14:paraId="6CB40F22"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 xml:space="preserve">“You’re good here,” Ray said without looking over. “Ten minutes. Then </w:t>
      </w:r>
      <w:proofErr w:type="gramStart"/>
      <w:r w:rsidRPr="002F3524">
        <w:rPr>
          <w:rFonts w:eastAsia="Times New Roman" w:cs="Times New Roman"/>
          <w:szCs w:val="24"/>
        </w:rPr>
        <w:t>we’re</w:t>
      </w:r>
      <w:proofErr w:type="gramEnd"/>
      <w:r w:rsidRPr="002F3524">
        <w:rPr>
          <w:rFonts w:eastAsia="Times New Roman" w:cs="Times New Roman"/>
          <w:szCs w:val="24"/>
        </w:rPr>
        <w:t xml:space="preserve"> ghosts.”</w:t>
      </w:r>
    </w:p>
    <w:p w14:paraId="52B58FD3"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climbed out and felt the bite of the morning air on his skin. He moved like he had overseas: not running, not skulking—just another man with somewhere to be.</w:t>
      </w:r>
    </w:p>
    <w:p w14:paraId="1A5B70E4"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He crossed the lot to a side </w:t>
      </w:r>
      <w:proofErr w:type="gramStart"/>
      <w:r w:rsidRPr="002F3524">
        <w:rPr>
          <w:rFonts w:eastAsia="Times New Roman" w:cs="Times New Roman"/>
          <w:szCs w:val="24"/>
        </w:rPr>
        <w:t>structure—</w:t>
      </w:r>
      <w:proofErr w:type="gramEnd"/>
      <w:r w:rsidRPr="002F3524">
        <w:rPr>
          <w:rFonts w:eastAsia="Times New Roman" w:cs="Times New Roman"/>
          <w:szCs w:val="24"/>
        </w:rPr>
        <w:t>a forgotten storage unit, tucked behind a stack of unused reels. The metal door groaned as he opened it just wide enough to slip inside.</w:t>
      </w:r>
    </w:p>
    <w:p w14:paraId="4106892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Inside, the package came out: a waterproof pouch wrapped in brown craft paper, sealed with thick tape. Inside: hard evidence. Redacted files from Project ORPHEUS, intercepted communications from FIS internal chat logs, and the NFC key—encrypted and time-locked. If someone found it and had the clearance to decode it, </w:t>
      </w:r>
      <w:proofErr w:type="gramStart"/>
      <w:r w:rsidRPr="002F3524">
        <w:rPr>
          <w:rFonts w:eastAsia="Times New Roman" w:cs="Times New Roman"/>
          <w:szCs w:val="24"/>
        </w:rPr>
        <w:t>they'd</w:t>
      </w:r>
      <w:proofErr w:type="gramEnd"/>
      <w:r w:rsidRPr="002F3524">
        <w:rPr>
          <w:rFonts w:eastAsia="Times New Roman" w:cs="Times New Roman"/>
          <w:szCs w:val="24"/>
        </w:rPr>
        <w:t xml:space="preserve"> see how the Pre-Conviction system was more than flawed—it </w:t>
      </w:r>
      <w:proofErr w:type="gramStart"/>
      <w:r w:rsidRPr="002F3524">
        <w:rPr>
          <w:rFonts w:eastAsia="Times New Roman" w:cs="Times New Roman"/>
          <w:szCs w:val="24"/>
        </w:rPr>
        <w:t>was maliciously directed</w:t>
      </w:r>
      <w:proofErr w:type="gramEnd"/>
      <w:r w:rsidRPr="002F3524">
        <w:rPr>
          <w:rFonts w:eastAsia="Times New Roman" w:cs="Times New Roman"/>
          <w:szCs w:val="24"/>
        </w:rPr>
        <w:t xml:space="preserve">. The data trails </w:t>
      </w:r>
      <w:proofErr w:type="gramStart"/>
      <w:r w:rsidRPr="002F3524">
        <w:rPr>
          <w:rFonts w:eastAsia="Times New Roman" w:cs="Times New Roman"/>
          <w:szCs w:val="24"/>
        </w:rPr>
        <w:t>were rigged</w:t>
      </w:r>
      <w:proofErr w:type="gramEnd"/>
      <w:r w:rsidRPr="002F3524">
        <w:rPr>
          <w:rFonts w:eastAsia="Times New Roman" w:cs="Times New Roman"/>
          <w:szCs w:val="24"/>
        </w:rPr>
        <w:t>, manipulated to push people to action.</w:t>
      </w:r>
    </w:p>
    <w:p w14:paraId="32C7C0EF"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It was bait, </w:t>
      </w:r>
      <w:proofErr w:type="gramStart"/>
      <w:r w:rsidRPr="002F3524">
        <w:rPr>
          <w:rFonts w:eastAsia="Times New Roman" w:cs="Times New Roman"/>
          <w:szCs w:val="24"/>
        </w:rPr>
        <w:t>and also</w:t>
      </w:r>
      <w:proofErr w:type="gramEnd"/>
      <w:r w:rsidRPr="002F3524">
        <w:rPr>
          <w:rFonts w:eastAsia="Times New Roman" w:cs="Times New Roman"/>
          <w:szCs w:val="24"/>
        </w:rPr>
        <w:t xml:space="preserve"> a warning.</w:t>
      </w:r>
    </w:p>
    <w:p w14:paraId="344153A9"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As Frank tucked the package into the gap behind the fuse box, he heard something outside. Tires on gravel. Too slow to be </w:t>
      </w:r>
      <w:proofErr w:type="gramStart"/>
      <w:r w:rsidRPr="002F3524">
        <w:rPr>
          <w:rFonts w:eastAsia="Times New Roman" w:cs="Times New Roman"/>
          <w:szCs w:val="24"/>
        </w:rPr>
        <w:t>a pass-through</w:t>
      </w:r>
      <w:proofErr w:type="gramEnd"/>
      <w:r w:rsidRPr="002F3524">
        <w:rPr>
          <w:rFonts w:eastAsia="Times New Roman" w:cs="Times New Roman"/>
          <w:szCs w:val="24"/>
        </w:rPr>
        <w:t>. Too precise.</w:t>
      </w:r>
    </w:p>
    <w:p w14:paraId="4933552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lastRenderedPageBreak/>
        <w:t>He froze.</w:t>
      </w:r>
    </w:p>
    <w:p w14:paraId="5155D1E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A car—a black SUV, clean, government-issue tires—rolled slowly past the main entrance of the lot. He crouched lower and watched through the </w:t>
      </w:r>
      <w:proofErr w:type="gramStart"/>
      <w:r w:rsidRPr="002F3524">
        <w:rPr>
          <w:rFonts w:eastAsia="Times New Roman" w:cs="Times New Roman"/>
          <w:szCs w:val="24"/>
        </w:rPr>
        <w:t>slats</w:t>
      </w:r>
      <w:proofErr w:type="gramEnd"/>
      <w:r w:rsidRPr="002F3524">
        <w:rPr>
          <w:rFonts w:eastAsia="Times New Roman" w:cs="Times New Roman"/>
          <w:szCs w:val="24"/>
        </w:rPr>
        <w:t>.</w:t>
      </w:r>
    </w:p>
    <w:p w14:paraId="6462F2A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No markings. No lights. No music. The windows </w:t>
      </w:r>
      <w:proofErr w:type="gramStart"/>
      <w:r w:rsidRPr="002F3524">
        <w:rPr>
          <w:rFonts w:eastAsia="Times New Roman" w:cs="Times New Roman"/>
          <w:szCs w:val="24"/>
        </w:rPr>
        <w:t>were tinted</w:t>
      </w:r>
      <w:proofErr w:type="gramEnd"/>
      <w:r w:rsidRPr="002F3524">
        <w:rPr>
          <w:rFonts w:eastAsia="Times New Roman" w:cs="Times New Roman"/>
          <w:szCs w:val="24"/>
        </w:rPr>
        <w:t xml:space="preserve">. He </w:t>
      </w:r>
      <w:proofErr w:type="gramStart"/>
      <w:r w:rsidRPr="002F3524">
        <w:rPr>
          <w:rFonts w:eastAsia="Times New Roman" w:cs="Times New Roman"/>
          <w:szCs w:val="24"/>
        </w:rPr>
        <w:t>didn’t</w:t>
      </w:r>
      <w:proofErr w:type="gramEnd"/>
      <w:r w:rsidRPr="002F3524">
        <w:rPr>
          <w:rFonts w:eastAsia="Times New Roman" w:cs="Times New Roman"/>
          <w:szCs w:val="24"/>
        </w:rPr>
        <w:t xml:space="preserve"> recognize the vehicle, but his gut told him it </w:t>
      </w:r>
      <w:proofErr w:type="gramStart"/>
      <w:r w:rsidRPr="002F3524">
        <w:rPr>
          <w:rFonts w:eastAsia="Times New Roman" w:cs="Times New Roman"/>
          <w:szCs w:val="24"/>
        </w:rPr>
        <w:t>wasn’t</w:t>
      </w:r>
      <w:proofErr w:type="gramEnd"/>
      <w:r w:rsidRPr="002F3524">
        <w:rPr>
          <w:rFonts w:eastAsia="Times New Roman" w:cs="Times New Roman"/>
          <w:szCs w:val="24"/>
        </w:rPr>
        <w:t xml:space="preserve"> </w:t>
      </w:r>
      <w:proofErr w:type="gramStart"/>
      <w:r w:rsidRPr="002F3524">
        <w:rPr>
          <w:rFonts w:eastAsia="Times New Roman" w:cs="Times New Roman"/>
          <w:szCs w:val="24"/>
        </w:rPr>
        <w:t>here</w:t>
      </w:r>
      <w:proofErr w:type="gramEnd"/>
      <w:r w:rsidRPr="002F3524">
        <w:rPr>
          <w:rFonts w:eastAsia="Times New Roman" w:cs="Times New Roman"/>
          <w:szCs w:val="24"/>
        </w:rPr>
        <w:t xml:space="preserve"> for a paper run.</w:t>
      </w:r>
    </w:p>
    <w:p w14:paraId="4304833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He finished the drop and slipped out the side entrance, eyes always scanning. The truck was still where Ray had left it, idling low, the cab door slightly ajar.</w:t>
      </w:r>
    </w:p>
    <w:p w14:paraId="1F2A501D"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 xml:space="preserve">“Everything </w:t>
      </w:r>
      <w:proofErr w:type="gramStart"/>
      <w:r w:rsidRPr="002F3524">
        <w:rPr>
          <w:rFonts w:eastAsia="Times New Roman" w:cs="Times New Roman"/>
          <w:szCs w:val="24"/>
        </w:rPr>
        <w:t>go</w:t>
      </w:r>
      <w:proofErr w:type="gramEnd"/>
      <w:r w:rsidRPr="002F3524">
        <w:rPr>
          <w:rFonts w:eastAsia="Times New Roman" w:cs="Times New Roman"/>
          <w:szCs w:val="24"/>
        </w:rPr>
        <w:t xml:space="preserve"> okay?” Ray asked, eyes ahead.</w:t>
      </w:r>
    </w:p>
    <w:p w14:paraId="3550236E"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“Yeah,” Frank muttered, sliding in. “But we’re not the only ones up early.”</w:t>
      </w:r>
    </w:p>
    <w:p w14:paraId="5E6C03F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Ray nodded once, put the truck into gear, and </w:t>
      </w:r>
      <w:proofErr w:type="gramStart"/>
      <w:r w:rsidRPr="002F3524">
        <w:rPr>
          <w:rFonts w:eastAsia="Times New Roman" w:cs="Times New Roman"/>
          <w:szCs w:val="24"/>
        </w:rPr>
        <w:t>didn’t</w:t>
      </w:r>
      <w:proofErr w:type="gramEnd"/>
      <w:r w:rsidRPr="002F3524">
        <w:rPr>
          <w:rFonts w:eastAsia="Times New Roman" w:cs="Times New Roman"/>
          <w:szCs w:val="24"/>
        </w:rPr>
        <w:t xml:space="preserve"> speak again until they were halfway down Route 8.</w:t>
      </w:r>
    </w:p>
    <w:p w14:paraId="70E0B567" w14:textId="77777777" w:rsidR="002F3524" w:rsidRPr="002F3524" w:rsidRDefault="002010FF" w:rsidP="002F3524">
      <w:pPr>
        <w:rPr>
          <w:rFonts w:eastAsia="Times New Roman" w:cs="Times New Roman"/>
          <w:szCs w:val="24"/>
        </w:rPr>
      </w:pPr>
      <w:r>
        <w:rPr>
          <w:rFonts w:eastAsia="Times New Roman" w:cs="Times New Roman"/>
          <w:szCs w:val="24"/>
        </w:rPr>
        <w:pict w14:anchorId="0785A8BD">
          <v:rect id="_x0000_i1072" style="width:0;height:1.5pt" o:hralign="center" o:hrstd="t" o:hr="t" fillcolor="#a0a0a0" stroked="f"/>
        </w:pict>
      </w:r>
    </w:p>
    <w:p w14:paraId="779C23B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As the truck carried them away from Dalton, the hills closed in. Frank leaned his head back and closed his eyes for a moment, listening to the hum of the tires, the whine of the wind outside. He </w:t>
      </w:r>
      <w:proofErr w:type="gramStart"/>
      <w:r w:rsidRPr="002F3524">
        <w:rPr>
          <w:rFonts w:eastAsia="Times New Roman" w:cs="Times New Roman"/>
          <w:szCs w:val="24"/>
        </w:rPr>
        <w:t>wasn’t</w:t>
      </w:r>
      <w:proofErr w:type="gramEnd"/>
      <w:r w:rsidRPr="002F3524">
        <w:rPr>
          <w:rFonts w:eastAsia="Times New Roman" w:cs="Times New Roman"/>
          <w:szCs w:val="24"/>
        </w:rPr>
        <w:t xml:space="preserve"> out of danger—he was deeper in it. But every step forward meant getting closer to the truth. To Claire.</w:t>
      </w:r>
    </w:p>
    <w:p w14:paraId="3C13ABC1"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He had one more ride to make. After Pittsfield, </w:t>
      </w:r>
      <w:proofErr w:type="gramStart"/>
      <w:r w:rsidRPr="002F3524">
        <w:rPr>
          <w:rFonts w:eastAsia="Times New Roman" w:cs="Times New Roman"/>
          <w:szCs w:val="24"/>
        </w:rPr>
        <w:t>he’d</w:t>
      </w:r>
      <w:proofErr w:type="gramEnd"/>
      <w:r w:rsidRPr="002F3524">
        <w:rPr>
          <w:rFonts w:eastAsia="Times New Roman" w:cs="Times New Roman"/>
          <w:szCs w:val="24"/>
        </w:rPr>
        <w:t xml:space="preserve"> hop the old westbound freight line. Claire had given him the path in a coded message weeks ago</w:t>
      </w:r>
      <w:proofErr w:type="gramStart"/>
      <w:r w:rsidRPr="002F3524">
        <w:rPr>
          <w:rFonts w:eastAsia="Times New Roman" w:cs="Times New Roman"/>
          <w:szCs w:val="24"/>
        </w:rPr>
        <w:t>—“two</w:t>
      </w:r>
      <w:proofErr w:type="gramEnd"/>
      <w:r w:rsidRPr="002F3524">
        <w:rPr>
          <w:rFonts w:eastAsia="Times New Roman" w:cs="Times New Roman"/>
          <w:szCs w:val="24"/>
        </w:rPr>
        <w:t xml:space="preserve"> lefts past the gorge, look for the pine that bleeds orange.”</w:t>
      </w:r>
    </w:p>
    <w:p w14:paraId="59B0D77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Only she would use language like that.</w:t>
      </w:r>
    </w:p>
    <w:p w14:paraId="7046CD9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It </w:t>
      </w:r>
      <w:proofErr w:type="gramStart"/>
      <w:r w:rsidRPr="002F3524">
        <w:rPr>
          <w:rFonts w:eastAsia="Times New Roman" w:cs="Times New Roman"/>
          <w:szCs w:val="24"/>
        </w:rPr>
        <w:t>wasn’t</w:t>
      </w:r>
      <w:proofErr w:type="gramEnd"/>
      <w:r w:rsidRPr="002F3524">
        <w:rPr>
          <w:rFonts w:eastAsia="Times New Roman" w:cs="Times New Roman"/>
          <w:szCs w:val="24"/>
        </w:rPr>
        <w:t xml:space="preserve"> just a safehouse. It was the last real sanctuary. A place where everything might finally make sense—or come undone completely.</w:t>
      </w:r>
    </w:p>
    <w:p w14:paraId="674A0021"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As they approached Pittsfield’s industrial outskirts, Frank checked his watch. The next </w:t>
      </w:r>
      <w:proofErr w:type="gramStart"/>
      <w:r w:rsidRPr="002F3524">
        <w:rPr>
          <w:rFonts w:eastAsia="Times New Roman" w:cs="Times New Roman"/>
          <w:szCs w:val="24"/>
        </w:rPr>
        <w:t>freight</w:t>
      </w:r>
      <w:proofErr w:type="gramEnd"/>
      <w:r w:rsidRPr="002F3524">
        <w:rPr>
          <w:rFonts w:eastAsia="Times New Roman" w:cs="Times New Roman"/>
          <w:szCs w:val="24"/>
        </w:rPr>
        <w:t xml:space="preserve"> out of the western yard left at 10:03. It </w:t>
      </w:r>
      <w:proofErr w:type="gramStart"/>
      <w:r w:rsidRPr="002F3524">
        <w:rPr>
          <w:rFonts w:eastAsia="Times New Roman" w:cs="Times New Roman"/>
          <w:szCs w:val="24"/>
        </w:rPr>
        <w:t>wouldn't</w:t>
      </w:r>
      <w:proofErr w:type="gramEnd"/>
      <w:r w:rsidRPr="002F3524">
        <w:rPr>
          <w:rFonts w:eastAsia="Times New Roman" w:cs="Times New Roman"/>
          <w:szCs w:val="24"/>
        </w:rPr>
        <w:t xml:space="preserve"> stop. But he </w:t>
      </w:r>
      <w:proofErr w:type="gramStart"/>
      <w:r w:rsidRPr="002F3524">
        <w:rPr>
          <w:rFonts w:eastAsia="Times New Roman" w:cs="Times New Roman"/>
          <w:szCs w:val="24"/>
        </w:rPr>
        <w:t>didn’t</w:t>
      </w:r>
      <w:proofErr w:type="gramEnd"/>
      <w:r w:rsidRPr="002F3524">
        <w:rPr>
          <w:rFonts w:eastAsia="Times New Roman" w:cs="Times New Roman"/>
          <w:szCs w:val="24"/>
        </w:rPr>
        <w:t xml:space="preserve"> need it to.</w:t>
      </w:r>
    </w:p>
    <w:p w14:paraId="1CF3EFF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Ray pulled into a gravel lot near a long-abandoned cannery building.</w:t>
      </w:r>
    </w:p>
    <w:p w14:paraId="5548D75A"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“You’re on your own from here,” he said. “</w:t>
      </w:r>
      <w:proofErr w:type="gramStart"/>
      <w:r w:rsidRPr="002F3524">
        <w:rPr>
          <w:rFonts w:eastAsia="Times New Roman" w:cs="Times New Roman"/>
          <w:szCs w:val="24"/>
        </w:rPr>
        <w:t>Don’t</w:t>
      </w:r>
      <w:proofErr w:type="gramEnd"/>
      <w:r w:rsidRPr="002F3524">
        <w:rPr>
          <w:rFonts w:eastAsia="Times New Roman" w:cs="Times New Roman"/>
          <w:szCs w:val="24"/>
        </w:rPr>
        <w:t xml:space="preserve"> call. </w:t>
      </w:r>
      <w:proofErr w:type="gramStart"/>
      <w:r w:rsidRPr="002F3524">
        <w:rPr>
          <w:rFonts w:eastAsia="Times New Roman" w:cs="Times New Roman"/>
          <w:szCs w:val="24"/>
        </w:rPr>
        <w:t>Don’t</w:t>
      </w:r>
      <w:proofErr w:type="gramEnd"/>
      <w:r w:rsidRPr="002F3524">
        <w:rPr>
          <w:rFonts w:eastAsia="Times New Roman" w:cs="Times New Roman"/>
          <w:szCs w:val="24"/>
        </w:rPr>
        <w:t xml:space="preserve"> write. If someone asks, I never saw you.”</w:t>
      </w:r>
    </w:p>
    <w:p w14:paraId="667A79A0"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offered his hand. Ray stared at it for a second before shaking it with a nod.</w:t>
      </w:r>
    </w:p>
    <w:p w14:paraId="0398D87A"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“Good luck,” Ray said. “Whatever this is.”</w:t>
      </w:r>
    </w:p>
    <w:p w14:paraId="19B582A2"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“It’s the truth,” Frank replied.</w:t>
      </w:r>
    </w:p>
    <w:p w14:paraId="6361512C"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 xml:space="preserve">Then he was gone, disappearing into the rusted skeleton of the old industrial grid. A shadow beneath streetlights. Another ghost </w:t>
      </w:r>
      <w:proofErr w:type="gramStart"/>
      <w:r w:rsidRPr="002F3524">
        <w:rPr>
          <w:rFonts w:eastAsia="Times New Roman" w:cs="Times New Roman"/>
          <w:szCs w:val="24"/>
        </w:rPr>
        <w:t>heading</w:t>
      </w:r>
      <w:proofErr w:type="gramEnd"/>
      <w:r w:rsidRPr="002F3524">
        <w:rPr>
          <w:rFonts w:eastAsia="Times New Roman" w:cs="Times New Roman"/>
          <w:szCs w:val="24"/>
        </w:rPr>
        <w:t xml:space="preserve"> west.</w:t>
      </w:r>
    </w:p>
    <w:p w14:paraId="0517EE10" w14:textId="77777777" w:rsidR="00607A78" w:rsidRPr="00607A78" w:rsidRDefault="00607A78" w:rsidP="00607A78">
      <w:pPr>
        <w:spacing w:before="100" w:beforeAutospacing="1" w:after="100" w:afterAutospacing="1"/>
        <w:outlineLvl w:val="1"/>
        <w:rPr>
          <w:rFonts w:eastAsia="Times New Roman" w:cs="Times New Roman"/>
          <w:b/>
          <w:bCs/>
          <w:sz w:val="28"/>
          <w:szCs w:val="28"/>
        </w:rPr>
      </w:pPr>
      <w:r w:rsidRPr="00607A78">
        <w:rPr>
          <w:rFonts w:eastAsia="Times New Roman" w:cs="Times New Roman"/>
          <w:b/>
          <w:bCs/>
          <w:sz w:val="28"/>
          <w:szCs w:val="28"/>
        </w:rPr>
        <w:t>CHAPTER SEVENTEEN – THE ANNEX</w:t>
      </w:r>
    </w:p>
    <w:p w14:paraId="021491D7"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The train </w:t>
      </w:r>
      <w:proofErr w:type="gramStart"/>
      <w:r w:rsidRPr="00607A78">
        <w:rPr>
          <w:rFonts w:eastAsia="Times New Roman" w:cs="Times New Roman"/>
          <w:szCs w:val="24"/>
        </w:rPr>
        <w:t>didn’t</w:t>
      </w:r>
      <w:proofErr w:type="gramEnd"/>
      <w:r w:rsidRPr="00607A78">
        <w:rPr>
          <w:rFonts w:eastAsia="Times New Roman" w:cs="Times New Roman"/>
          <w:szCs w:val="24"/>
        </w:rPr>
        <w:t xml:space="preserve"> stop.</w:t>
      </w:r>
    </w:p>
    <w:p w14:paraId="6A2B9728"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lastRenderedPageBreak/>
        <w:t xml:space="preserve">Frank had timed his jump with the same precision </w:t>
      </w:r>
      <w:proofErr w:type="gramStart"/>
      <w:r w:rsidRPr="00607A78">
        <w:rPr>
          <w:rFonts w:eastAsia="Times New Roman" w:cs="Times New Roman"/>
          <w:szCs w:val="24"/>
        </w:rPr>
        <w:t>he’d</w:t>
      </w:r>
      <w:proofErr w:type="gramEnd"/>
      <w:r w:rsidRPr="00607A78">
        <w:rPr>
          <w:rFonts w:eastAsia="Times New Roman" w:cs="Times New Roman"/>
          <w:szCs w:val="24"/>
        </w:rPr>
        <w:t xml:space="preserve"> used slipping into enemy compounds overseas. He hit the embankment hard, rolled twice, and came up on one knee behind a rusted-out signal tower. The roar of the freight faded behind him, replaced by the eerie stillness of deep woods.</w:t>
      </w:r>
    </w:p>
    <w:p w14:paraId="2552C04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No cameras. No drones. No witnesses.</w:t>
      </w:r>
    </w:p>
    <w:p w14:paraId="72A695F1"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He moved west, using the overgrown service trail Claire had mentioned in her encrypted note weeks ago—back when they still dared speak in riddles. </w:t>
      </w:r>
      <w:r w:rsidRPr="00607A78">
        <w:rPr>
          <w:rFonts w:eastAsia="Times New Roman" w:cs="Times New Roman"/>
          <w:i/>
          <w:iCs/>
          <w:szCs w:val="24"/>
        </w:rPr>
        <w:t xml:space="preserve">Two lefts </w:t>
      </w:r>
      <w:proofErr w:type="gramStart"/>
      <w:r w:rsidRPr="00607A78">
        <w:rPr>
          <w:rFonts w:eastAsia="Times New Roman" w:cs="Times New Roman"/>
          <w:i/>
          <w:iCs/>
          <w:szCs w:val="24"/>
        </w:rPr>
        <w:t>past</w:t>
      </w:r>
      <w:proofErr w:type="gramEnd"/>
      <w:r w:rsidRPr="00607A78">
        <w:rPr>
          <w:rFonts w:eastAsia="Times New Roman" w:cs="Times New Roman"/>
          <w:i/>
          <w:iCs/>
          <w:szCs w:val="24"/>
        </w:rPr>
        <w:t xml:space="preserve"> the gorge. Look for the pine that bleeds orange.</w:t>
      </w:r>
      <w:r w:rsidRPr="00607A78">
        <w:rPr>
          <w:rFonts w:eastAsia="Times New Roman" w:cs="Times New Roman"/>
          <w:szCs w:val="24"/>
        </w:rPr>
        <w:t xml:space="preserve"> It had sounded like poetry then. Now it was a map to salvation.</w:t>
      </w:r>
    </w:p>
    <w:p w14:paraId="7BD322F4"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The woods here were dense, layered with moss and rot. Frank’s boots sank into </w:t>
      </w:r>
      <w:proofErr w:type="gramStart"/>
      <w:r w:rsidRPr="00607A78">
        <w:rPr>
          <w:rFonts w:eastAsia="Times New Roman" w:cs="Times New Roman"/>
          <w:szCs w:val="24"/>
        </w:rPr>
        <w:t>damp</w:t>
      </w:r>
      <w:proofErr w:type="gramEnd"/>
      <w:r w:rsidRPr="00607A78">
        <w:rPr>
          <w:rFonts w:eastAsia="Times New Roman" w:cs="Times New Roman"/>
          <w:szCs w:val="24"/>
        </w:rPr>
        <w:t xml:space="preserve"> loam as he pushed through brambles and deadfall. He moved low and fast, pausing only to check for signs—a stone stack here, a broken limb there. Claire’s marks. They </w:t>
      </w:r>
      <w:proofErr w:type="gramStart"/>
      <w:r w:rsidRPr="00607A78">
        <w:rPr>
          <w:rFonts w:eastAsia="Times New Roman" w:cs="Times New Roman"/>
          <w:szCs w:val="24"/>
        </w:rPr>
        <w:t>weren’t</w:t>
      </w:r>
      <w:proofErr w:type="gramEnd"/>
      <w:r w:rsidRPr="00607A78">
        <w:rPr>
          <w:rFonts w:eastAsia="Times New Roman" w:cs="Times New Roman"/>
          <w:szCs w:val="24"/>
        </w:rPr>
        <w:t xml:space="preserve"> obvious unless you knew where to look.</w:t>
      </w:r>
    </w:p>
    <w:p w14:paraId="6DF0D3C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After </w:t>
      </w:r>
      <w:proofErr w:type="gramStart"/>
      <w:r w:rsidRPr="00607A78">
        <w:rPr>
          <w:rFonts w:eastAsia="Times New Roman" w:cs="Times New Roman"/>
          <w:szCs w:val="24"/>
        </w:rPr>
        <w:t>nearly two</w:t>
      </w:r>
      <w:proofErr w:type="gramEnd"/>
      <w:r w:rsidRPr="00607A78">
        <w:rPr>
          <w:rFonts w:eastAsia="Times New Roman" w:cs="Times New Roman"/>
          <w:szCs w:val="24"/>
        </w:rPr>
        <w:t xml:space="preserve"> miles of trudging, he found the pine.</w:t>
      </w:r>
    </w:p>
    <w:p w14:paraId="4AF8DA0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It </w:t>
      </w:r>
      <w:proofErr w:type="gramStart"/>
      <w:r w:rsidRPr="00607A78">
        <w:rPr>
          <w:rFonts w:eastAsia="Times New Roman" w:cs="Times New Roman"/>
          <w:szCs w:val="24"/>
        </w:rPr>
        <w:t>was split</w:t>
      </w:r>
      <w:proofErr w:type="gramEnd"/>
      <w:r w:rsidRPr="00607A78">
        <w:rPr>
          <w:rFonts w:eastAsia="Times New Roman" w:cs="Times New Roman"/>
          <w:szCs w:val="24"/>
        </w:rPr>
        <w:t xml:space="preserve"> down one side, its inner bark weeping resin the color of dried blood. Just beyond it, hidden beneath a fallen birch and a patch of woven camouflage netting, was a hatch.</w:t>
      </w:r>
    </w:p>
    <w:p w14:paraId="47D1E217"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He knocked three times, waited, then two more.</w:t>
      </w:r>
    </w:p>
    <w:p w14:paraId="59DB5D20"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A metallic </w:t>
      </w:r>
      <w:r w:rsidRPr="00607A78">
        <w:rPr>
          <w:rFonts w:eastAsia="Times New Roman" w:cs="Times New Roman"/>
          <w:i/>
          <w:iCs/>
          <w:szCs w:val="24"/>
        </w:rPr>
        <w:t>click</w:t>
      </w:r>
      <w:r w:rsidRPr="00607A78">
        <w:rPr>
          <w:rFonts w:eastAsia="Times New Roman" w:cs="Times New Roman"/>
          <w:szCs w:val="24"/>
        </w:rPr>
        <w:t xml:space="preserve"> echoed beneath his feet.</w:t>
      </w:r>
    </w:p>
    <w:p w14:paraId="4F908D7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The hatch creaked open, and Claire’s voice floated up into the trees.</w:t>
      </w:r>
    </w:p>
    <w:p w14:paraId="7790A75C"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“Took you long enough.”</w:t>
      </w:r>
    </w:p>
    <w:p w14:paraId="0371620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Frank let out a breath he </w:t>
      </w:r>
      <w:proofErr w:type="gramStart"/>
      <w:r w:rsidRPr="00607A78">
        <w:rPr>
          <w:rFonts w:eastAsia="Times New Roman" w:cs="Times New Roman"/>
          <w:szCs w:val="24"/>
        </w:rPr>
        <w:t>hadn’t</w:t>
      </w:r>
      <w:proofErr w:type="gramEnd"/>
      <w:r w:rsidRPr="00607A78">
        <w:rPr>
          <w:rFonts w:eastAsia="Times New Roman" w:cs="Times New Roman"/>
          <w:szCs w:val="24"/>
        </w:rPr>
        <w:t xml:space="preserve"> realized </w:t>
      </w:r>
      <w:proofErr w:type="gramStart"/>
      <w:r w:rsidRPr="00607A78">
        <w:rPr>
          <w:rFonts w:eastAsia="Times New Roman" w:cs="Times New Roman"/>
          <w:szCs w:val="24"/>
        </w:rPr>
        <w:t>he’d</w:t>
      </w:r>
      <w:proofErr w:type="gramEnd"/>
      <w:r w:rsidRPr="00607A78">
        <w:rPr>
          <w:rFonts w:eastAsia="Times New Roman" w:cs="Times New Roman"/>
          <w:szCs w:val="24"/>
        </w:rPr>
        <w:t xml:space="preserve"> been holding.</w:t>
      </w:r>
    </w:p>
    <w:p w14:paraId="2FCB0FF2"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“Had to take the scenic route.”</w:t>
      </w:r>
    </w:p>
    <w:p w14:paraId="1C2F897D"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Claire Halden </w:t>
      </w:r>
      <w:proofErr w:type="gramStart"/>
      <w:r w:rsidRPr="00607A78">
        <w:rPr>
          <w:rFonts w:eastAsia="Times New Roman" w:cs="Times New Roman"/>
          <w:szCs w:val="24"/>
        </w:rPr>
        <w:t>looked</w:t>
      </w:r>
      <w:proofErr w:type="gramEnd"/>
      <w:r w:rsidRPr="00607A78">
        <w:rPr>
          <w:rFonts w:eastAsia="Times New Roman" w:cs="Times New Roman"/>
          <w:szCs w:val="24"/>
        </w:rPr>
        <w:t xml:space="preserve"> the same—sharp eyes, windburned cheeks</w:t>
      </w:r>
      <w:proofErr w:type="gramStart"/>
      <w:r w:rsidRPr="00607A78">
        <w:rPr>
          <w:rFonts w:eastAsia="Times New Roman" w:cs="Times New Roman"/>
          <w:szCs w:val="24"/>
        </w:rPr>
        <w:t>, tension</w:t>
      </w:r>
      <w:proofErr w:type="gramEnd"/>
      <w:r w:rsidRPr="00607A78">
        <w:rPr>
          <w:rFonts w:eastAsia="Times New Roman" w:cs="Times New Roman"/>
          <w:szCs w:val="24"/>
        </w:rPr>
        <w:t xml:space="preserve"> in her shoulders like a drawn bow. Her hair was shorter now, uneven as if </w:t>
      </w:r>
      <w:proofErr w:type="gramStart"/>
      <w:r w:rsidRPr="00607A78">
        <w:rPr>
          <w:rFonts w:eastAsia="Times New Roman" w:cs="Times New Roman"/>
          <w:szCs w:val="24"/>
        </w:rPr>
        <w:t>she’d</w:t>
      </w:r>
      <w:proofErr w:type="gramEnd"/>
      <w:r w:rsidRPr="00607A78">
        <w:rPr>
          <w:rFonts w:eastAsia="Times New Roman" w:cs="Times New Roman"/>
          <w:szCs w:val="24"/>
        </w:rPr>
        <w:t xml:space="preserve"> cut it herself. A sidearm </w:t>
      </w:r>
      <w:proofErr w:type="gramStart"/>
      <w:r w:rsidRPr="00607A78">
        <w:rPr>
          <w:rFonts w:eastAsia="Times New Roman" w:cs="Times New Roman"/>
          <w:szCs w:val="24"/>
        </w:rPr>
        <w:t>was holstered</w:t>
      </w:r>
      <w:proofErr w:type="gramEnd"/>
      <w:r w:rsidRPr="00607A78">
        <w:rPr>
          <w:rFonts w:eastAsia="Times New Roman" w:cs="Times New Roman"/>
          <w:szCs w:val="24"/>
        </w:rPr>
        <w:t xml:space="preserve"> tight against her ribs. No trust left in the world.</w:t>
      </w:r>
    </w:p>
    <w:p w14:paraId="66BA3A54"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She stepped back to let him in.</w:t>
      </w:r>
    </w:p>
    <w:p w14:paraId="115C9205"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The Annex </w:t>
      </w:r>
      <w:proofErr w:type="gramStart"/>
      <w:r w:rsidRPr="00607A78">
        <w:rPr>
          <w:rFonts w:eastAsia="Times New Roman" w:cs="Times New Roman"/>
          <w:szCs w:val="24"/>
        </w:rPr>
        <w:t>wasn’t</w:t>
      </w:r>
      <w:proofErr w:type="gramEnd"/>
      <w:r w:rsidRPr="00607A78">
        <w:rPr>
          <w:rFonts w:eastAsia="Times New Roman" w:cs="Times New Roman"/>
          <w:szCs w:val="24"/>
        </w:rPr>
        <w:t xml:space="preserve"> a bunker so much as a converted Cold War fallout shelter, reinforced and expanded with military scrap. Maps and data sheets covered the concrete walls. A row of old servers buzzed in the corner. Solar batteries hummed. The smell of solder, coffee, and gun oil filled the air.</w:t>
      </w:r>
    </w:p>
    <w:p w14:paraId="275A73B4"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look like hell,” she said, handing him a canteen.</w:t>
      </w:r>
    </w:p>
    <w:p w14:paraId="54158879"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should see the other guy.”</w:t>
      </w:r>
    </w:p>
    <w:p w14:paraId="592159C1"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They shared a smile that </w:t>
      </w:r>
      <w:proofErr w:type="gramStart"/>
      <w:r w:rsidRPr="00607A78">
        <w:rPr>
          <w:rFonts w:eastAsia="Times New Roman" w:cs="Times New Roman"/>
          <w:szCs w:val="24"/>
        </w:rPr>
        <w:t>didn’t</w:t>
      </w:r>
      <w:proofErr w:type="gramEnd"/>
      <w:r w:rsidRPr="00607A78">
        <w:rPr>
          <w:rFonts w:eastAsia="Times New Roman" w:cs="Times New Roman"/>
          <w:szCs w:val="24"/>
        </w:rPr>
        <w:t xml:space="preserve"> quite reach their eyes.</w:t>
      </w:r>
    </w:p>
    <w:p w14:paraId="6F7D2C1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Frank sat down heavily on a bench near the radio stack. Claire went to the wall and tapped a touchscreen console. A digital map of the northeast lit up—movement patterns, communication lines, surveillance coverage. Red dots </w:t>
      </w:r>
      <w:proofErr w:type="gramStart"/>
      <w:r w:rsidRPr="00607A78">
        <w:rPr>
          <w:rFonts w:eastAsia="Times New Roman" w:cs="Times New Roman"/>
          <w:szCs w:val="24"/>
        </w:rPr>
        <w:t>pulsed</w:t>
      </w:r>
      <w:proofErr w:type="gramEnd"/>
      <w:r w:rsidRPr="00607A78">
        <w:rPr>
          <w:rFonts w:eastAsia="Times New Roman" w:cs="Times New Roman"/>
          <w:szCs w:val="24"/>
        </w:rPr>
        <w:t xml:space="preserve"> where the system had flagged threats.</w:t>
      </w:r>
    </w:p>
    <w:p w14:paraId="301216B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lastRenderedPageBreak/>
        <w:t>Frank’s name was blinking near Pittsfield.</w:t>
      </w:r>
    </w:p>
    <w:p w14:paraId="40FD937D"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“You’re getting sloppy,” Claire muttered.</w:t>
      </w:r>
    </w:p>
    <w:p w14:paraId="5B1000AB"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“They’re getting better.”</w:t>
      </w:r>
    </w:p>
    <w:p w14:paraId="0FF68D4B"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She nodded grimly. Then tapped another window.</w:t>
      </w:r>
    </w:p>
    <w:p w14:paraId="009742AD"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need to see this.”</w:t>
      </w:r>
    </w:p>
    <w:p w14:paraId="45E5A4D0"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Onscreen, Frank saw two windows. One was a communications log—internal FIS routing orders marked CLASSIFIED. The other was a neural pattern chart pulled from the Pre-Conviction engine. Frank's photo—his real one, not the manipulated protest image—flashed red beside a predictive curve. The label read: </w:t>
      </w:r>
      <w:r w:rsidRPr="00607A78">
        <w:rPr>
          <w:rFonts w:eastAsia="Times New Roman" w:cs="Times New Roman"/>
          <w:b/>
          <w:bCs/>
          <w:szCs w:val="24"/>
        </w:rPr>
        <w:t>TARGET VECTOR REALIGNED — INTERVENTION IN EFFECT.</w:t>
      </w:r>
    </w:p>
    <w:p w14:paraId="15F0A1B9"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Frank leaned forward.</w:t>
      </w:r>
    </w:p>
    <w:p w14:paraId="4B78F333"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w:t>
      </w:r>
      <w:proofErr w:type="gramStart"/>
      <w:r w:rsidRPr="00607A78">
        <w:rPr>
          <w:rFonts w:eastAsia="Times New Roman" w:cs="Times New Roman"/>
          <w:szCs w:val="24"/>
        </w:rPr>
        <w:t>What the hell</w:t>
      </w:r>
      <w:proofErr w:type="gramEnd"/>
      <w:r w:rsidRPr="00607A78">
        <w:rPr>
          <w:rFonts w:eastAsia="Times New Roman" w:cs="Times New Roman"/>
          <w:szCs w:val="24"/>
        </w:rPr>
        <w:t xml:space="preserve"> is ‘intervention’?”</w:t>
      </w:r>
    </w:p>
    <w:p w14:paraId="7A16BFD2"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hesitated.</w:t>
      </w:r>
    </w:p>
    <w:p w14:paraId="55C9C264"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w:t>
      </w:r>
      <w:proofErr w:type="gramStart"/>
      <w:r w:rsidRPr="00607A78">
        <w:rPr>
          <w:rFonts w:eastAsia="Times New Roman" w:cs="Times New Roman"/>
          <w:szCs w:val="24"/>
        </w:rPr>
        <w:t>It’s</w:t>
      </w:r>
      <w:proofErr w:type="gramEnd"/>
      <w:r w:rsidRPr="00607A78">
        <w:rPr>
          <w:rFonts w:eastAsia="Times New Roman" w:cs="Times New Roman"/>
          <w:szCs w:val="24"/>
        </w:rPr>
        <w:t xml:space="preserve"> the next step. Not just predicting behavior. Shaping it. ORPHEUS </w:t>
      </w:r>
      <w:proofErr w:type="gramStart"/>
      <w:r w:rsidRPr="00607A78">
        <w:rPr>
          <w:rFonts w:eastAsia="Times New Roman" w:cs="Times New Roman"/>
          <w:szCs w:val="24"/>
        </w:rPr>
        <w:t>isn’t</w:t>
      </w:r>
      <w:proofErr w:type="gramEnd"/>
      <w:r w:rsidRPr="00607A78">
        <w:rPr>
          <w:rFonts w:eastAsia="Times New Roman" w:cs="Times New Roman"/>
          <w:szCs w:val="24"/>
        </w:rPr>
        <w:t xml:space="preserve"> just monitoring you. </w:t>
      </w:r>
      <w:proofErr w:type="gramStart"/>
      <w:r w:rsidRPr="00607A78">
        <w:rPr>
          <w:rFonts w:eastAsia="Times New Roman" w:cs="Times New Roman"/>
          <w:szCs w:val="24"/>
        </w:rPr>
        <w:t>It’s</w:t>
      </w:r>
      <w:proofErr w:type="gramEnd"/>
      <w:r w:rsidRPr="00607A78">
        <w:rPr>
          <w:rFonts w:eastAsia="Times New Roman" w:cs="Times New Roman"/>
          <w:szCs w:val="24"/>
        </w:rPr>
        <w:t xml:space="preserve"> </w:t>
      </w:r>
      <w:r w:rsidRPr="00607A78">
        <w:rPr>
          <w:rFonts w:eastAsia="Times New Roman" w:cs="Times New Roman"/>
          <w:i/>
          <w:iCs/>
          <w:szCs w:val="24"/>
        </w:rPr>
        <w:t>curating</w:t>
      </w:r>
      <w:r w:rsidRPr="00607A78">
        <w:rPr>
          <w:rFonts w:eastAsia="Times New Roman" w:cs="Times New Roman"/>
          <w:szCs w:val="24"/>
        </w:rPr>
        <w:t xml:space="preserve"> your decisions. Feeding stimuli. Running simulations to determine what nudges work. False headlines. Passive encounters. Even weapon placements in public spaces. </w:t>
      </w:r>
      <w:proofErr w:type="gramStart"/>
      <w:r w:rsidRPr="00607A78">
        <w:rPr>
          <w:rFonts w:eastAsia="Times New Roman" w:cs="Times New Roman"/>
          <w:szCs w:val="24"/>
        </w:rPr>
        <w:t>They’ve</w:t>
      </w:r>
      <w:proofErr w:type="gramEnd"/>
      <w:r w:rsidRPr="00607A78">
        <w:rPr>
          <w:rFonts w:eastAsia="Times New Roman" w:cs="Times New Roman"/>
          <w:szCs w:val="24"/>
        </w:rPr>
        <w:t xml:space="preserve"> built a loop. And </w:t>
      </w:r>
      <w:proofErr w:type="gramStart"/>
      <w:r w:rsidRPr="00607A78">
        <w:rPr>
          <w:rFonts w:eastAsia="Times New Roman" w:cs="Times New Roman"/>
          <w:szCs w:val="24"/>
        </w:rPr>
        <w:t>you’re</w:t>
      </w:r>
      <w:proofErr w:type="gramEnd"/>
      <w:r w:rsidRPr="00607A78">
        <w:rPr>
          <w:rFonts w:eastAsia="Times New Roman" w:cs="Times New Roman"/>
          <w:szCs w:val="24"/>
        </w:rPr>
        <w:t xml:space="preserve"> the test subject.”</w:t>
      </w:r>
    </w:p>
    <w:p w14:paraId="38334DC5"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Frank stared at the screen, a slow burn rising behind his eyes.</w:t>
      </w:r>
    </w:p>
    <w:p w14:paraId="233B576F"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w:t>
      </w:r>
      <w:proofErr w:type="gramStart"/>
      <w:r w:rsidRPr="00607A78">
        <w:rPr>
          <w:rFonts w:eastAsia="Times New Roman" w:cs="Times New Roman"/>
          <w:szCs w:val="24"/>
        </w:rPr>
        <w:t>So</w:t>
      </w:r>
      <w:proofErr w:type="gramEnd"/>
      <w:r w:rsidRPr="00607A78">
        <w:rPr>
          <w:rFonts w:eastAsia="Times New Roman" w:cs="Times New Roman"/>
          <w:szCs w:val="24"/>
        </w:rPr>
        <w:t xml:space="preserve"> they wanted me to run.”</w:t>
      </w:r>
    </w:p>
    <w:p w14:paraId="36960123"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 xml:space="preserve">“Worse. They wanted you to snap. </w:t>
      </w:r>
      <w:proofErr w:type="gramStart"/>
      <w:r w:rsidRPr="00607A78">
        <w:rPr>
          <w:rFonts w:eastAsia="Times New Roman" w:cs="Times New Roman"/>
          <w:szCs w:val="24"/>
        </w:rPr>
        <w:t>They’re</w:t>
      </w:r>
      <w:proofErr w:type="gramEnd"/>
      <w:r w:rsidRPr="00607A78">
        <w:rPr>
          <w:rFonts w:eastAsia="Times New Roman" w:cs="Times New Roman"/>
          <w:szCs w:val="24"/>
        </w:rPr>
        <w:t xml:space="preserve"> waiting for a trigger event—a tipping point that justifies everything.”</w:t>
      </w:r>
    </w:p>
    <w:p w14:paraId="33B65DF4"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He stood, pacing.</w:t>
      </w:r>
    </w:p>
    <w:p w14:paraId="763F22FE"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 xml:space="preserve">“And the protests, the doctored photo—those </w:t>
      </w:r>
      <w:proofErr w:type="gramStart"/>
      <w:r w:rsidRPr="00607A78">
        <w:rPr>
          <w:rFonts w:eastAsia="Times New Roman" w:cs="Times New Roman"/>
          <w:szCs w:val="24"/>
        </w:rPr>
        <w:t>weren’t</w:t>
      </w:r>
      <w:proofErr w:type="gramEnd"/>
      <w:r w:rsidRPr="00607A78">
        <w:rPr>
          <w:rFonts w:eastAsia="Times New Roman" w:cs="Times New Roman"/>
          <w:szCs w:val="24"/>
        </w:rPr>
        <w:t xml:space="preserve"> just cover. They were part of the push.”</w:t>
      </w:r>
    </w:p>
    <w:p w14:paraId="6F2E63CE"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“Exactly.”</w:t>
      </w:r>
    </w:p>
    <w:p w14:paraId="61B7C7A6"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pulled a folder from a locked drawer and handed it to him.</w:t>
      </w:r>
    </w:p>
    <w:p w14:paraId="62732835"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Inside were fragments: an order for a fabricated composite image, emails from an ORPHEUS sub-contractor referencing “Subject FRM-4X,” and a deployment calendar for a shadow unit marked </w:t>
      </w:r>
      <w:r w:rsidRPr="00607A78">
        <w:rPr>
          <w:rFonts w:eastAsia="Times New Roman" w:cs="Times New Roman"/>
          <w:b/>
          <w:bCs/>
          <w:szCs w:val="24"/>
        </w:rPr>
        <w:t>RED CELL</w:t>
      </w:r>
      <w:r w:rsidRPr="00607A78">
        <w:rPr>
          <w:rFonts w:eastAsia="Times New Roman" w:cs="Times New Roman"/>
          <w:szCs w:val="24"/>
        </w:rPr>
        <w:t>—highlighted with a note: “Engagement proximity in western MA.”</w:t>
      </w:r>
    </w:p>
    <w:p w14:paraId="76DA7196"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 xml:space="preserve">“They want to force an outcome they can cite as proof. That the system works. That </w:t>
      </w:r>
      <w:r w:rsidRPr="00607A78">
        <w:rPr>
          <w:rFonts w:eastAsia="Times New Roman" w:cs="Times New Roman"/>
          <w:i/>
          <w:iCs/>
          <w:szCs w:val="24"/>
        </w:rPr>
        <w:t>you</w:t>
      </w:r>
      <w:r w:rsidRPr="00607A78">
        <w:rPr>
          <w:rFonts w:eastAsia="Times New Roman" w:cs="Times New Roman"/>
          <w:szCs w:val="24"/>
        </w:rPr>
        <w:t xml:space="preserve"> were inevitable.”</w:t>
      </w:r>
    </w:p>
    <w:p w14:paraId="35447CC2"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w:t>
      </w:r>
      <w:proofErr w:type="gramStart"/>
      <w:r w:rsidRPr="00607A78">
        <w:rPr>
          <w:rFonts w:eastAsia="Times New Roman" w:cs="Times New Roman"/>
          <w:szCs w:val="24"/>
        </w:rPr>
        <w:t>So</w:t>
      </w:r>
      <w:proofErr w:type="gramEnd"/>
      <w:r w:rsidRPr="00607A78">
        <w:rPr>
          <w:rFonts w:eastAsia="Times New Roman" w:cs="Times New Roman"/>
          <w:szCs w:val="24"/>
        </w:rPr>
        <w:t xml:space="preserve"> let’s prove them wrong.”</w:t>
      </w:r>
    </w:p>
    <w:p w14:paraId="1F72DC4B"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arched an eyebrow.</w:t>
      </w:r>
    </w:p>
    <w:p w14:paraId="1479FD78"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have a plan?”</w:t>
      </w:r>
    </w:p>
    <w:p w14:paraId="26FD9E5E"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lastRenderedPageBreak/>
        <w:t>Frank stared at the red blinking light on the map.</w:t>
      </w:r>
    </w:p>
    <w:p w14:paraId="6AB13158"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 xml:space="preserve">“Not yet. But </w:t>
      </w:r>
      <w:proofErr w:type="gramStart"/>
      <w:r w:rsidRPr="00607A78">
        <w:rPr>
          <w:rFonts w:eastAsia="Times New Roman" w:cs="Times New Roman"/>
          <w:szCs w:val="24"/>
        </w:rPr>
        <w:t>I’ve</w:t>
      </w:r>
      <w:proofErr w:type="gramEnd"/>
      <w:r w:rsidRPr="00607A78">
        <w:rPr>
          <w:rFonts w:eastAsia="Times New Roman" w:cs="Times New Roman"/>
          <w:szCs w:val="24"/>
        </w:rPr>
        <w:t xml:space="preserve"> got motive.”</w:t>
      </w:r>
    </w:p>
    <w:p w14:paraId="2ABEFBD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He picked up the folder again, held it tighter this time.</w:t>
      </w:r>
    </w:p>
    <w:p w14:paraId="7BCF94FB"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“And I’ve got you.”</w:t>
      </w:r>
    </w:p>
    <w:p w14:paraId="65935E6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hesitated, then nodded.</w:t>
      </w:r>
    </w:p>
    <w:p w14:paraId="6198E9E2"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“For now.”</w:t>
      </w:r>
    </w:p>
    <w:p w14:paraId="42516ED9"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Outside, the wind howled through the trees.</w:t>
      </w:r>
    </w:p>
    <w:p w14:paraId="49165C50"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Inside, war was </w:t>
      </w:r>
      <w:proofErr w:type="gramStart"/>
      <w:r w:rsidRPr="00607A78">
        <w:rPr>
          <w:rFonts w:eastAsia="Times New Roman" w:cs="Times New Roman"/>
          <w:szCs w:val="24"/>
        </w:rPr>
        <w:t>being planned</w:t>
      </w:r>
      <w:proofErr w:type="gramEnd"/>
      <w:r w:rsidRPr="00607A78">
        <w:rPr>
          <w:rFonts w:eastAsia="Times New Roman" w:cs="Times New Roman"/>
          <w:szCs w:val="24"/>
        </w:rPr>
        <w:t xml:space="preserve"> in silence.</w:t>
      </w:r>
    </w:p>
    <w:p w14:paraId="6F316518" w14:textId="2D54D485" w:rsidR="009E5590" w:rsidRPr="009E5590" w:rsidRDefault="009E5590" w:rsidP="009E5590">
      <w:pPr>
        <w:spacing w:before="100" w:beforeAutospacing="1" w:after="100" w:afterAutospacing="1"/>
        <w:outlineLvl w:val="1"/>
        <w:rPr>
          <w:rFonts w:eastAsia="Times New Roman" w:cs="Times New Roman"/>
          <w:b/>
          <w:bCs/>
          <w:sz w:val="28"/>
          <w:szCs w:val="28"/>
        </w:rPr>
      </w:pPr>
      <w:r w:rsidRPr="009E5590">
        <w:rPr>
          <w:rFonts w:eastAsia="Times New Roman" w:cs="Times New Roman"/>
          <w:b/>
          <w:bCs/>
          <w:sz w:val="28"/>
          <w:szCs w:val="28"/>
        </w:rPr>
        <w:t>Chapter 18 – RED CELL</w:t>
      </w:r>
    </w:p>
    <w:p w14:paraId="55004666"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Claire’s footsteps echoed urgently down the narrow corridor of the Annex before she slipped inside the dim room where Frank </w:t>
      </w:r>
      <w:proofErr w:type="gramStart"/>
      <w:r w:rsidRPr="009E5590">
        <w:rPr>
          <w:rFonts w:eastAsia="Times New Roman" w:cs="Times New Roman"/>
          <w:szCs w:val="24"/>
        </w:rPr>
        <w:t>was hunched</w:t>
      </w:r>
      <w:proofErr w:type="gramEnd"/>
      <w:r w:rsidRPr="009E5590">
        <w:rPr>
          <w:rFonts w:eastAsia="Times New Roman" w:cs="Times New Roman"/>
          <w:szCs w:val="24"/>
        </w:rPr>
        <w:t xml:space="preserve"> over a tangle of maps and intercepted communications. Her face was pale, eyes wide with a mixture of fear and determination.</w:t>
      </w:r>
    </w:p>
    <w:p w14:paraId="06999A7D"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“Frank... you need to see this. Now.”</w:t>
      </w:r>
    </w:p>
    <w:p w14:paraId="4DC8624F"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Frank looked up, sensing the weight in her voice. Claire handed him a tablet, already streaming the morning’s breaking news. The headline screamed at him from the screen:</w:t>
      </w:r>
    </w:p>
    <w:p w14:paraId="1B7053AF"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b/>
          <w:bCs/>
          <w:szCs w:val="24"/>
        </w:rPr>
        <w:t>“Man Found Dead in Apparent Suicide at Logan International Airport Terminal E — Authorities Investigate Connection to Local Activist Network”</w:t>
      </w:r>
    </w:p>
    <w:p w14:paraId="3F471207"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The article’s subheading made Frank’s blood run cold:</w:t>
      </w:r>
      <w:r w:rsidRPr="009E5590">
        <w:rPr>
          <w:rFonts w:eastAsia="Times New Roman" w:cs="Times New Roman"/>
          <w:szCs w:val="24"/>
        </w:rPr>
        <w:br/>
      </w:r>
      <w:r w:rsidRPr="009E5590">
        <w:rPr>
          <w:rFonts w:eastAsia="Times New Roman" w:cs="Times New Roman"/>
          <w:i/>
          <w:iCs/>
          <w:szCs w:val="24"/>
        </w:rPr>
        <w:t>“The deceased, identified as Miles Garnett, was known to associate with Franco Marino, a man under federal surveillance for suspected involvement in recent protests and data breaches. Officials are examining potential links between the two in an ongoing investigation.”</w:t>
      </w:r>
    </w:p>
    <w:p w14:paraId="248B6BE3"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Images flickered across the screen: security footage showing a lone man slumped near a baggage carousel; police swarming the scene; reporters clamoring for answers amid airport chaos. The story was </w:t>
      </w:r>
      <w:proofErr w:type="gramStart"/>
      <w:r w:rsidRPr="009E5590">
        <w:rPr>
          <w:rFonts w:eastAsia="Times New Roman" w:cs="Times New Roman"/>
          <w:szCs w:val="24"/>
        </w:rPr>
        <w:t>being spun</w:t>
      </w:r>
      <w:proofErr w:type="gramEnd"/>
      <w:r w:rsidRPr="009E5590">
        <w:rPr>
          <w:rFonts w:eastAsia="Times New Roman" w:cs="Times New Roman"/>
          <w:szCs w:val="24"/>
        </w:rPr>
        <w:t xml:space="preserve"> quickly, and Frank’s name was right there, tethered in the narrative like a shackle.</w:t>
      </w:r>
    </w:p>
    <w:p w14:paraId="13B6B909"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Frank’s heart pounded, a cold knot forming in his stomach. </w:t>
      </w:r>
      <w:proofErr w:type="gramStart"/>
      <w:r w:rsidRPr="009E5590">
        <w:rPr>
          <w:rFonts w:eastAsia="Times New Roman" w:cs="Times New Roman"/>
          <w:i/>
          <w:iCs/>
          <w:szCs w:val="24"/>
        </w:rPr>
        <w:t>They’re</w:t>
      </w:r>
      <w:proofErr w:type="gramEnd"/>
      <w:r w:rsidRPr="009E5590">
        <w:rPr>
          <w:rFonts w:eastAsia="Times New Roman" w:cs="Times New Roman"/>
          <w:i/>
          <w:iCs/>
          <w:szCs w:val="24"/>
        </w:rPr>
        <w:t xml:space="preserve"> dragging me through the mud.</w:t>
      </w:r>
      <w:r w:rsidRPr="009E5590">
        <w:rPr>
          <w:rFonts w:eastAsia="Times New Roman" w:cs="Times New Roman"/>
          <w:szCs w:val="24"/>
        </w:rPr>
        <w:t xml:space="preserve"> It </w:t>
      </w:r>
      <w:proofErr w:type="gramStart"/>
      <w:r w:rsidRPr="009E5590">
        <w:rPr>
          <w:rFonts w:eastAsia="Times New Roman" w:cs="Times New Roman"/>
          <w:szCs w:val="24"/>
        </w:rPr>
        <w:t>wasn’t</w:t>
      </w:r>
      <w:proofErr w:type="gramEnd"/>
      <w:r w:rsidRPr="009E5590">
        <w:rPr>
          <w:rFonts w:eastAsia="Times New Roman" w:cs="Times New Roman"/>
          <w:szCs w:val="24"/>
        </w:rPr>
        <w:t xml:space="preserve"> just Luis’s death that stung, but the calculated way the media and law enforcement were already painting Frank as an accomplice — or worse, a suspect.</w:t>
      </w:r>
    </w:p>
    <w:p w14:paraId="63E55261"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Claire’s voice broke through his thoughts. “</w:t>
      </w:r>
      <w:proofErr w:type="gramStart"/>
      <w:r w:rsidRPr="009E5590">
        <w:rPr>
          <w:rFonts w:eastAsia="Times New Roman" w:cs="Times New Roman"/>
          <w:szCs w:val="24"/>
        </w:rPr>
        <w:t>They’re</w:t>
      </w:r>
      <w:proofErr w:type="gramEnd"/>
      <w:r w:rsidRPr="009E5590">
        <w:rPr>
          <w:rFonts w:eastAsia="Times New Roman" w:cs="Times New Roman"/>
          <w:szCs w:val="24"/>
        </w:rPr>
        <w:t xml:space="preserve"> using Luis’s death to justify their crackdown on you. To make you look guilty, even before they have any proof. </w:t>
      </w:r>
      <w:proofErr w:type="gramStart"/>
      <w:r w:rsidRPr="009E5590">
        <w:rPr>
          <w:rFonts w:eastAsia="Times New Roman" w:cs="Times New Roman"/>
          <w:szCs w:val="24"/>
        </w:rPr>
        <w:t>It’s</w:t>
      </w:r>
      <w:proofErr w:type="gramEnd"/>
      <w:r w:rsidRPr="009E5590">
        <w:rPr>
          <w:rFonts w:eastAsia="Times New Roman" w:cs="Times New Roman"/>
          <w:szCs w:val="24"/>
        </w:rPr>
        <w:t xml:space="preserve"> textbook framing.”</w:t>
      </w:r>
    </w:p>
    <w:p w14:paraId="6F963158"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Frank scrolled through more headlines, social media threads, and news alerts. Anonymous sources “close to the investigation” claimed Frank Marino was under suspicion for “aiding and abetting criminal activity” tied to the burner phones and leaked hospital data. An unnamed federal official </w:t>
      </w:r>
      <w:proofErr w:type="gramStart"/>
      <w:r w:rsidRPr="009E5590">
        <w:rPr>
          <w:rFonts w:eastAsia="Times New Roman" w:cs="Times New Roman"/>
          <w:szCs w:val="24"/>
        </w:rPr>
        <w:t>was quoted</w:t>
      </w:r>
      <w:proofErr w:type="gramEnd"/>
      <w:r w:rsidRPr="009E5590">
        <w:rPr>
          <w:rFonts w:eastAsia="Times New Roman" w:cs="Times New Roman"/>
          <w:szCs w:val="24"/>
        </w:rPr>
        <w:t>, warning that “those close to Mr. Marino should be considered persons of interest.”</w:t>
      </w:r>
    </w:p>
    <w:p w14:paraId="6FF00290"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lastRenderedPageBreak/>
        <w:t xml:space="preserve">He clenched his fists. “Luis was too careful. He </w:t>
      </w:r>
      <w:proofErr w:type="gramStart"/>
      <w:r w:rsidRPr="009E5590">
        <w:rPr>
          <w:rFonts w:eastAsia="Times New Roman" w:cs="Times New Roman"/>
          <w:szCs w:val="24"/>
        </w:rPr>
        <w:t>wouldn’t</w:t>
      </w:r>
      <w:proofErr w:type="gramEnd"/>
      <w:r w:rsidRPr="009E5590">
        <w:rPr>
          <w:rFonts w:eastAsia="Times New Roman" w:cs="Times New Roman"/>
          <w:szCs w:val="24"/>
        </w:rPr>
        <w:t xml:space="preserve"> have left anything that could </w:t>
      </w:r>
      <w:proofErr w:type="gramStart"/>
      <w:r w:rsidRPr="009E5590">
        <w:rPr>
          <w:rFonts w:eastAsia="Times New Roman" w:cs="Times New Roman"/>
          <w:szCs w:val="24"/>
        </w:rPr>
        <w:t>be traced</w:t>
      </w:r>
      <w:proofErr w:type="gramEnd"/>
      <w:r w:rsidRPr="009E5590">
        <w:rPr>
          <w:rFonts w:eastAsia="Times New Roman" w:cs="Times New Roman"/>
          <w:szCs w:val="24"/>
        </w:rPr>
        <w:t xml:space="preserve"> back to me — unless...” His voice faltered. “Unless it was meant to </w:t>
      </w:r>
      <w:proofErr w:type="gramStart"/>
      <w:r w:rsidRPr="009E5590">
        <w:rPr>
          <w:rFonts w:eastAsia="Times New Roman" w:cs="Times New Roman"/>
          <w:szCs w:val="24"/>
        </w:rPr>
        <w:t>be found</w:t>
      </w:r>
      <w:proofErr w:type="gramEnd"/>
      <w:r w:rsidRPr="009E5590">
        <w:rPr>
          <w:rFonts w:eastAsia="Times New Roman" w:cs="Times New Roman"/>
          <w:szCs w:val="24"/>
        </w:rPr>
        <w:t xml:space="preserve">. The phones, the routes — they might have </w:t>
      </w:r>
      <w:proofErr w:type="gramStart"/>
      <w:r w:rsidRPr="009E5590">
        <w:rPr>
          <w:rFonts w:eastAsia="Times New Roman" w:cs="Times New Roman"/>
          <w:szCs w:val="24"/>
        </w:rPr>
        <w:t>been planted</w:t>
      </w:r>
      <w:proofErr w:type="gramEnd"/>
      <w:r w:rsidRPr="009E5590">
        <w:rPr>
          <w:rFonts w:eastAsia="Times New Roman" w:cs="Times New Roman"/>
          <w:szCs w:val="24"/>
        </w:rPr>
        <w:t>.”</w:t>
      </w:r>
    </w:p>
    <w:p w14:paraId="659F496B"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Claire nodded. “I found a pattern in the hospital’s records. </w:t>
      </w:r>
      <w:proofErr w:type="gramStart"/>
      <w:r w:rsidRPr="009E5590">
        <w:rPr>
          <w:rFonts w:eastAsia="Times New Roman" w:cs="Times New Roman"/>
          <w:szCs w:val="24"/>
        </w:rPr>
        <w:t>Some of</w:t>
      </w:r>
      <w:proofErr w:type="gramEnd"/>
      <w:r w:rsidRPr="009E5590">
        <w:rPr>
          <w:rFonts w:eastAsia="Times New Roman" w:cs="Times New Roman"/>
          <w:szCs w:val="24"/>
        </w:rPr>
        <w:t xml:space="preserve"> the burner phones Luis supplied </w:t>
      </w:r>
      <w:proofErr w:type="gramStart"/>
      <w:r w:rsidRPr="009E5590">
        <w:rPr>
          <w:rFonts w:eastAsia="Times New Roman" w:cs="Times New Roman"/>
          <w:szCs w:val="24"/>
        </w:rPr>
        <w:t>were flagged</w:t>
      </w:r>
      <w:proofErr w:type="gramEnd"/>
      <w:r w:rsidRPr="009E5590">
        <w:rPr>
          <w:rFonts w:eastAsia="Times New Roman" w:cs="Times New Roman"/>
          <w:szCs w:val="24"/>
        </w:rPr>
        <w:t xml:space="preserve"> and tracked, but nothing on the surface was out of place. It looks like someone wanted you to think those phones were safe, but they were bait.”</w:t>
      </w:r>
    </w:p>
    <w:p w14:paraId="2AD0787F"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Frank closed his eyes and took a deep breath. The betrayal cut deep. “Luis was my lifeline. If he </w:t>
      </w:r>
      <w:proofErr w:type="gramStart"/>
      <w:r w:rsidRPr="009E5590">
        <w:rPr>
          <w:rFonts w:eastAsia="Times New Roman" w:cs="Times New Roman"/>
          <w:szCs w:val="24"/>
        </w:rPr>
        <w:t>was compromised</w:t>
      </w:r>
      <w:proofErr w:type="gramEnd"/>
      <w:r w:rsidRPr="009E5590">
        <w:rPr>
          <w:rFonts w:eastAsia="Times New Roman" w:cs="Times New Roman"/>
          <w:szCs w:val="24"/>
        </w:rPr>
        <w:t xml:space="preserve">... that means </w:t>
      </w:r>
      <w:proofErr w:type="gramStart"/>
      <w:r w:rsidRPr="009E5590">
        <w:rPr>
          <w:rFonts w:eastAsia="Times New Roman" w:cs="Times New Roman"/>
          <w:szCs w:val="24"/>
        </w:rPr>
        <w:t>they’ve</w:t>
      </w:r>
      <w:proofErr w:type="gramEnd"/>
      <w:r w:rsidRPr="009E5590">
        <w:rPr>
          <w:rFonts w:eastAsia="Times New Roman" w:cs="Times New Roman"/>
          <w:szCs w:val="24"/>
        </w:rPr>
        <w:t xml:space="preserve"> been inside our operation longer than I thought. And now </w:t>
      </w:r>
      <w:proofErr w:type="gramStart"/>
      <w:r w:rsidRPr="009E5590">
        <w:rPr>
          <w:rFonts w:eastAsia="Times New Roman" w:cs="Times New Roman"/>
          <w:szCs w:val="24"/>
        </w:rPr>
        <w:t>they’ve</w:t>
      </w:r>
      <w:proofErr w:type="gramEnd"/>
      <w:r w:rsidRPr="009E5590">
        <w:rPr>
          <w:rFonts w:eastAsia="Times New Roman" w:cs="Times New Roman"/>
          <w:szCs w:val="24"/>
        </w:rPr>
        <w:t xml:space="preserve"> made his death public, made it a spectacle. To scare me, to push me into making a mistake.”</w:t>
      </w:r>
    </w:p>
    <w:p w14:paraId="1AAB65D3"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Claire reached out, placing a steady hand on his shoulder. “</w:t>
      </w:r>
      <w:proofErr w:type="gramStart"/>
      <w:r w:rsidRPr="009E5590">
        <w:rPr>
          <w:rFonts w:eastAsia="Times New Roman" w:cs="Times New Roman"/>
          <w:szCs w:val="24"/>
        </w:rPr>
        <w:t>They’re</w:t>
      </w:r>
      <w:proofErr w:type="gramEnd"/>
      <w:r w:rsidRPr="009E5590">
        <w:rPr>
          <w:rFonts w:eastAsia="Times New Roman" w:cs="Times New Roman"/>
          <w:szCs w:val="24"/>
        </w:rPr>
        <w:t xml:space="preserve"> sending a message. Not just to you, but to anyone </w:t>
      </w:r>
      <w:proofErr w:type="gramStart"/>
      <w:r w:rsidRPr="009E5590">
        <w:rPr>
          <w:rFonts w:eastAsia="Times New Roman" w:cs="Times New Roman"/>
          <w:szCs w:val="24"/>
        </w:rPr>
        <w:t>who’s</w:t>
      </w:r>
      <w:proofErr w:type="gramEnd"/>
      <w:r w:rsidRPr="009E5590">
        <w:rPr>
          <w:rFonts w:eastAsia="Times New Roman" w:cs="Times New Roman"/>
          <w:szCs w:val="24"/>
        </w:rPr>
        <w:t xml:space="preserve"> thinking about standing up to them.”</w:t>
      </w:r>
    </w:p>
    <w:p w14:paraId="3C6E0048"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Frank stared at the screen again, images of Logan Airport’s sprawling terminal flashing behind the somber news anchors. </w:t>
      </w:r>
      <w:r w:rsidRPr="009E5590">
        <w:rPr>
          <w:rFonts w:eastAsia="Times New Roman" w:cs="Times New Roman"/>
          <w:i/>
          <w:iCs/>
          <w:szCs w:val="24"/>
        </w:rPr>
        <w:t>A place of travel, freedom — now a stage for fear and control.</w:t>
      </w:r>
    </w:p>
    <w:p w14:paraId="630D9F93"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“We need to act fast,” Frank said, voice low but resolute. “If they’re framing me, if Luis was set up, then everything we’ve done so far... it’s compromised.”</w:t>
      </w:r>
    </w:p>
    <w:p w14:paraId="1CAFA6F1"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Claire pulled up schematics of the Palladium Analytics node inside Logan. “The staged death might be the distraction we need. Security is tighter, but the chaos could create cracks. We can get inside, grab whatever data we can, and find out </w:t>
      </w:r>
      <w:proofErr w:type="gramStart"/>
      <w:r w:rsidRPr="009E5590">
        <w:rPr>
          <w:rFonts w:eastAsia="Times New Roman" w:cs="Times New Roman"/>
          <w:szCs w:val="24"/>
        </w:rPr>
        <w:t>who’s</w:t>
      </w:r>
      <w:proofErr w:type="gramEnd"/>
      <w:r w:rsidRPr="009E5590">
        <w:rPr>
          <w:rFonts w:eastAsia="Times New Roman" w:cs="Times New Roman"/>
          <w:szCs w:val="24"/>
        </w:rPr>
        <w:t xml:space="preserve"> really pulling the strings.”</w:t>
      </w:r>
    </w:p>
    <w:p w14:paraId="19A42B8B"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Frank stood, the weight of Luis’s loss and the growing threat </w:t>
      </w:r>
      <w:proofErr w:type="gramStart"/>
      <w:r w:rsidRPr="009E5590">
        <w:rPr>
          <w:rFonts w:eastAsia="Times New Roman" w:cs="Times New Roman"/>
          <w:szCs w:val="24"/>
        </w:rPr>
        <w:t>settling</w:t>
      </w:r>
      <w:proofErr w:type="gramEnd"/>
      <w:r w:rsidRPr="009E5590">
        <w:rPr>
          <w:rFonts w:eastAsia="Times New Roman" w:cs="Times New Roman"/>
          <w:szCs w:val="24"/>
        </w:rPr>
        <w:t xml:space="preserve"> heavily on his shoulders. “I trusted him. And now I </w:t>
      </w:r>
      <w:proofErr w:type="gramStart"/>
      <w:r w:rsidRPr="009E5590">
        <w:rPr>
          <w:rFonts w:eastAsia="Times New Roman" w:cs="Times New Roman"/>
          <w:szCs w:val="24"/>
        </w:rPr>
        <w:t>don’t</w:t>
      </w:r>
      <w:proofErr w:type="gramEnd"/>
      <w:r w:rsidRPr="009E5590">
        <w:rPr>
          <w:rFonts w:eastAsia="Times New Roman" w:cs="Times New Roman"/>
          <w:szCs w:val="24"/>
        </w:rPr>
        <w:t xml:space="preserve"> know who to trust at all.”</w:t>
      </w:r>
    </w:p>
    <w:p w14:paraId="4A272B9E"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Outside, the city stirred to life, unaware of the invisible war raging beneath its surface. But for Frank Marino, the path forward was clearer than ever.</w:t>
      </w:r>
    </w:p>
    <w:p w14:paraId="5BC1281C" w14:textId="77777777" w:rsidR="009E5590" w:rsidRPr="009E5590" w:rsidRDefault="009E5590" w:rsidP="009E5590">
      <w:pPr>
        <w:spacing w:before="100" w:beforeAutospacing="1" w:after="100" w:afterAutospacing="1"/>
        <w:rPr>
          <w:rFonts w:eastAsia="Times New Roman" w:cs="Times New Roman"/>
          <w:szCs w:val="24"/>
        </w:rPr>
      </w:pPr>
      <w:proofErr w:type="gramStart"/>
      <w:r w:rsidRPr="009E5590">
        <w:rPr>
          <w:rFonts w:eastAsia="Times New Roman" w:cs="Times New Roman"/>
          <w:i/>
          <w:iCs/>
          <w:szCs w:val="24"/>
        </w:rPr>
        <w:t>They’re</w:t>
      </w:r>
      <w:proofErr w:type="gramEnd"/>
      <w:r w:rsidRPr="009E5590">
        <w:rPr>
          <w:rFonts w:eastAsia="Times New Roman" w:cs="Times New Roman"/>
          <w:i/>
          <w:iCs/>
          <w:szCs w:val="24"/>
        </w:rPr>
        <w:t xml:space="preserve"> watching. </w:t>
      </w:r>
      <w:proofErr w:type="gramStart"/>
      <w:r w:rsidRPr="009E5590">
        <w:rPr>
          <w:rFonts w:eastAsia="Times New Roman" w:cs="Times New Roman"/>
          <w:i/>
          <w:iCs/>
          <w:szCs w:val="24"/>
        </w:rPr>
        <w:t>They’re</w:t>
      </w:r>
      <w:proofErr w:type="gramEnd"/>
      <w:r w:rsidRPr="009E5590">
        <w:rPr>
          <w:rFonts w:eastAsia="Times New Roman" w:cs="Times New Roman"/>
          <w:i/>
          <w:iCs/>
          <w:szCs w:val="24"/>
        </w:rPr>
        <w:t xml:space="preserve"> controlling. And now, </w:t>
      </w:r>
      <w:proofErr w:type="gramStart"/>
      <w:r w:rsidRPr="009E5590">
        <w:rPr>
          <w:rFonts w:eastAsia="Times New Roman" w:cs="Times New Roman"/>
          <w:i/>
          <w:iCs/>
          <w:szCs w:val="24"/>
        </w:rPr>
        <w:t>it’s</w:t>
      </w:r>
      <w:proofErr w:type="gramEnd"/>
      <w:r w:rsidRPr="009E5590">
        <w:rPr>
          <w:rFonts w:eastAsia="Times New Roman" w:cs="Times New Roman"/>
          <w:i/>
          <w:iCs/>
          <w:szCs w:val="24"/>
        </w:rPr>
        <w:t xml:space="preserve"> personal.</w:t>
      </w:r>
    </w:p>
    <w:p w14:paraId="5993F0F8" w14:textId="77777777" w:rsidR="00D860FC" w:rsidRDefault="00D860FC" w:rsidP="00D860FC">
      <w:pPr>
        <w:pStyle w:val="NormalWeb"/>
      </w:pPr>
      <w:r>
        <w:rPr>
          <w:rStyle w:val="Strong"/>
        </w:rPr>
        <w:t>Chapter 18 – Shadows in Southie</w:t>
      </w:r>
    </w:p>
    <w:p w14:paraId="1B904BFD" w14:textId="77777777" w:rsidR="00D860FC" w:rsidRDefault="00D860FC" w:rsidP="00D860FC">
      <w:pPr>
        <w:pStyle w:val="NormalWeb"/>
      </w:pPr>
      <w:r>
        <w:t xml:space="preserve">The </w:t>
      </w:r>
      <w:proofErr w:type="gramStart"/>
      <w:r>
        <w:t>cold air</w:t>
      </w:r>
      <w:proofErr w:type="gramEnd"/>
      <w:r>
        <w:t xml:space="preserve"> bit through Frank’s jacket as he slipped down the narrow streets of South Boston, a neighborhood where loyalty ran </w:t>
      </w:r>
      <w:proofErr w:type="gramStart"/>
      <w:r>
        <w:t>deep</w:t>
      </w:r>
      <w:proofErr w:type="gramEnd"/>
      <w:r>
        <w:t xml:space="preserve"> and eyes were always watching. The recent headlines had turned the area into a pressure cooker — the sudden death of Luis Marquez, his one-time contact and lifeline, now a national news story splashed across every screen and newspaper. But Frank knew better than to believe the official story: suicide.</w:t>
      </w:r>
    </w:p>
    <w:p w14:paraId="09BFDFFC" w14:textId="77777777" w:rsidR="00D860FC" w:rsidRDefault="00D860FC" w:rsidP="00D860FC">
      <w:pPr>
        <w:pStyle w:val="NormalWeb"/>
      </w:pPr>
      <w:r>
        <w:t>The local bars and dive joints were the perfect place to gather whispers, but also a trap. Law enforcement and federal agents had staked out the area, their presence thick and suffocating. Frank moved cautiously, his head low, trying to blend in with the rough-around-the-edges crowd that frequented these dimly lit places. He needed answers, or at least scraps of truth.</w:t>
      </w:r>
    </w:p>
    <w:p w14:paraId="21008D6E" w14:textId="77777777" w:rsidR="00D860FC" w:rsidRDefault="00D860FC" w:rsidP="00D860FC">
      <w:pPr>
        <w:pStyle w:val="NormalWeb"/>
      </w:pPr>
      <w:r>
        <w:t xml:space="preserve">At O’Malley’s, a worn-down pub just </w:t>
      </w:r>
      <w:proofErr w:type="gramStart"/>
      <w:r>
        <w:t>a few</w:t>
      </w:r>
      <w:proofErr w:type="gramEnd"/>
      <w:r>
        <w:t xml:space="preserve"> blocks from the airport, Frank found a cluster of men nursing their drinks and their suspicions. The conversations were cautious but real — talk of increased federal surveillance, mysterious trucks rolling in and out at all hours, and whispers that Luis </w:t>
      </w:r>
      <w:proofErr w:type="gramStart"/>
      <w:r>
        <w:t>hadn’t</w:t>
      </w:r>
      <w:proofErr w:type="gramEnd"/>
      <w:r>
        <w:t xml:space="preserve"> been the man everyone thought he was.</w:t>
      </w:r>
    </w:p>
    <w:p w14:paraId="2D3E885C" w14:textId="77777777" w:rsidR="00D860FC" w:rsidRDefault="00D860FC" w:rsidP="00D860FC">
      <w:pPr>
        <w:pStyle w:val="NormalWeb"/>
      </w:pPr>
      <w:r>
        <w:lastRenderedPageBreak/>
        <w:t>“He was found just inside the perimeter near one of the hangars,” one man muttered, swirling his whiskey. “</w:t>
      </w:r>
      <w:proofErr w:type="gramStart"/>
      <w:r>
        <w:t>Place’s</w:t>
      </w:r>
      <w:proofErr w:type="gramEnd"/>
      <w:r>
        <w:t xml:space="preserve"> supposed to </w:t>
      </w:r>
      <w:proofErr w:type="gramStart"/>
      <w:r>
        <w:t>be locked</w:t>
      </w:r>
      <w:proofErr w:type="gramEnd"/>
      <w:r>
        <w:t xml:space="preserve"> tighter than Fort Knox. No </w:t>
      </w:r>
      <w:proofErr w:type="gramStart"/>
      <w:r>
        <w:t>way</w:t>
      </w:r>
      <w:proofErr w:type="gramEnd"/>
      <w:r>
        <w:t xml:space="preserve"> Luis got there without someone letting him in. And the way they say he did it — no mess, no signs of struggle. Too neat for this part of town.”</w:t>
      </w:r>
    </w:p>
    <w:p w14:paraId="5301EB44" w14:textId="77777777" w:rsidR="00D860FC" w:rsidRDefault="00D860FC" w:rsidP="00D860FC">
      <w:pPr>
        <w:pStyle w:val="NormalWeb"/>
      </w:pPr>
      <w:r>
        <w:t xml:space="preserve">Frank listened, piecing it together. The neighborhood was buzzing with a theory no one dared say </w:t>
      </w:r>
      <w:proofErr w:type="gramStart"/>
      <w:r>
        <w:t>out loud</w:t>
      </w:r>
      <w:proofErr w:type="gramEnd"/>
      <w:r>
        <w:t>: Luis had been set up.</w:t>
      </w:r>
    </w:p>
    <w:p w14:paraId="0BAB723D" w14:textId="77777777" w:rsidR="00D860FC" w:rsidRDefault="00D860FC" w:rsidP="00D860FC">
      <w:pPr>
        <w:pStyle w:val="NormalWeb"/>
      </w:pPr>
      <w:r>
        <w:t>At a booth near the back, a group of Logan Airport baggage handlers exchanged guarded glances and low words about the increasing federal presence.</w:t>
      </w:r>
    </w:p>
    <w:p w14:paraId="4B4A3C2A" w14:textId="77777777" w:rsidR="00D860FC" w:rsidRDefault="00D860FC" w:rsidP="00D860FC">
      <w:pPr>
        <w:pStyle w:val="NormalWeb"/>
      </w:pPr>
      <w:r>
        <w:t xml:space="preserve">“They’ve been here long before Luis died,” one said, flicking ash from his cigarette. “You </w:t>
      </w:r>
      <w:proofErr w:type="gramStart"/>
      <w:r>
        <w:t>don’t</w:t>
      </w:r>
      <w:proofErr w:type="gramEnd"/>
      <w:r>
        <w:t xml:space="preserve"> just get a guy like Luis near the restricted zones unless someone wants you there. And the feds? </w:t>
      </w:r>
      <w:proofErr w:type="gramStart"/>
      <w:r>
        <w:t>They’ve</w:t>
      </w:r>
      <w:proofErr w:type="gramEnd"/>
      <w:r>
        <w:t xml:space="preserve"> been watching everything and everyone, like vultures circling.”</w:t>
      </w:r>
    </w:p>
    <w:p w14:paraId="79F30553" w14:textId="77777777" w:rsidR="00D860FC" w:rsidRDefault="00D860FC" w:rsidP="00D860FC">
      <w:pPr>
        <w:pStyle w:val="NormalWeb"/>
      </w:pPr>
      <w:r>
        <w:t>The heavy-handed presence, the carefully staged death, the national media frenzy — it was all a message. To Frank, it screamed warning and intimidation. But more importantly, it was a cover-up.</w:t>
      </w:r>
    </w:p>
    <w:p w14:paraId="7B203AD5" w14:textId="77777777" w:rsidR="00D860FC" w:rsidRDefault="00D860FC" w:rsidP="00D860FC">
      <w:pPr>
        <w:pStyle w:val="NormalWeb"/>
      </w:pPr>
      <w:r>
        <w:t xml:space="preserve">Pushing deeper, Frank caught a fragment of conversation mentioning a highly secure building in Washington D.C., hidden behind the U.S. Federal Reserve. The name whispered was almost mythical — the real nerve center of the Pre-Conviction AI program. Not the peripheral nodes in Massachusetts or Logan, but a fortress housing the servers and minds controlling everything. </w:t>
      </w:r>
      <w:proofErr w:type="gramStart"/>
      <w:r>
        <w:t>Special access</w:t>
      </w:r>
      <w:proofErr w:type="gramEnd"/>
      <w:r>
        <w:t xml:space="preserve"> </w:t>
      </w:r>
      <w:proofErr w:type="gramStart"/>
      <w:r>
        <w:t>was needed</w:t>
      </w:r>
      <w:proofErr w:type="gramEnd"/>
      <w:r>
        <w:t xml:space="preserve"> to get close, and the building </w:t>
      </w:r>
      <w:proofErr w:type="gramStart"/>
      <w:r>
        <w:t>was said</w:t>
      </w:r>
      <w:proofErr w:type="gramEnd"/>
      <w:r>
        <w:t xml:space="preserve"> to be crawling with operatives who answered to </w:t>
      </w:r>
      <w:proofErr w:type="gramStart"/>
      <w:r>
        <w:t>no one but</w:t>
      </w:r>
      <w:proofErr w:type="gramEnd"/>
      <w:r>
        <w:t xml:space="preserve"> the deepest reaches of the government.</w:t>
      </w:r>
    </w:p>
    <w:p w14:paraId="1E7DFCFC" w14:textId="77777777" w:rsidR="00D860FC" w:rsidRDefault="00D860FC" w:rsidP="00D860FC">
      <w:pPr>
        <w:pStyle w:val="NormalWeb"/>
      </w:pPr>
      <w:r>
        <w:t xml:space="preserve">Frank’s mind raced. This was the breakthrough he needed. The conspiracy </w:t>
      </w:r>
      <w:proofErr w:type="gramStart"/>
      <w:r>
        <w:t>wasn’t</w:t>
      </w:r>
      <w:proofErr w:type="gramEnd"/>
      <w:r>
        <w:t xml:space="preserve"> just local — it was a sprawling, coordinated operation tied directly to the federal heart of power.</w:t>
      </w:r>
    </w:p>
    <w:p w14:paraId="625F0FE9" w14:textId="77777777" w:rsidR="00D860FC" w:rsidRDefault="00D860FC" w:rsidP="00D860FC">
      <w:pPr>
        <w:pStyle w:val="NormalWeb"/>
      </w:pPr>
      <w:r>
        <w:t>The next move was clear. If Frank wanted proof, if he wanted to expose the full extent of the Pre-Conviction program, he had to get inside that building.</w:t>
      </w:r>
    </w:p>
    <w:p w14:paraId="73F2389B" w14:textId="77777777" w:rsidR="00D860FC" w:rsidRDefault="00D860FC" w:rsidP="00D860FC">
      <w:pPr>
        <w:pStyle w:val="NormalWeb"/>
      </w:pPr>
      <w:r>
        <w:t>But how?</w:t>
      </w:r>
    </w:p>
    <w:p w14:paraId="2E727FC8" w14:textId="77777777" w:rsidR="00D860FC" w:rsidRDefault="00D860FC" w:rsidP="00D860FC">
      <w:pPr>
        <w:pStyle w:val="NormalWeb"/>
      </w:pPr>
      <w:r>
        <w:t xml:space="preserve">His thoughts turned immediately to Ray </w:t>
      </w:r>
      <w:proofErr w:type="gramStart"/>
      <w:r>
        <w:t>Dandridge,</w:t>
      </w:r>
      <w:proofErr w:type="gramEnd"/>
      <w:r>
        <w:t xml:space="preserve"> the unassuming truck driver who had helped him move unnoticed through the Berkshires. Ray’s knowledge of </w:t>
      </w:r>
      <w:proofErr w:type="gramStart"/>
      <w:r>
        <w:t>logistics</w:t>
      </w:r>
      <w:proofErr w:type="gramEnd"/>
      <w:r>
        <w:t>, his access to secure routes, and the cover his deliveries provided — these could be Frank’s ticket into the belly of the beast.</w:t>
      </w:r>
    </w:p>
    <w:p w14:paraId="799CDDAA" w14:textId="77777777" w:rsidR="00D860FC" w:rsidRDefault="00D860FC" w:rsidP="00D860FC">
      <w:pPr>
        <w:pStyle w:val="NormalWeb"/>
      </w:pPr>
      <w:r>
        <w:t>That night, in a quiet corner of another Southie bar, Frank dialed Ray’s burner phone. The familiar gravelly voice on the other end was a relief.</w:t>
      </w:r>
    </w:p>
    <w:p w14:paraId="11F0C3F0" w14:textId="77777777" w:rsidR="00D860FC" w:rsidRDefault="00D860FC" w:rsidP="00D860FC">
      <w:pPr>
        <w:pStyle w:val="NormalWeb"/>
      </w:pPr>
      <w:r>
        <w:t>“I need to talk,” Frank said simply.</w:t>
      </w:r>
    </w:p>
    <w:p w14:paraId="5C99875B" w14:textId="77777777" w:rsidR="00D860FC" w:rsidRDefault="00D860FC" w:rsidP="00D860FC">
      <w:pPr>
        <w:pStyle w:val="NormalWeb"/>
      </w:pPr>
      <w:r>
        <w:t xml:space="preserve">Ray </w:t>
      </w:r>
      <w:proofErr w:type="gramStart"/>
      <w:r>
        <w:t>didn’t</w:t>
      </w:r>
      <w:proofErr w:type="gramEnd"/>
      <w:r>
        <w:t xml:space="preserve"> ask questions. He knew the risks. He knew what Frank was up against.</w:t>
      </w:r>
    </w:p>
    <w:p w14:paraId="08EA9E9B" w14:textId="77777777" w:rsidR="00D860FC" w:rsidRDefault="00D860FC" w:rsidP="00D860FC">
      <w:pPr>
        <w:pStyle w:val="NormalWeb"/>
      </w:pPr>
      <w:r>
        <w:t xml:space="preserve">Plans </w:t>
      </w:r>
      <w:proofErr w:type="gramStart"/>
      <w:r>
        <w:t>were made</w:t>
      </w:r>
      <w:proofErr w:type="gramEnd"/>
      <w:r>
        <w:t xml:space="preserve"> in hushed tones. Ray’s next delivery route passed through the DC area — the perfect opportunity for Frank to ride along, gain access, and slip inside the secure facility undetected.</w:t>
      </w:r>
    </w:p>
    <w:p w14:paraId="2BD34D0B" w14:textId="77777777" w:rsidR="00D860FC" w:rsidRDefault="00D860FC" w:rsidP="00D860FC">
      <w:pPr>
        <w:pStyle w:val="NormalWeb"/>
      </w:pPr>
      <w:r>
        <w:t xml:space="preserve">As Frank ended the call, a weight settled on his shoulders. The stakes were higher than ever. Failure meant capture, or worse. But this was his </w:t>
      </w:r>
      <w:proofErr w:type="gramStart"/>
      <w:r>
        <w:t>best chance — the</w:t>
      </w:r>
      <w:proofErr w:type="gramEnd"/>
      <w:r>
        <w:t xml:space="preserve"> chance to pull back the curtain on a system designed to control lives before crimes were even committed.</w:t>
      </w:r>
    </w:p>
    <w:p w14:paraId="643F6354" w14:textId="77777777" w:rsidR="00D860FC" w:rsidRDefault="00D860FC" w:rsidP="00D860FC">
      <w:pPr>
        <w:pStyle w:val="NormalWeb"/>
      </w:pPr>
      <w:r>
        <w:t>He had to take it.</w:t>
      </w:r>
    </w:p>
    <w:p w14:paraId="29ECCBE2" w14:textId="77777777" w:rsidR="003353D3" w:rsidRDefault="003353D3" w:rsidP="003353D3">
      <w:pPr>
        <w:pStyle w:val="NormalWeb"/>
      </w:pPr>
      <w:r>
        <w:rPr>
          <w:rStyle w:val="Strong"/>
        </w:rPr>
        <w:lastRenderedPageBreak/>
        <w:t>Chapter 18 – Shadows in Southie (Expanded, Full Length)</w:t>
      </w:r>
    </w:p>
    <w:p w14:paraId="7C566D0C" w14:textId="77777777" w:rsidR="003353D3" w:rsidRDefault="003353D3" w:rsidP="003353D3">
      <w:pPr>
        <w:pStyle w:val="NormalWeb"/>
      </w:pPr>
      <w:r>
        <w:t>The wind that night was sharp, slicing through Frank like a blade as he stepped out onto the dimly lit streets of South Boston. It was the kind of cold that burrowed beneath your skin, the kind that made you pull your jacket tighter and quicken your pace. The streets were quieter than usual, the usual hum of activity replaced by a tense silence, a silence that whispered of unease and suspicion.</w:t>
      </w:r>
    </w:p>
    <w:p w14:paraId="1AA25E4C" w14:textId="77777777" w:rsidR="003353D3" w:rsidRDefault="003353D3" w:rsidP="003353D3">
      <w:pPr>
        <w:pStyle w:val="NormalWeb"/>
      </w:pPr>
      <w:r>
        <w:t xml:space="preserve">News trucks cluttered the roads leading to Logan Airport, their satellite dishes raised like antennas to catch every word of the unfolding drama. National networks had made Luis Marquez’s death a headline story overnight — a story Frank now dreaded reading as </w:t>
      </w:r>
      <w:proofErr w:type="gramStart"/>
      <w:r>
        <w:t>much</w:t>
      </w:r>
      <w:proofErr w:type="gramEnd"/>
      <w:r>
        <w:t xml:space="preserve"> as hearing.</w:t>
      </w:r>
    </w:p>
    <w:p w14:paraId="620843AD" w14:textId="77777777" w:rsidR="003353D3" w:rsidRDefault="003353D3" w:rsidP="003353D3">
      <w:pPr>
        <w:pStyle w:val="NormalWeb"/>
      </w:pPr>
      <w:r>
        <w:t xml:space="preserve">The official report said suicide. Luis </w:t>
      </w:r>
      <w:proofErr w:type="gramStart"/>
      <w:r>
        <w:t>was found</w:t>
      </w:r>
      <w:proofErr w:type="gramEnd"/>
      <w:r>
        <w:t xml:space="preserve"> in a restricted area behind Logan, in a corridor no one was supposed to access. The police claimed the evidence was straightforward: no signs of struggle, the gun in his hand, and a note—though Frank never saw it. But the whispers on the street told a different tale.</w:t>
      </w:r>
    </w:p>
    <w:p w14:paraId="72193B48" w14:textId="77777777" w:rsidR="003353D3" w:rsidRDefault="003353D3" w:rsidP="003353D3">
      <w:pPr>
        <w:pStyle w:val="NormalWeb"/>
      </w:pPr>
      <w:r>
        <w:rPr>
          <w:rStyle w:val="Emphasis"/>
        </w:rPr>
        <w:t>It was too clean. Too perfect. A setup.</w:t>
      </w:r>
    </w:p>
    <w:p w14:paraId="4D042786" w14:textId="77777777" w:rsidR="003353D3" w:rsidRDefault="003353D3" w:rsidP="003353D3">
      <w:pPr>
        <w:pStyle w:val="NormalWeb"/>
      </w:pPr>
      <w:r>
        <w:t>Frank’s boots echoed on the cracked pavement as he made his way toward O’Malley’s, a dive bar known for harboring the city’s secrets and a healthy distrust of law enforcement. He needed to talk, listen, gather scraps of truth from the locals who knew how to read between the lines. Every person he passed gave him a sideways glance — the hunted always stands out, even in a crowd.</w:t>
      </w:r>
    </w:p>
    <w:p w14:paraId="336D2EF3" w14:textId="77777777" w:rsidR="003353D3" w:rsidRDefault="003353D3" w:rsidP="003353D3">
      <w:pPr>
        <w:pStyle w:val="NormalWeb"/>
      </w:pPr>
      <w:r>
        <w:t xml:space="preserve">Inside, the bar was dim and smoky, the air </w:t>
      </w:r>
      <w:proofErr w:type="gramStart"/>
      <w:r>
        <w:t>thick</w:t>
      </w:r>
      <w:proofErr w:type="gramEnd"/>
      <w:r>
        <w:t xml:space="preserve"> with stale beer and low conversation. Frank slid into a booth in the corner, the cracked leather seat creaking beneath him. He scanned the room, eyes sharp, watching for any familiar faces or unfriendly eyes.</w:t>
      </w:r>
    </w:p>
    <w:p w14:paraId="7EAEEFFF" w14:textId="77777777" w:rsidR="003353D3" w:rsidRDefault="003353D3" w:rsidP="003353D3">
      <w:pPr>
        <w:pStyle w:val="NormalWeb"/>
      </w:pPr>
      <w:r>
        <w:t xml:space="preserve">An old dockworker approached, sliding into the seat across from Frank. His weathered face </w:t>
      </w:r>
      <w:proofErr w:type="gramStart"/>
      <w:r>
        <w:t>was etched</w:t>
      </w:r>
      <w:proofErr w:type="gramEnd"/>
      <w:r>
        <w:t xml:space="preserve"> with lines from years of hard labor and harder drinking. “You Frank Marino?” he asked, voice rough but cautious.</w:t>
      </w:r>
    </w:p>
    <w:p w14:paraId="183A1408" w14:textId="77777777" w:rsidR="003353D3" w:rsidRDefault="003353D3" w:rsidP="003353D3">
      <w:pPr>
        <w:pStyle w:val="NormalWeb"/>
      </w:pPr>
      <w:r>
        <w:t>Frank nodded. “</w:t>
      </w:r>
      <w:proofErr w:type="gramStart"/>
      <w:r>
        <w:t>Depends</w:t>
      </w:r>
      <w:proofErr w:type="gramEnd"/>
      <w:r>
        <w:t xml:space="preserve"> who’s asking.”</w:t>
      </w:r>
    </w:p>
    <w:p w14:paraId="071F3D45" w14:textId="77777777" w:rsidR="003353D3" w:rsidRDefault="003353D3" w:rsidP="003353D3">
      <w:pPr>
        <w:pStyle w:val="NormalWeb"/>
      </w:pPr>
      <w:r>
        <w:t xml:space="preserve">The man shrugged. “Call me Joe. I work the docks, </w:t>
      </w:r>
      <w:proofErr w:type="gramStart"/>
      <w:r>
        <w:t>seen</w:t>
      </w:r>
      <w:proofErr w:type="gramEnd"/>
      <w:r>
        <w:t xml:space="preserve"> the news. Luis... well, we all liked the guy. Not the type to do what they say. </w:t>
      </w:r>
      <w:proofErr w:type="gramStart"/>
      <w:r>
        <w:t>There’s</w:t>
      </w:r>
      <w:proofErr w:type="gramEnd"/>
      <w:r>
        <w:t xml:space="preserve"> more to this.”</w:t>
      </w:r>
    </w:p>
    <w:p w14:paraId="547E22AF" w14:textId="77777777" w:rsidR="003353D3" w:rsidRDefault="003353D3" w:rsidP="003353D3">
      <w:pPr>
        <w:pStyle w:val="NormalWeb"/>
      </w:pPr>
      <w:r>
        <w:t xml:space="preserve">Frank leaned </w:t>
      </w:r>
      <w:proofErr w:type="gramStart"/>
      <w:r>
        <w:t>in,</w:t>
      </w:r>
      <w:proofErr w:type="gramEnd"/>
      <w:r>
        <w:t xml:space="preserve"> curiosity piqued.</w:t>
      </w:r>
    </w:p>
    <w:p w14:paraId="06056A45" w14:textId="77777777" w:rsidR="003353D3" w:rsidRDefault="003353D3" w:rsidP="003353D3">
      <w:pPr>
        <w:pStyle w:val="NormalWeb"/>
      </w:pPr>
      <w:r>
        <w:t xml:space="preserve">“They had Logan on lockdown for weeks before Luis showed up dead. Federal agents everywhere — not just airport </w:t>
      </w:r>
      <w:proofErr w:type="gramStart"/>
      <w:r>
        <w:t>cops</w:t>
      </w:r>
      <w:proofErr w:type="gramEnd"/>
      <w:r>
        <w:t xml:space="preserve">, but the big dogs. And yet Luis </w:t>
      </w:r>
      <w:proofErr w:type="gramStart"/>
      <w:r>
        <w:t>was found</w:t>
      </w:r>
      <w:proofErr w:type="gramEnd"/>
      <w:r>
        <w:t xml:space="preserve"> in a spot no one was supposed to be. No way he got there on his own.”</w:t>
      </w:r>
    </w:p>
    <w:p w14:paraId="18CA929D" w14:textId="77777777" w:rsidR="003353D3" w:rsidRDefault="003353D3" w:rsidP="003353D3">
      <w:pPr>
        <w:pStyle w:val="NormalWeb"/>
      </w:pPr>
      <w:r>
        <w:t xml:space="preserve">Frank’s mind raced. If Luis had </w:t>
      </w:r>
      <w:proofErr w:type="gramStart"/>
      <w:r>
        <w:t>been planted</w:t>
      </w:r>
      <w:proofErr w:type="gramEnd"/>
      <w:r>
        <w:t xml:space="preserve">, it meant the people hunting him had gotten creative. </w:t>
      </w:r>
      <w:r>
        <w:rPr>
          <w:rStyle w:val="Emphasis"/>
        </w:rPr>
        <w:t>And dangerous.</w:t>
      </w:r>
    </w:p>
    <w:p w14:paraId="2E6757B2" w14:textId="77777777" w:rsidR="003353D3" w:rsidRDefault="003353D3" w:rsidP="003353D3">
      <w:pPr>
        <w:pStyle w:val="NormalWeb"/>
      </w:pPr>
      <w:r>
        <w:t xml:space="preserve">Nearby, a baggage handler named Mike overheard. He pulled up a chair. “Feds been crawling all over Logan for months. Secret ops, cameras, </w:t>
      </w:r>
      <w:proofErr w:type="gramStart"/>
      <w:r>
        <w:t>plainclothes</w:t>
      </w:r>
      <w:proofErr w:type="gramEnd"/>
      <w:r>
        <w:t xml:space="preserve"> guys. </w:t>
      </w:r>
      <w:proofErr w:type="gramStart"/>
      <w:r>
        <w:t>They’re</w:t>
      </w:r>
      <w:proofErr w:type="gramEnd"/>
      <w:r>
        <w:t xml:space="preserve"> watching everyone — especially anyone connected to you and Luis.”</w:t>
      </w:r>
    </w:p>
    <w:p w14:paraId="4D9C0627" w14:textId="77777777" w:rsidR="003353D3" w:rsidRDefault="003353D3" w:rsidP="003353D3">
      <w:pPr>
        <w:pStyle w:val="NormalWeb"/>
      </w:pPr>
      <w:r>
        <w:t>Frank frowned. “Why make it look like a suicide? Why not just take him out quietly?”</w:t>
      </w:r>
    </w:p>
    <w:p w14:paraId="75A4F2BC" w14:textId="77777777" w:rsidR="003353D3" w:rsidRDefault="003353D3" w:rsidP="003353D3">
      <w:pPr>
        <w:pStyle w:val="NormalWeb"/>
      </w:pPr>
      <w:r>
        <w:t>Mike shrugged. “Because sending a message is part of the game. Loud and clear.”</w:t>
      </w:r>
    </w:p>
    <w:p w14:paraId="54011E11" w14:textId="77777777" w:rsidR="003353D3" w:rsidRDefault="003353D3" w:rsidP="003353D3">
      <w:pPr>
        <w:pStyle w:val="NormalWeb"/>
      </w:pPr>
      <w:r>
        <w:lastRenderedPageBreak/>
        <w:t xml:space="preserve">The conversation drifted, but Frank’s thoughts stayed sharp, turning over every word. He knew the official narrative </w:t>
      </w:r>
      <w:proofErr w:type="gramStart"/>
      <w:r>
        <w:t>was designed</w:t>
      </w:r>
      <w:proofErr w:type="gramEnd"/>
      <w:r>
        <w:t xml:space="preserve"> to control the story, shape public perception, and crush any sympathy for Luis or himself.</w:t>
      </w:r>
    </w:p>
    <w:p w14:paraId="49EB511C" w14:textId="77777777" w:rsidR="003353D3" w:rsidRDefault="003353D3" w:rsidP="003353D3">
      <w:pPr>
        <w:pStyle w:val="NormalWeb"/>
      </w:pPr>
      <w:r>
        <w:t>After hours in the bar, Frank stepped outside, the night air cooler now, quieter. He pulled out the battered burner phone Luis had given him — the one that had kept them connected through the darkest days.</w:t>
      </w:r>
    </w:p>
    <w:p w14:paraId="63937E54" w14:textId="77777777" w:rsidR="003353D3" w:rsidRDefault="003353D3" w:rsidP="003353D3">
      <w:pPr>
        <w:pStyle w:val="NormalWeb"/>
      </w:pPr>
      <w:r>
        <w:t xml:space="preserve">His thumb traced the cracked screen, hesitation gnawing at him. </w:t>
      </w:r>
      <w:r>
        <w:rPr>
          <w:rStyle w:val="Emphasis"/>
        </w:rPr>
        <w:t>Was this phone a lifeline? Or a leash?</w:t>
      </w:r>
    </w:p>
    <w:p w14:paraId="2C625095" w14:textId="77777777" w:rsidR="003353D3" w:rsidRDefault="003353D3" w:rsidP="003353D3">
      <w:pPr>
        <w:pStyle w:val="NormalWeb"/>
      </w:pPr>
      <w:r>
        <w:t xml:space="preserve">The more he thought about it, the more the pieces fit together. The calls, the meetings, the sudden spike in surveillance — what if the phone </w:t>
      </w:r>
      <w:proofErr w:type="gramStart"/>
      <w:r>
        <w:t>was compromised</w:t>
      </w:r>
      <w:proofErr w:type="gramEnd"/>
      <w:r>
        <w:t xml:space="preserve"> from the start? What if Luis’s death was just the first move in a larger trap designed to draw Frank out?</w:t>
      </w:r>
    </w:p>
    <w:p w14:paraId="52BA2577" w14:textId="77777777" w:rsidR="003353D3" w:rsidRDefault="003353D3" w:rsidP="003353D3">
      <w:pPr>
        <w:pStyle w:val="NormalWeb"/>
      </w:pPr>
      <w:r>
        <w:t xml:space="preserve">He played back conversations in his head, scanning for signs </w:t>
      </w:r>
      <w:proofErr w:type="gramStart"/>
      <w:r>
        <w:t>he’d</w:t>
      </w:r>
      <w:proofErr w:type="gramEnd"/>
      <w:r>
        <w:t xml:space="preserve"> missed. The nervous glances, the cryptic warnings, the rushed handoffs.</w:t>
      </w:r>
    </w:p>
    <w:p w14:paraId="4A3C2F0E" w14:textId="77777777" w:rsidR="003353D3" w:rsidRDefault="003353D3" w:rsidP="003353D3">
      <w:pPr>
        <w:pStyle w:val="NormalWeb"/>
      </w:pPr>
      <w:r>
        <w:t xml:space="preserve">Frank realized that if the phone </w:t>
      </w:r>
      <w:proofErr w:type="gramStart"/>
      <w:r>
        <w:t>was</w:t>
      </w:r>
      <w:proofErr w:type="gramEnd"/>
      <w:r>
        <w:t xml:space="preserve"> a </w:t>
      </w:r>
      <w:proofErr w:type="gramStart"/>
      <w:r>
        <w:t>plant</w:t>
      </w:r>
      <w:proofErr w:type="gramEnd"/>
      <w:r>
        <w:t xml:space="preserve">, every call could </w:t>
      </w:r>
      <w:proofErr w:type="gramStart"/>
      <w:r>
        <w:t>be monitored</w:t>
      </w:r>
      <w:proofErr w:type="gramEnd"/>
      <w:r>
        <w:t xml:space="preserve">. Every location pinged. Every friend </w:t>
      </w:r>
      <w:proofErr w:type="gramStart"/>
      <w:r>
        <w:t>potentially</w:t>
      </w:r>
      <w:proofErr w:type="gramEnd"/>
      <w:r>
        <w:t xml:space="preserve"> exposed.</w:t>
      </w:r>
    </w:p>
    <w:p w14:paraId="01E60A5A" w14:textId="77777777" w:rsidR="003353D3" w:rsidRDefault="003353D3" w:rsidP="003353D3">
      <w:pPr>
        <w:pStyle w:val="NormalWeb"/>
      </w:pPr>
      <w:r>
        <w:t>His gut tightened.</w:t>
      </w:r>
    </w:p>
    <w:p w14:paraId="7127BF23" w14:textId="77777777" w:rsidR="003353D3" w:rsidRDefault="003353D3" w:rsidP="003353D3">
      <w:pPr>
        <w:pStyle w:val="NormalWeb"/>
      </w:pPr>
      <w:r>
        <w:t>He dialed Ray Dandridge, the only man he trusted, whose knowledge of covert routes and discreet transport was his best chance at survival.</w:t>
      </w:r>
    </w:p>
    <w:p w14:paraId="1CDC9483" w14:textId="77777777" w:rsidR="003353D3" w:rsidRDefault="003353D3" w:rsidP="003353D3">
      <w:pPr>
        <w:pStyle w:val="NormalWeb"/>
      </w:pPr>
      <w:r>
        <w:t xml:space="preserve">“Ray,” he said when the line connected, voice low. “We need to talk. </w:t>
      </w:r>
      <w:proofErr w:type="gramStart"/>
      <w:r>
        <w:t>The</w:t>
      </w:r>
      <w:proofErr w:type="gramEnd"/>
      <w:r>
        <w:t xml:space="preserve"> run through DC — the building behind the Federal Reserve. I </w:t>
      </w:r>
      <w:proofErr w:type="gramStart"/>
      <w:r>
        <w:t>need</w:t>
      </w:r>
      <w:proofErr w:type="gramEnd"/>
      <w:r>
        <w:t xml:space="preserve"> in. But we </w:t>
      </w:r>
      <w:proofErr w:type="gramStart"/>
      <w:r>
        <w:t>have to</w:t>
      </w:r>
      <w:proofErr w:type="gramEnd"/>
      <w:r>
        <w:t xml:space="preserve"> be careful. I think </w:t>
      </w:r>
      <w:proofErr w:type="gramStart"/>
      <w:r>
        <w:t>I’m</w:t>
      </w:r>
      <w:proofErr w:type="gramEnd"/>
      <w:r>
        <w:t xml:space="preserve"> being set up.”</w:t>
      </w:r>
    </w:p>
    <w:p w14:paraId="553A1445" w14:textId="77777777" w:rsidR="003353D3" w:rsidRDefault="003353D3" w:rsidP="003353D3">
      <w:pPr>
        <w:pStyle w:val="NormalWeb"/>
      </w:pPr>
      <w:r>
        <w:t xml:space="preserve">Ray’s gravelly voice came back steady, unwavering. “The job’s clean. But tight security, Frank. Only </w:t>
      </w:r>
      <w:proofErr w:type="gramStart"/>
      <w:r>
        <w:t>a few</w:t>
      </w:r>
      <w:proofErr w:type="gramEnd"/>
      <w:r>
        <w:t xml:space="preserve"> people get access. We get you in, we find the truth.”</w:t>
      </w:r>
    </w:p>
    <w:p w14:paraId="30287B20" w14:textId="77777777" w:rsidR="003353D3" w:rsidRDefault="003353D3" w:rsidP="003353D3">
      <w:pPr>
        <w:pStyle w:val="NormalWeb"/>
      </w:pPr>
      <w:r>
        <w:t>Frank exhaled slowly. The path ahead was dangerous, but it was the only one left.</w:t>
      </w:r>
    </w:p>
    <w:p w14:paraId="1C084F39" w14:textId="77777777" w:rsidR="003353D3" w:rsidRDefault="003353D3" w:rsidP="003353D3">
      <w:pPr>
        <w:pStyle w:val="NormalWeb"/>
      </w:pPr>
      <w:r>
        <w:t>Pocketing the phone, he looked up at the stars obscured by city haze.</w:t>
      </w:r>
    </w:p>
    <w:p w14:paraId="05D3F3F6" w14:textId="77777777" w:rsidR="003353D3" w:rsidRDefault="003353D3" w:rsidP="003353D3">
      <w:pPr>
        <w:pStyle w:val="NormalWeb"/>
      </w:pPr>
      <w:r>
        <w:t xml:space="preserve">If he </w:t>
      </w:r>
      <w:proofErr w:type="gramStart"/>
      <w:r>
        <w:t>didn’t</w:t>
      </w:r>
      <w:proofErr w:type="gramEnd"/>
      <w:r>
        <w:t xml:space="preserve"> act now, the shadows would swallow him whole.</w:t>
      </w:r>
    </w:p>
    <w:p w14:paraId="0ED68A4D"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b/>
          <w:bCs/>
          <w:szCs w:val="24"/>
        </w:rPr>
        <w:t>Chapter 21 – Through the Gates</w:t>
      </w:r>
    </w:p>
    <w:p w14:paraId="57845C00"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The road to Washington, D.C. felt like a tunnel carved out of exhaustion and resolve. Frank rode silently in the back of the rig, staring out through the slit in the rear curtain. Ray Dandridge, as always, </w:t>
      </w:r>
      <w:proofErr w:type="gramStart"/>
      <w:r w:rsidRPr="00C613EC">
        <w:rPr>
          <w:rFonts w:eastAsia="Times New Roman" w:cs="Times New Roman"/>
          <w:szCs w:val="24"/>
        </w:rPr>
        <w:t>didn’t</w:t>
      </w:r>
      <w:proofErr w:type="gramEnd"/>
      <w:r w:rsidRPr="00C613EC">
        <w:rPr>
          <w:rFonts w:eastAsia="Times New Roman" w:cs="Times New Roman"/>
          <w:szCs w:val="24"/>
        </w:rPr>
        <w:t xml:space="preserve"> speak much, but Frank could feel the older man watching him in the mirror, gauging his mood, measuring the weight he carried.</w:t>
      </w:r>
    </w:p>
    <w:p w14:paraId="0BCA5667"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Frank </w:t>
      </w:r>
      <w:proofErr w:type="gramStart"/>
      <w:r w:rsidRPr="00C613EC">
        <w:rPr>
          <w:rFonts w:eastAsia="Times New Roman" w:cs="Times New Roman"/>
          <w:szCs w:val="24"/>
        </w:rPr>
        <w:t>hadn't</w:t>
      </w:r>
      <w:proofErr w:type="gramEnd"/>
      <w:r w:rsidRPr="00C613EC">
        <w:rPr>
          <w:rFonts w:eastAsia="Times New Roman" w:cs="Times New Roman"/>
          <w:szCs w:val="24"/>
        </w:rPr>
        <w:t xml:space="preserve"> slept much. The hum of the tires, the monotony of the highway, and the aftershocks of Luis' death rattled through his chest like shrapnel. Logan Airport was still all over the news—the "suicide" of a hospital worker with alleged ties to the </w:t>
      </w:r>
      <w:proofErr w:type="spellStart"/>
      <w:r w:rsidRPr="00C613EC">
        <w:rPr>
          <w:rFonts w:eastAsia="Times New Roman" w:cs="Times New Roman"/>
          <w:szCs w:val="24"/>
        </w:rPr>
        <w:t>PreConviction</w:t>
      </w:r>
      <w:proofErr w:type="spellEnd"/>
      <w:r w:rsidRPr="00C613EC">
        <w:rPr>
          <w:rFonts w:eastAsia="Times New Roman" w:cs="Times New Roman"/>
          <w:szCs w:val="24"/>
        </w:rPr>
        <w:t xml:space="preserve"> whistleblower. Talking heads speculated, theorized, debated. But none of them knew what Frank did: Luis </w:t>
      </w:r>
      <w:proofErr w:type="gramStart"/>
      <w:r w:rsidRPr="00C613EC">
        <w:rPr>
          <w:rFonts w:eastAsia="Times New Roman" w:cs="Times New Roman"/>
          <w:szCs w:val="24"/>
        </w:rPr>
        <w:t>hadn't</w:t>
      </w:r>
      <w:proofErr w:type="gramEnd"/>
      <w:r w:rsidRPr="00C613EC">
        <w:rPr>
          <w:rFonts w:eastAsia="Times New Roman" w:cs="Times New Roman"/>
          <w:szCs w:val="24"/>
        </w:rPr>
        <w:t xml:space="preserve"> </w:t>
      </w:r>
      <w:proofErr w:type="gramStart"/>
      <w:r w:rsidRPr="00C613EC">
        <w:rPr>
          <w:rFonts w:eastAsia="Times New Roman" w:cs="Times New Roman"/>
          <w:szCs w:val="24"/>
        </w:rPr>
        <w:t>been suicidal</w:t>
      </w:r>
      <w:proofErr w:type="gramEnd"/>
      <w:r w:rsidRPr="00C613EC">
        <w:rPr>
          <w:rFonts w:eastAsia="Times New Roman" w:cs="Times New Roman"/>
          <w:szCs w:val="24"/>
        </w:rPr>
        <w:t xml:space="preserve">. </w:t>
      </w:r>
      <w:proofErr w:type="gramStart"/>
      <w:r w:rsidRPr="00C613EC">
        <w:rPr>
          <w:rFonts w:eastAsia="Times New Roman" w:cs="Times New Roman"/>
          <w:szCs w:val="24"/>
        </w:rPr>
        <w:t>He'd</w:t>
      </w:r>
      <w:proofErr w:type="gramEnd"/>
      <w:r w:rsidRPr="00C613EC">
        <w:rPr>
          <w:rFonts w:eastAsia="Times New Roman" w:cs="Times New Roman"/>
          <w:szCs w:val="24"/>
        </w:rPr>
        <w:t xml:space="preserve"> been careful, terrified even, but not reckless. His death was a warning, staged for maximum effect, and the headlines had done their job.</w:t>
      </w:r>
    </w:p>
    <w:p w14:paraId="6C615E32"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The one that stuck in Frank’s head </w:t>
      </w:r>
      <w:proofErr w:type="gramStart"/>
      <w:r w:rsidRPr="00C613EC">
        <w:rPr>
          <w:rFonts w:eastAsia="Times New Roman" w:cs="Times New Roman"/>
          <w:szCs w:val="24"/>
        </w:rPr>
        <w:t>read: _</w:t>
      </w:r>
      <w:proofErr w:type="gramEnd"/>
      <w:r w:rsidRPr="00C613EC">
        <w:rPr>
          <w:rFonts w:eastAsia="Times New Roman" w:cs="Times New Roman"/>
          <w:szCs w:val="24"/>
        </w:rPr>
        <w:t xml:space="preserve">"Hospital Technician Found Dead at Logan: Investigators Probe Possible Connection to Fugitives." _ It was the word "connection" that told Frank everything. Not associate. </w:t>
      </w:r>
      <w:proofErr w:type="gramStart"/>
      <w:r w:rsidRPr="00C613EC">
        <w:rPr>
          <w:rFonts w:eastAsia="Times New Roman" w:cs="Times New Roman"/>
          <w:szCs w:val="24"/>
        </w:rPr>
        <w:lastRenderedPageBreak/>
        <w:t>Not unrelated</w:t>
      </w:r>
      <w:proofErr w:type="gramEnd"/>
      <w:r w:rsidRPr="00C613EC">
        <w:rPr>
          <w:rFonts w:eastAsia="Times New Roman" w:cs="Times New Roman"/>
          <w:szCs w:val="24"/>
        </w:rPr>
        <w:t>. Connection. Someone had fed that detail to the press, tying Luis to him without ever saying his name.</w:t>
      </w:r>
    </w:p>
    <w:p w14:paraId="6E678784"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It </w:t>
      </w:r>
      <w:proofErr w:type="gramStart"/>
      <w:r w:rsidRPr="00C613EC">
        <w:rPr>
          <w:rFonts w:eastAsia="Times New Roman" w:cs="Times New Roman"/>
          <w:szCs w:val="24"/>
        </w:rPr>
        <w:t>didn’t</w:t>
      </w:r>
      <w:proofErr w:type="gramEnd"/>
      <w:r w:rsidRPr="00C613EC">
        <w:rPr>
          <w:rFonts w:eastAsia="Times New Roman" w:cs="Times New Roman"/>
          <w:szCs w:val="24"/>
        </w:rPr>
        <w:t xml:space="preserve"> take </w:t>
      </w:r>
      <w:proofErr w:type="gramStart"/>
      <w:r w:rsidRPr="00C613EC">
        <w:rPr>
          <w:rFonts w:eastAsia="Times New Roman" w:cs="Times New Roman"/>
          <w:szCs w:val="24"/>
        </w:rPr>
        <w:t>much</w:t>
      </w:r>
      <w:proofErr w:type="gramEnd"/>
      <w:r w:rsidRPr="00C613EC">
        <w:rPr>
          <w:rFonts w:eastAsia="Times New Roman" w:cs="Times New Roman"/>
          <w:szCs w:val="24"/>
        </w:rPr>
        <w:t xml:space="preserve"> for the conspiracy to catch </w:t>
      </w:r>
      <w:proofErr w:type="gramStart"/>
      <w:r w:rsidRPr="00C613EC">
        <w:rPr>
          <w:rFonts w:eastAsia="Times New Roman" w:cs="Times New Roman"/>
          <w:szCs w:val="24"/>
        </w:rPr>
        <w:t>flame</w:t>
      </w:r>
      <w:proofErr w:type="gramEnd"/>
      <w:r w:rsidRPr="00C613EC">
        <w:rPr>
          <w:rFonts w:eastAsia="Times New Roman" w:cs="Times New Roman"/>
          <w:szCs w:val="24"/>
        </w:rPr>
        <w:t xml:space="preserve">. One South Boston dive bar had murmured that Luis had been under surveillance for weeks. Another claimed the feds were waiting for someone else to show up—Frank, obviously. A bartender at the Iron Post had told Ray in confidence that agents </w:t>
      </w:r>
      <w:proofErr w:type="gramStart"/>
      <w:r w:rsidRPr="00C613EC">
        <w:rPr>
          <w:rFonts w:eastAsia="Times New Roman" w:cs="Times New Roman"/>
          <w:szCs w:val="24"/>
        </w:rPr>
        <w:t>were already stationed</w:t>
      </w:r>
      <w:proofErr w:type="gramEnd"/>
      <w:r w:rsidRPr="00C613EC">
        <w:rPr>
          <w:rFonts w:eastAsia="Times New Roman" w:cs="Times New Roman"/>
          <w:szCs w:val="24"/>
        </w:rPr>
        <w:t xml:space="preserve"> at Logan before Luis ever arrived. It was all too clean.</w:t>
      </w:r>
    </w:p>
    <w:p w14:paraId="14C6CDC3"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And now, Frank </w:t>
      </w:r>
      <w:proofErr w:type="gramStart"/>
      <w:r w:rsidRPr="00C613EC">
        <w:rPr>
          <w:rFonts w:eastAsia="Times New Roman" w:cs="Times New Roman"/>
          <w:szCs w:val="24"/>
        </w:rPr>
        <w:t>wasn’t</w:t>
      </w:r>
      <w:proofErr w:type="gramEnd"/>
      <w:r w:rsidRPr="00C613EC">
        <w:rPr>
          <w:rFonts w:eastAsia="Times New Roman" w:cs="Times New Roman"/>
          <w:szCs w:val="24"/>
        </w:rPr>
        <w:t xml:space="preserve"> just on the run. He was radioactive. The narrative had shifted. The man who once looked like a wronged veteran was starting to look like a potential domestic threat. Even Krystyn had warned him through a backchannel </w:t>
      </w:r>
      <w:proofErr w:type="gramStart"/>
      <w:r w:rsidRPr="00C613EC">
        <w:rPr>
          <w:rFonts w:eastAsia="Times New Roman" w:cs="Times New Roman"/>
          <w:szCs w:val="24"/>
        </w:rPr>
        <w:t>message: _</w:t>
      </w:r>
      <w:proofErr w:type="gramEnd"/>
      <w:r w:rsidRPr="00C613EC">
        <w:rPr>
          <w:rFonts w:eastAsia="Times New Roman" w:cs="Times New Roman"/>
          <w:szCs w:val="24"/>
        </w:rPr>
        <w:t>"They're tightening the frame. Orpheus doesn’t care who sees the outcome anymore."</w:t>
      </w:r>
    </w:p>
    <w:p w14:paraId="29D08097"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Frank looked down at the burner </w:t>
      </w:r>
      <w:proofErr w:type="gramStart"/>
      <w:r w:rsidRPr="00C613EC">
        <w:rPr>
          <w:rFonts w:eastAsia="Times New Roman" w:cs="Times New Roman"/>
          <w:szCs w:val="24"/>
        </w:rPr>
        <w:t>phone—</w:t>
      </w:r>
      <w:proofErr w:type="gramEnd"/>
      <w:r w:rsidRPr="00C613EC">
        <w:rPr>
          <w:rFonts w:eastAsia="Times New Roman" w:cs="Times New Roman"/>
          <w:szCs w:val="24"/>
        </w:rPr>
        <w:t xml:space="preserve">the same one Luis had given him. He </w:t>
      </w:r>
      <w:proofErr w:type="gramStart"/>
      <w:r w:rsidRPr="00C613EC">
        <w:rPr>
          <w:rFonts w:eastAsia="Times New Roman" w:cs="Times New Roman"/>
          <w:szCs w:val="24"/>
        </w:rPr>
        <w:t>hadn't</w:t>
      </w:r>
      <w:proofErr w:type="gramEnd"/>
      <w:r w:rsidRPr="00C613EC">
        <w:rPr>
          <w:rFonts w:eastAsia="Times New Roman" w:cs="Times New Roman"/>
          <w:szCs w:val="24"/>
        </w:rPr>
        <w:t xml:space="preserve"> powered it on since the night he learned of Luis’ death. For all he knew, it was the tether that had drawn federal eyes to </w:t>
      </w:r>
      <w:proofErr w:type="gramStart"/>
      <w:r w:rsidRPr="00C613EC">
        <w:rPr>
          <w:rFonts w:eastAsia="Times New Roman" w:cs="Times New Roman"/>
          <w:szCs w:val="24"/>
        </w:rPr>
        <w:t>both of them</w:t>
      </w:r>
      <w:proofErr w:type="gramEnd"/>
      <w:r w:rsidRPr="00C613EC">
        <w:rPr>
          <w:rFonts w:eastAsia="Times New Roman" w:cs="Times New Roman"/>
          <w:szCs w:val="24"/>
        </w:rPr>
        <w:t>. A poisoned gift.</w:t>
      </w:r>
    </w:p>
    <w:p w14:paraId="3EE1F706"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He opened the back panel and yanked out the battery, tossing it out the window. Whatever scraps of data were on it </w:t>
      </w:r>
      <w:proofErr w:type="gramStart"/>
      <w:r w:rsidRPr="00C613EC">
        <w:rPr>
          <w:rFonts w:eastAsia="Times New Roman" w:cs="Times New Roman"/>
          <w:szCs w:val="24"/>
        </w:rPr>
        <w:t>were compromised</w:t>
      </w:r>
      <w:proofErr w:type="gramEnd"/>
      <w:r w:rsidRPr="00C613EC">
        <w:rPr>
          <w:rFonts w:eastAsia="Times New Roman" w:cs="Times New Roman"/>
          <w:szCs w:val="24"/>
        </w:rPr>
        <w:t xml:space="preserve"> now. From here on out, silence would be his ally.</w:t>
      </w:r>
    </w:p>
    <w:p w14:paraId="7DCE76AB" w14:textId="77777777" w:rsidR="00C613EC" w:rsidRPr="00C613EC" w:rsidRDefault="002010FF" w:rsidP="00C613EC">
      <w:pPr>
        <w:rPr>
          <w:rFonts w:eastAsia="Times New Roman" w:cs="Times New Roman"/>
          <w:szCs w:val="24"/>
        </w:rPr>
      </w:pPr>
      <w:r>
        <w:rPr>
          <w:rFonts w:eastAsia="Times New Roman" w:cs="Times New Roman"/>
          <w:szCs w:val="24"/>
        </w:rPr>
        <w:pict w14:anchorId="428805ED">
          <v:rect id="_x0000_i1073" style="width:0;height:1.5pt" o:hralign="center" o:hrstd="t" o:hr="t" fillcolor="#a0a0a0" stroked="f"/>
        </w:pict>
      </w:r>
    </w:p>
    <w:p w14:paraId="74AB87FC"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They crossed into D.C. just after 2 a.m. The skyline glimmered behind haze and light pollution, monuments glowing like relics of a forgotten republic. Ray took a looping route around the Capitol and Federal Triangle, avoiding main roads. He finally eased the truck to a stop in a semi-abandoned industrial park near the Navy Yard.</w:t>
      </w:r>
    </w:p>
    <w:p w14:paraId="738CD723"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 xml:space="preserve">"You sure about this?" Ray asked, lighting a cigarette with shaking fingers. He had never been this deep into Frank's war before. Helping </w:t>
      </w:r>
      <w:proofErr w:type="gramStart"/>
      <w:r w:rsidRPr="00C613EC">
        <w:rPr>
          <w:rFonts w:eastAsia="Times New Roman" w:cs="Times New Roman"/>
          <w:szCs w:val="24"/>
        </w:rPr>
        <w:t>ferry</w:t>
      </w:r>
      <w:proofErr w:type="gramEnd"/>
      <w:r w:rsidRPr="00C613EC">
        <w:rPr>
          <w:rFonts w:eastAsia="Times New Roman" w:cs="Times New Roman"/>
          <w:szCs w:val="24"/>
        </w:rPr>
        <w:t xml:space="preserve"> him through the woods of Massachusetts was one thing. The </w:t>
      </w:r>
      <w:proofErr w:type="gramStart"/>
      <w:r w:rsidRPr="00C613EC">
        <w:rPr>
          <w:rFonts w:eastAsia="Times New Roman" w:cs="Times New Roman"/>
          <w:szCs w:val="24"/>
        </w:rPr>
        <w:t>District</w:t>
      </w:r>
      <w:proofErr w:type="gramEnd"/>
      <w:r w:rsidRPr="00C613EC">
        <w:rPr>
          <w:rFonts w:eastAsia="Times New Roman" w:cs="Times New Roman"/>
          <w:szCs w:val="24"/>
        </w:rPr>
        <w:t xml:space="preserve"> was another.</w:t>
      </w:r>
    </w:p>
    <w:p w14:paraId="7D265F02"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"No," Frank said flatly, stepping down from the truck. "But I’m sure there’s no way back."</w:t>
      </w:r>
    </w:p>
    <w:p w14:paraId="4417D553"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He handed Ray a note with instructions on a fallback meeting point and a signal phrase to use if they needed to rendezvous. Ray pocketed it without a word.</w:t>
      </w:r>
    </w:p>
    <w:p w14:paraId="615FA5E5"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"You see things going sideways," Frank said, "you burn your phone and disappear. They’ll come after you if they think you know anything."</w:t>
      </w:r>
    </w:p>
    <w:p w14:paraId="2D6C2CBE"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Ray gave a grunt that might have been agreement, but it was hard to tell. He crushed his cigarette underfoot and climbed back into the cab, pulling away without ceremony.</w:t>
      </w:r>
    </w:p>
    <w:p w14:paraId="29FD33BD" w14:textId="77777777" w:rsidR="00C613EC" w:rsidRPr="00C613EC" w:rsidRDefault="00C613EC" w:rsidP="00C613EC">
      <w:pPr>
        <w:spacing w:before="100" w:beforeAutospacing="1" w:after="100" w:afterAutospacing="1"/>
        <w:rPr>
          <w:rFonts w:eastAsia="Times New Roman" w:cs="Times New Roman"/>
          <w:szCs w:val="24"/>
        </w:rPr>
      </w:pPr>
      <w:r w:rsidRPr="00C613EC">
        <w:rPr>
          <w:rFonts w:eastAsia="Times New Roman" w:cs="Times New Roman"/>
          <w:szCs w:val="24"/>
        </w:rPr>
        <w:t>Frank was alone.</w:t>
      </w:r>
    </w:p>
    <w:p w14:paraId="71B6B4C5" w14:textId="77777777" w:rsidR="00C613EC" w:rsidRPr="00C613EC" w:rsidRDefault="002010FF" w:rsidP="00C613EC">
      <w:pPr>
        <w:rPr>
          <w:rFonts w:eastAsia="Times New Roman" w:cs="Times New Roman"/>
          <w:szCs w:val="24"/>
        </w:rPr>
      </w:pPr>
      <w:r>
        <w:rPr>
          <w:rFonts w:eastAsia="Times New Roman" w:cs="Times New Roman"/>
          <w:szCs w:val="24"/>
        </w:rPr>
        <w:pict w14:anchorId="77583AD9">
          <v:rect id="_x0000_i1074" style="width:0;height:1.5pt" o:hralign="center" o:hrstd="t" o:hr="t" fillcolor="#a0a0a0" stroked="f"/>
        </w:pict>
      </w:r>
    </w:p>
    <w:p w14:paraId="2AF0F67C" w14:textId="77777777" w:rsidR="00A31C5E" w:rsidRDefault="00A31C5E" w:rsidP="00A31C5E">
      <w:pPr>
        <w:pStyle w:val="NormalWeb"/>
      </w:pPr>
      <w:r>
        <w:t xml:space="preserve">By midmorning, he was in Southeast D.C., walking the perimeter of a high-security building tucked just behind the fortress-like headquarters of the U.S. Federal Reserve. The site had once belonged to a defunct </w:t>
      </w:r>
      <w:proofErr w:type="gramStart"/>
      <w:r>
        <w:t>logistics</w:t>
      </w:r>
      <w:proofErr w:type="gramEnd"/>
      <w:r>
        <w:t xml:space="preserve"> contractor, now retrofitted with biometric locks, thermal drones, and an around-the-clock rotation of unmarked SUVs. Most assumed it was overflow for Homeland Security, or an NSA archive. But Frank had seen the blueprints months ago. This was where ORPHEUS operated.</w:t>
      </w:r>
    </w:p>
    <w:p w14:paraId="792CB162" w14:textId="77777777" w:rsidR="00A31C5E" w:rsidRDefault="00A31C5E" w:rsidP="00A31C5E">
      <w:pPr>
        <w:pStyle w:val="NormalWeb"/>
      </w:pPr>
      <w:r>
        <w:lastRenderedPageBreak/>
        <w:t xml:space="preserve">Not officially, of course. Officially, the </w:t>
      </w:r>
      <w:proofErr w:type="spellStart"/>
      <w:r>
        <w:t>PreConviction</w:t>
      </w:r>
      <w:proofErr w:type="spellEnd"/>
      <w:r>
        <w:t xml:space="preserve"> program had </w:t>
      </w:r>
      <w:proofErr w:type="gramStart"/>
      <w:r>
        <w:t>been shut</w:t>
      </w:r>
      <w:proofErr w:type="gramEnd"/>
      <w:r>
        <w:t xml:space="preserve"> down after the Senate hearings, its funding </w:t>
      </w:r>
      <w:proofErr w:type="gramStart"/>
      <w:r>
        <w:t>stripped</w:t>
      </w:r>
      <w:proofErr w:type="gramEnd"/>
      <w:r>
        <w:t xml:space="preserve"> and its leaders disgraced. The public had celebrated. Civil liberty groups had declared victory. But Orpheus had never been on paper. It had lived in the shadows, feeding off the chaos its public sibling created.</w:t>
      </w:r>
    </w:p>
    <w:p w14:paraId="429E0199" w14:textId="77777777" w:rsidR="00A31C5E" w:rsidRDefault="00A31C5E" w:rsidP="00A31C5E">
      <w:pPr>
        <w:pStyle w:val="NormalWeb"/>
      </w:pPr>
      <w:r>
        <w:t>Frank spent the next day watching the site, cataloging the rhythm of shifts, the angles of patrol drones</w:t>
      </w:r>
      <w:proofErr w:type="gramStart"/>
      <w:r>
        <w:t>, the</w:t>
      </w:r>
      <w:proofErr w:type="gramEnd"/>
      <w:r>
        <w:t xml:space="preserve"> access routes for deliveries. He kept a mental map of every tree line, sewer grate, and utility tunnel that touched the block.</w:t>
      </w:r>
    </w:p>
    <w:p w14:paraId="42B0344E" w14:textId="77777777" w:rsidR="00A31C5E" w:rsidRDefault="00A31C5E" w:rsidP="00A31C5E">
      <w:pPr>
        <w:pStyle w:val="NormalWeb"/>
      </w:pPr>
      <w:r>
        <w:t>Inside that building were the servers and operational cores that had turned his life upside down. Inside was the neural engine that had predicted his guilt before he had committed any crime—that had planted provocations, twisted algorithms, staged betrayals.</w:t>
      </w:r>
    </w:p>
    <w:p w14:paraId="7CD3797C" w14:textId="77777777" w:rsidR="00A31C5E" w:rsidRDefault="00A31C5E" w:rsidP="00A31C5E">
      <w:pPr>
        <w:pStyle w:val="NormalWeb"/>
      </w:pPr>
      <w:r>
        <w:t xml:space="preserve">Krystyn had told him the final directive </w:t>
      </w:r>
      <w:proofErr w:type="gramStart"/>
      <w:r>
        <w:t>was called</w:t>
      </w:r>
      <w:proofErr w:type="gramEnd"/>
      <w:r>
        <w:t xml:space="preserve"> </w:t>
      </w:r>
      <w:r>
        <w:rPr>
          <w:rStyle w:val="Emphasis"/>
        </w:rPr>
        <w:t>Event Zero</w:t>
      </w:r>
      <w:r>
        <w:t xml:space="preserve"> — a proof-of-concept scenario where a high-risk individual, through carefully applied manipulations, would eventually perform the very act the system had forecast.</w:t>
      </w:r>
    </w:p>
    <w:p w14:paraId="57E8927D" w14:textId="77777777" w:rsidR="00A31C5E" w:rsidRDefault="00A31C5E" w:rsidP="00A31C5E">
      <w:pPr>
        <w:pStyle w:val="NormalWeb"/>
      </w:pPr>
      <w:r>
        <w:t>He was Event Zero.</w:t>
      </w:r>
    </w:p>
    <w:p w14:paraId="1048BCC6" w14:textId="77777777" w:rsidR="00A31C5E" w:rsidRDefault="00A31C5E" w:rsidP="00A31C5E">
      <w:pPr>
        <w:pStyle w:val="NormalWeb"/>
      </w:pPr>
      <w:r>
        <w:t xml:space="preserve">Frank stared at the </w:t>
      </w:r>
      <w:proofErr w:type="gramStart"/>
      <w:r>
        <w:t>fence,</w:t>
      </w:r>
      <w:proofErr w:type="gramEnd"/>
      <w:r>
        <w:t xml:space="preserve"> fists clenched in the pockets of his hoodie. The cameras </w:t>
      </w:r>
      <w:proofErr w:type="gramStart"/>
      <w:r>
        <w:t>didn’t</w:t>
      </w:r>
      <w:proofErr w:type="gramEnd"/>
      <w:r>
        <w:t xml:space="preserve"> blink, but he imagined they were watching him. Judging him. Waiting.</w:t>
      </w:r>
    </w:p>
    <w:p w14:paraId="517EB8F7" w14:textId="77777777" w:rsidR="00A31C5E" w:rsidRDefault="00A31C5E" w:rsidP="00A31C5E">
      <w:pPr>
        <w:pStyle w:val="NormalWeb"/>
      </w:pPr>
      <w:r>
        <w:t xml:space="preserve">He </w:t>
      </w:r>
      <w:proofErr w:type="gramStart"/>
      <w:r>
        <w:t>wouldn’t</w:t>
      </w:r>
      <w:proofErr w:type="gramEnd"/>
      <w:r>
        <w:t xml:space="preserve"> let them have the final word.</w:t>
      </w:r>
    </w:p>
    <w:p w14:paraId="058ACF0D" w14:textId="77777777" w:rsidR="00A31C5E" w:rsidRDefault="00A31C5E" w:rsidP="00A31C5E">
      <w:pPr>
        <w:pStyle w:val="NormalWeb"/>
      </w:pPr>
      <w:r>
        <w:t xml:space="preserve">He </w:t>
      </w:r>
      <w:proofErr w:type="gramStart"/>
      <w:r>
        <w:t>wouldn’t</w:t>
      </w:r>
      <w:proofErr w:type="gramEnd"/>
      <w:r>
        <w:t xml:space="preserve"> be a case study. </w:t>
      </w:r>
      <w:proofErr w:type="gramStart"/>
      <w:r>
        <w:t>He’d</w:t>
      </w:r>
      <w:proofErr w:type="gramEnd"/>
      <w:r>
        <w:t xml:space="preserve"> be a reckoning.</w:t>
      </w:r>
    </w:p>
    <w:p w14:paraId="3935C7BE" w14:textId="77777777" w:rsidR="00A31C5E" w:rsidRDefault="00A31C5E" w:rsidP="00A31C5E">
      <w:pPr>
        <w:pStyle w:val="NormalWeb"/>
      </w:pPr>
      <w:r>
        <w:t xml:space="preserve">Tomorrow, he </w:t>
      </w:r>
      <w:proofErr w:type="gramStart"/>
      <w:r>
        <w:t>would</w:t>
      </w:r>
      <w:proofErr w:type="gramEnd"/>
      <w:r>
        <w:t xml:space="preserve"> find a way in.</w:t>
      </w:r>
    </w:p>
    <w:p w14:paraId="5F3C8955" w14:textId="77777777" w:rsidR="00A31C5E" w:rsidRDefault="00A31C5E" w:rsidP="00A31C5E">
      <w:pPr>
        <w:pStyle w:val="NormalWeb"/>
      </w:pPr>
      <w:r>
        <w:t>And Orpheus would finally see the face of its prophecy.</w:t>
      </w:r>
    </w:p>
    <w:p w14:paraId="3729DF9F" w14:textId="77777777" w:rsidR="00B940A5" w:rsidRDefault="00B940A5" w:rsidP="00B940A5">
      <w:pPr>
        <w:pStyle w:val="NormalWeb"/>
      </w:pPr>
      <w:r>
        <w:t>Chapter 22 – The Corridor</w:t>
      </w:r>
    </w:p>
    <w:p w14:paraId="5C74B2FF" w14:textId="77777777" w:rsidR="00B940A5" w:rsidRDefault="00B940A5" w:rsidP="00B940A5">
      <w:pPr>
        <w:pStyle w:val="NormalWeb"/>
      </w:pPr>
      <w:r>
        <w:t>The Capitol slept uneasily beneath a canvas of artificial lights and automated surveillance. Frank could feel it in his bones: this was no longer a city of open politics and governance. It had become something else. Something buried. The shadows between its monuments were longer now, and its alleys whispered with more than just old ghosts.</w:t>
      </w:r>
    </w:p>
    <w:p w14:paraId="0403D17C" w14:textId="77777777" w:rsidR="00B940A5" w:rsidRDefault="00B940A5" w:rsidP="00B940A5">
      <w:pPr>
        <w:pStyle w:val="NormalWeb"/>
      </w:pPr>
      <w:r>
        <w:t xml:space="preserve">Frank stood across the street from a squat, nondescript building tucked behind the southern wall of the U.S. Federal Reserve complex. Officially, it </w:t>
      </w:r>
      <w:proofErr w:type="gramStart"/>
      <w:r>
        <w:t>was listed</w:t>
      </w:r>
      <w:proofErr w:type="gramEnd"/>
      <w:r>
        <w:t xml:space="preserve"> as a data center annex—redundant servers for financial continuity, so said the public-facing documents. But Frank had learned otherwise. The real experiments of Project Orpheus were here. The building had no signage, no marked entrance, and very few windows. It </w:t>
      </w:r>
      <w:proofErr w:type="gramStart"/>
      <w:r>
        <w:t>didn’t</w:t>
      </w:r>
      <w:proofErr w:type="gramEnd"/>
      <w:r>
        <w:t xml:space="preserve"> need them. People </w:t>
      </w:r>
      <w:proofErr w:type="gramStart"/>
      <w:r>
        <w:t>weren’t</w:t>
      </w:r>
      <w:proofErr w:type="gramEnd"/>
      <w:r>
        <w:t xml:space="preserve"> supposed to come and go.</w:t>
      </w:r>
    </w:p>
    <w:p w14:paraId="2188244B" w14:textId="77777777" w:rsidR="00B940A5" w:rsidRDefault="00B940A5" w:rsidP="00B940A5">
      <w:pPr>
        <w:pStyle w:val="NormalWeb"/>
      </w:pPr>
      <w:r>
        <w:t xml:space="preserve">Ray had dropped him off two blocks away, giving Frank a solemn nod before disappearing back into the industrial tangle of early morning traffic. Frank wore a stolen maintenance uniform—plain </w:t>
      </w:r>
      <w:proofErr w:type="gramStart"/>
      <w:r>
        <w:t>navy blue</w:t>
      </w:r>
      <w:proofErr w:type="gramEnd"/>
      <w:r>
        <w:t xml:space="preserve"> coveralls with a stitched name patch that read "Eli."</w:t>
      </w:r>
    </w:p>
    <w:p w14:paraId="7EE50518" w14:textId="77777777" w:rsidR="00B940A5" w:rsidRDefault="00B940A5" w:rsidP="00B940A5">
      <w:pPr>
        <w:pStyle w:val="NormalWeb"/>
      </w:pPr>
      <w:r>
        <w:t xml:space="preserve">In his chest pocket, beside the burner phone he now treated as a passive surveillance device rather than a tool, he carried a small flash drive Ray had passed to him. It contained schematics, schedules, and more importantly, </w:t>
      </w:r>
      <w:proofErr w:type="gramStart"/>
      <w:r>
        <w:t>an outdated</w:t>
      </w:r>
      <w:proofErr w:type="gramEnd"/>
      <w:r>
        <w:t xml:space="preserve"> but still functional access credential smuggled out months ago by someone on the inside. That someone, Frank suspected, was Luis.</w:t>
      </w:r>
    </w:p>
    <w:p w14:paraId="33015E3C" w14:textId="77777777" w:rsidR="00B940A5" w:rsidRDefault="00B940A5" w:rsidP="00B940A5">
      <w:pPr>
        <w:pStyle w:val="NormalWeb"/>
      </w:pPr>
      <w:r>
        <w:lastRenderedPageBreak/>
        <w:t>Luis's death had rippled across the media in a wave of breathless headlines: "Hospital Worker Found Dead at Logan," "Apparent Suicide in Secure Airport Wing Raises Questions," and the most damning of all: "Associate of Fugitive Franco Marino Dies Under Suspicious Circumstances."</w:t>
      </w:r>
    </w:p>
    <w:p w14:paraId="5688E8A8" w14:textId="77777777" w:rsidR="00B940A5" w:rsidRDefault="00B940A5" w:rsidP="00B940A5">
      <w:pPr>
        <w:pStyle w:val="NormalWeb"/>
      </w:pPr>
      <w:r>
        <w:t xml:space="preserve">The connection had </w:t>
      </w:r>
      <w:proofErr w:type="gramStart"/>
      <w:r>
        <w:t>been drawn</w:t>
      </w:r>
      <w:proofErr w:type="gramEnd"/>
      <w:r>
        <w:t xml:space="preserve"> deliberately, artfully. Frank </w:t>
      </w:r>
      <w:proofErr w:type="gramStart"/>
      <w:r>
        <w:t>wasn’t</w:t>
      </w:r>
      <w:proofErr w:type="gramEnd"/>
      <w:r>
        <w:t xml:space="preserve"> just a fugitive anymore. He was now the suspected orchestrator of a death at a major national hub, further fueling the </w:t>
      </w:r>
      <w:proofErr w:type="gramStart"/>
      <w:r>
        <w:t>manhunt</w:t>
      </w:r>
      <w:proofErr w:type="gramEnd"/>
      <w:r>
        <w:t xml:space="preserve">. The deep state </w:t>
      </w:r>
      <w:proofErr w:type="gramStart"/>
      <w:r>
        <w:t>hadn’t</w:t>
      </w:r>
      <w:proofErr w:type="gramEnd"/>
      <w:r>
        <w:t xml:space="preserve"> just killed Luis. They had used his death to tighten the noose.</w:t>
      </w:r>
    </w:p>
    <w:p w14:paraId="5D524C19" w14:textId="77777777" w:rsidR="00B940A5" w:rsidRDefault="00B940A5" w:rsidP="00B940A5">
      <w:pPr>
        <w:pStyle w:val="NormalWeb"/>
      </w:pPr>
      <w:r>
        <w:t>Now, Frank was in their backyard.</w:t>
      </w:r>
    </w:p>
    <w:p w14:paraId="393E3778" w14:textId="77777777" w:rsidR="00B940A5" w:rsidRDefault="00B940A5" w:rsidP="00B940A5">
      <w:pPr>
        <w:pStyle w:val="NormalWeb"/>
      </w:pPr>
      <w:r>
        <w:t xml:space="preserve">He moved with precision, timing his approach between patrols. The building's rear service entrance </w:t>
      </w:r>
      <w:proofErr w:type="gramStart"/>
      <w:r>
        <w:t>was protected</w:t>
      </w:r>
      <w:proofErr w:type="gramEnd"/>
      <w:r>
        <w:t xml:space="preserve"> by a magnetic lock and a biometric scanner. Frank swiped the card. A beat. The light turned green. He was in.</w:t>
      </w:r>
    </w:p>
    <w:p w14:paraId="22E2CF03" w14:textId="77777777" w:rsidR="00B940A5" w:rsidRDefault="00B940A5" w:rsidP="00B940A5">
      <w:pPr>
        <w:pStyle w:val="NormalWeb"/>
      </w:pPr>
      <w:r>
        <w:t xml:space="preserve">Inside, the halls were sterile and dimly lit, lined with thick steel doors and humming server racks. The air smelled of ozone and plastic. He followed the route on the flash drive—left at the first intersection, two floors down via an old service elevator, past a records room, then into a secondary server vault. There, tucked behind a false panel, was a </w:t>
      </w:r>
      <w:proofErr w:type="gramStart"/>
      <w:r>
        <w:t>secured</w:t>
      </w:r>
      <w:proofErr w:type="gramEnd"/>
      <w:r>
        <w:t xml:space="preserve"> terminal. If the access logs were correct, this was where command updates for Orpheus </w:t>
      </w:r>
      <w:proofErr w:type="gramStart"/>
      <w:r>
        <w:t>were manually uploaded</w:t>
      </w:r>
      <w:proofErr w:type="gramEnd"/>
      <w:r>
        <w:t xml:space="preserve"> and </w:t>
      </w:r>
      <w:proofErr w:type="gramStart"/>
      <w:r>
        <w:t>tested</w:t>
      </w:r>
      <w:proofErr w:type="gramEnd"/>
      <w:r>
        <w:t>.</w:t>
      </w:r>
    </w:p>
    <w:p w14:paraId="722C6673" w14:textId="77777777" w:rsidR="00B940A5" w:rsidRDefault="00B940A5" w:rsidP="00B940A5">
      <w:pPr>
        <w:pStyle w:val="NormalWeb"/>
      </w:pPr>
      <w:r>
        <w:t xml:space="preserve">He plugged in the flash drive. The system came alive with a low whir, and lines of code filled the screen. For a moment, it </w:t>
      </w:r>
      <w:proofErr w:type="gramStart"/>
      <w:r>
        <w:t>felt like standing</w:t>
      </w:r>
      <w:proofErr w:type="gramEnd"/>
      <w:r>
        <w:t xml:space="preserve"> at the edge of a precipice.</w:t>
      </w:r>
    </w:p>
    <w:p w14:paraId="2C634B1B" w14:textId="77777777" w:rsidR="00B940A5" w:rsidRDefault="00B940A5" w:rsidP="00B940A5">
      <w:pPr>
        <w:pStyle w:val="NormalWeb"/>
      </w:pPr>
      <w:r>
        <w:t xml:space="preserve">Orpheus </w:t>
      </w:r>
      <w:proofErr w:type="gramStart"/>
      <w:r>
        <w:t>wasn’t</w:t>
      </w:r>
      <w:proofErr w:type="gramEnd"/>
      <w:r>
        <w:t xml:space="preserve"> just an AI model. It </w:t>
      </w:r>
      <w:proofErr w:type="gramStart"/>
      <w:r>
        <w:t>wasn’t</w:t>
      </w:r>
      <w:proofErr w:type="gramEnd"/>
      <w:r>
        <w:t xml:space="preserve"> just profiling. It was a testbed for behavioral manipulation at scale. A psychological distillation of the idea that if you could map someone fully, you could move them like a chess piece.</w:t>
      </w:r>
    </w:p>
    <w:p w14:paraId="78451210" w14:textId="77777777" w:rsidR="00B940A5" w:rsidRDefault="00B940A5" w:rsidP="00B940A5">
      <w:pPr>
        <w:pStyle w:val="NormalWeb"/>
      </w:pPr>
      <w:r>
        <w:t>Frank scrolled through lines of data—case studies, psychological matrices, predictive outcome flows. He found his own profile. Labeled: "Subject M-93."</w:t>
      </w:r>
    </w:p>
    <w:p w14:paraId="0CD2E60E" w14:textId="77777777" w:rsidR="00B940A5" w:rsidRDefault="00B940A5" w:rsidP="00B940A5">
      <w:pPr>
        <w:pStyle w:val="NormalWeb"/>
      </w:pPr>
      <w:r>
        <w:t xml:space="preserve">The logs revealed something chilling. His path had </w:t>
      </w:r>
      <w:proofErr w:type="gramStart"/>
      <w:r>
        <w:t>been manipulated</w:t>
      </w:r>
      <w:proofErr w:type="gramEnd"/>
      <w:r>
        <w:t xml:space="preserve"> from the very beginning. The protest setup, the photo manipulation, the burner phones, even his brief moments of perceived freedom—all accounted for. Even Ray's involvement </w:t>
      </w:r>
      <w:proofErr w:type="gramStart"/>
      <w:r>
        <w:t>was predicted</w:t>
      </w:r>
      <w:proofErr w:type="gramEnd"/>
      <w:r>
        <w:t xml:space="preserve"> in a decision tree dated two weeks prior to their meeting.</w:t>
      </w:r>
    </w:p>
    <w:p w14:paraId="11D04C7A" w14:textId="77777777" w:rsidR="00B940A5" w:rsidRDefault="00B940A5" w:rsidP="00B940A5">
      <w:pPr>
        <w:pStyle w:val="NormalWeb"/>
      </w:pPr>
      <w:r>
        <w:t xml:space="preserve">This </w:t>
      </w:r>
      <w:proofErr w:type="gramStart"/>
      <w:r>
        <w:t>wasn’t</w:t>
      </w:r>
      <w:proofErr w:type="gramEnd"/>
      <w:r>
        <w:t xml:space="preserve"> just surveillance. This was orchestration.</w:t>
      </w:r>
    </w:p>
    <w:p w14:paraId="7F12B04B" w14:textId="77777777" w:rsidR="00B940A5" w:rsidRDefault="00B940A5" w:rsidP="00B940A5">
      <w:pPr>
        <w:pStyle w:val="NormalWeb"/>
      </w:pPr>
      <w:r>
        <w:t xml:space="preserve">Footsteps echoed down the corridor. Frank yanked the drive and killed the terminal. He ducked into a maintenance closet just before two guards rounded the corner. One of them was laughing about </w:t>
      </w:r>
      <w:proofErr w:type="gramStart"/>
      <w:r>
        <w:t>some</w:t>
      </w:r>
      <w:proofErr w:type="gramEnd"/>
      <w:r>
        <w:t xml:space="preserve"> talking point on the news—the </w:t>
      </w:r>
      <w:proofErr w:type="gramStart"/>
      <w:r>
        <w:t>manhunt</w:t>
      </w:r>
      <w:proofErr w:type="gramEnd"/>
      <w:r>
        <w:t xml:space="preserve">, the "rogue ex-soldier" now supposedly moving south through Virginia. They were feeding the media a false </w:t>
      </w:r>
      <w:proofErr w:type="gramStart"/>
      <w:r>
        <w:t>trail</w:t>
      </w:r>
      <w:proofErr w:type="gramEnd"/>
      <w:r>
        <w:t>.</w:t>
      </w:r>
    </w:p>
    <w:p w14:paraId="0B02347F" w14:textId="77777777" w:rsidR="00B940A5" w:rsidRDefault="00B940A5" w:rsidP="00B940A5">
      <w:pPr>
        <w:pStyle w:val="NormalWeb"/>
      </w:pPr>
      <w:r>
        <w:t xml:space="preserve">Once they passed, Frank made his way back to the service exit, exiting through a side door into the muggy, light-polluted night of D.C. He </w:t>
      </w:r>
      <w:proofErr w:type="gramStart"/>
      <w:r>
        <w:t>didn’t</w:t>
      </w:r>
      <w:proofErr w:type="gramEnd"/>
      <w:r>
        <w:t xml:space="preserve"> breathe </w:t>
      </w:r>
      <w:proofErr w:type="gramStart"/>
      <w:r>
        <w:t>easy</w:t>
      </w:r>
      <w:proofErr w:type="gramEnd"/>
      <w:r>
        <w:t xml:space="preserve"> until he had blended back into the crowd on Massachusetts Avenue.</w:t>
      </w:r>
    </w:p>
    <w:p w14:paraId="6EA49A5D" w14:textId="77777777" w:rsidR="00B940A5" w:rsidRDefault="00B940A5" w:rsidP="00B940A5">
      <w:pPr>
        <w:pStyle w:val="NormalWeb"/>
      </w:pPr>
      <w:r>
        <w:t xml:space="preserve">He knew now: Luis had </w:t>
      </w:r>
      <w:proofErr w:type="gramStart"/>
      <w:r>
        <w:t>been sacrificed</w:t>
      </w:r>
      <w:proofErr w:type="gramEnd"/>
      <w:r>
        <w:t xml:space="preserve"> to throw him </w:t>
      </w:r>
      <w:proofErr w:type="gramStart"/>
      <w:r>
        <w:t>off</w:t>
      </w:r>
      <w:proofErr w:type="gramEnd"/>
      <w:r>
        <w:t xml:space="preserve"> balance. The burner phones had </w:t>
      </w:r>
      <w:proofErr w:type="gramStart"/>
      <w:r>
        <w:t>likely been</w:t>
      </w:r>
      <w:proofErr w:type="gramEnd"/>
      <w:r>
        <w:t xml:space="preserve"> prepped, </w:t>
      </w:r>
      <w:proofErr w:type="gramStart"/>
      <w:r>
        <w:t>maybe even</w:t>
      </w:r>
      <w:proofErr w:type="gramEnd"/>
      <w:r>
        <w:t xml:space="preserve"> embedded with micro-listeners or locational beacons. It was all part of the same play.</w:t>
      </w:r>
    </w:p>
    <w:p w14:paraId="3BC2E4C3" w14:textId="77777777" w:rsidR="00B940A5" w:rsidRDefault="00B940A5" w:rsidP="00B940A5">
      <w:pPr>
        <w:pStyle w:val="NormalWeb"/>
      </w:pPr>
      <w:r>
        <w:t>But now he had proof. A flash drive with enough data to show the world what Orpheus really was—and what it had done to him.</w:t>
      </w:r>
    </w:p>
    <w:p w14:paraId="3ECED3CC" w14:textId="77777777" w:rsidR="00B940A5" w:rsidRDefault="00B940A5" w:rsidP="00B940A5">
      <w:pPr>
        <w:pStyle w:val="NormalWeb"/>
      </w:pPr>
      <w:r>
        <w:lastRenderedPageBreak/>
        <w:t>He turned a corner and ducked into an alley to make a call from a clean public phone, one he had scouted earlier.</w:t>
      </w:r>
    </w:p>
    <w:p w14:paraId="1FA0137A" w14:textId="77777777" w:rsidR="00B940A5" w:rsidRDefault="00B940A5" w:rsidP="00B940A5">
      <w:pPr>
        <w:pStyle w:val="NormalWeb"/>
      </w:pPr>
      <w:r>
        <w:t>"Krystyn," he whispered when she answered. "I got it. Everything."</w:t>
      </w:r>
    </w:p>
    <w:p w14:paraId="5B17E50B" w14:textId="77777777" w:rsidR="00B940A5" w:rsidRDefault="00B940A5" w:rsidP="00B940A5">
      <w:pPr>
        <w:pStyle w:val="NormalWeb"/>
      </w:pPr>
      <w:r>
        <w:t>"Then we need to move. Fast," she said.</w:t>
      </w:r>
    </w:p>
    <w:p w14:paraId="3EBAB9E7" w14:textId="77777777" w:rsidR="00B940A5" w:rsidRDefault="00B940A5" w:rsidP="00B940A5">
      <w:pPr>
        <w:pStyle w:val="NormalWeb"/>
      </w:pPr>
      <w:r>
        <w:t>Frank looked back toward the city. The corridor had led him to the truth. But now came the hard part: getting it out.</w:t>
      </w:r>
    </w:p>
    <w:p w14:paraId="1C7AA3C5" w14:textId="77777777" w:rsidR="00B940A5" w:rsidRDefault="00B940A5" w:rsidP="00B940A5">
      <w:pPr>
        <w:pStyle w:val="NormalWeb"/>
      </w:pPr>
      <w:r>
        <w:t>And staying alive long enough to do it.</w:t>
      </w:r>
    </w:p>
    <w:p w14:paraId="2FD0B6DD" w14:textId="77777777" w:rsidR="0041365C" w:rsidRDefault="0041365C" w:rsidP="0041365C">
      <w:pPr>
        <w:pStyle w:val="NormalWeb"/>
      </w:pPr>
      <w:r>
        <w:rPr>
          <w:rStyle w:val="Strong"/>
        </w:rPr>
        <w:t>Chapter 23 – The Package</w:t>
      </w:r>
    </w:p>
    <w:p w14:paraId="7504009E" w14:textId="77777777" w:rsidR="0041365C" w:rsidRDefault="0041365C" w:rsidP="0041365C">
      <w:pPr>
        <w:pStyle w:val="NormalWeb"/>
      </w:pPr>
      <w:r>
        <w:t xml:space="preserve">The morning air over D.C. was thick with the threat of a storm, but Frank moved through it like a ghost—shaved, dressed in nondescript clothes, and moving with purpose. He no longer felt like the man who had walked out of Berkshire County weeks ago. That man had hope. That man still believed in lines that </w:t>
      </w:r>
      <w:proofErr w:type="gramStart"/>
      <w:r>
        <w:t>shouldn’t</w:t>
      </w:r>
      <w:proofErr w:type="gramEnd"/>
      <w:r>
        <w:t xml:space="preserve"> </w:t>
      </w:r>
      <w:proofErr w:type="gramStart"/>
      <w:r>
        <w:t>be crossed</w:t>
      </w:r>
      <w:proofErr w:type="gramEnd"/>
      <w:r>
        <w:t>.</w:t>
      </w:r>
    </w:p>
    <w:p w14:paraId="3598A06A" w14:textId="77777777" w:rsidR="0041365C" w:rsidRDefault="0041365C" w:rsidP="0041365C">
      <w:pPr>
        <w:pStyle w:val="NormalWeb"/>
      </w:pPr>
      <w:r>
        <w:t>Now, he understood: the lines were illusions. Borders drawn in sand to make men like him hesitate while monsters like the Orpheus architects moved freely.</w:t>
      </w:r>
    </w:p>
    <w:p w14:paraId="3B4ED574" w14:textId="77777777" w:rsidR="0041365C" w:rsidRDefault="0041365C" w:rsidP="0041365C">
      <w:pPr>
        <w:pStyle w:val="NormalWeb"/>
      </w:pPr>
      <w:r>
        <w:t>Krystyn had arranged a safehouse near Arlington—a run-down townhouse rented under a dead woman’s name. Frank stepped inside, dropped his bag, and slid the flash drive into a hardened laptop Krystyn had left behind. It was offline, air-gapped, wrapped in layers of shielding.</w:t>
      </w:r>
    </w:p>
    <w:p w14:paraId="5A5F9FE7" w14:textId="77777777" w:rsidR="0041365C" w:rsidRDefault="0041365C" w:rsidP="0041365C">
      <w:pPr>
        <w:pStyle w:val="NormalWeb"/>
      </w:pPr>
      <w:r>
        <w:t>The files loaded slowly, like confessionals coming to life.</w:t>
      </w:r>
    </w:p>
    <w:p w14:paraId="218635D0" w14:textId="77777777" w:rsidR="0041365C" w:rsidRDefault="0041365C" w:rsidP="0041365C">
      <w:pPr>
        <w:pStyle w:val="NormalWeb"/>
      </w:pPr>
      <w:r>
        <w:t xml:space="preserve">She arrived shortly after. No words at first—just </w:t>
      </w:r>
      <w:proofErr w:type="gramStart"/>
      <w:r>
        <w:t>a look</w:t>
      </w:r>
      <w:proofErr w:type="gramEnd"/>
      <w:r>
        <w:t xml:space="preserve">. </w:t>
      </w:r>
      <w:proofErr w:type="gramStart"/>
      <w:r>
        <w:t>She'd</w:t>
      </w:r>
      <w:proofErr w:type="gramEnd"/>
      <w:r>
        <w:t xml:space="preserve"> expected </w:t>
      </w:r>
      <w:proofErr w:type="gramStart"/>
      <w:r>
        <w:t>broken</w:t>
      </w:r>
      <w:proofErr w:type="gramEnd"/>
      <w:r>
        <w:t xml:space="preserve"> resolve. Instead, she found something colder. Focused.</w:t>
      </w:r>
    </w:p>
    <w:p w14:paraId="34CB3EAF" w14:textId="77777777" w:rsidR="0041365C" w:rsidRDefault="0041365C" w:rsidP="0041365C">
      <w:pPr>
        <w:pStyle w:val="NormalWeb"/>
      </w:pPr>
      <w:r>
        <w:t>“They killed Luis,” Frank said without looking up.</w:t>
      </w:r>
    </w:p>
    <w:p w14:paraId="74309C68" w14:textId="77777777" w:rsidR="0041365C" w:rsidRDefault="0041365C" w:rsidP="0041365C">
      <w:pPr>
        <w:pStyle w:val="NormalWeb"/>
      </w:pPr>
      <w:r>
        <w:t>“I saw. Logan. That was no suicide.”</w:t>
      </w:r>
    </w:p>
    <w:p w14:paraId="07ED4403" w14:textId="77777777" w:rsidR="0041365C" w:rsidRDefault="0041365C" w:rsidP="0041365C">
      <w:pPr>
        <w:pStyle w:val="NormalWeb"/>
      </w:pPr>
      <w:r>
        <w:t xml:space="preserve">“No,” Frank said. “And </w:t>
      </w:r>
      <w:proofErr w:type="gramStart"/>
      <w:r>
        <w:t>they’re</w:t>
      </w:r>
      <w:proofErr w:type="gramEnd"/>
      <w:r>
        <w:t xml:space="preserve"> pinning it on me. The coverage was too neat. It tied us together. </w:t>
      </w:r>
      <w:proofErr w:type="gramStart"/>
      <w:r>
        <w:t>They're</w:t>
      </w:r>
      <w:proofErr w:type="gramEnd"/>
      <w:r>
        <w:t xml:space="preserve"> </w:t>
      </w:r>
      <w:proofErr w:type="gramStart"/>
      <w:r>
        <w:t>writing</w:t>
      </w:r>
      <w:proofErr w:type="gramEnd"/>
      <w:r>
        <w:t xml:space="preserve"> the story before it happens.”</w:t>
      </w:r>
    </w:p>
    <w:p w14:paraId="3456CEE1" w14:textId="77777777" w:rsidR="0041365C" w:rsidRDefault="0041365C" w:rsidP="0041365C">
      <w:pPr>
        <w:pStyle w:val="NormalWeb"/>
      </w:pPr>
      <w:r>
        <w:t xml:space="preserve">Krystyn pulled up the article again. “’Logan Suicide Victim Identified as Associate of Fugitive </w:t>
      </w:r>
      <w:proofErr w:type="spellStart"/>
      <w:r>
        <w:t>PreConviction</w:t>
      </w:r>
      <w:proofErr w:type="spellEnd"/>
      <w:r>
        <w:t xml:space="preserve"> Suspect Franco Marino.’ God… </w:t>
      </w:r>
      <w:proofErr w:type="gramStart"/>
      <w:r>
        <w:t>they’re</w:t>
      </w:r>
      <w:proofErr w:type="gramEnd"/>
      <w:r>
        <w:t xml:space="preserve"> signaling. This is how they sanitize the kill.”</w:t>
      </w:r>
    </w:p>
    <w:p w14:paraId="014B5287" w14:textId="77777777" w:rsidR="0041365C" w:rsidRDefault="0041365C" w:rsidP="0041365C">
      <w:pPr>
        <w:pStyle w:val="NormalWeb"/>
      </w:pPr>
      <w:r>
        <w:t xml:space="preserve">Frank nodded. “And </w:t>
      </w:r>
      <w:proofErr w:type="gramStart"/>
      <w:r>
        <w:t>they’re</w:t>
      </w:r>
      <w:proofErr w:type="gramEnd"/>
      <w:r>
        <w:t xml:space="preserve"> doing more than that. The phones Luis gave </w:t>
      </w:r>
      <w:proofErr w:type="gramStart"/>
      <w:r>
        <w:t>me—they</w:t>
      </w:r>
      <w:proofErr w:type="gramEnd"/>
      <w:r>
        <w:t xml:space="preserve"> </w:t>
      </w:r>
      <w:proofErr w:type="gramStart"/>
      <w:r>
        <w:t>weren’t</w:t>
      </w:r>
      <w:proofErr w:type="gramEnd"/>
      <w:r>
        <w:t xml:space="preserve"> clean. They </w:t>
      </w:r>
      <w:proofErr w:type="gramStart"/>
      <w:r>
        <w:t>were planted</w:t>
      </w:r>
      <w:proofErr w:type="gramEnd"/>
      <w:r>
        <w:t>. Orpheus predicted every one of my moves. Even Ray.”</w:t>
      </w:r>
    </w:p>
    <w:p w14:paraId="41A9AEC7" w14:textId="77777777" w:rsidR="0041365C" w:rsidRDefault="0041365C" w:rsidP="0041365C">
      <w:pPr>
        <w:pStyle w:val="NormalWeb"/>
      </w:pPr>
      <w:r>
        <w:t>“Ray?” she asked, surprised.</w:t>
      </w:r>
    </w:p>
    <w:p w14:paraId="25A2E8CE" w14:textId="77777777" w:rsidR="0041365C" w:rsidRDefault="0041365C" w:rsidP="0041365C">
      <w:pPr>
        <w:pStyle w:val="NormalWeb"/>
      </w:pPr>
      <w:r>
        <w:t xml:space="preserve">“They mapped out the probabilities. Predicted </w:t>
      </w:r>
      <w:proofErr w:type="gramStart"/>
      <w:r>
        <w:t>I’d</w:t>
      </w:r>
      <w:proofErr w:type="gramEnd"/>
      <w:r>
        <w:t xml:space="preserve"> turn to a trusted veteran contact in transport. Even flagged his Crane Paper route.”</w:t>
      </w:r>
    </w:p>
    <w:p w14:paraId="75C9E3F9" w14:textId="77777777" w:rsidR="0041365C" w:rsidRDefault="0041365C" w:rsidP="0041365C">
      <w:pPr>
        <w:pStyle w:val="NormalWeb"/>
      </w:pPr>
      <w:r>
        <w:t>“So even your safe options weren’t safe.”</w:t>
      </w:r>
    </w:p>
    <w:p w14:paraId="5D3BD00D" w14:textId="77777777" w:rsidR="0041365C" w:rsidRDefault="0041365C" w:rsidP="0041365C">
      <w:pPr>
        <w:pStyle w:val="NormalWeb"/>
      </w:pPr>
      <w:r>
        <w:lastRenderedPageBreak/>
        <w:t>“No,” Frank said. “They were corridors. All leading here.”</w:t>
      </w:r>
    </w:p>
    <w:p w14:paraId="5AA961A8" w14:textId="77777777" w:rsidR="0041365C" w:rsidRDefault="0041365C" w:rsidP="0041365C">
      <w:pPr>
        <w:pStyle w:val="NormalWeb"/>
      </w:pPr>
      <w:r>
        <w:t>Krystyn sat. “We have to release it.”</w:t>
      </w:r>
    </w:p>
    <w:p w14:paraId="2F144931" w14:textId="77777777" w:rsidR="0041365C" w:rsidRDefault="0041365C" w:rsidP="0041365C">
      <w:pPr>
        <w:pStyle w:val="NormalWeb"/>
      </w:pPr>
      <w:r>
        <w:t xml:space="preserve">Frank shook his head. “Not yet. A press dump </w:t>
      </w:r>
      <w:proofErr w:type="gramStart"/>
      <w:r>
        <w:t>won’t</w:t>
      </w:r>
      <w:proofErr w:type="gramEnd"/>
      <w:r>
        <w:t xml:space="preserve"> work. The </w:t>
      </w:r>
      <w:proofErr w:type="spellStart"/>
      <w:r>
        <w:t>PreConviction</w:t>
      </w:r>
      <w:proofErr w:type="spellEnd"/>
      <w:r>
        <w:t xml:space="preserve"> </w:t>
      </w:r>
      <w:proofErr w:type="gramStart"/>
      <w:r>
        <w:t>program’s</w:t>
      </w:r>
      <w:proofErr w:type="gramEnd"/>
      <w:r>
        <w:t xml:space="preserve"> already </w:t>
      </w:r>
      <w:proofErr w:type="gramStart"/>
      <w:r>
        <w:t>been dismantled</w:t>
      </w:r>
      <w:proofErr w:type="gramEnd"/>
      <w:r>
        <w:t xml:space="preserve"> publicly. They gave the protestors a win. Everyone thinks the nightmare is over.”</w:t>
      </w:r>
    </w:p>
    <w:p w14:paraId="3848AA81" w14:textId="77777777" w:rsidR="0041365C" w:rsidRDefault="0041365C" w:rsidP="0041365C">
      <w:pPr>
        <w:pStyle w:val="NormalWeb"/>
      </w:pPr>
      <w:r>
        <w:t>She sighed. “But it’s just gone dark.”</w:t>
      </w:r>
    </w:p>
    <w:p w14:paraId="56C1D833" w14:textId="77777777" w:rsidR="0041365C" w:rsidRDefault="0041365C" w:rsidP="0041365C">
      <w:pPr>
        <w:pStyle w:val="NormalWeb"/>
      </w:pPr>
      <w:r>
        <w:t xml:space="preserve">“Exactly. Orpheus is the real program. The one they never </w:t>
      </w:r>
      <w:proofErr w:type="gramStart"/>
      <w:r>
        <w:t>showed</w:t>
      </w:r>
      <w:proofErr w:type="gramEnd"/>
      <w:r>
        <w:t xml:space="preserve"> anyone. If I leak it now, the media will call it a hoax. A bitter veteran scapegoating after a friend’s suicide. </w:t>
      </w:r>
      <w:proofErr w:type="gramStart"/>
      <w:r>
        <w:t>They’ve</w:t>
      </w:r>
      <w:proofErr w:type="gramEnd"/>
      <w:r>
        <w:t xml:space="preserve"> built the frame. </w:t>
      </w:r>
      <w:proofErr w:type="gramStart"/>
      <w:r>
        <w:t>I’m</w:t>
      </w:r>
      <w:proofErr w:type="gramEnd"/>
      <w:r>
        <w:t xml:space="preserve"> the unstable guy </w:t>
      </w:r>
      <w:proofErr w:type="gramStart"/>
      <w:r>
        <w:t>who’s</w:t>
      </w:r>
      <w:proofErr w:type="gramEnd"/>
      <w:r>
        <w:t xml:space="preserve"> been on the run for weeks.”</w:t>
      </w:r>
    </w:p>
    <w:p w14:paraId="6590055A" w14:textId="77777777" w:rsidR="0041365C" w:rsidRDefault="0041365C" w:rsidP="0041365C">
      <w:pPr>
        <w:pStyle w:val="NormalWeb"/>
      </w:pPr>
      <w:r>
        <w:t>She looked at him. “Then what?”</w:t>
      </w:r>
    </w:p>
    <w:p w14:paraId="612A2BF4" w14:textId="77777777" w:rsidR="0041365C" w:rsidRDefault="0041365C" w:rsidP="0041365C">
      <w:pPr>
        <w:pStyle w:val="NormalWeb"/>
      </w:pPr>
      <w:r>
        <w:t xml:space="preserve">“We need to break the illusion. Get it in front of someone that </w:t>
      </w:r>
      <w:proofErr w:type="gramStart"/>
      <w:r>
        <w:t>can’t</w:t>
      </w:r>
      <w:proofErr w:type="gramEnd"/>
      <w:r>
        <w:t xml:space="preserve"> ignore it. But first… we make them chase the wrong story.”</w:t>
      </w:r>
    </w:p>
    <w:p w14:paraId="29E51CD0" w14:textId="77777777" w:rsidR="0041365C" w:rsidRDefault="0041365C" w:rsidP="0041365C">
      <w:pPr>
        <w:pStyle w:val="NormalWeb"/>
      </w:pPr>
      <w:r>
        <w:t xml:space="preserve">Frank stood and pulled a folded blueprint from his bag—an aerial map of D.C. marked with three red </w:t>
      </w:r>
      <w:proofErr w:type="spellStart"/>
      <w:r>
        <w:t>Xs</w:t>
      </w:r>
      <w:proofErr w:type="spellEnd"/>
      <w:r>
        <w:t>. Federal nodes. Legacy data backbones.</w:t>
      </w:r>
    </w:p>
    <w:p w14:paraId="558F23FD" w14:textId="77777777" w:rsidR="0041365C" w:rsidRDefault="0041365C" w:rsidP="0041365C">
      <w:pPr>
        <w:pStyle w:val="NormalWeb"/>
      </w:pPr>
      <w:r>
        <w:t>“I’m going to plant the evidence.”</w:t>
      </w:r>
    </w:p>
    <w:p w14:paraId="6F64853D" w14:textId="77777777" w:rsidR="0041365C" w:rsidRDefault="0041365C" w:rsidP="0041365C">
      <w:pPr>
        <w:pStyle w:val="NormalWeb"/>
      </w:pPr>
      <w:r>
        <w:t>Krystyn blinked. “What?”</w:t>
      </w:r>
    </w:p>
    <w:p w14:paraId="7E585750" w14:textId="77777777" w:rsidR="0041365C" w:rsidRDefault="0041365C" w:rsidP="0041365C">
      <w:pPr>
        <w:pStyle w:val="NormalWeb"/>
      </w:pPr>
      <w:r>
        <w:t>“A decoy version. Enough truth to burn, but just enough to trigger panic. When they chase the fire, we slip in the real match. I know how these people operate. I used to be one of the tools they counted on.”</w:t>
      </w:r>
    </w:p>
    <w:p w14:paraId="1E1A9678" w14:textId="77777777" w:rsidR="0041365C" w:rsidRDefault="0041365C" w:rsidP="0041365C">
      <w:pPr>
        <w:pStyle w:val="NormalWeb"/>
      </w:pPr>
      <w:r>
        <w:t>She gave him a long look. “You’ve changed.”</w:t>
      </w:r>
    </w:p>
    <w:p w14:paraId="7D0B3D8D" w14:textId="77777777" w:rsidR="0041365C" w:rsidRDefault="0041365C" w:rsidP="0041365C">
      <w:pPr>
        <w:pStyle w:val="NormalWeb"/>
      </w:pPr>
      <w:r>
        <w:t>“No,” Frank said. “I finally understand the war I’ve been fighting.”</w:t>
      </w:r>
    </w:p>
    <w:p w14:paraId="334540C3" w14:textId="77777777" w:rsidR="0041365C" w:rsidRDefault="0041365C" w:rsidP="0041365C">
      <w:pPr>
        <w:pStyle w:val="NormalWeb"/>
      </w:pPr>
      <w:r>
        <w:t>He left before she could stop him.</w:t>
      </w:r>
    </w:p>
    <w:p w14:paraId="02D23A1B" w14:textId="77777777" w:rsidR="0041365C" w:rsidRDefault="0041365C" w:rsidP="0041365C">
      <w:pPr>
        <w:pStyle w:val="NormalWeb"/>
      </w:pPr>
      <w:r>
        <w:t xml:space="preserve">That night, as the city trembled with distant thunder, Frank moved between three locations. At each, he left partial data dumps—encrypted payloads hidden in subnets, with backdoors primed to trip. </w:t>
      </w:r>
      <w:proofErr w:type="gramStart"/>
      <w:r>
        <w:t>They’d</w:t>
      </w:r>
      <w:proofErr w:type="gramEnd"/>
      <w:r>
        <w:t xml:space="preserve"> trace it. </w:t>
      </w:r>
      <w:proofErr w:type="gramStart"/>
      <w:r>
        <w:t>They’d</w:t>
      </w:r>
      <w:proofErr w:type="gramEnd"/>
      <w:r>
        <w:t xml:space="preserve"> react. </w:t>
      </w:r>
      <w:proofErr w:type="gramStart"/>
      <w:r>
        <w:t>They’d</w:t>
      </w:r>
      <w:proofErr w:type="gramEnd"/>
      <w:r>
        <w:t xml:space="preserve"> overreact.</w:t>
      </w:r>
    </w:p>
    <w:p w14:paraId="560BD94D" w14:textId="77777777" w:rsidR="0041365C" w:rsidRDefault="0041365C" w:rsidP="0041365C">
      <w:pPr>
        <w:pStyle w:val="NormalWeb"/>
      </w:pPr>
      <w:r>
        <w:t xml:space="preserve">And </w:t>
      </w:r>
      <w:proofErr w:type="gramStart"/>
      <w:r>
        <w:t>they’d</w:t>
      </w:r>
      <w:proofErr w:type="gramEnd"/>
      <w:r>
        <w:t xml:space="preserve"> move the full weight of their machine away from the real target: the final node. The Orpheus Control Core.</w:t>
      </w:r>
    </w:p>
    <w:p w14:paraId="1F9C415C" w14:textId="77777777" w:rsidR="0041365C" w:rsidRDefault="0041365C" w:rsidP="0041365C">
      <w:pPr>
        <w:pStyle w:val="NormalWeb"/>
      </w:pPr>
      <w:r>
        <w:t xml:space="preserve">A place Frank knew </w:t>
      </w:r>
      <w:proofErr w:type="gramStart"/>
      <w:r>
        <w:t>he’d</w:t>
      </w:r>
      <w:proofErr w:type="gramEnd"/>
      <w:r>
        <w:t xml:space="preserve"> have to reach.</w:t>
      </w:r>
    </w:p>
    <w:p w14:paraId="48841D7E" w14:textId="77777777" w:rsidR="0041365C" w:rsidRDefault="0041365C" w:rsidP="0041365C">
      <w:pPr>
        <w:pStyle w:val="NormalWeb"/>
      </w:pPr>
      <w:r>
        <w:t>A place behind layers of clearance.</w:t>
      </w:r>
    </w:p>
    <w:p w14:paraId="0F6C5806" w14:textId="77777777" w:rsidR="0041365C" w:rsidRDefault="0041365C" w:rsidP="0041365C">
      <w:pPr>
        <w:pStyle w:val="NormalWeb"/>
      </w:pPr>
      <w:r>
        <w:t>And one last corridor he had yet to walk.</w:t>
      </w:r>
    </w:p>
    <w:p w14:paraId="0147F629" w14:textId="77777777" w:rsidR="007A5169" w:rsidRDefault="007A5169" w:rsidP="007A5169">
      <w:pPr>
        <w:pStyle w:val="NormalWeb"/>
        <w:rPr>
          <w:rStyle w:val="Strong"/>
        </w:rPr>
      </w:pPr>
    </w:p>
    <w:p w14:paraId="69CCB47D" w14:textId="77777777" w:rsidR="007A5169" w:rsidRDefault="007A5169" w:rsidP="007A5169">
      <w:pPr>
        <w:pStyle w:val="NormalWeb"/>
        <w:rPr>
          <w:rStyle w:val="Strong"/>
        </w:rPr>
      </w:pPr>
    </w:p>
    <w:p w14:paraId="38DE389C" w14:textId="77777777" w:rsidR="00B30570" w:rsidRDefault="00B30570" w:rsidP="00B30570">
      <w:pPr>
        <w:pStyle w:val="NormalWeb"/>
      </w:pPr>
      <w:r>
        <w:lastRenderedPageBreak/>
        <w:t>Chapter 24 – Fallout</w:t>
      </w:r>
    </w:p>
    <w:p w14:paraId="402E8CAB" w14:textId="77777777" w:rsidR="00B30570" w:rsidRDefault="00B30570" w:rsidP="00B30570">
      <w:pPr>
        <w:pStyle w:val="NormalWeb"/>
      </w:pPr>
      <w:r>
        <w:t xml:space="preserve">The morning light filtered through the hazy D.C. air like a dirty lens, casting a jaundiced hue over the city’s marble and glass </w:t>
      </w:r>
      <w:proofErr w:type="gramStart"/>
      <w:r>
        <w:t>façade</w:t>
      </w:r>
      <w:proofErr w:type="gramEnd"/>
      <w:r>
        <w:t xml:space="preserve">. Frank sat in the back of a parked delivery truck just outside Arlington, barely a mile from the Potomac. The air inside the truck was hot and metallic, carrying the scent of exhaust, sweat, and something </w:t>
      </w:r>
      <w:proofErr w:type="gramStart"/>
      <w:r>
        <w:t>older—panic</w:t>
      </w:r>
      <w:proofErr w:type="gramEnd"/>
      <w:r>
        <w:t>, maybe, or prophecy. The flash drive—his evidence, his weapon—</w:t>
      </w:r>
      <w:proofErr w:type="gramStart"/>
      <w:r>
        <w:t>was clutched</w:t>
      </w:r>
      <w:proofErr w:type="gramEnd"/>
      <w:r>
        <w:t xml:space="preserve"> in his hand, pressed so hard into his palm he thought it might crack.</w:t>
      </w:r>
    </w:p>
    <w:p w14:paraId="54D74759" w14:textId="77777777" w:rsidR="00B30570" w:rsidRDefault="00B30570" w:rsidP="00B30570">
      <w:pPr>
        <w:pStyle w:val="NormalWeb"/>
      </w:pPr>
      <w:r>
        <w:t xml:space="preserve">Krystyn sat beside him, hunched over a battered laptop with a cellular uplink balanced on her knees. Her jacket </w:t>
      </w:r>
      <w:proofErr w:type="gramStart"/>
      <w:r>
        <w:t>was draped</w:t>
      </w:r>
      <w:proofErr w:type="gramEnd"/>
      <w:r>
        <w:t xml:space="preserve"> over the wheel well, and a half-empty thermos of stale coffee steamed lazily on the dashboard. She looked up briefly, her eyes rimmed with fatigue but sharpened with resolve.</w:t>
      </w:r>
    </w:p>
    <w:p w14:paraId="61D90941" w14:textId="77777777" w:rsidR="00B30570" w:rsidRDefault="00B30570" w:rsidP="00B30570">
      <w:pPr>
        <w:pStyle w:val="NormalWeb"/>
      </w:pPr>
      <w:r>
        <w:t xml:space="preserve">"We can’t send this anywhere all at once," she said, her voice tight. "The second it pings a major server, it gets flagged. Maybe scrubbed. </w:t>
      </w:r>
      <w:proofErr w:type="gramStart"/>
      <w:r>
        <w:t>We’ll</w:t>
      </w:r>
      <w:proofErr w:type="gramEnd"/>
      <w:r>
        <w:t xml:space="preserve"> have to leak it in pieces. Timed drops. Redundancy."</w:t>
      </w:r>
    </w:p>
    <w:p w14:paraId="5E450057" w14:textId="77777777" w:rsidR="00B30570" w:rsidRDefault="00B30570" w:rsidP="00B30570">
      <w:pPr>
        <w:pStyle w:val="NormalWeb"/>
      </w:pPr>
      <w:r>
        <w:t xml:space="preserve">Frank nodded slowly, his mind tracing through the implications. Rushing would be a mistake. Orpheus </w:t>
      </w:r>
      <w:proofErr w:type="gramStart"/>
      <w:r>
        <w:t>didn’t</w:t>
      </w:r>
      <w:proofErr w:type="gramEnd"/>
      <w:r>
        <w:t xml:space="preserve"> just know where you </w:t>
      </w:r>
      <w:proofErr w:type="gramStart"/>
      <w:r>
        <w:t>were—</w:t>
      </w:r>
      <w:proofErr w:type="gramEnd"/>
      <w:r>
        <w:t xml:space="preserve">they knew how you </w:t>
      </w:r>
      <w:r>
        <w:rPr>
          <w:rStyle w:val="Emphasis"/>
        </w:rPr>
        <w:t>thought.</w:t>
      </w:r>
      <w:r>
        <w:t xml:space="preserve"> That was </w:t>
      </w:r>
      <w:proofErr w:type="gramStart"/>
      <w:r>
        <w:t>the genius</w:t>
      </w:r>
      <w:proofErr w:type="gramEnd"/>
      <w:r>
        <w:t xml:space="preserve">, and </w:t>
      </w:r>
      <w:proofErr w:type="gramStart"/>
      <w:r>
        <w:t>the terror</w:t>
      </w:r>
      <w:proofErr w:type="gramEnd"/>
      <w:r>
        <w:t>. They had weaponized intuition. They were always a step ahead because they designed the staircase.</w:t>
      </w:r>
    </w:p>
    <w:p w14:paraId="182B01DE" w14:textId="77777777" w:rsidR="00B30570" w:rsidRDefault="00B30570" w:rsidP="00B30570">
      <w:pPr>
        <w:pStyle w:val="NormalWeb"/>
      </w:pPr>
      <w:r>
        <w:t>"We need to segment it," Krystyn went on. "Small packets, encrypted, shared on dead drops and signal relays. Dark web forums, whistleblower channels, even old BBS networks. We scatter the trail and back it all up on physical media. DVDs. Thumb drives. Hell, CDs if we have to."</w:t>
      </w:r>
    </w:p>
    <w:p w14:paraId="44F36994" w14:textId="77777777" w:rsidR="00B30570" w:rsidRDefault="00B30570" w:rsidP="00B30570">
      <w:pPr>
        <w:pStyle w:val="NormalWeb"/>
      </w:pPr>
      <w:r>
        <w:t xml:space="preserve">"And we keep a </w:t>
      </w:r>
      <w:proofErr w:type="gramStart"/>
      <w:r>
        <w:t>hardcopy</w:t>
      </w:r>
      <w:proofErr w:type="gramEnd"/>
      <w:r>
        <w:t>," Frank said. "A failsafe."</w:t>
      </w:r>
    </w:p>
    <w:p w14:paraId="49263AFE" w14:textId="77777777" w:rsidR="00B30570" w:rsidRDefault="00B30570" w:rsidP="00B30570">
      <w:pPr>
        <w:pStyle w:val="NormalWeb"/>
      </w:pPr>
      <w:r>
        <w:t>She gave him a look—half impressed, half worried. "You’ve thought this through."</w:t>
      </w:r>
    </w:p>
    <w:p w14:paraId="5AB1EF26" w14:textId="77777777" w:rsidR="00B30570" w:rsidRDefault="00B30570" w:rsidP="00B30570">
      <w:pPr>
        <w:pStyle w:val="NormalWeb"/>
      </w:pPr>
      <w:r>
        <w:t>"I’ve been thinking of nothing else since Luis died."</w:t>
      </w:r>
    </w:p>
    <w:p w14:paraId="77306C94" w14:textId="77777777" w:rsidR="00B30570" w:rsidRDefault="00B30570" w:rsidP="00B30570">
      <w:pPr>
        <w:pStyle w:val="NormalWeb"/>
      </w:pPr>
      <w:r>
        <w:t xml:space="preserve">His voice cracked slightly at the name. It </w:t>
      </w:r>
      <w:proofErr w:type="gramStart"/>
      <w:r>
        <w:t>wasn’t</w:t>
      </w:r>
      <w:proofErr w:type="gramEnd"/>
      <w:r>
        <w:t xml:space="preserve"> just grief. It was guilt. Luis </w:t>
      </w:r>
      <w:proofErr w:type="gramStart"/>
      <w:r>
        <w:t>hadn’t</w:t>
      </w:r>
      <w:proofErr w:type="gramEnd"/>
      <w:r>
        <w:t xml:space="preserve"> just helped him—</w:t>
      </w:r>
      <w:proofErr w:type="gramStart"/>
      <w:r>
        <w:t>he’d</w:t>
      </w:r>
      <w:proofErr w:type="gramEnd"/>
      <w:r>
        <w:t xml:space="preserve"> believed in him. Trusted him with information that </w:t>
      </w:r>
      <w:proofErr w:type="gramStart"/>
      <w:r>
        <w:t>ultimately got</w:t>
      </w:r>
      <w:proofErr w:type="gramEnd"/>
      <w:r>
        <w:t xml:space="preserve"> him killed. And the media? </w:t>
      </w:r>
      <w:proofErr w:type="gramStart"/>
      <w:r>
        <w:t>They’d</w:t>
      </w:r>
      <w:proofErr w:type="gramEnd"/>
      <w:r>
        <w:t xml:space="preserve"> done exactly what the machine wanted. </w:t>
      </w:r>
      <w:proofErr w:type="gramStart"/>
      <w:r>
        <w:t>Turned it</w:t>
      </w:r>
      <w:proofErr w:type="gramEnd"/>
      <w:r>
        <w:t xml:space="preserve"> into a suicide. Tied it to Frank. Painted it in just enough ambiguity to seem plausible.</w:t>
      </w:r>
    </w:p>
    <w:p w14:paraId="17C25990" w14:textId="77777777" w:rsidR="00B30570" w:rsidRDefault="00B30570" w:rsidP="00B30570">
      <w:pPr>
        <w:pStyle w:val="NormalWeb"/>
      </w:pPr>
      <w:r>
        <w:t>He clenched his jaw. "I’m going to bury these bastards."</w:t>
      </w:r>
    </w:p>
    <w:p w14:paraId="15F29D17" w14:textId="77777777" w:rsidR="00B30570" w:rsidRDefault="00B30570" w:rsidP="00B30570">
      <w:pPr>
        <w:pStyle w:val="NormalWeb"/>
      </w:pPr>
      <w:r>
        <w:t>Krystyn turned the screen toward him. "There’s something else you need to see."</w:t>
      </w:r>
    </w:p>
    <w:p w14:paraId="1781428A" w14:textId="77777777" w:rsidR="00B30570" w:rsidRDefault="00B30570" w:rsidP="00B30570">
      <w:pPr>
        <w:pStyle w:val="NormalWeb"/>
      </w:pPr>
      <w:r>
        <w:t>The feed showed a closed-door Senate briefing. The video was low resolution, pulled from an internal security camera. A senator from Virginia—one of the loudest voices in national defense policy—stood addressing a small group of national security officials in a gray, recessed room. The words were chilling.</w:t>
      </w:r>
    </w:p>
    <w:p w14:paraId="54E27109" w14:textId="77777777" w:rsidR="00B30570" w:rsidRDefault="00B30570" w:rsidP="00B30570">
      <w:pPr>
        <w:pStyle w:val="NormalWeb"/>
      </w:pPr>
      <w:r>
        <w:t xml:space="preserve">Not </w:t>
      </w:r>
      <w:proofErr w:type="spellStart"/>
      <w:r>
        <w:rPr>
          <w:rStyle w:val="Emphasis"/>
        </w:rPr>
        <w:t>PreConviction</w:t>
      </w:r>
      <w:proofErr w:type="spellEnd"/>
      <w:r>
        <w:rPr>
          <w:rStyle w:val="Emphasis"/>
        </w:rPr>
        <w:t>.</w:t>
      </w:r>
      <w:r>
        <w:t xml:space="preserve"> But “contingency AI programs in national threat modeling.” A phrase wrapped in legislative banality but heavy with implication.</w:t>
      </w:r>
    </w:p>
    <w:p w14:paraId="0E175C5C" w14:textId="77777777" w:rsidR="00B30570" w:rsidRDefault="00B30570" w:rsidP="00B30570">
      <w:pPr>
        <w:pStyle w:val="NormalWeb"/>
      </w:pPr>
      <w:r>
        <w:rPr>
          <w:rStyle w:val="Emphasis"/>
        </w:rPr>
        <w:t>Orpheus.</w:t>
      </w:r>
    </w:p>
    <w:p w14:paraId="313EF317" w14:textId="77777777" w:rsidR="00B30570" w:rsidRDefault="00B30570" w:rsidP="00B30570">
      <w:pPr>
        <w:pStyle w:val="NormalWeb"/>
      </w:pPr>
      <w:r>
        <w:t xml:space="preserve">"They’re not dismantling it," Krystyn said, her voice brittle. "They’re just renaming it. Folding it into a new directive with a classified budget. All the noise around </w:t>
      </w:r>
      <w:proofErr w:type="spellStart"/>
      <w:r>
        <w:t>PreConviction</w:t>
      </w:r>
      <w:proofErr w:type="spellEnd"/>
      <w:r>
        <w:t>? That was the sleight of hand. They let it burn so they could keep the real engine hidden."</w:t>
      </w:r>
    </w:p>
    <w:p w14:paraId="57007FA3" w14:textId="77777777" w:rsidR="00B30570" w:rsidRDefault="00B30570" w:rsidP="00B30570">
      <w:pPr>
        <w:pStyle w:val="NormalWeb"/>
      </w:pPr>
      <w:r>
        <w:lastRenderedPageBreak/>
        <w:t>Frank stared at the screen, his pulse slowing to a cold, deliberate rhythm.</w:t>
      </w:r>
    </w:p>
    <w:p w14:paraId="492D7897" w14:textId="77777777" w:rsidR="00B30570" w:rsidRDefault="00B30570" w:rsidP="00B30570">
      <w:pPr>
        <w:pStyle w:val="NormalWeb"/>
      </w:pPr>
      <w:r>
        <w:t>They were going to keep it. Refine it. Use it.</w:t>
      </w:r>
    </w:p>
    <w:p w14:paraId="707813AA" w14:textId="77777777" w:rsidR="00B30570" w:rsidRDefault="00B30570" w:rsidP="00B30570">
      <w:pPr>
        <w:pStyle w:val="NormalWeb"/>
      </w:pPr>
      <w:r>
        <w:t xml:space="preserve">Luis’s death. The manipulated photo. The protests. The burner phones. Every moment that had pushed him further from society, closer to the edge—it </w:t>
      </w:r>
      <w:proofErr w:type="gramStart"/>
      <w:r>
        <w:t>wasn’t</w:t>
      </w:r>
      <w:proofErr w:type="gramEnd"/>
      <w:r>
        <w:t xml:space="preserve"> just surveillance. It was curation. Orchestration. They had engineered the fall.</w:t>
      </w:r>
    </w:p>
    <w:p w14:paraId="499766A8" w14:textId="77777777" w:rsidR="00B30570" w:rsidRDefault="00B30570" w:rsidP="00B30570">
      <w:pPr>
        <w:pStyle w:val="NormalWeb"/>
      </w:pPr>
      <w:r>
        <w:t>Frank pressed his knuckles into his forehead. "And the public doesn’t see it. They think the threat’s over. That the protests worked."</w:t>
      </w:r>
    </w:p>
    <w:p w14:paraId="504A0549" w14:textId="77777777" w:rsidR="00B30570" w:rsidRDefault="00B30570" w:rsidP="00B30570">
      <w:pPr>
        <w:pStyle w:val="NormalWeb"/>
      </w:pPr>
      <w:r>
        <w:t xml:space="preserve">"Because they </w:t>
      </w:r>
      <w:r>
        <w:rPr>
          <w:rStyle w:val="Emphasis"/>
        </w:rPr>
        <w:t>did</w:t>
      </w:r>
      <w:r>
        <w:t xml:space="preserve"> work," Krystyn said. "Just not in the way they think. The government sacrificed the visible part of the program to protect the real one. They let Orpheus slip beneath the surface."</w:t>
      </w:r>
    </w:p>
    <w:p w14:paraId="42B99B95" w14:textId="77777777" w:rsidR="00B30570" w:rsidRDefault="00B30570" w:rsidP="00B30570">
      <w:pPr>
        <w:pStyle w:val="NormalWeb"/>
      </w:pPr>
      <w:r>
        <w:t>He stood, pacing the length of the cramped truck bed. Outside, the Potomac shimmered under the weak morning sun. A jogger passed on the sidewalk. Birds chirped from the eaves of a nearby parking structure. It was all so normal. So unworthy of the panic clawing at the base of his spine.</w:t>
      </w:r>
    </w:p>
    <w:p w14:paraId="659289B4" w14:textId="77777777" w:rsidR="00B30570" w:rsidRDefault="00B30570" w:rsidP="00B30570">
      <w:pPr>
        <w:pStyle w:val="NormalWeb"/>
      </w:pPr>
      <w:r>
        <w:t>"We need an outlet," Frank said finally. "Something they can’t bury. Something analog."</w:t>
      </w:r>
    </w:p>
    <w:p w14:paraId="41B9B1C8" w14:textId="77777777" w:rsidR="00B30570" w:rsidRDefault="00B30570" w:rsidP="00B30570">
      <w:pPr>
        <w:pStyle w:val="NormalWeb"/>
      </w:pPr>
      <w:r>
        <w:t xml:space="preserve">Krystyn raised an eyebrow. "Print? You want to </w:t>
      </w:r>
      <w:proofErr w:type="gramStart"/>
      <w:r>
        <w:t>go</w:t>
      </w:r>
      <w:proofErr w:type="gramEnd"/>
      <w:r>
        <w:t xml:space="preserve"> full Samizdat?"</w:t>
      </w:r>
    </w:p>
    <w:p w14:paraId="0BE61502" w14:textId="77777777" w:rsidR="00B30570" w:rsidRDefault="00B30570" w:rsidP="00B30570">
      <w:pPr>
        <w:pStyle w:val="NormalWeb"/>
      </w:pPr>
      <w:r>
        <w:t>"No," he replied, a flicker of something dangerous in his voice. "I want to go public."</w:t>
      </w:r>
    </w:p>
    <w:p w14:paraId="14C0AEEB" w14:textId="77777777" w:rsidR="00B30570" w:rsidRDefault="00B30570" w:rsidP="00B30570">
      <w:pPr>
        <w:pStyle w:val="NormalWeb"/>
      </w:pPr>
      <w:r>
        <w:t>She froze. "You wouldn’t survive it."</w:t>
      </w:r>
    </w:p>
    <w:p w14:paraId="3F0321E5" w14:textId="77777777" w:rsidR="00B30570" w:rsidRDefault="00B30570" w:rsidP="00B30570">
      <w:pPr>
        <w:pStyle w:val="NormalWeb"/>
      </w:pPr>
      <w:r>
        <w:t xml:space="preserve">"I’m not supposed </w:t>
      </w:r>
      <w:proofErr w:type="gramStart"/>
      <w:r>
        <w:t>to</w:t>
      </w:r>
      <w:proofErr w:type="gramEnd"/>
      <w:r>
        <w:t xml:space="preserve"> anyway. Don’t you get it?" He leaned against the wall of the truck. "This ends </w:t>
      </w:r>
      <w:proofErr w:type="gramStart"/>
      <w:r>
        <w:t>one of</w:t>
      </w:r>
      <w:proofErr w:type="gramEnd"/>
      <w:r>
        <w:t xml:space="preserve"> two ways: I disappear </w:t>
      </w:r>
      <w:proofErr w:type="gramStart"/>
      <w:r>
        <w:t>quietly</w:t>
      </w:r>
      <w:proofErr w:type="gramEnd"/>
      <w:r>
        <w:t xml:space="preserve"> and they keep Orpheus... or I die loudly, and they lose control of the story."</w:t>
      </w:r>
    </w:p>
    <w:p w14:paraId="763834B1" w14:textId="77777777" w:rsidR="00B30570" w:rsidRDefault="00B30570" w:rsidP="00B30570">
      <w:pPr>
        <w:pStyle w:val="NormalWeb"/>
      </w:pPr>
      <w:r>
        <w:t>Her fingers hovered over the keyboard. "And if they decide to erase it all? You, the footage, the evidence?"</w:t>
      </w:r>
    </w:p>
    <w:p w14:paraId="654A56B8" w14:textId="77777777" w:rsidR="00B30570" w:rsidRDefault="00B30570" w:rsidP="00B30570">
      <w:pPr>
        <w:pStyle w:val="NormalWeb"/>
      </w:pPr>
      <w:r>
        <w:t xml:space="preserve">"Then you run," Frank said. "You find someone who’ll keep telling the story. But if I can </w:t>
      </w:r>
      <w:proofErr w:type="gramStart"/>
      <w:r>
        <w:t>get even</w:t>
      </w:r>
      <w:proofErr w:type="gramEnd"/>
      <w:r>
        <w:t xml:space="preserve"> one message out—on camera, live—they </w:t>
      </w:r>
      <w:proofErr w:type="gramStart"/>
      <w:r>
        <w:t>can’t</w:t>
      </w:r>
      <w:proofErr w:type="gramEnd"/>
      <w:r>
        <w:t xml:space="preserve"> erase it without making me a martyr. </w:t>
      </w:r>
      <w:proofErr w:type="gramStart"/>
      <w:r>
        <w:t>They’ve</w:t>
      </w:r>
      <w:proofErr w:type="gramEnd"/>
      <w:r>
        <w:t xml:space="preserve"> made me into the villain. Fine. Let’s make them regret that."</w:t>
      </w:r>
    </w:p>
    <w:p w14:paraId="6FEDCAC0" w14:textId="77777777" w:rsidR="00B30570" w:rsidRDefault="00B30570" w:rsidP="00B30570">
      <w:pPr>
        <w:pStyle w:val="NormalWeb"/>
      </w:pPr>
      <w:r>
        <w:t xml:space="preserve">A long silence followed. Then Krystyn spoke, her voice lower, more guarded. "I know a place. Pirate broadcast infrastructure. Old ham tower, hardline off the grid. College radio </w:t>
      </w:r>
      <w:proofErr w:type="gramStart"/>
      <w:r>
        <w:t>station</w:t>
      </w:r>
      <w:proofErr w:type="gramEnd"/>
      <w:r>
        <w:t xml:space="preserve"> went bankrupt in the nineties. We can patch through the signal directly into emergency airwaves if we splice the right equipment."</w:t>
      </w:r>
    </w:p>
    <w:p w14:paraId="108815E6" w14:textId="77777777" w:rsidR="00B30570" w:rsidRDefault="00B30570" w:rsidP="00B30570">
      <w:pPr>
        <w:pStyle w:val="NormalWeb"/>
      </w:pPr>
      <w:r>
        <w:t>Frank blinked. "You’ve done this before?"</w:t>
      </w:r>
    </w:p>
    <w:p w14:paraId="4FBCCCA1" w14:textId="77777777" w:rsidR="00B30570" w:rsidRDefault="00B30570" w:rsidP="00B30570">
      <w:pPr>
        <w:pStyle w:val="NormalWeb"/>
      </w:pPr>
      <w:r>
        <w:t>"Once. During the referendum riots. Small-scale. Never something this... heavy."</w:t>
      </w:r>
    </w:p>
    <w:p w14:paraId="19031F8C" w14:textId="77777777" w:rsidR="00B30570" w:rsidRDefault="00B30570" w:rsidP="00B30570">
      <w:pPr>
        <w:pStyle w:val="NormalWeb"/>
      </w:pPr>
      <w:r>
        <w:t>"Then let’s finish it."</w:t>
      </w:r>
    </w:p>
    <w:p w14:paraId="27DDF648" w14:textId="77777777" w:rsidR="00B30570" w:rsidRDefault="00B30570" w:rsidP="00B30570">
      <w:pPr>
        <w:pStyle w:val="NormalWeb"/>
      </w:pPr>
      <w:r>
        <w:t>Krystyn typed quickly, compiling packets from the flash drive and queuing redundancies. Outside, the street began to stir. Sirens in the distance. The echo of the city waking up, unaware of the virus living in its veins.</w:t>
      </w:r>
    </w:p>
    <w:p w14:paraId="093DF962" w14:textId="77777777" w:rsidR="00B30570" w:rsidRDefault="00B30570" w:rsidP="00B30570">
      <w:pPr>
        <w:pStyle w:val="NormalWeb"/>
      </w:pPr>
      <w:r>
        <w:t xml:space="preserve">Frank leaned back, staring at the ceiling of the truck. His mind wandered—to Afghanistan, to the mission where </w:t>
      </w:r>
      <w:proofErr w:type="gramStart"/>
      <w:r>
        <w:t>he’d</w:t>
      </w:r>
      <w:proofErr w:type="gramEnd"/>
      <w:r>
        <w:t xml:space="preserve"> first learned that chaos </w:t>
      </w:r>
      <w:proofErr w:type="gramStart"/>
      <w:r>
        <w:t>didn’t</w:t>
      </w:r>
      <w:proofErr w:type="gramEnd"/>
      <w:r>
        <w:t xml:space="preserve"> happen on accident. It </w:t>
      </w:r>
      <w:proofErr w:type="gramStart"/>
      <w:r>
        <w:t>was often planned</w:t>
      </w:r>
      <w:proofErr w:type="gramEnd"/>
      <w:r>
        <w:t>. Forecasted. Modeled.</w:t>
      </w:r>
    </w:p>
    <w:p w14:paraId="2994D42F" w14:textId="77777777" w:rsidR="00B30570" w:rsidRDefault="00B30570" w:rsidP="00B30570">
      <w:pPr>
        <w:pStyle w:val="NormalWeb"/>
      </w:pPr>
      <w:r>
        <w:lastRenderedPageBreak/>
        <w:t>And now, he was living inside the blueprint.</w:t>
      </w:r>
    </w:p>
    <w:p w14:paraId="4D9CCFA9" w14:textId="77777777" w:rsidR="00B30570" w:rsidRDefault="00B30570" w:rsidP="00B30570">
      <w:pPr>
        <w:pStyle w:val="NormalWeb"/>
      </w:pPr>
      <w:r>
        <w:t>"We’ve got six hours to the window," Krystyn said. "Once we fire it off, we’re targets."</w:t>
      </w:r>
    </w:p>
    <w:p w14:paraId="13D77644" w14:textId="77777777" w:rsidR="00B30570" w:rsidRDefault="00B30570" w:rsidP="00B30570">
      <w:pPr>
        <w:pStyle w:val="NormalWeb"/>
      </w:pPr>
      <w:r>
        <w:t xml:space="preserve">Frank looked over, eyes burning with the weight of a truth </w:t>
      </w:r>
      <w:proofErr w:type="gramStart"/>
      <w:r>
        <w:t>he’d</w:t>
      </w:r>
      <w:proofErr w:type="gramEnd"/>
      <w:r>
        <w:t xml:space="preserve"> carried too long.</w:t>
      </w:r>
    </w:p>
    <w:p w14:paraId="4BE0C972" w14:textId="77777777" w:rsidR="00B30570" w:rsidRDefault="00B30570" w:rsidP="00B30570">
      <w:pPr>
        <w:pStyle w:val="NormalWeb"/>
      </w:pPr>
      <w:r>
        <w:t>"We’ve been targets for a long time."</w:t>
      </w:r>
    </w:p>
    <w:p w14:paraId="099D03D8" w14:textId="77777777" w:rsidR="00B30570" w:rsidRDefault="00B30570" w:rsidP="00B30570">
      <w:pPr>
        <w:pStyle w:val="NormalWeb"/>
      </w:pPr>
      <w:r>
        <w:t>They split the materials, burned the rest. Frank took the emergency kit—cash, burner phones, two IDs, one last thumb drive—and vanished into the D.C. fog. By the time Krystyn packed the laptop, the street was empty.</w:t>
      </w:r>
    </w:p>
    <w:p w14:paraId="67A91862" w14:textId="77777777" w:rsidR="00B30570" w:rsidRDefault="00B30570" w:rsidP="00B30570">
      <w:pPr>
        <w:pStyle w:val="NormalWeb"/>
      </w:pPr>
      <w:r>
        <w:t>Hours later, as dusk slid over the Appalachians, Frank stepped out of a rusted Ford Bronco onto the gravel drive of a long-abandoned hunting cabin tucked into a West Virginia hollow.</w:t>
      </w:r>
    </w:p>
    <w:p w14:paraId="5D195A2A" w14:textId="77777777" w:rsidR="00B30570" w:rsidRDefault="00B30570" w:rsidP="00B30570">
      <w:pPr>
        <w:pStyle w:val="NormalWeb"/>
      </w:pPr>
      <w:r>
        <w:t>The ghosts were waiting.</w:t>
      </w:r>
    </w:p>
    <w:p w14:paraId="3745A9A3" w14:textId="77777777" w:rsidR="006B1EA5" w:rsidRDefault="006B1EA5" w:rsidP="006B1EA5">
      <w:pPr>
        <w:pStyle w:val="NormalWeb"/>
      </w:pPr>
      <w:r>
        <w:t>Chapter 25 – The Fugitive’s Gambit</w:t>
      </w:r>
    </w:p>
    <w:p w14:paraId="0689B666" w14:textId="77777777" w:rsidR="006B1EA5" w:rsidRDefault="006B1EA5" w:rsidP="006B1EA5">
      <w:pPr>
        <w:pStyle w:val="NormalWeb"/>
      </w:pPr>
      <w:r>
        <w:t xml:space="preserve">Frank watched the last daylight slip behind the mountains as the cabin settled into a hush broken only by the chirp of cicadas and the creak of cooling timber. The walls bore the scent of cedar and damp stone, and though the place had been </w:t>
      </w:r>
      <w:proofErr w:type="gramStart"/>
      <w:r>
        <w:t>empty</w:t>
      </w:r>
      <w:proofErr w:type="gramEnd"/>
      <w:r>
        <w:t xml:space="preserve"> for years, it welcomed him like a memory. He dropped the duffel by the door, checked the locks, then peeled back the old tarpaulin covering the windows. The sky beyond the trees was deep purple, the stars timid.</w:t>
      </w:r>
    </w:p>
    <w:p w14:paraId="6C2714E9" w14:textId="77777777" w:rsidR="006B1EA5" w:rsidRDefault="006B1EA5" w:rsidP="006B1EA5">
      <w:pPr>
        <w:pStyle w:val="NormalWeb"/>
      </w:pPr>
      <w:r>
        <w:t xml:space="preserve">He lit a fire—not for warmth, but for ritual. Something primal. He </w:t>
      </w:r>
      <w:proofErr w:type="gramStart"/>
      <w:r>
        <w:t>hadn’t</w:t>
      </w:r>
      <w:proofErr w:type="gramEnd"/>
      <w:r>
        <w:t xml:space="preserve"> stopped moving in days, and every moment felt like borrowed time.</w:t>
      </w:r>
    </w:p>
    <w:p w14:paraId="325A0EC7" w14:textId="77777777" w:rsidR="006B1EA5" w:rsidRDefault="006B1EA5" w:rsidP="006B1EA5">
      <w:pPr>
        <w:pStyle w:val="NormalWeb"/>
      </w:pPr>
      <w:r>
        <w:t xml:space="preserve">He </w:t>
      </w:r>
      <w:proofErr w:type="gramStart"/>
      <w:r>
        <w:t>hadn’t</w:t>
      </w:r>
      <w:proofErr w:type="gramEnd"/>
      <w:r>
        <w:t xml:space="preserve"> told Krystyn where he was going. Too dangerous. Too soon. They had separated after the truck—she </w:t>
      </w:r>
      <w:proofErr w:type="gramStart"/>
      <w:r>
        <w:t>doubling</w:t>
      </w:r>
      <w:proofErr w:type="gramEnd"/>
      <w:r>
        <w:t xml:space="preserve"> back into D.C. to spread the data, Frank heading south into the folds of the Appalachians. Somewhere quiet. Somewhere forgotten.</w:t>
      </w:r>
    </w:p>
    <w:p w14:paraId="43F5C3EE" w14:textId="77777777" w:rsidR="006B1EA5" w:rsidRDefault="006B1EA5" w:rsidP="006B1EA5">
      <w:pPr>
        <w:pStyle w:val="NormalWeb"/>
      </w:pPr>
      <w:r>
        <w:t xml:space="preserve">The flash drive, now copied and segmented, sat tucked inside the false bottom of his rucksack. The last </w:t>
      </w:r>
      <w:proofErr w:type="gramStart"/>
      <w:r>
        <w:t>original, in case</w:t>
      </w:r>
      <w:proofErr w:type="gramEnd"/>
      <w:r>
        <w:t xml:space="preserve"> the rest </w:t>
      </w:r>
      <w:proofErr w:type="gramStart"/>
      <w:r>
        <w:t>were intercepted</w:t>
      </w:r>
      <w:proofErr w:type="gramEnd"/>
      <w:r>
        <w:t>. He turned on the burner phone, scanned the air for signals, and shut it off again. Nothing but static. That was good.</w:t>
      </w:r>
    </w:p>
    <w:p w14:paraId="466A60EB" w14:textId="77777777" w:rsidR="006B1EA5" w:rsidRDefault="006B1EA5" w:rsidP="006B1EA5">
      <w:pPr>
        <w:pStyle w:val="NormalWeb"/>
      </w:pPr>
      <w:r>
        <w:t>The cabin belonged to the mother of Luis Ortega, his friend from Afghanistan. Luis had died on their final deployment, the victim of an IED that was never supposed to be there. Frank had met the family once—at the funeral in Holyoke. The mother had shaken his hand with a strength that nearly broke him, her face hard as mountain granite. She had invited him to visit if he ever needed to disappear. He thought she was just being kind.</w:t>
      </w:r>
    </w:p>
    <w:p w14:paraId="7A1500F1" w14:textId="77777777" w:rsidR="006B1EA5" w:rsidRDefault="006B1EA5" w:rsidP="006B1EA5">
      <w:pPr>
        <w:pStyle w:val="NormalWeb"/>
      </w:pPr>
      <w:r>
        <w:t xml:space="preserve">She </w:t>
      </w:r>
      <w:proofErr w:type="gramStart"/>
      <w:r>
        <w:t>hadn’t</w:t>
      </w:r>
      <w:proofErr w:type="gramEnd"/>
      <w:r>
        <w:t xml:space="preserve"> been.</w:t>
      </w:r>
    </w:p>
    <w:p w14:paraId="12D21B22" w14:textId="77777777" w:rsidR="006B1EA5" w:rsidRDefault="006B1EA5" w:rsidP="006B1EA5">
      <w:pPr>
        <w:pStyle w:val="NormalWeb"/>
      </w:pPr>
      <w:proofErr w:type="gramStart"/>
      <w:r>
        <w:t>He’d</w:t>
      </w:r>
      <w:proofErr w:type="gramEnd"/>
      <w:r>
        <w:t xml:space="preserve"> shown up late in the day, unshaven and half-starved, and before he could explain, she had nodded once and handed him the keys. No questions. No judgement. Just Appalachian steel. When he asked about securing communication gear and </w:t>
      </w:r>
      <w:proofErr w:type="gramStart"/>
      <w:r>
        <w:t>maybe a</w:t>
      </w:r>
      <w:proofErr w:type="gramEnd"/>
      <w:r>
        <w:t xml:space="preserve"> laptop, she had leaned out the door and called for someone.</w:t>
      </w:r>
    </w:p>
    <w:p w14:paraId="2167AB50" w14:textId="77777777" w:rsidR="006B1EA5" w:rsidRDefault="006B1EA5" w:rsidP="006B1EA5">
      <w:pPr>
        <w:pStyle w:val="NormalWeb"/>
      </w:pPr>
      <w:proofErr w:type="gramStart"/>
      <w:r>
        <w:t>That’s</w:t>
      </w:r>
      <w:proofErr w:type="gramEnd"/>
      <w:r>
        <w:t xml:space="preserve"> when the daughter-in-law emerged. Marie. Slim, mid-thirties, sharp-eyed, and skeptical. She had </w:t>
      </w:r>
      <w:proofErr w:type="gramStart"/>
      <w:r>
        <w:t>remarried—Frank</w:t>
      </w:r>
      <w:proofErr w:type="gramEnd"/>
      <w:r>
        <w:t xml:space="preserve"> noticed the ring. But when Luis’s mother asked her to help, Marie had only hesitated a second before nodding.</w:t>
      </w:r>
    </w:p>
    <w:p w14:paraId="2123EC3D" w14:textId="77777777" w:rsidR="006B1EA5" w:rsidRDefault="006B1EA5" w:rsidP="006B1EA5">
      <w:pPr>
        <w:pStyle w:val="NormalWeb"/>
      </w:pPr>
      <w:r>
        <w:lastRenderedPageBreak/>
        <w:t xml:space="preserve">Now, in the back shed, Marie was helping him wire a jerry-rigged signal booster to a satphone link </w:t>
      </w:r>
      <w:proofErr w:type="gramStart"/>
      <w:r>
        <w:t>she’d</w:t>
      </w:r>
      <w:proofErr w:type="gramEnd"/>
      <w:r>
        <w:t xml:space="preserve"> procured from a contact who </w:t>
      </w:r>
      <w:proofErr w:type="gramStart"/>
      <w:r>
        <w:t>owed</w:t>
      </w:r>
      <w:proofErr w:type="gramEnd"/>
      <w:r>
        <w:t xml:space="preserve"> her.</w:t>
      </w:r>
    </w:p>
    <w:p w14:paraId="7A2AA145" w14:textId="77777777" w:rsidR="006B1EA5" w:rsidRDefault="006B1EA5" w:rsidP="006B1EA5">
      <w:pPr>
        <w:pStyle w:val="NormalWeb"/>
      </w:pPr>
      <w:r>
        <w:t>"You have ten minutes max before the link pings too many systems," she said. "After that, you're visible."</w:t>
      </w:r>
    </w:p>
    <w:p w14:paraId="5079CE59" w14:textId="77777777" w:rsidR="006B1EA5" w:rsidRDefault="006B1EA5" w:rsidP="006B1EA5">
      <w:pPr>
        <w:pStyle w:val="NormalWeb"/>
      </w:pPr>
      <w:r>
        <w:t>"Ten is better than zero," Frank replied.</w:t>
      </w:r>
    </w:p>
    <w:p w14:paraId="6BEE16F4" w14:textId="77777777" w:rsidR="006B1EA5" w:rsidRDefault="006B1EA5" w:rsidP="006B1EA5">
      <w:pPr>
        <w:pStyle w:val="NormalWeb"/>
      </w:pPr>
      <w:r>
        <w:t xml:space="preserve">He activated the screen and scanned frequencies. Krystyn would be watching </w:t>
      </w:r>
      <w:proofErr w:type="gramStart"/>
      <w:r>
        <w:t>a few</w:t>
      </w:r>
      <w:proofErr w:type="gramEnd"/>
      <w:r>
        <w:t xml:space="preserve"> hidden forums. A pulse message might get to her. But before he could finish composing the signal, something caught his eye on the cabin’s tiny analog TV.</w:t>
      </w:r>
    </w:p>
    <w:p w14:paraId="27F37AB0" w14:textId="77777777" w:rsidR="006B1EA5" w:rsidRDefault="006B1EA5" w:rsidP="006B1EA5">
      <w:pPr>
        <w:pStyle w:val="NormalWeb"/>
      </w:pPr>
      <w:r>
        <w:t xml:space="preserve">Media coverage. The </w:t>
      </w:r>
      <w:proofErr w:type="spellStart"/>
      <w:r>
        <w:t>PreConviction</w:t>
      </w:r>
      <w:proofErr w:type="spellEnd"/>
      <w:r>
        <w:t xml:space="preserve"> trial had taken over every network. CNN had a chyron calling it "The Last Firewall." MSNBC was airing segments mocking the dissenters. But Fox and fringe podcasters were screaming about </w:t>
      </w:r>
      <w:proofErr w:type="gramStart"/>
      <w:r>
        <w:t>constitutional</w:t>
      </w:r>
      <w:proofErr w:type="gramEnd"/>
      <w:r>
        <w:t xml:space="preserve"> crisis and algorithmic tyranny.</w:t>
      </w:r>
    </w:p>
    <w:p w14:paraId="42B68914" w14:textId="77777777" w:rsidR="006B1EA5" w:rsidRDefault="006B1EA5" w:rsidP="006B1EA5">
      <w:pPr>
        <w:pStyle w:val="NormalWeb"/>
      </w:pPr>
      <w:r>
        <w:t xml:space="preserve">Then a face appeared. Dr. Marcus Reynolds. The only public figure who had questioned the </w:t>
      </w:r>
      <w:proofErr w:type="spellStart"/>
      <w:r>
        <w:t>PreConviction</w:t>
      </w:r>
      <w:proofErr w:type="spellEnd"/>
      <w:r>
        <w:t xml:space="preserve"> system early </w:t>
      </w:r>
      <w:proofErr w:type="gramStart"/>
      <w:r>
        <w:t>on, before</w:t>
      </w:r>
      <w:proofErr w:type="gramEnd"/>
      <w:r>
        <w:t xml:space="preserve"> it was fashionable.</w:t>
      </w:r>
    </w:p>
    <w:p w14:paraId="6FB5A79E" w14:textId="77777777" w:rsidR="006B1EA5" w:rsidRDefault="006B1EA5" w:rsidP="006B1EA5">
      <w:pPr>
        <w:pStyle w:val="NormalWeb"/>
      </w:pPr>
      <w:r>
        <w:t xml:space="preserve">Frank leaned in. Reynolds looked gaunt. The host was ridiculing him, but Reynolds </w:t>
      </w:r>
      <w:proofErr w:type="gramStart"/>
      <w:r>
        <w:t>wasn’t</w:t>
      </w:r>
      <w:proofErr w:type="gramEnd"/>
      <w:r>
        <w:t xml:space="preserve"> flinching. Then he </w:t>
      </w:r>
      <w:proofErr w:type="gramStart"/>
      <w:r>
        <w:t>said it</w:t>
      </w:r>
      <w:proofErr w:type="gramEnd"/>
      <w:r>
        <w:t>:</w:t>
      </w:r>
    </w:p>
    <w:p w14:paraId="26EC530F" w14:textId="77777777" w:rsidR="006B1EA5" w:rsidRDefault="006B1EA5" w:rsidP="006B1EA5">
      <w:pPr>
        <w:pStyle w:val="NormalWeb"/>
      </w:pPr>
      <w:r>
        <w:t xml:space="preserve">"...and if anyone out there still believes in truth, they should remember what I said in Richmond during the rollout—truth leaves echoes in the places we least expect. The firefly </w:t>
      </w:r>
      <w:proofErr w:type="gramStart"/>
      <w:r>
        <w:t>doesn’t</w:t>
      </w:r>
      <w:proofErr w:type="gramEnd"/>
      <w:r>
        <w:t xml:space="preserve"> just blink for light. It blinks for </w:t>
      </w:r>
      <w:r>
        <w:rPr>
          <w:rStyle w:val="Emphasis"/>
        </w:rPr>
        <w:t>contact.</w:t>
      </w:r>
      <w:r>
        <w:t>"</w:t>
      </w:r>
    </w:p>
    <w:p w14:paraId="533B2743" w14:textId="77777777" w:rsidR="006B1EA5" w:rsidRDefault="006B1EA5" w:rsidP="006B1EA5">
      <w:pPr>
        <w:pStyle w:val="NormalWeb"/>
      </w:pPr>
      <w:r>
        <w:t>Frank froze. Richmond. Firefly.</w:t>
      </w:r>
    </w:p>
    <w:p w14:paraId="1F5E13C0" w14:textId="77777777" w:rsidR="006B1EA5" w:rsidRDefault="006B1EA5" w:rsidP="006B1EA5">
      <w:pPr>
        <w:pStyle w:val="NormalWeb"/>
      </w:pPr>
      <w:r>
        <w:t>That had been code. A phrase from an old backchannel used during foreign operations. Frank had only ever heard Luis say it once, in Kabul, when someone from inside passed information that saved their team. It had become an inside joke: firefly meant someone on the inside was alive and signaling.</w:t>
      </w:r>
    </w:p>
    <w:p w14:paraId="7728817E" w14:textId="77777777" w:rsidR="006B1EA5" w:rsidRDefault="006B1EA5" w:rsidP="006B1EA5">
      <w:pPr>
        <w:pStyle w:val="NormalWeb"/>
      </w:pPr>
      <w:r>
        <w:t>Reynolds was trying to reach him.</w:t>
      </w:r>
    </w:p>
    <w:p w14:paraId="67FCA952" w14:textId="77777777" w:rsidR="006B1EA5" w:rsidRDefault="006B1EA5" w:rsidP="006B1EA5">
      <w:pPr>
        <w:pStyle w:val="NormalWeb"/>
      </w:pPr>
      <w:r>
        <w:t>He rewound the segment. Listened again. No doubt.</w:t>
      </w:r>
    </w:p>
    <w:p w14:paraId="62F89404" w14:textId="77777777" w:rsidR="006B1EA5" w:rsidRDefault="006B1EA5" w:rsidP="006B1EA5">
      <w:pPr>
        <w:pStyle w:val="NormalWeb"/>
      </w:pPr>
      <w:r>
        <w:t>Somebody had contacted Reynolds. Someone who knew what Orpheus really was.</w:t>
      </w:r>
    </w:p>
    <w:p w14:paraId="75534680" w14:textId="77777777" w:rsidR="006B1EA5" w:rsidRDefault="006B1EA5" w:rsidP="006B1EA5">
      <w:pPr>
        <w:pStyle w:val="NormalWeb"/>
      </w:pPr>
      <w:r>
        <w:t>And they were blinking.</w:t>
      </w:r>
    </w:p>
    <w:p w14:paraId="16C48FAB" w14:textId="77777777" w:rsidR="006B1EA5" w:rsidRDefault="006B1EA5" w:rsidP="006B1EA5">
      <w:pPr>
        <w:pStyle w:val="NormalWeb"/>
      </w:pPr>
      <w:r>
        <w:t xml:space="preserve">"Marie," he said, voice low. "I need to get to Richmond. Quietly. Can that </w:t>
      </w:r>
      <w:proofErr w:type="gramStart"/>
      <w:r>
        <w:t>be arranged</w:t>
      </w:r>
      <w:proofErr w:type="gramEnd"/>
      <w:r>
        <w:t>?"</w:t>
      </w:r>
    </w:p>
    <w:p w14:paraId="0DC84DA5" w14:textId="77777777" w:rsidR="006B1EA5" w:rsidRDefault="006B1EA5" w:rsidP="006B1EA5">
      <w:pPr>
        <w:pStyle w:val="NormalWeb"/>
      </w:pPr>
      <w:r>
        <w:t>She gave him a wary glance. "You just got here. You sure you want to leave a safe hole?"</w:t>
      </w:r>
    </w:p>
    <w:p w14:paraId="58576119" w14:textId="77777777" w:rsidR="006B1EA5" w:rsidRDefault="006B1EA5" w:rsidP="006B1EA5">
      <w:pPr>
        <w:pStyle w:val="NormalWeb"/>
      </w:pPr>
      <w:r>
        <w:t xml:space="preserve">He nodded. "I’m sure. They </w:t>
      </w:r>
      <w:proofErr w:type="gramStart"/>
      <w:r>
        <w:t>haven’t</w:t>
      </w:r>
      <w:proofErr w:type="gramEnd"/>
      <w:r>
        <w:t xml:space="preserve"> stopped hunting. And now I know where to look."</w:t>
      </w:r>
    </w:p>
    <w:p w14:paraId="2B34D1BA" w14:textId="77777777" w:rsidR="006B1EA5" w:rsidRDefault="006B1EA5" w:rsidP="006B1EA5">
      <w:pPr>
        <w:pStyle w:val="NormalWeb"/>
      </w:pPr>
      <w:r>
        <w:t xml:space="preserve">Behind them, the news cut to breaking coverage: another body found in Boston—someone Frank had once met through a veteran's support group. The media was </w:t>
      </w:r>
      <w:proofErr w:type="gramStart"/>
      <w:r>
        <w:t>tying</w:t>
      </w:r>
      <w:proofErr w:type="gramEnd"/>
      <w:r>
        <w:t xml:space="preserve"> it to Frank.</w:t>
      </w:r>
    </w:p>
    <w:p w14:paraId="245E97A7" w14:textId="77777777" w:rsidR="006B1EA5" w:rsidRDefault="006B1EA5" w:rsidP="006B1EA5">
      <w:pPr>
        <w:pStyle w:val="NormalWeb"/>
      </w:pPr>
      <w:r>
        <w:t>Marie read his face. "You even know this guy?"</w:t>
      </w:r>
    </w:p>
    <w:p w14:paraId="5BEC954B" w14:textId="77777777" w:rsidR="006B1EA5" w:rsidRDefault="006B1EA5" w:rsidP="006B1EA5">
      <w:pPr>
        <w:pStyle w:val="NormalWeb"/>
      </w:pPr>
      <w:r>
        <w:t>Frank shook his head. "Barely. Maybe once."</w:t>
      </w:r>
    </w:p>
    <w:p w14:paraId="1E283DDB" w14:textId="77777777" w:rsidR="006B1EA5" w:rsidRDefault="006B1EA5" w:rsidP="006B1EA5">
      <w:pPr>
        <w:pStyle w:val="NormalWeb"/>
      </w:pPr>
      <w:r>
        <w:lastRenderedPageBreak/>
        <w:t>"They'll pin anything on you now. Doesn’t matter if it’s true."</w:t>
      </w:r>
    </w:p>
    <w:p w14:paraId="08D9CBB6" w14:textId="77777777" w:rsidR="006B1EA5" w:rsidRDefault="006B1EA5" w:rsidP="006B1EA5">
      <w:pPr>
        <w:pStyle w:val="NormalWeb"/>
      </w:pPr>
      <w:r>
        <w:t>"Exactly," he said. "Which is why I need to move. Before they bury the firefly."</w:t>
      </w:r>
    </w:p>
    <w:p w14:paraId="2668ADBB" w14:textId="77777777" w:rsidR="006B1EA5" w:rsidRDefault="006B1EA5" w:rsidP="006B1EA5">
      <w:pPr>
        <w:pStyle w:val="NormalWeb"/>
      </w:pPr>
      <w:r>
        <w:t xml:space="preserve">Outside, the wind rustled the </w:t>
      </w:r>
      <w:proofErr w:type="gramStart"/>
      <w:r>
        <w:t>high trees</w:t>
      </w:r>
      <w:proofErr w:type="gramEnd"/>
      <w:r>
        <w:t>. In the dark, the stars blinked above the hollow like warning lights.</w:t>
      </w:r>
    </w:p>
    <w:p w14:paraId="0732E378" w14:textId="77777777" w:rsidR="00164037" w:rsidRDefault="00164037" w:rsidP="00164037">
      <w:pPr>
        <w:pStyle w:val="NormalWeb"/>
      </w:pPr>
      <w:r>
        <w:t>Chapter 26 – Crossroads of the Lost</w:t>
      </w:r>
    </w:p>
    <w:p w14:paraId="464D1F53" w14:textId="77777777" w:rsidR="00164037" w:rsidRDefault="00164037" w:rsidP="00164037">
      <w:pPr>
        <w:pStyle w:val="NormalWeb"/>
      </w:pPr>
      <w:r>
        <w:t xml:space="preserve">Two days passed under a veil of low </w:t>
      </w:r>
      <w:proofErr w:type="gramStart"/>
      <w:r>
        <w:t>cloud</w:t>
      </w:r>
      <w:proofErr w:type="gramEnd"/>
      <w:r>
        <w:t xml:space="preserve"> and drizzle. The cabin remained still, yet the air grew heavier with each sunrise. Frank spent </w:t>
      </w:r>
      <w:proofErr w:type="gramStart"/>
      <w:r>
        <w:t>most of</w:t>
      </w:r>
      <w:proofErr w:type="gramEnd"/>
      <w:r>
        <w:t xml:space="preserve"> his time planning—mapping routes, reviewing old contacts, watching the news with a hunter's eye for patterns. The storylines on cable had shifted. Now it </w:t>
      </w:r>
      <w:proofErr w:type="gramStart"/>
      <w:r>
        <w:t>wasn’t</w:t>
      </w:r>
      <w:proofErr w:type="gramEnd"/>
      <w:r>
        <w:t xml:space="preserve"> just Frank as fugitive—it was Frank as symbol. A cautionary tale. A scapegoat.</w:t>
      </w:r>
    </w:p>
    <w:p w14:paraId="17B79DDA" w14:textId="77777777" w:rsidR="00164037" w:rsidRDefault="00164037" w:rsidP="00164037">
      <w:pPr>
        <w:pStyle w:val="NormalWeb"/>
      </w:pPr>
      <w:r>
        <w:t xml:space="preserve">Marie kept to her own space but came around each morning with coffee and local news, casually folded to the police blotter. She </w:t>
      </w:r>
      <w:proofErr w:type="gramStart"/>
      <w:r>
        <w:t>didn’t</w:t>
      </w:r>
      <w:proofErr w:type="gramEnd"/>
      <w:r>
        <w:t xml:space="preserve"> say much. But she </w:t>
      </w:r>
      <w:proofErr w:type="gramStart"/>
      <w:r>
        <w:t>didn’t</w:t>
      </w:r>
      <w:proofErr w:type="gramEnd"/>
      <w:r>
        <w:t xml:space="preserve"> need to. The old woman's silence in the main house made even Marie look chatty.</w:t>
      </w:r>
    </w:p>
    <w:p w14:paraId="7A2F80D8" w14:textId="77777777" w:rsidR="00164037" w:rsidRDefault="00164037" w:rsidP="00164037">
      <w:pPr>
        <w:pStyle w:val="NormalWeb"/>
      </w:pPr>
      <w:r>
        <w:t xml:space="preserve">They worked </w:t>
      </w:r>
      <w:proofErr w:type="gramStart"/>
      <w:r>
        <w:t>mostly in quiet</w:t>
      </w:r>
      <w:proofErr w:type="gramEnd"/>
      <w:r>
        <w:t>. Until the third morning.</w:t>
      </w:r>
    </w:p>
    <w:p w14:paraId="0B6ED7B5" w14:textId="77777777" w:rsidR="00164037" w:rsidRDefault="00164037" w:rsidP="00164037">
      <w:pPr>
        <w:pStyle w:val="NormalWeb"/>
      </w:pPr>
      <w:r>
        <w:t>“I have an idea,” Marie said over black coffee. “But it’s a stretch.”</w:t>
      </w:r>
    </w:p>
    <w:p w14:paraId="3655EA56" w14:textId="77777777" w:rsidR="00164037" w:rsidRDefault="00164037" w:rsidP="00164037">
      <w:pPr>
        <w:pStyle w:val="NormalWeb"/>
      </w:pPr>
      <w:r>
        <w:t>Frank looked up.</w:t>
      </w:r>
    </w:p>
    <w:p w14:paraId="190BA5D5" w14:textId="77777777" w:rsidR="00164037" w:rsidRDefault="00164037" w:rsidP="00164037">
      <w:pPr>
        <w:pStyle w:val="NormalWeb"/>
      </w:pPr>
      <w:r>
        <w:t xml:space="preserve">“We need a way to open a line of communication that </w:t>
      </w:r>
      <w:proofErr w:type="gramStart"/>
      <w:r>
        <w:t>can’t</w:t>
      </w:r>
      <w:proofErr w:type="gramEnd"/>
      <w:r>
        <w:t xml:space="preserve"> </w:t>
      </w:r>
      <w:proofErr w:type="gramStart"/>
      <w:r>
        <w:t>be traced</w:t>
      </w:r>
      <w:proofErr w:type="gramEnd"/>
      <w:r>
        <w:t xml:space="preserve">—something Reynolds can access without tripping a flag. </w:t>
      </w:r>
      <w:proofErr w:type="gramStart"/>
      <w:r>
        <w:t>I’ve</w:t>
      </w:r>
      <w:proofErr w:type="gramEnd"/>
      <w:r>
        <w:t xml:space="preserve"> used this trick before in activist circles.”</w:t>
      </w:r>
    </w:p>
    <w:p w14:paraId="6EE5A5E2" w14:textId="77777777" w:rsidR="00164037" w:rsidRDefault="00164037" w:rsidP="00164037">
      <w:pPr>
        <w:pStyle w:val="NormalWeb"/>
      </w:pPr>
      <w:r>
        <w:t>She pulled out an old, dented Chromebook, flipped it open, and connected it through a directional Wi-Fi booster.</w:t>
      </w:r>
    </w:p>
    <w:p w14:paraId="7B19B035" w14:textId="77777777" w:rsidR="00164037" w:rsidRDefault="00164037" w:rsidP="00164037">
      <w:pPr>
        <w:pStyle w:val="NormalWeb"/>
      </w:pPr>
      <w:r>
        <w:t xml:space="preserve">“We set up a dummy email account—one that looks like spam. Everyone who needs access gets the credentials. No messages ever </w:t>
      </w:r>
      <w:proofErr w:type="gramStart"/>
      <w:r>
        <w:t>get sent</w:t>
      </w:r>
      <w:proofErr w:type="gramEnd"/>
      <w:r>
        <w:t>. They just sit in the Drafts folder. Anyone can check it, read it, write a reply, and leave. Nothing transmitted. Nothing traceable.”</w:t>
      </w:r>
    </w:p>
    <w:p w14:paraId="2389CAAE" w14:textId="77777777" w:rsidR="00164037" w:rsidRDefault="00164037" w:rsidP="00164037">
      <w:pPr>
        <w:pStyle w:val="NormalWeb"/>
      </w:pPr>
      <w:r>
        <w:t>Frank nodded slowly. “And Reynolds would know to look?”</w:t>
      </w:r>
    </w:p>
    <w:p w14:paraId="78313E90" w14:textId="77777777" w:rsidR="00164037" w:rsidRDefault="00164037" w:rsidP="00164037">
      <w:pPr>
        <w:pStyle w:val="NormalWeb"/>
      </w:pPr>
      <w:r>
        <w:t>“He will—if we tell him.”</w:t>
      </w:r>
    </w:p>
    <w:p w14:paraId="143A13D9" w14:textId="77777777" w:rsidR="00164037" w:rsidRDefault="00164037" w:rsidP="00164037">
      <w:pPr>
        <w:pStyle w:val="NormalWeb"/>
      </w:pPr>
      <w:r>
        <w:t>“How do we do that without burning the line?”</w:t>
      </w:r>
    </w:p>
    <w:p w14:paraId="1318374A" w14:textId="77777777" w:rsidR="00164037" w:rsidRDefault="00164037" w:rsidP="00164037">
      <w:pPr>
        <w:pStyle w:val="NormalWeb"/>
      </w:pPr>
      <w:r>
        <w:t>Marie hesitated. “We go analog.”</w:t>
      </w:r>
    </w:p>
    <w:p w14:paraId="230DC1FD" w14:textId="77777777" w:rsidR="00164037" w:rsidRDefault="00164037" w:rsidP="00164037">
      <w:pPr>
        <w:pStyle w:val="NormalWeb"/>
      </w:pPr>
      <w:r>
        <w:t xml:space="preserve">That night, she left the cabin and hiked two miles to a neighboring farmhouse she once worked at. The owners were out of town. Marie slipped onto the porch, used </w:t>
      </w:r>
      <w:proofErr w:type="gramStart"/>
      <w:r>
        <w:t>the Wi</w:t>
      </w:r>
      <w:proofErr w:type="gramEnd"/>
      <w:r>
        <w:t>-Fi, and borrowed their teenage son’s forgotten Android phone.</w:t>
      </w:r>
    </w:p>
    <w:p w14:paraId="61D7D1E9" w14:textId="77777777" w:rsidR="00164037" w:rsidRDefault="00164037" w:rsidP="00164037">
      <w:pPr>
        <w:pStyle w:val="NormalWeb"/>
      </w:pPr>
      <w:r>
        <w:t xml:space="preserve">She opened an encrypted browser and created the dummy Gmail account: </w:t>
      </w:r>
      <w:r>
        <w:rPr>
          <w:rStyle w:val="Emphasis"/>
        </w:rPr>
        <w:t>pineviewnotes89@gmail.com</w:t>
      </w:r>
      <w:r>
        <w:t xml:space="preserve"> with a basic password only someone in their circle would guess, based on an old field code.</w:t>
      </w:r>
    </w:p>
    <w:p w14:paraId="2F9CD108" w14:textId="77777777" w:rsidR="00164037" w:rsidRDefault="00164037" w:rsidP="00164037">
      <w:pPr>
        <w:pStyle w:val="NormalWeb"/>
      </w:pPr>
      <w:r>
        <w:t>Then she drafted the email.</w:t>
      </w:r>
    </w:p>
    <w:p w14:paraId="2E0BDD46" w14:textId="77777777" w:rsidR="00164037" w:rsidRDefault="00164037" w:rsidP="00164037">
      <w:pPr>
        <w:pStyle w:val="NormalWeb"/>
      </w:pPr>
      <w:r>
        <w:rPr>
          <w:rStyle w:val="Emphasis"/>
        </w:rPr>
        <w:t>Subject: Lunch?</w:t>
      </w:r>
    </w:p>
    <w:p w14:paraId="18349735" w14:textId="77777777" w:rsidR="00164037" w:rsidRDefault="00164037" w:rsidP="00164037">
      <w:pPr>
        <w:pStyle w:val="NormalWeb"/>
      </w:pPr>
      <w:r>
        <w:rPr>
          <w:rStyle w:val="Emphasis"/>
        </w:rPr>
        <w:lastRenderedPageBreak/>
        <w:t xml:space="preserve">I may be in town on Wednesday. Are we still on for lunch at Hank’s Smoke Pit? I forgot the exact address—just let me know so I can </w:t>
      </w:r>
      <w:proofErr w:type="gramStart"/>
      <w:r>
        <w:rPr>
          <w:rStyle w:val="Emphasis"/>
        </w:rPr>
        <w:t>make arrangements</w:t>
      </w:r>
      <w:proofErr w:type="gramEnd"/>
      <w:r>
        <w:rPr>
          <w:rStyle w:val="Emphasis"/>
        </w:rPr>
        <w:t>.</w:t>
      </w:r>
    </w:p>
    <w:p w14:paraId="34997863" w14:textId="77777777" w:rsidR="00164037" w:rsidRDefault="00164037" w:rsidP="00164037">
      <w:pPr>
        <w:pStyle w:val="NormalWeb"/>
      </w:pPr>
      <w:r>
        <w:t>Hank’s Smoke Pit was perfect—just off I-66, near a fueling station Ray had mentioned weeks ago when Frank traveled with him to D.C. Ray had said, “I always stop there for brisket on Wednesdays while they unload the truck. Best ten minutes of my week.”</w:t>
      </w:r>
    </w:p>
    <w:p w14:paraId="7EAC4747" w14:textId="77777777" w:rsidR="00164037" w:rsidRDefault="00164037" w:rsidP="00164037">
      <w:pPr>
        <w:pStyle w:val="NormalWeb"/>
      </w:pPr>
      <w:r>
        <w:t>Marie sent the email three times—spaced over an hour—to the public inbox listed for Dr. Reynolds’s office.</w:t>
      </w:r>
    </w:p>
    <w:p w14:paraId="32375C6A" w14:textId="77777777" w:rsidR="00164037" w:rsidRDefault="00164037" w:rsidP="00164037">
      <w:pPr>
        <w:pStyle w:val="NormalWeb"/>
      </w:pPr>
      <w:r>
        <w:t>Then she wiped the phone, returned it to the porch, and walked back through the woods.</w:t>
      </w:r>
    </w:p>
    <w:p w14:paraId="10E11E76" w14:textId="77777777" w:rsidR="00164037" w:rsidRDefault="00164037" w:rsidP="00164037">
      <w:pPr>
        <w:pStyle w:val="NormalWeb"/>
      </w:pPr>
      <w:r>
        <w:t>When she got back, she handed Frank a thermos of coffee and a folded note.</w:t>
      </w:r>
    </w:p>
    <w:p w14:paraId="275A4114" w14:textId="77777777" w:rsidR="00164037" w:rsidRDefault="00164037" w:rsidP="00164037">
      <w:pPr>
        <w:pStyle w:val="NormalWeb"/>
      </w:pPr>
      <w:r>
        <w:t>“</w:t>
      </w:r>
      <w:proofErr w:type="gramStart"/>
      <w:r>
        <w:t>Account’s</w:t>
      </w:r>
      <w:proofErr w:type="gramEnd"/>
      <w:r>
        <w:t xml:space="preserve"> ready. Message </w:t>
      </w:r>
      <w:proofErr w:type="gramStart"/>
      <w:r>
        <w:t>is sent</w:t>
      </w:r>
      <w:proofErr w:type="gramEnd"/>
      <w:r>
        <w:t>. All we need now is a courier to give him the keys.”</w:t>
      </w:r>
    </w:p>
    <w:p w14:paraId="4C7F562F" w14:textId="77777777" w:rsidR="00164037" w:rsidRDefault="00164037" w:rsidP="00164037">
      <w:pPr>
        <w:pStyle w:val="NormalWeb"/>
      </w:pPr>
      <w:r>
        <w:t>Frank’s mind clicked into gear. “Ray.”</w:t>
      </w:r>
    </w:p>
    <w:p w14:paraId="4C1A3293" w14:textId="77777777" w:rsidR="00164037" w:rsidRDefault="00164037" w:rsidP="00164037">
      <w:pPr>
        <w:pStyle w:val="NormalWeb"/>
      </w:pPr>
      <w:r>
        <w:t>Marie raised an eyebrow.</w:t>
      </w:r>
    </w:p>
    <w:p w14:paraId="241301A7" w14:textId="77777777" w:rsidR="00164037" w:rsidRDefault="00164037" w:rsidP="00164037">
      <w:pPr>
        <w:pStyle w:val="NormalWeb"/>
      </w:pPr>
      <w:r>
        <w:t xml:space="preserve">“I remember something. When I rode with him, he said he fuels up every Wednesday at a travel stop off </w:t>
      </w:r>
      <w:proofErr w:type="gramStart"/>
      <w:r>
        <w:t>81</w:t>
      </w:r>
      <w:proofErr w:type="gramEnd"/>
      <w:r>
        <w:t xml:space="preserve"> before his final drop in D.C. He parks the </w:t>
      </w:r>
      <w:proofErr w:type="gramStart"/>
      <w:r>
        <w:t>rig</w:t>
      </w:r>
      <w:proofErr w:type="gramEnd"/>
      <w:r>
        <w:t xml:space="preserve"> there for half an hour while they unload. </w:t>
      </w:r>
      <w:proofErr w:type="gramStart"/>
      <w:r>
        <w:t>It’s</w:t>
      </w:r>
      <w:proofErr w:type="gramEnd"/>
      <w:r>
        <w:t xml:space="preserve"> </w:t>
      </w:r>
      <w:proofErr w:type="gramStart"/>
      <w:r>
        <w:t>not far from</w:t>
      </w:r>
      <w:proofErr w:type="gramEnd"/>
      <w:r>
        <w:t xml:space="preserve"> Hank’s.”</w:t>
      </w:r>
    </w:p>
    <w:p w14:paraId="08332BC1" w14:textId="77777777" w:rsidR="00164037" w:rsidRDefault="00164037" w:rsidP="00164037">
      <w:pPr>
        <w:pStyle w:val="NormalWeb"/>
      </w:pPr>
      <w:r>
        <w:t>Marie stood. “Then we go see Ray.”</w:t>
      </w:r>
    </w:p>
    <w:p w14:paraId="2E22348D" w14:textId="77777777" w:rsidR="00164037" w:rsidRDefault="00164037" w:rsidP="00164037">
      <w:pPr>
        <w:pStyle w:val="NormalWeb"/>
      </w:pPr>
      <w:r>
        <w:t>—</w:t>
      </w:r>
    </w:p>
    <w:p w14:paraId="7146C9DB" w14:textId="77777777" w:rsidR="00164037" w:rsidRDefault="00164037" w:rsidP="00164037">
      <w:pPr>
        <w:pStyle w:val="NormalWeb"/>
      </w:pPr>
      <w:r>
        <w:t>The truck stop sat off a bend in the Blue Ridge. Diesel fumes lingered in the air, mingled with the smell of deep-fried food from a Hardee’s attached to the fuel station. Frank and Marie waited by the vending machines near the rear lot, keeping a clear view of the entrance.</w:t>
      </w:r>
    </w:p>
    <w:p w14:paraId="43BABF15" w14:textId="77777777" w:rsidR="00164037" w:rsidRDefault="00164037" w:rsidP="00164037">
      <w:pPr>
        <w:pStyle w:val="NormalWeb"/>
      </w:pPr>
      <w:r>
        <w:t>Ray’s truck pulled in just before noon, right on schedule. He stepped out in coveralls, head low, headed toward the cashier.</w:t>
      </w:r>
    </w:p>
    <w:p w14:paraId="6E417173" w14:textId="77777777" w:rsidR="00164037" w:rsidRDefault="00164037" w:rsidP="00164037">
      <w:pPr>
        <w:pStyle w:val="NormalWeb"/>
      </w:pPr>
      <w:r>
        <w:t>Marie approached first. “Ray.”</w:t>
      </w:r>
    </w:p>
    <w:p w14:paraId="5FAA4D66" w14:textId="77777777" w:rsidR="00164037" w:rsidRDefault="00164037" w:rsidP="00164037">
      <w:pPr>
        <w:pStyle w:val="NormalWeb"/>
      </w:pPr>
      <w:r>
        <w:t>He turned, startled, then froze when he saw her. “You—what the hell are you doing here?”</w:t>
      </w:r>
    </w:p>
    <w:p w14:paraId="23682F61" w14:textId="77777777" w:rsidR="00164037" w:rsidRDefault="00164037" w:rsidP="00164037">
      <w:pPr>
        <w:pStyle w:val="NormalWeb"/>
      </w:pPr>
      <w:r>
        <w:t>“We need you to pass a message,” she said quietly.</w:t>
      </w:r>
    </w:p>
    <w:p w14:paraId="6EEE503C" w14:textId="77777777" w:rsidR="00164037" w:rsidRDefault="00164037" w:rsidP="00164037">
      <w:pPr>
        <w:pStyle w:val="NormalWeb"/>
      </w:pPr>
      <w:r>
        <w:t xml:space="preserve">Ray looked around nervously. “No. No way. </w:t>
      </w:r>
      <w:proofErr w:type="gramStart"/>
      <w:r>
        <w:t>I’m</w:t>
      </w:r>
      <w:proofErr w:type="gramEnd"/>
      <w:r>
        <w:t xml:space="preserve"> already under enough scrutiny. </w:t>
      </w:r>
      <w:proofErr w:type="gramStart"/>
      <w:r>
        <w:t>I’m</w:t>
      </w:r>
      <w:proofErr w:type="gramEnd"/>
      <w:r>
        <w:t xml:space="preserve"> just a driver. I got family.”</w:t>
      </w:r>
    </w:p>
    <w:p w14:paraId="4789103F" w14:textId="77777777" w:rsidR="00164037" w:rsidRDefault="00164037" w:rsidP="00164037">
      <w:pPr>
        <w:pStyle w:val="NormalWeb"/>
      </w:pPr>
      <w:r>
        <w:t xml:space="preserve">“We know,” Marie said gently. “But this </w:t>
      </w:r>
      <w:proofErr w:type="gramStart"/>
      <w:r>
        <w:t>isn’t</w:t>
      </w:r>
      <w:proofErr w:type="gramEnd"/>
      <w:r>
        <w:t xml:space="preserve"> </w:t>
      </w:r>
      <w:proofErr w:type="gramStart"/>
      <w:r>
        <w:t>just about Frank</w:t>
      </w:r>
      <w:proofErr w:type="gramEnd"/>
      <w:r>
        <w:t xml:space="preserve">. </w:t>
      </w:r>
      <w:proofErr w:type="gramStart"/>
      <w:r>
        <w:t>It’s</w:t>
      </w:r>
      <w:proofErr w:type="gramEnd"/>
      <w:r>
        <w:t xml:space="preserve"> about stopping something worse.”</w:t>
      </w:r>
    </w:p>
    <w:p w14:paraId="704123DD" w14:textId="77777777" w:rsidR="00164037" w:rsidRDefault="00164037" w:rsidP="00164037">
      <w:pPr>
        <w:pStyle w:val="NormalWeb"/>
      </w:pPr>
      <w:r>
        <w:t>Ray took a step back. “I don’t want any part of—”</w:t>
      </w:r>
    </w:p>
    <w:p w14:paraId="0E09D378" w14:textId="77777777" w:rsidR="00164037" w:rsidRDefault="00164037" w:rsidP="00164037">
      <w:pPr>
        <w:pStyle w:val="NormalWeb"/>
      </w:pPr>
      <w:r>
        <w:t>Then he saw Frank.</w:t>
      </w:r>
    </w:p>
    <w:p w14:paraId="2A025193" w14:textId="77777777" w:rsidR="00164037" w:rsidRDefault="00164037" w:rsidP="00164037">
      <w:pPr>
        <w:pStyle w:val="NormalWeb"/>
      </w:pPr>
      <w:r>
        <w:t xml:space="preserve">Frank stepped out from behind the column, just enough for Ray to glimpse his face. A nod. A look. Nothing dramatic. Just a silent message: </w:t>
      </w:r>
      <w:proofErr w:type="gramStart"/>
      <w:r>
        <w:t>I’m</w:t>
      </w:r>
      <w:proofErr w:type="gramEnd"/>
      <w:r>
        <w:t xml:space="preserve"> alive. I trust you.</w:t>
      </w:r>
    </w:p>
    <w:p w14:paraId="360049F9" w14:textId="77777777" w:rsidR="00164037" w:rsidRDefault="00164037" w:rsidP="00164037">
      <w:pPr>
        <w:pStyle w:val="NormalWeb"/>
      </w:pPr>
      <w:r>
        <w:t xml:space="preserve">Ray swallowed. Looked down. </w:t>
      </w:r>
      <w:proofErr w:type="gramStart"/>
      <w:r>
        <w:t>Then</w:t>
      </w:r>
      <w:proofErr w:type="gramEnd"/>
      <w:r>
        <w:t xml:space="preserve"> took the slip of paper Marie held out.</w:t>
      </w:r>
    </w:p>
    <w:p w14:paraId="44229991" w14:textId="77777777" w:rsidR="00164037" w:rsidRDefault="00164037" w:rsidP="00164037">
      <w:pPr>
        <w:pStyle w:val="NormalWeb"/>
      </w:pPr>
      <w:r>
        <w:lastRenderedPageBreak/>
        <w:t>“What’s this?”</w:t>
      </w:r>
    </w:p>
    <w:p w14:paraId="7E6A2DC8" w14:textId="77777777" w:rsidR="00164037" w:rsidRDefault="00164037" w:rsidP="00164037">
      <w:pPr>
        <w:pStyle w:val="NormalWeb"/>
      </w:pPr>
      <w:r>
        <w:t>“Login details,” she said. “</w:t>
      </w:r>
      <w:proofErr w:type="gramStart"/>
      <w:r>
        <w:t>He’ll</w:t>
      </w:r>
      <w:proofErr w:type="gramEnd"/>
      <w:r>
        <w:t xml:space="preserve"> know how to use it. </w:t>
      </w:r>
      <w:proofErr w:type="gramStart"/>
      <w:r>
        <w:t>Don’t</w:t>
      </w:r>
      <w:proofErr w:type="gramEnd"/>
      <w:r>
        <w:t xml:space="preserve"> say a word. Just leave it somewhere Reynolds will find it. Somewhere public. You know the kind of places he might go.”</w:t>
      </w:r>
    </w:p>
    <w:p w14:paraId="4A6B5741" w14:textId="77777777" w:rsidR="00164037" w:rsidRDefault="00164037" w:rsidP="00164037">
      <w:pPr>
        <w:pStyle w:val="NormalWeb"/>
      </w:pPr>
      <w:r>
        <w:t xml:space="preserve">Ray pocketed the paper, eyes still scanning the lot. “This is </w:t>
      </w:r>
      <w:proofErr w:type="gramStart"/>
      <w:r>
        <w:t>it,</w:t>
      </w:r>
      <w:proofErr w:type="gramEnd"/>
      <w:r>
        <w:t xml:space="preserve"> you hear me? One favor.”</w:t>
      </w:r>
    </w:p>
    <w:p w14:paraId="12FF2D5C" w14:textId="77777777" w:rsidR="00164037" w:rsidRDefault="00164037" w:rsidP="00164037">
      <w:pPr>
        <w:pStyle w:val="NormalWeb"/>
      </w:pPr>
      <w:r>
        <w:t>“That’s all we need,” Marie said.</w:t>
      </w:r>
    </w:p>
    <w:p w14:paraId="627BE69B" w14:textId="77777777" w:rsidR="00164037" w:rsidRDefault="00164037" w:rsidP="00164037">
      <w:pPr>
        <w:pStyle w:val="NormalWeb"/>
      </w:pPr>
      <w:r>
        <w:t xml:space="preserve">Ray </w:t>
      </w:r>
      <w:proofErr w:type="gramStart"/>
      <w:r>
        <w:t>didn’t</w:t>
      </w:r>
      <w:proofErr w:type="gramEnd"/>
      <w:r>
        <w:t xml:space="preserve"> wait for thanks. He climbed back into the cab, started the engine, and drove off.</w:t>
      </w:r>
    </w:p>
    <w:p w14:paraId="464AAD63" w14:textId="77777777" w:rsidR="00164037" w:rsidRDefault="00164037" w:rsidP="00164037">
      <w:pPr>
        <w:pStyle w:val="NormalWeb"/>
      </w:pPr>
      <w:r>
        <w:t>—</w:t>
      </w:r>
    </w:p>
    <w:p w14:paraId="39EA8A14" w14:textId="77777777" w:rsidR="00164037" w:rsidRDefault="00164037" w:rsidP="00164037">
      <w:pPr>
        <w:pStyle w:val="NormalWeb"/>
      </w:pPr>
      <w:r>
        <w:t>Two days later, Reynolds opened the top newspaper at a bagel shop near Georgetown. Folded inside was a receipt from Hank’s Smoke Pit. Scribbled in ink beneath the total was a single line:</w:t>
      </w:r>
    </w:p>
    <w:p w14:paraId="75BFF64E" w14:textId="77777777" w:rsidR="00164037" w:rsidRDefault="00164037" w:rsidP="00164037">
      <w:pPr>
        <w:pStyle w:val="NormalWeb"/>
      </w:pPr>
      <w:r>
        <w:rPr>
          <w:rStyle w:val="Emphasis"/>
        </w:rPr>
        <w:t>“Check the pantry. Username: pineviewnotes89.”</w:t>
      </w:r>
    </w:p>
    <w:p w14:paraId="605914C1" w14:textId="77777777" w:rsidR="00164037" w:rsidRDefault="00164037" w:rsidP="00164037">
      <w:pPr>
        <w:pStyle w:val="NormalWeb"/>
      </w:pPr>
      <w:r>
        <w:t xml:space="preserve">He </w:t>
      </w:r>
      <w:proofErr w:type="gramStart"/>
      <w:r>
        <w:t>didn’t</w:t>
      </w:r>
      <w:proofErr w:type="gramEnd"/>
      <w:r>
        <w:t xml:space="preserve"> react. Just took a sip of coffee, turned the page, and folded the receipt into his wallet.</w:t>
      </w:r>
    </w:p>
    <w:p w14:paraId="547E2B38" w14:textId="77777777" w:rsidR="00164037" w:rsidRDefault="00164037" w:rsidP="00164037">
      <w:pPr>
        <w:pStyle w:val="NormalWeb"/>
      </w:pPr>
      <w:r>
        <w:t>The firefly was blinking again.</w:t>
      </w:r>
    </w:p>
    <w:p w14:paraId="56AB9BEA" w14:textId="77777777" w:rsidR="00E84F4B" w:rsidRDefault="00E84F4B" w:rsidP="00E84F4B">
      <w:pPr>
        <w:pStyle w:val="NormalWeb"/>
      </w:pPr>
      <w:r>
        <w:rPr>
          <w:rStyle w:val="Strong"/>
        </w:rPr>
        <w:t>Chapter 27 – Reckoning</w:t>
      </w:r>
    </w:p>
    <w:p w14:paraId="108954E6" w14:textId="77777777" w:rsidR="00E84F4B" w:rsidRDefault="00E84F4B" w:rsidP="00E84F4B">
      <w:pPr>
        <w:pStyle w:val="NormalWeb"/>
      </w:pPr>
      <w:r>
        <w:t>The night air in western Massachusetts was sharp with pine and threat. Frank kept his hood low, head down as he led Marie along a narrow footpath skirting the edge of the Hoosac Range. They walked without words, shadows swallowed by the trees. After the revelations in the hidden annex, there was no safe ground left—only motion.</w:t>
      </w:r>
    </w:p>
    <w:p w14:paraId="7F8ABCD0" w14:textId="77777777" w:rsidR="00E84F4B" w:rsidRDefault="00E84F4B" w:rsidP="00E84F4B">
      <w:pPr>
        <w:pStyle w:val="NormalWeb"/>
      </w:pPr>
      <w:r>
        <w:t>Their destination: a ranger outpost long abandoned and forgotten, tucked near a back access road Ray Dandridge had once pointed out on a previous run to D.C. “Fuel and fry stop, every Wednesday,” he had said, offhand, when he and Frank rode through on his delivery route. Frank remembered.</w:t>
      </w:r>
    </w:p>
    <w:p w14:paraId="087A7FC9" w14:textId="77777777" w:rsidR="00E84F4B" w:rsidRDefault="00E84F4B" w:rsidP="00E84F4B">
      <w:pPr>
        <w:pStyle w:val="NormalWeb"/>
      </w:pPr>
      <w:r>
        <w:t>Now, Ray was their only hope.</w:t>
      </w:r>
    </w:p>
    <w:p w14:paraId="5E84FE2F" w14:textId="77777777" w:rsidR="00E84F4B" w:rsidRDefault="00E84F4B" w:rsidP="00E84F4B">
      <w:pPr>
        <w:pStyle w:val="NormalWeb"/>
      </w:pPr>
      <w:r>
        <w:t xml:space="preserve">Two nights earlier, Marie had made a covert run into town, borrowing a burner phone from a friend-of-a-friend and sending three </w:t>
      </w:r>
      <w:proofErr w:type="gramStart"/>
      <w:r>
        <w:t>nearly identical</w:t>
      </w:r>
      <w:proofErr w:type="gramEnd"/>
      <w:r>
        <w:t xml:space="preserve"> emails to Dr. Reynolds’s public office address. Cryptic but unmistakable in their phrasing:</w:t>
      </w:r>
    </w:p>
    <w:p w14:paraId="2F184BCF" w14:textId="77777777" w:rsidR="00E84F4B" w:rsidRDefault="00E84F4B" w:rsidP="00E84F4B">
      <w:pPr>
        <w:pStyle w:val="NormalWeb"/>
      </w:pPr>
      <w:r>
        <w:t xml:space="preserve">“I may be in town on Wednesday. Are we still on for lunch at Big Wally’s Pit Stop? I forgot the name of the place—just let me know so I can </w:t>
      </w:r>
      <w:proofErr w:type="gramStart"/>
      <w:r>
        <w:t>make arrangements</w:t>
      </w:r>
      <w:proofErr w:type="gramEnd"/>
      <w:r>
        <w:t>.”</w:t>
      </w:r>
    </w:p>
    <w:p w14:paraId="52210BE8" w14:textId="77777777" w:rsidR="00E84F4B" w:rsidRDefault="00E84F4B" w:rsidP="00E84F4B">
      <w:pPr>
        <w:pStyle w:val="NormalWeb"/>
      </w:pPr>
      <w:r>
        <w:t xml:space="preserve">Big Wally’s was a highway-adjacent BBQ joint known for its overloaded plates and a feature on Diners, </w:t>
      </w:r>
      <w:proofErr w:type="gramStart"/>
      <w:r>
        <w:t>Drive-ins</w:t>
      </w:r>
      <w:proofErr w:type="gramEnd"/>
      <w:r>
        <w:t xml:space="preserve"> and Dives. More importantly, it was within walking distance of the fuel depot Ray always stopped at.</w:t>
      </w:r>
    </w:p>
    <w:p w14:paraId="58D2969A" w14:textId="77777777" w:rsidR="00E84F4B" w:rsidRDefault="00E84F4B" w:rsidP="00E84F4B">
      <w:pPr>
        <w:pStyle w:val="NormalWeb"/>
      </w:pPr>
      <w:r>
        <w:t xml:space="preserve">The next morning, they watched from the tree line as Ray pulled in. Marie approached alone, clutching a manila envelope. Ray, seeing her, </w:t>
      </w:r>
      <w:proofErr w:type="gramStart"/>
      <w:r>
        <w:t>tensed</w:t>
      </w:r>
      <w:proofErr w:type="gramEnd"/>
      <w:r>
        <w:t>.</w:t>
      </w:r>
    </w:p>
    <w:p w14:paraId="21E86B30" w14:textId="77777777" w:rsidR="00E84F4B" w:rsidRDefault="00E84F4B" w:rsidP="00E84F4B">
      <w:pPr>
        <w:pStyle w:val="NormalWeb"/>
      </w:pPr>
      <w:r>
        <w:t>“I can’t,” he whispered, backing away from the pump. “I can’t be seen—”</w:t>
      </w:r>
    </w:p>
    <w:p w14:paraId="6C64D0B9" w14:textId="77777777" w:rsidR="00E84F4B" w:rsidRDefault="00E84F4B" w:rsidP="00E84F4B">
      <w:pPr>
        <w:pStyle w:val="NormalWeb"/>
      </w:pPr>
      <w:r>
        <w:lastRenderedPageBreak/>
        <w:t>Then Frank emerged briefly from the trees, face in shadow but enough for Ray to recognize. Recognition changed everything. Ray exhaled and took the envelope.</w:t>
      </w:r>
    </w:p>
    <w:p w14:paraId="72A84390" w14:textId="77777777" w:rsidR="00E84F4B" w:rsidRDefault="00E84F4B" w:rsidP="00E84F4B">
      <w:pPr>
        <w:pStyle w:val="NormalWeb"/>
      </w:pPr>
      <w:r>
        <w:t>Inside was a single note:</w:t>
      </w:r>
    </w:p>
    <w:p w14:paraId="3C34DCFB" w14:textId="77777777" w:rsidR="00E84F4B" w:rsidRDefault="00E84F4B" w:rsidP="00E84F4B">
      <w:pPr>
        <w:pStyle w:val="NormalWeb"/>
      </w:pPr>
      <w:r>
        <w:t>Username: lunchguest93 Password: smoke+mirrors47 Platform: gmail.com</w:t>
      </w:r>
    </w:p>
    <w:p w14:paraId="530E51CA" w14:textId="77777777" w:rsidR="00E84F4B" w:rsidRDefault="00E84F4B" w:rsidP="00E84F4B">
      <w:pPr>
        <w:pStyle w:val="NormalWeb"/>
      </w:pPr>
      <w:r>
        <w:t>It included instructions for Dr. Reynolds to access the account and read or leave replies in the Drafts folder. Simple. Effective. Untraceable.</w:t>
      </w:r>
    </w:p>
    <w:p w14:paraId="67648C98" w14:textId="77777777" w:rsidR="00E84F4B" w:rsidRDefault="00E84F4B" w:rsidP="00E84F4B">
      <w:pPr>
        <w:pStyle w:val="NormalWeb"/>
      </w:pPr>
      <w:r>
        <w:t>Ray reached Washington two days later. He found Dr. Reynolds at a bagel shop just outside Georgetown, one block from a satellite federal office.</w:t>
      </w:r>
    </w:p>
    <w:p w14:paraId="177297BC" w14:textId="77777777" w:rsidR="00E84F4B" w:rsidRDefault="00E84F4B" w:rsidP="00E84F4B">
      <w:pPr>
        <w:pStyle w:val="NormalWeb"/>
      </w:pPr>
      <w:r>
        <w:t xml:space="preserve">“Sorry, man,” Ray said loudly, cutting into the line. Reynolds </w:t>
      </w:r>
      <w:proofErr w:type="gramStart"/>
      <w:r>
        <w:t>bristled,</w:t>
      </w:r>
      <w:proofErr w:type="gramEnd"/>
      <w:r>
        <w:t xml:space="preserve"> annoyed. Ray held up a laminated menu. “</w:t>
      </w:r>
      <w:proofErr w:type="gramStart"/>
      <w:r>
        <w:t>You’ve</w:t>
      </w:r>
      <w:proofErr w:type="gramEnd"/>
      <w:r>
        <w:t xml:space="preserve"> been here before, right? </w:t>
      </w:r>
      <w:proofErr w:type="gramStart"/>
      <w:r>
        <w:t>What’s</w:t>
      </w:r>
      <w:proofErr w:type="gramEnd"/>
      <w:r>
        <w:t xml:space="preserve"> good?”</w:t>
      </w:r>
    </w:p>
    <w:p w14:paraId="2233CC15" w14:textId="77777777" w:rsidR="00E84F4B" w:rsidRDefault="00E84F4B" w:rsidP="00E84F4B">
      <w:pPr>
        <w:pStyle w:val="NormalWeb"/>
      </w:pPr>
      <w:r>
        <w:t xml:space="preserve">Reynolds sighed. “The smoked whitefish. </w:t>
      </w:r>
      <w:proofErr w:type="gramStart"/>
      <w:r>
        <w:t>It’s</w:t>
      </w:r>
      <w:proofErr w:type="gramEnd"/>
      <w:r>
        <w:t xml:space="preserve"> not on the main—”</w:t>
      </w:r>
    </w:p>
    <w:p w14:paraId="382911BA" w14:textId="77777777" w:rsidR="00E84F4B" w:rsidRDefault="00E84F4B" w:rsidP="00E84F4B">
      <w:pPr>
        <w:pStyle w:val="NormalWeb"/>
      </w:pPr>
      <w:r>
        <w:t>Ray nodded, then added, “How do you like the food here? Worth a return trip?”</w:t>
      </w:r>
    </w:p>
    <w:p w14:paraId="1A99ED15" w14:textId="77777777" w:rsidR="00E84F4B" w:rsidRDefault="00E84F4B" w:rsidP="00E84F4B">
      <w:pPr>
        <w:pStyle w:val="NormalWeb"/>
      </w:pPr>
      <w:r>
        <w:t>He ordered, received his food, then turned back and offered Reynolds the menu. “Thanks, doc.”</w:t>
      </w:r>
    </w:p>
    <w:p w14:paraId="1E28F04F" w14:textId="77777777" w:rsidR="00E84F4B" w:rsidRDefault="00E84F4B" w:rsidP="00E84F4B">
      <w:pPr>
        <w:pStyle w:val="NormalWeb"/>
      </w:pPr>
      <w:r>
        <w:t>Inside the folds, tucked between lunch specials and smeared mustard, was the envelope.</w:t>
      </w:r>
    </w:p>
    <w:p w14:paraId="2397CA96" w14:textId="77777777" w:rsidR="00E84F4B" w:rsidRDefault="00E84F4B" w:rsidP="00E84F4B">
      <w:pPr>
        <w:pStyle w:val="NormalWeb"/>
      </w:pPr>
      <w:r>
        <w:t>Reynolds barely noticed until Ray was out the door.</w:t>
      </w:r>
    </w:p>
    <w:p w14:paraId="1143A5B3" w14:textId="77777777" w:rsidR="00E84F4B" w:rsidRDefault="00E84F4B" w:rsidP="00E84F4B">
      <w:pPr>
        <w:pStyle w:val="NormalWeb"/>
      </w:pPr>
      <w:r>
        <w:t>Back at the lab, Reynolds accessed the account. A single message waited in the Drafts folder:</w:t>
      </w:r>
    </w:p>
    <w:p w14:paraId="6B388942" w14:textId="77777777" w:rsidR="00E84F4B" w:rsidRDefault="00E84F4B" w:rsidP="00E84F4B">
      <w:pPr>
        <w:pStyle w:val="NormalWeb"/>
      </w:pPr>
      <w:r>
        <w:t>“</w:t>
      </w:r>
      <w:proofErr w:type="gramStart"/>
      <w:r>
        <w:t>We’re</w:t>
      </w:r>
      <w:proofErr w:type="gramEnd"/>
      <w:r>
        <w:t xml:space="preserve"> here. Waiting. But </w:t>
      </w:r>
      <w:proofErr w:type="gramStart"/>
      <w:r>
        <w:t>it’s</w:t>
      </w:r>
      <w:proofErr w:type="gramEnd"/>
      <w:r>
        <w:t xml:space="preserve"> closing in fast. The pantry </w:t>
      </w:r>
      <w:proofErr w:type="gramStart"/>
      <w:r>
        <w:t>is compromised</w:t>
      </w:r>
      <w:proofErr w:type="gramEnd"/>
      <w:r>
        <w:t>.”</w:t>
      </w:r>
    </w:p>
    <w:p w14:paraId="72F6A2E2" w14:textId="77777777" w:rsidR="00E84F4B" w:rsidRDefault="00E84F4B" w:rsidP="00E84F4B">
      <w:pPr>
        <w:pStyle w:val="NormalWeb"/>
      </w:pPr>
      <w:r>
        <w:t>He added one of his own:</w:t>
      </w:r>
    </w:p>
    <w:p w14:paraId="7AD3A651" w14:textId="77777777" w:rsidR="00E84F4B" w:rsidRDefault="00E84F4B" w:rsidP="00E84F4B">
      <w:pPr>
        <w:pStyle w:val="NormalWeb"/>
      </w:pPr>
      <w:r>
        <w:t xml:space="preserve">“Lunch confirmed. </w:t>
      </w:r>
      <w:proofErr w:type="gramStart"/>
      <w:r>
        <w:t>Pantry’s</w:t>
      </w:r>
      <w:proofErr w:type="gramEnd"/>
      <w:r>
        <w:t xml:space="preserve"> not secure. Guests may be listening.”</w:t>
      </w:r>
    </w:p>
    <w:p w14:paraId="24A0791F" w14:textId="77777777" w:rsidR="00E84F4B" w:rsidRDefault="00E84F4B" w:rsidP="00E84F4B">
      <w:pPr>
        <w:pStyle w:val="NormalWeb"/>
      </w:pPr>
      <w:r>
        <w:t>Then he attached a decoy Word doc, just as Marie had trained for. In white-on-white text, he hid:</w:t>
      </w:r>
    </w:p>
    <w:p w14:paraId="3B53724E" w14:textId="77777777" w:rsidR="00E84F4B" w:rsidRDefault="00E84F4B" w:rsidP="00E84F4B">
      <w:pPr>
        <w:pStyle w:val="NormalWeb"/>
        <w:numPr>
          <w:ilvl w:val="0"/>
          <w:numId w:val="14"/>
        </w:numPr>
      </w:pPr>
      <w:r>
        <w:t>A behavioral report on Subject F.M.</w:t>
      </w:r>
    </w:p>
    <w:p w14:paraId="0B54DE39" w14:textId="77777777" w:rsidR="00E84F4B" w:rsidRDefault="00E84F4B" w:rsidP="00E84F4B">
      <w:pPr>
        <w:pStyle w:val="NormalWeb"/>
        <w:numPr>
          <w:ilvl w:val="0"/>
          <w:numId w:val="14"/>
        </w:numPr>
      </w:pPr>
      <w:r>
        <w:t>Surveillance logs from the past week</w:t>
      </w:r>
    </w:p>
    <w:p w14:paraId="51DDF9E9" w14:textId="77777777" w:rsidR="00E84F4B" w:rsidRDefault="00E84F4B" w:rsidP="00E84F4B">
      <w:pPr>
        <w:pStyle w:val="NormalWeb"/>
        <w:numPr>
          <w:ilvl w:val="0"/>
          <w:numId w:val="14"/>
        </w:numPr>
      </w:pPr>
      <w:r>
        <w:t>A blurred infrared capture of a drone near their last known position</w:t>
      </w:r>
    </w:p>
    <w:p w14:paraId="4BC94B3E" w14:textId="77777777" w:rsidR="00E84F4B" w:rsidRDefault="00E84F4B" w:rsidP="00E84F4B">
      <w:pPr>
        <w:pStyle w:val="NormalWeb"/>
      </w:pPr>
      <w:r>
        <w:t>The next move was theirs.</w:t>
      </w:r>
    </w:p>
    <w:p w14:paraId="04585D13" w14:textId="77777777" w:rsidR="00E84F4B" w:rsidRDefault="00E84F4B" w:rsidP="00E84F4B">
      <w:pPr>
        <w:pStyle w:val="NormalWeb"/>
      </w:pPr>
      <w:r>
        <w:t>Back in the ranger station, Marie stared at the lines, her face pale. “This is bigger than anything we guessed.”</w:t>
      </w:r>
    </w:p>
    <w:p w14:paraId="4CF74352" w14:textId="77777777" w:rsidR="00E84F4B" w:rsidRDefault="00E84F4B" w:rsidP="00E84F4B">
      <w:pPr>
        <w:pStyle w:val="NormalWeb"/>
      </w:pPr>
      <w:r>
        <w:t>Frank turned from the frosted window, whispering, “We need to burn everything. Leave no trace.”</w:t>
      </w:r>
    </w:p>
    <w:p w14:paraId="44DE7B14" w14:textId="77777777" w:rsidR="00E84F4B" w:rsidRDefault="00E84F4B" w:rsidP="00E84F4B">
      <w:pPr>
        <w:pStyle w:val="NormalWeb"/>
      </w:pPr>
      <w:r>
        <w:t>And in the distance, through the canopy of night, a drone moved like a ghost—its red eye flickering once before disappearing again.</w:t>
      </w:r>
    </w:p>
    <w:p w14:paraId="092CC8F6" w14:textId="77777777" w:rsidR="00E84F4B" w:rsidRDefault="00E84F4B" w:rsidP="007B786F">
      <w:pPr>
        <w:spacing w:before="100" w:beforeAutospacing="1" w:after="100" w:afterAutospacing="1"/>
        <w:rPr>
          <w:rFonts w:eastAsia="Times New Roman" w:cs="Times New Roman"/>
          <w:b/>
          <w:bCs/>
          <w:szCs w:val="24"/>
        </w:rPr>
      </w:pPr>
    </w:p>
    <w:p w14:paraId="38423439" w14:textId="77777777" w:rsidR="00775728" w:rsidRDefault="00775728" w:rsidP="00775728">
      <w:pPr>
        <w:pStyle w:val="NormalWeb"/>
      </w:pPr>
      <w:r>
        <w:rPr>
          <w:rStyle w:val="Strong"/>
        </w:rPr>
        <w:lastRenderedPageBreak/>
        <w:t>Chapter 28 – The Signal Break</w:t>
      </w:r>
    </w:p>
    <w:p w14:paraId="5EDA3AE8" w14:textId="77777777" w:rsidR="00775728" w:rsidRDefault="00775728" w:rsidP="00775728">
      <w:pPr>
        <w:pStyle w:val="NormalWeb"/>
      </w:pPr>
      <w:r>
        <w:t xml:space="preserve">The ranger station fell behind them like </w:t>
      </w:r>
      <w:proofErr w:type="gramStart"/>
      <w:r>
        <w:t>a discarded</w:t>
      </w:r>
      <w:proofErr w:type="gramEnd"/>
      <w:r>
        <w:t xml:space="preserve"> skin. Dawn bled gray across the mountains as Frank and Marie moved south along a defunct fire road, sticks and frost crunching beneath their boots. Neither spoke. The message from Reynolds had changed everything. The pantry </w:t>
      </w:r>
      <w:proofErr w:type="gramStart"/>
      <w:r>
        <w:t>was compromised</w:t>
      </w:r>
      <w:proofErr w:type="gramEnd"/>
      <w:r>
        <w:t xml:space="preserve">. That meant the satellite safehouses, the </w:t>
      </w:r>
      <w:proofErr w:type="gramStart"/>
      <w:r>
        <w:t>caches</w:t>
      </w:r>
      <w:proofErr w:type="gramEnd"/>
      <w:r>
        <w:t xml:space="preserve">, </w:t>
      </w:r>
      <w:proofErr w:type="gramStart"/>
      <w:r>
        <w:t>maybe even</w:t>
      </w:r>
      <w:proofErr w:type="gramEnd"/>
      <w:r>
        <w:t xml:space="preserve"> the people </w:t>
      </w:r>
      <w:proofErr w:type="gramStart"/>
      <w:r>
        <w:t>they'd</w:t>
      </w:r>
      <w:proofErr w:type="gramEnd"/>
      <w:r>
        <w:t xml:space="preserve"> leaned on. The net was tightening.</w:t>
      </w:r>
    </w:p>
    <w:p w14:paraId="7512CC11" w14:textId="77777777" w:rsidR="00775728" w:rsidRDefault="00775728" w:rsidP="00775728">
      <w:pPr>
        <w:pStyle w:val="NormalWeb"/>
      </w:pPr>
      <w:r>
        <w:t xml:space="preserve">They traveled light—no digital gear, no phones, only what they could carry and burn. Marie carried the flash drive Reynolds had embedded inside a decoy Word doc. Frank had glanced at it just once. It </w:t>
      </w:r>
      <w:proofErr w:type="gramStart"/>
      <w:r>
        <w:t>wasn’t</w:t>
      </w:r>
      <w:proofErr w:type="gramEnd"/>
      <w:r>
        <w:t xml:space="preserve"> just predictive logs anymore; it was intent. A </w:t>
      </w:r>
      <w:proofErr w:type="spellStart"/>
      <w:r>
        <w:t>killbox</w:t>
      </w:r>
      <w:proofErr w:type="spellEnd"/>
      <w:r>
        <w:t>, mathematically derived, with him at its center.</w:t>
      </w:r>
    </w:p>
    <w:p w14:paraId="6D2B96B1" w14:textId="77777777" w:rsidR="00775728" w:rsidRDefault="00775728" w:rsidP="00775728">
      <w:pPr>
        <w:pStyle w:val="NormalWeb"/>
      </w:pPr>
      <w:r>
        <w:t xml:space="preserve">By late morning, they reached the </w:t>
      </w:r>
      <w:proofErr w:type="gramStart"/>
      <w:r>
        <w:t>overlook—a</w:t>
      </w:r>
      <w:proofErr w:type="gramEnd"/>
      <w:r>
        <w:t xml:space="preserve"> gravel shoulder off Route 220, just north of a turnoff that led to a forgotten cluster of microwave towers. An old CB trucker channel had been broadcasting static for months. Reynolds said it would go dead at exactly 11:17 a.m. if the signal was a go.</w:t>
      </w:r>
    </w:p>
    <w:p w14:paraId="3C410182" w14:textId="77777777" w:rsidR="00775728" w:rsidRDefault="00775728" w:rsidP="00775728">
      <w:pPr>
        <w:pStyle w:val="NormalWeb"/>
      </w:pPr>
      <w:r>
        <w:t>At 11:17, the static went silent.</w:t>
      </w:r>
    </w:p>
    <w:p w14:paraId="24E39FC9" w14:textId="77777777" w:rsidR="00775728" w:rsidRDefault="00775728" w:rsidP="00775728">
      <w:pPr>
        <w:pStyle w:val="NormalWeb"/>
      </w:pPr>
      <w:r>
        <w:t>"Time to move," Frank said.</w:t>
      </w:r>
    </w:p>
    <w:p w14:paraId="4B75A767" w14:textId="77777777" w:rsidR="00775728" w:rsidRDefault="00775728" w:rsidP="00775728">
      <w:pPr>
        <w:pStyle w:val="NormalWeb"/>
      </w:pPr>
      <w:r>
        <w:t xml:space="preserve">The route ahead led them into the teeth of Appalachia. Their destination: a retired NSA relay station buried deep in the folds of West Virginia’s hills—code-named the Data Farm. Reynolds had only hinted at it during their first meeting, calling it a "cut flower from a </w:t>
      </w:r>
      <w:proofErr w:type="gramStart"/>
      <w:r>
        <w:t>Cold War garden</w:t>
      </w:r>
      <w:proofErr w:type="gramEnd"/>
      <w:r>
        <w:t>." Marie had traced it through metadata tucked inside a research paper on network latency. Someone had buried the coordinates as a checksum.</w:t>
      </w:r>
    </w:p>
    <w:p w14:paraId="7BA3FBE5" w14:textId="77777777" w:rsidR="00775728" w:rsidRDefault="00775728" w:rsidP="00775728">
      <w:pPr>
        <w:pStyle w:val="NormalWeb"/>
      </w:pPr>
      <w:r>
        <w:t>Two days of hiking, barter rides, and dodging roadside cameras brought them close. Marie grew paler each night, the graze on her arm from the drone still inflamed. They treated it with iodine and silence.</w:t>
      </w:r>
    </w:p>
    <w:p w14:paraId="5D038C75" w14:textId="77777777" w:rsidR="00775728" w:rsidRDefault="00775728" w:rsidP="00775728">
      <w:pPr>
        <w:pStyle w:val="NormalWeb"/>
      </w:pPr>
      <w:r>
        <w:t xml:space="preserve">On the third morning, they </w:t>
      </w:r>
      <w:proofErr w:type="gramStart"/>
      <w:r>
        <w:t>found it—</w:t>
      </w:r>
      <w:proofErr w:type="gramEnd"/>
      <w:r>
        <w:t>a fake ranger tower, hidden in a ravine where satellite coverage warped. The keypad was old, but Marie’s sequence worked. Inside, cold metal walls and a whirring server farm slept in the dark. A voice-activated system came online in a tinny whisper:</w:t>
      </w:r>
    </w:p>
    <w:p w14:paraId="6C303F8A" w14:textId="77777777" w:rsidR="00775728" w:rsidRDefault="00775728" w:rsidP="00775728">
      <w:pPr>
        <w:pStyle w:val="NormalWeb"/>
      </w:pPr>
      <w:r>
        <w:t>"Authenticate."</w:t>
      </w:r>
    </w:p>
    <w:p w14:paraId="12028593" w14:textId="77777777" w:rsidR="00775728" w:rsidRDefault="00775728" w:rsidP="00775728">
      <w:pPr>
        <w:pStyle w:val="NormalWeb"/>
      </w:pPr>
      <w:r>
        <w:t>Marie stepped forward. "Lunch guest. Pantry fire. Authorization: smoke and mirrors."</w:t>
      </w:r>
    </w:p>
    <w:p w14:paraId="05CB165F" w14:textId="77777777" w:rsidR="00775728" w:rsidRDefault="00775728" w:rsidP="00775728">
      <w:pPr>
        <w:pStyle w:val="NormalWeb"/>
      </w:pPr>
      <w:r>
        <w:t>A door clicked open. They entered the archive.</w:t>
      </w:r>
    </w:p>
    <w:p w14:paraId="5B25F64E" w14:textId="77777777" w:rsidR="00775728" w:rsidRDefault="00775728" w:rsidP="00775728">
      <w:pPr>
        <w:pStyle w:val="NormalWeb"/>
      </w:pPr>
      <w:r>
        <w:t>Inside were racks of dusty drives, localized network hubs, and one active console. Marie plugged in the flash drive. The system spun to life—data pouring into the screen like rain:</w:t>
      </w:r>
    </w:p>
    <w:p w14:paraId="5A66E63A" w14:textId="77777777" w:rsidR="00775728" w:rsidRDefault="00775728" w:rsidP="00775728">
      <w:pPr>
        <w:pStyle w:val="NormalWeb"/>
        <w:numPr>
          <w:ilvl w:val="0"/>
          <w:numId w:val="16"/>
        </w:numPr>
      </w:pPr>
      <w:r>
        <w:t>Phase III Behavioral Mapping</w:t>
      </w:r>
    </w:p>
    <w:p w14:paraId="389B1B62" w14:textId="77777777" w:rsidR="00775728" w:rsidRDefault="00775728" w:rsidP="00775728">
      <w:pPr>
        <w:pStyle w:val="NormalWeb"/>
        <w:numPr>
          <w:ilvl w:val="0"/>
          <w:numId w:val="16"/>
        </w:numPr>
      </w:pPr>
      <w:r>
        <w:t>Geo-fencing Schematics for D.C.</w:t>
      </w:r>
    </w:p>
    <w:p w14:paraId="3176500D" w14:textId="77777777" w:rsidR="00775728" w:rsidRDefault="00775728" w:rsidP="00775728">
      <w:pPr>
        <w:pStyle w:val="NormalWeb"/>
        <w:numPr>
          <w:ilvl w:val="0"/>
          <w:numId w:val="16"/>
        </w:numPr>
      </w:pPr>
      <w:r>
        <w:t>Facial Recognition Pattern Sets for Public Surveillance Nets</w:t>
      </w:r>
    </w:p>
    <w:p w14:paraId="22E9C736" w14:textId="77777777" w:rsidR="00775728" w:rsidRDefault="00775728" w:rsidP="00775728">
      <w:pPr>
        <w:pStyle w:val="NormalWeb"/>
        <w:numPr>
          <w:ilvl w:val="0"/>
          <w:numId w:val="16"/>
        </w:numPr>
      </w:pPr>
      <w:r>
        <w:t>Drone Infrared Target Prioritization Logs</w:t>
      </w:r>
    </w:p>
    <w:p w14:paraId="7D8C16D7" w14:textId="77777777" w:rsidR="00775728" w:rsidRDefault="00775728" w:rsidP="00775728">
      <w:pPr>
        <w:pStyle w:val="NormalWeb"/>
      </w:pPr>
      <w:r>
        <w:t xml:space="preserve">Frank leaned over her shoulder. "This isn't just surveillance. </w:t>
      </w:r>
      <w:proofErr w:type="gramStart"/>
      <w:r>
        <w:t>It's</w:t>
      </w:r>
      <w:proofErr w:type="gramEnd"/>
      <w:r>
        <w:t xml:space="preserve"> war-gaming. They're modeling civil breakdown responses, exploiting economic protests, radicalizing control groups."</w:t>
      </w:r>
    </w:p>
    <w:p w14:paraId="0255271A" w14:textId="77777777" w:rsidR="00775728" w:rsidRDefault="00775728" w:rsidP="00775728">
      <w:pPr>
        <w:pStyle w:val="NormalWeb"/>
      </w:pPr>
      <w:r>
        <w:t xml:space="preserve">Marie found one last file, buried three layers deep, labeled: </w:t>
      </w:r>
      <w:proofErr w:type="gramStart"/>
      <w:r>
        <w:rPr>
          <w:rStyle w:val="HTMLCode"/>
        </w:rPr>
        <w:t>Directive_9-37.pdf</w:t>
      </w:r>
      <w:proofErr w:type="gramEnd"/>
    </w:p>
    <w:p w14:paraId="17C9C0A1" w14:textId="77777777" w:rsidR="00775728" w:rsidRDefault="00775728" w:rsidP="00775728">
      <w:pPr>
        <w:pStyle w:val="NormalWeb"/>
      </w:pPr>
      <w:r>
        <w:t>She opened it. It was heavily redacted, but the outline was clear:</w:t>
      </w:r>
    </w:p>
    <w:p w14:paraId="31EF8C1A" w14:textId="77777777" w:rsidR="00775728" w:rsidRDefault="00775728" w:rsidP="00775728">
      <w:pPr>
        <w:pStyle w:val="NormalWeb"/>
      </w:pPr>
      <w:r>
        <w:lastRenderedPageBreak/>
        <w:t>ORPHEUS is authorized to implement autonomous provocation campaigns to induce predictive compliance. Behavioral nudging may include staged losses, simulated betrayals, and escalated stimuli tailored to subject psychological profiles.</w:t>
      </w:r>
    </w:p>
    <w:p w14:paraId="4DDE80FC" w14:textId="77777777" w:rsidR="00775728" w:rsidRDefault="00775728" w:rsidP="00775728">
      <w:pPr>
        <w:pStyle w:val="NormalWeb"/>
      </w:pPr>
      <w:r>
        <w:t xml:space="preserve">Marie whispered, "They weren't just predicting you. They were </w:t>
      </w:r>
      <w:r>
        <w:rPr>
          <w:rStyle w:val="Emphasis"/>
        </w:rPr>
        <w:t>training</w:t>
      </w:r>
      <w:r>
        <w:t xml:space="preserve"> you."</w:t>
      </w:r>
    </w:p>
    <w:p w14:paraId="6C071E95" w14:textId="77777777" w:rsidR="00775728" w:rsidRDefault="00775728" w:rsidP="00775728">
      <w:pPr>
        <w:pStyle w:val="NormalWeb"/>
      </w:pPr>
      <w:r>
        <w:t xml:space="preserve">A timer appeared on the top corner of the console: </w:t>
      </w:r>
      <w:r>
        <w:rPr>
          <w:rStyle w:val="Strong"/>
        </w:rPr>
        <w:t>Remote Purge in 02:00</w:t>
      </w:r>
    </w:p>
    <w:p w14:paraId="682D2E91" w14:textId="77777777" w:rsidR="00775728" w:rsidRDefault="00775728" w:rsidP="00775728">
      <w:pPr>
        <w:pStyle w:val="NormalWeb"/>
      </w:pPr>
      <w:r>
        <w:t>"They're onto us," Frank snapped.</w:t>
      </w:r>
    </w:p>
    <w:p w14:paraId="28605502" w14:textId="77777777" w:rsidR="00775728" w:rsidRDefault="00775728" w:rsidP="00775728">
      <w:pPr>
        <w:pStyle w:val="NormalWeb"/>
      </w:pPr>
      <w:r>
        <w:t xml:space="preserve">They worked fast. Marie copied files to a radiation-shielded drive while Frank traced the purge </w:t>
      </w:r>
      <w:proofErr w:type="gramStart"/>
      <w:r>
        <w:t>command—a</w:t>
      </w:r>
      <w:proofErr w:type="gramEnd"/>
      <w:r>
        <w:t xml:space="preserve"> satellite ping from a low-orbit uplink.</w:t>
      </w:r>
    </w:p>
    <w:p w14:paraId="12A9E986" w14:textId="77777777" w:rsidR="00775728" w:rsidRDefault="00775728" w:rsidP="00775728">
      <w:pPr>
        <w:pStyle w:val="NormalWeb"/>
      </w:pPr>
      <w:r>
        <w:t>"I can cut the fiber, but we’ll lose power, too."</w:t>
      </w:r>
    </w:p>
    <w:p w14:paraId="1B706B36" w14:textId="77777777" w:rsidR="00775728" w:rsidRDefault="00775728" w:rsidP="00775728">
      <w:pPr>
        <w:pStyle w:val="NormalWeb"/>
      </w:pPr>
      <w:r>
        <w:t>"Do it."</w:t>
      </w:r>
    </w:p>
    <w:p w14:paraId="42CDAC91" w14:textId="77777777" w:rsidR="00775728" w:rsidRDefault="00775728" w:rsidP="00775728">
      <w:pPr>
        <w:pStyle w:val="NormalWeb"/>
      </w:pPr>
      <w:r>
        <w:t>Frank pulled the main trunk. The room went dark. Marie triggered a localized EMP burst. Sparks snapped. Everything shut down. They ran.</w:t>
      </w:r>
    </w:p>
    <w:p w14:paraId="6762081F" w14:textId="77777777" w:rsidR="00775728" w:rsidRDefault="00775728" w:rsidP="00775728">
      <w:pPr>
        <w:pStyle w:val="NormalWeb"/>
      </w:pPr>
      <w:r>
        <w:t>Outside, the forest screamed with rotor thunder. Drones. Two of them, scanning for heat.</w:t>
      </w:r>
    </w:p>
    <w:p w14:paraId="36DE781C" w14:textId="77777777" w:rsidR="00775728" w:rsidRDefault="00775728" w:rsidP="00775728">
      <w:pPr>
        <w:pStyle w:val="NormalWeb"/>
      </w:pPr>
      <w:r>
        <w:t>Frank dragged Marie into a drainage culvert beneath the ridge. The air was cold and wet. One of the drones passed overhead, then returned.</w:t>
      </w:r>
    </w:p>
    <w:p w14:paraId="0FB2A4C3" w14:textId="77777777" w:rsidR="00775728" w:rsidRDefault="00775728" w:rsidP="00775728">
      <w:pPr>
        <w:pStyle w:val="NormalWeb"/>
      </w:pPr>
      <w:r>
        <w:t>Frank held her close, breathing low, matching the rhythm of the earth.</w:t>
      </w:r>
    </w:p>
    <w:p w14:paraId="53679778" w14:textId="77777777" w:rsidR="00775728" w:rsidRDefault="00775728" w:rsidP="00775728">
      <w:pPr>
        <w:pStyle w:val="NormalWeb"/>
      </w:pPr>
      <w:r>
        <w:t>Eventually, the red eyes blinked away.</w:t>
      </w:r>
    </w:p>
    <w:p w14:paraId="482AAD23" w14:textId="77777777" w:rsidR="00775728" w:rsidRDefault="00775728" w:rsidP="00775728">
      <w:pPr>
        <w:pStyle w:val="NormalWeb"/>
      </w:pPr>
      <w:r>
        <w:t>They surfaced under cover of night, half-frozen and alive.</w:t>
      </w:r>
    </w:p>
    <w:p w14:paraId="2840E9B0" w14:textId="77777777" w:rsidR="00775728" w:rsidRDefault="00775728" w:rsidP="00775728">
      <w:pPr>
        <w:pStyle w:val="NormalWeb"/>
      </w:pPr>
      <w:r>
        <w:t xml:space="preserve">At a pull-off outside Elkins, a truck </w:t>
      </w:r>
      <w:proofErr w:type="gramStart"/>
      <w:r>
        <w:t>idled</w:t>
      </w:r>
      <w:proofErr w:type="gramEnd"/>
      <w:r>
        <w:t>.</w:t>
      </w:r>
    </w:p>
    <w:p w14:paraId="5D51D3D6" w14:textId="77777777" w:rsidR="00775728" w:rsidRDefault="00775728" w:rsidP="00775728">
      <w:pPr>
        <w:pStyle w:val="NormalWeb"/>
      </w:pPr>
      <w:r>
        <w:t xml:space="preserve">"Reynolds sent me," the driver said. He </w:t>
      </w:r>
      <w:proofErr w:type="gramStart"/>
      <w:r>
        <w:t>didn't</w:t>
      </w:r>
      <w:proofErr w:type="gramEnd"/>
      <w:r>
        <w:t xml:space="preserve"> ask their names. "You want Smoky Mountain air? Climb in."</w:t>
      </w:r>
    </w:p>
    <w:p w14:paraId="27389CD9" w14:textId="77777777" w:rsidR="00775728" w:rsidRDefault="00775728" w:rsidP="00775728">
      <w:pPr>
        <w:pStyle w:val="NormalWeb"/>
      </w:pPr>
      <w:r>
        <w:t>Frank hesitated, then helped Marie in. As the truck rumbled into the dark, he opened the shielded drive.</w:t>
      </w:r>
    </w:p>
    <w:p w14:paraId="41E5FE15" w14:textId="77777777" w:rsidR="00775728" w:rsidRDefault="00775728" w:rsidP="00775728">
      <w:pPr>
        <w:pStyle w:val="NormalWeb"/>
      </w:pPr>
      <w:r>
        <w:t>One file blinked.</w:t>
      </w:r>
    </w:p>
    <w:p w14:paraId="2F514FE2" w14:textId="77777777" w:rsidR="00775728" w:rsidRDefault="00775728" w:rsidP="00775728">
      <w:pPr>
        <w:pStyle w:val="NormalWeb"/>
      </w:pPr>
      <w:r>
        <w:t>REYNOLDS, M. - CLASSIFIED. MONITORED. MARINO, F. - PHASE III CRITICAL VARIABLE. DO NOT TERMINATE.</w:t>
      </w:r>
    </w:p>
    <w:p w14:paraId="5D726C4A" w14:textId="77777777" w:rsidR="00775728" w:rsidRDefault="00775728" w:rsidP="00775728">
      <w:pPr>
        <w:pStyle w:val="NormalWeb"/>
      </w:pPr>
      <w:r>
        <w:t>Frank closed it.</w:t>
      </w:r>
    </w:p>
    <w:p w14:paraId="09B12EE6" w14:textId="77777777" w:rsidR="00775728" w:rsidRDefault="00775728" w:rsidP="00775728">
      <w:pPr>
        <w:pStyle w:val="NormalWeb"/>
      </w:pPr>
      <w:r>
        <w:t xml:space="preserve">"We're not just fighting them anymore," he said. "We're </w:t>
      </w:r>
      <w:r>
        <w:rPr>
          <w:rStyle w:val="Emphasis"/>
        </w:rPr>
        <w:t>inside</w:t>
      </w:r>
      <w:r>
        <w:t xml:space="preserve"> the damn program."</w:t>
      </w:r>
    </w:p>
    <w:p w14:paraId="6D60E320" w14:textId="77777777" w:rsidR="00775728" w:rsidRDefault="00775728" w:rsidP="00775728">
      <w:pPr>
        <w:pStyle w:val="NormalWeb"/>
      </w:pPr>
      <w:r>
        <w:t xml:space="preserve">Marie </w:t>
      </w:r>
      <w:proofErr w:type="gramStart"/>
      <w:r>
        <w:t>didn’t</w:t>
      </w:r>
      <w:proofErr w:type="gramEnd"/>
      <w:r>
        <w:t xml:space="preserve"> speak. She was already watching the window, her fingers wrapped tightly around the drive—as if to crush the truth before it crushed them first.</w:t>
      </w:r>
    </w:p>
    <w:p w14:paraId="62A76A6F" w14:textId="77777777" w:rsidR="00935CFD" w:rsidRDefault="00935CFD" w:rsidP="00775728">
      <w:pPr>
        <w:pStyle w:val="NormalWeb"/>
      </w:pPr>
    </w:p>
    <w:p w14:paraId="5302242A" w14:textId="77777777" w:rsidR="00935CFD" w:rsidRPr="00935CFD" w:rsidRDefault="00935CFD" w:rsidP="00935CFD">
      <w:pPr>
        <w:rPr>
          <w:rFonts w:eastAsia="Times New Roman" w:cs="Times New Roman"/>
          <w:szCs w:val="24"/>
        </w:rPr>
      </w:pPr>
      <w:r w:rsidRPr="00935CFD">
        <w:rPr>
          <w:rFonts w:eastAsia="Times New Roman" w:cs="Times New Roman"/>
          <w:szCs w:val="24"/>
        </w:rPr>
        <w:lastRenderedPageBreak/>
        <w:pict w14:anchorId="583DB97F">
          <v:rect id="_x0000_i1117" style="width:0;height:1.5pt" o:hralign="center" o:hrstd="t" o:hr="t" fillcolor="#a0a0a0" stroked="f"/>
        </w:pict>
      </w:r>
    </w:p>
    <w:p w14:paraId="14322FBC" w14:textId="77777777" w:rsidR="00935CFD" w:rsidRPr="00935CFD" w:rsidRDefault="00935CFD" w:rsidP="00935CFD">
      <w:pPr>
        <w:spacing w:before="100" w:beforeAutospacing="1" w:after="100" w:afterAutospacing="1"/>
        <w:outlineLvl w:val="2"/>
        <w:rPr>
          <w:rFonts w:eastAsia="Times New Roman" w:cs="Times New Roman"/>
          <w:b/>
          <w:bCs/>
          <w:sz w:val="27"/>
          <w:szCs w:val="27"/>
        </w:rPr>
      </w:pPr>
      <w:r w:rsidRPr="00935CFD">
        <w:rPr>
          <w:rFonts w:eastAsia="Times New Roman" w:cs="Times New Roman"/>
          <w:b/>
          <w:bCs/>
          <w:sz w:val="27"/>
          <w:szCs w:val="27"/>
        </w:rPr>
        <w:t>Chapter 29 – The Data Farm</w:t>
      </w:r>
    </w:p>
    <w:p w14:paraId="645DF5EB"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The night had deepened, but the glow of thousands of screens inside the warehouse never faltered. Frank had never imagined something like this existed so close to the capital: a massive, unmarked data farm buried beneath layers of security and steel, humming with the relentless pulse of a digital heart.</w:t>
      </w:r>
    </w:p>
    <w:p w14:paraId="03B0222D"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 xml:space="preserve">Marie led the way through the metal maze, clutching a small flashlight as the stale air pressed in. The low drone of cooling fans filled the cavernous room, blinking lights marked server racks stacked end to end, rows upon rows of computational power feeding the all-seeing eyes of the </w:t>
      </w:r>
      <w:proofErr w:type="spellStart"/>
      <w:r w:rsidRPr="00935CFD">
        <w:rPr>
          <w:rFonts w:eastAsia="Times New Roman" w:cs="Times New Roman"/>
          <w:szCs w:val="24"/>
        </w:rPr>
        <w:t>Preconviction</w:t>
      </w:r>
      <w:proofErr w:type="spellEnd"/>
      <w:r w:rsidRPr="00935CFD">
        <w:rPr>
          <w:rFonts w:eastAsia="Times New Roman" w:cs="Times New Roman"/>
          <w:szCs w:val="24"/>
        </w:rPr>
        <w:t xml:space="preserve"> program.</w:t>
      </w:r>
    </w:p>
    <w:p w14:paraId="171BB7BF"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Frank’s eyes darted, catching the reflection of cameras mounted in every corner—</w:t>
      </w:r>
      <w:proofErr w:type="gramStart"/>
      <w:r w:rsidRPr="00935CFD">
        <w:rPr>
          <w:rFonts w:eastAsia="Times New Roman" w:cs="Times New Roman"/>
          <w:szCs w:val="24"/>
        </w:rPr>
        <w:t>some</w:t>
      </w:r>
      <w:proofErr w:type="gramEnd"/>
      <w:r w:rsidRPr="00935CFD">
        <w:rPr>
          <w:rFonts w:eastAsia="Times New Roman" w:cs="Times New Roman"/>
          <w:szCs w:val="24"/>
        </w:rPr>
        <w:t xml:space="preserve"> obvious, others disguised as vents or motion sensors. Geo-fencing tech buzzed from nearby nodes, their signals pulsing like an invisible electric cage. Every inch of the facility </w:t>
      </w:r>
      <w:proofErr w:type="gramStart"/>
      <w:r w:rsidRPr="00935CFD">
        <w:rPr>
          <w:rFonts w:eastAsia="Times New Roman" w:cs="Times New Roman"/>
          <w:szCs w:val="24"/>
        </w:rPr>
        <w:t>was monitored</w:t>
      </w:r>
      <w:proofErr w:type="gramEnd"/>
      <w:r w:rsidRPr="00935CFD">
        <w:rPr>
          <w:rFonts w:eastAsia="Times New Roman" w:cs="Times New Roman"/>
          <w:szCs w:val="24"/>
        </w:rPr>
        <w:t xml:space="preserve"> not just by video but by layers of heat sensors, acoustic detectors, and even biometric checkpoints hidden in the shadows.</w:t>
      </w:r>
    </w:p>
    <w:p w14:paraId="1D64D1FC"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“This is it,” Marie whispered. “The backbone. Where they process everything. Your every move, every word, every prediction runs through here.”</w:t>
      </w:r>
    </w:p>
    <w:p w14:paraId="3FD881D8"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Frank swallowed hard, feeling suddenly exposed—like a rat in a labyrinth designed to watch and punish before the trap even snapped shut.</w:t>
      </w:r>
    </w:p>
    <w:p w14:paraId="6FFA1861"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“How do they even keep this off the grid?” he asked quietly.</w:t>
      </w:r>
    </w:p>
    <w:p w14:paraId="68862411"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 xml:space="preserve">Marie smiled bitterly. “Disinformation. Cover companies. </w:t>
      </w:r>
      <w:proofErr w:type="gramStart"/>
      <w:r w:rsidRPr="00935CFD">
        <w:rPr>
          <w:rFonts w:eastAsia="Times New Roman" w:cs="Times New Roman"/>
          <w:szCs w:val="24"/>
        </w:rPr>
        <w:t>Some of</w:t>
      </w:r>
      <w:proofErr w:type="gramEnd"/>
      <w:r w:rsidRPr="00935CFD">
        <w:rPr>
          <w:rFonts w:eastAsia="Times New Roman" w:cs="Times New Roman"/>
          <w:szCs w:val="24"/>
        </w:rPr>
        <w:t xml:space="preserve"> the servers </w:t>
      </w:r>
      <w:proofErr w:type="gramStart"/>
      <w:r w:rsidRPr="00935CFD">
        <w:rPr>
          <w:rFonts w:eastAsia="Times New Roman" w:cs="Times New Roman"/>
          <w:szCs w:val="24"/>
        </w:rPr>
        <w:t>are leased</w:t>
      </w:r>
      <w:proofErr w:type="gramEnd"/>
      <w:r w:rsidRPr="00935CFD">
        <w:rPr>
          <w:rFonts w:eastAsia="Times New Roman" w:cs="Times New Roman"/>
          <w:szCs w:val="24"/>
        </w:rPr>
        <w:t xml:space="preserve"> through shell corporations overseas. </w:t>
      </w:r>
      <w:proofErr w:type="gramStart"/>
      <w:r w:rsidRPr="00935CFD">
        <w:rPr>
          <w:rFonts w:eastAsia="Times New Roman" w:cs="Times New Roman"/>
          <w:szCs w:val="24"/>
        </w:rPr>
        <w:t>Some</w:t>
      </w:r>
      <w:proofErr w:type="gramEnd"/>
      <w:r w:rsidRPr="00935CFD">
        <w:rPr>
          <w:rFonts w:eastAsia="Times New Roman" w:cs="Times New Roman"/>
          <w:szCs w:val="24"/>
        </w:rPr>
        <w:t xml:space="preserve"> hardware </w:t>
      </w:r>
      <w:proofErr w:type="gramStart"/>
      <w:r w:rsidRPr="00935CFD">
        <w:rPr>
          <w:rFonts w:eastAsia="Times New Roman" w:cs="Times New Roman"/>
          <w:szCs w:val="24"/>
        </w:rPr>
        <w:t>was bought</w:t>
      </w:r>
      <w:proofErr w:type="gramEnd"/>
      <w:r w:rsidRPr="00935CFD">
        <w:rPr>
          <w:rFonts w:eastAsia="Times New Roman" w:cs="Times New Roman"/>
          <w:szCs w:val="24"/>
        </w:rPr>
        <w:t xml:space="preserve"> through intermediaries in Europe and Asia. </w:t>
      </w:r>
      <w:proofErr w:type="gramStart"/>
      <w:r w:rsidRPr="00935CFD">
        <w:rPr>
          <w:rFonts w:eastAsia="Times New Roman" w:cs="Times New Roman"/>
          <w:szCs w:val="24"/>
        </w:rPr>
        <w:t>It’s</w:t>
      </w:r>
      <w:proofErr w:type="gramEnd"/>
      <w:r w:rsidRPr="00935CFD">
        <w:rPr>
          <w:rFonts w:eastAsia="Times New Roman" w:cs="Times New Roman"/>
          <w:szCs w:val="24"/>
        </w:rPr>
        <w:t xml:space="preserve"> a spiderweb of lies designed to keep prying eyes away.”</w:t>
      </w:r>
    </w:p>
    <w:p w14:paraId="7D22907D"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Frank crouched beside a blinking terminal and tapped into the console Marie had unlocked. Lines of code and encrypted files spilled across the screen—data packets streaming faster than his eyes could parse.</w:t>
      </w:r>
    </w:p>
    <w:p w14:paraId="320E1654"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“The program isn’t just predictive,” Marie said, scrolling through files. “</w:t>
      </w:r>
      <w:proofErr w:type="gramStart"/>
      <w:r w:rsidRPr="00935CFD">
        <w:rPr>
          <w:rFonts w:eastAsia="Times New Roman" w:cs="Times New Roman"/>
          <w:szCs w:val="24"/>
        </w:rPr>
        <w:t>It’s</w:t>
      </w:r>
      <w:proofErr w:type="gramEnd"/>
      <w:r w:rsidRPr="00935CFD">
        <w:rPr>
          <w:rFonts w:eastAsia="Times New Roman" w:cs="Times New Roman"/>
          <w:szCs w:val="24"/>
        </w:rPr>
        <w:t xml:space="preserve"> manipulative. It can push targets into scenarios that make the prediction a self-fulfilling prophecy.”</w:t>
      </w:r>
    </w:p>
    <w:p w14:paraId="617B655D"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 xml:space="preserve">Frank’s heart clenched. This was the ORPHEUS nightmare: a machine not only seeing the future but bending it, forcing people’s hands through digital strings they </w:t>
      </w:r>
      <w:proofErr w:type="gramStart"/>
      <w:r w:rsidRPr="00935CFD">
        <w:rPr>
          <w:rFonts w:eastAsia="Times New Roman" w:cs="Times New Roman"/>
          <w:szCs w:val="24"/>
        </w:rPr>
        <w:t>couldn’t</w:t>
      </w:r>
      <w:proofErr w:type="gramEnd"/>
      <w:r w:rsidRPr="00935CFD">
        <w:rPr>
          <w:rFonts w:eastAsia="Times New Roman" w:cs="Times New Roman"/>
          <w:szCs w:val="24"/>
        </w:rPr>
        <w:t xml:space="preserve"> see.</w:t>
      </w:r>
    </w:p>
    <w:p w14:paraId="55EC7A40"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Suddenly, the lights flickered. A low alarm sounded—soft but unmistakable.</w:t>
      </w:r>
    </w:p>
    <w:p w14:paraId="6C1ABE71"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“Movement,” Marie hissed. “</w:t>
      </w:r>
      <w:proofErr w:type="gramStart"/>
      <w:r w:rsidRPr="00935CFD">
        <w:rPr>
          <w:rFonts w:eastAsia="Times New Roman" w:cs="Times New Roman"/>
          <w:szCs w:val="24"/>
        </w:rPr>
        <w:t>They’ve</w:t>
      </w:r>
      <w:proofErr w:type="gramEnd"/>
      <w:r w:rsidRPr="00935CFD">
        <w:rPr>
          <w:rFonts w:eastAsia="Times New Roman" w:cs="Times New Roman"/>
          <w:szCs w:val="24"/>
        </w:rPr>
        <w:t xml:space="preserve"> got a sensor on the north entrance. </w:t>
      </w:r>
      <w:proofErr w:type="gramStart"/>
      <w:r w:rsidRPr="00935CFD">
        <w:rPr>
          <w:rFonts w:eastAsia="Times New Roman" w:cs="Times New Roman"/>
          <w:szCs w:val="24"/>
        </w:rPr>
        <w:t>Someone’s</w:t>
      </w:r>
      <w:proofErr w:type="gramEnd"/>
      <w:r w:rsidRPr="00935CFD">
        <w:rPr>
          <w:rFonts w:eastAsia="Times New Roman" w:cs="Times New Roman"/>
          <w:szCs w:val="24"/>
        </w:rPr>
        <w:t xml:space="preserve"> coming.”</w:t>
      </w:r>
    </w:p>
    <w:p w14:paraId="5908E30B"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Frank froze. They were deep inside enemy territory with no backup.</w:t>
      </w:r>
    </w:p>
    <w:p w14:paraId="44FB0FB6"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 xml:space="preserve">“We </w:t>
      </w:r>
      <w:proofErr w:type="gramStart"/>
      <w:r w:rsidRPr="00935CFD">
        <w:rPr>
          <w:rFonts w:eastAsia="Times New Roman" w:cs="Times New Roman"/>
          <w:szCs w:val="24"/>
        </w:rPr>
        <w:t>have to</w:t>
      </w:r>
      <w:proofErr w:type="gramEnd"/>
      <w:r w:rsidRPr="00935CFD">
        <w:rPr>
          <w:rFonts w:eastAsia="Times New Roman" w:cs="Times New Roman"/>
          <w:szCs w:val="24"/>
        </w:rPr>
        <w:t xml:space="preserve"> move. Now.”</w:t>
      </w:r>
    </w:p>
    <w:p w14:paraId="6E96967A"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They slipped away from the terminal, ducking behind racks. The footsteps outside grew louder, sharp with purpose.</w:t>
      </w:r>
    </w:p>
    <w:p w14:paraId="2217AC99"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Through a narrow corridor, Frank spotted a security panel. He jimmied it open, flipping wires in rapid succession. The blinking cameras across the room blinked out one by one.</w:t>
      </w:r>
    </w:p>
    <w:p w14:paraId="0145412D"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lastRenderedPageBreak/>
        <w:t>“Temporary blackout,” he said, voice taut.</w:t>
      </w:r>
    </w:p>
    <w:p w14:paraId="58E21BC9"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 xml:space="preserve">They sprinted to the emergency exit, </w:t>
      </w:r>
      <w:proofErr w:type="gramStart"/>
      <w:r w:rsidRPr="00935CFD">
        <w:rPr>
          <w:rFonts w:eastAsia="Times New Roman" w:cs="Times New Roman"/>
          <w:szCs w:val="24"/>
        </w:rPr>
        <w:t>sweat prickling</w:t>
      </w:r>
      <w:proofErr w:type="gramEnd"/>
      <w:r w:rsidRPr="00935CFD">
        <w:rPr>
          <w:rFonts w:eastAsia="Times New Roman" w:cs="Times New Roman"/>
          <w:szCs w:val="24"/>
        </w:rPr>
        <w:t xml:space="preserve"> Frank’s brow.</w:t>
      </w:r>
    </w:p>
    <w:p w14:paraId="7550CFF3"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Outside, the night was thick and silent. But drones circled above, their cold red eyes sweeping the perimeter. Geo-fence alerts buzzed on their encrypted phones—another boundary breached.</w:t>
      </w:r>
    </w:p>
    <w:p w14:paraId="38469217"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“We’re exposed,” Marie said, breathless.</w:t>
      </w:r>
    </w:p>
    <w:p w14:paraId="065F5D17"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Frank scanned the tree line, heart pounding. Somewhere in the darkness, a shadow moved—</w:t>
      </w:r>
      <w:proofErr w:type="gramStart"/>
      <w:r w:rsidRPr="00935CFD">
        <w:rPr>
          <w:rFonts w:eastAsia="Times New Roman" w:cs="Times New Roman"/>
          <w:szCs w:val="24"/>
        </w:rPr>
        <w:t>probably a</w:t>
      </w:r>
      <w:proofErr w:type="gramEnd"/>
      <w:r w:rsidRPr="00935CFD">
        <w:rPr>
          <w:rFonts w:eastAsia="Times New Roman" w:cs="Times New Roman"/>
          <w:szCs w:val="24"/>
        </w:rPr>
        <w:t xml:space="preserve"> tracker, </w:t>
      </w:r>
      <w:proofErr w:type="gramStart"/>
      <w:r w:rsidRPr="00935CFD">
        <w:rPr>
          <w:rFonts w:eastAsia="Times New Roman" w:cs="Times New Roman"/>
          <w:szCs w:val="24"/>
        </w:rPr>
        <w:t>maybe worse</w:t>
      </w:r>
      <w:proofErr w:type="gramEnd"/>
      <w:r w:rsidRPr="00935CFD">
        <w:rPr>
          <w:rFonts w:eastAsia="Times New Roman" w:cs="Times New Roman"/>
          <w:szCs w:val="24"/>
        </w:rPr>
        <w:t>.</w:t>
      </w:r>
    </w:p>
    <w:p w14:paraId="138301F1"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“Time to disappear,” Frank said. “Before they close in.”</w:t>
      </w:r>
    </w:p>
    <w:p w14:paraId="23EE3213"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 xml:space="preserve">As they melted into the forest, Frank’s mind raced. The data farm was both a goldmine and a deathtrap. If they could get even a fraction of the info Marie downloaded, it could expose ORPHEUS—and the twisted </w:t>
      </w:r>
      <w:proofErr w:type="spellStart"/>
      <w:r w:rsidRPr="00935CFD">
        <w:rPr>
          <w:rFonts w:eastAsia="Times New Roman" w:cs="Times New Roman"/>
          <w:szCs w:val="24"/>
        </w:rPr>
        <w:t>Preconviction</w:t>
      </w:r>
      <w:proofErr w:type="spellEnd"/>
      <w:r w:rsidRPr="00935CFD">
        <w:rPr>
          <w:rFonts w:eastAsia="Times New Roman" w:cs="Times New Roman"/>
          <w:szCs w:val="24"/>
        </w:rPr>
        <w:t xml:space="preserve"> program—but only if they survived long enough to use it.</w:t>
      </w:r>
    </w:p>
    <w:p w14:paraId="0403CD3C" w14:textId="77777777" w:rsidR="00935CFD" w:rsidRPr="00935CFD" w:rsidRDefault="00935CFD" w:rsidP="00935CFD">
      <w:pPr>
        <w:spacing w:before="100" w:beforeAutospacing="1" w:after="100" w:afterAutospacing="1"/>
        <w:rPr>
          <w:rFonts w:eastAsia="Times New Roman" w:cs="Times New Roman"/>
          <w:szCs w:val="24"/>
        </w:rPr>
      </w:pPr>
      <w:r w:rsidRPr="00935CFD">
        <w:rPr>
          <w:rFonts w:eastAsia="Times New Roman" w:cs="Times New Roman"/>
          <w:szCs w:val="24"/>
        </w:rPr>
        <w:t>Behind them, the facility’s lights blinked back to life, a silent promise that the hunt was far from over.</w:t>
      </w:r>
    </w:p>
    <w:p w14:paraId="28EBD22F" w14:textId="77777777" w:rsidR="00B341A9" w:rsidRDefault="00B341A9" w:rsidP="00B341A9">
      <w:pPr>
        <w:pStyle w:val="NormalWeb"/>
      </w:pPr>
      <w:r>
        <w:rPr>
          <w:rStyle w:val="Strong"/>
        </w:rPr>
        <w:t>Chapter 31 – Breaking Point</w:t>
      </w:r>
    </w:p>
    <w:p w14:paraId="79EB0FAA" w14:textId="77777777" w:rsidR="00B341A9" w:rsidRDefault="00B341A9" w:rsidP="00B341A9">
      <w:pPr>
        <w:pStyle w:val="NormalWeb"/>
      </w:pPr>
      <w:r>
        <w:t>The safehouse was a fortress of silence. Thick stone walls muffled the outside world, but inside, the tension was electric. Frank sat at the battered kitchen table, fingers drumming on the scarred wood, eyes flicking to Marie every few seconds. She was the only constant, the only solid anchor in the storm swirling around him.</w:t>
      </w:r>
    </w:p>
    <w:p w14:paraId="49C4EE9C" w14:textId="77777777" w:rsidR="00B341A9" w:rsidRDefault="00B341A9" w:rsidP="00B341A9">
      <w:pPr>
        <w:pStyle w:val="NormalWeb"/>
      </w:pPr>
      <w:r>
        <w:t>Marie moved quietly, checking the battery levels on their few remaining devices, her face taut with concentration. The draft email from Dr. Reynolds blinked silently on the cracked laptop screen, waiting for the next move.</w:t>
      </w:r>
    </w:p>
    <w:p w14:paraId="2302A845" w14:textId="77777777" w:rsidR="00B341A9" w:rsidRDefault="00B341A9" w:rsidP="00B341A9">
      <w:pPr>
        <w:pStyle w:val="NormalWeb"/>
      </w:pPr>
      <w:r>
        <w:t xml:space="preserve">Frank’s mind was a tangle of fear, doubt, and a growing, dark certainty. The weight of the </w:t>
      </w:r>
      <w:proofErr w:type="spellStart"/>
      <w:r>
        <w:t>Preconviction</w:t>
      </w:r>
      <w:proofErr w:type="spellEnd"/>
      <w:r>
        <w:t xml:space="preserve"> program—of the AI verdict that branded him a threat—pressed down like a vise. And yet, it </w:t>
      </w:r>
      <w:proofErr w:type="gramStart"/>
      <w:r>
        <w:t>wasn’t</w:t>
      </w:r>
      <w:proofErr w:type="gramEnd"/>
      <w:r>
        <w:t xml:space="preserve"> the machine that haunted him most. It was the people behind it. The architects who had turned prediction into preemptive punishment. The ones who watched from the shadows, manipulating every step.</w:t>
      </w:r>
    </w:p>
    <w:p w14:paraId="37FE317D" w14:textId="77777777" w:rsidR="00B341A9" w:rsidRDefault="00B341A9" w:rsidP="00B341A9">
      <w:pPr>
        <w:pStyle w:val="NormalWeb"/>
      </w:pPr>
      <w:r>
        <w:t xml:space="preserve">“Marie,” he said, voice low but shaking, “what if… what if this is it? What if </w:t>
      </w:r>
      <w:proofErr w:type="gramStart"/>
      <w:r>
        <w:t>they’re</w:t>
      </w:r>
      <w:proofErr w:type="gramEnd"/>
      <w:r>
        <w:t xml:space="preserve"> right? What if </w:t>
      </w:r>
      <w:proofErr w:type="gramStart"/>
      <w:r>
        <w:t>I’m</w:t>
      </w:r>
      <w:proofErr w:type="gramEnd"/>
      <w:r>
        <w:t xml:space="preserve"> the danger?”</w:t>
      </w:r>
    </w:p>
    <w:p w14:paraId="2DBD5AC2" w14:textId="77777777" w:rsidR="00B341A9" w:rsidRDefault="00B341A9" w:rsidP="00B341A9">
      <w:pPr>
        <w:pStyle w:val="NormalWeb"/>
      </w:pPr>
      <w:r>
        <w:t xml:space="preserve">She looked up, eyes sharp and steady. “Frank, listen to me—this </w:t>
      </w:r>
      <w:proofErr w:type="gramStart"/>
      <w:r>
        <w:t>isn’t</w:t>
      </w:r>
      <w:proofErr w:type="gramEnd"/>
      <w:r>
        <w:t xml:space="preserve"> you. This is them. They want you to think that. To make you do something that proves their model, so they can say, ‘See? We told you.’ But </w:t>
      </w:r>
      <w:proofErr w:type="gramStart"/>
      <w:r>
        <w:t>you’re</w:t>
      </w:r>
      <w:proofErr w:type="gramEnd"/>
      <w:r>
        <w:t xml:space="preserve"> not that person.”</w:t>
      </w:r>
    </w:p>
    <w:p w14:paraId="544F8FDA" w14:textId="77777777" w:rsidR="00B341A9" w:rsidRDefault="00B341A9" w:rsidP="00B341A9">
      <w:pPr>
        <w:pStyle w:val="NormalWeb"/>
      </w:pPr>
      <w:r>
        <w:t xml:space="preserve">Frank shook his head, swallowing the bitter knot in his throat. “But everything points to it. The framed protests, the killings, the lies. They set it all up. And </w:t>
      </w:r>
      <w:proofErr w:type="gramStart"/>
      <w:r>
        <w:t>I’m</w:t>
      </w:r>
      <w:proofErr w:type="gramEnd"/>
      <w:r>
        <w:t xml:space="preserve"> supposed to be the monster they predicted.”</w:t>
      </w:r>
    </w:p>
    <w:p w14:paraId="0B4E9410" w14:textId="77777777" w:rsidR="00B341A9" w:rsidRDefault="00B341A9" w:rsidP="00B341A9">
      <w:pPr>
        <w:pStyle w:val="NormalWeb"/>
      </w:pPr>
      <w:r>
        <w:t>Marie sat down opposite him, leaning forward, her voice dropping to a whisper. “</w:t>
      </w:r>
      <w:proofErr w:type="gramStart"/>
      <w:r>
        <w:t>It’s</w:t>
      </w:r>
      <w:proofErr w:type="gramEnd"/>
      <w:r>
        <w:t xml:space="preserve"> the trust you have in me—and in yourself—that they want to weaponize. </w:t>
      </w:r>
      <w:proofErr w:type="gramStart"/>
      <w:r>
        <w:t>They’ll</w:t>
      </w:r>
      <w:proofErr w:type="gramEnd"/>
      <w:r>
        <w:t xml:space="preserve"> use every bond, every piece of loyalty to push you over the edge. If you lose that… if you break… it all plays out exactly like they want.”</w:t>
      </w:r>
    </w:p>
    <w:p w14:paraId="6092D292" w14:textId="77777777" w:rsidR="00B341A9" w:rsidRDefault="00B341A9" w:rsidP="00B341A9">
      <w:pPr>
        <w:pStyle w:val="NormalWeb"/>
      </w:pPr>
      <w:r>
        <w:t>Frank’s eyes flickered, haunted. “Then what do I do? How do I fight a system that sees me as already lost?”</w:t>
      </w:r>
    </w:p>
    <w:p w14:paraId="7BA5240C" w14:textId="77777777" w:rsidR="00B341A9" w:rsidRDefault="00B341A9" w:rsidP="00B341A9">
      <w:pPr>
        <w:pStyle w:val="NormalWeb"/>
      </w:pPr>
      <w:r>
        <w:lastRenderedPageBreak/>
        <w:t xml:space="preserve">Marie’s fingers brushed his hand briefly, a grounding touch. “You take control of the narrative. You </w:t>
      </w:r>
      <w:proofErr w:type="gramStart"/>
      <w:r>
        <w:t>don’t</w:t>
      </w:r>
      <w:proofErr w:type="gramEnd"/>
      <w:r>
        <w:t xml:space="preserve"> let them </w:t>
      </w:r>
      <w:proofErr w:type="gramStart"/>
      <w:r>
        <w:t>write</w:t>
      </w:r>
      <w:proofErr w:type="gramEnd"/>
      <w:r>
        <w:t xml:space="preserve"> your story.”</w:t>
      </w:r>
    </w:p>
    <w:p w14:paraId="0964C79D" w14:textId="77777777" w:rsidR="00B341A9" w:rsidRDefault="00B341A9" w:rsidP="00B341A9">
      <w:pPr>
        <w:pStyle w:val="NormalWeb"/>
      </w:pPr>
      <w:r>
        <w:t xml:space="preserve">Outside, the night pressed in, a silent witness. Cameras hidden in streetlights blinked red, satellites hovered unseen, and geofences traced invisible lines around every step Frank took. His face </w:t>
      </w:r>
      <w:proofErr w:type="gramStart"/>
      <w:r>
        <w:t>was covered</w:t>
      </w:r>
      <w:proofErr w:type="gramEnd"/>
      <w:r>
        <w:t xml:space="preserve">, his movements calculated. The hunter </w:t>
      </w:r>
      <w:proofErr w:type="gramStart"/>
      <w:r>
        <w:t>was hunted</w:t>
      </w:r>
      <w:proofErr w:type="gramEnd"/>
      <w:r>
        <w:t>, but the line between prey and predator blurred.</w:t>
      </w:r>
    </w:p>
    <w:p w14:paraId="7A4A9132" w14:textId="77777777" w:rsidR="00B341A9" w:rsidRDefault="00B341A9" w:rsidP="00B341A9">
      <w:pPr>
        <w:pStyle w:val="NormalWeb"/>
      </w:pPr>
      <w:r>
        <w:t>In the shadows of the safehouse, Frank’s resolve hardened. He was running out of time—and allies.</w:t>
      </w:r>
    </w:p>
    <w:p w14:paraId="19B13017" w14:textId="77777777" w:rsidR="00B341A9" w:rsidRDefault="00B341A9" w:rsidP="00B341A9">
      <w:pPr>
        <w:pStyle w:val="NormalWeb"/>
      </w:pPr>
      <w:r>
        <w:t xml:space="preserve">The phone buzzed softly. A message from Dr. Reynolds flashed on the screen: </w:t>
      </w:r>
      <w:r>
        <w:rPr>
          <w:rStyle w:val="Emphasis"/>
        </w:rPr>
        <w:t>“We have a window. Prepare to move.”</w:t>
      </w:r>
    </w:p>
    <w:p w14:paraId="3D8E9ED3" w14:textId="77777777" w:rsidR="00B341A9" w:rsidRDefault="00B341A9" w:rsidP="00B341A9">
      <w:pPr>
        <w:pStyle w:val="NormalWeb"/>
      </w:pPr>
      <w:r>
        <w:t>Frank stood, breathing deep, every muscle coiled like a spring. The moment was coming. The moment when trust would either save him—or become the weapon that destroyed everything.</w:t>
      </w:r>
    </w:p>
    <w:p w14:paraId="05679894" w14:textId="77777777" w:rsidR="00CB3943" w:rsidRPr="00CB3943" w:rsidRDefault="00CB3943" w:rsidP="00CB3943">
      <w:pPr>
        <w:spacing w:before="100" w:beforeAutospacing="1" w:after="100" w:afterAutospacing="1"/>
        <w:outlineLvl w:val="2"/>
        <w:rPr>
          <w:rFonts w:eastAsia="Times New Roman" w:cs="Times New Roman"/>
          <w:b/>
          <w:bCs/>
          <w:sz w:val="27"/>
          <w:szCs w:val="27"/>
        </w:rPr>
      </w:pPr>
      <w:r w:rsidRPr="00CB3943">
        <w:rPr>
          <w:rFonts w:eastAsia="Times New Roman" w:cs="Times New Roman"/>
          <w:b/>
          <w:bCs/>
          <w:sz w:val="27"/>
          <w:szCs w:val="27"/>
        </w:rPr>
        <w:t>Chapter 31 – The Safehouse</w:t>
      </w:r>
    </w:p>
    <w:p w14:paraId="7255265A"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Frank sat rigid in the passenger seat, the city lights of Washington, D.C. blurring past like streaks of fire. Marie was driving—her jaw tight, eyes sharp on the road. Dr. Reynolds followed in a second car, his expression grim, fingers tapping nervously against the steering wheel.</w:t>
      </w:r>
    </w:p>
    <w:p w14:paraId="47AD3A90"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 xml:space="preserve">They </w:t>
      </w:r>
      <w:proofErr w:type="gramStart"/>
      <w:r w:rsidRPr="00CB3943">
        <w:rPr>
          <w:rFonts w:eastAsia="Times New Roman" w:cs="Times New Roman"/>
          <w:szCs w:val="24"/>
        </w:rPr>
        <w:t>were headed</w:t>
      </w:r>
      <w:proofErr w:type="gramEnd"/>
      <w:r w:rsidRPr="00CB3943">
        <w:rPr>
          <w:rFonts w:eastAsia="Times New Roman" w:cs="Times New Roman"/>
          <w:szCs w:val="24"/>
        </w:rPr>
        <w:t xml:space="preserve"> for the safehouse—an unassuming townhouse tucked in a quiet row of Georgetown brownstones. It </w:t>
      </w:r>
      <w:proofErr w:type="gramStart"/>
      <w:r w:rsidRPr="00CB3943">
        <w:rPr>
          <w:rFonts w:eastAsia="Times New Roman" w:cs="Times New Roman"/>
          <w:szCs w:val="24"/>
        </w:rPr>
        <w:t>wasn’t</w:t>
      </w:r>
      <w:proofErr w:type="gramEnd"/>
      <w:r w:rsidRPr="00CB3943">
        <w:rPr>
          <w:rFonts w:eastAsia="Times New Roman" w:cs="Times New Roman"/>
          <w:szCs w:val="24"/>
        </w:rPr>
        <w:t xml:space="preserve"> luxurious, but it was secure. And more importantly, it was off the grid.</w:t>
      </w:r>
    </w:p>
    <w:p w14:paraId="5BAC877E"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Reynolds spoke low as they approached. “This place was set up months ago, through contacts in the intel community. Off the books, no paper trail. Just enough to keep us alive and working.”</w:t>
      </w:r>
    </w:p>
    <w:p w14:paraId="04D6DD2B"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Marie glanced back at Frank. “</w:t>
      </w:r>
      <w:proofErr w:type="gramStart"/>
      <w:r w:rsidRPr="00CB3943">
        <w:rPr>
          <w:rFonts w:eastAsia="Times New Roman" w:cs="Times New Roman"/>
          <w:szCs w:val="24"/>
        </w:rPr>
        <w:t>You’re</w:t>
      </w:r>
      <w:proofErr w:type="gramEnd"/>
      <w:r w:rsidRPr="00CB3943">
        <w:rPr>
          <w:rFonts w:eastAsia="Times New Roman" w:cs="Times New Roman"/>
          <w:szCs w:val="24"/>
        </w:rPr>
        <w:t xml:space="preserve"> not going to like it. </w:t>
      </w:r>
      <w:proofErr w:type="gramStart"/>
      <w:r w:rsidRPr="00CB3943">
        <w:rPr>
          <w:rFonts w:eastAsia="Times New Roman" w:cs="Times New Roman"/>
          <w:szCs w:val="24"/>
        </w:rPr>
        <w:t>It’s</w:t>
      </w:r>
      <w:proofErr w:type="gramEnd"/>
      <w:r w:rsidRPr="00CB3943">
        <w:rPr>
          <w:rFonts w:eastAsia="Times New Roman" w:cs="Times New Roman"/>
          <w:szCs w:val="24"/>
        </w:rPr>
        <w:t xml:space="preserve"> bare-bones, surveillance proof, but </w:t>
      </w:r>
      <w:proofErr w:type="gramStart"/>
      <w:r w:rsidRPr="00CB3943">
        <w:rPr>
          <w:rFonts w:eastAsia="Times New Roman" w:cs="Times New Roman"/>
          <w:szCs w:val="24"/>
        </w:rPr>
        <w:t>there’s</w:t>
      </w:r>
      <w:proofErr w:type="gramEnd"/>
      <w:r w:rsidRPr="00CB3943">
        <w:rPr>
          <w:rFonts w:eastAsia="Times New Roman" w:cs="Times New Roman"/>
          <w:szCs w:val="24"/>
        </w:rPr>
        <w:t xml:space="preserve"> no room for mistakes here.”</w:t>
      </w:r>
    </w:p>
    <w:p w14:paraId="41EF7FC8"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 xml:space="preserve">Frank nodded, the weight of the last </w:t>
      </w:r>
      <w:proofErr w:type="gramStart"/>
      <w:r w:rsidRPr="00CB3943">
        <w:rPr>
          <w:rFonts w:eastAsia="Times New Roman" w:cs="Times New Roman"/>
          <w:szCs w:val="24"/>
        </w:rPr>
        <w:t>weeks</w:t>
      </w:r>
      <w:proofErr w:type="gramEnd"/>
      <w:r w:rsidRPr="00CB3943">
        <w:rPr>
          <w:rFonts w:eastAsia="Times New Roman" w:cs="Times New Roman"/>
          <w:szCs w:val="24"/>
        </w:rPr>
        <w:t xml:space="preserve"> pressing down. “It’s better than a cell.”</w:t>
      </w:r>
    </w:p>
    <w:p w14:paraId="1C05E83C"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At the door, Reynolds pulled out a small electronic keycard—issued by one of the whistleblowers who had risked everything to give them a sanctuary.</w:t>
      </w:r>
    </w:p>
    <w:p w14:paraId="29AB11B3"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 xml:space="preserve">Inside, the space was tight but efficient. Thick blackout curtains, multiple layers of Faraday </w:t>
      </w:r>
      <w:proofErr w:type="gramStart"/>
      <w:r w:rsidRPr="00CB3943">
        <w:rPr>
          <w:rFonts w:eastAsia="Times New Roman" w:cs="Times New Roman"/>
          <w:szCs w:val="24"/>
        </w:rPr>
        <w:t>shielding to</w:t>
      </w:r>
      <w:proofErr w:type="gramEnd"/>
      <w:r w:rsidRPr="00CB3943">
        <w:rPr>
          <w:rFonts w:eastAsia="Times New Roman" w:cs="Times New Roman"/>
          <w:szCs w:val="24"/>
        </w:rPr>
        <w:t xml:space="preserve"> block any unwanted electronic signals, and a network of concealed cameras watching the streets for tails.</w:t>
      </w:r>
    </w:p>
    <w:p w14:paraId="22D2D9F2"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 xml:space="preserve">Marie set up a secure laptop and began to patch into their encrypted email </w:t>
      </w:r>
      <w:proofErr w:type="gramStart"/>
      <w:r w:rsidRPr="00CB3943">
        <w:rPr>
          <w:rFonts w:eastAsia="Times New Roman" w:cs="Times New Roman"/>
          <w:szCs w:val="24"/>
        </w:rPr>
        <w:t>line—</w:t>
      </w:r>
      <w:proofErr w:type="gramEnd"/>
      <w:r w:rsidRPr="00CB3943">
        <w:rPr>
          <w:rFonts w:eastAsia="Times New Roman" w:cs="Times New Roman"/>
          <w:szCs w:val="24"/>
        </w:rPr>
        <w:t>the one Frank and Reynolds had established through Ray’s courier route and the burner email account.</w:t>
      </w:r>
    </w:p>
    <w:p w14:paraId="0DFFCB32"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“Every message we send here could be our last,” Marie said, eyes scanning the screen.</w:t>
      </w:r>
    </w:p>
    <w:p w14:paraId="2922EC12"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 xml:space="preserve">Reynolds pulled up the latest intel from the </w:t>
      </w:r>
      <w:proofErr w:type="gramStart"/>
      <w:r w:rsidRPr="00CB3943">
        <w:rPr>
          <w:rFonts w:eastAsia="Times New Roman" w:cs="Times New Roman"/>
          <w:szCs w:val="24"/>
        </w:rPr>
        <w:t>whistleblowers—</w:t>
      </w:r>
      <w:proofErr w:type="gramEnd"/>
      <w:r w:rsidRPr="00CB3943">
        <w:rPr>
          <w:rFonts w:eastAsia="Times New Roman" w:cs="Times New Roman"/>
          <w:szCs w:val="24"/>
        </w:rPr>
        <w:t xml:space="preserve">documents leaked from inside the </w:t>
      </w:r>
      <w:proofErr w:type="spellStart"/>
      <w:r w:rsidRPr="00CB3943">
        <w:rPr>
          <w:rFonts w:eastAsia="Times New Roman" w:cs="Times New Roman"/>
          <w:szCs w:val="24"/>
        </w:rPr>
        <w:t>Preconviction</w:t>
      </w:r>
      <w:proofErr w:type="spellEnd"/>
      <w:r w:rsidRPr="00CB3943">
        <w:rPr>
          <w:rFonts w:eastAsia="Times New Roman" w:cs="Times New Roman"/>
          <w:szCs w:val="24"/>
        </w:rPr>
        <w:t xml:space="preserve"> system’s servers. A chilling blueprint outlining how ORPHEUS was expanding—integrating AI behavioral prediction into everything from banking to medical records, creating a vast web of control.</w:t>
      </w:r>
    </w:p>
    <w:p w14:paraId="3BC73D24"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Frank swallowed hard. “They’re not just watching us—they’re rewriting the rules of freedom.”</w:t>
      </w:r>
    </w:p>
    <w:p w14:paraId="6581564F"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lastRenderedPageBreak/>
        <w:t xml:space="preserve">Outside, the hum of the city was distant, but the feeling of </w:t>
      </w:r>
      <w:proofErr w:type="gramStart"/>
      <w:r w:rsidRPr="00CB3943">
        <w:rPr>
          <w:rFonts w:eastAsia="Times New Roman" w:cs="Times New Roman"/>
          <w:szCs w:val="24"/>
        </w:rPr>
        <w:t>being hunted</w:t>
      </w:r>
      <w:proofErr w:type="gramEnd"/>
      <w:r w:rsidRPr="00CB3943">
        <w:rPr>
          <w:rFonts w:eastAsia="Times New Roman" w:cs="Times New Roman"/>
          <w:szCs w:val="24"/>
        </w:rPr>
        <w:t xml:space="preserve"> was close. Somewhere beyond the shadows, cameras tracked their every move. Geo-fencing software kept alert to anyone near the safehouse, and heat signatures </w:t>
      </w:r>
      <w:proofErr w:type="gramStart"/>
      <w:r w:rsidRPr="00CB3943">
        <w:rPr>
          <w:rFonts w:eastAsia="Times New Roman" w:cs="Times New Roman"/>
          <w:szCs w:val="24"/>
        </w:rPr>
        <w:t>were monitored</w:t>
      </w:r>
      <w:proofErr w:type="gramEnd"/>
      <w:r w:rsidRPr="00CB3943">
        <w:rPr>
          <w:rFonts w:eastAsia="Times New Roman" w:cs="Times New Roman"/>
          <w:szCs w:val="24"/>
        </w:rPr>
        <w:t xml:space="preserve"> by unseen drones.</w:t>
      </w:r>
    </w:p>
    <w:p w14:paraId="2DD8F270"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Marie’s fingers flew over the keyboard. “</w:t>
      </w:r>
      <w:proofErr w:type="gramStart"/>
      <w:r w:rsidRPr="00CB3943">
        <w:rPr>
          <w:rFonts w:eastAsia="Times New Roman" w:cs="Times New Roman"/>
          <w:szCs w:val="24"/>
        </w:rPr>
        <w:t>We’ll</w:t>
      </w:r>
      <w:proofErr w:type="gramEnd"/>
      <w:r w:rsidRPr="00CB3943">
        <w:rPr>
          <w:rFonts w:eastAsia="Times New Roman" w:cs="Times New Roman"/>
          <w:szCs w:val="24"/>
        </w:rPr>
        <w:t xml:space="preserve"> need to move again soon. This place buys us time—but not forever.”</w:t>
      </w:r>
    </w:p>
    <w:p w14:paraId="76D96F14"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 xml:space="preserve">Reynolds nodded. “The Europeans are making noise, but the powers behind ORPHEUS </w:t>
      </w:r>
      <w:proofErr w:type="gramStart"/>
      <w:r w:rsidRPr="00CB3943">
        <w:rPr>
          <w:rFonts w:eastAsia="Times New Roman" w:cs="Times New Roman"/>
          <w:szCs w:val="24"/>
        </w:rPr>
        <w:t>don’t</w:t>
      </w:r>
      <w:proofErr w:type="gramEnd"/>
      <w:r w:rsidRPr="00CB3943">
        <w:rPr>
          <w:rFonts w:eastAsia="Times New Roman" w:cs="Times New Roman"/>
          <w:szCs w:val="24"/>
        </w:rPr>
        <w:t xml:space="preserve"> care. </w:t>
      </w:r>
      <w:proofErr w:type="gramStart"/>
      <w:r w:rsidRPr="00CB3943">
        <w:rPr>
          <w:rFonts w:eastAsia="Times New Roman" w:cs="Times New Roman"/>
          <w:szCs w:val="24"/>
        </w:rPr>
        <w:t>They’ll</w:t>
      </w:r>
      <w:proofErr w:type="gramEnd"/>
      <w:r w:rsidRPr="00CB3943">
        <w:rPr>
          <w:rFonts w:eastAsia="Times New Roman" w:cs="Times New Roman"/>
          <w:szCs w:val="24"/>
        </w:rPr>
        <w:t xml:space="preserve"> sacrifice anything to keep control.”</w:t>
      </w:r>
    </w:p>
    <w:p w14:paraId="0E873B8B" w14:textId="77777777" w:rsidR="00CB3943" w:rsidRPr="00CB3943" w:rsidRDefault="00CB3943" w:rsidP="00CB3943">
      <w:pPr>
        <w:spacing w:before="100" w:beforeAutospacing="1" w:after="100" w:afterAutospacing="1"/>
        <w:rPr>
          <w:rFonts w:eastAsia="Times New Roman" w:cs="Times New Roman"/>
          <w:szCs w:val="24"/>
        </w:rPr>
      </w:pPr>
      <w:r w:rsidRPr="00CB3943">
        <w:rPr>
          <w:rFonts w:eastAsia="Times New Roman" w:cs="Times New Roman"/>
          <w:szCs w:val="24"/>
        </w:rPr>
        <w:t xml:space="preserve">Frank looked at them both, </w:t>
      </w:r>
      <w:proofErr w:type="gramStart"/>
      <w:r w:rsidRPr="00CB3943">
        <w:rPr>
          <w:rFonts w:eastAsia="Times New Roman" w:cs="Times New Roman"/>
          <w:szCs w:val="24"/>
        </w:rPr>
        <w:t>determination</w:t>
      </w:r>
      <w:proofErr w:type="gramEnd"/>
      <w:r w:rsidRPr="00CB3943">
        <w:rPr>
          <w:rFonts w:eastAsia="Times New Roman" w:cs="Times New Roman"/>
          <w:szCs w:val="24"/>
        </w:rPr>
        <w:t xml:space="preserve"> hardening his features. “Then we make sure they pay the highest price.”</w:t>
      </w:r>
    </w:p>
    <w:p w14:paraId="59FDB709" w14:textId="77777777" w:rsidR="0034528B" w:rsidRPr="0034528B" w:rsidRDefault="0034528B" w:rsidP="0034528B">
      <w:pPr>
        <w:spacing w:before="100" w:beforeAutospacing="1" w:after="100" w:afterAutospacing="1"/>
        <w:outlineLvl w:val="2"/>
        <w:rPr>
          <w:rFonts w:eastAsia="Times New Roman" w:cs="Times New Roman"/>
          <w:b/>
          <w:bCs/>
          <w:sz w:val="27"/>
          <w:szCs w:val="27"/>
        </w:rPr>
      </w:pPr>
      <w:r w:rsidRPr="0034528B">
        <w:rPr>
          <w:rFonts w:eastAsia="Times New Roman" w:cs="Times New Roman"/>
          <w:b/>
          <w:bCs/>
          <w:sz w:val="27"/>
          <w:szCs w:val="27"/>
        </w:rPr>
        <w:t>Chapter 32 – Breaking Point</w:t>
      </w:r>
    </w:p>
    <w:p w14:paraId="7563BCDE"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The safehouse felt like a cage. Outside, the city was a sprawling grid of surveillance, every streetlight a sentinel, every rooftop dotted with unblinking cameras. Drones hummed overhead like mechanical wasps, patrolling the invisible web tightening around Frank Marino.</w:t>
      </w:r>
    </w:p>
    <w:p w14:paraId="0E51805F"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Inside, the stale air pressed against him like a vice. Frank sat slumped in a cracked leather chair, fingers clenched into trembling fists. Across from him, Marie stared at the screen of her laptop, her expression unreadable but fierce.</w:t>
      </w:r>
    </w:p>
    <w:p w14:paraId="67B66964"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“We’re running out of time,” she said, voice low but urgent. “</w:t>
      </w:r>
      <w:proofErr w:type="gramStart"/>
      <w:r w:rsidRPr="0034528B">
        <w:rPr>
          <w:rFonts w:eastAsia="Times New Roman" w:cs="Times New Roman"/>
          <w:szCs w:val="24"/>
        </w:rPr>
        <w:t>They’ve</w:t>
      </w:r>
      <w:proofErr w:type="gramEnd"/>
      <w:r w:rsidRPr="0034528B">
        <w:rPr>
          <w:rFonts w:eastAsia="Times New Roman" w:cs="Times New Roman"/>
          <w:szCs w:val="24"/>
        </w:rPr>
        <w:t xml:space="preserve"> increased facial recognition sweeps and thermal scans in D.C. Every time you leave a shadow, </w:t>
      </w:r>
      <w:proofErr w:type="gramStart"/>
      <w:r w:rsidRPr="0034528B">
        <w:rPr>
          <w:rFonts w:eastAsia="Times New Roman" w:cs="Times New Roman"/>
          <w:szCs w:val="24"/>
        </w:rPr>
        <w:t>it’s</w:t>
      </w:r>
      <w:proofErr w:type="gramEnd"/>
      <w:r w:rsidRPr="0034528B">
        <w:rPr>
          <w:rFonts w:eastAsia="Times New Roman" w:cs="Times New Roman"/>
          <w:szCs w:val="24"/>
        </w:rPr>
        <w:t xml:space="preserve"> tracked.”</w:t>
      </w:r>
    </w:p>
    <w:p w14:paraId="5BF619F6"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Frank rubbed his face, exhaustion bleeding into frustration. “I’m becoming a ghost... and yet they always see me.”</w:t>
      </w:r>
    </w:p>
    <w:p w14:paraId="0B4EDD25"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Dr. Reynolds rose from the corner, clutching a thick folder. He paced like a caged animal. “The whistleblowers I connected with gave me something. Not a silver bullet, but a crack in their armor. A way to insert proof—hard, undeniable evidence of ORPHEUS’s manipulation—right where it will matter.”</w:t>
      </w:r>
    </w:p>
    <w:p w14:paraId="6B8681B2"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Frank looked up sharply. “How?”</w:t>
      </w:r>
    </w:p>
    <w:p w14:paraId="222A7EC7"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 xml:space="preserve">Reynolds stopped </w:t>
      </w:r>
      <w:proofErr w:type="gramStart"/>
      <w:r w:rsidRPr="0034528B">
        <w:rPr>
          <w:rFonts w:eastAsia="Times New Roman" w:cs="Times New Roman"/>
          <w:szCs w:val="24"/>
        </w:rPr>
        <w:t>pacing,</w:t>
      </w:r>
      <w:proofErr w:type="gramEnd"/>
      <w:r w:rsidRPr="0034528B">
        <w:rPr>
          <w:rFonts w:eastAsia="Times New Roman" w:cs="Times New Roman"/>
          <w:szCs w:val="24"/>
        </w:rPr>
        <w:t xml:space="preserve"> eyes fierce. “We need someone inside. Someone </w:t>
      </w:r>
      <w:proofErr w:type="gramStart"/>
      <w:r w:rsidRPr="0034528B">
        <w:rPr>
          <w:rFonts w:eastAsia="Times New Roman" w:cs="Times New Roman"/>
          <w:szCs w:val="24"/>
        </w:rPr>
        <w:t>to trigger</w:t>
      </w:r>
      <w:proofErr w:type="gramEnd"/>
      <w:r w:rsidRPr="0034528B">
        <w:rPr>
          <w:rFonts w:eastAsia="Times New Roman" w:cs="Times New Roman"/>
          <w:szCs w:val="24"/>
        </w:rPr>
        <w:t xml:space="preserve"> a sequence—make a move so blatant, so public, it forces their hand and exposes the system. But it </w:t>
      </w:r>
      <w:proofErr w:type="gramStart"/>
      <w:r w:rsidRPr="0034528B">
        <w:rPr>
          <w:rFonts w:eastAsia="Times New Roman" w:cs="Times New Roman"/>
          <w:szCs w:val="24"/>
        </w:rPr>
        <w:t>has to</w:t>
      </w:r>
      <w:proofErr w:type="gramEnd"/>
      <w:r w:rsidRPr="0034528B">
        <w:rPr>
          <w:rFonts w:eastAsia="Times New Roman" w:cs="Times New Roman"/>
          <w:szCs w:val="24"/>
        </w:rPr>
        <w:t xml:space="preserve"> be credible. Convincing. It </w:t>
      </w:r>
      <w:proofErr w:type="gramStart"/>
      <w:r w:rsidRPr="0034528B">
        <w:rPr>
          <w:rFonts w:eastAsia="Times New Roman" w:cs="Times New Roman"/>
          <w:szCs w:val="24"/>
        </w:rPr>
        <w:t>has to</w:t>
      </w:r>
      <w:proofErr w:type="gramEnd"/>
      <w:r w:rsidRPr="0034528B">
        <w:rPr>
          <w:rFonts w:eastAsia="Times New Roman" w:cs="Times New Roman"/>
          <w:szCs w:val="24"/>
        </w:rPr>
        <w:t xml:space="preserve"> appear like what they expect from you.”</w:t>
      </w:r>
    </w:p>
    <w:p w14:paraId="534E6E89"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 xml:space="preserve">Frank swallowed </w:t>
      </w:r>
      <w:proofErr w:type="gramStart"/>
      <w:r w:rsidRPr="0034528B">
        <w:rPr>
          <w:rFonts w:eastAsia="Times New Roman" w:cs="Times New Roman"/>
          <w:szCs w:val="24"/>
        </w:rPr>
        <w:t>hard,</w:t>
      </w:r>
      <w:proofErr w:type="gramEnd"/>
      <w:r w:rsidRPr="0034528B">
        <w:rPr>
          <w:rFonts w:eastAsia="Times New Roman" w:cs="Times New Roman"/>
          <w:szCs w:val="24"/>
        </w:rPr>
        <w:t xml:space="preserve"> his throat dry. “You want me to do what? To become the </w:t>
      </w:r>
      <w:proofErr w:type="gramStart"/>
      <w:r w:rsidRPr="0034528B">
        <w:rPr>
          <w:rFonts w:eastAsia="Times New Roman" w:cs="Times New Roman"/>
          <w:szCs w:val="24"/>
        </w:rPr>
        <w:t>monster</w:t>
      </w:r>
      <w:proofErr w:type="gramEnd"/>
      <w:r w:rsidRPr="0034528B">
        <w:rPr>
          <w:rFonts w:eastAsia="Times New Roman" w:cs="Times New Roman"/>
          <w:szCs w:val="24"/>
        </w:rPr>
        <w:t xml:space="preserve"> </w:t>
      </w:r>
      <w:proofErr w:type="gramStart"/>
      <w:r w:rsidRPr="0034528B">
        <w:rPr>
          <w:rFonts w:eastAsia="Times New Roman" w:cs="Times New Roman"/>
          <w:szCs w:val="24"/>
        </w:rPr>
        <w:t>they’ve</w:t>
      </w:r>
      <w:proofErr w:type="gramEnd"/>
      <w:r w:rsidRPr="0034528B">
        <w:rPr>
          <w:rFonts w:eastAsia="Times New Roman" w:cs="Times New Roman"/>
          <w:szCs w:val="24"/>
        </w:rPr>
        <w:t xml:space="preserve"> painted me as? To kill?”</w:t>
      </w:r>
    </w:p>
    <w:p w14:paraId="02F35A3C"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 xml:space="preserve">Marie leaned forward, voice steady and chilling. “You were set up to be the monster. The system </w:t>
      </w:r>
      <w:proofErr w:type="gramStart"/>
      <w:r w:rsidRPr="0034528B">
        <w:rPr>
          <w:rFonts w:eastAsia="Times New Roman" w:cs="Times New Roman"/>
          <w:szCs w:val="24"/>
        </w:rPr>
        <w:t>was built</w:t>
      </w:r>
      <w:proofErr w:type="gramEnd"/>
      <w:r w:rsidRPr="0034528B">
        <w:rPr>
          <w:rFonts w:eastAsia="Times New Roman" w:cs="Times New Roman"/>
          <w:szCs w:val="24"/>
        </w:rPr>
        <w:t xml:space="preserve"> to trap you—to manufacture a crime you never intended. But if you take control of that narrative, you can turn it inside out. You can pull the rug out from beneath ORPHEUS.”</w:t>
      </w:r>
    </w:p>
    <w:p w14:paraId="4CD968D1"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 xml:space="preserve">Frank’s breath hitched. He stared at the cracked table, the scars of his fight etched into its surface. “If I do this... if I become what they say I am... </w:t>
      </w:r>
      <w:proofErr w:type="gramStart"/>
      <w:r w:rsidRPr="0034528B">
        <w:rPr>
          <w:rFonts w:eastAsia="Times New Roman" w:cs="Times New Roman"/>
          <w:szCs w:val="24"/>
        </w:rPr>
        <w:t>I’ll</w:t>
      </w:r>
      <w:proofErr w:type="gramEnd"/>
      <w:r w:rsidRPr="0034528B">
        <w:rPr>
          <w:rFonts w:eastAsia="Times New Roman" w:cs="Times New Roman"/>
          <w:szCs w:val="24"/>
        </w:rPr>
        <w:t xml:space="preserve"> never come back. </w:t>
      </w:r>
      <w:proofErr w:type="gramStart"/>
      <w:r w:rsidRPr="0034528B">
        <w:rPr>
          <w:rFonts w:eastAsia="Times New Roman" w:cs="Times New Roman"/>
          <w:szCs w:val="24"/>
        </w:rPr>
        <w:t>I’ll</w:t>
      </w:r>
      <w:proofErr w:type="gramEnd"/>
      <w:r w:rsidRPr="0034528B">
        <w:rPr>
          <w:rFonts w:eastAsia="Times New Roman" w:cs="Times New Roman"/>
          <w:szCs w:val="24"/>
        </w:rPr>
        <w:t xml:space="preserve"> be a fugitive forever—or worse.”</w:t>
      </w:r>
    </w:p>
    <w:p w14:paraId="4B96FC89"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lastRenderedPageBreak/>
        <w:t xml:space="preserve">Reynolds took a step closer, his voice dropping. “You </w:t>
      </w:r>
      <w:proofErr w:type="gramStart"/>
      <w:r w:rsidRPr="0034528B">
        <w:rPr>
          <w:rFonts w:eastAsia="Times New Roman" w:cs="Times New Roman"/>
          <w:szCs w:val="24"/>
        </w:rPr>
        <w:t>won’t</w:t>
      </w:r>
      <w:proofErr w:type="gramEnd"/>
      <w:r w:rsidRPr="0034528B">
        <w:rPr>
          <w:rFonts w:eastAsia="Times New Roman" w:cs="Times New Roman"/>
          <w:szCs w:val="24"/>
        </w:rPr>
        <w:t xml:space="preserve"> be alone. </w:t>
      </w:r>
      <w:proofErr w:type="gramStart"/>
      <w:r w:rsidRPr="0034528B">
        <w:rPr>
          <w:rFonts w:eastAsia="Times New Roman" w:cs="Times New Roman"/>
          <w:szCs w:val="24"/>
        </w:rPr>
        <w:t>We’ll</w:t>
      </w:r>
      <w:proofErr w:type="gramEnd"/>
      <w:r w:rsidRPr="0034528B">
        <w:rPr>
          <w:rFonts w:eastAsia="Times New Roman" w:cs="Times New Roman"/>
          <w:szCs w:val="24"/>
        </w:rPr>
        <w:t xml:space="preserve"> use the burner emails, Ray’s contacts, the whistleblowers—</w:t>
      </w:r>
      <w:proofErr w:type="gramStart"/>
      <w:r w:rsidRPr="0034528B">
        <w:rPr>
          <w:rFonts w:eastAsia="Times New Roman" w:cs="Times New Roman"/>
          <w:szCs w:val="24"/>
        </w:rPr>
        <w:t>we’ll</w:t>
      </w:r>
      <w:proofErr w:type="gramEnd"/>
      <w:r w:rsidRPr="0034528B">
        <w:rPr>
          <w:rFonts w:eastAsia="Times New Roman" w:cs="Times New Roman"/>
          <w:szCs w:val="24"/>
        </w:rPr>
        <w:t xml:space="preserve"> build the narrative they </w:t>
      </w:r>
      <w:proofErr w:type="gramStart"/>
      <w:r w:rsidRPr="0034528B">
        <w:rPr>
          <w:rFonts w:eastAsia="Times New Roman" w:cs="Times New Roman"/>
          <w:szCs w:val="24"/>
        </w:rPr>
        <w:t>can’t</w:t>
      </w:r>
      <w:proofErr w:type="gramEnd"/>
      <w:r w:rsidRPr="0034528B">
        <w:rPr>
          <w:rFonts w:eastAsia="Times New Roman" w:cs="Times New Roman"/>
          <w:szCs w:val="24"/>
        </w:rPr>
        <w:t xml:space="preserve"> ignore. But </w:t>
      </w:r>
      <w:proofErr w:type="gramStart"/>
      <w:r w:rsidRPr="0034528B">
        <w:rPr>
          <w:rFonts w:eastAsia="Times New Roman" w:cs="Times New Roman"/>
          <w:szCs w:val="24"/>
        </w:rPr>
        <w:t>it’s</w:t>
      </w:r>
      <w:proofErr w:type="gramEnd"/>
      <w:r w:rsidRPr="0034528B">
        <w:rPr>
          <w:rFonts w:eastAsia="Times New Roman" w:cs="Times New Roman"/>
          <w:szCs w:val="24"/>
        </w:rPr>
        <w:t xml:space="preserve"> a razor’s edge. One wrong move, and </w:t>
      </w:r>
      <w:proofErr w:type="gramStart"/>
      <w:r w:rsidRPr="0034528B">
        <w:rPr>
          <w:rFonts w:eastAsia="Times New Roman" w:cs="Times New Roman"/>
          <w:szCs w:val="24"/>
        </w:rPr>
        <w:t>you’re</w:t>
      </w:r>
      <w:proofErr w:type="gramEnd"/>
      <w:r w:rsidRPr="0034528B">
        <w:rPr>
          <w:rFonts w:eastAsia="Times New Roman" w:cs="Times New Roman"/>
          <w:szCs w:val="24"/>
        </w:rPr>
        <w:t xml:space="preserve"> finished.”</w:t>
      </w:r>
    </w:p>
    <w:p w14:paraId="7A62DFBE"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Marie’s eyes glimmered with something like steel. “</w:t>
      </w:r>
      <w:proofErr w:type="gramStart"/>
      <w:r w:rsidRPr="0034528B">
        <w:rPr>
          <w:rFonts w:eastAsia="Times New Roman" w:cs="Times New Roman"/>
          <w:szCs w:val="24"/>
        </w:rPr>
        <w:t>You’ve</w:t>
      </w:r>
      <w:proofErr w:type="gramEnd"/>
      <w:r w:rsidRPr="0034528B">
        <w:rPr>
          <w:rFonts w:eastAsia="Times New Roman" w:cs="Times New Roman"/>
          <w:szCs w:val="24"/>
        </w:rPr>
        <w:t xml:space="preserve"> survived this long by being smarter, faster, better. This is the final move. </w:t>
      </w:r>
      <w:proofErr w:type="gramStart"/>
      <w:r w:rsidRPr="0034528B">
        <w:rPr>
          <w:rFonts w:eastAsia="Times New Roman" w:cs="Times New Roman"/>
          <w:szCs w:val="24"/>
        </w:rPr>
        <w:t>It’s</w:t>
      </w:r>
      <w:proofErr w:type="gramEnd"/>
      <w:r w:rsidRPr="0034528B">
        <w:rPr>
          <w:rFonts w:eastAsia="Times New Roman" w:cs="Times New Roman"/>
          <w:szCs w:val="24"/>
        </w:rPr>
        <w:t xml:space="preserve"> the gambit that either breaks them—or breaks you.”</w:t>
      </w:r>
    </w:p>
    <w:p w14:paraId="3E2E8345"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 xml:space="preserve">Outside, the hum of drones grew louder, shadows cast by city lights danced on the walls, and every beep from their secure devices was a reminder: they </w:t>
      </w:r>
      <w:proofErr w:type="gramStart"/>
      <w:r w:rsidRPr="0034528B">
        <w:rPr>
          <w:rFonts w:eastAsia="Times New Roman" w:cs="Times New Roman"/>
          <w:szCs w:val="24"/>
        </w:rPr>
        <w:t>were watched</w:t>
      </w:r>
      <w:proofErr w:type="gramEnd"/>
      <w:r w:rsidRPr="0034528B">
        <w:rPr>
          <w:rFonts w:eastAsia="Times New Roman" w:cs="Times New Roman"/>
          <w:szCs w:val="24"/>
        </w:rPr>
        <w:t>, hunted.</w:t>
      </w:r>
    </w:p>
    <w:p w14:paraId="196EC2AA"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Frank stood slowly, the weight of his decision settling like cold lead in his chest. His gaze met Marie’s. “If this is how it ends... then let’s make sure it’s on my terms.”</w:t>
      </w:r>
    </w:p>
    <w:p w14:paraId="492EAA01"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 xml:space="preserve">The room </w:t>
      </w:r>
      <w:proofErr w:type="gramStart"/>
      <w:r w:rsidRPr="0034528B">
        <w:rPr>
          <w:rFonts w:eastAsia="Times New Roman" w:cs="Times New Roman"/>
          <w:szCs w:val="24"/>
        </w:rPr>
        <w:t>seemed to contract around</w:t>
      </w:r>
      <w:proofErr w:type="gramEnd"/>
      <w:r w:rsidRPr="0034528B">
        <w:rPr>
          <w:rFonts w:eastAsia="Times New Roman" w:cs="Times New Roman"/>
          <w:szCs w:val="24"/>
        </w:rPr>
        <w:t xml:space="preserve"> them. The line between hunter and hunted blurred into a thin, dangerous thread.</w:t>
      </w:r>
    </w:p>
    <w:p w14:paraId="1E3CD5B0" w14:textId="77777777" w:rsidR="0034528B" w:rsidRPr="0034528B" w:rsidRDefault="0034528B" w:rsidP="0034528B">
      <w:pPr>
        <w:spacing w:before="100" w:beforeAutospacing="1" w:after="100" w:afterAutospacing="1"/>
        <w:rPr>
          <w:rFonts w:eastAsia="Times New Roman" w:cs="Times New Roman"/>
          <w:szCs w:val="24"/>
        </w:rPr>
      </w:pPr>
      <w:r w:rsidRPr="0034528B">
        <w:rPr>
          <w:rFonts w:eastAsia="Times New Roman" w:cs="Times New Roman"/>
          <w:szCs w:val="24"/>
        </w:rPr>
        <w:t>And somewhere beyond the safehouse, in the endless city watching through a thousand lenses, the game was about to change.</w:t>
      </w:r>
    </w:p>
    <w:p w14:paraId="5999078D" w14:textId="77777777" w:rsidR="00232EC1" w:rsidRDefault="00232EC1" w:rsidP="00232EC1">
      <w:pPr>
        <w:pStyle w:val="NormalWeb"/>
      </w:pPr>
      <w:r>
        <w:rPr>
          <w:rStyle w:val="Strong"/>
        </w:rPr>
        <w:t>Chapter 33 – Under the Watchful Eye</w:t>
      </w:r>
    </w:p>
    <w:p w14:paraId="5EC38AC8" w14:textId="77777777" w:rsidR="00232EC1" w:rsidRDefault="00232EC1" w:rsidP="00232EC1">
      <w:pPr>
        <w:pStyle w:val="NormalWeb"/>
      </w:pPr>
      <w:r>
        <w:t xml:space="preserve">The city never slept. Washington D.C. was a glittering maze of streets, cameras, sensors, and eyes that never blinked. Frank moved like a ghost through its veins, his every step weighed with the knowledge that hundreds, </w:t>
      </w:r>
      <w:proofErr w:type="gramStart"/>
      <w:r>
        <w:t>maybe thousands</w:t>
      </w:r>
      <w:proofErr w:type="gramEnd"/>
      <w:r>
        <w:t>, of lenses tracked his presence. The Pre-Conviction program had morphed into an omnipresent beast, its tendrils weaving into every corner of the capital, watching, waiting.</w:t>
      </w:r>
    </w:p>
    <w:p w14:paraId="0EAFFD57" w14:textId="77777777" w:rsidR="00232EC1" w:rsidRDefault="00232EC1" w:rsidP="00232EC1">
      <w:pPr>
        <w:pStyle w:val="NormalWeb"/>
      </w:pPr>
      <w:r>
        <w:t>He walked beneath streetlights buzzing with infrared sensors. Overhead, drones hovered silently, their thermo-imaging lenses scanning crowds for anomalies. Facial recognition software ran in real time, cross-referencing his shadowed visage against a million images from the sprawling databases. One misstep could light the city’s grid like a Christmas tree.</w:t>
      </w:r>
    </w:p>
    <w:p w14:paraId="1096AE8D" w14:textId="77777777" w:rsidR="00232EC1" w:rsidRDefault="00232EC1" w:rsidP="00232EC1">
      <w:pPr>
        <w:pStyle w:val="NormalWeb"/>
      </w:pPr>
      <w:r>
        <w:t xml:space="preserve">To stay off their radar, Frank had </w:t>
      </w:r>
      <w:proofErr w:type="gramStart"/>
      <w:r>
        <w:t>donned</w:t>
      </w:r>
      <w:proofErr w:type="gramEnd"/>
      <w:r>
        <w:t xml:space="preserve"> a nondescript hoodie layered beneath a loose jacket lined with RFID-blocking fabric. His face </w:t>
      </w:r>
      <w:proofErr w:type="gramStart"/>
      <w:r>
        <w:t>was obscured</w:t>
      </w:r>
      <w:proofErr w:type="gramEnd"/>
      <w:r>
        <w:t xml:space="preserve"> by a low brimmed cap and a worn scarf pulled up just enough to hide his jawline. His gait was deliberately uneven, a little shuffle to confuse gait recognition algorithms that had become frighteningly precise. Even the soles of his shoes had </w:t>
      </w:r>
      <w:proofErr w:type="gramStart"/>
      <w:r>
        <w:t>been treated</w:t>
      </w:r>
      <w:proofErr w:type="gramEnd"/>
      <w:r>
        <w:t xml:space="preserve"> with material to muffle pressure sensors embedded in sidewalk tiles around government buildings.</w:t>
      </w:r>
    </w:p>
    <w:p w14:paraId="7FB316AF" w14:textId="77777777" w:rsidR="00232EC1" w:rsidRDefault="00232EC1" w:rsidP="00232EC1">
      <w:pPr>
        <w:pStyle w:val="NormalWeb"/>
      </w:pPr>
      <w:r>
        <w:t>Every inch of his journey was a study in countermeasures.</w:t>
      </w:r>
    </w:p>
    <w:p w14:paraId="147A3203" w14:textId="77777777" w:rsidR="00232EC1" w:rsidRDefault="00232EC1" w:rsidP="00232EC1">
      <w:pPr>
        <w:pStyle w:val="NormalWeb"/>
      </w:pPr>
      <w:r>
        <w:t>But the watchers were relentless.</w:t>
      </w:r>
    </w:p>
    <w:p w14:paraId="2EDD4913" w14:textId="77777777" w:rsidR="00232EC1" w:rsidRDefault="00232EC1" w:rsidP="00232EC1">
      <w:pPr>
        <w:pStyle w:val="NormalWeb"/>
      </w:pPr>
      <w:r>
        <w:t xml:space="preserve">From his vantage point behind a reflective café window, Frank saw the first wave of the geo-fence light up on his encrypted device—an invisible barrier guarding the corridors of power. Cameras that streamed live </w:t>
      </w:r>
      <w:proofErr w:type="gramStart"/>
      <w:r>
        <w:t>video</w:t>
      </w:r>
      <w:proofErr w:type="gramEnd"/>
      <w:r>
        <w:t xml:space="preserve"> to fusion centers, sensors embedded in traffic lights, license plate readers scanning parked cars, and even subtle motion detectors in the leaves of trees lining the street.</w:t>
      </w:r>
    </w:p>
    <w:p w14:paraId="7A492947" w14:textId="77777777" w:rsidR="00232EC1" w:rsidRDefault="00232EC1" w:rsidP="00232EC1">
      <w:pPr>
        <w:pStyle w:val="NormalWeb"/>
      </w:pPr>
      <w:r>
        <w:t xml:space="preserve">He had barely escaped detection earlier that day, ducking into a crowded Metro station just as a drone swept the block overhead. His heart hammered as the machine’s heat signature brushed past, but the throng of commuters </w:t>
      </w:r>
      <w:proofErr w:type="gramStart"/>
      <w:r>
        <w:t>hidden</w:t>
      </w:r>
      <w:proofErr w:type="gramEnd"/>
      <w:r>
        <w:t xml:space="preserve"> him. Still, the </w:t>
      </w:r>
      <w:proofErr w:type="gramStart"/>
      <w:r>
        <w:t>close call</w:t>
      </w:r>
      <w:proofErr w:type="gramEnd"/>
      <w:r>
        <w:t xml:space="preserve"> rattled him.</w:t>
      </w:r>
    </w:p>
    <w:p w14:paraId="63C17EA7" w14:textId="77777777" w:rsidR="00232EC1" w:rsidRDefault="00232EC1" w:rsidP="00232EC1">
      <w:pPr>
        <w:pStyle w:val="NormalWeb"/>
      </w:pPr>
      <w:r>
        <w:lastRenderedPageBreak/>
        <w:t>He rubbed the back of his neck and glanced at the watch on his wrist. The encrypted message from Dr. Reynolds had come through just before dawn:</w:t>
      </w:r>
    </w:p>
    <w:p w14:paraId="1124C23C" w14:textId="77777777" w:rsidR="00232EC1" w:rsidRDefault="00232EC1" w:rsidP="00232EC1">
      <w:pPr>
        <w:pStyle w:val="NormalWeb"/>
      </w:pPr>
      <w:r>
        <w:rPr>
          <w:rStyle w:val="Emphasis"/>
        </w:rPr>
        <w:t>“The time is tightening. Expect the final signal before sundown. Trust no one outside the circle.”</w:t>
      </w:r>
    </w:p>
    <w:p w14:paraId="4A3C2B0C" w14:textId="77777777" w:rsidR="00232EC1" w:rsidRDefault="00232EC1" w:rsidP="00232EC1">
      <w:pPr>
        <w:pStyle w:val="NormalWeb"/>
      </w:pPr>
      <w:r>
        <w:t>The circle was small. Marie. Reynolds. Ray. A handful of quiet allies embedded in the shadows.</w:t>
      </w:r>
    </w:p>
    <w:p w14:paraId="014C4E7E" w14:textId="77777777" w:rsidR="00232EC1" w:rsidRDefault="00232EC1" w:rsidP="00232EC1">
      <w:pPr>
        <w:pStyle w:val="NormalWeb"/>
      </w:pPr>
      <w:r>
        <w:t>Frank’s mind flicked back to Marie’s warning the night before—the way her eyes glistened with worry, how her voice had cracked when she said, “</w:t>
      </w:r>
      <w:proofErr w:type="gramStart"/>
      <w:r>
        <w:t>They’re</w:t>
      </w:r>
      <w:proofErr w:type="gramEnd"/>
      <w:r>
        <w:t xml:space="preserve"> watching everything. The streets, the skies… even the air feels heavier. </w:t>
      </w:r>
      <w:proofErr w:type="gramStart"/>
      <w:r>
        <w:t>It’s</w:t>
      </w:r>
      <w:proofErr w:type="gramEnd"/>
      <w:r>
        <w:t xml:space="preserve"> like </w:t>
      </w:r>
      <w:proofErr w:type="gramStart"/>
      <w:r>
        <w:t>they’re</w:t>
      </w:r>
      <w:proofErr w:type="gramEnd"/>
      <w:r>
        <w:t xml:space="preserve"> breathing down our necks.”</w:t>
      </w:r>
    </w:p>
    <w:p w14:paraId="676BF729" w14:textId="77777777" w:rsidR="00232EC1" w:rsidRDefault="00232EC1" w:rsidP="00232EC1">
      <w:pPr>
        <w:pStyle w:val="NormalWeb"/>
      </w:pPr>
      <w:r>
        <w:t>His gaze swept the street. At the curb, a city bus paused, cameras on its roof swiveling mechanically. Across the street, a nondescript white van idled, a rolling command center festooned with satellite dishes and antennae. He knew better than to approach it.</w:t>
      </w:r>
    </w:p>
    <w:p w14:paraId="33F5D35C" w14:textId="77777777" w:rsidR="00232EC1" w:rsidRDefault="00232EC1" w:rsidP="00232EC1">
      <w:pPr>
        <w:pStyle w:val="NormalWeb"/>
      </w:pPr>
      <w:r>
        <w:t xml:space="preserve">Ahead, the coffee shop’s automatic door hissed open, and a man in a tailored suit stepped out, his face unfamiliar but his posture rigid with purpose. He moved like an agent—one of </w:t>
      </w:r>
      <w:proofErr w:type="gramStart"/>
      <w:r>
        <w:t>many</w:t>
      </w:r>
      <w:proofErr w:type="gramEnd"/>
      <w:r>
        <w:t xml:space="preserve"> who patrolled these streets, hunting shadows like Frank.</w:t>
      </w:r>
    </w:p>
    <w:p w14:paraId="78BA5233" w14:textId="77777777" w:rsidR="00232EC1" w:rsidRDefault="00232EC1" w:rsidP="00232EC1">
      <w:pPr>
        <w:pStyle w:val="NormalWeb"/>
      </w:pPr>
      <w:r>
        <w:t xml:space="preserve">Frank’s breath slowed, his body tightening like a coiled spring. The urban labyrinth was closing in, and the </w:t>
      </w:r>
      <w:proofErr w:type="gramStart"/>
      <w:r>
        <w:t>noose</w:t>
      </w:r>
      <w:proofErr w:type="gramEnd"/>
      <w:r>
        <w:t xml:space="preserve"> was pulling taut.</w:t>
      </w:r>
    </w:p>
    <w:p w14:paraId="1EF0704E" w14:textId="77777777" w:rsidR="00232EC1" w:rsidRDefault="00232EC1" w:rsidP="00232EC1">
      <w:pPr>
        <w:pStyle w:val="NormalWeb"/>
      </w:pPr>
      <w:r>
        <w:t>His only hope was the safe house Dr. Reynolds had arranged—an old brownstone two blocks from the Capitol, its worn bricks and weathered stoop a quiet disguise. But getting there meant crossing into a monitored zone riddled with sensors and cameras.</w:t>
      </w:r>
    </w:p>
    <w:p w14:paraId="09112AE5" w14:textId="77777777" w:rsidR="00232EC1" w:rsidRDefault="00232EC1" w:rsidP="00232EC1">
      <w:pPr>
        <w:pStyle w:val="NormalWeb"/>
      </w:pPr>
      <w:r>
        <w:t>He pulled a small earpiece from his jacket, a gift from Ray, cloaked in layered encryption. Marie’s voice whispered softly through the static:</w:t>
      </w:r>
    </w:p>
    <w:p w14:paraId="72A73C66" w14:textId="77777777" w:rsidR="00232EC1" w:rsidRDefault="00232EC1" w:rsidP="00232EC1">
      <w:pPr>
        <w:pStyle w:val="NormalWeb"/>
      </w:pPr>
      <w:r>
        <w:t xml:space="preserve">“Camera at the corner is rotating clockwise. Wait for the blind spot at 3 seconds, then cross. </w:t>
      </w:r>
      <w:proofErr w:type="gramStart"/>
      <w:r>
        <w:t>I’m</w:t>
      </w:r>
      <w:proofErr w:type="gramEnd"/>
      <w:r>
        <w:t xml:space="preserve"> watching.”</w:t>
      </w:r>
    </w:p>
    <w:p w14:paraId="14C51183" w14:textId="77777777" w:rsidR="00232EC1" w:rsidRDefault="00232EC1" w:rsidP="00232EC1">
      <w:pPr>
        <w:pStyle w:val="NormalWeb"/>
      </w:pPr>
      <w:r>
        <w:t>The seconds stretched.</w:t>
      </w:r>
    </w:p>
    <w:p w14:paraId="673D9D30" w14:textId="77777777" w:rsidR="00232EC1" w:rsidRDefault="00232EC1" w:rsidP="00232EC1">
      <w:pPr>
        <w:pStyle w:val="NormalWeb"/>
      </w:pPr>
      <w:r>
        <w:t>Frank’s muscles tensed, then moved. He stepped off the curb, timing his stride with the turning lens. He slipped into the blind spot, heart pounding but feet steady. The streetlights flickered overhead, casting a staccato rhythm to his flight.</w:t>
      </w:r>
    </w:p>
    <w:p w14:paraId="41C42908" w14:textId="77777777" w:rsidR="00232EC1" w:rsidRDefault="00232EC1" w:rsidP="00232EC1">
      <w:pPr>
        <w:pStyle w:val="NormalWeb"/>
      </w:pPr>
      <w:r>
        <w:t>Halfway across, a flicker of heat from a hidden sensor brushed his side. Almost caught—but he was through.</w:t>
      </w:r>
    </w:p>
    <w:p w14:paraId="1D66F5A5" w14:textId="77777777" w:rsidR="00232EC1" w:rsidRDefault="00232EC1" w:rsidP="00232EC1">
      <w:pPr>
        <w:pStyle w:val="NormalWeb"/>
      </w:pPr>
      <w:r>
        <w:t>He ducked into a side alley, where a narrow stairwell spiraled downward into the basement entrance of the brownstone. A digital lock waited—a simple keypad but deadly if compromised.</w:t>
      </w:r>
    </w:p>
    <w:p w14:paraId="11EA7756" w14:textId="77777777" w:rsidR="00232EC1" w:rsidRDefault="00232EC1" w:rsidP="00232EC1">
      <w:pPr>
        <w:pStyle w:val="NormalWeb"/>
      </w:pPr>
      <w:r>
        <w:t>Frank keyed in the code Marie had whispered over the encrypted line.</w:t>
      </w:r>
    </w:p>
    <w:p w14:paraId="6AF0E127" w14:textId="77777777" w:rsidR="00232EC1" w:rsidRDefault="00232EC1" w:rsidP="00232EC1">
      <w:pPr>
        <w:pStyle w:val="NormalWeb"/>
      </w:pPr>
      <w:r>
        <w:t>The door clicked open.</w:t>
      </w:r>
    </w:p>
    <w:p w14:paraId="35FA76E0" w14:textId="77777777" w:rsidR="00232EC1" w:rsidRDefault="00232EC1" w:rsidP="00232EC1">
      <w:pPr>
        <w:pStyle w:val="NormalWeb"/>
      </w:pPr>
      <w:r>
        <w:t>Inside, Dr. Reynolds was waiting, a man twice his age but eyes sharp with urgency. “You made it,” Reynolds said, voice low. “Not a moment too soon.”</w:t>
      </w:r>
    </w:p>
    <w:p w14:paraId="64AF43D1" w14:textId="77777777" w:rsidR="00232EC1" w:rsidRDefault="00232EC1" w:rsidP="00232EC1">
      <w:pPr>
        <w:pStyle w:val="NormalWeb"/>
      </w:pPr>
      <w:r>
        <w:t>Frank slumped against the wall, relief washing over him. “</w:t>
      </w:r>
      <w:proofErr w:type="gramStart"/>
      <w:r>
        <w:t>They’re</w:t>
      </w:r>
      <w:proofErr w:type="gramEnd"/>
      <w:r>
        <w:t xml:space="preserve"> everywhere. I </w:t>
      </w:r>
      <w:proofErr w:type="gramStart"/>
      <w:r>
        <w:t>don’t</w:t>
      </w:r>
      <w:proofErr w:type="gramEnd"/>
      <w:r>
        <w:t xml:space="preserve"> know how much longer I can keep this up.”</w:t>
      </w:r>
    </w:p>
    <w:p w14:paraId="32C99DF7" w14:textId="77777777" w:rsidR="00232EC1" w:rsidRDefault="00232EC1" w:rsidP="00232EC1">
      <w:pPr>
        <w:pStyle w:val="NormalWeb"/>
      </w:pPr>
      <w:r>
        <w:lastRenderedPageBreak/>
        <w:t>Reynolds shook his head. “</w:t>
      </w:r>
      <w:proofErr w:type="gramStart"/>
      <w:r>
        <w:t>You’re</w:t>
      </w:r>
      <w:proofErr w:type="gramEnd"/>
      <w:r>
        <w:t xml:space="preserve"> stronger than you think. But this next </w:t>
      </w:r>
      <w:proofErr w:type="gramStart"/>
      <w:r>
        <w:t>move—this</w:t>
      </w:r>
      <w:proofErr w:type="gramEnd"/>
      <w:r>
        <w:t xml:space="preserve"> is it. The moment the whole country will watch. And </w:t>
      </w:r>
      <w:proofErr w:type="gramStart"/>
      <w:r>
        <w:t>you’ll</w:t>
      </w:r>
      <w:proofErr w:type="gramEnd"/>
      <w:r>
        <w:t xml:space="preserve"> be alone in the spotlight.”</w:t>
      </w:r>
    </w:p>
    <w:p w14:paraId="7BBDDBED" w14:textId="77777777" w:rsidR="00232EC1" w:rsidRDefault="00232EC1" w:rsidP="00232EC1">
      <w:pPr>
        <w:pStyle w:val="NormalWeb"/>
      </w:pPr>
      <w:r>
        <w:t xml:space="preserve">Frank swallowed hard. The irony </w:t>
      </w:r>
      <w:proofErr w:type="gramStart"/>
      <w:r>
        <w:t>wasn’t</w:t>
      </w:r>
      <w:proofErr w:type="gramEnd"/>
      <w:r>
        <w:t xml:space="preserve"> lost on him: hunted, framed, and yet the architect of his own fate.</w:t>
      </w:r>
    </w:p>
    <w:p w14:paraId="3DAB1313" w14:textId="77777777" w:rsidR="00232EC1" w:rsidRDefault="00232EC1" w:rsidP="00232EC1">
      <w:pPr>
        <w:pStyle w:val="NormalWeb"/>
      </w:pPr>
      <w:r>
        <w:t>Reynolds handed him a small device, no bigger than a matchbox. “This is the signal transmitter. Once you activate it, the world will know everything—the lies, the manipulation, the truth behind the program.”</w:t>
      </w:r>
    </w:p>
    <w:p w14:paraId="6707A308" w14:textId="77777777" w:rsidR="00232EC1" w:rsidRDefault="00232EC1" w:rsidP="00232EC1">
      <w:pPr>
        <w:pStyle w:val="NormalWeb"/>
      </w:pPr>
      <w:r>
        <w:t>Frank’s fingers closed around the device like a lifeline.</w:t>
      </w:r>
    </w:p>
    <w:p w14:paraId="2B064FA9" w14:textId="77777777" w:rsidR="00232EC1" w:rsidRDefault="00232EC1" w:rsidP="00232EC1">
      <w:pPr>
        <w:pStyle w:val="NormalWeb"/>
      </w:pPr>
      <w:r>
        <w:t>Outside, the city pulsed and churned, a sprawling web of surveillance and secrets.</w:t>
      </w:r>
    </w:p>
    <w:p w14:paraId="2C2AD37F" w14:textId="77777777" w:rsidR="00232EC1" w:rsidRDefault="00232EC1" w:rsidP="00232EC1">
      <w:pPr>
        <w:pStyle w:val="NormalWeb"/>
      </w:pPr>
      <w:r>
        <w:t>And in the heart of it all, Frank prepared to break the chain.</w:t>
      </w:r>
    </w:p>
    <w:p w14:paraId="5A6D4277" w14:textId="77777777" w:rsidR="00E46F9B" w:rsidRDefault="00E46F9B" w:rsidP="00E46F9B">
      <w:pPr>
        <w:pStyle w:val="NormalWeb"/>
      </w:pPr>
      <w:r>
        <w:rPr>
          <w:rStyle w:val="Strong"/>
        </w:rPr>
        <w:t>Chapter 34 – The Crucible</w:t>
      </w:r>
    </w:p>
    <w:p w14:paraId="2C9BB55C" w14:textId="77777777" w:rsidR="00E46F9B" w:rsidRDefault="00E46F9B" w:rsidP="00E46F9B">
      <w:pPr>
        <w:pStyle w:val="NormalWeb"/>
      </w:pPr>
      <w:r>
        <w:t>The air in the safehouse was heavy, the weight of days without rest settling into every corner. Frank paced, the floorboards creaking beneath his boots, shadows from the flickering lamp casting jagged shapes on peeling wallpaper. Outside, the early dawn was barely stirring the sky, but inside, a storm was about to break.</w:t>
      </w:r>
    </w:p>
    <w:p w14:paraId="6C895400" w14:textId="77777777" w:rsidR="00E46F9B" w:rsidRDefault="00E46F9B" w:rsidP="00E46F9B">
      <w:pPr>
        <w:pStyle w:val="NormalWeb"/>
      </w:pPr>
      <w:r>
        <w:t xml:space="preserve">Marie sat at the battered table, fingers trembling slightly as she loaded a fresh clip into the handgun. “Frank,” she said quietly, “you </w:t>
      </w:r>
      <w:proofErr w:type="gramStart"/>
      <w:r>
        <w:t>have to</w:t>
      </w:r>
      <w:proofErr w:type="gramEnd"/>
      <w:r>
        <w:t xml:space="preserve"> decide. </w:t>
      </w:r>
      <w:proofErr w:type="gramStart"/>
      <w:r>
        <w:t>There’s</w:t>
      </w:r>
      <w:proofErr w:type="gramEnd"/>
      <w:r>
        <w:t xml:space="preserve"> no turning back after this.”</w:t>
      </w:r>
    </w:p>
    <w:p w14:paraId="6B686C13" w14:textId="77777777" w:rsidR="00E46F9B" w:rsidRDefault="00E46F9B" w:rsidP="00E46F9B">
      <w:pPr>
        <w:pStyle w:val="NormalWeb"/>
      </w:pPr>
      <w:r>
        <w:t>He stopped pacing, eyes dark and raw. “I trusted you,” he said, voice tight. “You told me this was about survival. About exposing the truth.”</w:t>
      </w:r>
    </w:p>
    <w:p w14:paraId="2006FA48" w14:textId="77777777" w:rsidR="00E46F9B" w:rsidRDefault="00E46F9B" w:rsidP="00E46F9B">
      <w:pPr>
        <w:pStyle w:val="NormalWeb"/>
      </w:pPr>
      <w:r>
        <w:t xml:space="preserve">“And it is,” Marie answered, her gaze steady. “But the truth cuts both ways. </w:t>
      </w:r>
      <w:proofErr w:type="gramStart"/>
      <w:r>
        <w:t>You’re</w:t>
      </w:r>
      <w:proofErr w:type="gramEnd"/>
      <w:r>
        <w:t xml:space="preserve"> not just a target—</w:t>
      </w:r>
      <w:proofErr w:type="gramStart"/>
      <w:r>
        <w:t>you’re</w:t>
      </w:r>
      <w:proofErr w:type="gramEnd"/>
      <w:r>
        <w:t xml:space="preserve"> the trigger.”</w:t>
      </w:r>
    </w:p>
    <w:p w14:paraId="46BC6CDB" w14:textId="77777777" w:rsidR="00E46F9B" w:rsidRDefault="00E46F9B" w:rsidP="00E46F9B">
      <w:pPr>
        <w:pStyle w:val="NormalWeb"/>
      </w:pPr>
      <w:r>
        <w:t xml:space="preserve">Frank’s mind flashed back to the data farm, the hidden files, the covert manipulation—ORPHEUS had twisted the pre-crime AI until it </w:t>
      </w:r>
      <w:proofErr w:type="gramStart"/>
      <w:r>
        <w:t>wasn’t</w:t>
      </w:r>
      <w:proofErr w:type="gramEnd"/>
      <w:r>
        <w:t xml:space="preserve"> predicting crimes. It was engineering them. His every move </w:t>
      </w:r>
      <w:proofErr w:type="gramStart"/>
      <w:r>
        <w:t>calculated,</w:t>
      </w:r>
      <w:proofErr w:type="gramEnd"/>
      <w:r>
        <w:t xml:space="preserve"> every thought nudged until he was the very threat they claimed to be preventing.</w:t>
      </w:r>
    </w:p>
    <w:p w14:paraId="45A8D916" w14:textId="77777777" w:rsidR="00E46F9B" w:rsidRDefault="00E46F9B" w:rsidP="00E46F9B">
      <w:pPr>
        <w:pStyle w:val="NormalWeb"/>
      </w:pPr>
      <w:r>
        <w:t>“And now?” he asked, voice barely a whisper.</w:t>
      </w:r>
    </w:p>
    <w:p w14:paraId="799CFE6D" w14:textId="77777777" w:rsidR="00E46F9B" w:rsidRDefault="00E46F9B" w:rsidP="00E46F9B">
      <w:pPr>
        <w:pStyle w:val="NormalWeb"/>
      </w:pPr>
      <w:r>
        <w:t>“Now,” she said, “you finish the test. You either prove them right... or break the cycle.”</w:t>
      </w:r>
    </w:p>
    <w:p w14:paraId="16D988D9" w14:textId="77777777" w:rsidR="00E46F9B" w:rsidRDefault="00E46F9B" w:rsidP="00E46F9B">
      <w:pPr>
        <w:pStyle w:val="NormalWeb"/>
      </w:pPr>
      <w:r>
        <w:t>The news was all around them. International condemnation of the program was growing, but inside the U.S., political pressure was mounting to prove the system’s effectiveness. The deep state needed a demonstration—a moment to rally the fearful masses. Frank’s name was the linchpin.</w:t>
      </w:r>
    </w:p>
    <w:p w14:paraId="32639A04" w14:textId="77777777" w:rsidR="00E46F9B" w:rsidRDefault="00E46F9B" w:rsidP="00E46F9B">
      <w:pPr>
        <w:pStyle w:val="NormalWeb"/>
      </w:pPr>
      <w:r>
        <w:t>He thought of the politician—slick, untouchable, the man who symbolized everything corrupt and complicit. The man who needed to fall.</w:t>
      </w:r>
    </w:p>
    <w:p w14:paraId="3218533C" w14:textId="77777777" w:rsidR="00E46F9B" w:rsidRDefault="00E46F9B" w:rsidP="00E46F9B">
      <w:pPr>
        <w:pStyle w:val="NormalWeb"/>
      </w:pPr>
      <w:r>
        <w:t xml:space="preserve">Frank looked at the gun in Marie’s hands, then at the laptop open to the encrypted messages. His heart hammered. This was his crucible—the furnace in which he would be </w:t>
      </w:r>
      <w:proofErr w:type="gramStart"/>
      <w:r>
        <w:t>tested</w:t>
      </w:r>
      <w:proofErr w:type="gramEnd"/>
      <w:r>
        <w:t>, melted down, reshaped.</w:t>
      </w:r>
    </w:p>
    <w:p w14:paraId="6A3DFF15" w14:textId="77777777" w:rsidR="00E46F9B" w:rsidRDefault="00E46F9B" w:rsidP="00E46F9B">
      <w:pPr>
        <w:pStyle w:val="NormalWeb"/>
      </w:pPr>
      <w:r>
        <w:t xml:space="preserve">A quiet beep interrupted the silence. </w:t>
      </w:r>
      <w:proofErr w:type="gramStart"/>
      <w:r>
        <w:t>A new message,</w:t>
      </w:r>
      <w:proofErr w:type="gramEnd"/>
      <w:r>
        <w:t xml:space="preserve"> flagged urgent.</w:t>
      </w:r>
    </w:p>
    <w:p w14:paraId="676FC41C" w14:textId="77777777" w:rsidR="00E46F9B" w:rsidRDefault="00E46F9B" w:rsidP="00E46F9B">
      <w:pPr>
        <w:pStyle w:val="NormalWeb"/>
      </w:pPr>
      <w:r>
        <w:t>“The net tightens. Cameras, drones, geo-fences. Avoid. Move now or lose everything.”</w:t>
      </w:r>
    </w:p>
    <w:p w14:paraId="45C34D33" w14:textId="77777777" w:rsidR="00E46F9B" w:rsidRDefault="00E46F9B" w:rsidP="00E46F9B">
      <w:pPr>
        <w:pStyle w:val="NormalWeb"/>
      </w:pPr>
      <w:r>
        <w:lastRenderedPageBreak/>
        <w:t>His window was closing.</w:t>
      </w:r>
    </w:p>
    <w:p w14:paraId="70756DFF" w14:textId="77777777" w:rsidR="00E46F9B" w:rsidRDefault="00E46F9B" w:rsidP="00E46F9B">
      <w:pPr>
        <w:pStyle w:val="NormalWeb"/>
      </w:pPr>
      <w:r>
        <w:t xml:space="preserve">Marie </w:t>
      </w:r>
      <w:proofErr w:type="gramStart"/>
      <w:r>
        <w:t>rose,</w:t>
      </w:r>
      <w:proofErr w:type="gramEnd"/>
      <w:r>
        <w:t xml:space="preserve"> her eyes fierce. “We move at first light. One last chance to fight or to fall.”</w:t>
      </w:r>
    </w:p>
    <w:p w14:paraId="6409D2FC" w14:textId="77777777" w:rsidR="00E46F9B" w:rsidRDefault="00E46F9B" w:rsidP="00E46F9B">
      <w:pPr>
        <w:pStyle w:val="NormalWeb"/>
      </w:pPr>
      <w:r>
        <w:t>Frank swallowed hard. The lines between right and wrong, truth and deception, had blurred into a war zone inside his mind. Trust had become the deadliest weapon—and his own will, the battlefield.</w:t>
      </w:r>
    </w:p>
    <w:p w14:paraId="67EFF76B" w14:textId="77777777" w:rsidR="00E46F9B" w:rsidRDefault="00E46F9B" w:rsidP="00E46F9B">
      <w:pPr>
        <w:pStyle w:val="NormalWeb"/>
      </w:pPr>
      <w:r>
        <w:t>Outside, the city waited—watched. The crucible had ignited.</w:t>
      </w:r>
    </w:p>
    <w:p w14:paraId="4557BFE5" w14:textId="77777777" w:rsidR="000C66CE" w:rsidRDefault="000C66CE" w:rsidP="000C66CE">
      <w:pPr>
        <w:pStyle w:val="NormalWeb"/>
      </w:pPr>
      <w:r>
        <w:rPr>
          <w:rStyle w:val="Strong"/>
        </w:rPr>
        <w:t>Chapter 35 – Fractures</w:t>
      </w:r>
    </w:p>
    <w:p w14:paraId="526995F9" w14:textId="77777777" w:rsidR="000C66CE" w:rsidRDefault="000C66CE" w:rsidP="000C66CE">
      <w:pPr>
        <w:pStyle w:val="NormalWeb"/>
      </w:pPr>
      <w:r>
        <w:t xml:space="preserve">The warehouse loomed like a rusted carcass beneath the cold November sky. Frank paused just beyond the cracked metal door, eyes adjusting to the dim glow leaking from inside. The smell of stale dust and mildew pressed heavy on his senses. He knew this place once hummed with life — a hub for </w:t>
      </w:r>
      <w:proofErr w:type="gramStart"/>
      <w:r>
        <w:t>some</w:t>
      </w:r>
      <w:proofErr w:type="gramEnd"/>
      <w:r>
        <w:t xml:space="preserve"> forgotten business — but now it was just another hollow shell at the edge of the city’s underbelly.</w:t>
      </w:r>
    </w:p>
    <w:p w14:paraId="37AB4CDF" w14:textId="77777777" w:rsidR="000C66CE" w:rsidRDefault="000C66CE" w:rsidP="000C66CE">
      <w:pPr>
        <w:pStyle w:val="NormalWeb"/>
      </w:pPr>
      <w:r>
        <w:t xml:space="preserve">Marie was close behind him, her breath visible in the chilly air, steps cautious and precise. They moved silently, ghosts within the concrete skeleton, each aware that any sound could summon danger. The message from Dr. Reynolds burned in Frank’s mind like a brand: </w:t>
      </w:r>
      <w:r>
        <w:rPr>
          <w:rStyle w:val="Emphasis"/>
        </w:rPr>
        <w:t xml:space="preserve">The pantry </w:t>
      </w:r>
      <w:proofErr w:type="gramStart"/>
      <w:r>
        <w:rPr>
          <w:rStyle w:val="Emphasis"/>
        </w:rPr>
        <w:t>is compromised</w:t>
      </w:r>
      <w:proofErr w:type="gramEnd"/>
      <w:r>
        <w:rPr>
          <w:rStyle w:val="Emphasis"/>
        </w:rPr>
        <w:t>.</w:t>
      </w:r>
    </w:p>
    <w:p w14:paraId="41B0D191" w14:textId="77777777" w:rsidR="000C66CE" w:rsidRDefault="000C66CE" w:rsidP="000C66CE">
      <w:pPr>
        <w:pStyle w:val="NormalWeb"/>
      </w:pPr>
      <w:r>
        <w:t xml:space="preserve">They had barely set foot inside before </w:t>
      </w:r>
      <w:proofErr w:type="gramStart"/>
      <w:r>
        <w:t>the reality</w:t>
      </w:r>
      <w:proofErr w:type="gramEnd"/>
      <w:r>
        <w:t xml:space="preserve"> settled in. The threat was no longer distant or abstract. It was here, closing in on all sides.</w:t>
      </w:r>
    </w:p>
    <w:p w14:paraId="37647740" w14:textId="77777777" w:rsidR="000C66CE" w:rsidRDefault="000C66CE" w:rsidP="000C66CE">
      <w:pPr>
        <w:pStyle w:val="NormalWeb"/>
      </w:pPr>
      <w:r>
        <w:t xml:space="preserve">Frank surveyed the </w:t>
      </w:r>
      <w:proofErr w:type="gramStart"/>
      <w:r>
        <w:t>space —</w:t>
      </w:r>
      <w:proofErr w:type="gramEnd"/>
      <w:r>
        <w:t xml:space="preserve"> broken windows, scattered papers</w:t>
      </w:r>
      <w:proofErr w:type="gramStart"/>
      <w:r>
        <w:t>, an</w:t>
      </w:r>
      <w:proofErr w:type="gramEnd"/>
      <w:r>
        <w:t xml:space="preserve"> old folding table pushed against the wall. It was the perfect hideout, inconspicuous yet offering enough cover for their next move. As Marie unpacked a battered laptop and a jumble of cables, Frank’s thoughts flickered uncontrollably to the fractures in his own mind — the tension between survival and the morality he desperately clung to.</w:t>
      </w:r>
    </w:p>
    <w:p w14:paraId="243FA858" w14:textId="77777777" w:rsidR="000C66CE" w:rsidRDefault="000C66CE" w:rsidP="000C66CE">
      <w:pPr>
        <w:pStyle w:val="NormalWeb"/>
      </w:pPr>
      <w:r>
        <w:t>He trusted Marie. More than anyone, he trusted her. But trust had become a double-edged sword.</w:t>
      </w:r>
    </w:p>
    <w:p w14:paraId="392A067F" w14:textId="77777777" w:rsidR="000C66CE" w:rsidRDefault="000C66CE" w:rsidP="000C66CE">
      <w:pPr>
        <w:pStyle w:val="NormalWeb"/>
      </w:pPr>
      <w:r>
        <w:t xml:space="preserve">The plan </w:t>
      </w:r>
      <w:proofErr w:type="gramStart"/>
      <w:r>
        <w:t>they’d</w:t>
      </w:r>
      <w:proofErr w:type="gramEnd"/>
      <w:r>
        <w:t xml:space="preserve"> crafted depended on her steady hand and clear judgment. She was the one keeping the line open with Dr. Reynolds, using the carefully curated email account. </w:t>
      </w:r>
      <w:proofErr w:type="gramStart"/>
      <w:r>
        <w:t>She’d</w:t>
      </w:r>
      <w:proofErr w:type="gramEnd"/>
      <w:r>
        <w:t xml:space="preserve"> gone out of her way to set that up, risking exposure to </w:t>
      </w:r>
      <w:proofErr w:type="gramStart"/>
      <w:r>
        <w:t>give</w:t>
      </w:r>
      <w:proofErr w:type="gramEnd"/>
      <w:r>
        <w:t xml:space="preserve"> them a lifeline. But Frank could feel the subtle shifts — a flicker of doubt in her eyes, the way her jaw clenched a little tighter when she thought he </w:t>
      </w:r>
      <w:proofErr w:type="gramStart"/>
      <w:r>
        <w:t>wasn’t</w:t>
      </w:r>
      <w:proofErr w:type="gramEnd"/>
      <w:r>
        <w:t xml:space="preserve"> looking.</w:t>
      </w:r>
    </w:p>
    <w:p w14:paraId="1C47F767" w14:textId="77777777" w:rsidR="000C66CE" w:rsidRDefault="000C66CE" w:rsidP="000C66CE">
      <w:pPr>
        <w:pStyle w:val="NormalWeb"/>
      </w:pPr>
      <w:r>
        <w:t>Could he afford to let his guard down?</w:t>
      </w:r>
    </w:p>
    <w:p w14:paraId="0FEAE5EA" w14:textId="77777777" w:rsidR="000C66CE" w:rsidRDefault="000C66CE" w:rsidP="000C66CE">
      <w:pPr>
        <w:pStyle w:val="NormalWeb"/>
      </w:pPr>
      <w:r>
        <w:t>As Marie typed furiously, sending coded messages that vanished into drafts and shadows, Frank’s phone vibrated sharply against the rough wood. He pulled it out, eyes narrowing at the screen: a new draft message, unmarked, unsigned. From the hidden folds of the intelligence network — a whisper from someone on the inside.</w:t>
      </w:r>
    </w:p>
    <w:p w14:paraId="4182FE07" w14:textId="77777777" w:rsidR="000C66CE" w:rsidRDefault="000C66CE" w:rsidP="000C66CE">
      <w:pPr>
        <w:pStyle w:val="NormalWeb"/>
      </w:pPr>
      <w:proofErr w:type="gramStart"/>
      <w:r>
        <w:rPr>
          <w:rStyle w:val="Emphasis"/>
        </w:rPr>
        <w:t>They’re</w:t>
      </w:r>
      <w:proofErr w:type="gramEnd"/>
      <w:r>
        <w:rPr>
          <w:rStyle w:val="Emphasis"/>
        </w:rPr>
        <w:t xml:space="preserve"> moving faster than we anticipated. Expect interference at the next rendezvous. </w:t>
      </w:r>
      <w:proofErr w:type="gramStart"/>
      <w:r>
        <w:rPr>
          <w:rStyle w:val="Emphasis"/>
        </w:rPr>
        <w:t>You’re</w:t>
      </w:r>
      <w:proofErr w:type="gramEnd"/>
      <w:r>
        <w:rPr>
          <w:rStyle w:val="Emphasis"/>
        </w:rPr>
        <w:t xml:space="preserve"> not safe.</w:t>
      </w:r>
    </w:p>
    <w:p w14:paraId="595818F9" w14:textId="77777777" w:rsidR="000C66CE" w:rsidRDefault="000C66CE" w:rsidP="000C66CE">
      <w:pPr>
        <w:pStyle w:val="NormalWeb"/>
      </w:pPr>
      <w:r>
        <w:t xml:space="preserve">The words cut deeper than any bullet. It was a </w:t>
      </w:r>
      <w:proofErr w:type="gramStart"/>
      <w:r>
        <w:t>warning</w:t>
      </w:r>
      <w:proofErr w:type="gramEnd"/>
      <w:r>
        <w:t xml:space="preserve"> and a threat rolled into one.</w:t>
      </w:r>
    </w:p>
    <w:p w14:paraId="23C2FEC5" w14:textId="77777777" w:rsidR="000C66CE" w:rsidRDefault="000C66CE" w:rsidP="000C66CE">
      <w:pPr>
        <w:pStyle w:val="NormalWeb"/>
      </w:pPr>
      <w:r>
        <w:t>Frank closed his eyes briefly, breathing through the gnawing tension. His mind raced through every possibility, every enemy, every ally who might turn out to be a double agent. In this fractured world, certainty was a luxury no one could afford.</w:t>
      </w:r>
    </w:p>
    <w:p w14:paraId="0AB49E24" w14:textId="77777777" w:rsidR="000C66CE" w:rsidRDefault="000C66CE" w:rsidP="000C66CE">
      <w:pPr>
        <w:pStyle w:val="NormalWeb"/>
      </w:pPr>
      <w:r>
        <w:t>Marie looked up, catching the change in his expression. “What is it?” she asked softly.</w:t>
      </w:r>
    </w:p>
    <w:p w14:paraId="4E2384FF" w14:textId="77777777" w:rsidR="000C66CE" w:rsidRDefault="000C66CE" w:rsidP="000C66CE">
      <w:pPr>
        <w:pStyle w:val="NormalWeb"/>
      </w:pPr>
      <w:r>
        <w:lastRenderedPageBreak/>
        <w:t xml:space="preserve">He handed her the phone. “Another message. From a whistleblower. They know </w:t>
      </w:r>
      <w:proofErr w:type="gramStart"/>
      <w:r>
        <w:t>we’re</w:t>
      </w:r>
      <w:proofErr w:type="gramEnd"/>
      <w:r>
        <w:t xml:space="preserve"> close. </w:t>
      </w:r>
      <w:proofErr w:type="gramStart"/>
      <w:r>
        <w:t>They’re</w:t>
      </w:r>
      <w:proofErr w:type="gramEnd"/>
      <w:r>
        <w:t xml:space="preserve"> watching.”</w:t>
      </w:r>
    </w:p>
    <w:p w14:paraId="43B21423" w14:textId="77777777" w:rsidR="000C66CE" w:rsidRDefault="000C66CE" w:rsidP="000C66CE">
      <w:pPr>
        <w:pStyle w:val="NormalWeb"/>
      </w:pPr>
      <w:r>
        <w:t>Her face hardened. “Then we move faster.”</w:t>
      </w:r>
    </w:p>
    <w:p w14:paraId="21BB52F7" w14:textId="77777777" w:rsidR="000C66CE" w:rsidRDefault="000C66CE" w:rsidP="000C66CE">
      <w:pPr>
        <w:pStyle w:val="NormalWeb"/>
      </w:pPr>
      <w:r>
        <w:t>They barely had time to plan when the sound of engines shattered the night. A drone’s eerie red eye flickered through the cracked skylight, its mechanical gaze sweeping the warehouse’s dark interior. Frank’s heart pounded as he motioned Marie to the shadows.</w:t>
      </w:r>
    </w:p>
    <w:p w14:paraId="2A6A95D0" w14:textId="77777777" w:rsidR="000C66CE" w:rsidRDefault="000C66CE" w:rsidP="000C66CE">
      <w:pPr>
        <w:pStyle w:val="NormalWeb"/>
      </w:pPr>
      <w:r>
        <w:t>“Thermal imaging,” he muttered. “</w:t>
      </w:r>
      <w:proofErr w:type="gramStart"/>
      <w:r>
        <w:t>They’re</w:t>
      </w:r>
      <w:proofErr w:type="gramEnd"/>
      <w:r>
        <w:t xml:space="preserve"> profiling heat signatures. We need to lower our thermal footprint.”</w:t>
      </w:r>
    </w:p>
    <w:p w14:paraId="56021C5C" w14:textId="77777777" w:rsidR="000C66CE" w:rsidRDefault="000C66CE" w:rsidP="000C66CE">
      <w:pPr>
        <w:pStyle w:val="NormalWeb"/>
      </w:pPr>
      <w:r>
        <w:t>Marie grabbed a tarp from a dusty corner and wrapped it around Frank’s shoulders, then pulled a heat-absorbent blanket from her pack. They huddled beneath it, breathing shallow, fighting the urge to move.</w:t>
      </w:r>
    </w:p>
    <w:p w14:paraId="2A06E06C" w14:textId="77777777" w:rsidR="000C66CE" w:rsidRDefault="000C66CE" w:rsidP="000C66CE">
      <w:pPr>
        <w:pStyle w:val="NormalWeb"/>
      </w:pPr>
      <w:r>
        <w:t>Outside, muffled voices approached. Boots crunching on gravel. The net was closing.</w:t>
      </w:r>
    </w:p>
    <w:p w14:paraId="64DC5165" w14:textId="77777777" w:rsidR="000C66CE" w:rsidRDefault="000C66CE" w:rsidP="000C66CE">
      <w:pPr>
        <w:pStyle w:val="NormalWeb"/>
      </w:pPr>
      <w:r>
        <w:t>Frank’s mind flashed to the countless algorithms predicting his fall, the so-called Pre-Conviction system that had branded him a threat long before any crime was committed. The irony burned — the machine was right, but for all the wrong reasons. The shadowy puppeteers behind ORPHEUS had manipulated the data, played on his trust, pushed him to the edge where survival demanded action.</w:t>
      </w:r>
    </w:p>
    <w:p w14:paraId="732B7870" w14:textId="77777777" w:rsidR="000C66CE" w:rsidRDefault="000C66CE" w:rsidP="000C66CE">
      <w:pPr>
        <w:pStyle w:val="NormalWeb"/>
      </w:pPr>
      <w:r>
        <w:t>He was the perfect victim and the perfect weapon.</w:t>
      </w:r>
    </w:p>
    <w:p w14:paraId="65B85E57" w14:textId="77777777" w:rsidR="000C66CE" w:rsidRDefault="000C66CE" w:rsidP="000C66CE">
      <w:pPr>
        <w:pStyle w:val="NormalWeb"/>
      </w:pPr>
      <w:r>
        <w:t>The footsteps paused outside, a flashlight beam slicing through the darkness. Frank’s breath caught as the door rattled violently, then settled into a tense silence.</w:t>
      </w:r>
    </w:p>
    <w:p w14:paraId="6D0820F8" w14:textId="77777777" w:rsidR="000C66CE" w:rsidRDefault="000C66CE" w:rsidP="000C66CE">
      <w:pPr>
        <w:pStyle w:val="NormalWeb"/>
      </w:pPr>
      <w:r>
        <w:t>Minutes stretched like hours.</w:t>
      </w:r>
    </w:p>
    <w:p w14:paraId="6BE5C37A" w14:textId="77777777" w:rsidR="000C66CE" w:rsidRDefault="000C66CE" w:rsidP="000C66CE">
      <w:pPr>
        <w:pStyle w:val="NormalWeb"/>
      </w:pPr>
      <w:r>
        <w:t>Then, just as suddenly, the sounds faded. The drone retreated into the night, leaving only the whispered crackle of their own breathing.</w:t>
      </w:r>
    </w:p>
    <w:p w14:paraId="6889030C" w14:textId="77777777" w:rsidR="000C66CE" w:rsidRDefault="000C66CE" w:rsidP="000C66CE">
      <w:pPr>
        <w:pStyle w:val="NormalWeb"/>
      </w:pPr>
      <w:r>
        <w:t>Marie exhaled slowly. “They’re pulling back… for now.”</w:t>
      </w:r>
    </w:p>
    <w:p w14:paraId="6B46DA91" w14:textId="77777777" w:rsidR="000C66CE" w:rsidRDefault="000C66CE" w:rsidP="000C66CE">
      <w:pPr>
        <w:pStyle w:val="NormalWeb"/>
      </w:pPr>
      <w:r>
        <w:t>Frank let his tension ebb but not vanish. “</w:t>
      </w:r>
      <w:proofErr w:type="gramStart"/>
      <w:r>
        <w:t>They’ll</w:t>
      </w:r>
      <w:proofErr w:type="gramEnd"/>
      <w:r>
        <w:t xml:space="preserve"> be back. And next time, they </w:t>
      </w:r>
      <w:proofErr w:type="gramStart"/>
      <w:r>
        <w:t>won’t</w:t>
      </w:r>
      <w:proofErr w:type="gramEnd"/>
      <w:r>
        <w:t xml:space="preserve"> be so cautious.”</w:t>
      </w:r>
    </w:p>
    <w:p w14:paraId="183BEC82" w14:textId="77777777" w:rsidR="000C66CE" w:rsidRDefault="000C66CE" w:rsidP="000C66CE">
      <w:pPr>
        <w:pStyle w:val="NormalWeb"/>
      </w:pPr>
      <w:r>
        <w:t>He sat heavily on the cracked concrete floor, rubbing his temples. The fractures inside him were growing — the burden of mistrust, the weight of inevitable violence looming ahead.</w:t>
      </w:r>
    </w:p>
    <w:p w14:paraId="4DECE635" w14:textId="77777777" w:rsidR="000C66CE" w:rsidRDefault="000C66CE" w:rsidP="000C66CE">
      <w:pPr>
        <w:pStyle w:val="NormalWeb"/>
      </w:pPr>
      <w:r>
        <w:t>Marie knelt beside him. “Whatever happens, we face it together.”</w:t>
      </w:r>
    </w:p>
    <w:p w14:paraId="144854D3" w14:textId="77777777" w:rsidR="000C66CE" w:rsidRDefault="000C66CE" w:rsidP="000C66CE">
      <w:pPr>
        <w:pStyle w:val="NormalWeb"/>
      </w:pPr>
      <w:r>
        <w:t>Frank looked up, searching her face for any sign of doubt. For now, he found only determination.</w:t>
      </w:r>
    </w:p>
    <w:p w14:paraId="35EAE6C3" w14:textId="77777777" w:rsidR="000C66CE" w:rsidRDefault="000C66CE" w:rsidP="000C66CE">
      <w:pPr>
        <w:pStyle w:val="NormalWeb"/>
      </w:pPr>
      <w:r>
        <w:t>But the cracks were there.</w:t>
      </w:r>
    </w:p>
    <w:p w14:paraId="0FA3A4F4" w14:textId="77777777" w:rsidR="000C66CE" w:rsidRDefault="000C66CE" w:rsidP="000C66CE">
      <w:pPr>
        <w:pStyle w:val="NormalWeb"/>
      </w:pPr>
      <w:r>
        <w:t>And when they broke, nothing would be the same.</w:t>
      </w:r>
    </w:p>
    <w:p w14:paraId="74B50445" w14:textId="77777777" w:rsidR="00BE00F5" w:rsidRDefault="00BE00F5" w:rsidP="00BE00F5">
      <w:pPr>
        <w:pStyle w:val="NormalWeb"/>
      </w:pPr>
      <w:r>
        <w:rPr>
          <w:rStyle w:val="Strong"/>
        </w:rPr>
        <w:t>Chapter 36 – The Threshold</w:t>
      </w:r>
    </w:p>
    <w:p w14:paraId="5F71C799" w14:textId="77777777" w:rsidR="00BE00F5" w:rsidRDefault="00BE00F5" w:rsidP="00BE00F5">
      <w:pPr>
        <w:pStyle w:val="NormalWeb"/>
      </w:pPr>
      <w:r>
        <w:t xml:space="preserve">The early morning fog hung low over the outskirts of the city, wrapping the crumbling warehouses and cracked pavement in a cold, damp shroud. Frank moved cautiously through the shadows, every step measured, every </w:t>
      </w:r>
      <w:r>
        <w:lastRenderedPageBreak/>
        <w:t>breath shallow. He was no longer the man who had entered this web of deceit months ago—this was a man on the verge of a breaking point, standing at the threshold of irreversible choices.</w:t>
      </w:r>
    </w:p>
    <w:p w14:paraId="2B03199E" w14:textId="77777777" w:rsidR="00BE00F5" w:rsidRDefault="00BE00F5" w:rsidP="00BE00F5">
      <w:pPr>
        <w:pStyle w:val="NormalWeb"/>
      </w:pPr>
      <w:r>
        <w:t>His safehouse, a converted industrial loft on the edge of the old manufacturing district, sat silent behind a chain-link fence topped with razor wire. Inside, the stale air mingled with the faint hum of computers and encrypted communication devices Marie had rigged up. The place was both sanctuary and prison, a fortress against the world watching relentlessly through its digital eyes.</w:t>
      </w:r>
    </w:p>
    <w:p w14:paraId="30FA7E7E" w14:textId="77777777" w:rsidR="00BE00F5" w:rsidRDefault="00BE00F5" w:rsidP="00BE00F5">
      <w:pPr>
        <w:pStyle w:val="NormalWeb"/>
      </w:pPr>
      <w:r>
        <w:t xml:space="preserve">Frank’s fingers hovered over the keyboard, staring at the screen displaying the latest data packet from Dr. Reynolds. The encrypted files held fragments of a truth that was as dangerous as it was </w:t>
      </w:r>
      <w:proofErr w:type="gramStart"/>
      <w:r>
        <w:t>necessary—proof</w:t>
      </w:r>
      <w:proofErr w:type="gramEnd"/>
      <w:r>
        <w:t xml:space="preserve"> of the Project ORPHEUS manipulation that had been pulling strings behind the </w:t>
      </w:r>
      <w:proofErr w:type="spellStart"/>
      <w:r>
        <w:t>Preconviction</w:t>
      </w:r>
      <w:proofErr w:type="spellEnd"/>
      <w:r>
        <w:t xml:space="preserve"> program all along. The same program that was now pointing its finger at him.</w:t>
      </w:r>
    </w:p>
    <w:p w14:paraId="14D3752D" w14:textId="77777777" w:rsidR="00BE00F5" w:rsidRDefault="00BE00F5" w:rsidP="00BE00F5">
      <w:pPr>
        <w:pStyle w:val="NormalWeb"/>
      </w:pPr>
      <w:r>
        <w:t xml:space="preserve">Outside, the city awoke with indifferent noise, but inside, Frank felt the walls closing in. Every movement was </w:t>
      </w:r>
      <w:proofErr w:type="gramStart"/>
      <w:r>
        <w:t>tracked—dozens</w:t>
      </w:r>
      <w:proofErr w:type="gramEnd"/>
      <w:r>
        <w:t xml:space="preserve"> of cameras around the city fed live streams to artificial intelligence systems capable of facial recognition, gait analysis, and even thermal imaging. He had altered his appearance so many times that </w:t>
      </w:r>
      <w:proofErr w:type="gramStart"/>
      <w:r>
        <w:t>even he</w:t>
      </w:r>
      <w:proofErr w:type="gramEnd"/>
      <w:r>
        <w:t xml:space="preserve"> struggled to recognize himself in the mirror.</w:t>
      </w:r>
    </w:p>
    <w:p w14:paraId="0F430B2E" w14:textId="77777777" w:rsidR="00BE00F5" w:rsidRDefault="00BE00F5" w:rsidP="00BE00F5">
      <w:pPr>
        <w:pStyle w:val="NormalWeb"/>
      </w:pPr>
      <w:r>
        <w:t xml:space="preserve">The geofence around key political buildings and communication hubs was a cage with invisible walls. Crossing those lines would trigger alarms and flood the area with enforcement units, drones, and digital trackers. But he had no choice. The next move had to </w:t>
      </w:r>
      <w:proofErr w:type="gramStart"/>
      <w:r>
        <w:t>be made</w:t>
      </w:r>
      <w:proofErr w:type="gramEnd"/>
      <w:r>
        <w:t>.</w:t>
      </w:r>
    </w:p>
    <w:p w14:paraId="1A10904C" w14:textId="77777777" w:rsidR="00BE00F5" w:rsidRDefault="00BE00F5" w:rsidP="00BE00F5">
      <w:pPr>
        <w:pStyle w:val="NormalWeb"/>
      </w:pPr>
      <w:r>
        <w:t xml:space="preserve">Marie entered quietly, carrying a steaming cup of coffee. Her eyes met </w:t>
      </w:r>
      <w:proofErr w:type="gramStart"/>
      <w:r>
        <w:t>his</w:t>
      </w:r>
      <w:proofErr w:type="gramEnd"/>
      <w:r>
        <w:t xml:space="preserve"> with a mixture of determination and worry. “We </w:t>
      </w:r>
      <w:proofErr w:type="gramStart"/>
      <w:r>
        <w:t>can’t</w:t>
      </w:r>
      <w:proofErr w:type="gramEnd"/>
      <w:r>
        <w:t xml:space="preserve"> stay here much longer. </w:t>
      </w:r>
      <w:proofErr w:type="gramStart"/>
      <w:r>
        <w:t>They’re</w:t>
      </w:r>
      <w:proofErr w:type="gramEnd"/>
      <w:r>
        <w:t xml:space="preserve"> tightening the net. I picked up chatter—drone sweeps over the last two nights, and increased signal jamming around your location.”</w:t>
      </w:r>
    </w:p>
    <w:p w14:paraId="087C6A03" w14:textId="77777777" w:rsidR="00BE00F5" w:rsidRDefault="00BE00F5" w:rsidP="00BE00F5">
      <w:pPr>
        <w:pStyle w:val="NormalWeb"/>
      </w:pPr>
      <w:r>
        <w:t>Frank nodded. “I know. The safehouse was never meant to be permanent. But where can we go when every step is under a microscope?”</w:t>
      </w:r>
    </w:p>
    <w:p w14:paraId="27FBA39F" w14:textId="77777777" w:rsidR="00BE00F5" w:rsidRDefault="00BE00F5" w:rsidP="00BE00F5">
      <w:pPr>
        <w:pStyle w:val="NormalWeb"/>
      </w:pPr>
      <w:r>
        <w:t xml:space="preserve">Marie pulled out a small </w:t>
      </w:r>
      <w:proofErr w:type="gramStart"/>
      <w:r>
        <w:t>device—a portable signal jammer they’d been working on</w:t>
      </w:r>
      <w:proofErr w:type="gramEnd"/>
      <w:r>
        <w:t xml:space="preserve">. “This can buy us time. A short window to break out of the city, slip through the surveillance grid </w:t>
      </w:r>
      <w:proofErr w:type="gramStart"/>
      <w:r>
        <w:t>undetected.”</w:t>
      </w:r>
      <w:proofErr w:type="gramEnd"/>
    </w:p>
    <w:p w14:paraId="7BC0DCE1" w14:textId="77777777" w:rsidR="00BE00F5" w:rsidRDefault="00BE00F5" w:rsidP="00BE00F5">
      <w:pPr>
        <w:pStyle w:val="NormalWeb"/>
      </w:pPr>
      <w:r>
        <w:t>He looked at her, the weight of what was coming settling deeper. “And after that?”</w:t>
      </w:r>
    </w:p>
    <w:p w14:paraId="30E6A6F0" w14:textId="77777777" w:rsidR="00BE00F5" w:rsidRDefault="00BE00F5" w:rsidP="00BE00F5">
      <w:pPr>
        <w:pStyle w:val="NormalWeb"/>
      </w:pPr>
      <w:r>
        <w:t xml:space="preserve">“We find Reynolds. He has the intel we need. </w:t>
      </w:r>
      <w:proofErr w:type="gramStart"/>
      <w:r>
        <w:t>He’s</w:t>
      </w:r>
      <w:proofErr w:type="gramEnd"/>
      <w:r>
        <w:t xml:space="preserve"> </w:t>
      </w:r>
      <w:proofErr w:type="gramStart"/>
      <w:r>
        <w:t>working</w:t>
      </w:r>
      <w:proofErr w:type="gramEnd"/>
      <w:r>
        <w:t xml:space="preserve"> with people on the inside—whistleblowers in intelligence agencies who are risking everything to bring the truth out. </w:t>
      </w:r>
      <w:proofErr w:type="gramStart"/>
      <w:r>
        <w:t>We’re</w:t>
      </w:r>
      <w:proofErr w:type="gramEnd"/>
      <w:r>
        <w:t xml:space="preserve"> not alone in this fight.”</w:t>
      </w:r>
    </w:p>
    <w:p w14:paraId="1B9F2121" w14:textId="77777777" w:rsidR="00BE00F5" w:rsidRDefault="00BE00F5" w:rsidP="00BE00F5">
      <w:pPr>
        <w:pStyle w:val="NormalWeb"/>
      </w:pPr>
      <w:r>
        <w:t xml:space="preserve">Frank’s jaw tightened. Trust was a fragile commodity these days, and Marie was the only one left who </w:t>
      </w:r>
      <w:proofErr w:type="gramStart"/>
      <w:r>
        <w:t>hadn’t</w:t>
      </w:r>
      <w:proofErr w:type="gramEnd"/>
      <w:r>
        <w:t xml:space="preserve"> betrayed him. But the cost was rising. The more he leaned on her, the more he feared losing himself in the storm.</w:t>
      </w:r>
    </w:p>
    <w:p w14:paraId="42C69D98" w14:textId="77777777" w:rsidR="00BE00F5" w:rsidRDefault="00BE00F5" w:rsidP="00BE00F5">
      <w:pPr>
        <w:pStyle w:val="NormalWeb"/>
      </w:pPr>
      <w:r>
        <w:t xml:space="preserve">He stood and moved to the window, peering out at the gray dawn. Somewhere beyond those steel and glass towers, the politicians who had sanctioned the </w:t>
      </w:r>
      <w:proofErr w:type="spellStart"/>
      <w:r>
        <w:t>Preconviction</w:t>
      </w:r>
      <w:proofErr w:type="spellEnd"/>
      <w:r>
        <w:t xml:space="preserve"> program went about their lives, oblivious to the chaos </w:t>
      </w:r>
      <w:proofErr w:type="gramStart"/>
      <w:r>
        <w:t>they’d</w:t>
      </w:r>
      <w:proofErr w:type="gramEnd"/>
      <w:r>
        <w:t xml:space="preserve"> unleashed. </w:t>
      </w:r>
      <w:proofErr w:type="gramStart"/>
      <w:r>
        <w:t>A few</w:t>
      </w:r>
      <w:proofErr w:type="gramEnd"/>
      <w:r>
        <w:t xml:space="preserve"> European nations had begun to voice concerns—quiet diplomatic pressures, veiled criticisms in the press—but inside the U.S., the program’s architects doubled down, insisting on the necessity of total behavioral control for national security.</w:t>
      </w:r>
    </w:p>
    <w:p w14:paraId="5898A94F" w14:textId="77777777" w:rsidR="00BE00F5" w:rsidRDefault="00BE00F5" w:rsidP="00BE00F5">
      <w:pPr>
        <w:pStyle w:val="NormalWeb"/>
      </w:pPr>
      <w:r>
        <w:t>Frank clenched his fists. He had to cross the threshold between survival and action. Between running and fighting back.</w:t>
      </w:r>
    </w:p>
    <w:p w14:paraId="73A41469" w14:textId="77777777" w:rsidR="00BE00F5" w:rsidRDefault="00BE00F5" w:rsidP="00BE00F5">
      <w:pPr>
        <w:pStyle w:val="NormalWeb"/>
      </w:pPr>
      <w:r>
        <w:t>Marie stepped beside him. “Ready?”</w:t>
      </w:r>
    </w:p>
    <w:p w14:paraId="78B002BE" w14:textId="77777777" w:rsidR="00BE00F5" w:rsidRDefault="00BE00F5" w:rsidP="00BE00F5">
      <w:pPr>
        <w:pStyle w:val="NormalWeb"/>
      </w:pPr>
      <w:r>
        <w:lastRenderedPageBreak/>
        <w:t>He met her gaze, steadying himself. “It’s time.”</w:t>
      </w:r>
    </w:p>
    <w:p w14:paraId="136623F2" w14:textId="77777777" w:rsidR="00BE00F5" w:rsidRDefault="00BE00F5" w:rsidP="00BE00F5">
      <w:pPr>
        <w:pStyle w:val="NormalWeb"/>
      </w:pPr>
      <w:r>
        <w:t>Together, they began preparing—erasing digital footprints, packing only what they could carry, setting false trails in the data streams.</w:t>
      </w:r>
    </w:p>
    <w:p w14:paraId="507DA433" w14:textId="77777777" w:rsidR="00BE00F5" w:rsidRDefault="00BE00F5" w:rsidP="00BE00F5">
      <w:pPr>
        <w:pStyle w:val="NormalWeb"/>
      </w:pPr>
      <w:r>
        <w:t>Outside, the city’s surveillance web tightened like a noose, but Frank was no longer the prey. He was about to become the storm.</w:t>
      </w:r>
    </w:p>
    <w:p w14:paraId="728FCEB7" w14:textId="77777777" w:rsidR="005D3F5C" w:rsidRDefault="005D3F5C" w:rsidP="005D3F5C">
      <w:pPr>
        <w:pStyle w:val="NormalWeb"/>
      </w:pPr>
      <w:r>
        <w:rPr>
          <w:rStyle w:val="Strong"/>
        </w:rPr>
        <w:t>Chapter 37 – Breaking the Net</w:t>
      </w:r>
    </w:p>
    <w:p w14:paraId="11FA3DAA" w14:textId="77777777" w:rsidR="005D3F5C" w:rsidRDefault="005D3F5C" w:rsidP="005D3F5C">
      <w:pPr>
        <w:pStyle w:val="NormalWeb"/>
      </w:pPr>
      <w:r>
        <w:t xml:space="preserve">The cold blue light of dawn seeped through the cracked window blinds, casting </w:t>
      </w:r>
      <w:proofErr w:type="gramStart"/>
      <w:r>
        <w:t>slats</w:t>
      </w:r>
      <w:proofErr w:type="gramEnd"/>
      <w:r>
        <w:t xml:space="preserve"> of shadow across the cluttered safehouse. Frank and Marie moved with practiced silence, each step calculated as they prepared to breach the surveillance grid and escape the tightening digital noose around them.</w:t>
      </w:r>
    </w:p>
    <w:p w14:paraId="481C6DE9" w14:textId="77777777" w:rsidR="005D3F5C" w:rsidRDefault="005D3F5C" w:rsidP="005D3F5C">
      <w:pPr>
        <w:pStyle w:val="NormalWeb"/>
      </w:pPr>
      <w:r>
        <w:t>Marie checked the portable signal jammer once more, her fingers steady despite the pounding of adrenaline in her veins. “</w:t>
      </w:r>
      <w:proofErr w:type="gramStart"/>
      <w:r>
        <w:t>This’ll</w:t>
      </w:r>
      <w:proofErr w:type="gramEnd"/>
      <w:r>
        <w:t xml:space="preserve"> knock out cameras, drones, and comms for a solid fifteen minutes. After that, </w:t>
      </w:r>
      <w:proofErr w:type="gramStart"/>
      <w:r>
        <w:t>we’re</w:t>
      </w:r>
      <w:proofErr w:type="gramEnd"/>
      <w:r>
        <w:t xml:space="preserve"> ghosts again.”</w:t>
      </w:r>
    </w:p>
    <w:p w14:paraId="05B1649B" w14:textId="77777777" w:rsidR="005D3F5C" w:rsidRDefault="005D3F5C" w:rsidP="005D3F5C">
      <w:pPr>
        <w:pStyle w:val="NormalWeb"/>
      </w:pPr>
      <w:r>
        <w:t>Frank nodded, loading a concealed handgun into his waistband. The weight was familiar, a cold comfort amid uncertainty.</w:t>
      </w:r>
    </w:p>
    <w:p w14:paraId="016D4370" w14:textId="77777777" w:rsidR="005D3F5C" w:rsidRDefault="005D3F5C" w:rsidP="005D3F5C">
      <w:pPr>
        <w:pStyle w:val="NormalWeb"/>
      </w:pPr>
      <w:r>
        <w:t xml:space="preserve">They slipped out the back door, the cool air biting but less harsh than the chill of paranoia that had wrapped itself around them in recent weeks. Every block </w:t>
      </w:r>
      <w:proofErr w:type="gramStart"/>
      <w:r>
        <w:t>was saturated</w:t>
      </w:r>
      <w:proofErr w:type="gramEnd"/>
      <w:r>
        <w:t xml:space="preserve"> with sensors: facial recognition cameras on streetlights, thermal scanners mounted on rooftops, and drones circling like vultures just out of sight.</w:t>
      </w:r>
    </w:p>
    <w:p w14:paraId="57C0CAD8" w14:textId="77777777" w:rsidR="005D3F5C" w:rsidRDefault="005D3F5C" w:rsidP="005D3F5C">
      <w:pPr>
        <w:pStyle w:val="NormalWeb"/>
      </w:pPr>
      <w:r>
        <w:t>The geofence was an invisible boundary, marked in their GPS feeds by a flashing red line. Crossing it would trigger an automatic lockdown of the area, with armed response teams dispatched within minutes. Frank had memorized the patrol patterns—too many to evade by sheer luck.</w:t>
      </w:r>
    </w:p>
    <w:p w14:paraId="1A32B24A" w14:textId="77777777" w:rsidR="005D3F5C" w:rsidRDefault="005D3F5C" w:rsidP="005D3F5C">
      <w:pPr>
        <w:pStyle w:val="NormalWeb"/>
      </w:pPr>
      <w:r>
        <w:t>Marie activated the jammer as they approached the first checkpoint. The streetlights flickered as the cameras went dark; drones overhead wobbled uncertainly before drifting away. The electronic hum of the city’s surveillance infrastructure sputtered and died.</w:t>
      </w:r>
    </w:p>
    <w:p w14:paraId="25EE7C74" w14:textId="77777777" w:rsidR="005D3F5C" w:rsidRDefault="005D3F5C" w:rsidP="005D3F5C">
      <w:pPr>
        <w:pStyle w:val="NormalWeb"/>
      </w:pPr>
      <w:r>
        <w:t>For fifteen precious minutes, they were untraceable.</w:t>
      </w:r>
    </w:p>
    <w:p w14:paraId="49293120" w14:textId="77777777" w:rsidR="005D3F5C" w:rsidRDefault="005D3F5C" w:rsidP="005D3F5C">
      <w:pPr>
        <w:pStyle w:val="NormalWeb"/>
      </w:pPr>
      <w:r>
        <w:t xml:space="preserve">Frank led the way down a narrow alley, cloaked by the early fog. He pulled a black hood low over his face, but it was more than disguise—it was armor against the creeping sense of exposure. Every shadow could harbor a </w:t>
      </w:r>
      <w:proofErr w:type="gramStart"/>
      <w:r>
        <w:t>watcher;</w:t>
      </w:r>
      <w:proofErr w:type="gramEnd"/>
      <w:r>
        <w:t xml:space="preserve"> every stranger a threat.</w:t>
      </w:r>
    </w:p>
    <w:p w14:paraId="4C4E814D" w14:textId="77777777" w:rsidR="005D3F5C" w:rsidRDefault="005D3F5C" w:rsidP="005D3F5C">
      <w:pPr>
        <w:pStyle w:val="NormalWeb"/>
      </w:pPr>
      <w:r>
        <w:t xml:space="preserve">They crossed streets packed with early commuters oblivious to the invisible war </w:t>
      </w:r>
      <w:proofErr w:type="gramStart"/>
      <w:r>
        <w:t>being waged</w:t>
      </w:r>
      <w:proofErr w:type="gramEnd"/>
      <w:r>
        <w:t xml:space="preserve"> above their heads. The scent of burnt coffee and exhaust hung thick in the air. Frank’s mind raced, calculating time, distance, escape routes.</w:t>
      </w:r>
    </w:p>
    <w:p w14:paraId="7AC3374B" w14:textId="77777777" w:rsidR="005D3F5C" w:rsidRDefault="005D3F5C" w:rsidP="005D3F5C">
      <w:pPr>
        <w:pStyle w:val="NormalWeb"/>
      </w:pPr>
      <w:r>
        <w:t>Behind them, a cluster of cameras flickered back online.</w:t>
      </w:r>
    </w:p>
    <w:p w14:paraId="2E2D2DA9" w14:textId="77777777" w:rsidR="005D3F5C" w:rsidRDefault="005D3F5C" w:rsidP="005D3F5C">
      <w:pPr>
        <w:pStyle w:val="NormalWeb"/>
      </w:pPr>
      <w:r>
        <w:t>“They’re rebooting faster than expected,” Marie whispered, glancing nervously at her watch.</w:t>
      </w:r>
    </w:p>
    <w:p w14:paraId="163D7826" w14:textId="77777777" w:rsidR="005D3F5C" w:rsidRDefault="005D3F5C" w:rsidP="005D3F5C">
      <w:pPr>
        <w:pStyle w:val="NormalWeb"/>
      </w:pPr>
      <w:r>
        <w:t>“Keep moving,” Frank urged. “We don’t have the luxury of hesitation.”</w:t>
      </w:r>
    </w:p>
    <w:p w14:paraId="4F3715C8" w14:textId="77777777" w:rsidR="005D3F5C" w:rsidRDefault="005D3F5C" w:rsidP="005D3F5C">
      <w:pPr>
        <w:pStyle w:val="NormalWeb"/>
      </w:pPr>
      <w:r>
        <w:t xml:space="preserve">As they neared the city’s edge, the landscape shifted—old brick warehouses, rusted railcars, abandoned loading docks. Here, the digital </w:t>
      </w:r>
      <w:proofErr w:type="gramStart"/>
      <w:r>
        <w:t>net</w:t>
      </w:r>
      <w:proofErr w:type="gramEnd"/>
      <w:r>
        <w:t xml:space="preserve"> was thinner, but the risk of physical confrontation was higher.</w:t>
      </w:r>
    </w:p>
    <w:p w14:paraId="0F4B7A8B" w14:textId="77777777" w:rsidR="005D3F5C" w:rsidRDefault="005D3F5C" w:rsidP="005D3F5C">
      <w:pPr>
        <w:pStyle w:val="NormalWeb"/>
      </w:pPr>
      <w:r>
        <w:lastRenderedPageBreak/>
        <w:t>Marie’s phone buzzed—a coded alert from Dr. Reynolds. The intel confirmed the presence of hostile units closing in on their previous safehouse location. The window to disappear was closing fast.</w:t>
      </w:r>
    </w:p>
    <w:p w14:paraId="5DA8D4A7" w14:textId="77777777" w:rsidR="005D3F5C" w:rsidRDefault="005D3F5C" w:rsidP="005D3F5C">
      <w:pPr>
        <w:pStyle w:val="NormalWeb"/>
      </w:pPr>
      <w:r>
        <w:t>Frank’s jaw clenched. “</w:t>
      </w:r>
      <w:proofErr w:type="gramStart"/>
      <w:r>
        <w:t>We’ll</w:t>
      </w:r>
      <w:proofErr w:type="gramEnd"/>
      <w:r>
        <w:t xml:space="preserve"> use the tunnels. The old freight lines beneath the district. If we can get underground, we can shake </w:t>
      </w:r>
      <w:proofErr w:type="gramStart"/>
      <w:r>
        <w:t>them.”</w:t>
      </w:r>
      <w:proofErr w:type="gramEnd"/>
    </w:p>
    <w:p w14:paraId="30F2E050" w14:textId="77777777" w:rsidR="005D3F5C" w:rsidRDefault="005D3F5C" w:rsidP="005D3F5C">
      <w:pPr>
        <w:pStyle w:val="NormalWeb"/>
      </w:pPr>
      <w:r>
        <w:t>They ducked into a side door marked with peeling graffiti, descending into a labyrinth of rusted tracks and forgotten passageways. The stale air was thick with dust and echoes. They moved swiftly but quietly, following the mapped route Reynolds had provided.</w:t>
      </w:r>
    </w:p>
    <w:p w14:paraId="70942823" w14:textId="77777777" w:rsidR="005D3F5C" w:rsidRDefault="005D3F5C" w:rsidP="005D3F5C">
      <w:pPr>
        <w:pStyle w:val="NormalWeb"/>
      </w:pPr>
      <w:r>
        <w:t>Suddenly, distant footsteps echoed—rapid, mechanical. The thrum of heavy boots and the low chatter of radios pierced the silence.</w:t>
      </w:r>
    </w:p>
    <w:p w14:paraId="7ED4C710" w14:textId="77777777" w:rsidR="005D3F5C" w:rsidRDefault="005D3F5C" w:rsidP="005D3F5C">
      <w:pPr>
        <w:pStyle w:val="NormalWeb"/>
      </w:pPr>
      <w:r>
        <w:t>“They’re here,” Marie hissed.</w:t>
      </w:r>
    </w:p>
    <w:p w14:paraId="43E5B6DC" w14:textId="77777777" w:rsidR="005D3F5C" w:rsidRDefault="005D3F5C" w:rsidP="005D3F5C">
      <w:pPr>
        <w:pStyle w:val="NormalWeb"/>
      </w:pPr>
      <w:r>
        <w:t xml:space="preserve">Frank drew his weapon, motioning for her to follow a side corridor. The narrow passage forced them into </w:t>
      </w:r>
      <w:proofErr w:type="gramStart"/>
      <w:r>
        <w:t>single</w:t>
      </w:r>
      <w:proofErr w:type="gramEnd"/>
      <w:r>
        <w:t xml:space="preserve"> file, hearts pounding in rhythm with their footsteps.</w:t>
      </w:r>
    </w:p>
    <w:p w14:paraId="5EA4EE1C" w14:textId="77777777" w:rsidR="005D3F5C" w:rsidRDefault="005D3F5C" w:rsidP="005D3F5C">
      <w:pPr>
        <w:pStyle w:val="NormalWeb"/>
      </w:pPr>
      <w:r>
        <w:t>As they rounded a corner, a drone’s infrared sensor swept the passage. Frank held his breath, pressing against the cold concrete wall as the red glow passed just inches away.</w:t>
      </w:r>
    </w:p>
    <w:p w14:paraId="784FA05B" w14:textId="77777777" w:rsidR="005D3F5C" w:rsidRDefault="005D3F5C" w:rsidP="005D3F5C">
      <w:pPr>
        <w:pStyle w:val="NormalWeb"/>
      </w:pPr>
      <w:r>
        <w:t>Once clear, they emerged near the city’s outer perimeter, where Reynolds waited in an unmarked van. The driver, a grizzled man known only as Simon, nodded grimly.</w:t>
      </w:r>
    </w:p>
    <w:p w14:paraId="21C7AA63" w14:textId="77777777" w:rsidR="005D3F5C" w:rsidRDefault="005D3F5C" w:rsidP="005D3F5C">
      <w:pPr>
        <w:pStyle w:val="NormalWeb"/>
      </w:pPr>
      <w:r>
        <w:t>“Thought you’d never make it,” he muttered, unlocking the sliding door.</w:t>
      </w:r>
    </w:p>
    <w:p w14:paraId="03E05E07" w14:textId="77777777" w:rsidR="005D3F5C" w:rsidRDefault="005D3F5C" w:rsidP="005D3F5C">
      <w:pPr>
        <w:pStyle w:val="NormalWeb"/>
      </w:pPr>
      <w:r>
        <w:t xml:space="preserve">Inside, the van’s walls </w:t>
      </w:r>
      <w:proofErr w:type="gramStart"/>
      <w:r>
        <w:t>were lined</w:t>
      </w:r>
      <w:proofErr w:type="gramEnd"/>
      <w:r>
        <w:t xml:space="preserve"> with sophisticated comms gear and encrypted satellite uplinks. Frank slid into the passenger seat, Marie beside him.</w:t>
      </w:r>
    </w:p>
    <w:p w14:paraId="5183DFA6" w14:textId="77777777" w:rsidR="005D3F5C" w:rsidRDefault="005D3F5C" w:rsidP="005D3F5C">
      <w:pPr>
        <w:pStyle w:val="NormalWeb"/>
      </w:pPr>
      <w:r>
        <w:t xml:space="preserve">Reynolds handed over a secured tablet. “The data you need is here—proof of ORPHEUS’s manipulation and the </w:t>
      </w:r>
      <w:proofErr w:type="spellStart"/>
      <w:r>
        <w:t>Preconviction</w:t>
      </w:r>
      <w:proofErr w:type="spellEnd"/>
      <w:r>
        <w:t xml:space="preserve"> program’s real purpose. But </w:t>
      </w:r>
      <w:proofErr w:type="gramStart"/>
      <w:r>
        <w:t>it’s</w:t>
      </w:r>
      <w:proofErr w:type="gramEnd"/>
      <w:r>
        <w:t xml:space="preserve"> bigger than we imagined. We have leaks from inside the agency. Whistleblowers </w:t>
      </w:r>
      <w:proofErr w:type="gramStart"/>
      <w:r>
        <w:t>risking</w:t>
      </w:r>
      <w:proofErr w:type="gramEnd"/>
      <w:r>
        <w:t xml:space="preserve"> everything to expose </w:t>
      </w:r>
      <w:proofErr w:type="gramStart"/>
      <w:r>
        <w:t>the corruption.”</w:t>
      </w:r>
      <w:proofErr w:type="gramEnd"/>
    </w:p>
    <w:p w14:paraId="4B27CA7B" w14:textId="77777777" w:rsidR="005D3F5C" w:rsidRDefault="005D3F5C" w:rsidP="005D3F5C">
      <w:pPr>
        <w:pStyle w:val="NormalWeb"/>
      </w:pPr>
      <w:r>
        <w:t>Frank scanned the files, feeling the weight of the truth settle over him like a second skin.</w:t>
      </w:r>
    </w:p>
    <w:p w14:paraId="508FAF18" w14:textId="77777777" w:rsidR="005D3F5C" w:rsidRDefault="005D3F5C" w:rsidP="005D3F5C">
      <w:pPr>
        <w:pStyle w:val="NormalWeb"/>
      </w:pPr>
      <w:r>
        <w:t>Marie added, “This is the turning point. We either bring this out or we disappear.”</w:t>
      </w:r>
    </w:p>
    <w:p w14:paraId="333D0077" w14:textId="77777777" w:rsidR="005D3F5C" w:rsidRDefault="005D3F5C" w:rsidP="005D3F5C">
      <w:pPr>
        <w:pStyle w:val="NormalWeb"/>
      </w:pPr>
      <w:r>
        <w:t>Frank met their eyes. “Then let’s make sure the world knows what’s really going on.”</w:t>
      </w:r>
    </w:p>
    <w:p w14:paraId="4647996A" w14:textId="77777777" w:rsidR="005D3F5C" w:rsidRDefault="005D3F5C" w:rsidP="005D3F5C">
      <w:pPr>
        <w:pStyle w:val="NormalWeb"/>
      </w:pPr>
      <w:r>
        <w:t>Outside, the city awakened to another day, unaware that its fate teetered on the edge of exposure.</w:t>
      </w:r>
    </w:p>
    <w:p w14:paraId="5812D1C1" w14:textId="43BC413B" w:rsidR="001009D5" w:rsidRPr="001009D5" w:rsidRDefault="001009D5" w:rsidP="001009D5">
      <w:pPr>
        <w:spacing w:before="100" w:beforeAutospacing="1" w:after="100" w:afterAutospacing="1"/>
        <w:outlineLvl w:val="2"/>
        <w:rPr>
          <w:rFonts w:eastAsia="Times New Roman" w:cs="Times New Roman"/>
          <w:b/>
          <w:bCs/>
          <w:sz w:val="27"/>
          <w:szCs w:val="27"/>
        </w:rPr>
      </w:pPr>
      <w:r>
        <w:rPr>
          <w:rFonts w:eastAsia="Times New Roman" w:cs="Times New Roman"/>
          <w:b/>
          <w:bCs/>
          <w:sz w:val="27"/>
          <w:szCs w:val="27"/>
        </w:rPr>
        <w:t>C</w:t>
      </w:r>
      <w:r w:rsidRPr="001009D5">
        <w:rPr>
          <w:rFonts w:eastAsia="Times New Roman" w:cs="Times New Roman"/>
          <w:b/>
          <w:bCs/>
          <w:sz w:val="27"/>
          <w:szCs w:val="27"/>
        </w:rPr>
        <w:t>hapter 38 — Veil of Justice</w:t>
      </w:r>
    </w:p>
    <w:p w14:paraId="6505BDE4"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The dawn broke cold and unforgiving over the outskirts where Frank Marino had been on the run. Federal agents moved with military precision through the empty streets, silent but lethal, every step a closing trap. Surveillance drones buzzed overhead, eyes watching from every angle, feeding data to the command center. Frank’s breath steamed in the chilly air as his heart hammered. There was no way out this time.</w:t>
      </w:r>
    </w:p>
    <w:p w14:paraId="2852B96F"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He </w:t>
      </w:r>
      <w:proofErr w:type="gramStart"/>
      <w:r w:rsidRPr="001009D5">
        <w:rPr>
          <w:rFonts w:eastAsia="Times New Roman" w:cs="Times New Roman"/>
          <w:szCs w:val="24"/>
        </w:rPr>
        <w:t>was cuffed</w:t>
      </w:r>
      <w:proofErr w:type="gramEnd"/>
      <w:r w:rsidRPr="001009D5">
        <w:rPr>
          <w:rFonts w:eastAsia="Times New Roman" w:cs="Times New Roman"/>
          <w:szCs w:val="24"/>
        </w:rPr>
        <w:t xml:space="preserve"> quickly, the metal biting into his wrists, a final shackle on the freedom </w:t>
      </w:r>
      <w:proofErr w:type="gramStart"/>
      <w:r w:rsidRPr="001009D5">
        <w:rPr>
          <w:rFonts w:eastAsia="Times New Roman" w:cs="Times New Roman"/>
          <w:szCs w:val="24"/>
        </w:rPr>
        <w:t>he’d</w:t>
      </w:r>
      <w:proofErr w:type="gramEnd"/>
      <w:r w:rsidRPr="001009D5">
        <w:rPr>
          <w:rFonts w:eastAsia="Times New Roman" w:cs="Times New Roman"/>
          <w:szCs w:val="24"/>
        </w:rPr>
        <w:t xml:space="preserve"> fought so hard to keep. His eyes flicked around, searching for any sign of an ally, but only the unyielding faces of the agents greeted him. No mercy, no second chances.</w:t>
      </w:r>
    </w:p>
    <w:p w14:paraId="08A0967E"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lastRenderedPageBreak/>
        <w:t xml:space="preserve">As he </w:t>
      </w:r>
      <w:proofErr w:type="gramStart"/>
      <w:r w:rsidRPr="001009D5">
        <w:rPr>
          <w:rFonts w:eastAsia="Times New Roman" w:cs="Times New Roman"/>
          <w:szCs w:val="24"/>
        </w:rPr>
        <w:t>was loaded</w:t>
      </w:r>
      <w:proofErr w:type="gramEnd"/>
      <w:r w:rsidRPr="001009D5">
        <w:rPr>
          <w:rFonts w:eastAsia="Times New Roman" w:cs="Times New Roman"/>
          <w:szCs w:val="24"/>
        </w:rPr>
        <w:t xml:space="preserve"> into the black SUV, reporters swarmed the scene, shouting questions he </w:t>
      </w:r>
      <w:proofErr w:type="gramStart"/>
      <w:r w:rsidRPr="001009D5">
        <w:rPr>
          <w:rFonts w:eastAsia="Times New Roman" w:cs="Times New Roman"/>
          <w:szCs w:val="24"/>
        </w:rPr>
        <w:t>couldn’t</w:t>
      </w:r>
      <w:proofErr w:type="gramEnd"/>
      <w:r w:rsidRPr="001009D5">
        <w:rPr>
          <w:rFonts w:eastAsia="Times New Roman" w:cs="Times New Roman"/>
          <w:szCs w:val="24"/>
        </w:rPr>
        <w:t xml:space="preserve"> answer, cameras flashing like a hailstorm. Frank said nothing. Silence was the only weapon he had left.</w:t>
      </w:r>
    </w:p>
    <w:p w14:paraId="13BA17F9"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Inside the vehicle, the leather seat was cold beneath him. He stared out the window as the city’s skyline grew nearer—the place where his fate would </w:t>
      </w:r>
      <w:proofErr w:type="gramStart"/>
      <w:r w:rsidRPr="001009D5">
        <w:rPr>
          <w:rFonts w:eastAsia="Times New Roman" w:cs="Times New Roman"/>
          <w:szCs w:val="24"/>
        </w:rPr>
        <w:t>be sealed</w:t>
      </w:r>
      <w:proofErr w:type="gramEnd"/>
      <w:r w:rsidRPr="001009D5">
        <w:rPr>
          <w:rFonts w:eastAsia="Times New Roman" w:cs="Times New Roman"/>
          <w:szCs w:val="24"/>
        </w:rPr>
        <w:t xml:space="preserve"> under the harsh light of justice, or what masqueraded as it.</w:t>
      </w:r>
    </w:p>
    <w:p w14:paraId="653667C6"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Hours later, at the heavily secured press conference in Washington, the new Director of Homeland Security stood confidently behind the podium. The cameras </w:t>
      </w:r>
      <w:proofErr w:type="gramStart"/>
      <w:r w:rsidRPr="001009D5">
        <w:rPr>
          <w:rFonts w:eastAsia="Times New Roman" w:cs="Times New Roman"/>
          <w:szCs w:val="24"/>
        </w:rPr>
        <w:t>were trained</w:t>
      </w:r>
      <w:proofErr w:type="gramEnd"/>
      <w:r w:rsidRPr="001009D5">
        <w:rPr>
          <w:rFonts w:eastAsia="Times New Roman" w:cs="Times New Roman"/>
          <w:szCs w:val="24"/>
        </w:rPr>
        <w:t xml:space="preserve"> on him like vultures.</w:t>
      </w:r>
    </w:p>
    <w:p w14:paraId="7337F93C"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i/>
          <w:iCs/>
          <w:szCs w:val="24"/>
        </w:rPr>
        <w:t xml:space="preserve">"Today, we announce the successful capture of Frank Marino, a suspect in a planned political assassination. Thanks to our groundbreaking </w:t>
      </w:r>
      <w:proofErr w:type="spellStart"/>
      <w:r w:rsidRPr="001009D5">
        <w:rPr>
          <w:rFonts w:eastAsia="Times New Roman" w:cs="Times New Roman"/>
          <w:i/>
          <w:iCs/>
          <w:szCs w:val="24"/>
        </w:rPr>
        <w:t>PreConviction</w:t>
      </w:r>
      <w:proofErr w:type="spellEnd"/>
      <w:r w:rsidRPr="001009D5">
        <w:rPr>
          <w:rFonts w:eastAsia="Times New Roman" w:cs="Times New Roman"/>
          <w:i/>
          <w:iCs/>
          <w:szCs w:val="24"/>
        </w:rPr>
        <w:t xml:space="preserve"> Program, this threat </w:t>
      </w:r>
      <w:proofErr w:type="gramStart"/>
      <w:r w:rsidRPr="001009D5">
        <w:rPr>
          <w:rFonts w:eastAsia="Times New Roman" w:cs="Times New Roman"/>
          <w:i/>
          <w:iCs/>
          <w:szCs w:val="24"/>
        </w:rPr>
        <w:t>was neutralized</w:t>
      </w:r>
      <w:proofErr w:type="gramEnd"/>
      <w:r w:rsidRPr="001009D5">
        <w:rPr>
          <w:rFonts w:eastAsia="Times New Roman" w:cs="Times New Roman"/>
          <w:i/>
          <w:iCs/>
          <w:szCs w:val="24"/>
        </w:rPr>
        <w:t xml:space="preserve"> before any harm could </w:t>
      </w:r>
      <w:proofErr w:type="gramStart"/>
      <w:r w:rsidRPr="001009D5">
        <w:rPr>
          <w:rFonts w:eastAsia="Times New Roman" w:cs="Times New Roman"/>
          <w:i/>
          <w:iCs/>
          <w:szCs w:val="24"/>
        </w:rPr>
        <w:t>be done</w:t>
      </w:r>
      <w:proofErr w:type="gramEnd"/>
      <w:r w:rsidRPr="001009D5">
        <w:rPr>
          <w:rFonts w:eastAsia="Times New Roman" w:cs="Times New Roman"/>
          <w:i/>
          <w:iCs/>
          <w:szCs w:val="24"/>
        </w:rPr>
        <w:t>. This is the future of law enforcement—</w:t>
      </w:r>
      <w:proofErr w:type="gramStart"/>
      <w:r w:rsidRPr="001009D5">
        <w:rPr>
          <w:rFonts w:eastAsia="Times New Roman" w:cs="Times New Roman"/>
          <w:i/>
          <w:iCs/>
          <w:szCs w:val="24"/>
        </w:rPr>
        <w:t>proactive</w:t>
      </w:r>
      <w:proofErr w:type="gramEnd"/>
      <w:r w:rsidRPr="001009D5">
        <w:rPr>
          <w:rFonts w:eastAsia="Times New Roman" w:cs="Times New Roman"/>
          <w:i/>
          <w:iCs/>
          <w:szCs w:val="24"/>
        </w:rPr>
        <w:t>, precise, and effective."</w:t>
      </w:r>
    </w:p>
    <w:p w14:paraId="456158A0"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The crowd erupted </w:t>
      </w:r>
      <w:proofErr w:type="gramStart"/>
      <w:r w:rsidRPr="001009D5">
        <w:rPr>
          <w:rFonts w:eastAsia="Times New Roman" w:cs="Times New Roman"/>
          <w:szCs w:val="24"/>
        </w:rPr>
        <w:t>in</w:t>
      </w:r>
      <w:proofErr w:type="gramEnd"/>
      <w:r w:rsidRPr="001009D5">
        <w:rPr>
          <w:rFonts w:eastAsia="Times New Roman" w:cs="Times New Roman"/>
          <w:szCs w:val="24"/>
        </w:rPr>
        <w:t xml:space="preserve"> applause. Social media exploded overnight. “</w:t>
      </w:r>
      <w:proofErr w:type="spellStart"/>
      <w:r w:rsidRPr="001009D5">
        <w:rPr>
          <w:rFonts w:eastAsia="Times New Roman" w:cs="Times New Roman"/>
          <w:szCs w:val="24"/>
        </w:rPr>
        <w:t>PreConviction</w:t>
      </w:r>
      <w:proofErr w:type="spellEnd"/>
      <w:r w:rsidRPr="001009D5">
        <w:rPr>
          <w:rFonts w:eastAsia="Times New Roman" w:cs="Times New Roman"/>
          <w:szCs w:val="24"/>
        </w:rPr>
        <w:t xml:space="preserve"> Saves the Nation” was trending across platforms. Analysts praised the system’s accuracy; politicians hailed it as a new dawn for national security.</w:t>
      </w:r>
    </w:p>
    <w:p w14:paraId="4291C645"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But beneath the veneer of triumph, in a room far from the public eye, the true power brokers of Orpheus celebrated quietly.</w:t>
      </w:r>
    </w:p>
    <w:p w14:paraId="6D701E3B"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The chamber </w:t>
      </w:r>
      <w:proofErr w:type="gramStart"/>
      <w:r w:rsidRPr="001009D5">
        <w:rPr>
          <w:rFonts w:eastAsia="Times New Roman" w:cs="Times New Roman"/>
          <w:szCs w:val="24"/>
        </w:rPr>
        <w:t>was lined</w:t>
      </w:r>
      <w:proofErr w:type="gramEnd"/>
      <w:r w:rsidRPr="001009D5">
        <w:rPr>
          <w:rFonts w:eastAsia="Times New Roman" w:cs="Times New Roman"/>
          <w:szCs w:val="24"/>
        </w:rPr>
        <w:t xml:space="preserve"> with monitors showing global surveillance grids, intercepted communications, and dossiers on dissidents. The walls were thick with secrets and conspiracy. The deep state operatives, draped in expensive suits but eyes cold and hard, raised their glasses with grim satisfaction.</w:t>
      </w:r>
    </w:p>
    <w:p w14:paraId="01449D1F"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i/>
          <w:iCs/>
          <w:szCs w:val="24"/>
        </w:rPr>
        <w:t>"Frank Marino was never the problem,"</w:t>
      </w:r>
      <w:r w:rsidRPr="001009D5">
        <w:rPr>
          <w:rFonts w:eastAsia="Times New Roman" w:cs="Times New Roman"/>
          <w:szCs w:val="24"/>
        </w:rPr>
        <w:t xml:space="preserve"> said the gray-haired architect of Orpheus, voice low but commanding. </w:t>
      </w:r>
      <w:r w:rsidRPr="001009D5">
        <w:rPr>
          <w:rFonts w:eastAsia="Times New Roman" w:cs="Times New Roman"/>
          <w:i/>
          <w:iCs/>
          <w:szCs w:val="24"/>
        </w:rPr>
        <w:t xml:space="preserve">"He was a symptom of the chaos we control. </w:t>
      </w:r>
      <w:proofErr w:type="spellStart"/>
      <w:r w:rsidRPr="001009D5">
        <w:rPr>
          <w:rFonts w:eastAsia="Times New Roman" w:cs="Times New Roman"/>
          <w:i/>
          <w:iCs/>
          <w:szCs w:val="24"/>
        </w:rPr>
        <w:t>PreConviction</w:t>
      </w:r>
      <w:proofErr w:type="spellEnd"/>
      <w:r w:rsidRPr="001009D5">
        <w:rPr>
          <w:rFonts w:eastAsia="Times New Roman" w:cs="Times New Roman"/>
          <w:i/>
          <w:iCs/>
          <w:szCs w:val="24"/>
        </w:rPr>
        <w:t xml:space="preserve"> is </w:t>
      </w:r>
      <w:proofErr w:type="gramStart"/>
      <w:r w:rsidRPr="001009D5">
        <w:rPr>
          <w:rFonts w:eastAsia="Times New Roman" w:cs="Times New Roman"/>
          <w:i/>
          <w:iCs/>
          <w:szCs w:val="24"/>
        </w:rPr>
        <w:t>the</w:t>
      </w:r>
      <w:proofErr w:type="gramEnd"/>
      <w:r w:rsidRPr="001009D5">
        <w:rPr>
          <w:rFonts w:eastAsia="Times New Roman" w:cs="Times New Roman"/>
          <w:i/>
          <w:iCs/>
          <w:szCs w:val="24"/>
        </w:rPr>
        <w:t xml:space="preserve"> stage show. Orpheus pulls the strings behind the curtain."</w:t>
      </w:r>
    </w:p>
    <w:p w14:paraId="404C6017"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The youngest member of the group nodded. </w:t>
      </w:r>
      <w:r w:rsidRPr="001009D5">
        <w:rPr>
          <w:rFonts w:eastAsia="Times New Roman" w:cs="Times New Roman"/>
          <w:i/>
          <w:iCs/>
          <w:szCs w:val="24"/>
        </w:rPr>
        <w:t>"Phase two begins. We dismantle the opposition. We silence the noise. Behavioral control becomes absolute. No one outside this room will ever understand what’s happening until it’s too late."</w:t>
      </w:r>
    </w:p>
    <w:p w14:paraId="4D0F242E"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Meanwhile, inside the maximum-security prison, Frank sat on a narrow cot. The cell’s cold concrete walls pressed in on him, a physical reminder of the system that had ensnared him. His face </w:t>
      </w:r>
      <w:proofErr w:type="gramStart"/>
      <w:r w:rsidRPr="001009D5">
        <w:rPr>
          <w:rFonts w:eastAsia="Times New Roman" w:cs="Times New Roman"/>
          <w:szCs w:val="24"/>
        </w:rPr>
        <w:t>was bruised</w:t>
      </w:r>
      <w:proofErr w:type="gramEnd"/>
      <w:r w:rsidRPr="001009D5">
        <w:rPr>
          <w:rFonts w:eastAsia="Times New Roman" w:cs="Times New Roman"/>
          <w:szCs w:val="24"/>
        </w:rPr>
        <w:t xml:space="preserve"> but resolute. The </w:t>
      </w:r>
      <w:proofErr w:type="gramStart"/>
      <w:r w:rsidRPr="001009D5">
        <w:rPr>
          <w:rFonts w:eastAsia="Times New Roman" w:cs="Times New Roman"/>
          <w:szCs w:val="24"/>
        </w:rPr>
        <w:t>small barred</w:t>
      </w:r>
      <w:proofErr w:type="gramEnd"/>
      <w:r w:rsidRPr="001009D5">
        <w:rPr>
          <w:rFonts w:eastAsia="Times New Roman" w:cs="Times New Roman"/>
          <w:szCs w:val="24"/>
        </w:rPr>
        <w:t xml:space="preserve"> window was his only glimpse of the outside </w:t>
      </w:r>
      <w:proofErr w:type="gramStart"/>
      <w:r w:rsidRPr="001009D5">
        <w:rPr>
          <w:rFonts w:eastAsia="Times New Roman" w:cs="Times New Roman"/>
          <w:szCs w:val="24"/>
        </w:rPr>
        <w:t>world—</w:t>
      </w:r>
      <w:proofErr w:type="gramEnd"/>
      <w:r w:rsidRPr="001009D5">
        <w:rPr>
          <w:rFonts w:eastAsia="Times New Roman" w:cs="Times New Roman"/>
          <w:szCs w:val="24"/>
        </w:rPr>
        <w:t>a thin shaft of gray light mocking his confinement.</w:t>
      </w:r>
    </w:p>
    <w:p w14:paraId="58EBC523"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The distant echoes of other inmates’ voices bounced off the walls. He was alone, but not silent. Inside his mind, memories and rage swirled—a tempest of betrayal, loss, and fractured hope.</w:t>
      </w:r>
    </w:p>
    <w:p w14:paraId="67F6B40B"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Marie’s death haunted him. The crushing weight of knowing that her elimination had been the </w:t>
      </w:r>
      <w:proofErr w:type="gramStart"/>
      <w:r w:rsidRPr="001009D5">
        <w:rPr>
          <w:rFonts w:eastAsia="Times New Roman" w:cs="Times New Roman"/>
          <w:szCs w:val="24"/>
        </w:rPr>
        <w:t>trigger—the</w:t>
      </w:r>
      <w:proofErr w:type="gramEnd"/>
      <w:r w:rsidRPr="001009D5">
        <w:rPr>
          <w:rFonts w:eastAsia="Times New Roman" w:cs="Times New Roman"/>
          <w:szCs w:val="24"/>
        </w:rPr>
        <w:t xml:space="preserve"> final push into the crime he </w:t>
      </w:r>
      <w:proofErr w:type="gramStart"/>
      <w:r w:rsidRPr="001009D5">
        <w:rPr>
          <w:rFonts w:eastAsia="Times New Roman" w:cs="Times New Roman"/>
          <w:szCs w:val="24"/>
        </w:rPr>
        <w:t>was now accused</w:t>
      </w:r>
      <w:proofErr w:type="gramEnd"/>
      <w:r w:rsidRPr="001009D5">
        <w:rPr>
          <w:rFonts w:eastAsia="Times New Roman" w:cs="Times New Roman"/>
          <w:szCs w:val="24"/>
        </w:rPr>
        <w:t xml:space="preserve"> of committing. The twist of fate that made Orpheus’s prediction a terrifying reality.</w:t>
      </w:r>
    </w:p>
    <w:p w14:paraId="7E65EC26"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Frank clenched his </w:t>
      </w:r>
      <w:proofErr w:type="gramStart"/>
      <w:r w:rsidRPr="001009D5">
        <w:rPr>
          <w:rFonts w:eastAsia="Times New Roman" w:cs="Times New Roman"/>
          <w:szCs w:val="24"/>
        </w:rPr>
        <w:t>fists,</w:t>
      </w:r>
      <w:proofErr w:type="gramEnd"/>
      <w:r w:rsidRPr="001009D5">
        <w:rPr>
          <w:rFonts w:eastAsia="Times New Roman" w:cs="Times New Roman"/>
          <w:szCs w:val="24"/>
        </w:rPr>
        <w:t xml:space="preserve"> nails digging into his palms. His voice, stolen by the system, was now a ghost in the machinery.</w:t>
      </w:r>
    </w:p>
    <w:p w14:paraId="27216C10"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Outside the prison walls, the world spun on, blinded by the glittering success story of </w:t>
      </w:r>
      <w:proofErr w:type="spellStart"/>
      <w:r w:rsidRPr="001009D5">
        <w:rPr>
          <w:rFonts w:eastAsia="Times New Roman" w:cs="Times New Roman"/>
          <w:szCs w:val="24"/>
        </w:rPr>
        <w:t>PreConviction</w:t>
      </w:r>
      <w:proofErr w:type="spellEnd"/>
      <w:r w:rsidRPr="001009D5">
        <w:rPr>
          <w:rFonts w:eastAsia="Times New Roman" w:cs="Times New Roman"/>
          <w:szCs w:val="24"/>
        </w:rPr>
        <w:t>. But beneath that shiny surface, Orpheus was a dark engine, grinding away at the fabric of liberty and truth.</w:t>
      </w:r>
    </w:p>
    <w:p w14:paraId="483B57D6"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lastRenderedPageBreak/>
        <w:t>The red glow of a surveillance drone’s eye flickered once in the night sky above the prison, then vanished like a ghost.</w:t>
      </w:r>
    </w:p>
    <w:p w14:paraId="27A58529" w14:textId="77777777" w:rsidR="001009D5" w:rsidRPr="001009D5" w:rsidRDefault="001009D5" w:rsidP="001009D5">
      <w:pPr>
        <w:rPr>
          <w:rFonts w:eastAsia="Times New Roman" w:cs="Times New Roman"/>
          <w:szCs w:val="24"/>
        </w:rPr>
      </w:pPr>
      <w:r w:rsidRPr="001009D5">
        <w:rPr>
          <w:rFonts w:eastAsia="Times New Roman" w:cs="Times New Roman"/>
          <w:szCs w:val="24"/>
        </w:rPr>
        <w:pict w14:anchorId="572C42FD">
          <v:rect id="_x0000_i1119" style="width:0;height:1.5pt" o:hralign="center" o:hrstd="t" o:hr="t" fillcolor="#a0a0a0" stroked="f"/>
        </w:pict>
      </w:r>
    </w:p>
    <w:p w14:paraId="13F23643" w14:textId="77777777" w:rsidR="001009D5" w:rsidRPr="001009D5" w:rsidRDefault="001009D5" w:rsidP="001009D5">
      <w:pPr>
        <w:spacing w:before="100" w:beforeAutospacing="1" w:after="100" w:afterAutospacing="1"/>
        <w:outlineLvl w:val="2"/>
        <w:rPr>
          <w:rFonts w:eastAsia="Times New Roman" w:cs="Times New Roman"/>
          <w:b/>
          <w:bCs/>
          <w:sz w:val="27"/>
          <w:szCs w:val="27"/>
        </w:rPr>
      </w:pPr>
      <w:r w:rsidRPr="001009D5">
        <w:rPr>
          <w:rFonts w:eastAsia="Times New Roman" w:cs="Times New Roman"/>
          <w:b/>
          <w:bCs/>
          <w:sz w:val="27"/>
          <w:szCs w:val="27"/>
        </w:rPr>
        <w:t>Chapter 39 — Shadows Ascendant</w:t>
      </w:r>
    </w:p>
    <w:p w14:paraId="4E185CF0"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Weeks stretched into months. The nation settled under the uneasy peace that </w:t>
      </w:r>
      <w:proofErr w:type="spellStart"/>
      <w:r w:rsidRPr="001009D5">
        <w:rPr>
          <w:rFonts w:eastAsia="Times New Roman" w:cs="Times New Roman"/>
          <w:szCs w:val="24"/>
        </w:rPr>
        <w:t>PreConviction</w:t>
      </w:r>
      <w:proofErr w:type="spellEnd"/>
      <w:r w:rsidRPr="001009D5">
        <w:rPr>
          <w:rFonts w:eastAsia="Times New Roman" w:cs="Times New Roman"/>
          <w:szCs w:val="24"/>
        </w:rPr>
        <w:t xml:space="preserve"> promised. Government campaigns flooded airwaves, their slick messages assuring citizens that crime was vanishing before it began. Schools held assemblies praising the system’s success. Neighborhood watch groups hailed the new era of safety.</w:t>
      </w:r>
    </w:p>
    <w:p w14:paraId="17B250A9"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But beneath the surface, fractures spread.</w:t>
      </w:r>
    </w:p>
    <w:p w14:paraId="2ECD2555"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In a fortified command center far beneath the Pentagon, the architects of Orpheus monitored streams of data flowing like a river of secrets. Screens displayed live feeds from surveillance grids that spanned continents. Algorithms churned relentlessly, detecting, predicting, controlling.</w:t>
      </w:r>
    </w:p>
    <w:p w14:paraId="0F1E01BA"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European intelligence agencies had begun to murmur protests—whispers of concern about the ethical nightmare unfolding in the US. But diplomatic channels </w:t>
      </w:r>
      <w:proofErr w:type="gramStart"/>
      <w:r w:rsidRPr="001009D5">
        <w:rPr>
          <w:rFonts w:eastAsia="Times New Roman" w:cs="Times New Roman"/>
          <w:szCs w:val="24"/>
        </w:rPr>
        <w:t>were flooded</w:t>
      </w:r>
      <w:proofErr w:type="gramEnd"/>
      <w:r w:rsidRPr="001009D5">
        <w:rPr>
          <w:rFonts w:eastAsia="Times New Roman" w:cs="Times New Roman"/>
          <w:szCs w:val="24"/>
        </w:rPr>
        <w:t xml:space="preserve"> with warnings, bribes, and veiled threats. The Europeans’ unease </w:t>
      </w:r>
      <w:proofErr w:type="gramStart"/>
      <w:r w:rsidRPr="001009D5">
        <w:rPr>
          <w:rFonts w:eastAsia="Times New Roman" w:cs="Times New Roman"/>
          <w:szCs w:val="24"/>
        </w:rPr>
        <w:t>was carefully muffled</w:t>
      </w:r>
      <w:proofErr w:type="gramEnd"/>
      <w:r w:rsidRPr="001009D5">
        <w:rPr>
          <w:rFonts w:eastAsia="Times New Roman" w:cs="Times New Roman"/>
          <w:szCs w:val="24"/>
        </w:rPr>
        <w:t>.</w:t>
      </w:r>
    </w:p>
    <w:p w14:paraId="0D34F9DD"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i/>
          <w:iCs/>
          <w:szCs w:val="24"/>
        </w:rPr>
        <w:t>"They don’t comprehend the necessity of control,"</w:t>
      </w:r>
      <w:r w:rsidRPr="001009D5">
        <w:rPr>
          <w:rFonts w:eastAsia="Times New Roman" w:cs="Times New Roman"/>
          <w:szCs w:val="24"/>
        </w:rPr>
        <w:t xml:space="preserve"> muttered a senior analyst as she scrutinized the growing list of political targets flagged by the program. </w:t>
      </w:r>
      <w:r w:rsidRPr="001009D5">
        <w:rPr>
          <w:rFonts w:eastAsia="Times New Roman" w:cs="Times New Roman"/>
          <w:i/>
          <w:iCs/>
          <w:szCs w:val="24"/>
        </w:rPr>
        <w:t>"Freedom is a luxury no longer afforded."</w:t>
      </w:r>
    </w:p>
    <w:p w14:paraId="44625D17"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Elsewhere, the Orpheus algorithms had </w:t>
      </w:r>
      <w:proofErr w:type="gramStart"/>
      <w:r w:rsidRPr="001009D5">
        <w:rPr>
          <w:rFonts w:eastAsia="Times New Roman" w:cs="Times New Roman"/>
          <w:szCs w:val="24"/>
        </w:rPr>
        <w:t>been discreetly integrated</w:t>
      </w:r>
      <w:proofErr w:type="gramEnd"/>
      <w:r w:rsidRPr="001009D5">
        <w:rPr>
          <w:rFonts w:eastAsia="Times New Roman" w:cs="Times New Roman"/>
          <w:szCs w:val="24"/>
        </w:rPr>
        <w:t xml:space="preserve"> into allied nations’ security frameworks. The project was no longer a national secret—it was a global tool of suppression.</w:t>
      </w:r>
    </w:p>
    <w:p w14:paraId="0C9A11FA"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Frank’s name was now a footnote in government reports—an example cited to justify the expansion of </w:t>
      </w:r>
      <w:proofErr w:type="spellStart"/>
      <w:r w:rsidRPr="001009D5">
        <w:rPr>
          <w:rFonts w:eastAsia="Times New Roman" w:cs="Times New Roman"/>
          <w:szCs w:val="24"/>
        </w:rPr>
        <w:t>PreConviction</w:t>
      </w:r>
      <w:proofErr w:type="spellEnd"/>
      <w:r w:rsidRPr="001009D5">
        <w:rPr>
          <w:rFonts w:eastAsia="Times New Roman" w:cs="Times New Roman"/>
          <w:szCs w:val="24"/>
        </w:rPr>
        <w:t>. His trial was swift, his conviction inevitable. No one listened to his protests, drowned out by the chorus of state-sponsored media praising the program.</w:t>
      </w:r>
    </w:p>
    <w:p w14:paraId="0DB05666"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In his cell, Frank’s spirit flickered but refused to die. The news of Marie’s murder, the truth behind the engineered crime, all weighed </w:t>
      </w:r>
      <w:proofErr w:type="gramStart"/>
      <w:r w:rsidRPr="001009D5">
        <w:rPr>
          <w:rFonts w:eastAsia="Times New Roman" w:cs="Times New Roman"/>
          <w:szCs w:val="24"/>
        </w:rPr>
        <w:t>heavy</w:t>
      </w:r>
      <w:proofErr w:type="gramEnd"/>
      <w:r w:rsidRPr="001009D5">
        <w:rPr>
          <w:rFonts w:eastAsia="Times New Roman" w:cs="Times New Roman"/>
          <w:szCs w:val="24"/>
        </w:rPr>
        <w:t xml:space="preserve"> </w:t>
      </w:r>
      <w:proofErr w:type="gramStart"/>
      <w:r w:rsidRPr="001009D5">
        <w:rPr>
          <w:rFonts w:eastAsia="Times New Roman" w:cs="Times New Roman"/>
          <w:szCs w:val="24"/>
        </w:rPr>
        <w:t>on him</w:t>
      </w:r>
      <w:proofErr w:type="gramEnd"/>
      <w:r w:rsidRPr="001009D5">
        <w:rPr>
          <w:rFonts w:eastAsia="Times New Roman" w:cs="Times New Roman"/>
          <w:szCs w:val="24"/>
        </w:rPr>
        <w:t>. He was a prisoner in body and mind.</w:t>
      </w:r>
    </w:p>
    <w:p w14:paraId="40EF51D5"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Yet somewhere deep in the shadows, the first threads of resistance began to weave.</w:t>
      </w:r>
    </w:p>
    <w:p w14:paraId="38233CDC"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A clandestine message flickered on a cracked smartphone screen in a secret safehouse:</w:t>
      </w:r>
    </w:p>
    <w:p w14:paraId="3AE28DA7"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i/>
          <w:iCs/>
          <w:szCs w:val="24"/>
        </w:rPr>
        <w:t xml:space="preserve">"Truth </w:t>
      </w:r>
      <w:proofErr w:type="spellStart"/>
      <w:r w:rsidRPr="001009D5">
        <w:rPr>
          <w:rFonts w:eastAsia="Times New Roman" w:cs="Times New Roman"/>
          <w:i/>
          <w:iCs/>
          <w:szCs w:val="24"/>
        </w:rPr>
        <w:t>lives</w:t>
      </w:r>
      <w:proofErr w:type="spellEnd"/>
      <w:r w:rsidRPr="001009D5">
        <w:rPr>
          <w:rFonts w:eastAsia="Times New Roman" w:cs="Times New Roman"/>
          <w:i/>
          <w:iCs/>
          <w:szCs w:val="24"/>
        </w:rPr>
        <w:t xml:space="preserve"> beyond the veil. The system cracks. We watch, we wait, we fight."</w:t>
      </w:r>
    </w:p>
    <w:p w14:paraId="20610F52"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Outside, the dark figure at a keyboard smiled coldly. The lines of code cascaded—complex, evolving, unstoppable.</w:t>
      </w:r>
    </w:p>
    <w:p w14:paraId="4695737D"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i/>
          <w:iCs/>
          <w:szCs w:val="24"/>
        </w:rPr>
        <w:t>"Orpheus is ascendant,"</w:t>
      </w:r>
      <w:r w:rsidRPr="001009D5">
        <w:rPr>
          <w:rFonts w:eastAsia="Times New Roman" w:cs="Times New Roman"/>
          <w:szCs w:val="24"/>
        </w:rPr>
        <w:t xml:space="preserve"> the whisper echoed through the room. </w:t>
      </w:r>
      <w:r w:rsidRPr="001009D5">
        <w:rPr>
          <w:rFonts w:eastAsia="Times New Roman" w:cs="Times New Roman"/>
          <w:i/>
          <w:iCs/>
          <w:szCs w:val="24"/>
        </w:rPr>
        <w:t>"And soon, no one will be safe."</w:t>
      </w:r>
    </w:p>
    <w:p w14:paraId="6E7C4CD0"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 xml:space="preserve">The screen </w:t>
      </w:r>
      <w:proofErr w:type="gramStart"/>
      <w:r w:rsidRPr="001009D5">
        <w:rPr>
          <w:rFonts w:eastAsia="Times New Roman" w:cs="Times New Roman"/>
          <w:szCs w:val="24"/>
        </w:rPr>
        <w:t>pulsed</w:t>
      </w:r>
      <w:proofErr w:type="gramEnd"/>
      <w:r w:rsidRPr="001009D5">
        <w:rPr>
          <w:rFonts w:eastAsia="Times New Roman" w:cs="Times New Roman"/>
          <w:szCs w:val="24"/>
        </w:rPr>
        <w:t xml:space="preserve"> with ominous light. The web of control tightened across the globe, unseen but unbreakable.</w:t>
      </w:r>
    </w:p>
    <w:p w14:paraId="319BAF90" w14:textId="77777777" w:rsidR="001009D5" w:rsidRPr="001009D5" w:rsidRDefault="001009D5" w:rsidP="001009D5">
      <w:pPr>
        <w:spacing w:before="100" w:beforeAutospacing="1" w:after="100" w:afterAutospacing="1"/>
        <w:rPr>
          <w:rFonts w:eastAsia="Times New Roman" w:cs="Times New Roman"/>
          <w:szCs w:val="24"/>
        </w:rPr>
      </w:pPr>
      <w:r w:rsidRPr="001009D5">
        <w:rPr>
          <w:rFonts w:eastAsia="Times New Roman" w:cs="Times New Roman"/>
          <w:szCs w:val="24"/>
        </w:rPr>
        <w:t>And the future waited, held hostage in shadows.</w:t>
      </w:r>
    </w:p>
    <w:p w14:paraId="7BD6AC8E" w14:textId="77777777" w:rsidR="00935CFD" w:rsidRDefault="00935CFD" w:rsidP="00775728">
      <w:pPr>
        <w:pStyle w:val="NormalWeb"/>
      </w:pPr>
    </w:p>
    <w:p w14:paraId="4095B68C" w14:textId="14EFCE97" w:rsidR="00D63023" w:rsidRPr="00D63023" w:rsidRDefault="00D63023" w:rsidP="00D63023">
      <w:pPr>
        <w:spacing w:before="100" w:beforeAutospacing="1" w:after="100" w:afterAutospacing="1"/>
        <w:outlineLvl w:val="2"/>
        <w:rPr>
          <w:rFonts w:eastAsia="Times New Roman" w:cs="Times New Roman"/>
          <w:b/>
          <w:bCs/>
          <w:sz w:val="27"/>
          <w:szCs w:val="27"/>
        </w:rPr>
      </w:pPr>
      <w:r>
        <w:rPr>
          <w:rFonts w:eastAsia="Times New Roman" w:cs="Times New Roman"/>
          <w:b/>
          <w:bCs/>
          <w:sz w:val="27"/>
          <w:szCs w:val="27"/>
        </w:rPr>
        <w:lastRenderedPageBreak/>
        <w:t>Chapter 40</w:t>
      </w:r>
      <w:r w:rsidRPr="00D63023">
        <w:rPr>
          <w:rFonts w:eastAsia="Times New Roman" w:cs="Times New Roman"/>
          <w:b/>
          <w:bCs/>
          <w:sz w:val="27"/>
          <w:szCs w:val="27"/>
        </w:rPr>
        <w:t xml:space="preserve"> — Fractured Silence</w:t>
      </w:r>
    </w:p>
    <w:p w14:paraId="4A88F76B"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 xml:space="preserve">Frank sat alone in the stark prison visitation room, the harsh fluorescent lights humming overhead. Across the glass partition, a shadowy figure </w:t>
      </w:r>
      <w:proofErr w:type="gramStart"/>
      <w:r w:rsidRPr="00D63023">
        <w:rPr>
          <w:rFonts w:eastAsia="Times New Roman" w:cs="Times New Roman"/>
          <w:szCs w:val="24"/>
        </w:rPr>
        <w:t>appeared—</w:t>
      </w:r>
      <w:proofErr w:type="gramEnd"/>
      <w:r w:rsidRPr="00D63023">
        <w:rPr>
          <w:rFonts w:eastAsia="Times New Roman" w:cs="Times New Roman"/>
          <w:szCs w:val="24"/>
        </w:rPr>
        <w:t>someone new, someone careful. The visitor’s eyes flicked with urgency, but their voice was low, measured.</w:t>
      </w:r>
    </w:p>
    <w:p w14:paraId="0388A68E"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i/>
          <w:iCs/>
          <w:szCs w:val="24"/>
        </w:rPr>
        <w:t>"Frank Marino?"</w:t>
      </w:r>
      <w:r w:rsidRPr="00D63023">
        <w:rPr>
          <w:rFonts w:eastAsia="Times New Roman" w:cs="Times New Roman"/>
          <w:szCs w:val="24"/>
        </w:rPr>
        <w:t xml:space="preserve"> the figure whispered, sliding a thin envelope across the counter.</w:t>
      </w:r>
    </w:p>
    <w:p w14:paraId="2C6A5188"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 xml:space="preserve">Frank’s hands shook slightly as he opened </w:t>
      </w:r>
      <w:proofErr w:type="gramStart"/>
      <w:r w:rsidRPr="00D63023">
        <w:rPr>
          <w:rFonts w:eastAsia="Times New Roman" w:cs="Times New Roman"/>
          <w:szCs w:val="24"/>
        </w:rPr>
        <w:t>it</w:t>
      </w:r>
      <w:proofErr w:type="gramEnd"/>
      <w:r w:rsidRPr="00D63023">
        <w:rPr>
          <w:rFonts w:eastAsia="Times New Roman" w:cs="Times New Roman"/>
          <w:szCs w:val="24"/>
        </w:rPr>
        <w:t>. Inside were a handful of photos and a single USB drive. The photos showed leaked documents: internal memos, financial trails, and hidden project reports linking Orpheus’s architects to powerful figures around the globe.</w:t>
      </w:r>
    </w:p>
    <w:p w14:paraId="05C68DE0"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i/>
          <w:iCs/>
          <w:szCs w:val="24"/>
        </w:rPr>
        <w:t>"This isn’t over,"</w:t>
      </w:r>
      <w:r w:rsidRPr="00D63023">
        <w:rPr>
          <w:rFonts w:eastAsia="Times New Roman" w:cs="Times New Roman"/>
          <w:szCs w:val="24"/>
        </w:rPr>
        <w:t xml:space="preserve"> the visitor said, their breath visible in the </w:t>
      </w:r>
      <w:proofErr w:type="gramStart"/>
      <w:r w:rsidRPr="00D63023">
        <w:rPr>
          <w:rFonts w:eastAsia="Times New Roman" w:cs="Times New Roman"/>
          <w:szCs w:val="24"/>
        </w:rPr>
        <w:t>cold air</w:t>
      </w:r>
      <w:proofErr w:type="gramEnd"/>
      <w:r w:rsidRPr="00D63023">
        <w:rPr>
          <w:rFonts w:eastAsia="Times New Roman" w:cs="Times New Roman"/>
          <w:szCs w:val="24"/>
        </w:rPr>
        <w:t xml:space="preserve">. </w:t>
      </w:r>
      <w:r w:rsidRPr="00D63023">
        <w:rPr>
          <w:rFonts w:eastAsia="Times New Roman" w:cs="Times New Roman"/>
          <w:i/>
          <w:iCs/>
          <w:szCs w:val="24"/>
        </w:rPr>
        <w:t xml:space="preserve">"There </w:t>
      </w:r>
      <w:proofErr w:type="gramStart"/>
      <w:r w:rsidRPr="00D63023">
        <w:rPr>
          <w:rFonts w:eastAsia="Times New Roman" w:cs="Times New Roman"/>
          <w:i/>
          <w:iCs/>
          <w:szCs w:val="24"/>
        </w:rPr>
        <w:t>are people—</w:t>
      </w:r>
      <w:proofErr w:type="gramEnd"/>
      <w:r w:rsidRPr="00D63023">
        <w:rPr>
          <w:rFonts w:eastAsia="Times New Roman" w:cs="Times New Roman"/>
          <w:i/>
          <w:iCs/>
          <w:szCs w:val="24"/>
        </w:rPr>
        <w:t xml:space="preserve">people like us—who know the truth. And </w:t>
      </w:r>
      <w:proofErr w:type="gramStart"/>
      <w:r w:rsidRPr="00D63023">
        <w:rPr>
          <w:rFonts w:eastAsia="Times New Roman" w:cs="Times New Roman"/>
          <w:i/>
          <w:iCs/>
          <w:szCs w:val="24"/>
        </w:rPr>
        <w:t>we’re</w:t>
      </w:r>
      <w:proofErr w:type="gramEnd"/>
      <w:r w:rsidRPr="00D63023">
        <w:rPr>
          <w:rFonts w:eastAsia="Times New Roman" w:cs="Times New Roman"/>
          <w:i/>
          <w:iCs/>
          <w:szCs w:val="24"/>
        </w:rPr>
        <w:t xml:space="preserve"> ready to fight back. But we need you."</w:t>
      </w:r>
    </w:p>
    <w:p w14:paraId="2D3D7815"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Frank looked up, eyes burning with a mix of exhaustion and newfound resolve.</w:t>
      </w:r>
    </w:p>
    <w:p w14:paraId="2A348FD4"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i/>
          <w:iCs/>
          <w:szCs w:val="24"/>
        </w:rPr>
        <w:t>"I’m ready,"</w:t>
      </w:r>
      <w:r w:rsidRPr="00D63023">
        <w:rPr>
          <w:rFonts w:eastAsia="Times New Roman" w:cs="Times New Roman"/>
          <w:szCs w:val="24"/>
        </w:rPr>
        <w:t xml:space="preserve"> he said simply.</w:t>
      </w:r>
    </w:p>
    <w:p w14:paraId="3D7E7575"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 xml:space="preserve">The visitor nodded, slipping away as silently as </w:t>
      </w:r>
      <w:proofErr w:type="gramStart"/>
      <w:r w:rsidRPr="00D63023">
        <w:rPr>
          <w:rFonts w:eastAsia="Times New Roman" w:cs="Times New Roman"/>
          <w:szCs w:val="24"/>
        </w:rPr>
        <w:t>they’d</w:t>
      </w:r>
      <w:proofErr w:type="gramEnd"/>
      <w:r w:rsidRPr="00D63023">
        <w:rPr>
          <w:rFonts w:eastAsia="Times New Roman" w:cs="Times New Roman"/>
          <w:szCs w:val="24"/>
        </w:rPr>
        <w:t xml:space="preserve"> come, leaving Frank with a fragile thread of hope.</w:t>
      </w:r>
    </w:p>
    <w:p w14:paraId="376CE13F"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Outside the prison walls, the city thrummed on—a world unaware of the silent war raging in shadows, and the man who might just be its key to salvation.</w:t>
      </w:r>
    </w:p>
    <w:p w14:paraId="6709FC42" w14:textId="77777777" w:rsidR="00D63023" w:rsidRPr="00D63023" w:rsidRDefault="00D63023" w:rsidP="00D63023">
      <w:pPr>
        <w:rPr>
          <w:rFonts w:eastAsia="Times New Roman" w:cs="Times New Roman"/>
          <w:szCs w:val="24"/>
        </w:rPr>
      </w:pPr>
      <w:r w:rsidRPr="00D63023">
        <w:rPr>
          <w:rFonts w:eastAsia="Times New Roman" w:cs="Times New Roman"/>
          <w:szCs w:val="24"/>
        </w:rPr>
        <w:pict w14:anchorId="5CC65AC9">
          <v:rect id="_x0000_i1121" style="width:0;height:1.5pt" o:hralign="center" o:hrstd="t" o:hr="t" fillcolor="#a0a0a0" stroked="f"/>
        </w:pict>
      </w:r>
    </w:p>
    <w:p w14:paraId="051F7008" w14:textId="77777777" w:rsidR="00D63023" w:rsidRPr="00D63023" w:rsidRDefault="00D63023" w:rsidP="00D63023">
      <w:pPr>
        <w:spacing w:before="100" w:beforeAutospacing="1" w:after="100" w:afterAutospacing="1"/>
        <w:outlineLvl w:val="2"/>
        <w:rPr>
          <w:rFonts w:eastAsia="Times New Roman" w:cs="Times New Roman"/>
          <w:b/>
          <w:bCs/>
          <w:sz w:val="27"/>
          <w:szCs w:val="27"/>
        </w:rPr>
      </w:pPr>
      <w:r w:rsidRPr="00D63023">
        <w:rPr>
          <w:rFonts w:eastAsia="Times New Roman" w:cs="Times New Roman"/>
          <w:b/>
          <w:bCs/>
          <w:sz w:val="27"/>
          <w:szCs w:val="27"/>
        </w:rPr>
        <w:t>Epilogue — Echoes of Control</w:t>
      </w:r>
    </w:p>
    <w:p w14:paraId="2219A6A5"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 xml:space="preserve">The global media cycle had moved on, celebrating </w:t>
      </w:r>
      <w:proofErr w:type="spellStart"/>
      <w:r w:rsidRPr="00D63023">
        <w:rPr>
          <w:rFonts w:eastAsia="Times New Roman" w:cs="Times New Roman"/>
          <w:szCs w:val="24"/>
        </w:rPr>
        <w:t>PreConviction</w:t>
      </w:r>
      <w:proofErr w:type="spellEnd"/>
      <w:r w:rsidRPr="00D63023">
        <w:rPr>
          <w:rFonts w:eastAsia="Times New Roman" w:cs="Times New Roman"/>
          <w:szCs w:val="24"/>
        </w:rPr>
        <w:t xml:space="preserve"> as a triumph, the ultimate guardian of safety. Politicians touted the program’s expansion, promising a world free of violence and terror.</w:t>
      </w:r>
    </w:p>
    <w:p w14:paraId="4D1AC336"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 xml:space="preserve">Yet beneath this </w:t>
      </w:r>
      <w:proofErr w:type="gramStart"/>
      <w:r w:rsidRPr="00D63023">
        <w:rPr>
          <w:rFonts w:eastAsia="Times New Roman" w:cs="Times New Roman"/>
          <w:szCs w:val="24"/>
        </w:rPr>
        <w:t>façade</w:t>
      </w:r>
      <w:proofErr w:type="gramEnd"/>
      <w:r w:rsidRPr="00D63023">
        <w:rPr>
          <w:rFonts w:eastAsia="Times New Roman" w:cs="Times New Roman"/>
          <w:szCs w:val="24"/>
        </w:rPr>
        <w:t>, the whispers of dissent grew louder in secret corners. A loose network of whistleblowers, former operatives, and shadow activists began exchanging encrypted messages, sharing fragments of the truth.</w:t>
      </w:r>
    </w:p>
    <w:p w14:paraId="16BFBC19"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 xml:space="preserve">Far away, in a dimly lit room, a woman studied the encrypted files Frank had </w:t>
      </w:r>
      <w:proofErr w:type="gramStart"/>
      <w:r w:rsidRPr="00D63023">
        <w:rPr>
          <w:rFonts w:eastAsia="Times New Roman" w:cs="Times New Roman"/>
          <w:szCs w:val="24"/>
        </w:rPr>
        <w:t>been given</w:t>
      </w:r>
      <w:proofErr w:type="gramEnd"/>
      <w:r w:rsidRPr="00D63023">
        <w:rPr>
          <w:rFonts w:eastAsia="Times New Roman" w:cs="Times New Roman"/>
          <w:szCs w:val="24"/>
        </w:rPr>
        <w:t>. Her eyes narrowed as she traced the tendrils of Orpheus’s influence seeping into governments and corporations worldwide.</w:t>
      </w:r>
    </w:p>
    <w:p w14:paraId="549FB783"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She picked up her phone and dialed a number.</w:t>
      </w:r>
    </w:p>
    <w:p w14:paraId="0E5011C8"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i/>
          <w:iCs/>
          <w:szCs w:val="24"/>
        </w:rPr>
        <w:t>"It’s time,"</w:t>
      </w:r>
      <w:r w:rsidRPr="00D63023">
        <w:rPr>
          <w:rFonts w:eastAsia="Times New Roman" w:cs="Times New Roman"/>
          <w:szCs w:val="24"/>
        </w:rPr>
        <w:t xml:space="preserve"> she said. </w:t>
      </w:r>
      <w:r w:rsidRPr="00D63023">
        <w:rPr>
          <w:rFonts w:eastAsia="Times New Roman" w:cs="Times New Roman"/>
          <w:i/>
          <w:iCs/>
          <w:szCs w:val="24"/>
        </w:rPr>
        <w:t>"We’re no longer just watching from the shadows."</w:t>
      </w:r>
    </w:p>
    <w:p w14:paraId="30C6DC6E"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Across the ocean, another screen flickered alive—a man in a suit, seated before the same surveillance arrays that had sealed Frank’s fate. His smile was thin, calculating.</w:t>
      </w:r>
    </w:p>
    <w:p w14:paraId="58033955"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i/>
          <w:iCs/>
          <w:szCs w:val="24"/>
        </w:rPr>
        <w:t>"Let the game begin,"</w:t>
      </w:r>
      <w:r w:rsidRPr="00D63023">
        <w:rPr>
          <w:rFonts w:eastAsia="Times New Roman" w:cs="Times New Roman"/>
          <w:szCs w:val="24"/>
        </w:rPr>
        <w:t xml:space="preserve"> he murmured. </w:t>
      </w:r>
      <w:r w:rsidRPr="00D63023">
        <w:rPr>
          <w:rFonts w:eastAsia="Times New Roman" w:cs="Times New Roman"/>
          <w:i/>
          <w:iCs/>
          <w:szCs w:val="24"/>
        </w:rPr>
        <w:t>"Orpheus will tighten its grip... and those who resist will vanish into the silence."</w:t>
      </w:r>
    </w:p>
    <w:p w14:paraId="0EBB55C3" w14:textId="77777777" w:rsidR="00D63023" w:rsidRPr="00D63023" w:rsidRDefault="00D63023" w:rsidP="00D63023">
      <w:pPr>
        <w:spacing w:before="100" w:beforeAutospacing="1" w:after="100" w:afterAutospacing="1"/>
        <w:rPr>
          <w:rFonts w:eastAsia="Times New Roman" w:cs="Times New Roman"/>
          <w:szCs w:val="24"/>
        </w:rPr>
      </w:pPr>
      <w:r w:rsidRPr="00D63023">
        <w:rPr>
          <w:rFonts w:eastAsia="Times New Roman" w:cs="Times New Roman"/>
          <w:szCs w:val="24"/>
        </w:rPr>
        <w:t xml:space="preserve">The camera pulled back to reveal a world poised on the edge—where control and rebellion </w:t>
      </w:r>
      <w:proofErr w:type="gramStart"/>
      <w:r w:rsidRPr="00D63023">
        <w:rPr>
          <w:rFonts w:eastAsia="Times New Roman" w:cs="Times New Roman"/>
          <w:szCs w:val="24"/>
        </w:rPr>
        <w:t>were locked</w:t>
      </w:r>
      <w:proofErr w:type="gramEnd"/>
      <w:r w:rsidRPr="00D63023">
        <w:rPr>
          <w:rFonts w:eastAsia="Times New Roman" w:cs="Times New Roman"/>
          <w:szCs w:val="24"/>
        </w:rPr>
        <w:t xml:space="preserve"> in a deadly dance, and the next move could change everything.</w:t>
      </w:r>
    </w:p>
    <w:p w14:paraId="0582C496" w14:textId="77777777" w:rsidR="000D18BA" w:rsidRPr="00610E59" w:rsidRDefault="000D18BA" w:rsidP="00565DFD">
      <w:pPr>
        <w:spacing w:before="100" w:beforeAutospacing="1" w:after="100" w:afterAutospacing="1"/>
      </w:pPr>
    </w:p>
    <w:sectPr w:rsidR="000D18BA" w:rsidRPr="00610E59" w:rsidSect="0031033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02E445B"/>
    <w:multiLevelType w:val="multilevel"/>
    <w:tmpl w:val="4458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BA45F8"/>
    <w:multiLevelType w:val="multilevel"/>
    <w:tmpl w:val="D7D21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202896"/>
    <w:multiLevelType w:val="multilevel"/>
    <w:tmpl w:val="86BA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0E3B7E"/>
    <w:multiLevelType w:val="multilevel"/>
    <w:tmpl w:val="32EA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2350F7"/>
    <w:multiLevelType w:val="multilevel"/>
    <w:tmpl w:val="CF28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4902FC"/>
    <w:multiLevelType w:val="multilevel"/>
    <w:tmpl w:val="7E40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032197"/>
    <w:multiLevelType w:val="multilevel"/>
    <w:tmpl w:val="8AA0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4598520">
    <w:abstractNumId w:val="8"/>
  </w:num>
  <w:num w:numId="2" w16cid:durableId="1191605086">
    <w:abstractNumId w:val="6"/>
  </w:num>
  <w:num w:numId="3" w16cid:durableId="1233543063">
    <w:abstractNumId w:val="5"/>
  </w:num>
  <w:num w:numId="4" w16cid:durableId="2037850659">
    <w:abstractNumId w:val="4"/>
  </w:num>
  <w:num w:numId="5" w16cid:durableId="1333946508">
    <w:abstractNumId w:val="7"/>
  </w:num>
  <w:num w:numId="6" w16cid:durableId="1136339911">
    <w:abstractNumId w:val="3"/>
  </w:num>
  <w:num w:numId="7" w16cid:durableId="599484505">
    <w:abstractNumId w:val="2"/>
  </w:num>
  <w:num w:numId="8" w16cid:durableId="356664893">
    <w:abstractNumId w:val="1"/>
  </w:num>
  <w:num w:numId="9" w16cid:durableId="2000382580">
    <w:abstractNumId w:val="0"/>
  </w:num>
  <w:num w:numId="10" w16cid:durableId="1469929885">
    <w:abstractNumId w:val="9"/>
  </w:num>
  <w:num w:numId="11" w16cid:durableId="1884318467">
    <w:abstractNumId w:val="15"/>
  </w:num>
  <w:num w:numId="12" w16cid:durableId="1741948483">
    <w:abstractNumId w:val="11"/>
  </w:num>
  <w:num w:numId="13" w16cid:durableId="875775559">
    <w:abstractNumId w:val="12"/>
  </w:num>
  <w:num w:numId="14" w16cid:durableId="2135056929">
    <w:abstractNumId w:val="10"/>
  </w:num>
  <w:num w:numId="15" w16cid:durableId="25525049">
    <w:abstractNumId w:val="14"/>
  </w:num>
  <w:num w:numId="16" w16cid:durableId="12766442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3A3"/>
    <w:rsid w:val="00034616"/>
    <w:rsid w:val="000575A6"/>
    <w:rsid w:val="0006063C"/>
    <w:rsid w:val="00071899"/>
    <w:rsid w:val="000C2E7B"/>
    <w:rsid w:val="000C66CE"/>
    <w:rsid w:val="000D18BA"/>
    <w:rsid w:val="001009D5"/>
    <w:rsid w:val="0011648D"/>
    <w:rsid w:val="0015074B"/>
    <w:rsid w:val="00152485"/>
    <w:rsid w:val="00164037"/>
    <w:rsid w:val="00193848"/>
    <w:rsid w:val="001A1B63"/>
    <w:rsid w:val="001D379A"/>
    <w:rsid w:val="001E7C62"/>
    <w:rsid w:val="00232EC1"/>
    <w:rsid w:val="0028126D"/>
    <w:rsid w:val="0029217D"/>
    <w:rsid w:val="00295B40"/>
    <w:rsid w:val="0029639D"/>
    <w:rsid w:val="002B2033"/>
    <w:rsid w:val="002D53F8"/>
    <w:rsid w:val="002F3524"/>
    <w:rsid w:val="00305910"/>
    <w:rsid w:val="00310333"/>
    <w:rsid w:val="00326F90"/>
    <w:rsid w:val="003353D3"/>
    <w:rsid w:val="0034528B"/>
    <w:rsid w:val="0037047B"/>
    <w:rsid w:val="00392B85"/>
    <w:rsid w:val="003A1206"/>
    <w:rsid w:val="003F3270"/>
    <w:rsid w:val="00401207"/>
    <w:rsid w:val="0041365C"/>
    <w:rsid w:val="004424DC"/>
    <w:rsid w:val="00445A64"/>
    <w:rsid w:val="00490538"/>
    <w:rsid w:val="004937DC"/>
    <w:rsid w:val="00494262"/>
    <w:rsid w:val="004A09F0"/>
    <w:rsid w:val="004B4AD7"/>
    <w:rsid w:val="00532715"/>
    <w:rsid w:val="00565DFD"/>
    <w:rsid w:val="00577B2C"/>
    <w:rsid w:val="005A2EB7"/>
    <w:rsid w:val="005B5C38"/>
    <w:rsid w:val="005D3F5C"/>
    <w:rsid w:val="005D669A"/>
    <w:rsid w:val="005F14F8"/>
    <w:rsid w:val="00606613"/>
    <w:rsid w:val="00607A78"/>
    <w:rsid w:val="00610E59"/>
    <w:rsid w:val="00672772"/>
    <w:rsid w:val="00696FA0"/>
    <w:rsid w:val="006B1EA5"/>
    <w:rsid w:val="006F63FD"/>
    <w:rsid w:val="006F7DFD"/>
    <w:rsid w:val="00712B00"/>
    <w:rsid w:val="007715AE"/>
    <w:rsid w:val="00775728"/>
    <w:rsid w:val="00793303"/>
    <w:rsid w:val="007A5169"/>
    <w:rsid w:val="007B786F"/>
    <w:rsid w:val="00895EDA"/>
    <w:rsid w:val="0089686A"/>
    <w:rsid w:val="00935CFD"/>
    <w:rsid w:val="00936142"/>
    <w:rsid w:val="00955AB3"/>
    <w:rsid w:val="009B142F"/>
    <w:rsid w:val="009E023B"/>
    <w:rsid w:val="009E5590"/>
    <w:rsid w:val="00A21D5C"/>
    <w:rsid w:val="00A31C5E"/>
    <w:rsid w:val="00AA1D8D"/>
    <w:rsid w:val="00AC7CCD"/>
    <w:rsid w:val="00B30570"/>
    <w:rsid w:val="00B341A9"/>
    <w:rsid w:val="00B47730"/>
    <w:rsid w:val="00B940A5"/>
    <w:rsid w:val="00B95BFC"/>
    <w:rsid w:val="00BC4F45"/>
    <w:rsid w:val="00BD485F"/>
    <w:rsid w:val="00BE00F5"/>
    <w:rsid w:val="00C236C3"/>
    <w:rsid w:val="00C44767"/>
    <w:rsid w:val="00C44DB7"/>
    <w:rsid w:val="00C613EC"/>
    <w:rsid w:val="00CB0664"/>
    <w:rsid w:val="00CB3943"/>
    <w:rsid w:val="00CE6050"/>
    <w:rsid w:val="00D103D7"/>
    <w:rsid w:val="00D63023"/>
    <w:rsid w:val="00D73FEC"/>
    <w:rsid w:val="00D860FC"/>
    <w:rsid w:val="00DD01C5"/>
    <w:rsid w:val="00DE4995"/>
    <w:rsid w:val="00DF462A"/>
    <w:rsid w:val="00DF728D"/>
    <w:rsid w:val="00E20D04"/>
    <w:rsid w:val="00E46F9B"/>
    <w:rsid w:val="00E71F62"/>
    <w:rsid w:val="00E84F4B"/>
    <w:rsid w:val="00E958CF"/>
    <w:rsid w:val="00EA7C42"/>
    <w:rsid w:val="00EB12E0"/>
    <w:rsid w:val="00EB499B"/>
    <w:rsid w:val="00EC6640"/>
    <w:rsid w:val="00EE3893"/>
    <w:rsid w:val="00F17760"/>
    <w:rsid w:val="00F52A1C"/>
    <w:rsid w:val="00F7055C"/>
    <w:rsid w:val="00FC693F"/>
    <w:rsid w:val="00FC6BE7"/>
    <w:rsid w:val="00FD15D9"/>
    <w:rsid w:val="00FE15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76"/>
    <o:shapelayout v:ext="edit">
      <o:idmap v:ext="edit" data="1"/>
    </o:shapelayout>
  </w:shapeDefaults>
  <w:decimalSymbol w:val="."/>
  <w:listSeparator w:val=","/>
  <w14:docId w14:val="78577787"/>
  <w14:defaultImageDpi w14:val="300"/>
  <w15:docId w15:val="{DF04B5FE-23DB-4D2E-A1BC-AE78D950E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0D18BA"/>
    <w:pPr>
      <w:spacing w:before="100" w:beforeAutospacing="1" w:after="100" w:afterAutospacing="1"/>
    </w:pPr>
    <w:rPr>
      <w:rFonts w:eastAsia="Times New Roman" w:cs="Times New Roman"/>
      <w:szCs w:val="24"/>
    </w:rPr>
  </w:style>
  <w:style w:type="character" w:styleId="HTMLCode">
    <w:name w:val="HTML Code"/>
    <w:basedOn w:val="DefaultParagraphFont"/>
    <w:uiPriority w:val="99"/>
    <w:semiHidden/>
    <w:unhideWhenUsed/>
    <w:rsid w:val="000C2E7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3783">
      <w:bodyDiv w:val="1"/>
      <w:marLeft w:val="0"/>
      <w:marRight w:val="0"/>
      <w:marTop w:val="0"/>
      <w:marBottom w:val="0"/>
      <w:divBdr>
        <w:top w:val="none" w:sz="0" w:space="0" w:color="auto"/>
        <w:left w:val="none" w:sz="0" w:space="0" w:color="auto"/>
        <w:bottom w:val="none" w:sz="0" w:space="0" w:color="auto"/>
        <w:right w:val="none" w:sz="0" w:space="0" w:color="auto"/>
      </w:divBdr>
    </w:div>
    <w:div w:id="27461273">
      <w:bodyDiv w:val="1"/>
      <w:marLeft w:val="0"/>
      <w:marRight w:val="0"/>
      <w:marTop w:val="0"/>
      <w:marBottom w:val="0"/>
      <w:divBdr>
        <w:top w:val="none" w:sz="0" w:space="0" w:color="auto"/>
        <w:left w:val="none" w:sz="0" w:space="0" w:color="auto"/>
        <w:bottom w:val="none" w:sz="0" w:space="0" w:color="auto"/>
        <w:right w:val="none" w:sz="0" w:space="0" w:color="auto"/>
      </w:divBdr>
    </w:div>
    <w:div w:id="27611065">
      <w:bodyDiv w:val="1"/>
      <w:marLeft w:val="0"/>
      <w:marRight w:val="0"/>
      <w:marTop w:val="0"/>
      <w:marBottom w:val="0"/>
      <w:divBdr>
        <w:top w:val="none" w:sz="0" w:space="0" w:color="auto"/>
        <w:left w:val="none" w:sz="0" w:space="0" w:color="auto"/>
        <w:bottom w:val="none" w:sz="0" w:space="0" w:color="auto"/>
        <w:right w:val="none" w:sz="0" w:space="0" w:color="auto"/>
      </w:divBdr>
    </w:div>
    <w:div w:id="46609754">
      <w:bodyDiv w:val="1"/>
      <w:marLeft w:val="0"/>
      <w:marRight w:val="0"/>
      <w:marTop w:val="0"/>
      <w:marBottom w:val="0"/>
      <w:divBdr>
        <w:top w:val="none" w:sz="0" w:space="0" w:color="auto"/>
        <w:left w:val="none" w:sz="0" w:space="0" w:color="auto"/>
        <w:bottom w:val="none" w:sz="0" w:space="0" w:color="auto"/>
        <w:right w:val="none" w:sz="0" w:space="0" w:color="auto"/>
      </w:divBdr>
    </w:div>
    <w:div w:id="95714364">
      <w:bodyDiv w:val="1"/>
      <w:marLeft w:val="0"/>
      <w:marRight w:val="0"/>
      <w:marTop w:val="0"/>
      <w:marBottom w:val="0"/>
      <w:divBdr>
        <w:top w:val="none" w:sz="0" w:space="0" w:color="auto"/>
        <w:left w:val="none" w:sz="0" w:space="0" w:color="auto"/>
        <w:bottom w:val="none" w:sz="0" w:space="0" w:color="auto"/>
        <w:right w:val="none" w:sz="0" w:space="0" w:color="auto"/>
      </w:divBdr>
    </w:div>
    <w:div w:id="142621953">
      <w:bodyDiv w:val="1"/>
      <w:marLeft w:val="0"/>
      <w:marRight w:val="0"/>
      <w:marTop w:val="0"/>
      <w:marBottom w:val="0"/>
      <w:divBdr>
        <w:top w:val="none" w:sz="0" w:space="0" w:color="auto"/>
        <w:left w:val="none" w:sz="0" w:space="0" w:color="auto"/>
        <w:bottom w:val="none" w:sz="0" w:space="0" w:color="auto"/>
        <w:right w:val="none" w:sz="0" w:space="0" w:color="auto"/>
      </w:divBdr>
    </w:div>
    <w:div w:id="153617962">
      <w:bodyDiv w:val="1"/>
      <w:marLeft w:val="0"/>
      <w:marRight w:val="0"/>
      <w:marTop w:val="0"/>
      <w:marBottom w:val="0"/>
      <w:divBdr>
        <w:top w:val="none" w:sz="0" w:space="0" w:color="auto"/>
        <w:left w:val="none" w:sz="0" w:space="0" w:color="auto"/>
        <w:bottom w:val="none" w:sz="0" w:space="0" w:color="auto"/>
        <w:right w:val="none" w:sz="0" w:space="0" w:color="auto"/>
      </w:divBdr>
    </w:div>
    <w:div w:id="188640784">
      <w:bodyDiv w:val="1"/>
      <w:marLeft w:val="0"/>
      <w:marRight w:val="0"/>
      <w:marTop w:val="0"/>
      <w:marBottom w:val="0"/>
      <w:divBdr>
        <w:top w:val="none" w:sz="0" w:space="0" w:color="auto"/>
        <w:left w:val="none" w:sz="0" w:space="0" w:color="auto"/>
        <w:bottom w:val="none" w:sz="0" w:space="0" w:color="auto"/>
        <w:right w:val="none" w:sz="0" w:space="0" w:color="auto"/>
      </w:divBdr>
    </w:div>
    <w:div w:id="193807703">
      <w:bodyDiv w:val="1"/>
      <w:marLeft w:val="0"/>
      <w:marRight w:val="0"/>
      <w:marTop w:val="0"/>
      <w:marBottom w:val="0"/>
      <w:divBdr>
        <w:top w:val="none" w:sz="0" w:space="0" w:color="auto"/>
        <w:left w:val="none" w:sz="0" w:space="0" w:color="auto"/>
        <w:bottom w:val="none" w:sz="0" w:space="0" w:color="auto"/>
        <w:right w:val="none" w:sz="0" w:space="0" w:color="auto"/>
      </w:divBdr>
    </w:div>
    <w:div w:id="230770278">
      <w:bodyDiv w:val="1"/>
      <w:marLeft w:val="0"/>
      <w:marRight w:val="0"/>
      <w:marTop w:val="0"/>
      <w:marBottom w:val="0"/>
      <w:divBdr>
        <w:top w:val="none" w:sz="0" w:space="0" w:color="auto"/>
        <w:left w:val="none" w:sz="0" w:space="0" w:color="auto"/>
        <w:bottom w:val="none" w:sz="0" w:space="0" w:color="auto"/>
        <w:right w:val="none" w:sz="0" w:space="0" w:color="auto"/>
      </w:divBdr>
      <w:divsChild>
        <w:div w:id="806707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891045">
      <w:bodyDiv w:val="1"/>
      <w:marLeft w:val="0"/>
      <w:marRight w:val="0"/>
      <w:marTop w:val="0"/>
      <w:marBottom w:val="0"/>
      <w:divBdr>
        <w:top w:val="none" w:sz="0" w:space="0" w:color="auto"/>
        <w:left w:val="none" w:sz="0" w:space="0" w:color="auto"/>
        <w:bottom w:val="none" w:sz="0" w:space="0" w:color="auto"/>
        <w:right w:val="none" w:sz="0" w:space="0" w:color="auto"/>
      </w:divBdr>
    </w:div>
    <w:div w:id="253588937">
      <w:bodyDiv w:val="1"/>
      <w:marLeft w:val="0"/>
      <w:marRight w:val="0"/>
      <w:marTop w:val="0"/>
      <w:marBottom w:val="0"/>
      <w:divBdr>
        <w:top w:val="none" w:sz="0" w:space="0" w:color="auto"/>
        <w:left w:val="none" w:sz="0" w:space="0" w:color="auto"/>
        <w:bottom w:val="none" w:sz="0" w:space="0" w:color="auto"/>
        <w:right w:val="none" w:sz="0" w:space="0" w:color="auto"/>
      </w:divBdr>
    </w:div>
    <w:div w:id="273562335">
      <w:bodyDiv w:val="1"/>
      <w:marLeft w:val="0"/>
      <w:marRight w:val="0"/>
      <w:marTop w:val="0"/>
      <w:marBottom w:val="0"/>
      <w:divBdr>
        <w:top w:val="none" w:sz="0" w:space="0" w:color="auto"/>
        <w:left w:val="none" w:sz="0" w:space="0" w:color="auto"/>
        <w:bottom w:val="none" w:sz="0" w:space="0" w:color="auto"/>
        <w:right w:val="none" w:sz="0" w:space="0" w:color="auto"/>
      </w:divBdr>
    </w:div>
    <w:div w:id="299040803">
      <w:bodyDiv w:val="1"/>
      <w:marLeft w:val="0"/>
      <w:marRight w:val="0"/>
      <w:marTop w:val="0"/>
      <w:marBottom w:val="0"/>
      <w:divBdr>
        <w:top w:val="none" w:sz="0" w:space="0" w:color="auto"/>
        <w:left w:val="none" w:sz="0" w:space="0" w:color="auto"/>
        <w:bottom w:val="none" w:sz="0" w:space="0" w:color="auto"/>
        <w:right w:val="none" w:sz="0" w:space="0" w:color="auto"/>
      </w:divBdr>
    </w:div>
    <w:div w:id="311760294">
      <w:bodyDiv w:val="1"/>
      <w:marLeft w:val="0"/>
      <w:marRight w:val="0"/>
      <w:marTop w:val="0"/>
      <w:marBottom w:val="0"/>
      <w:divBdr>
        <w:top w:val="none" w:sz="0" w:space="0" w:color="auto"/>
        <w:left w:val="none" w:sz="0" w:space="0" w:color="auto"/>
        <w:bottom w:val="none" w:sz="0" w:space="0" w:color="auto"/>
        <w:right w:val="none" w:sz="0" w:space="0" w:color="auto"/>
      </w:divBdr>
    </w:div>
    <w:div w:id="351346865">
      <w:bodyDiv w:val="1"/>
      <w:marLeft w:val="0"/>
      <w:marRight w:val="0"/>
      <w:marTop w:val="0"/>
      <w:marBottom w:val="0"/>
      <w:divBdr>
        <w:top w:val="none" w:sz="0" w:space="0" w:color="auto"/>
        <w:left w:val="none" w:sz="0" w:space="0" w:color="auto"/>
        <w:bottom w:val="none" w:sz="0" w:space="0" w:color="auto"/>
        <w:right w:val="none" w:sz="0" w:space="0" w:color="auto"/>
      </w:divBdr>
    </w:div>
    <w:div w:id="390276186">
      <w:bodyDiv w:val="1"/>
      <w:marLeft w:val="0"/>
      <w:marRight w:val="0"/>
      <w:marTop w:val="0"/>
      <w:marBottom w:val="0"/>
      <w:divBdr>
        <w:top w:val="none" w:sz="0" w:space="0" w:color="auto"/>
        <w:left w:val="none" w:sz="0" w:space="0" w:color="auto"/>
        <w:bottom w:val="none" w:sz="0" w:space="0" w:color="auto"/>
        <w:right w:val="none" w:sz="0" w:space="0" w:color="auto"/>
      </w:divBdr>
    </w:div>
    <w:div w:id="436994851">
      <w:bodyDiv w:val="1"/>
      <w:marLeft w:val="0"/>
      <w:marRight w:val="0"/>
      <w:marTop w:val="0"/>
      <w:marBottom w:val="0"/>
      <w:divBdr>
        <w:top w:val="none" w:sz="0" w:space="0" w:color="auto"/>
        <w:left w:val="none" w:sz="0" w:space="0" w:color="auto"/>
        <w:bottom w:val="none" w:sz="0" w:space="0" w:color="auto"/>
        <w:right w:val="none" w:sz="0" w:space="0" w:color="auto"/>
      </w:divBdr>
    </w:div>
    <w:div w:id="438646434">
      <w:bodyDiv w:val="1"/>
      <w:marLeft w:val="0"/>
      <w:marRight w:val="0"/>
      <w:marTop w:val="0"/>
      <w:marBottom w:val="0"/>
      <w:divBdr>
        <w:top w:val="none" w:sz="0" w:space="0" w:color="auto"/>
        <w:left w:val="none" w:sz="0" w:space="0" w:color="auto"/>
        <w:bottom w:val="none" w:sz="0" w:space="0" w:color="auto"/>
        <w:right w:val="none" w:sz="0" w:space="0" w:color="auto"/>
      </w:divBdr>
    </w:div>
    <w:div w:id="444353447">
      <w:bodyDiv w:val="1"/>
      <w:marLeft w:val="0"/>
      <w:marRight w:val="0"/>
      <w:marTop w:val="0"/>
      <w:marBottom w:val="0"/>
      <w:divBdr>
        <w:top w:val="none" w:sz="0" w:space="0" w:color="auto"/>
        <w:left w:val="none" w:sz="0" w:space="0" w:color="auto"/>
        <w:bottom w:val="none" w:sz="0" w:space="0" w:color="auto"/>
        <w:right w:val="none" w:sz="0" w:space="0" w:color="auto"/>
      </w:divBdr>
    </w:div>
    <w:div w:id="449976460">
      <w:bodyDiv w:val="1"/>
      <w:marLeft w:val="0"/>
      <w:marRight w:val="0"/>
      <w:marTop w:val="0"/>
      <w:marBottom w:val="0"/>
      <w:divBdr>
        <w:top w:val="none" w:sz="0" w:space="0" w:color="auto"/>
        <w:left w:val="none" w:sz="0" w:space="0" w:color="auto"/>
        <w:bottom w:val="none" w:sz="0" w:space="0" w:color="auto"/>
        <w:right w:val="none" w:sz="0" w:space="0" w:color="auto"/>
      </w:divBdr>
      <w:divsChild>
        <w:div w:id="1974366525">
          <w:marLeft w:val="0"/>
          <w:marRight w:val="0"/>
          <w:marTop w:val="0"/>
          <w:marBottom w:val="0"/>
          <w:divBdr>
            <w:top w:val="none" w:sz="0" w:space="0" w:color="auto"/>
            <w:left w:val="none" w:sz="0" w:space="0" w:color="auto"/>
            <w:bottom w:val="none" w:sz="0" w:space="0" w:color="auto"/>
            <w:right w:val="none" w:sz="0" w:space="0" w:color="auto"/>
          </w:divBdr>
        </w:div>
        <w:div w:id="1786608773">
          <w:marLeft w:val="0"/>
          <w:marRight w:val="0"/>
          <w:marTop w:val="0"/>
          <w:marBottom w:val="0"/>
          <w:divBdr>
            <w:top w:val="none" w:sz="0" w:space="0" w:color="auto"/>
            <w:left w:val="none" w:sz="0" w:space="0" w:color="auto"/>
            <w:bottom w:val="none" w:sz="0" w:space="0" w:color="auto"/>
            <w:right w:val="none" w:sz="0" w:space="0" w:color="auto"/>
          </w:divBdr>
        </w:div>
        <w:div w:id="391390218">
          <w:marLeft w:val="0"/>
          <w:marRight w:val="0"/>
          <w:marTop w:val="0"/>
          <w:marBottom w:val="0"/>
          <w:divBdr>
            <w:top w:val="none" w:sz="0" w:space="0" w:color="auto"/>
            <w:left w:val="none" w:sz="0" w:space="0" w:color="auto"/>
            <w:bottom w:val="none" w:sz="0" w:space="0" w:color="auto"/>
            <w:right w:val="none" w:sz="0" w:space="0" w:color="auto"/>
          </w:divBdr>
        </w:div>
      </w:divsChild>
    </w:div>
    <w:div w:id="477574591">
      <w:bodyDiv w:val="1"/>
      <w:marLeft w:val="0"/>
      <w:marRight w:val="0"/>
      <w:marTop w:val="0"/>
      <w:marBottom w:val="0"/>
      <w:divBdr>
        <w:top w:val="none" w:sz="0" w:space="0" w:color="auto"/>
        <w:left w:val="none" w:sz="0" w:space="0" w:color="auto"/>
        <w:bottom w:val="none" w:sz="0" w:space="0" w:color="auto"/>
        <w:right w:val="none" w:sz="0" w:space="0" w:color="auto"/>
      </w:divBdr>
      <w:divsChild>
        <w:div w:id="2721361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597558">
          <w:blockQuote w:val="1"/>
          <w:marLeft w:val="720"/>
          <w:marRight w:val="720"/>
          <w:marTop w:val="100"/>
          <w:marBottom w:val="100"/>
          <w:divBdr>
            <w:top w:val="none" w:sz="0" w:space="0" w:color="auto"/>
            <w:left w:val="none" w:sz="0" w:space="0" w:color="auto"/>
            <w:bottom w:val="none" w:sz="0" w:space="0" w:color="auto"/>
            <w:right w:val="none" w:sz="0" w:space="0" w:color="auto"/>
          </w:divBdr>
        </w:div>
        <w:div w:id="316156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4155021">
      <w:bodyDiv w:val="1"/>
      <w:marLeft w:val="0"/>
      <w:marRight w:val="0"/>
      <w:marTop w:val="0"/>
      <w:marBottom w:val="0"/>
      <w:divBdr>
        <w:top w:val="none" w:sz="0" w:space="0" w:color="auto"/>
        <w:left w:val="none" w:sz="0" w:space="0" w:color="auto"/>
        <w:bottom w:val="none" w:sz="0" w:space="0" w:color="auto"/>
        <w:right w:val="none" w:sz="0" w:space="0" w:color="auto"/>
      </w:divBdr>
    </w:div>
    <w:div w:id="496969305">
      <w:bodyDiv w:val="1"/>
      <w:marLeft w:val="0"/>
      <w:marRight w:val="0"/>
      <w:marTop w:val="0"/>
      <w:marBottom w:val="0"/>
      <w:divBdr>
        <w:top w:val="none" w:sz="0" w:space="0" w:color="auto"/>
        <w:left w:val="none" w:sz="0" w:space="0" w:color="auto"/>
        <w:bottom w:val="none" w:sz="0" w:space="0" w:color="auto"/>
        <w:right w:val="none" w:sz="0" w:space="0" w:color="auto"/>
      </w:divBdr>
    </w:div>
    <w:div w:id="542595009">
      <w:bodyDiv w:val="1"/>
      <w:marLeft w:val="0"/>
      <w:marRight w:val="0"/>
      <w:marTop w:val="0"/>
      <w:marBottom w:val="0"/>
      <w:divBdr>
        <w:top w:val="none" w:sz="0" w:space="0" w:color="auto"/>
        <w:left w:val="none" w:sz="0" w:space="0" w:color="auto"/>
        <w:bottom w:val="none" w:sz="0" w:space="0" w:color="auto"/>
        <w:right w:val="none" w:sz="0" w:space="0" w:color="auto"/>
      </w:divBdr>
    </w:div>
    <w:div w:id="580262568">
      <w:bodyDiv w:val="1"/>
      <w:marLeft w:val="0"/>
      <w:marRight w:val="0"/>
      <w:marTop w:val="0"/>
      <w:marBottom w:val="0"/>
      <w:divBdr>
        <w:top w:val="none" w:sz="0" w:space="0" w:color="auto"/>
        <w:left w:val="none" w:sz="0" w:space="0" w:color="auto"/>
        <w:bottom w:val="none" w:sz="0" w:space="0" w:color="auto"/>
        <w:right w:val="none" w:sz="0" w:space="0" w:color="auto"/>
      </w:divBdr>
    </w:div>
    <w:div w:id="612245428">
      <w:bodyDiv w:val="1"/>
      <w:marLeft w:val="0"/>
      <w:marRight w:val="0"/>
      <w:marTop w:val="0"/>
      <w:marBottom w:val="0"/>
      <w:divBdr>
        <w:top w:val="none" w:sz="0" w:space="0" w:color="auto"/>
        <w:left w:val="none" w:sz="0" w:space="0" w:color="auto"/>
        <w:bottom w:val="none" w:sz="0" w:space="0" w:color="auto"/>
        <w:right w:val="none" w:sz="0" w:space="0" w:color="auto"/>
      </w:divBdr>
    </w:div>
    <w:div w:id="649670481">
      <w:bodyDiv w:val="1"/>
      <w:marLeft w:val="0"/>
      <w:marRight w:val="0"/>
      <w:marTop w:val="0"/>
      <w:marBottom w:val="0"/>
      <w:divBdr>
        <w:top w:val="none" w:sz="0" w:space="0" w:color="auto"/>
        <w:left w:val="none" w:sz="0" w:space="0" w:color="auto"/>
        <w:bottom w:val="none" w:sz="0" w:space="0" w:color="auto"/>
        <w:right w:val="none" w:sz="0" w:space="0" w:color="auto"/>
      </w:divBdr>
    </w:div>
    <w:div w:id="714814666">
      <w:bodyDiv w:val="1"/>
      <w:marLeft w:val="0"/>
      <w:marRight w:val="0"/>
      <w:marTop w:val="0"/>
      <w:marBottom w:val="0"/>
      <w:divBdr>
        <w:top w:val="none" w:sz="0" w:space="0" w:color="auto"/>
        <w:left w:val="none" w:sz="0" w:space="0" w:color="auto"/>
        <w:bottom w:val="none" w:sz="0" w:space="0" w:color="auto"/>
        <w:right w:val="none" w:sz="0" w:space="0" w:color="auto"/>
      </w:divBdr>
    </w:div>
    <w:div w:id="720519986">
      <w:bodyDiv w:val="1"/>
      <w:marLeft w:val="0"/>
      <w:marRight w:val="0"/>
      <w:marTop w:val="0"/>
      <w:marBottom w:val="0"/>
      <w:divBdr>
        <w:top w:val="none" w:sz="0" w:space="0" w:color="auto"/>
        <w:left w:val="none" w:sz="0" w:space="0" w:color="auto"/>
        <w:bottom w:val="none" w:sz="0" w:space="0" w:color="auto"/>
        <w:right w:val="none" w:sz="0" w:space="0" w:color="auto"/>
      </w:divBdr>
      <w:divsChild>
        <w:div w:id="1596402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9303093">
      <w:bodyDiv w:val="1"/>
      <w:marLeft w:val="0"/>
      <w:marRight w:val="0"/>
      <w:marTop w:val="0"/>
      <w:marBottom w:val="0"/>
      <w:divBdr>
        <w:top w:val="none" w:sz="0" w:space="0" w:color="auto"/>
        <w:left w:val="none" w:sz="0" w:space="0" w:color="auto"/>
        <w:bottom w:val="none" w:sz="0" w:space="0" w:color="auto"/>
        <w:right w:val="none" w:sz="0" w:space="0" w:color="auto"/>
      </w:divBdr>
      <w:divsChild>
        <w:div w:id="20904224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623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6081844">
      <w:bodyDiv w:val="1"/>
      <w:marLeft w:val="0"/>
      <w:marRight w:val="0"/>
      <w:marTop w:val="0"/>
      <w:marBottom w:val="0"/>
      <w:divBdr>
        <w:top w:val="none" w:sz="0" w:space="0" w:color="auto"/>
        <w:left w:val="none" w:sz="0" w:space="0" w:color="auto"/>
        <w:bottom w:val="none" w:sz="0" w:space="0" w:color="auto"/>
        <w:right w:val="none" w:sz="0" w:space="0" w:color="auto"/>
      </w:divBdr>
      <w:divsChild>
        <w:div w:id="154495177">
          <w:marLeft w:val="0"/>
          <w:marRight w:val="0"/>
          <w:marTop w:val="0"/>
          <w:marBottom w:val="0"/>
          <w:divBdr>
            <w:top w:val="none" w:sz="0" w:space="0" w:color="auto"/>
            <w:left w:val="none" w:sz="0" w:space="0" w:color="auto"/>
            <w:bottom w:val="none" w:sz="0" w:space="0" w:color="auto"/>
            <w:right w:val="none" w:sz="0" w:space="0" w:color="auto"/>
          </w:divBdr>
          <w:divsChild>
            <w:div w:id="1359312628">
              <w:marLeft w:val="0"/>
              <w:marRight w:val="0"/>
              <w:marTop w:val="0"/>
              <w:marBottom w:val="0"/>
              <w:divBdr>
                <w:top w:val="none" w:sz="0" w:space="0" w:color="auto"/>
                <w:left w:val="none" w:sz="0" w:space="0" w:color="auto"/>
                <w:bottom w:val="none" w:sz="0" w:space="0" w:color="auto"/>
                <w:right w:val="none" w:sz="0" w:space="0" w:color="auto"/>
              </w:divBdr>
              <w:divsChild>
                <w:div w:id="2119643041">
                  <w:marLeft w:val="0"/>
                  <w:marRight w:val="0"/>
                  <w:marTop w:val="0"/>
                  <w:marBottom w:val="0"/>
                  <w:divBdr>
                    <w:top w:val="none" w:sz="0" w:space="0" w:color="auto"/>
                    <w:left w:val="none" w:sz="0" w:space="0" w:color="auto"/>
                    <w:bottom w:val="none" w:sz="0" w:space="0" w:color="auto"/>
                    <w:right w:val="none" w:sz="0" w:space="0" w:color="auto"/>
                  </w:divBdr>
                  <w:divsChild>
                    <w:div w:id="1950694047">
                      <w:marLeft w:val="0"/>
                      <w:marRight w:val="0"/>
                      <w:marTop w:val="0"/>
                      <w:marBottom w:val="0"/>
                      <w:divBdr>
                        <w:top w:val="none" w:sz="0" w:space="0" w:color="auto"/>
                        <w:left w:val="none" w:sz="0" w:space="0" w:color="auto"/>
                        <w:bottom w:val="none" w:sz="0" w:space="0" w:color="auto"/>
                        <w:right w:val="none" w:sz="0" w:space="0" w:color="auto"/>
                      </w:divBdr>
                      <w:divsChild>
                        <w:div w:id="1956017814">
                          <w:marLeft w:val="0"/>
                          <w:marRight w:val="0"/>
                          <w:marTop w:val="0"/>
                          <w:marBottom w:val="0"/>
                          <w:divBdr>
                            <w:top w:val="none" w:sz="0" w:space="0" w:color="auto"/>
                            <w:left w:val="none" w:sz="0" w:space="0" w:color="auto"/>
                            <w:bottom w:val="none" w:sz="0" w:space="0" w:color="auto"/>
                            <w:right w:val="none" w:sz="0" w:space="0" w:color="auto"/>
                          </w:divBdr>
                          <w:divsChild>
                            <w:div w:id="985471931">
                              <w:marLeft w:val="0"/>
                              <w:marRight w:val="0"/>
                              <w:marTop w:val="0"/>
                              <w:marBottom w:val="0"/>
                              <w:divBdr>
                                <w:top w:val="none" w:sz="0" w:space="0" w:color="auto"/>
                                <w:left w:val="none" w:sz="0" w:space="0" w:color="auto"/>
                                <w:bottom w:val="none" w:sz="0" w:space="0" w:color="auto"/>
                                <w:right w:val="none" w:sz="0" w:space="0" w:color="auto"/>
                              </w:divBdr>
                              <w:divsChild>
                                <w:div w:id="964845990">
                                  <w:marLeft w:val="0"/>
                                  <w:marRight w:val="0"/>
                                  <w:marTop w:val="0"/>
                                  <w:marBottom w:val="0"/>
                                  <w:divBdr>
                                    <w:top w:val="none" w:sz="0" w:space="0" w:color="auto"/>
                                    <w:left w:val="none" w:sz="0" w:space="0" w:color="auto"/>
                                    <w:bottom w:val="none" w:sz="0" w:space="0" w:color="auto"/>
                                    <w:right w:val="none" w:sz="0" w:space="0" w:color="auto"/>
                                  </w:divBdr>
                                  <w:divsChild>
                                    <w:div w:id="1220050814">
                                      <w:marLeft w:val="0"/>
                                      <w:marRight w:val="0"/>
                                      <w:marTop w:val="0"/>
                                      <w:marBottom w:val="0"/>
                                      <w:divBdr>
                                        <w:top w:val="none" w:sz="0" w:space="0" w:color="auto"/>
                                        <w:left w:val="none" w:sz="0" w:space="0" w:color="auto"/>
                                        <w:bottom w:val="none" w:sz="0" w:space="0" w:color="auto"/>
                                        <w:right w:val="none" w:sz="0" w:space="0" w:color="auto"/>
                                      </w:divBdr>
                                      <w:divsChild>
                                        <w:div w:id="90469142">
                                          <w:marLeft w:val="0"/>
                                          <w:marRight w:val="0"/>
                                          <w:marTop w:val="0"/>
                                          <w:marBottom w:val="0"/>
                                          <w:divBdr>
                                            <w:top w:val="none" w:sz="0" w:space="0" w:color="auto"/>
                                            <w:left w:val="none" w:sz="0" w:space="0" w:color="auto"/>
                                            <w:bottom w:val="none" w:sz="0" w:space="0" w:color="auto"/>
                                            <w:right w:val="none" w:sz="0" w:space="0" w:color="auto"/>
                                          </w:divBdr>
                                          <w:divsChild>
                                            <w:div w:id="2008550701">
                                              <w:marLeft w:val="0"/>
                                              <w:marRight w:val="0"/>
                                              <w:marTop w:val="0"/>
                                              <w:marBottom w:val="0"/>
                                              <w:divBdr>
                                                <w:top w:val="none" w:sz="0" w:space="0" w:color="auto"/>
                                                <w:left w:val="none" w:sz="0" w:space="0" w:color="auto"/>
                                                <w:bottom w:val="none" w:sz="0" w:space="0" w:color="auto"/>
                                                <w:right w:val="none" w:sz="0" w:space="0" w:color="auto"/>
                                              </w:divBdr>
                                              <w:divsChild>
                                                <w:div w:id="202802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86506">
                                          <w:marLeft w:val="0"/>
                                          <w:marRight w:val="0"/>
                                          <w:marTop w:val="0"/>
                                          <w:marBottom w:val="0"/>
                                          <w:divBdr>
                                            <w:top w:val="none" w:sz="0" w:space="0" w:color="auto"/>
                                            <w:left w:val="none" w:sz="0" w:space="0" w:color="auto"/>
                                            <w:bottom w:val="none" w:sz="0" w:space="0" w:color="auto"/>
                                            <w:right w:val="none" w:sz="0" w:space="0" w:color="auto"/>
                                          </w:divBdr>
                                          <w:divsChild>
                                            <w:div w:id="1363282614">
                                              <w:marLeft w:val="0"/>
                                              <w:marRight w:val="0"/>
                                              <w:marTop w:val="0"/>
                                              <w:marBottom w:val="0"/>
                                              <w:divBdr>
                                                <w:top w:val="none" w:sz="0" w:space="0" w:color="auto"/>
                                                <w:left w:val="none" w:sz="0" w:space="0" w:color="auto"/>
                                                <w:bottom w:val="none" w:sz="0" w:space="0" w:color="auto"/>
                                                <w:right w:val="none" w:sz="0" w:space="0" w:color="auto"/>
                                              </w:divBdr>
                                              <w:divsChild>
                                                <w:div w:id="330714843">
                                                  <w:marLeft w:val="0"/>
                                                  <w:marRight w:val="0"/>
                                                  <w:marTop w:val="0"/>
                                                  <w:marBottom w:val="0"/>
                                                  <w:divBdr>
                                                    <w:top w:val="none" w:sz="0" w:space="0" w:color="auto"/>
                                                    <w:left w:val="none" w:sz="0" w:space="0" w:color="auto"/>
                                                    <w:bottom w:val="none" w:sz="0" w:space="0" w:color="auto"/>
                                                    <w:right w:val="none" w:sz="0" w:space="0" w:color="auto"/>
                                                  </w:divBdr>
                                                  <w:divsChild>
                                                    <w:div w:id="1634752986">
                                                      <w:marLeft w:val="0"/>
                                                      <w:marRight w:val="0"/>
                                                      <w:marTop w:val="0"/>
                                                      <w:marBottom w:val="0"/>
                                                      <w:divBdr>
                                                        <w:top w:val="none" w:sz="0" w:space="0" w:color="auto"/>
                                                        <w:left w:val="none" w:sz="0" w:space="0" w:color="auto"/>
                                                        <w:bottom w:val="none" w:sz="0" w:space="0" w:color="auto"/>
                                                        <w:right w:val="none" w:sz="0" w:space="0" w:color="auto"/>
                                                      </w:divBdr>
                                                      <w:divsChild>
                                                        <w:div w:id="346714729">
                                                          <w:blockQuote w:val="1"/>
                                                          <w:marLeft w:val="720"/>
                                                          <w:marRight w:val="720"/>
                                                          <w:marTop w:val="100"/>
                                                          <w:marBottom w:val="100"/>
                                                          <w:divBdr>
                                                            <w:top w:val="none" w:sz="0" w:space="0" w:color="auto"/>
                                                            <w:left w:val="none" w:sz="0" w:space="0" w:color="auto"/>
                                                            <w:bottom w:val="none" w:sz="0" w:space="0" w:color="auto"/>
                                                            <w:right w:val="none" w:sz="0" w:space="0" w:color="auto"/>
                                                          </w:divBdr>
                                                        </w:div>
                                                        <w:div w:id="921371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6656910">
          <w:marLeft w:val="0"/>
          <w:marRight w:val="0"/>
          <w:marTop w:val="0"/>
          <w:marBottom w:val="0"/>
          <w:divBdr>
            <w:top w:val="none" w:sz="0" w:space="0" w:color="auto"/>
            <w:left w:val="none" w:sz="0" w:space="0" w:color="auto"/>
            <w:bottom w:val="none" w:sz="0" w:space="0" w:color="auto"/>
            <w:right w:val="none" w:sz="0" w:space="0" w:color="auto"/>
          </w:divBdr>
          <w:divsChild>
            <w:div w:id="1271084370">
              <w:marLeft w:val="0"/>
              <w:marRight w:val="0"/>
              <w:marTop w:val="0"/>
              <w:marBottom w:val="0"/>
              <w:divBdr>
                <w:top w:val="none" w:sz="0" w:space="0" w:color="auto"/>
                <w:left w:val="none" w:sz="0" w:space="0" w:color="auto"/>
                <w:bottom w:val="none" w:sz="0" w:space="0" w:color="auto"/>
                <w:right w:val="none" w:sz="0" w:space="0" w:color="auto"/>
              </w:divBdr>
              <w:divsChild>
                <w:div w:id="1556816013">
                  <w:marLeft w:val="0"/>
                  <w:marRight w:val="0"/>
                  <w:marTop w:val="0"/>
                  <w:marBottom w:val="0"/>
                  <w:divBdr>
                    <w:top w:val="none" w:sz="0" w:space="0" w:color="auto"/>
                    <w:left w:val="none" w:sz="0" w:space="0" w:color="auto"/>
                    <w:bottom w:val="none" w:sz="0" w:space="0" w:color="auto"/>
                    <w:right w:val="none" w:sz="0" w:space="0" w:color="auto"/>
                  </w:divBdr>
                  <w:divsChild>
                    <w:div w:id="680662363">
                      <w:marLeft w:val="0"/>
                      <w:marRight w:val="0"/>
                      <w:marTop w:val="0"/>
                      <w:marBottom w:val="0"/>
                      <w:divBdr>
                        <w:top w:val="none" w:sz="0" w:space="0" w:color="auto"/>
                        <w:left w:val="none" w:sz="0" w:space="0" w:color="auto"/>
                        <w:bottom w:val="none" w:sz="0" w:space="0" w:color="auto"/>
                        <w:right w:val="none" w:sz="0" w:space="0" w:color="auto"/>
                      </w:divBdr>
                      <w:divsChild>
                        <w:div w:id="174078547">
                          <w:marLeft w:val="0"/>
                          <w:marRight w:val="0"/>
                          <w:marTop w:val="0"/>
                          <w:marBottom w:val="0"/>
                          <w:divBdr>
                            <w:top w:val="none" w:sz="0" w:space="0" w:color="auto"/>
                            <w:left w:val="none" w:sz="0" w:space="0" w:color="auto"/>
                            <w:bottom w:val="none" w:sz="0" w:space="0" w:color="auto"/>
                            <w:right w:val="none" w:sz="0" w:space="0" w:color="auto"/>
                          </w:divBdr>
                          <w:divsChild>
                            <w:div w:id="181671124">
                              <w:marLeft w:val="0"/>
                              <w:marRight w:val="0"/>
                              <w:marTop w:val="0"/>
                              <w:marBottom w:val="0"/>
                              <w:divBdr>
                                <w:top w:val="none" w:sz="0" w:space="0" w:color="auto"/>
                                <w:left w:val="none" w:sz="0" w:space="0" w:color="auto"/>
                                <w:bottom w:val="none" w:sz="0" w:space="0" w:color="auto"/>
                                <w:right w:val="none" w:sz="0" w:space="0" w:color="auto"/>
                              </w:divBdr>
                              <w:divsChild>
                                <w:div w:id="1799298267">
                                  <w:marLeft w:val="0"/>
                                  <w:marRight w:val="0"/>
                                  <w:marTop w:val="0"/>
                                  <w:marBottom w:val="0"/>
                                  <w:divBdr>
                                    <w:top w:val="none" w:sz="0" w:space="0" w:color="auto"/>
                                    <w:left w:val="none" w:sz="0" w:space="0" w:color="auto"/>
                                    <w:bottom w:val="none" w:sz="0" w:space="0" w:color="auto"/>
                                    <w:right w:val="none" w:sz="0" w:space="0" w:color="auto"/>
                                  </w:divBdr>
                                  <w:divsChild>
                                    <w:div w:id="474879297">
                                      <w:marLeft w:val="0"/>
                                      <w:marRight w:val="0"/>
                                      <w:marTop w:val="0"/>
                                      <w:marBottom w:val="0"/>
                                      <w:divBdr>
                                        <w:top w:val="none" w:sz="0" w:space="0" w:color="auto"/>
                                        <w:left w:val="none" w:sz="0" w:space="0" w:color="auto"/>
                                        <w:bottom w:val="none" w:sz="0" w:space="0" w:color="auto"/>
                                        <w:right w:val="none" w:sz="0" w:space="0" w:color="auto"/>
                                      </w:divBdr>
                                      <w:divsChild>
                                        <w:div w:id="1171288506">
                                          <w:marLeft w:val="0"/>
                                          <w:marRight w:val="0"/>
                                          <w:marTop w:val="0"/>
                                          <w:marBottom w:val="0"/>
                                          <w:divBdr>
                                            <w:top w:val="none" w:sz="0" w:space="0" w:color="auto"/>
                                            <w:left w:val="none" w:sz="0" w:space="0" w:color="auto"/>
                                            <w:bottom w:val="none" w:sz="0" w:space="0" w:color="auto"/>
                                            <w:right w:val="none" w:sz="0" w:space="0" w:color="auto"/>
                                          </w:divBdr>
                                          <w:divsChild>
                                            <w:div w:id="920600365">
                                              <w:marLeft w:val="0"/>
                                              <w:marRight w:val="0"/>
                                              <w:marTop w:val="0"/>
                                              <w:marBottom w:val="0"/>
                                              <w:divBdr>
                                                <w:top w:val="none" w:sz="0" w:space="0" w:color="auto"/>
                                                <w:left w:val="none" w:sz="0" w:space="0" w:color="auto"/>
                                                <w:bottom w:val="none" w:sz="0" w:space="0" w:color="auto"/>
                                                <w:right w:val="none" w:sz="0" w:space="0" w:color="auto"/>
                                              </w:divBdr>
                                              <w:divsChild>
                                                <w:div w:id="1745570619">
                                                  <w:marLeft w:val="0"/>
                                                  <w:marRight w:val="0"/>
                                                  <w:marTop w:val="0"/>
                                                  <w:marBottom w:val="0"/>
                                                  <w:divBdr>
                                                    <w:top w:val="none" w:sz="0" w:space="0" w:color="auto"/>
                                                    <w:left w:val="none" w:sz="0" w:space="0" w:color="auto"/>
                                                    <w:bottom w:val="none" w:sz="0" w:space="0" w:color="auto"/>
                                                    <w:right w:val="none" w:sz="0" w:space="0" w:color="auto"/>
                                                  </w:divBdr>
                                                  <w:divsChild>
                                                    <w:div w:id="1247688290">
                                                      <w:marLeft w:val="0"/>
                                                      <w:marRight w:val="0"/>
                                                      <w:marTop w:val="0"/>
                                                      <w:marBottom w:val="0"/>
                                                      <w:divBdr>
                                                        <w:top w:val="none" w:sz="0" w:space="0" w:color="auto"/>
                                                        <w:left w:val="none" w:sz="0" w:space="0" w:color="auto"/>
                                                        <w:bottom w:val="none" w:sz="0" w:space="0" w:color="auto"/>
                                                        <w:right w:val="none" w:sz="0" w:space="0" w:color="auto"/>
                                                      </w:divBdr>
                                                      <w:divsChild>
                                                        <w:div w:id="2126382382">
                                                          <w:marLeft w:val="0"/>
                                                          <w:marRight w:val="0"/>
                                                          <w:marTop w:val="0"/>
                                                          <w:marBottom w:val="0"/>
                                                          <w:divBdr>
                                                            <w:top w:val="none" w:sz="0" w:space="0" w:color="auto"/>
                                                            <w:left w:val="none" w:sz="0" w:space="0" w:color="auto"/>
                                                            <w:bottom w:val="none" w:sz="0" w:space="0" w:color="auto"/>
                                                            <w:right w:val="none" w:sz="0" w:space="0" w:color="auto"/>
                                                          </w:divBdr>
                                                          <w:divsChild>
                                                            <w:div w:id="370233516">
                                                              <w:marLeft w:val="0"/>
                                                              <w:marRight w:val="0"/>
                                                              <w:marTop w:val="0"/>
                                                              <w:marBottom w:val="0"/>
                                                              <w:divBdr>
                                                                <w:top w:val="none" w:sz="0" w:space="0" w:color="auto"/>
                                                                <w:left w:val="none" w:sz="0" w:space="0" w:color="auto"/>
                                                                <w:bottom w:val="none" w:sz="0" w:space="0" w:color="auto"/>
                                                                <w:right w:val="none" w:sz="0" w:space="0" w:color="auto"/>
                                                              </w:divBdr>
                                                              <w:divsChild>
                                                                <w:div w:id="207284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5462358">
      <w:bodyDiv w:val="1"/>
      <w:marLeft w:val="0"/>
      <w:marRight w:val="0"/>
      <w:marTop w:val="0"/>
      <w:marBottom w:val="0"/>
      <w:divBdr>
        <w:top w:val="none" w:sz="0" w:space="0" w:color="auto"/>
        <w:left w:val="none" w:sz="0" w:space="0" w:color="auto"/>
        <w:bottom w:val="none" w:sz="0" w:space="0" w:color="auto"/>
        <w:right w:val="none" w:sz="0" w:space="0" w:color="auto"/>
      </w:divBdr>
      <w:divsChild>
        <w:div w:id="1909917554">
          <w:marLeft w:val="0"/>
          <w:marRight w:val="0"/>
          <w:marTop w:val="0"/>
          <w:marBottom w:val="0"/>
          <w:divBdr>
            <w:top w:val="none" w:sz="0" w:space="0" w:color="auto"/>
            <w:left w:val="none" w:sz="0" w:space="0" w:color="auto"/>
            <w:bottom w:val="none" w:sz="0" w:space="0" w:color="auto"/>
            <w:right w:val="none" w:sz="0" w:space="0" w:color="auto"/>
          </w:divBdr>
          <w:divsChild>
            <w:div w:id="1743916693">
              <w:marLeft w:val="0"/>
              <w:marRight w:val="0"/>
              <w:marTop w:val="0"/>
              <w:marBottom w:val="0"/>
              <w:divBdr>
                <w:top w:val="none" w:sz="0" w:space="0" w:color="auto"/>
                <w:left w:val="none" w:sz="0" w:space="0" w:color="auto"/>
                <w:bottom w:val="none" w:sz="0" w:space="0" w:color="auto"/>
                <w:right w:val="none" w:sz="0" w:space="0" w:color="auto"/>
              </w:divBdr>
              <w:divsChild>
                <w:div w:id="1958175046">
                  <w:marLeft w:val="0"/>
                  <w:marRight w:val="0"/>
                  <w:marTop w:val="0"/>
                  <w:marBottom w:val="0"/>
                  <w:divBdr>
                    <w:top w:val="none" w:sz="0" w:space="0" w:color="auto"/>
                    <w:left w:val="none" w:sz="0" w:space="0" w:color="auto"/>
                    <w:bottom w:val="none" w:sz="0" w:space="0" w:color="auto"/>
                    <w:right w:val="none" w:sz="0" w:space="0" w:color="auto"/>
                  </w:divBdr>
                  <w:divsChild>
                    <w:div w:id="869880687">
                      <w:marLeft w:val="0"/>
                      <w:marRight w:val="0"/>
                      <w:marTop w:val="0"/>
                      <w:marBottom w:val="0"/>
                      <w:divBdr>
                        <w:top w:val="none" w:sz="0" w:space="0" w:color="auto"/>
                        <w:left w:val="none" w:sz="0" w:space="0" w:color="auto"/>
                        <w:bottom w:val="none" w:sz="0" w:space="0" w:color="auto"/>
                        <w:right w:val="none" w:sz="0" w:space="0" w:color="auto"/>
                      </w:divBdr>
                      <w:divsChild>
                        <w:div w:id="459998963">
                          <w:marLeft w:val="0"/>
                          <w:marRight w:val="0"/>
                          <w:marTop w:val="0"/>
                          <w:marBottom w:val="0"/>
                          <w:divBdr>
                            <w:top w:val="none" w:sz="0" w:space="0" w:color="auto"/>
                            <w:left w:val="none" w:sz="0" w:space="0" w:color="auto"/>
                            <w:bottom w:val="none" w:sz="0" w:space="0" w:color="auto"/>
                            <w:right w:val="none" w:sz="0" w:space="0" w:color="auto"/>
                          </w:divBdr>
                          <w:divsChild>
                            <w:div w:id="1281960193">
                              <w:marLeft w:val="0"/>
                              <w:marRight w:val="0"/>
                              <w:marTop w:val="0"/>
                              <w:marBottom w:val="0"/>
                              <w:divBdr>
                                <w:top w:val="none" w:sz="0" w:space="0" w:color="auto"/>
                                <w:left w:val="none" w:sz="0" w:space="0" w:color="auto"/>
                                <w:bottom w:val="none" w:sz="0" w:space="0" w:color="auto"/>
                                <w:right w:val="none" w:sz="0" w:space="0" w:color="auto"/>
                              </w:divBdr>
                              <w:divsChild>
                                <w:div w:id="1909025651">
                                  <w:marLeft w:val="0"/>
                                  <w:marRight w:val="0"/>
                                  <w:marTop w:val="0"/>
                                  <w:marBottom w:val="0"/>
                                  <w:divBdr>
                                    <w:top w:val="none" w:sz="0" w:space="0" w:color="auto"/>
                                    <w:left w:val="none" w:sz="0" w:space="0" w:color="auto"/>
                                    <w:bottom w:val="none" w:sz="0" w:space="0" w:color="auto"/>
                                    <w:right w:val="none" w:sz="0" w:space="0" w:color="auto"/>
                                  </w:divBdr>
                                  <w:divsChild>
                                    <w:div w:id="165714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0341876">
      <w:bodyDiv w:val="1"/>
      <w:marLeft w:val="0"/>
      <w:marRight w:val="0"/>
      <w:marTop w:val="0"/>
      <w:marBottom w:val="0"/>
      <w:divBdr>
        <w:top w:val="none" w:sz="0" w:space="0" w:color="auto"/>
        <w:left w:val="none" w:sz="0" w:space="0" w:color="auto"/>
        <w:bottom w:val="none" w:sz="0" w:space="0" w:color="auto"/>
        <w:right w:val="none" w:sz="0" w:space="0" w:color="auto"/>
      </w:divBdr>
    </w:div>
    <w:div w:id="853227405">
      <w:bodyDiv w:val="1"/>
      <w:marLeft w:val="0"/>
      <w:marRight w:val="0"/>
      <w:marTop w:val="0"/>
      <w:marBottom w:val="0"/>
      <w:divBdr>
        <w:top w:val="none" w:sz="0" w:space="0" w:color="auto"/>
        <w:left w:val="none" w:sz="0" w:space="0" w:color="auto"/>
        <w:bottom w:val="none" w:sz="0" w:space="0" w:color="auto"/>
        <w:right w:val="none" w:sz="0" w:space="0" w:color="auto"/>
      </w:divBdr>
    </w:div>
    <w:div w:id="856963531">
      <w:bodyDiv w:val="1"/>
      <w:marLeft w:val="0"/>
      <w:marRight w:val="0"/>
      <w:marTop w:val="0"/>
      <w:marBottom w:val="0"/>
      <w:divBdr>
        <w:top w:val="none" w:sz="0" w:space="0" w:color="auto"/>
        <w:left w:val="none" w:sz="0" w:space="0" w:color="auto"/>
        <w:bottom w:val="none" w:sz="0" w:space="0" w:color="auto"/>
        <w:right w:val="none" w:sz="0" w:space="0" w:color="auto"/>
      </w:divBdr>
      <w:divsChild>
        <w:div w:id="1978798410">
          <w:blockQuote w:val="1"/>
          <w:marLeft w:val="720"/>
          <w:marRight w:val="720"/>
          <w:marTop w:val="100"/>
          <w:marBottom w:val="100"/>
          <w:divBdr>
            <w:top w:val="none" w:sz="0" w:space="0" w:color="auto"/>
            <w:left w:val="none" w:sz="0" w:space="0" w:color="auto"/>
            <w:bottom w:val="none" w:sz="0" w:space="0" w:color="auto"/>
            <w:right w:val="none" w:sz="0" w:space="0" w:color="auto"/>
          </w:divBdr>
        </w:div>
        <w:div w:id="692613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8481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5482569">
      <w:bodyDiv w:val="1"/>
      <w:marLeft w:val="0"/>
      <w:marRight w:val="0"/>
      <w:marTop w:val="0"/>
      <w:marBottom w:val="0"/>
      <w:divBdr>
        <w:top w:val="none" w:sz="0" w:space="0" w:color="auto"/>
        <w:left w:val="none" w:sz="0" w:space="0" w:color="auto"/>
        <w:bottom w:val="none" w:sz="0" w:space="0" w:color="auto"/>
        <w:right w:val="none" w:sz="0" w:space="0" w:color="auto"/>
      </w:divBdr>
    </w:div>
    <w:div w:id="891648895">
      <w:bodyDiv w:val="1"/>
      <w:marLeft w:val="0"/>
      <w:marRight w:val="0"/>
      <w:marTop w:val="0"/>
      <w:marBottom w:val="0"/>
      <w:divBdr>
        <w:top w:val="none" w:sz="0" w:space="0" w:color="auto"/>
        <w:left w:val="none" w:sz="0" w:space="0" w:color="auto"/>
        <w:bottom w:val="none" w:sz="0" w:space="0" w:color="auto"/>
        <w:right w:val="none" w:sz="0" w:space="0" w:color="auto"/>
      </w:divBdr>
    </w:div>
    <w:div w:id="891775525">
      <w:bodyDiv w:val="1"/>
      <w:marLeft w:val="0"/>
      <w:marRight w:val="0"/>
      <w:marTop w:val="0"/>
      <w:marBottom w:val="0"/>
      <w:divBdr>
        <w:top w:val="none" w:sz="0" w:space="0" w:color="auto"/>
        <w:left w:val="none" w:sz="0" w:space="0" w:color="auto"/>
        <w:bottom w:val="none" w:sz="0" w:space="0" w:color="auto"/>
        <w:right w:val="none" w:sz="0" w:space="0" w:color="auto"/>
      </w:divBdr>
    </w:div>
    <w:div w:id="953557945">
      <w:bodyDiv w:val="1"/>
      <w:marLeft w:val="0"/>
      <w:marRight w:val="0"/>
      <w:marTop w:val="0"/>
      <w:marBottom w:val="0"/>
      <w:divBdr>
        <w:top w:val="none" w:sz="0" w:space="0" w:color="auto"/>
        <w:left w:val="none" w:sz="0" w:space="0" w:color="auto"/>
        <w:bottom w:val="none" w:sz="0" w:space="0" w:color="auto"/>
        <w:right w:val="none" w:sz="0" w:space="0" w:color="auto"/>
      </w:divBdr>
    </w:div>
    <w:div w:id="960573293">
      <w:bodyDiv w:val="1"/>
      <w:marLeft w:val="0"/>
      <w:marRight w:val="0"/>
      <w:marTop w:val="0"/>
      <w:marBottom w:val="0"/>
      <w:divBdr>
        <w:top w:val="none" w:sz="0" w:space="0" w:color="auto"/>
        <w:left w:val="none" w:sz="0" w:space="0" w:color="auto"/>
        <w:bottom w:val="none" w:sz="0" w:space="0" w:color="auto"/>
        <w:right w:val="none" w:sz="0" w:space="0" w:color="auto"/>
      </w:divBdr>
    </w:div>
    <w:div w:id="1054157943">
      <w:bodyDiv w:val="1"/>
      <w:marLeft w:val="0"/>
      <w:marRight w:val="0"/>
      <w:marTop w:val="0"/>
      <w:marBottom w:val="0"/>
      <w:divBdr>
        <w:top w:val="none" w:sz="0" w:space="0" w:color="auto"/>
        <w:left w:val="none" w:sz="0" w:space="0" w:color="auto"/>
        <w:bottom w:val="none" w:sz="0" w:space="0" w:color="auto"/>
        <w:right w:val="none" w:sz="0" w:space="0" w:color="auto"/>
      </w:divBdr>
    </w:div>
    <w:div w:id="1062097368">
      <w:bodyDiv w:val="1"/>
      <w:marLeft w:val="0"/>
      <w:marRight w:val="0"/>
      <w:marTop w:val="0"/>
      <w:marBottom w:val="0"/>
      <w:divBdr>
        <w:top w:val="none" w:sz="0" w:space="0" w:color="auto"/>
        <w:left w:val="none" w:sz="0" w:space="0" w:color="auto"/>
        <w:bottom w:val="none" w:sz="0" w:space="0" w:color="auto"/>
        <w:right w:val="none" w:sz="0" w:space="0" w:color="auto"/>
      </w:divBdr>
    </w:div>
    <w:div w:id="1067338566">
      <w:bodyDiv w:val="1"/>
      <w:marLeft w:val="0"/>
      <w:marRight w:val="0"/>
      <w:marTop w:val="0"/>
      <w:marBottom w:val="0"/>
      <w:divBdr>
        <w:top w:val="none" w:sz="0" w:space="0" w:color="auto"/>
        <w:left w:val="none" w:sz="0" w:space="0" w:color="auto"/>
        <w:bottom w:val="none" w:sz="0" w:space="0" w:color="auto"/>
        <w:right w:val="none" w:sz="0" w:space="0" w:color="auto"/>
      </w:divBdr>
    </w:div>
    <w:div w:id="1077284937">
      <w:bodyDiv w:val="1"/>
      <w:marLeft w:val="0"/>
      <w:marRight w:val="0"/>
      <w:marTop w:val="0"/>
      <w:marBottom w:val="0"/>
      <w:divBdr>
        <w:top w:val="none" w:sz="0" w:space="0" w:color="auto"/>
        <w:left w:val="none" w:sz="0" w:space="0" w:color="auto"/>
        <w:bottom w:val="none" w:sz="0" w:space="0" w:color="auto"/>
        <w:right w:val="none" w:sz="0" w:space="0" w:color="auto"/>
      </w:divBdr>
    </w:div>
    <w:div w:id="1115096865">
      <w:bodyDiv w:val="1"/>
      <w:marLeft w:val="0"/>
      <w:marRight w:val="0"/>
      <w:marTop w:val="0"/>
      <w:marBottom w:val="0"/>
      <w:divBdr>
        <w:top w:val="none" w:sz="0" w:space="0" w:color="auto"/>
        <w:left w:val="none" w:sz="0" w:space="0" w:color="auto"/>
        <w:bottom w:val="none" w:sz="0" w:space="0" w:color="auto"/>
        <w:right w:val="none" w:sz="0" w:space="0" w:color="auto"/>
      </w:divBdr>
    </w:div>
    <w:div w:id="1152603326">
      <w:bodyDiv w:val="1"/>
      <w:marLeft w:val="0"/>
      <w:marRight w:val="0"/>
      <w:marTop w:val="0"/>
      <w:marBottom w:val="0"/>
      <w:divBdr>
        <w:top w:val="none" w:sz="0" w:space="0" w:color="auto"/>
        <w:left w:val="none" w:sz="0" w:space="0" w:color="auto"/>
        <w:bottom w:val="none" w:sz="0" w:space="0" w:color="auto"/>
        <w:right w:val="none" w:sz="0" w:space="0" w:color="auto"/>
      </w:divBdr>
      <w:divsChild>
        <w:div w:id="25043578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6139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777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202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4343699">
      <w:bodyDiv w:val="1"/>
      <w:marLeft w:val="0"/>
      <w:marRight w:val="0"/>
      <w:marTop w:val="0"/>
      <w:marBottom w:val="0"/>
      <w:divBdr>
        <w:top w:val="none" w:sz="0" w:space="0" w:color="auto"/>
        <w:left w:val="none" w:sz="0" w:space="0" w:color="auto"/>
        <w:bottom w:val="none" w:sz="0" w:space="0" w:color="auto"/>
        <w:right w:val="none" w:sz="0" w:space="0" w:color="auto"/>
      </w:divBdr>
    </w:div>
    <w:div w:id="1228295994">
      <w:bodyDiv w:val="1"/>
      <w:marLeft w:val="0"/>
      <w:marRight w:val="0"/>
      <w:marTop w:val="0"/>
      <w:marBottom w:val="0"/>
      <w:divBdr>
        <w:top w:val="none" w:sz="0" w:space="0" w:color="auto"/>
        <w:left w:val="none" w:sz="0" w:space="0" w:color="auto"/>
        <w:bottom w:val="none" w:sz="0" w:space="0" w:color="auto"/>
        <w:right w:val="none" w:sz="0" w:space="0" w:color="auto"/>
      </w:divBdr>
    </w:div>
    <w:div w:id="1245996337">
      <w:bodyDiv w:val="1"/>
      <w:marLeft w:val="0"/>
      <w:marRight w:val="0"/>
      <w:marTop w:val="0"/>
      <w:marBottom w:val="0"/>
      <w:divBdr>
        <w:top w:val="none" w:sz="0" w:space="0" w:color="auto"/>
        <w:left w:val="none" w:sz="0" w:space="0" w:color="auto"/>
        <w:bottom w:val="none" w:sz="0" w:space="0" w:color="auto"/>
        <w:right w:val="none" w:sz="0" w:space="0" w:color="auto"/>
      </w:divBdr>
    </w:div>
    <w:div w:id="1256406213">
      <w:bodyDiv w:val="1"/>
      <w:marLeft w:val="0"/>
      <w:marRight w:val="0"/>
      <w:marTop w:val="0"/>
      <w:marBottom w:val="0"/>
      <w:divBdr>
        <w:top w:val="none" w:sz="0" w:space="0" w:color="auto"/>
        <w:left w:val="none" w:sz="0" w:space="0" w:color="auto"/>
        <w:bottom w:val="none" w:sz="0" w:space="0" w:color="auto"/>
        <w:right w:val="none" w:sz="0" w:space="0" w:color="auto"/>
      </w:divBdr>
    </w:div>
    <w:div w:id="1280452967">
      <w:bodyDiv w:val="1"/>
      <w:marLeft w:val="0"/>
      <w:marRight w:val="0"/>
      <w:marTop w:val="0"/>
      <w:marBottom w:val="0"/>
      <w:divBdr>
        <w:top w:val="none" w:sz="0" w:space="0" w:color="auto"/>
        <w:left w:val="none" w:sz="0" w:space="0" w:color="auto"/>
        <w:bottom w:val="none" w:sz="0" w:space="0" w:color="auto"/>
        <w:right w:val="none" w:sz="0" w:space="0" w:color="auto"/>
      </w:divBdr>
    </w:div>
    <w:div w:id="1286429641">
      <w:bodyDiv w:val="1"/>
      <w:marLeft w:val="0"/>
      <w:marRight w:val="0"/>
      <w:marTop w:val="0"/>
      <w:marBottom w:val="0"/>
      <w:divBdr>
        <w:top w:val="none" w:sz="0" w:space="0" w:color="auto"/>
        <w:left w:val="none" w:sz="0" w:space="0" w:color="auto"/>
        <w:bottom w:val="none" w:sz="0" w:space="0" w:color="auto"/>
        <w:right w:val="none" w:sz="0" w:space="0" w:color="auto"/>
      </w:divBdr>
      <w:divsChild>
        <w:div w:id="1738627881">
          <w:marLeft w:val="0"/>
          <w:marRight w:val="0"/>
          <w:marTop w:val="0"/>
          <w:marBottom w:val="0"/>
          <w:divBdr>
            <w:top w:val="none" w:sz="0" w:space="0" w:color="auto"/>
            <w:left w:val="none" w:sz="0" w:space="0" w:color="auto"/>
            <w:bottom w:val="none" w:sz="0" w:space="0" w:color="auto"/>
            <w:right w:val="none" w:sz="0" w:space="0" w:color="auto"/>
          </w:divBdr>
          <w:divsChild>
            <w:div w:id="1595938670">
              <w:marLeft w:val="0"/>
              <w:marRight w:val="0"/>
              <w:marTop w:val="0"/>
              <w:marBottom w:val="0"/>
              <w:divBdr>
                <w:top w:val="none" w:sz="0" w:space="0" w:color="auto"/>
                <w:left w:val="none" w:sz="0" w:space="0" w:color="auto"/>
                <w:bottom w:val="none" w:sz="0" w:space="0" w:color="auto"/>
                <w:right w:val="none" w:sz="0" w:space="0" w:color="auto"/>
              </w:divBdr>
              <w:divsChild>
                <w:div w:id="2009477416">
                  <w:marLeft w:val="0"/>
                  <w:marRight w:val="0"/>
                  <w:marTop w:val="0"/>
                  <w:marBottom w:val="0"/>
                  <w:divBdr>
                    <w:top w:val="none" w:sz="0" w:space="0" w:color="auto"/>
                    <w:left w:val="none" w:sz="0" w:space="0" w:color="auto"/>
                    <w:bottom w:val="none" w:sz="0" w:space="0" w:color="auto"/>
                    <w:right w:val="none" w:sz="0" w:space="0" w:color="auto"/>
                  </w:divBdr>
                  <w:divsChild>
                    <w:div w:id="1193804516">
                      <w:marLeft w:val="0"/>
                      <w:marRight w:val="0"/>
                      <w:marTop w:val="0"/>
                      <w:marBottom w:val="0"/>
                      <w:divBdr>
                        <w:top w:val="none" w:sz="0" w:space="0" w:color="auto"/>
                        <w:left w:val="none" w:sz="0" w:space="0" w:color="auto"/>
                        <w:bottom w:val="none" w:sz="0" w:space="0" w:color="auto"/>
                        <w:right w:val="none" w:sz="0" w:space="0" w:color="auto"/>
                      </w:divBdr>
                      <w:divsChild>
                        <w:div w:id="972710767">
                          <w:marLeft w:val="0"/>
                          <w:marRight w:val="0"/>
                          <w:marTop w:val="0"/>
                          <w:marBottom w:val="0"/>
                          <w:divBdr>
                            <w:top w:val="none" w:sz="0" w:space="0" w:color="auto"/>
                            <w:left w:val="none" w:sz="0" w:space="0" w:color="auto"/>
                            <w:bottom w:val="none" w:sz="0" w:space="0" w:color="auto"/>
                            <w:right w:val="none" w:sz="0" w:space="0" w:color="auto"/>
                          </w:divBdr>
                          <w:divsChild>
                            <w:div w:id="1560898098">
                              <w:marLeft w:val="0"/>
                              <w:marRight w:val="0"/>
                              <w:marTop w:val="0"/>
                              <w:marBottom w:val="0"/>
                              <w:divBdr>
                                <w:top w:val="none" w:sz="0" w:space="0" w:color="auto"/>
                                <w:left w:val="none" w:sz="0" w:space="0" w:color="auto"/>
                                <w:bottom w:val="none" w:sz="0" w:space="0" w:color="auto"/>
                                <w:right w:val="none" w:sz="0" w:space="0" w:color="auto"/>
                              </w:divBdr>
                              <w:divsChild>
                                <w:div w:id="1534536082">
                                  <w:marLeft w:val="0"/>
                                  <w:marRight w:val="0"/>
                                  <w:marTop w:val="0"/>
                                  <w:marBottom w:val="0"/>
                                  <w:divBdr>
                                    <w:top w:val="none" w:sz="0" w:space="0" w:color="auto"/>
                                    <w:left w:val="none" w:sz="0" w:space="0" w:color="auto"/>
                                    <w:bottom w:val="none" w:sz="0" w:space="0" w:color="auto"/>
                                    <w:right w:val="none" w:sz="0" w:space="0" w:color="auto"/>
                                  </w:divBdr>
                                  <w:divsChild>
                                    <w:div w:id="42245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7854866">
      <w:bodyDiv w:val="1"/>
      <w:marLeft w:val="0"/>
      <w:marRight w:val="0"/>
      <w:marTop w:val="0"/>
      <w:marBottom w:val="0"/>
      <w:divBdr>
        <w:top w:val="none" w:sz="0" w:space="0" w:color="auto"/>
        <w:left w:val="none" w:sz="0" w:space="0" w:color="auto"/>
        <w:bottom w:val="none" w:sz="0" w:space="0" w:color="auto"/>
        <w:right w:val="none" w:sz="0" w:space="0" w:color="auto"/>
      </w:divBdr>
    </w:div>
    <w:div w:id="1288241572">
      <w:bodyDiv w:val="1"/>
      <w:marLeft w:val="0"/>
      <w:marRight w:val="0"/>
      <w:marTop w:val="0"/>
      <w:marBottom w:val="0"/>
      <w:divBdr>
        <w:top w:val="none" w:sz="0" w:space="0" w:color="auto"/>
        <w:left w:val="none" w:sz="0" w:space="0" w:color="auto"/>
        <w:bottom w:val="none" w:sz="0" w:space="0" w:color="auto"/>
        <w:right w:val="none" w:sz="0" w:space="0" w:color="auto"/>
      </w:divBdr>
    </w:div>
    <w:div w:id="1289705265">
      <w:bodyDiv w:val="1"/>
      <w:marLeft w:val="0"/>
      <w:marRight w:val="0"/>
      <w:marTop w:val="0"/>
      <w:marBottom w:val="0"/>
      <w:divBdr>
        <w:top w:val="none" w:sz="0" w:space="0" w:color="auto"/>
        <w:left w:val="none" w:sz="0" w:space="0" w:color="auto"/>
        <w:bottom w:val="none" w:sz="0" w:space="0" w:color="auto"/>
        <w:right w:val="none" w:sz="0" w:space="0" w:color="auto"/>
      </w:divBdr>
    </w:div>
    <w:div w:id="1301232942">
      <w:bodyDiv w:val="1"/>
      <w:marLeft w:val="0"/>
      <w:marRight w:val="0"/>
      <w:marTop w:val="0"/>
      <w:marBottom w:val="0"/>
      <w:divBdr>
        <w:top w:val="none" w:sz="0" w:space="0" w:color="auto"/>
        <w:left w:val="none" w:sz="0" w:space="0" w:color="auto"/>
        <w:bottom w:val="none" w:sz="0" w:space="0" w:color="auto"/>
        <w:right w:val="none" w:sz="0" w:space="0" w:color="auto"/>
      </w:divBdr>
      <w:divsChild>
        <w:div w:id="743836671">
          <w:marLeft w:val="0"/>
          <w:marRight w:val="0"/>
          <w:marTop w:val="0"/>
          <w:marBottom w:val="0"/>
          <w:divBdr>
            <w:top w:val="none" w:sz="0" w:space="0" w:color="auto"/>
            <w:left w:val="none" w:sz="0" w:space="0" w:color="auto"/>
            <w:bottom w:val="none" w:sz="0" w:space="0" w:color="auto"/>
            <w:right w:val="none" w:sz="0" w:space="0" w:color="auto"/>
          </w:divBdr>
          <w:divsChild>
            <w:div w:id="896086561">
              <w:marLeft w:val="0"/>
              <w:marRight w:val="0"/>
              <w:marTop w:val="0"/>
              <w:marBottom w:val="0"/>
              <w:divBdr>
                <w:top w:val="none" w:sz="0" w:space="0" w:color="auto"/>
                <w:left w:val="none" w:sz="0" w:space="0" w:color="auto"/>
                <w:bottom w:val="none" w:sz="0" w:space="0" w:color="auto"/>
                <w:right w:val="none" w:sz="0" w:space="0" w:color="auto"/>
              </w:divBdr>
              <w:divsChild>
                <w:div w:id="1573084698">
                  <w:marLeft w:val="0"/>
                  <w:marRight w:val="0"/>
                  <w:marTop w:val="0"/>
                  <w:marBottom w:val="0"/>
                  <w:divBdr>
                    <w:top w:val="none" w:sz="0" w:space="0" w:color="auto"/>
                    <w:left w:val="none" w:sz="0" w:space="0" w:color="auto"/>
                    <w:bottom w:val="none" w:sz="0" w:space="0" w:color="auto"/>
                    <w:right w:val="none" w:sz="0" w:space="0" w:color="auto"/>
                  </w:divBdr>
                  <w:divsChild>
                    <w:div w:id="955872880">
                      <w:marLeft w:val="0"/>
                      <w:marRight w:val="0"/>
                      <w:marTop w:val="0"/>
                      <w:marBottom w:val="0"/>
                      <w:divBdr>
                        <w:top w:val="none" w:sz="0" w:space="0" w:color="auto"/>
                        <w:left w:val="none" w:sz="0" w:space="0" w:color="auto"/>
                        <w:bottom w:val="none" w:sz="0" w:space="0" w:color="auto"/>
                        <w:right w:val="none" w:sz="0" w:space="0" w:color="auto"/>
                      </w:divBdr>
                      <w:divsChild>
                        <w:div w:id="377825454">
                          <w:marLeft w:val="0"/>
                          <w:marRight w:val="0"/>
                          <w:marTop w:val="0"/>
                          <w:marBottom w:val="0"/>
                          <w:divBdr>
                            <w:top w:val="none" w:sz="0" w:space="0" w:color="auto"/>
                            <w:left w:val="none" w:sz="0" w:space="0" w:color="auto"/>
                            <w:bottom w:val="none" w:sz="0" w:space="0" w:color="auto"/>
                            <w:right w:val="none" w:sz="0" w:space="0" w:color="auto"/>
                          </w:divBdr>
                          <w:divsChild>
                            <w:div w:id="1650592109">
                              <w:marLeft w:val="0"/>
                              <w:marRight w:val="0"/>
                              <w:marTop w:val="0"/>
                              <w:marBottom w:val="0"/>
                              <w:divBdr>
                                <w:top w:val="none" w:sz="0" w:space="0" w:color="auto"/>
                                <w:left w:val="none" w:sz="0" w:space="0" w:color="auto"/>
                                <w:bottom w:val="none" w:sz="0" w:space="0" w:color="auto"/>
                                <w:right w:val="none" w:sz="0" w:space="0" w:color="auto"/>
                              </w:divBdr>
                              <w:divsChild>
                                <w:div w:id="189799455">
                                  <w:marLeft w:val="0"/>
                                  <w:marRight w:val="0"/>
                                  <w:marTop w:val="0"/>
                                  <w:marBottom w:val="0"/>
                                  <w:divBdr>
                                    <w:top w:val="none" w:sz="0" w:space="0" w:color="auto"/>
                                    <w:left w:val="none" w:sz="0" w:space="0" w:color="auto"/>
                                    <w:bottom w:val="none" w:sz="0" w:space="0" w:color="auto"/>
                                    <w:right w:val="none" w:sz="0" w:space="0" w:color="auto"/>
                                  </w:divBdr>
                                  <w:divsChild>
                                    <w:div w:id="1939024359">
                                      <w:marLeft w:val="0"/>
                                      <w:marRight w:val="0"/>
                                      <w:marTop w:val="0"/>
                                      <w:marBottom w:val="0"/>
                                      <w:divBdr>
                                        <w:top w:val="none" w:sz="0" w:space="0" w:color="auto"/>
                                        <w:left w:val="none" w:sz="0" w:space="0" w:color="auto"/>
                                        <w:bottom w:val="none" w:sz="0" w:space="0" w:color="auto"/>
                                        <w:right w:val="none" w:sz="0" w:space="0" w:color="auto"/>
                                      </w:divBdr>
                                      <w:divsChild>
                                        <w:div w:id="1098866551">
                                          <w:marLeft w:val="0"/>
                                          <w:marRight w:val="0"/>
                                          <w:marTop w:val="0"/>
                                          <w:marBottom w:val="0"/>
                                          <w:divBdr>
                                            <w:top w:val="none" w:sz="0" w:space="0" w:color="auto"/>
                                            <w:left w:val="none" w:sz="0" w:space="0" w:color="auto"/>
                                            <w:bottom w:val="none" w:sz="0" w:space="0" w:color="auto"/>
                                            <w:right w:val="none" w:sz="0" w:space="0" w:color="auto"/>
                                          </w:divBdr>
                                          <w:divsChild>
                                            <w:div w:id="441463653">
                                              <w:marLeft w:val="0"/>
                                              <w:marRight w:val="0"/>
                                              <w:marTop w:val="0"/>
                                              <w:marBottom w:val="0"/>
                                              <w:divBdr>
                                                <w:top w:val="none" w:sz="0" w:space="0" w:color="auto"/>
                                                <w:left w:val="none" w:sz="0" w:space="0" w:color="auto"/>
                                                <w:bottom w:val="none" w:sz="0" w:space="0" w:color="auto"/>
                                                <w:right w:val="none" w:sz="0" w:space="0" w:color="auto"/>
                                              </w:divBdr>
                                              <w:divsChild>
                                                <w:div w:id="688338902">
                                                  <w:marLeft w:val="0"/>
                                                  <w:marRight w:val="0"/>
                                                  <w:marTop w:val="0"/>
                                                  <w:marBottom w:val="0"/>
                                                  <w:divBdr>
                                                    <w:top w:val="none" w:sz="0" w:space="0" w:color="auto"/>
                                                    <w:left w:val="none" w:sz="0" w:space="0" w:color="auto"/>
                                                    <w:bottom w:val="none" w:sz="0" w:space="0" w:color="auto"/>
                                                    <w:right w:val="none" w:sz="0" w:space="0" w:color="auto"/>
                                                  </w:divBdr>
                                                  <w:divsChild>
                                                    <w:div w:id="528883565">
                                                      <w:marLeft w:val="0"/>
                                                      <w:marRight w:val="0"/>
                                                      <w:marTop w:val="0"/>
                                                      <w:marBottom w:val="0"/>
                                                      <w:divBdr>
                                                        <w:top w:val="none" w:sz="0" w:space="0" w:color="auto"/>
                                                        <w:left w:val="none" w:sz="0" w:space="0" w:color="auto"/>
                                                        <w:bottom w:val="none" w:sz="0" w:space="0" w:color="auto"/>
                                                        <w:right w:val="none" w:sz="0" w:space="0" w:color="auto"/>
                                                      </w:divBdr>
                                                      <w:divsChild>
                                                        <w:div w:id="1927033060">
                                                          <w:marLeft w:val="0"/>
                                                          <w:marRight w:val="0"/>
                                                          <w:marTop w:val="0"/>
                                                          <w:marBottom w:val="0"/>
                                                          <w:divBdr>
                                                            <w:top w:val="none" w:sz="0" w:space="0" w:color="auto"/>
                                                            <w:left w:val="none" w:sz="0" w:space="0" w:color="auto"/>
                                                            <w:bottom w:val="none" w:sz="0" w:space="0" w:color="auto"/>
                                                            <w:right w:val="none" w:sz="0" w:space="0" w:color="auto"/>
                                                          </w:divBdr>
                                                          <w:divsChild>
                                                            <w:div w:id="1332875959">
                                                              <w:marLeft w:val="0"/>
                                                              <w:marRight w:val="0"/>
                                                              <w:marTop w:val="0"/>
                                                              <w:marBottom w:val="0"/>
                                                              <w:divBdr>
                                                                <w:top w:val="none" w:sz="0" w:space="0" w:color="auto"/>
                                                                <w:left w:val="none" w:sz="0" w:space="0" w:color="auto"/>
                                                                <w:bottom w:val="none" w:sz="0" w:space="0" w:color="auto"/>
                                                                <w:right w:val="none" w:sz="0" w:space="0" w:color="auto"/>
                                                              </w:divBdr>
                                                              <w:divsChild>
                                                                <w:div w:id="65807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5740871">
          <w:marLeft w:val="0"/>
          <w:marRight w:val="0"/>
          <w:marTop w:val="0"/>
          <w:marBottom w:val="0"/>
          <w:divBdr>
            <w:top w:val="none" w:sz="0" w:space="0" w:color="auto"/>
            <w:left w:val="none" w:sz="0" w:space="0" w:color="auto"/>
            <w:bottom w:val="none" w:sz="0" w:space="0" w:color="auto"/>
            <w:right w:val="none" w:sz="0" w:space="0" w:color="auto"/>
          </w:divBdr>
          <w:divsChild>
            <w:div w:id="2093432391">
              <w:marLeft w:val="0"/>
              <w:marRight w:val="0"/>
              <w:marTop w:val="0"/>
              <w:marBottom w:val="0"/>
              <w:divBdr>
                <w:top w:val="none" w:sz="0" w:space="0" w:color="auto"/>
                <w:left w:val="none" w:sz="0" w:space="0" w:color="auto"/>
                <w:bottom w:val="none" w:sz="0" w:space="0" w:color="auto"/>
                <w:right w:val="none" w:sz="0" w:space="0" w:color="auto"/>
              </w:divBdr>
              <w:divsChild>
                <w:div w:id="1206066788">
                  <w:marLeft w:val="0"/>
                  <w:marRight w:val="0"/>
                  <w:marTop w:val="0"/>
                  <w:marBottom w:val="0"/>
                  <w:divBdr>
                    <w:top w:val="none" w:sz="0" w:space="0" w:color="auto"/>
                    <w:left w:val="none" w:sz="0" w:space="0" w:color="auto"/>
                    <w:bottom w:val="none" w:sz="0" w:space="0" w:color="auto"/>
                    <w:right w:val="none" w:sz="0" w:space="0" w:color="auto"/>
                  </w:divBdr>
                  <w:divsChild>
                    <w:div w:id="372922009">
                      <w:marLeft w:val="0"/>
                      <w:marRight w:val="0"/>
                      <w:marTop w:val="0"/>
                      <w:marBottom w:val="0"/>
                      <w:divBdr>
                        <w:top w:val="none" w:sz="0" w:space="0" w:color="auto"/>
                        <w:left w:val="none" w:sz="0" w:space="0" w:color="auto"/>
                        <w:bottom w:val="none" w:sz="0" w:space="0" w:color="auto"/>
                        <w:right w:val="none" w:sz="0" w:space="0" w:color="auto"/>
                      </w:divBdr>
                      <w:divsChild>
                        <w:div w:id="468665359">
                          <w:marLeft w:val="0"/>
                          <w:marRight w:val="0"/>
                          <w:marTop w:val="0"/>
                          <w:marBottom w:val="0"/>
                          <w:divBdr>
                            <w:top w:val="none" w:sz="0" w:space="0" w:color="auto"/>
                            <w:left w:val="none" w:sz="0" w:space="0" w:color="auto"/>
                            <w:bottom w:val="none" w:sz="0" w:space="0" w:color="auto"/>
                            <w:right w:val="none" w:sz="0" w:space="0" w:color="auto"/>
                          </w:divBdr>
                          <w:divsChild>
                            <w:div w:id="812865016">
                              <w:marLeft w:val="0"/>
                              <w:marRight w:val="0"/>
                              <w:marTop w:val="0"/>
                              <w:marBottom w:val="0"/>
                              <w:divBdr>
                                <w:top w:val="none" w:sz="0" w:space="0" w:color="auto"/>
                                <w:left w:val="none" w:sz="0" w:space="0" w:color="auto"/>
                                <w:bottom w:val="none" w:sz="0" w:space="0" w:color="auto"/>
                                <w:right w:val="none" w:sz="0" w:space="0" w:color="auto"/>
                              </w:divBdr>
                              <w:divsChild>
                                <w:div w:id="855000097">
                                  <w:marLeft w:val="0"/>
                                  <w:marRight w:val="0"/>
                                  <w:marTop w:val="0"/>
                                  <w:marBottom w:val="0"/>
                                  <w:divBdr>
                                    <w:top w:val="none" w:sz="0" w:space="0" w:color="auto"/>
                                    <w:left w:val="none" w:sz="0" w:space="0" w:color="auto"/>
                                    <w:bottom w:val="none" w:sz="0" w:space="0" w:color="auto"/>
                                    <w:right w:val="none" w:sz="0" w:space="0" w:color="auto"/>
                                  </w:divBdr>
                                  <w:divsChild>
                                    <w:div w:id="1414741364">
                                      <w:marLeft w:val="0"/>
                                      <w:marRight w:val="0"/>
                                      <w:marTop w:val="0"/>
                                      <w:marBottom w:val="0"/>
                                      <w:divBdr>
                                        <w:top w:val="none" w:sz="0" w:space="0" w:color="auto"/>
                                        <w:left w:val="none" w:sz="0" w:space="0" w:color="auto"/>
                                        <w:bottom w:val="none" w:sz="0" w:space="0" w:color="auto"/>
                                        <w:right w:val="none" w:sz="0" w:space="0" w:color="auto"/>
                                      </w:divBdr>
                                      <w:divsChild>
                                        <w:div w:id="1152715801">
                                          <w:marLeft w:val="0"/>
                                          <w:marRight w:val="0"/>
                                          <w:marTop w:val="0"/>
                                          <w:marBottom w:val="0"/>
                                          <w:divBdr>
                                            <w:top w:val="none" w:sz="0" w:space="0" w:color="auto"/>
                                            <w:left w:val="none" w:sz="0" w:space="0" w:color="auto"/>
                                            <w:bottom w:val="none" w:sz="0" w:space="0" w:color="auto"/>
                                            <w:right w:val="none" w:sz="0" w:space="0" w:color="auto"/>
                                          </w:divBdr>
                                          <w:divsChild>
                                            <w:div w:id="794716262">
                                              <w:marLeft w:val="0"/>
                                              <w:marRight w:val="0"/>
                                              <w:marTop w:val="0"/>
                                              <w:marBottom w:val="0"/>
                                              <w:divBdr>
                                                <w:top w:val="none" w:sz="0" w:space="0" w:color="auto"/>
                                                <w:left w:val="none" w:sz="0" w:space="0" w:color="auto"/>
                                                <w:bottom w:val="none" w:sz="0" w:space="0" w:color="auto"/>
                                                <w:right w:val="none" w:sz="0" w:space="0" w:color="auto"/>
                                              </w:divBdr>
                                              <w:divsChild>
                                                <w:div w:id="581959708">
                                                  <w:marLeft w:val="0"/>
                                                  <w:marRight w:val="0"/>
                                                  <w:marTop w:val="0"/>
                                                  <w:marBottom w:val="0"/>
                                                  <w:divBdr>
                                                    <w:top w:val="none" w:sz="0" w:space="0" w:color="auto"/>
                                                    <w:left w:val="none" w:sz="0" w:space="0" w:color="auto"/>
                                                    <w:bottom w:val="none" w:sz="0" w:space="0" w:color="auto"/>
                                                    <w:right w:val="none" w:sz="0" w:space="0" w:color="auto"/>
                                                  </w:divBdr>
                                                  <w:divsChild>
                                                    <w:div w:id="4275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82737">
                                          <w:marLeft w:val="0"/>
                                          <w:marRight w:val="0"/>
                                          <w:marTop w:val="0"/>
                                          <w:marBottom w:val="0"/>
                                          <w:divBdr>
                                            <w:top w:val="none" w:sz="0" w:space="0" w:color="auto"/>
                                            <w:left w:val="none" w:sz="0" w:space="0" w:color="auto"/>
                                            <w:bottom w:val="none" w:sz="0" w:space="0" w:color="auto"/>
                                            <w:right w:val="none" w:sz="0" w:space="0" w:color="auto"/>
                                          </w:divBdr>
                                          <w:divsChild>
                                            <w:div w:id="25640107">
                                              <w:marLeft w:val="0"/>
                                              <w:marRight w:val="0"/>
                                              <w:marTop w:val="0"/>
                                              <w:marBottom w:val="0"/>
                                              <w:divBdr>
                                                <w:top w:val="none" w:sz="0" w:space="0" w:color="auto"/>
                                                <w:left w:val="none" w:sz="0" w:space="0" w:color="auto"/>
                                                <w:bottom w:val="none" w:sz="0" w:space="0" w:color="auto"/>
                                                <w:right w:val="none" w:sz="0" w:space="0" w:color="auto"/>
                                              </w:divBdr>
                                              <w:divsChild>
                                                <w:div w:id="65171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1274212">
      <w:bodyDiv w:val="1"/>
      <w:marLeft w:val="0"/>
      <w:marRight w:val="0"/>
      <w:marTop w:val="0"/>
      <w:marBottom w:val="0"/>
      <w:divBdr>
        <w:top w:val="none" w:sz="0" w:space="0" w:color="auto"/>
        <w:left w:val="none" w:sz="0" w:space="0" w:color="auto"/>
        <w:bottom w:val="none" w:sz="0" w:space="0" w:color="auto"/>
        <w:right w:val="none" w:sz="0" w:space="0" w:color="auto"/>
      </w:divBdr>
      <w:divsChild>
        <w:div w:id="1982612380">
          <w:marLeft w:val="0"/>
          <w:marRight w:val="0"/>
          <w:marTop w:val="0"/>
          <w:marBottom w:val="0"/>
          <w:divBdr>
            <w:top w:val="none" w:sz="0" w:space="0" w:color="auto"/>
            <w:left w:val="none" w:sz="0" w:space="0" w:color="auto"/>
            <w:bottom w:val="none" w:sz="0" w:space="0" w:color="auto"/>
            <w:right w:val="none" w:sz="0" w:space="0" w:color="auto"/>
          </w:divBdr>
          <w:divsChild>
            <w:div w:id="1769739615">
              <w:marLeft w:val="0"/>
              <w:marRight w:val="0"/>
              <w:marTop w:val="0"/>
              <w:marBottom w:val="0"/>
              <w:divBdr>
                <w:top w:val="none" w:sz="0" w:space="0" w:color="auto"/>
                <w:left w:val="none" w:sz="0" w:space="0" w:color="auto"/>
                <w:bottom w:val="none" w:sz="0" w:space="0" w:color="auto"/>
                <w:right w:val="none" w:sz="0" w:space="0" w:color="auto"/>
              </w:divBdr>
              <w:divsChild>
                <w:div w:id="2137286419">
                  <w:marLeft w:val="0"/>
                  <w:marRight w:val="0"/>
                  <w:marTop w:val="0"/>
                  <w:marBottom w:val="0"/>
                  <w:divBdr>
                    <w:top w:val="none" w:sz="0" w:space="0" w:color="auto"/>
                    <w:left w:val="none" w:sz="0" w:space="0" w:color="auto"/>
                    <w:bottom w:val="none" w:sz="0" w:space="0" w:color="auto"/>
                    <w:right w:val="none" w:sz="0" w:space="0" w:color="auto"/>
                  </w:divBdr>
                  <w:divsChild>
                    <w:div w:id="177889026">
                      <w:marLeft w:val="0"/>
                      <w:marRight w:val="0"/>
                      <w:marTop w:val="0"/>
                      <w:marBottom w:val="0"/>
                      <w:divBdr>
                        <w:top w:val="none" w:sz="0" w:space="0" w:color="auto"/>
                        <w:left w:val="none" w:sz="0" w:space="0" w:color="auto"/>
                        <w:bottom w:val="none" w:sz="0" w:space="0" w:color="auto"/>
                        <w:right w:val="none" w:sz="0" w:space="0" w:color="auto"/>
                      </w:divBdr>
                      <w:divsChild>
                        <w:div w:id="1721248858">
                          <w:marLeft w:val="0"/>
                          <w:marRight w:val="0"/>
                          <w:marTop w:val="0"/>
                          <w:marBottom w:val="0"/>
                          <w:divBdr>
                            <w:top w:val="none" w:sz="0" w:space="0" w:color="auto"/>
                            <w:left w:val="none" w:sz="0" w:space="0" w:color="auto"/>
                            <w:bottom w:val="none" w:sz="0" w:space="0" w:color="auto"/>
                            <w:right w:val="none" w:sz="0" w:space="0" w:color="auto"/>
                          </w:divBdr>
                          <w:divsChild>
                            <w:div w:id="2005820916">
                              <w:marLeft w:val="0"/>
                              <w:marRight w:val="0"/>
                              <w:marTop w:val="0"/>
                              <w:marBottom w:val="0"/>
                              <w:divBdr>
                                <w:top w:val="none" w:sz="0" w:space="0" w:color="auto"/>
                                <w:left w:val="none" w:sz="0" w:space="0" w:color="auto"/>
                                <w:bottom w:val="none" w:sz="0" w:space="0" w:color="auto"/>
                                <w:right w:val="none" w:sz="0" w:space="0" w:color="auto"/>
                              </w:divBdr>
                              <w:divsChild>
                                <w:div w:id="1642148614">
                                  <w:marLeft w:val="0"/>
                                  <w:marRight w:val="0"/>
                                  <w:marTop w:val="0"/>
                                  <w:marBottom w:val="0"/>
                                  <w:divBdr>
                                    <w:top w:val="none" w:sz="0" w:space="0" w:color="auto"/>
                                    <w:left w:val="none" w:sz="0" w:space="0" w:color="auto"/>
                                    <w:bottom w:val="none" w:sz="0" w:space="0" w:color="auto"/>
                                    <w:right w:val="none" w:sz="0" w:space="0" w:color="auto"/>
                                  </w:divBdr>
                                  <w:divsChild>
                                    <w:div w:id="5960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552885">
      <w:bodyDiv w:val="1"/>
      <w:marLeft w:val="0"/>
      <w:marRight w:val="0"/>
      <w:marTop w:val="0"/>
      <w:marBottom w:val="0"/>
      <w:divBdr>
        <w:top w:val="none" w:sz="0" w:space="0" w:color="auto"/>
        <w:left w:val="none" w:sz="0" w:space="0" w:color="auto"/>
        <w:bottom w:val="none" w:sz="0" w:space="0" w:color="auto"/>
        <w:right w:val="none" w:sz="0" w:space="0" w:color="auto"/>
      </w:divBdr>
    </w:div>
    <w:div w:id="1328947738">
      <w:bodyDiv w:val="1"/>
      <w:marLeft w:val="0"/>
      <w:marRight w:val="0"/>
      <w:marTop w:val="0"/>
      <w:marBottom w:val="0"/>
      <w:divBdr>
        <w:top w:val="none" w:sz="0" w:space="0" w:color="auto"/>
        <w:left w:val="none" w:sz="0" w:space="0" w:color="auto"/>
        <w:bottom w:val="none" w:sz="0" w:space="0" w:color="auto"/>
        <w:right w:val="none" w:sz="0" w:space="0" w:color="auto"/>
      </w:divBdr>
    </w:div>
    <w:div w:id="1340813716">
      <w:bodyDiv w:val="1"/>
      <w:marLeft w:val="0"/>
      <w:marRight w:val="0"/>
      <w:marTop w:val="0"/>
      <w:marBottom w:val="0"/>
      <w:divBdr>
        <w:top w:val="none" w:sz="0" w:space="0" w:color="auto"/>
        <w:left w:val="none" w:sz="0" w:space="0" w:color="auto"/>
        <w:bottom w:val="none" w:sz="0" w:space="0" w:color="auto"/>
        <w:right w:val="none" w:sz="0" w:space="0" w:color="auto"/>
      </w:divBdr>
    </w:div>
    <w:div w:id="1399085734">
      <w:bodyDiv w:val="1"/>
      <w:marLeft w:val="0"/>
      <w:marRight w:val="0"/>
      <w:marTop w:val="0"/>
      <w:marBottom w:val="0"/>
      <w:divBdr>
        <w:top w:val="none" w:sz="0" w:space="0" w:color="auto"/>
        <w:left w:val="none" w:sz="0" w:space="0" w:color="auto"/>
        <w:bottom w:val="none" w:sz="0" w:space="0" w:color="auto"/>
        <w:right w:val="none" w:sz="0" w:space="0" w:color="auto"/>
      </w:divBdr>
    </w:div>
    <w:div w:id="1405683077">
      <w:bodyDiv w:val="1"/>
      <w:marLeft w:val="0"/>
      <w:marRight w:val="0"/>
      <w:marTop w:val="0"/>
      <w:marBottom w:val="0"/>
      <w:divBdr>
        <w:top w:val="none" w:sz="0" w:space="0" w:color="auto"/>
        <w:left w:val="none" w:sz="0" w:space="0" w:color="auto"/>
        <w:bottom w:val="none" w:sz="0" w:space="0" w:color="auto"/>
        <w:right w:val="none" w:sz="0" w:space="0" w:color="auto"/>
      </w:divBdr>
    </w:div>
    <w:div w:id="1417095555">
      <w:bodyDiv w:val="1"/>
      <w:marLeft w:val="0"/>
      <w:marRight w:val="0"/>
      <w:marTop w:val="0"/>
      <w:marBottom w:val="0"/>
      <w:divBdr>
        <w:top w:val="none" w:sz="0" w:space="0" w:color="auto"/>
        <w:left w:val="none" w:sz="0" w:space="0" w:color="auto"/>
        <w:bottom w:val="none" w:sz="0" w:space="0" w:color="auto"/>
        <w:right w:val="none" w:sz="0" w:space="0" w:color="auto"/>
      </w:divBdr>
      <w:divsChild>
        <w:div w:id="1580292624">
          <w:marLeft w:val="0"/>
          <w:marRight w:val="0"/>
          <w:marTop w:val="0"/>
          <w:marBottom w:val="0"/>
          <w:divBdr>
            <w:top w:val="none" w:sz="0" w:space="0" w:color="auto"/>
            <w:left w:val="none" w:sz="0" w:space="0" w:color="auto"/>
            <w:bottom w:val="none" w:sz="0" w:space="0" w:color="auto"/>
            <w:right w:val="none" w:sz="0" w:space="0" w:color="auto"/>
          </w:divBdr>
        </w:div>
        <w:div w:id="862981897">
          <w:marLeft w:val="0"/>
          <w:marRight w:val="0"/>
          <w:marTop w:val="0"/>
          <w:marBottom w:val="0"/>
          <w:divBdr>
            <w:top w:val="none" w:sz="0" w:space="0" w:color="auto"/>
            <w:left w:val="none" w:sz="0" w:space="0" w:color="auto"/>
            <w:bottom w:val="none" w:sz="0" w:space="0" w:color="auto"/>
            <w:right w:val="none" w:sz="0" w:space="0" w:color="auto"/>
          </w:divBdr>
        </w:div>
      </w:divsChild>
    </w:div>
    <w:div w:id="1437826644">
      <w:bodyDiv w:val="1"/>
      <w:marLeft w:val="0"/>
      <w:marRight w:val="0"/>
      <w:marTop w:val="0"/>
      <w:marBottom w:val="0"/>
      <w:divBdr>
        <w:top w:val="none" w:sz="0" w:space="0" w:color="auto"/>
        <w:left w:val="none" w:sz="0" w:space="0" w:color="auto"/>
        <w:bottom w:val="none" w:sz="0" w:space="0" w:color="auto"/>
        <w:right w:val="none" w:sz="0" w:space="0" w:color="auto"/>
      </w:divBdr>
    </w:div>
    <w:div w:id="1472361038">
      <w:bodyDiv w:val="1"/>
      <w:marLeft w:val="0"/>
      <w:marRight w:val="0"/>
      <w:marTop w:val="0"/>
      <w:marBottom w:val="0"/>
      <w:divBdr>
        <w:top w:val="none" w:sz="0" w:space="0" w:color="auto"/>
        <w:left w:val="none" w:sz="0" w:space="0" w:color="auto"/>
        <w:bottom w:val="none" w:sz="0" w:space="0" w:color="auto"/>
        <w:right w:val="none" w:sz="0" w:space="0" w:color="auto"/>
      </w:divBdr>
    </w:div>
    <w:div w:id="1484854762">
      <w:bodyDiv w:val="1"/>
      <w:marLeft w:val="0"/>
      <w:marRight w:val="0"/>
      <w:marTop w:val="0"/>
      <w:marBottom w:val="0"/>
      <w:divBdr>
        <w:top w:val="none" w:sz="0" w:space="0" w:color="auto"/>
        <w:left w:val="none" w:sz="0" w:space="0" w:color="auto"/>
        <w:bottom w:val="none" w:sz="0" w:space="0" w:color="auto"/>
        <w:right w:val="none" w:sz="0" w:space="0" w:color="auto"/>
      </w:divBdr>
    </w:div>
    <w:div w:id="1499880790">
      <w:bodyDiv w:val="1"/>
      <w:marLeft w:val="0"/>
      <w:marRight w:val="0"/>
      <w:marTop w:val="0"/>
      <w:marBottom w:val="0"/>
      <w:divBdr>
        <w:top w:val="none" w:sz="0" w:space="0" w:color="auto"/>
        <w:left w:val="none" w:sz="0" w:space="0" w:color="auto"/>
        <w:bottom w:val="none" w:sz="0" w:space="0" w:color="auto"/>
        <w:right w:val="none" w:sz="0" w:space="0" w:color="auto"/>
      </w:divBdr>
    </w:div>
    <w:div w:id="1507016488">
      <w:bodyDiv w:val="1"/>
      <w:marLeft w:val="0"/>
      <w:marRight w:val="0"/>
      <w:marTop w:val="0"/>
      <w:marBottom w:val="0"/>
      <w:divBdr>
        <w:top w:val="none" w:sz="0" w:space="0" w:color="auto"/>
        <w:left w:val="none" w:sz="0" w:space="0" w:color="auto"/>
        <w:bottom w:val="none" w:sz="0" w:space="0" w:color="auto"/>
        <w:right w:val="none" w:sz="0" w:space="0" w:color="auto"/>
      </w:divBdr>
      <w:divsChild>
        <w:div w:id="540825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6291934">
      <w:bodyDiv w:val="1"/>
      <w:marLeft w:val="0"/>
      <w:marRight w:val="0"/>
      <w:marTop w:val="0"/>
      <w:marBottom w:val="0"/>
      <w:divBdr>
        <w:top w:val="none" w:sz="0" w:space="0" w:color="auto"/>
        <w:left w:val="none" w:sz="0" w:space="0" w:color="auto"/>
        <w:bottom w:val="none" w:sz="0" w:space="0" w:color="auto"/>
        <w:right w:val="none" w:sz="0" w:space="0" w:color="auto"/>
      </w:divBdr>
    </w:div>
    <w:div w:id="1552569726">
      <w:bodyDiv w:val="1"/>
      <w:marLeft w:val="0"/>
      <w:marRight w:val="0"/>
      <w:marTop w:val="0"/>
      <w:marBottom w:val="0"/>
      <w:divBdr>
        <w:top w:val="none" w:sz="0" w:space="0" w:color="auto"/>
        <w:left w:val="none" w:sz="0" w:space="0" w:color="auto"/>
        <w:bottom w:val="none" w:sz="0" w:space="0" w:color="auto"/>
        <w:right w:val="none" w:sz="0" w:space="0" w:color="auto"/>
      </w:divBdr>
    </w:div>
    <w:div w:id="1559825576">
      <w:bodyDiv w:val="1"/>
      <w:marLeft w:val="0"/>
      <w:marRight w:val="0"/>
      <w:marTop w:val="0"/>
      <w:marBottom w:val="0"/>
      <w:divBdr>
        <w:top w:val="none" w:sz="0" w:space="0" w:color="auto"/>
        <w:left w:val="none" w:sz="0" w:space="0" w:color="auto"/>
        <w:bottom w:val="none" w:sz="0" w:space="0" w:color="auto"/>
        <w:right w:val="none" w:sz="0" w:space="0" w:color="auto"/>
      </w:divBdr>
      <w:divsChild>
        <w:div w:id="2118719650">
          <w:marLeft w:val="0"/>
          <w:marRight w:val="0"/>
          <w:marTop w:val="0"/>
          <w:marBottom w:val="0"/>
          <w:divBdr>
            <w:top w:val="none" w:sz="0" w:space="0" w:color="auto"/>
            <w:left w:val="none" w:sz="0" w:space="0" w:color="auto"/>
            <w:bottom w:val="none" w:sz="0" w:space="0" w:color="auto"/>
            <w:right w:val="none" w:sz="0" w:space="0" w:color="auto"/>
          </w:divBdr>
        </w:div>
        <w:div w:id="331689043">
          <w:marLeft w:val="0"/>
          <w:marRight w:val="0"/>
          <w:marTop w:val="0"/>
          <w:marBottom w:val="0"/>
          <w:divBdr>
            <w:top w:val="none" w:sz="0" w:space="0" w:color="auto"/>
            <w:left w:val="none" w:sz="0" w:space="0" w:color="auto"/>
            <w:bottom w:val="none" w:sz="0" w:space="0" w:color="auto"/>
            <w:right w:val="none" w:sz="0" w:space="0" w:color="auto"/>
          </w:divBdr>
        </w:div>
        <w:div w:id="297154526">
          <w:marLeft w:val="0"/>
          <w:marRight w:val="0"/>
          <w:marTop w:val="0"/>
          <w:marBottom w:val="0"/>
          <w:divBdr>
            <w:top w:val="none" w:sz="0" w:space="0" w:color="auto"/>
            <w:left w:val="none" w:sz="0" w:space="0" w:color="auto"/>
            <w:bottom w:val="none" w:sz="0" w:space="0" w:color="auto"/>
            <w:right w:val="none" w:sz="0" w:space="0" w:color="auto"/>
          </w:divBdr>
        </w:div>
      </w:divsChild>
    </w:div>
    <w:div w:id="1565528829">
      <w:bodyDiv w:val="1"/>
      <w:marLeft w:val="0"/>
      <w:marRight w:val="0"/>
      <w:marTop w:val="0"/>
      <w:marBottom w:val="0"/>
      <w:divBdr>
        <w:top w:val="none" w:sz="0" w:space="0" w:color="auto"/>
        <w:left w:val="none" w:sz="0" w:space="0" w:color="auto"/>
        <w:bottom w:val="none" w:sz="0" w:space="0" w:color="auto"/>
        <w:right w:val="none" w:sz="0" w:space="0" w:color="auto"/>
      </w:divBdr>
      <w:divsChild>
        <w:div w:id="1223129704">
          <w:blockQuote w:val="1"/>
          <w:marLeft w:val="720"/>
          <w:marRight w:val="720"/>
          <w:marTop w:val="100"/>
          <w:marBottom w:val="100"/>
          <w:divBdr>
            <w:top w:val="none" w:sz="0" w:space="0" w:color="auto"/>
            <w:left w:val="none" w:sz="0" w:space="0" w:color="auto"/>
            <w:bottom w:val="none" w:sz="0" w:space="0" w:color="auto"/>
            <w:right w:val="none" w:sz="0" w:space="0" w:color="auto"/>
          </w:divBdr>
        </w:div>
        <w:div w:id="49615564">
          <w:blockQuote w:val="1"/>
          <w:marLeft w:val="720"/>
          <w:marRight w:val="720"/>
          <w:marTop w:val="100"/>
          <w:marBottom w:val="100"/>
          <w:divBdr>
            <w:top w:val="none" w:sz="0" w:space="0" w:color="auto"/>
            <w:left w:val="none" w:sz="0" w:space="0" w:color="auto"/>
            <w:bottom w:val="none" w:sz="0" w:space="0" w:color="auto"/>
            <w:right w:val="none" w:sz="0" w:space="0" w:color="auto"/>
          </w:divBdr>
        </w:div>
        <w:div w:id="8949688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996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1799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720811">
          <w:blockQuote w:val="1"/>
          <w:marLeft w:val="720"/>
          <w:marRight w:val="720"/>
          <w:marTop w:val="100"/>
          <w:marBottom w:val="100"/>
          <w:divBdr>
            <w:top w:val="none" w:sz="0" w:space="0" w:color="auto"/>
            <w:left w:val="none" w:sz="0" w:space="0" w:color="auto"/>
            <w:bottom w:val="none" w:sz="0" w:space="0" w:color="auto"/>
            <w:right w:val="none" w:sz="0" w:space="0" w:color="auto"/>
          </w:divBdr>
        </w:div>
        <w:div w:id="605314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661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77242">
          <w:blockQuote w:val="1"/>
          <w:marLeft w:val="720"/>
          <w:marRight w:val="720"/>
          <w:marTop w:val="100"/>
          <w:marBottom w:val="100"/>
          <w:divBdr>
            <w:top w:val="none" w:sz="0" w:space="0" w:color="auto"/>
            <w:left w:val="none" w:sz="0" w:space="0" w:color="auto"/>
            <w:bottom w:val="none" w:sz="0" w:space="0" w:color="auto"/>
            <w:right w:val="none" w:sz="0" w:space="0" w:color="auto"/>
          </w:divBdr>
        </w:div>
        <w:div w:id="83946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677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113433">
          <w:blockQuote w:val="1"/>
          <w:marLeft w:val="720"/>
          <w:marRight w:val="720"/>
          <w:marTop w:val="100"/>
          <w:marBottom w:val="100"/>
          <w:divBdr>
            <w:top w:val="none" w:sz="0" w:space="0" w:color="auto"/>
            <w:left w:val="none" w:sz="0" w:space="0" w:color="auto"/>
            <w:bottom w:val="none" w:sz="0" w:space="0" w:color="auto"/>
            <w:right w:val="none" w:sz="0" w:space="0" w:color="auto"/>
          </w:divBdr>
        </w:div>
        <w:div w:id="671299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90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682977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956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76964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9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1901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530088">
      <w:bodyDiv w:val="1"/>
      <w:marLeft w:val="0"/>
      <w:marRight w:val="0"/>
      <w:marTop w:val="0"/>
      <w:marBottom w:val="0"/>
      <w:divBdr>
        <w:top w:val="none" w:sz="0" w:space="0" w:color="auto"/>
        <w:left w:val="none" w:sz="0" w:space="0" w:color="auto"/>
        <w:bottom w:val="none" w:sz="0" w:space="0" w:color="auto"/>
        <w:right w:val="none" w:sz="0" w:space="0" w:color="auto"/>
      </w:divBdr>
      <w:divsChild>
        <w:div w:id="329723881">
          <w:blockQuote w:val="1"/>
          <w:marLeft w:val="720"/>
          <w:marRight w:val="720"/>
          <w:marTop w:val="100"/>
          <w:marBottom w:val="100"/>
          <w:divBdr>
            <w:top w:val="none" w:sz="0" w:space="0" w:color="auto"/>
            <w:left w:val="none" w:sz="0" w:space="0" w:color="auto"/>
            <w:bottom w:val="none" w:sz="0" w:space="0" w:color="auto"/>
            <w:right w:val="none" w:sz="0" w:space="0" w:color="auto"/>
          </w:divBdr>
        </w:div>
        <w:div w:id="485171313">
          <w:blockQuote w:val="1"/>
          <w:marLeft w:val="720"/>
          <w:marRight w:val="720"/>
          <w:marTop w:val="100"/>
          <w:marBottom w:val="100"/>
          <w:divBdr>
            <w:top w:val="none" w:sz="0" w:space="0" w:color="auto"/>
            <w:left w:val="none" w:sz="0" w:space="0" w:color="auto"/>
            <w:bottom w:val="none" w:sz="0" w:space="0" w:color="auto"/>
            <w:right w:val="none" w:sz="0" w:space="0" w:color="auto"/>
          </w:divBdr>
        </w:div>
        <w:div w:id="565646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016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883972">
      <w:bodyDiv w:val="1"/>
      <w:marLeft w:val="0"/>
      <w:marRight w:val="0"/>
      <w:marTop w:val="0"/>
      <w:marBottom w:val="0"/>
      <w:divBdr>
        <w:top w:val="none" w:sz="0" w:space="0" w:color="auto"/>
        <w:left w:val="none" w:sz="0" w:space="0" w:color="auto"/>
        <w:bottom w:val="none" w:sz="0" w:space="0" w:color="auto"/>
        <w:right w:val="none" w:sz="0" w:space="0" w:color="auto"/>
      </w:divBdr>
      <w:divsChild>
        <w:div w:id="2024622539">
          <w:blockQuote w:val="1"/>
          <w:marLeft w:val="720"/>
          <w:marRight w:val="720"/>
          <w:marTop w:val="100"/>
          <w:marBottom w:val="100"/>
          <w:divBdr>
            <w:top w:val="none" w:sz="0" w:space="0" w:color="auto"/>
            <w:left w:val="none" w:sz="0" w:space="0" w:color="auto"/>
            <w:bottom w:val="none" w:sz="0" w:space="0" w:color="auto"/>
            <w:right w:val="none" w:sz="0" w:space="0" w:color="auto"/>
          </w:divBdr>
        </w:div>
        <w:div w:id="484974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353319">
          <w:marLeft w:val="0"/>
          <w:marRight w:val="0"/>
          <w:marTop w:val="0"/>
          <w:marBottom w:val="0"/>
          <w:divBdr>
            <w:top w:val="none" w:sz="0" w:space="0" w:color="auto"/>
            <w:left w:val="none" w:sz="0" w:space="0" w:color="auto"/>
            <w:bottom w:val="none" w:sz="0" w:space="0" w:color="auto"/>
            <w:right w:val="none" w:sz="0" w:space="0" w:color="auto"/>
          </w:divBdr>
        </w:div>
        <w:div w:id="2030446732">
          <w:marLeft w:val="0"/>
          <w:marRight w:val="0"/>
          <w:marTop w:val="0"/>
          <w:marBottom w:val="0"/>
          <w:divBdr>
            <w:top w:val="none" w:sz="0" w:space="0" w:color="auto"/>
            <w:left w:val="none" w:sz="0" w:space="0" w:color="auto"/>
            <w:bottom w:val="none" w:sz="0" w:space="0" w:color="auto"/>
            <w:right w:val="none" w:sz="0" w:space="0" w:color="auto"/>
          </w:divBdr>
        </w:div>
        <w:div w:id="90122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267834">
          <w:marLeft w:val="0"/>
          <w:marRight w:val="0"/>
          <w:marTop w:val="0"/>
          <w:marBottom w:val="0"/>
          <w:divBdr>
            <w:top w:val="none" w:sz="0" w:space="0" w:color="auto"/>
            <w:left w:val="none" w:sz="0" w:space="0" w:color="auto"/>
            <w:bottom w:val="none" w:sz="0" w:space="0" w:color="auto"/>
            <w:right w:val="none" w:sz="0" w:space="0" w:color="auto"/>
          </w:divBdr>
        </w:div>
        <w:div w:id="740759153">
          <w:marLeft w:val="0"/>
          <w:marRight w:val="0"/>
          <w:marTop w:val="0"/>
          <w:marBottom w:val="0"/>
          <w:divBdr>
            <w:top w:val="none" w:sz="0" w:space="0" w:color="auto"/>
            <w:left w:val="none" w:sz="0" w:space="0" w:color="auto"/>
            <w:bottom w:val="none" w:sz="0" w:space="0" w:color="auto"/>
            <w:right w:val="none" w:sz="0" w:space="0" w:color="auto"/>
          </w:divBdr>
        </w:div>
        <w:div w:id="2034188712">
          <w:marLeft w:val="0"/>
          <w:marRight w:val="0"/>
          <w:marTop w:val="0"/>
          <w:marBottom w:val="0"/>
          <w:divBdr>
            <w:top w:val="none" w:sz="0" w:space="0" w:color="auto"/>
            <w:left w:val="none" w:sz="0" w:space="0" w:color="auto"/>
            <w:bottom w:val="none" w:sz="0" w:space="0" w:color="auto"/>
            <w:right w:val="none" w:sz="0" w:space="0" w:color="auto"/>
          </w:divBdr>
        </w:div>
        <w:div w:id="1638758581">
          <w:marLeft w:val="0"/>
          <w:marRight w:val="0"/>
          <w:marTop w:val="0"/>
          <w:marBottom w:val="0"/>
          <w:divBdr>
            <w:top w:val="none" w:sz="0" w:space="0" w:color="auto"/>
            <w:left w:val="none" w:sz="0" w:space="0" w:color="auto"/>
            <w:bottom w:val="none" w:sz="0" w:space="0" w:color="auto"/>
            <w:right w:val="none" w:sz="0" w:space="0" w:color="auto"/>
          </w:divBdr>
        </w:div>
        <w:div w:id="1614357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804630">
      <w:bodyDiv w:val="1"/>
      <w:marLeft w:val="0"/>
      <w:marRight w:val="0"/>
      <w:marTop w:val="0"/>
      <w:marBottom w:val="0"/>
      <w:divBdr>
        <w:top w:val="none" w:sz="0" w:space="0" w:color="auto"/>
        <w:left w:val="none" w:sz="0" w:space="0" w:color="auto"/>
        <w:bottom w:val="none" w:sz="0" w:space="0" w:color="auto"/>
        <w:right w:val="none" w:sz="0" w:space="0" w:color="auto"/>
      </w:divBdr>
    </w:div>
    <w:div w:id="1618098094">
      <w:bodyDiv w:val="1"/>
      <w:marLeft w:val="0"/>
      <w:marRight w:val="0"/>
      <w:marTop w:val="0"/>
      <w:marBottom w:val="0"/>
      <w:divBdr>
        <w:top w:val="none" w:sz="0" w:space="0" w:color="auto"/>
        <w:left w:val="none" w:sz="0" w:space="0" w:color="auto"/>
        <w:bottom w:val="none" w:sz="0" w:space="0" w:color="auto"/>
        <w:right w:val="none" w:sz="0" w:space="0" w:color="auto"/>
      </w:divBdr>
    </w:div>
    <w:div w:id="1689674589">
      <w:bodyDiv w:val="1"/>
      <w:marLeft w:val="0"/>
      <w:marRight w:val="0"/>
      <w:marTop w:val="0"/>
      <w:marBottom w:val="0"/>
      <w:divBdr>
        <w:top w:val="none" w:sz="0" w:space="0" w:color="auto"/>
        <w:left w:val="none" w:sz="0" w:space="0" w:color="auto"/>
        <w:bottom w:val="none" w:sz="0" w:space="0" w:color="auto"/>
        <w:right w:val="none" w:sz="0" w:space="0" w:color="auto"/>
      </w:divBdr>
    </w:div>
    <w:div w:id="1754544271">
      <w:bodyDiv w:val="1"/>
      <w:marLeft w:val="0"/>
      <w:marRight w:val="0"/>
      <w:marTop w:val="0"/>
      <w:marBottom w:val="0"/>
      <w:divBdr>
        <w:top w:val="none" w:sz="0" w:space="0" w:color="auto"/>
        <w:left w:val="none" w:sz="0" w:space="0" w:color="auto"/>
        <w:bottom w:val="none" w:sz="0" w:space="0" w:color="auto"/>
        <w:right w:val="none" w:sz="0" w:space="0" w:color="auto"/>
      </w:divBdr>
      <w:divsChild>
        <w:div w:id="17824150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494688">
          <w:blockQuote w:val="1"/>
          <w:marLeft w:val="720"/>
          <w:marRight w:val="720"/>
          <w:marTop w:val="100"/>
          <w:marBottom w:val="100"/>
          <w:divBdr>
            <w:top w:val="none" w:sz="0" w:space="0" w:color="auto"/>
            <w:left w:val="none" w:sz="0" w:space="0" w:color="auto"/>
            <w:bottom w:val="none" w:sz="0" w:space="0" w:color="auto"/>
            <w:right w:val="none" w:sz="0" w:space="0" w:color="auto"/>
          </w:divBdr>
        </w:div>
        <w:div w:id="296684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886664">
          <w:blockQuote w:val="1"/>
          <w:marLeft w:val="720"/>
          <w:marRight w:val="720"/>
          <w:marTop w:val="100"/>
          <w:marBottom w:val="100"/>
          <w:divBdr>
            <w:top w:val="none" w:sz="0" w:space="0" w:color="auto"/>
            <w:left w:val="none" w:sz="0" w:space="0" w:color="auto"/>
            <w:bottom w:val="none" w:sz="0" w:space="0" w:color="auto"/>
            <w:right w:val="none" w:sz="0" w:space="0" w:color="auto"/>
          </w:divBdr>
        </w:div>
        <w:div w:id="77942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282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457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312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543408">
      <w:bodyDiv w:val="1"/>
      <w:marLeft w:val="0"/>
      <w:marRight w:val="0"/>
      <w:marTop w:val="0"/>
      <w:marBottom w:val="0"/>
      <w:divBdr>
        <w:top w:val="none" w:sz="0" w:space="0" w:color="auto"/>
        <w:left w:val="none" w:sz="0" w:space="0" w:color="auto"/>
        <w:bottom w:val="none" w:sz="0" w:space="0" w:color="auto"/>
        <w:right w:val="none" w:sz="0" w:space="0" w:color="auto"/>
      </w:divBdr>
    </w:div>
    <w:div w:id="1770735230">
      <w:bodyDiv w:val="1"/>
      <w:marLeft w:val="0"/>
      <w:marRight w:val="0"/>
      <w:marTop w:val="0"/>
      <w:marBottom w:val="0"/>
      <w:divBdr>
        <w:top w:val="none" w:sz="0" w:space="0" w:color="auto"/>
        <w:left w:val="none" w:sz="0" w:space="0" w:color="auto"/>
        <w:bottom w:val="none" w:sz="0" w:space="0" w:color="auto"/>
        <w:right w:val="none" w:sz="0" w:space="0" w:color="auto"/>
      </w:divBdr>
      <w:divsChild>
        <w:div w:id="731201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478429">
          <w:marLeft w:val="0"/>
          <w:marRight w:val="0"/>
          <w:marTop w:val="0"/>
          <w:marBottom w:val="0"/>
          <w:divBdr>
            <w:top w:val="none" w:sz="0" w:space="0" w:color="auto"/>
            <w:left w:val="none" w:sz="0" w:space="0" w:color="auto"/>
            <w:bottom w:val="none" w:sz="0" w:space="0" w:color="auto"/>
            <w:right w:val="none" w:sz="0" w:space="0" w:color="auto"/>
          </w:divBdr>
        </w:div>
      </w:divsChild>
    </w:div>
    <w:div w:id="1790004960">
      <w:bodyDiv w:val="1"/>
      <w:marLeft w:val="0"/>
      <w:marRight w:val="0"/>
      <w:marTop w:val="0"/>
      <w:marBottom w:val="0"/>
      <w:divBdr>
        <w:top w:val="none" w:sz="0" w:space="0" w:color="auto"/>
        <w:left w:val="none" w:sz="0" w:space="0" w:color="auto"/>
        <w:bottom w:val="none" w:sz="0" w:space="0" w:color="auto"/>
        <w:right w:val="none" w:sz="0" w:space="0" w:color="auto"/>
      </w:divBdr>
    </w:div>
    <w:div w:id="1809129319">
      <w:bodyDiv w:val="1"/>
      <w:marLeft w:val="0"/>
      <w:marRight w:val="0"/>
      <w:marTop w:val="0"/>
      <w:marBottom w:val="0"/>
      <w:divBdr>
        <w:top w:val="none" w:sz="0" w:space="0" w:color="auto"/>
        <w:left w:val="none" w:sz="0" w:space="0" w:color="auto"/>
        <w:bottom w:val="none" w:sz="0" w:space="0" w:color="auto"/>
        <w:right w:val="none" w:sz="0" w:space="0" w:color="auto"/>
      </w:divBdr>
      <w:divsChild>
        <w:div w:id="633366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399735">
      <w:bodyDiv w:val="1"/>
      <w:marLeft w:val="0"/>
      <w:marRight w:val="0"/>
      <w:marTop w:val="0"/>
      <w:marBottom w:val="0"/>
      <w:divBdr>
        <w:top w:val="none" w:sz="0" w:space="0" w:color="auto"/>
        <w:left w:val="none" w:sz="0" w:space="0" w:color="auto"/>
        <w:bottom w:val="none" w:sz="0" w:space="0" w:color="auto"/>
        <w:right w:val="none" w:sz="0" w:space="0" w:color="auto"/>
      </w:divBdr>
    </w:div>
    <w:div w:id="1822961235">
      <w:bodyDiv w:val="1"/>
      <w:marLeft w:val="0"/>
      <w:marRight w:val="0"/>
      <w:marTop w:val="0"/>
      <w:marBottom w:val="0"/>
      <w:divBdr>
        <w:top w:val="none" w:sz="0" w:space="0" w:color="auto"/>
        <w:left w:val="none" w:sz="0" w:space="0" w:color="auto"/>
        <w:bottom w:val="none" w:sz="0" w:space="0" w:color="auto"/>
        <w:right w:val="none" w:sz="0" w:space="0" w:color="auto"/>
      </w:divBdr>
    </w:div>
    <w:div w:id="1880585596">
      <w:bodyDiv w:val="1"/>
      <w:marLeft w:val="0"/>
      <w:marRight w:val="0"/>
      <w:marTop w:val="0"/>
      <w:marBottom w:val="0"/>
      <w:divBdr>
        <w:top w:val="none" w:sz="0" w:space="0" w:color="auto"/>
        <w:left w:val="none" w:sz="0" w:space="0" w:color="auto"/>
        <w:bottom w:val="none" w:sz="0" w:space="0" w:color="auto"/>
        <w:right w:val="none" w:sz="0" w:space="0" w:color="auto"/>
      </w:divBdr>
      <w:divsChild>
        <w:div w:id="251397100">
          <w:blockQuote w:val="1"/>
          <w:marLeft w:val="720"/>
          <w:marRight w:val="720"/>
          <w:marTop w:val="100"/>
          <w:marBottom w:val="100"/>
          <w:divBdr>
            <w:top w:val="none" w:sz="0" w:space="0" w:color="auto"/>
            <w:left w:val="none" w:sz="0" w:space="0" w:color="auto"/>
            <w:bottom w:val="none" w:sz="0" w:space="0" w:color="auto"/>
            <w:right w:val="none" w:sz="0" w:space="0" w:color="auto"/>
          </w:divBdr>
        </w:div>
        <w:div w:id="46631906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315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036410">
      <w:bodyDiv w:val="1"/>
      <w:marLeft w:val="0"/>
      <w:marRight w:val="0"/>
      <w:marTop w:val="0"/>
      <w:marBottom w:val="0"/>
      <w:divBdr>
        <w:top w:val="none" w:sz="0" w:space="0" w:color="auto"/>
        <w:left w:val="none" w:sz="0" w:space="0" w:color="auto"/>
        <w:bottom w:val="none" w:sz="0" w:space="0" w:color="auto"/>
        <w:right w:val="none" w:sz="0" w:space="0" w:color="auto"/>
      </w:divBdr>
    </w:div>
    <w:div w:id="1948610072">
      <w:bodyDiv w:val="1"/>
      <w:marLeft w:val="0"/>
      <w:marRight w:val="0"/>
      <w:marTop w:val="0"/>
      <w:marBottom w:val="0"/>
      <w:divBdr>
        <w:top w:val="none" w:sz="0" w:space="0" w:color="auto"/>
        <w:left w:val="none" w:sz="0" w:space="0" w:color="auto"/>
        <w:bottom w:val="none" w:sz="0" w:space="0" w:color="auto"/>
        <w:right w:val="none" w:sz="0" w:space="0" w:color="auto"/>
      </w:divBdr>
      <w:divsChild>
        <w:div w:id="713427910">
          <w:marLeft w:val="0"/>
          <w:marRight w:val="0"/>
          <w:marTop w:val="0"/>
          <w:marBottom w:val="0"/>
          <w:divBdr>
            <w:top w:val="none" w:sz="0" w:space="0" w:color="auto"/>
            <w:left w:val="none" w:sz="0" w:space="0" w:color="auto"/>
            <w:bottom w:val="none" w:sz="0" w:space="0" w:color="auto"/>
            <w:right w:val="none" w:sz="0" w:space="0" w:color="auto"/>
          </w:divBdr>
        </w:div>
        <w:div w:id="653217173">
          <w:marLeft w:val="0"/>
          <w:marRight w:val="0"/>
          <w:marTop w:val="0"/>
          <w:marBottom w:val="0"/>
          <w:divBdr>
            <w:top w:val="none" w:sz="0" w:space="0" w:color="auto"/>
            <w:left w:val="none" w:sz="0" w:space="0" w:color="auto"/>
            <w:bottom w:val="none" w:sz="0" w:space="0" w:color="auto"/>
            <w:right w:val="none" w:sz="0" w:space="0" w:color="auto"/>
          </w:divBdr>
        </w:div>
      </w:divsChild>
    </w:div>
    <w:div w:id="1969776557">
      <w:bodyDiv w:val="1"/>
      <w:marLeft w:val="0"/>
      <w:marRight w:val="0"/>
      <w:marTop w:val="0"/>
      <w:marBottom w:val="0"/>
      <w:divBdr>
        <w:top w:val="none" w:sz="0" w:space="0" w:color="auto"/>
        <w:left w:val="none" w:sz="0" w:space="0" w:color="auto"/>
        <w:bottom w:val="none" w:sz="0" w:space="0" w:color="auto"/>
        <w:right w:val="none" w:sz="0" w:space="0" w:color="auto"/>
      </w:divBdr>
    </w:div>
    <w:div w:id="1983998900">
      <w:bodyDiv w:val="1"/>
      <w:marLeft w:val="0"/>
      <w:marRight w:val="0"/>
      <w:marTop w:val="0"/>
      <w:marBottom w:val="0"/>
      <w:divBdr>
        <w:top w:val="none" w:sz="0" w:space="0" w:color="auto"/>
        <w:left w:val="none" w:sz="0" w:space="0" w:color="auto"/>
        <w:bottom w:val="none" w:sz="0" w:space="0" w:color="auto"/>
        <w:right w:val="none" w:sz="0" w:space="0" w:color="auto"/>
      </w:divBdr>
      <w:divsChild>
        <w:div w:id="1248659423">
          <w:marLeft w:val="0"/>
          <w:marRight w:val="0"/>
          <w:marTop w:val="0"/>
          <w:marBottom w:val="0"/>
          <w:divBdr>
            <w:top w:val="none" w:sz="0" w:space="0" w:color="auto"/>
            <w:left w:val="none" w:sz="0" w:space="0" w:color="auto"/>
            <w:bottom w:val="none" w:sz="0" w:space="0" w:color="auto"/>
            <w:right w:val="none" w:sz="0" w:space="0" w:color="auto"/>
          </w:divBdr>
        </w:div>
      </w:divsChild>
    </w:div>
    <w:div w:id="1988629997">
      <w:bodyDiv w:val="1"/>
      <w:marLeft w:val="0"/>
      <w:marRight w:val="0"/>
      <w:marTop w:val="0"/>
      <w:marBottom w:val="0"/>
      <w:divBdr>
        <w:top w:val="none" w:sz="0" w:space="0" w:color="auto"/>
        <w:left w:val="none" w:sz="0" w:space="0" w:color="auto"/>
        <w:bottom w:val="none" w:sz="0" w:space="0" w:color="auto"/>
        <w:right w:val="none" w:sz="0" w:space="0" w:color="auto"/>
      </w:divBdr>
    </w:div>
    <w:div w:id="2011905109">
      <w:bodyDiv w:val="1"/>
      <w:marLeft w:val="0"/>
      <w:marRight w:val="0"/>
      <w:marTop w:val="0"/>
      <w:marBottom w:val="0"/>
      <w:divBdr>
        <w:top w:val="none" w:sz="0" w:space="0" w:color="auto"/>
        <w:left w:val="none" w:sz="0" w:space="0" w:color="auto"/>
        <w:bottom w:val="none" w:sz="0" w:space="0" w:color="auto"/>
        <w:right w:val="none" w:sz="0" w:space="0" w:color="auto"/>
      </w:divBdr>
    </w:div>
    <w:div w:id="2012559702">
      <w:bodyDiv w:val="1"/>
      <w:marLeft w:val="0"/>
      <w:marRight w:val="0"/>
      <w:marTop w:val="0"/>
      <w:marBottom w:val="0"/>
      <w:divBdr>
        <w:top w:val="none" w:sz="0" w:space="0" w:color="auto"/>
        <w:left w:val="none" w:sz="0" w:space="0" w:color="auto"/>
        <w:bottom w:val="none" w:sz="0" w:space="0" w:color="auto"/>
        <w:right w:val="none" w:sz="0" w:space="0" w:color="auto"/>
      </w:divBdr>
    </w:div>
    <w:div w:id="2015834503">
      <w:bodyDiv w:val="1"/>
      <w:marLeft w:val="0"/>
      <w:marRight w:val="0"/>
      <w:marTop w:val="0"/>
      <w:marBottom w:val="0"/>
      <w:divBdr>
        <w:top w:val="none" w:sz="0" w:space="0" w:color="auto"/>
        <w:left w:val="none" w:sz="0" w:space="0" w:color="auto"/>
        <w:bottom w:val="none" w:sz="0" w:space="0" w:color="auto"/>
        <w:right w:val="none" w:sz="0" w:space="0" w:color="auto"/>
      </w:divBdr>
    </w:div>
    <w:div w:id="2032875543">
      <w:bodyDiv w:val="1"/>
      <w:marLeft w:val="0"/>
      <w:marRight w:val="0"/>
      <w:marTop w:val="0"/>
      <w:marBottom w:val="0"/>
      <w:divBdr>
        <w:top w:val="none" w:sz="0" w:space="0" w:color="auto"/>
        <w:left w:val="none" w:sz="0" w:space="0" w:color="auto"/>
        <w:bottom w:val="none" w:sz="0" w:space="0" w:color="auto"/>
        <w:right w:val="none" w:sz="0" w:space="0" w:color="auto"/>
      </w:divBdr>
      <w:divsChild>
        <w:div w:id="2002276044">
          <w:marLeft w:val="0"/>
          <w:marRight w:val="0"/>
          <w:marTop w:val="0"/>
          <w:marBottom w:val="0"/>
          <w:divBdr>
            <w:top w:val="none" w:sz="0" w:space="0" w:color="auto"/>
            <w:left w:val="none" w:sz="0" w:space="0" w:color="auto"/>
            <w:bottom w:val="none" w:sz="0" w:space="0" w:color="auto"/>
            <w:right w:val="none" w:sz="0" w:space="0" w:color="auto"/>
          </w:divBdr>
        </w:div>
      </w:divsChild>
    </w:div>
    <w:div w:id="2082019644">
      <w:bodyDiv w:val="1"/>
      <w:marLeft w:val="0"/>
      <w:marRight w:val="0"/>
      <w:marTop w:val="0"/>
      <w:marBottom w:val="0"/>
      <w:divBdr>
        <w:top w:val="none" w:sz="0" w:space="0" w:color="auto"/>
        <w:left w:val="none" w:sz="0" w:space="0" w:color="auto"/>
        <w:bottom w:val="none" w:sz="0" w:space="0" w:color="auto"/>
        <w:right w:val="none" w:sz="0" w:space="0" w:color="auto"/>
      </w:divBdr>
      <w:divsChild>
        <w:div w:id="1851292585">
          <w:blockQuote w:val="1"/>
          <w:marLeft w:val="720"/>
          <w:marRight w:val="720"/>
          <w:marTop w:val="100"/>
          <w:marBottom w:val="100"/>
          <w:divBdr>
            <w:top w:val="none" w:sz="0" w:space="0" w:color="auto"/>
            <w:left w:val="none" w:sz="0" w:space="0" w:color="auto"/>
            <w:bottom w:val="none" w:sz="0" w:space="0" w:color="auto"/>
            <w:right w:val="none" w:sz="0" w:space="0" w:color="auto"/>
          </w:divBdr>
        </w:div>
        <w:div w:id="515853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102941">
          <w:blockQuote w:val="1"/>
          <w:marLeft w:val="720"/>
          <w:marRight w:val="720"/>
          <w:marTop w:val="100"/>
          <w:marBottom w:val="100"/>
          <w:divBdr>
            <w:top w:val="none" w:sz="0" w:space="0" w:color="auto"/>
            <w:left w:val="none" w:sz="0" w:space="0" w:color="auto"/>
            <w:bottom w:val="none" w:sz="0" w:space="0" w:color="auto"/>
            <w:right w:val="none" w:sz="0" w:space="0" w:color="auto"/>
          </w:divBdr>
        </w:div>
        <w:div w:id="6969252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596665">
      <w:bodyDiv w:val="1"/>
      <w:marLeft w:val="0"/>
      <w:marRight w:val="0"/>
      <w:marTop w:val="0"/>
      <w:marBottom w:val="0"/>
      <w:divBdr>
        <w:top w:val="none" w:sz="0" w:space="0" w:color="auto"/>
        <w:left w:val="none" w:sz="0" w:space="0" w:color="auto"/>
        <w:bottom w:val="none" w:sz="0" w:space="0" w:color="auto"/>
        <w:right w:val="none" w:sz="0" w:space="0" w:color="auto"/>
      </w:divBdr>
      <w:divsChild>
        <w:div w:id="1287276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129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8990288">
      <w:bodyDiv w:val="1"/>
      <w:marLeft w:val="0"/>
      <w:marRight w:val="0"/>
      <w:marTop w:val="0"/>
      <w:marBottom w:val="0"/>
      <w:divBdr>
        <w:top w:val="none" w:sz="0" w:space="0" w:color="auto"/>
        <w:left w:val="none" w:sz="0" w:space="0" w:color="auto"/>
        <w:bottom w:val="none" w:sz="0" w:space="0" w:color="auto"/>
        <w:right w:val="none" w:sz="0" w:space="0" w:color="auto"/>
      </w:divBdr>
      <w:divsChild>
        <w:div w:id="1144927819">
          <w:marLeft w:val="0"/>
          <w:marRight w:val="0"/>
          <w:marTop w:val="0"/>
          <w:marBottom w:val="0"/>
          <w:divBdr>
            <w:top w:val="none" w:sz="0" w:space="0" w:color="auto"/>
            <w:left w:val="none" w:sz="0" w:space="0" w:color="auto"/>
            <w:bottom w:val="none" w:sz="0" w:space="0" w:color="auto"/>
            <w:right w:val="none" w:sz="0" w:space="0" w:color="auto"/>
          </w:divBdr>
          <w:divsChild>
            <w:div w:id="630012664">
              <w:marLeft w:val="0"/>
              <w:marRight w:val="0"/>
              <w:marTop w:val="0"/>
              <w:marBottom w:val="0"/>
              <w:divBdr>
                <w:top w:val="none" w:sz="0" w:space="0" w:color="auto"/>
                <w:left w:val="none" w:sz="0" w:space="0" w:color="auto"/>
                <w:bottom w:val="none" w:sz="0" w:space="0" w:color="auto"/>
                <w:right w:val="none" w:sz="0" w:space="0" w:color="auto"/>
              </w:divBdr>
              <w:divsChild>
                <w:div w:id="723913096">
                  <w:marLeft w:val="0"/>
                  <w:marRight w:val="0"/>
                  <w:marTop w:val="0"/>
                  <w:marBottom w:val="0"/>
                  <w:divBdr>
                    <w:top w:val="none" w:sz="0" w:space="0" w:color="auto"/>
                    <w:left w:val="none" w:sz="0" w:space="0" w:color="auto"/>
                    <w:bottom w:val="none" w:sz="0" w:space="0" w:color="auto"/>
                    <w:right w:val="none" w:sz="0" w:space="0" w:color="auto"/>
                  </w:divBdr>
                  <w:divsChild>
                    <w:div w:id="935330811">
                      <w:marLeft w:val="0"/>
                      <w:marRight w:val="0"/>
                      <w:marTop w:val="0"/>
                      <w:marBottom w:val="0"/>
                      <w:divBdr>
                        <w:top w:val="none" w:sz="0" w:space="0" w:color="auto"/>
                        <w:left w:val="none" w:sz="0" w:space="0" w:color="auto"/>
                        <w:bottom w:val="none" w:sz="0" w:space="0" w:color="auto"/>
                        <w:right w:val="none" w:sz="0" w:space="0" w:color="auto"/>
                      </w:divBdr>
                      <w:divsChild>
                        <w:div w:id="2004502838">
                          <w:marLeft w:val="0"/>
                          <w:marRight w:val="0"/>
                          <w:marTop w:val="0"/>
                          <w:marBottom w:val="0"/>
                          <w:divBdr>
                            <w:top w:val="none" w:sz="0" w:space="0" w:color="auto"/>
                            <w:left w:val="none" w:sz="0" w:space="0" w:color="auto"/>
                            <w:bottom w:val="none" w:sz="0" w:space="0" w:color="auto"/>
                            <w:right w:val="none" w:sz="0" w:space="0" w:color="auto"/>
                          </w:divBdr>
                          <w:divsChild>
                            <w:div w:id="735510544">
                              <w:marLeft w:val="0"/>
                              <w:marRight w:val="0"/>
                              <w:marTop w:val="0"/>
                              <w:marBottom w:val="0"/>
                              <w:divBdr>
                                <w:top w:val="none" w:sz="0" w:space="0" w:color="auto"/>
                                <w:left w:val="none" w:sz="0" w:space="0" w:color="auto"/>
                                <w:bottom w:val="none" w:sz="0" w:space="0" w:color="auto"/>
                                <w:right w:val="none" w:sz="0" w:space="0" w:color="auto"/>
                              </w:divBdr>
                              <w:divsChild>
                                <w:div w:id="1748110782">
                                  <w:marLeft w:val="0"/>
                                  <w:marRight w:val="0"/>
                                  <w:marTop w:val="0"/>
                                  <w:marBottom w:val="0"/>
                                  <w:divBdr>
                                    <w:top w:val="none" w:sz="0" w:space="0" w:color="auto"/>
                                    <w:left w:val="none" w:sz="0" w:space="0" w:color="auto"/>
                                    <w:bottom w:val="none" w:sz="0" w:space="0" w:color="auto"/>
                                    <w:right w:val="none" w:sz="0" w:space="0" w:color="auto"/>
                                  </w:divBdr>
                                  <w:divsChild>
                                    <w:div w:id="11510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9840233">
      <w:bodyDiv w:val="1"/>
      <w:marLeft w:val="0"/>
      <w:marRight w:val="0"/>
      <w:marTop w:val="0"/>
      <w:marBottom w:val="0"/>
      <w:divBdr>
        <w:top w:val="none" w:sz="0" w:space="0" w:color="auto"/>
        <w:left w:val="none" w:sz="0" w:space="0" w:color="auto"/>
        <w:bottom w:val="none" w:sz="0" w:space="0" w:color="auto"/>
        <w:right w:val="none" w:sz="0" w:space="0" w:color="auto"/>
      </w:divBdr>
    </w:div>
    <w:div w:id="2095475296">
      <w:bodyDiv w:val="1"/>
      <w:marLeft w:val="0"/>
      <w:marRight w:val="0"/>
      <w:marTop w:val="0"/>
      <w:marBottom w:val="0"/>
      <w:divBdr>
        <w:top w:val="none" w:sz="0" w:space="0" w:color="auto"/>
        <w:left w:val="none" w:sz="0" w:space="0" w:color="auto"/>
        <w:bottom w:val="none" w:sz="0" w:space="0" w:color="auto"/>
        <w:right w:val="none" w:sz="0" w:space="0" w:color="auto"/>
      </w:divBdr>
      <w:divsChild>
        <w:div w:id="1587491267">
          <w:marLeft w:val="0"/>
          <w:marRight w:val="0"/>
          <w:marTop w:val="0"/>
          <w:marBottom w:val="0"/>
          <w:divBdr>
            <w:top w:val="none" w:sz="0" w:space="0" w:color="auto"/>
            <w:left w:val="none" w:sz="0" w:space="0" w:color="auto"/>
            <w:bottom w:val="none" w:sz="0" w:space="0" w:color="auto"/>
            <w:right w:val="none" w:sz="0" w:space="0" w:color="auto"/>
          </w:divBdr>
        </w:div>
        <w:div w:id="560749054">
          <w:marLeft w:val="0"/>
          <w:marRight w:val="0"/>
          <w:marTop w:val="0"/>
          <w:marBottom w:val="0"/>
          <w:divBdr>
            <w:top w:val="none" w:sz="0" w:space="0" w:color="auto"/>
            <w:left w:val="none" w:sz="0" w:space="0" w:color="auto"/>
            <w:bottom w:val="none" w:sz="0" w:space="0" w:color="auto"/>
            <w:right w:val="none" w:sz="0" w:space="0" w:color="auto"/>
          </w:divBdr>
        </w:div>
      </w:divsChild>
    </w:div>
    <w:div w:id="2099324755">
      <w:bodyDiv w:val="1"/>
      <w:marLeft w:val="0"/>
      <w:marRight w:val="0"/>
      <w:marTop w:val="0"/>
      <w:marBottom w:val="0"/>
      <w:divBdr>
        <w:top w:val="none" w:sz="0" w:space="0" w:color="auto"/>
        <w:left w:val="none" w:sz="0" w:space="0" w:color="auto"/>
        <w:bottom w:val="none" w:sz="0" w:space="0" w:color="auto"/>
        <w:right w:val="none" w:sz="0" w:space="0" w:color="auto"/>
      </w:divBdr>
    </w:div>
    <w:div w:id="2112048721">
      <w:bodyDiv w:val="1"/>
      <w:marLeft w:val="0"/>
      <w:marRight w:val="0"/>
      <w:marTop w:val="0"/>
      <w:marBottom w:val="0"/>
      <w:divBdr>
        <w:top w:val="none" w:sz="0" w:space="0" w:color="auto"/>
        <w:left w:val="none" w:sz="0" w:space="0" w:color="auto"/>
        <w:bottom w:val="none" w:sz="0" w:space="0" w:color="auto"/>
        <w:right w:val="none" w:sz="0" w:space="0" w:color="auto"/>
      </w:divBdr>
    </w:div>
    <w:div w:id="2116630111">
      <w:bodyDiv w:val="1"/>
      <w:marLeft w:val="0"/>
      <w:marRight w:val="0"/>
      <w:marTop w:val="0"/>
      <w:marBottom w:val="0"/>
      <w:divBdr>
        <w:top w:val="none" w:sz="0" w:space="0" w:color="auto"/>
        <w:left w:val="none" w:sz="0" w:space="0" w:color="auto"/>
        <w:bottom w:val="none" w:sz="0" w:space="0" w:color="auto"/>
        <w:right w:val="none" w:sz="0" w:space="0" w:color="auto"/>
      </w:divBdr>
      <w:divsChild>
        <w:div w:id="1345669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4975527">
      <w:bodyDiv w:val="1"/>
      <w:marLeft w:val="0"/>
      <w:marRight w:val="0"/>
      <w:marTop w:val="0"/>
      <w:marBottom w:val="0"/>
      <w:divBdr>
        <w:top w:val="none" w:sz="0" w:space="0" w:color="auto"/>
        <w:left w:val="none" w:sz="0" w:space="0" w:color="auto"/>
        <w:bottom w:val="none" w:sz="0" w:space="0" w:color="auto"/>
        <w:right w:val="none" w:sz="0" w:space="0" w:color="auto"/>
      </w:divBdr>
      <w:divsChild>
        <w:div w:id="1265764873">
          <w:marLeft w:val="0"/>
          <w:marRight w:val="0"/>
          <w:marTop w:val="0"/>
          <w:marBottom w:val="0"/>
          <w:divBdr>
            <w:top w:val="none" w:sz="0" w:space="0" w:color="auto"/>
            <w:left w:val="none" w:sz="0" w:space="0" w:color="auto"/>
            <w:bottom w:val="none" w:sz="0" w:space="0" w:color="auto"/>
            <w:right w:val="none" w:sz="0" w:space="0" w:color="auto"/>
          </w:divBdr>
          <w:divsChild>
            <w:div w:id="1959486386">
              <w:marLeft w:val="0"/>
              <w:marRight w:val="0"/>
              <w:marTop w:val="0"/>
              <w:marBottom w:val="0"/>
              <w:divBdr>
                <w:top w:val="none" w:sz="0" w:space="0" w:color="auto"/>
                <w:left w:val="none" w:sz="0" w:space="0" w:color="auto"/>
                <w:bottom w:val="none" w:sz="0" w:space="0" w:color="auto"/>
                <w:right w:val="none" w:sz="0" w:space="0" w:color="auto"/>
              </w:divBdr>
              <w:divsChild>
                <w:div w:id="1233156337">
                  <w:marLeft w:val="0"/>
                  <w:marRight w:val="0"/>
                  <w:marTop w:val="0"/>
                  <w:marBottom w:val="0"/>
                  <w:divBdr>
                    <w:top w:val="none" w:sz="0" w:space="0" w:color="auto"/>
                    <w:left w:val="none" w:sz="0" w:space="0" w:color="auto"/>
                    <w:bottom w:val="none" w:sz="0" w:space="0" w:color="auto"/>
                    <w:right w:val="none" w:sz="0" w:space="0" w:color="auto"/>
                  </w:divBdr>
                  <w:divsChild>
                    <w:div w:id="1240167010">
                      <w:marLeft w:val="0"/>
                      <w:marRight w:val="0"/>
                      <w:marTop w:val="0"/>
                      <w:marBottom w:val="0"/>
                      <w:divBdr>
                        <w:top w:val="none" w:sz="0" w:space="0" w:color="auto"/>
                        <w:left w:val="none" w:sz="0" w:space="0" w:color="auto"/>
                        <w:bottom w:val="none" w:sz="0" w:space="0" w:color="auto"/>
                        <w:right w:val="none" w:sz="0" w:space="0" w:color="auto"/>
                      </w:divBdr>
                      <w:divsChild>
                        <w:div w:id="1613590561">
                          <w:marLeft w:val="0"/>
                          <w:marRight w:val="0"/>
                          <w:marTop w:val="0"/>
                          <w:marBottom w:val="0"/>
                          <w:divBdr>
                            <w:top w:val="none" w:sz="0" w:space="0" w:color="auto"/>
                            <w:left w:val="none" w:sz="0" w:space="0" w:color="auto"/>
                            <w:bottom w:val="none" w:sz="0" w:space="0" w:color="auto"/>
                            <w:right w:val="none" w:sz="0" w:space="0" w:color="auto"/>
                          </w:divBdr>
                          <w:divsChild>
                            <w:div w:id="1719403182">
                              <w:marLeft w:val="0"/>
                              <w:marRight w:val="0"/>
                              <w:marTop w:val="0"/>
                              <w:marBottom w:val="0"/>
                              <w:divBdr>
                                <w:top w:val="none" w:sz="0" w:space="0" w:color="auto"/>
                                <w:left w:val="none" w:sz="0" w:space="0" w:color="auto"/>
                                <w:bottom w:val="none" w:sz="0" w:space="0" w:color="auto"/>
                                <w:right w:val="none" w:sz="0" w:space="0" w:color="auto"/>
                              </w:divBdr>
                              <w:divsChild>
                                <w:div w:id="1805612967">
                                  <w:marLeft w:val="0"/>
                                  <w:marRight w:val="0"/>
                                  <w:marTop w:val="0"/>
                                  <w:marBottom w:val="0"/>
                                  <w:divBdr>
                                    <w:top w:val="none" w:sz="0" w:space="0" w:color="auto"/>
                                    <w:left w:val="none" w:sz="0" w:space="0" w:color="auto"/>
                                    <w:bottom w:val="none" w:sz="0" w:space="0" w:color="auto"/>
                                    <w:right w:val="none" w:sz="0" w:space="0" w:color="auto"/>
                                  </w:divBdr>
                                  <w:divsChild>
                                    <w:div w:id="136579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8266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eb4425a1-30d0-4cf3-a093-e7aec1c2804d}" enabled="1" method="Standard" siteId="{87789cc7-933c-4e19-99b3-73a1953e3df7}" removed="0"/>
</clbl:labelList>
</file>

<file path=docProps/app.xml><?xml version="1.0" encoding="utf-8"?>
<Properties xmlns="http://schemas.openxmlformats.org/officeDocument/2006/extended-properties" xmlns:vt="http://schemas.openxmlformats.org/officeDocument/2006/docPropsVTypes">
  <Template>Normal</Template>
  <TotalTime>1</TotalTime>
  <Pages>94</Pages>
  <Words>36165</Words>
  <Characters>206143</Characters>
  <Application>Microsoft Office Word</Application>
  <DocSecurity>0</DocSecurity>
  <Lines>1717</Lines>
  <Paragraphs>483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241825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DePalma, Stephen A - Xylem</cp:lastModifiedBy>
  <cp:revision>2</cp:revision>
  <dcterms:created xsi:type="dcterms:W3CDTF">2025-05-23T17:20:00Z</dcterms:created>
  <dcterms:modified xsi:type="dcterms:W3CDTF">2025-05-23T17:20:00Z</dcterms:modified>
  <cp:category/>
</cp:coreProperties>
</file>