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23439" w14:textId="77777777" w:rsidR="00374BAF" w:rsidRPr="00374BAF" w:rsidRDefault="00374BAF" w:rsidP="00374BAF">
      <w:r w:rsidRPr="00374BAF">
        <w:t>Teresa Kane from the Jimmy Fund Program/Dane Farber </w:t>
      </w:r>
    </w:p>
    <w:p w14:paraId="440AF426" w14:textId="77777777" w:rsidR="00310333" w:rsidRDefault="00310333"/>
    <w:p w14:paraId="65384F5D" w14:textId="50580F0B" w:rsidR="00310333" w:rsidRDefault="00310333">
      <w:r>
        <w:t>Chapter 1  The Berkshires</w:t>
      </w:r>
    </w:p>
    <w:p w14:paraId="77ED164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late-October wind rolled down the hills of Western Massachusetts, tugging at the bare branches like a restless spirit. Matteo Deluca adjusted the sling of his rifle across his shoulder, the familiar weight of it more comforting than he liked to admit. Hunting season had begun, and he liked the solitude—the hours of stillness, the rhythm of breath in cold air, the silence between heartbeats that he’d learned to trust long ago.</w:t>
      </w:r>
    </w:p>
    <w:p w14:paraId="5D7BD1F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Up here, in the hills outside Worthington, he could almost forget.</w:t>
      </w:r>
    </w:p>
    <w:p w14:paraId="7233EC6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Locals called him Matt, or Mattie if they'd known him since high school. He’d earned a reputation in the hill towns as a decent guy—quiet, respectful, helped rebuild the town’s war memorial, even coached JV baseball for a season. But people also knew not to ask too many questions. There were stories: about Afghanistan, about special units and dangerous missions, about the things a man brought home that didn’t fit in a duffel bag.</w:t>
      </w:r>
    </w:p>
    <w:p w14:paraId="4D00A07A"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small cabin he lived in had no internet, no cell signal. Just a wood stove, a HAM radio, and a patched American flag hanging in the entryway. He liked it that way.</w:t>
      </w:r>
    </w:p>
    <w:p w14:paraId="2C1954B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even out here, the world was closing in.</w:t>
      </w:r>
    </w:p>
    <w:p w14:paraId="62D4D07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At the general store that morning, the old men were talking about the riots in Portland. More protests had erupted in D.C.—this time over the new AI oversight bill. "Minority Report shit," one of them said, not knowing how right he was.</w:t>
      </w:r>
    </w:p>
    <w:p w14:paraId="194F58F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Matt hadn’t said a word. Just paid for his coffee, tipped his cap, and left.</w:t>
      </w:r>
    </w:p>
    <w:p w14:paraId="141440B1"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That night, he watched the news from a small battery-powered TV hooked to a satellite dish. Same headlines: “Civil unrest,” “Election tensions,” “AI reform.” The government had signed a contract with a Boston-based firm to pilot an algorithm designed to predict political violence before it happened. PreConvict AI, they were calling it. Unofficially, of course. The press loved the nickname.</w:t>
      </w:r>
    </w:p>
    <w:p w14:paraId="680274A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shook his head. Algorithms didn’t know people. They didn’t know what it meant to watch your best friend bleed out in a Kabul alley, or how sometimes, silence wasn’t guilt—it was survival.</w:t>
      </w:r>
    </w:p>
    <w:p w14:paraId="414321C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As he loaded the stove with a fresh log and settled into his chair, the woods around him swayed with the wind. No sirens. No cameras. No eyes. Just for tonight.</w:t>
      </w:r>
    </w:p>
    <w:p w14:paraId="4772F48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tomorrow would be different.</w:t>
      </w:r>
    </w:p>
    <w:p w14:paraId="201CC6B3"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Tomorrow, his face would be all over the internet—falsely linked to a violent protest in Springfield. A photo, taken at the wrong moment, from the wrong angle. No context. No defense. Just a grainy image of Matt caught in the background, his jaw tight, fists clenched, as chaos unfolded behind him.</w:t>
      </w:r>
    </w:p>
    <w:p w14:paraId="0AFF9613" w14:textId="20557C73" w:rsidR="00310333" w:rsidRPr="00310333" w:rsidRDefault="00672772" w:rsidP="00310333">
      <w:pPr>
        <w:spacing w:before="100" w:beforeAutospacing="1" w:after="100" w:afterAutospacing="1"/>
        <w:rPr>
          <w:rFonts w:eastAsia="Times New Roman" w:cs="Times New Roman"/>
          <w:szCs w:val="24"/>
        </w:rPr>
      </w:pPr>
      <w:r>
        <w:rPr>
          <w:rFonts w:eastAsia="Times New Roman" w:cs="Times New Roman"/>
          <w:szCs w:val="24"/>
        </w:rPr>
        <w:t>B</w:t>
      </w:r>
      <w:r w:rsidR="00310333" w:rsidRPr="00310333">
        <w:rPr>
          <w:rFonts w:eastAsia="Times New Roman" w:cs="Times New Roman"/>
          <w:szCs w:val="24"/>
        </w:rPr>
        <w:t>y the time he knew what was happening, the AI would flag him with a near-perfect threat score.</w:t>
      </w:r>
    </w:p>
    <w:p w14:paraId="0A2D109A"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And that would be enough.</w:t>
      </w:r>
    </w:p>
    <w:p w14:paraId="748BCE4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Matt didn’t sleep much that night. He rarely did anymore.</w:t>
      </w:r>
    </w:p>
    <w:p w14:paraId="3274A487"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lastRenderedPageBreak/>
        <w:t>A decade of missions had rewired his brain. Night was the time to stay alert. That low hum in the back of his skull—the one that told him something wasn’t right—it was buzzing now, louder than usual. He tried blaming it on the wind, or maybe the headlines, but it felt like something deeper. More immediate.</w:t>
      </w:r>
    </w:p>
    <w:p w14:paraId="3FD88DE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At 3:42 a.m., he rose, barefoot and automatic, and stepped outside. The stars blinked sharp through the cold air, the treetops swaying like they were whispering secrets to each other.</w:t>
      </w:r>
    </w:p>
    <w:p w14:paraId="71C8E65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Then he saw it—just a glint at first, near the tree line. Low, barely visible. A red LED blink.</w:t>
      </w:r>
    </w:p>
    <w:p w14:paraId="433917A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Drone.</w:t>
      </w:r>
    </w:p>
    <w:p w14:paraId="004E4F19"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dropped instantly, rolling behind the firewood pile. His breathing slowed. Training kicked in. He watched the thing hover in place, then shift left, then right. Not a toy. Too quiet. Too stable. Military spec, or damn close.</w:t>
      </w:r>
    </w:p>
    <w:p w14:paraId="573D203D"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And it wasn’t just passing through.</w:t>
      </w:r>
    </w:p>
    <w:p w14:paraId="5F0A99CE" w14:textId="673BD558"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crawled back inside, slow and carefully. His phone had been off for days, but now he powered it up and turned on the signal blocker he’d built himself. Then he cracked open the hard case in his closet—the one he hadn’t touched in six years.</w:t>
      </w:r>
    </w:p>
    <w:p w14:paraId="34BB4D4D" w14:textId="7B8D7B2E"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Inside: his Glock 19, a suppressed rifle he hadn’t fired since Kabul, and a battered ID card from the 5th Special Forces Group, laminated and sun faded.</w:t>
      </w:r>
    </w:p>
    <w:p w14:paraId="1091582B"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past wasn’t done with him. Not yet.</w:t>
      </w:r>
    </w:p>
    <w:p w14:paraId="32F03141"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At dawn, he drove into Worthington to see Pete Carbone, the town's mechanic and one of the few people Matt still trusted. Pete was ex-Navy, and more importantly, didn't ask questions.</w:t>
      </w:r>
    </w:p>
    <w:p w14:paraId="439E56F7"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on the road into town, Matt’s burner phone buzzed.</w:t>
      </w:r>
    </w:p>
    <w:p w14:paraId="2C7B1F1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b/>
          <w:bCs/>
          <w:szCs w:val="24"/>
        </w:rPr>
        <w:t>UNKNOWN NUMBER. ONE IMAGE ATTACHED.</w:t>
      </w:r>
    </w:p>
    <w:p w14:paraId="0A649BA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almost didn’t open it. Then he did—and everything changed.</w:t>
      </w:r>
    </w:p>
    <w:p w14:paraId="50B36D5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It was him, clear as day, standing near the Springfield protest two nights ago. The photo was angled just enough to make him look like part of the mob. There was a masked man throwing a Molotov cocktail just behind him. From this angle, it looked like they were together.</w:t>
      </w:r>
    </w:p>
    <w:p w14:paraId="0E778EFC" w14:textId="200BE70A"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It wasn’t even a protest he’d meant to witness. He’d gone to meet a journalist friend passing through the </w:t>
      </w:r>
      <w:r w:rsidR="0037047B" w:rsidRPr="00310333">
        <w:rPr>
          <w:rFonts w:eastAsia="Times New Roman" w:cs="Times New Roman"/>
          <w:szCs w:val="24"/>
        </w:rPr>
        <w:t xml:space="preserve">areas </w:t>
      </w:r>
      <w:r w:rsidRPr="00310333">
        <w:rPr>
          <w:rFonts w:eastAsia="Times New Roman" w:cs="Times New Roman"/>
          <w:szCs w:val="24"/>
        </w:rPr>
        <w:t>she never showed. The rally turned fast, and he’d left as sirens closed in. No police had questioned him. No one had stopped him. But someone had taken that picture.</w:t>
      </w:r>
    </w:p>
    <w:p w14:paraId="1BB5193D"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caption read:</w:t>
      </w:r>
      <w:r w:rsidRPr="00310333">
        <w:rPr>
          <w:rFonts w:eastAsia="Times New Roman" w:cs="Times New Roman"/>
          <w:szCs w:val="24"/>
        </w:rPr>
        <w:br/>
      </w:r>
      <w:r w:rsidRPr="00310333">
        <w:rPr>
          <w:rFonts w:eastAsia="Times New Roman" w:cs="Times New Roman"/>
          <w:b/>
          <w:bCs/>
          <w:szCs w:val="24"/>
        </w:rPr>
        <w:t>"EX-GREEN BERET SPOTTED AT SPRINGFIELD PROTEST. AI FLAGGED HIM AS A THREAT LAST YEAR."</w:t>
      </w:r>
    </w:p>
    <w:p w14:paraId="0D95FBC6"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stared at it for a long moment. Then the phone buzzed again.</w:t>
      </w:r>
    </w:p>
    <w:p w14:paraId="4DE8A0C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Another message.</w:t>
      </w:r>
      <w:r w:rsidRPr="00310333">
        <w:rPr>
          <w:rFonts w:eastAsia="Times New Roman" w:cs="Times New Roman"/>
          <w:szCs w:val="24"/>
        </w:rPr>
        <w:br/>
      </w:r>
      <w:r w:rsidRPr="00310333">
        <w:rPr>
          <w:rFonts w:eastAsia="Times New Roman" w:cs="Times New Roman"/>
          <w:b/>
          <w:bCs/>
          <w:szCs w:val="24"/>
        </w:rPr>
        <w:t>“They’re coming. You need to go.”</w:t>
      </w:r>
    </w:p>
    <w:p w14:paraId="706C3DC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lastRenderedPageBreak/>
        <w:t>No name. Just that.</w:t>
      </w:r>
    </w:p>
    <w:p w14:paraId="038A7BBF"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looked up. Above the trees, the glint of metal again. The drone had returned—and now there were two.</w:t>
      </w:r>
    </w:p>
    <w:p w14:paraId="25643F79"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turned off the phone, yanked the battery, and flung it deep into the woods. That drone wasn’t filming for kicks. Someone was watching. Tracking. Cataloging.</w:t>
      </w:r>
    </w:p>
    <w:p w14:paraId="11E3C12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drove into town anyway—still thinking maybe he could get ahead of it. Get answers. It was a mistake.</w:t>
      </w:r>
    </w:p>
    <w:p w14:paraId="6974BCF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Pete’s garage was shuttered. Not closed—shuttered. Windows boarded. A crude sign spray-painted on plywood read:</w:t>
      </w:r>
      <w:r w:rsidRPr="0037047B">
        <w:rPr>
          <w:rFonts w:eastAsia="Times New Roman" w:cs="Times New Roman"/>
          <w:szCs w:val="24"/>
        </w:rPr>
        <w:br/>
      </w:r>
      <w:r w:rsidRPr="0037047B">
        <w:rPr>
          <w:rFonts w:eastAsia="Times New Roman" w:cs="Times New Roman"/>
          <w:b/>
          <w:bCs/>
          <w:szCs w:val="24"/>
        </w:rPr>
        <w:t>NO SERVICE FOR DOMESTIC TERRORISTS.</w:t>
      </w:r>
    </w:p>
    <w:p w14:paraId="3E834A5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stared for a full minute. Pete had been at his daughter’s wedding last year. They’d shared a beer on the back porch, talked about retiring to Maine. Now this?</w:t>
      </w:r>
    </w:p>
    <w:p w14:paraId="4DC7E54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walked down Main Street toward the diner. The town felt different. Tense. Eyes followed him. Conversations stopped when he passed. A kid on a bike slowed just enough to snap a photo.</w:t>
      </w:r>
    </w:p>
    <w:p w14:paraId="08B4212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Inside the diner, Sherry, the owner, looked up and froze mid-order. Her mouth opened, then closed.</w:t>
      </w:r>
    </w:p>
    <w:p w14:paraId="016788E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“Coffee?” she asked finally, too loud.</w:t>
      </w:r>
    </w:p>
    <w:p w14:paraId="7BFC4D0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nodded.</w:t>
      </w:r>
    </w:p>
    <w:p w14:paraId="1922EA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poured it, hands shaking.</w:t>
      </w:r>
    </w:p>
    <w:p w14:paraId="6B8E965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"You should leave, Mattie," she whispered, leaning in. "Before it gets worse."</w:t>
      </w:r>
    </w:p>
    <w:p w14:paraId="58299E1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blinked. “Worse than what?”</w:t>
      </w:r>
    </w:p>
    <w:p w14:paraId="4FA3553D"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“You don’t know?” she asked, already regretting it. “They’ve been here. Feds. Asking around. Said you were ‘of interest.’ Showed that protest photo. You’re all over the local boards. And Reddit, I think. Some kid posted about your ‘kill record’ from Afghanistan like he was quoting gospel.”</w:t>
      </w:r>
    </w:p>
    <w:p w14:paraId="4809E06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His jaw tensed. “What else?”</w:t>
      </w:r>
    </w:p>
    <w:p w14:paraId="3DF37237"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hesitated. “People are saying... things. That you trained militias in your backyard. That you hate the government. That you made threats online.”</w:t>
      </w:r>
    </w:p>
    <w:p w14:paraId="3F717FC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“Bullshit.”</w:t>
      </w:r>
    </w:p>
    <w:p w14:paraId="00408A75"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“I know. But people are scared. Some of ’em want someone to blame. And you're convenient.”</w:t>
      </w:r>
    </w:p>
    <w:p w14:paraId="470C59B5"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looked out the window. Across the street, the pastor from the Congregational Church stood stiffly beside two men in black jackets. They weren’t from town.</w:t>
      </w:r>
    </w:p>
    <w:p w14:paraId="3FDA5F3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FBI.</w:t>
      </w:r>
    </w:p>
    <w:p w14:paraId="3784209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slid a twenty under the coffee cup and left.</w:t>
      </w:r>
    </w:p>
    <w:p w14:paraId="62E2351D"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lastRenderedPageBreak/>
        <w:t xml:space="preserve">By the time he got back to his house, the damage had been done. His mailbox had been smashed in. Someone had spray-painted </w:t>
      </w:r>
      <w:r w:rsidRPr="0037047B">
        <w:rPr>
          <w:rFonts w:eastAsia="Times New Roman" w:cs="Times New Roman"/>
          <w:b/>
          <w:bCs/>
          <w:szCs w:val="24"/>
        </w:rPr>
        <w:t>KILLER</w:t>
      </w:r>
      <w:r w:rsidRPr="0037047B">
        <w:rPr>
          <w:rFonts w:eastAsia="Times New Roman" w:cs="Times New Roman"/>
          <w:szCs w:val="24"/>
        </w:rPr>
        <w:t xml:space="preserve"> across his garage door in dripping red paint. The tires on his truck were slashed. And in his front yard, planted like a grave marker, was a printed screenshot of the photo from Springfield. A single line was scrawled across the bottom in permanent marker:</w:t>
      </w:r>
    </w:p>
    <w:p w14:paraId="1B1C7C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b/>
          <w:bCs/>
          <w:szCs w:val="24"/>
        </w:rPr>
        <w:t>“The AI was right.”</w:t>
      </w:r>
    </w:p>
    <w:p w14:paraId="2EE48BA4"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stared at it for a long time.</w:t>
      </w:r>
    </w:p>
    <w:p w14:paraId="10CDE3C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Then he turned, walked back into his house, and began packing.</w:t>
      </w:r>
    </w:p>
    <w:p w14:paraId="45A9056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He didn’t need to wait for the knock at the door. It was coming. And when it did, it wouldn’t be a question. It would be a drone, or a raid team, or a shot in the night with a headline that read </w:t>
      </w:r>
      <w:r w:rsidRPr="0037047B">
        <w:rPr>
          <w:rFonts w:eastAsia="Times New Roman" w:cs="Times New Roman"/>
          <w:i/>
          <w:iCs/>
          <w:szCs w:val="24"/>
        </w:rPr>
        <w:t>“Flagged Veteran Neutralized Before Attack.”</w:t>
      </w:r>
    </w:p>
    <w:p w14:paraId="00419A77"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wasn’t going to be the poster boy for their algorithm. He wouldn’t let them write the story.</w:t>
      </w:r>
    </w:p>
    <w:p w14:paraId="6FCF6A5F"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Not without a fight.</w:t>
      </w:r>
    </w:p>
    <w:p w14:paraId="51307F2D" w14:textId="77777777" w:rsidR="003A1206" w:rsidRPr="003A1206" w:rsidRDefault="003A1206" w:rsidP="003A1206">
      <w:pPr>
        <w:spacing w:before="100" w:beforeAutospacing="1" w:after="100" w:afterAutospacing="1"/>
        <w:outlineLvl w:val="1"/>
        <w:rPr>
          <w:rFonts w:eastAsia="Times New Roman" w:cs="Times New Roman"/>
          <w:b/>
          <w:bCs/>
          <w:sz w:val="36"/>
          <w:szCs w:val="36"/>
        </w:rPr>
      </w:pPr>
      <w:r w:rsidRPr="003A1206">
        <w:rPr>
          <w:rFonts w:eastAsia="Times New Roman" w:cs="Times New Roman"/>
          <w:b/>
          <w:bCs/>
          <w:sz w:val="36"/>
          <w:szCs w:val="36"/>
        </w:rPr>
        <w:t>Chapter Two – Systems Go</w:t>
      </w:r>
    </w:p>
    <w:p w14:paraId="4C8BAFB9"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At 3:17 a.m., inside a sealed operations center beneath a nondescript building in northern Virginia, the PreConvict threat board refreshed.</w:t>
      </w:r>
    </w:p>
    <w:p w14:paraId="25E125E6"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SUBJECT: MATTEO DELUCA</w:t>
      </w:r>
      <w:r w:rsidRPr="003A1206">
        <w:rPr>
          <w:rFonts w:eastAsia="Times New Roman" w:cs="Times New Roman"/>
          <w:szCs w:val="24"/>
        </w:rPr>
        <w:br/>
      </w:r>
      <w:r w:rsidRPr="003A1206">
        <w:rPr>
          <w:rFonts w:eastAsia="Times New Roman" w:cs="Times New Roman"/>
          <w:b/>
          <w:bCs/>
          <w:szCs w:val="24"/>
        </w:rPr>
        <w:t>SCORE: 97.4%</w:t>
      </w:r>
      <w:r w:rsidRPr="003A1206">
        <w:rPr>
          <w:rFonts w:eastAsia="Times New Roman" w:cs="Times New Roman"/>
          <w:szCs w:val="24"/>
        </w:rPr>
        <w:br/>
      </w:r>
      <w:r w:rsidRPr="003A1206">
        <w:rPr>
          <w:rFonts w:eastAsia="Times New Roman" w:cs="Times New Roman"/>
          <w:b/>
          <w:bCs/>
          <w:szCs w:val="24"/>
        </w:rPr>
        <w:t>CLASSIFICATION: IMMINENT THREAT – TYPE: POLITICAL VIOLENCE</w:t>
      </w:r>
      <w:r w:rsidRPr="003A1206">
        <w:rPr>
          <w:rFonts w:eastAsia="Times New Roman" w:cs="Times New Roman"/>
          <w:szCs w:val="24"/>
        </w:rPr>
        <w:br/>
      </w:r>
      <w:r w:rsidRPr="003A1206">
        <w:rPr>
          <w:rFonts w:eastAsia="Times New Roman" w:cs="Times New Roman"/>
          <w:b/>
          <w:bCs/>
          <w:szCs w:val="24"/>
        </w:rPr>
        <w:t>RECOMMENDED ACTION: LOCATE – ISOLATE – DETAIN (LETHAL FORCE AUTHORIZED)</w:t>
      </w:r>
    </w:p>
    <w:p w14:paraId="4977AC4A"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No one questioned it.</w:t>
      </w:r>
    </w:p>
    <w:p w14:paraId="0F19748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the time the system alerted DHS and the Joint Operations Tasking Command, Matteo Deluca’s name had already filtered through facial recognition databases, drone footage, and mobile ping triangulation from surrounding devices. The system compiled recent social chatter: conspiracy keywords, patriot hashtags, geotagged mentions.</w:t>
      </w:r>
    </w:p>
    <w:p w14:paraId="5E97B96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Then came the testimonies—curated from local residents, social media posts, and a few incentivized “tipsters.”</w:t>
      </w:r>
    </w:p>
    <w:p w14:paraId="7DB183C1" w14:textId="77777777" w:rsidR="003A1206" w:rsidRPr="003A1206" w:rsidRDefault="003A1206" w:rsidP="003A1206">
      <w:pPr>
        <w:spacing w:beforeAutospacing="1" w:afterAutospacing="1"/>
        <w:rPr>
          <w:rFonts w:eastAsia="Times New Roman" w:cs="Times New Roman"/>
          <w:szCs w:val="24"/>
        </w:rPr>
      </w:pPr>
      <w:r w:rsidRPr="003A1206">
        <w:rPr>
          <w:rFonts w:eastAsia="Times New Roman" w:cs="Times New Roman"/>
          <w:i/>
          <w:iCs/>
          <w:szCs w:val="24"/>
        </w:rPr>
        <w:t>“He said the government was the real enemy.”</w:t>
      </w:r>
      <w:r w:rsidRPr="003A1206">
        <w:rPr>
          <w:rFonts w:eastAsia="Times New Roman" w:cs="Times New Roman"/>
          <w:szCs w:val="24"/>
        </w:rPr>
        <w:br/>
      </w:r>
      <w:r w:rsidRPr="003A1206">
        <w:rPr>
          <w:rFonts w:eastAsia="Times New Roman" w:cs="Times New Roman"/>
          <w:i/>
          <w:iCs/>
          <w:szCs w:val="24"/>
        </w:rPr>
        <w:t>“I saw him training out back. Guns, targets, the works.”</w:t>
      </w:r>
      <w:r w:rsidRPr="003A1206">
        <w:rPr>
          <w:rFonts w:eastAsia="Times New Roman" w:cs="Times New Roman"/>
          <w:szCs w:val="24"/>
        </w:rPr>
        <w:br/>
      </w:r>
      <w:r w:rsidRPr="003A1206">
        <w:rPr>
          <w:rFonts w:eastAsia="Times New Roman" w:cs="Times New Roman"/>
          <w:i/>
          <w:iCs/>
          <w:szCs w:val="24"/>
        </w:rPr>
        <w:t>“Mattie told me last month the whole town would ‘learn the hard way.’”</w:t>
      </w:r>
    </w:p>
    <w:p w14:paraId="1E18784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All false. All unverifiable. But the algorithm didn’t care. It wasn’t designed for nuance—it was designed for patterns, probabilities, and headlines that made congressional hearings go smoother.</w:t>
      </w:r>
    </w:p>
    <w:p w14:paraId="2BCBFF1C"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The operation was greenlit.</w:t>
      </w:r>
    </w:p>
    <w:p w14:paraId="4C06A68B" w14:textId="77777777" w:rsidR="003A1206" w:rsidRPr="003A1206" w:rsidRDefault="00000000" w:rsidP="003A1206">
      <w:pPr>
        <w:rPr>
          <w:rFonts w:eastAsia="Times New Roman" w:cs="Times New Roman"/>
          <w:szCs w:val="24"/>
        </w:rPr>
      </w:pPr>
      <w:r>
        <w:rPr>
          <w:rFonts w:eastAsia="Times New Roman" w:cs="Times New Roman"/>
          <w:szCs w:val="24"/>
        </w:rPr>
        <w:pict w14:anchorId="353B27AB">
          <v:rect id="_x0000_i1025" style="width:0;height:1.5pt" o:hralign="center" o:hrstd="t" o:hr="t" fillcolor="#a0a0a0" stroked="f"/>
        </w:pict>
      </w:r>
    </w:p>
    <w:p w14:paraId="36300660"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Matt was already ten miles out of town when the federal convoy passed him in the opposite direction. Three unmarked SUVs. Night optics. Suppressors. They’d find his house cold and empty, the fireplace still burning, </w:t>
      </w:r>
      <w:r w:rsidRPr="003A1206">
        <w:rPr>
          <w:rFonts w:eastAsia="Times New Roman" w:cs="Times New Roman"/>
          <w:szCs w:val="24"/>
        </w:rPr>
        <w:lastRenderedPageBreak/>
        <w:t>and a floorboard missing in the closet where he'd kept old IDs and a single burner phone with nothing but a GPS app and an encrypted chat window.</w:t>
      </w:r>
    </w:p>
    <w:p w14:paraId="6B716F9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No fingerprints. No written plan. Just a note in block letters taped to the bathroom mirror.</w:t>
      </w:r>
    </w:p>
    <w:p w14:paraId="79D297B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“NOT WHAT YOU THINK.”</w:t>
      </w:r>
    </w:p>
    <w:p w14:paraId="1F145487" w14:textId="77777777" w:rsidR="003A1206" w:rsidRPr="003A1206" w:rsidRDefault="00000000" w:rsidP="003A1206">
      <w:pPr>
        <w:rPr>
          <w:rFonts w:eastAsia="Times New Roman" w:cs="Times New Roman"/>
          <w:szCs w:val="24"/>
        </w:rPr>
      </w:pPr>
      <w:r>
        <w:rPr>
          <w:rFonts w:eastAsia="Times New Roman" w:cs="Times New Roman"/>
          <w:szCs w:val="24"/>
        </w:rPr>
        <w:pict w14:anchorId="396D9D51">
          <v:rect id="_x0000_i1026" style="width:0;height:1.5pt" o:hralign="center" o:hrstd="t" o:hr="t" fillcolor="#a0a0a0" stroked="f"/>
        </w:pict>
      </w:r>
    </w:p>
    <w:p w14:paraId="69FB864C"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stuck to back roads and logging trails, the ones he’d hiked for years and no AI could trace. He carried only what mattered: his rifle, a small pack, and a burner phone he’d never powered on. Yet.</w:t>
      </w:r>
    </w:p>
    <w:p w14:paraId="715C07D8"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dawn, he reached the edge of an old conservation area near Huntington, where an abandoned ranger station sat half-collapsed. It had no power, no water, but it had walls—and for now, that would do.</w:t>
      </w:r>
    </w:p>
    <w:p w14:paraId="72A5DB6F"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Matt wasn’t running because he was guilty. He was running because no one cared if he was innocent. Not the media. Not the feds. Not even the townspeople who used to wave when he walked into town for groceries.</w:t>
      </w:r>
    </w:p>
    <w:p w14:paraId="5FE015C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In the eyes of the system, he was already convicted. All that was left was the cleanup.</w:t>
      </w:r>
    </w:p>
    <w:p w14:paraId="32B149A4"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made a fire from old timber scraps and watched the flames catch. A map of the northeast spread in front of him, topographic and wrinkled from years of use. Circles marked old hunting cabins. Places he’d stayed off-grid. Friends—if you could call them that—who owed him favors.</w:t>
      </w:r>
    </w:p>
    <w:p w14:paraId="5662EF32"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didn't know who tipped him off last night. The text had come through a relay number from the Balkans. It smelled like military, or intelligence. Either way, someone out there wanted him to stay alive—for now.</w:t>
      </w:r>
    </w:p>
    <w:p w14:paraId="2C7F2A1B"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just needed time. Time to figure out who was behind the photo. The manipulated data. The jump in his score. And most of all—who stood to gain from making him the AI’s first trophy.</w:t>
      </w:r>
    </w:p>
    <w:p w14:paraId="4F1F2670" w14:textId="77777777" w:rsidR="001D379A" w:rsidRPr="001D379A" w:rsidRDefault="001D379A" w:rsidP="001D379A">
      <w:pPr>
        <w:spacing w:before="100" w:beforeAutospacing="1" w:after="100" w:afterAutospacing="1"/>
        <w:outlineLvl w:val="2"/>
        <w:rPr>
          <w:rFonts w:eastAsia="Times New Roman" w:cs="Times New Roman"/>
          <w:b/>
          <w:bCs/>
          <w:sz w:val="27"/>
          <w:szCs w:val="27"/>
        </w:rPr>
      </w:pPr>
      <w:r w:rsidRPr="001D379A">
        <w:rPr>
          <w:rFonts w:eastAsia="Times New Roman" w:cs="Times New Roman"/>
          <w:b/>
          <w:bCs/>
          <w:sz w:val="27"/>
          <w:szCs w:val="27"/>
        </w:rPr>
        <w:t>Washington, D.C. – Capitol Technology Partners Headquarters</w:t>
      </w:r>
    </w:p>
    <w:p w14:paraId="79127E89"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i/>
          <w:iCs/>
          <w:szCs w:val="24"/>
        </w:rPr>
        <w:t>Same morning, 8:02 a.m.</w:t>
      </w:r>
    </w:p>
    <w:p w14:paraId="558D4488"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In a glass-walled conference room overlooking the Potomac, six people sat at a steel table worth more than most houses in Matt Deluca’s hometown.</w:t>
      </w:r>
    </w:p>
    <w:p w14:paraId="278AEB80"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At the head of the table: </w:t>
      </w:r>
      <w:r w:rsidRPr="001D379A">
        <w:rPr>
          <w:rFonts w:eastAsia="Times New Roman" w:cs="Times New Roman"/>
          <w:b/>
          <w:bCs/>
          <w:szCs w:val="24"/>
        </w:rPr>
        <w:t>Elliot Voss</w:t>
      </w:r>
      <w:r w:rsidRPr="001D379A">
        <w:rPr>
          <w:rFonts w:eastAsia="Times New Roman" w:cs="Times New Roman"/>
          <w:szCs w:val="24"/>
        </w:rPr>
        <w:t>, CEO of Capitol Technology Partners. A man with the manicured look of someone who didn’t sweat—his silver hair always perfect, his teeth always whiter than they should be. Voss was a former Beltway lobbyist turned defense-tech mogul, and the architect of the PreConvict AI pilot.</w:t>
      </w:r>
    </w:p>
    <w:p w14:paraId="17795C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Beside him sat </w:t>
      </w:r>
      <w:r w:rsidRPr="001D379A">
        <w:rPr>
          <w:rFonts w:eastAsia="Times New Roman" w:cs="Times New Roman"/>
          <w:b/>
          <w:bCs/>
          <w:szCs w:val="24"/>
        </w:rPr>
        <w:t>Dr. Lena Drexler</w:t>
      </w:r>
      <w:r w:rsidRPr="001D379A">
        <w:rPr>
          <w:rFonts w:eastAsia="Times New Roman" w:cs="Times New Roman"/>
          <w:szCs w:val="24"/>
        </w:rPr>
        <w:t>, the program’s lead behavioral scientist and the public face of the algorithm. She wore her ethics like a brand, but everyone in the room knew she’d stopped asking moral questions two funding rounds ago.</w:t>
      </w:r>
    </w:p>
    <w:p w14:paraId="25CC39C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Opposite them was </w:t>
      </w:r>
      <w:r w:rsidRPr="001D379A">
        <w:rPr>
          <w:rFonts w:eastAsia="Times New Roman" w:cs="Times New Roman"/>
          <w:b/>
          <w:bCs/>
          <w:szCs w:val="24"/>
        </w:rPr>
        <w:t>Special Agent Corin Hatch</w:t>
      </w:r>
      <w:r w:rsidRPr="001D379A">
        <w:rPr>
          <w:rFonts w:eastAsia="Times New Roman" w:cs="Times New Roman"/>
          <w:szCs w:val="24"/>
        </w:rPr>
        <w:t>, DHS liaison and field op commander for PreConvict cases. Hatch had the stone-cold bearing of a man who liked having authority and no accountability.</w:t>
      </w:r>
    </w:p>
    <w:p w14:paraId="26D275B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clicked a remote. The wall screen lit up with Matt Deluca’s photo.</w:t>
      </w:r>
    </w:p>
    <w:p w14:paraId="72F9E9A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lastRenderedPageBreak/>
        <w:t>"Deluca’s profile just hit 97.4," he said. "We are officially in green-lit territory. I assume your teams are already on the move?"</w:t>
      </w:r>
    </w:p>
    <w:p w14:paraId="7886A501"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Hatch nodded once. “We had assets in western Massachusetts within the hour. His house was cold. Locals are split—some say he’s a hero, some say he’s been stockpiling weapons. One even said he threatened a state senator last winter.”</w:t>
      </w:r>
    </w:p>
    <w:p w14:paraId="60750DAC"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 Drexler tapped a stylus against her notepad. “That wasn’t in his original profile.”</w:t>
      </w:r>
    </w:p>
    <w:p w14:paraId="059A78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“We’ve had a surge in informants since the protest footage went viral,” Hatch said. “We’re integrating citizen inputs into the scoring matrix.”</w:t>
      </w:r>
    </w:p>
    <w:p w14:paraId="120D61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Drexler frowned faintly but said nothing. They all knew what that meant: anyone with a grudge could submit a tip, and the algorithm would treat it as partially valid, especially if it confirmed existing threat vectors.</w:t>
      </w:r>
    </w:p>
    <w:p w14:paraId="2650088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smiled. “Perfect. The model’s working exactly as intended.”</w:t>
      </w:r>
    </w:p>
    <w:p w14:paraId="6765269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“Your definition of ‘working’ concerns me,” Drexler said carefully.</w:t>
      </w:r>
    </w:p>
    <w:p w14:paraId="2E8599F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leaned forward. “Lena, we’re on the cusp of the largest federal contract in predictive analytics history. If Deluca escalates—which we expect he will—we validate the system in the real world. The first national threat caught and neutralized before the crime. Imagine what that does for investor confidence. Congressional support. Public perception.”</w:t>
      </w:r>
    </w:p>
    <w:p w14:paraId="7A165F06"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Hatch cleared his throat. “There’s another factor. One of our forensic analysts flagged metadata in the protest photo. It may have been altered.”</w:t>
      </w:r>
    </w:p>
    <w:p w14:paraId="474859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froze for a moment. “Altered how?”</w:t>
      </w:r>
    </w:p>
    <w:p w14:paraId="3D9E41C4"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“It’s subtle. Angle blur, lighting shadows inconsistent with known footage. We're running a deeper analysis, but if true—it means someone planted it.”</w:t>
      </w:r>
    </w:p>
    <w:p w14:paraId="7B4DD3D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“And made sure he got flagged?” Drexler said. “Who would do that?”</w:t>
      </w:r>
    </w:p>
    <w:p w14:paraId="73C5D96A"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didn’t answer right away. Then, finally: “Does it matter?”</w:t>
      </w:r>
    </w:p>
    <w:p w14:paraId="0832BBC3"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They all looked at him.</w:t>
      </w:r>
    </w:p>
    <w:p w14:paraId="1D59CBE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“Deluca’s profile was always borderline. Gun owner. Combat history. Antigovernment sentiment markers. You give the public a picture, a few quotes out of context, and a 97% score—they’ll believe anything. He’s already guilty. All we have to do is catch him before he makes us look like amateurs.”</w:t>
      </w:r>
    </w:p>
    <w:p w14:paraId="18EF5EB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He smiled again, colder this time. “Besides, if someone </w:t>
      </w:r>
      <w:r w:rsidRPr="001D379A">
        <w:rPr>
          <w:rFonts w:eastAsia="Times New Roman" w:cs="Times New Roman"/>
          <w:i/>
          <w:iCs/>
          <w:szCs w:val="24"/>
        </w:rPr>
        <w:t>did</w:t>
      </w:r>
      <w:r w:rsidRPr="001D379A">
        <w:rPr>
          <w:rFonts w:eastAsia="Times New Roman" w:cs="Times New Roman"/>
          <w:szCs w:val="24"/>
        </w:rPr>
        <w:t xml:space="preserve"> nudge the numbers, I’d like to shake their hand.”</w:t>
      </w:r>
    </w:p>
    <w:p w14:paraId="0A3583EE"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Same Day, 10:36 a.m. – Capitol Technology Media Command Room</w:t>
      </w:r>
    </w:p>
    <w:p w14:paraId="421305D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Internal Codename: "Narrative Strike Package – DELUCA-001"</w:t>
      </w:r>
    </w:p>
    <w:p w14:paraId="6ED50FA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 second floor below Capitol Tech's main offices, the real work happened. The media operations team didn’t wear suits—they wore hoodies, wireless headsets, and the jaded confidence of people who could rewrite reality before lunch.</w:t>
      </w:r>
    </w:p>
    <w:p w14:paraId="7EC5889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The room hummed with activity. A 40-foot LED wall displayed national news feeds, social media trend lines, and keyword velocity charts. In the center, a glowing dashboard displayed Deluca’s evolving profile: news hits, likes/dislikes, public threat perception index (PTPI), and engagement confidence score.</w:t>
      </w:r>
    </w:p>
    <w:p w14:paraId="7B16522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 lead operator, </w:t>
      </w:r>
      <w:r w:rsidRPr="00AC7CCD">
        <w:rPr>
          <w:rFonts w:eastAsia="Times New Roman" w:cs="Times New Roman"/>
          <w:b/>
          <w:bCs/>
          <w:szCs w:val="24"/>
        </w:rPr>
        <w:t>Cass Monroe</w:t>
      </w:r>
      <w:r w:rsidRPr="00AC7CCD">
        <w:rPr>
          <w:rFonts w:eastAsia="Times New Roman" w:cs="Times New Roman"/>
          <w:szCs w:val="24"/>
        </w:rPr>
        <w:t>, leaned back in her chair, chewing a pen cap and watching the data climb.</w:t>
      </w:r>
    </w:p>
    <w:p w14:paraId="225BD7F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“We’re above the sympathy threshold in New England,” she said. “Still too many people calling him a ‘hero’ or saying the photo’s fake. We need an emotional pivot.”</w:t>
      </w:r>
    </w:p>
    <w:p w14:paraId="387951E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Her deputy, a former Buzzfeed writer turned narrative engineer, nodded. “Already deployed Story Set B. Local high school coach says Matt made ‘militia-style threats’ after a football game in 2021. We’ve got audio, AI-enhanced.”</w:t>
      </w:r>
    </w:p>
    <w:p w14:paraId="2147308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raised an eyebrow. “Real?”</w:t>
      </w:r>
    </w:p>
    <w:p w14:paraId="431E8F2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smirked. “Doesn’t matter. It’s believable.”</w:t>
      </w:r>
    </w:p>
    <w:p w14:paraId="0667982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Another analyst chimed in. “Rolling out a three-minute timeline explainer with drone footage, protest photos, and a voiceover from a retired general saying Deluca ‘represents a clear example of post-combat radicalization.’"</w:t>
      </w:r>
    </w:p>
    <w:p w14:paraId="4F44CB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clicked over to the national outlets. The talking points were already seeded. Within hours, they’d go live.</w:t>
      </w:r>
    </w:p>
    <w:p w14:paraId="1D48D4A6"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"How AI Saved Us From a Domestic Terror Plot" — CNN</w:t>
      </w:r>
    </w:p>
    <w:p w14:paraId="0E12A69F"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"The Psychology of a Lone Wolf: Matt Deluca’s Descent" — The Atlantic</w:t>
      </w:r>
    </w:p>
    <w:p w14:paraId="7C8ECBB8"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"PreConvict Technology Could Have Stopped January 6. Now, It Has." — Politico</w:t>
      </w:r>
    </w:p>
    <w:p w14:paraId="0D2A4743"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"Do You Know Who Lives Next Door? The Patriot Threat Index Explained" — Buzzfeed News</w:t>
      </w:r>
    </w:p>
    <w:p w14:paraId="29FC7A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smiled. “By dinnertime, half the country will think Deluca was planning to bomb a government building. The other half will be too afraid to say otherwise.”</w:t>
      </w:r>
    </w:p>
    <w:p w14:paraId="55FD23E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She checked her tablet for the next moves. “Package the Springfield photo as a ‘key breakthrough.’ Push interviews with victims of protest violence. Use veterans who support the PreConvict initiative—get one to say Deluca gives them all a bad name.”</w:t>
      </w:r>
    </w:p>
    <w:p w14:paraId="6B57828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Her deputy paused. “What if he actually is innocent?”</w:t>
      </w:r>
    </w:p>
    <w:p w14:paraId="1737499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She looked at him, deadpan.</w:t>
      </w:r>
    </w:p>
    <w:p w14:paraId="3F0DEEF5" w14:textId="77777777"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“They’ll never prove it before the story kills him.”</w:t>
      </w:r>
    </w:p>
    <w:p w14:paraId="7AFD192E"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Western Massachusetts – 6:12 p.m.</w:t>
      </w:r>
    </w:p>
    <w:p w14:paraId="5ABBE0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An abandoned ranger station. Cold, quiet, and suddenly less safe.</w:t>
      </w:r>
    </w:p>
    <w:p w14:paraId="74A98335"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crouched by the window, watching the ridge through a crack in the rotting wood frame. He’d seen it—just for a moment. A glint of sunlight off glass. Maybe a scope, maybe binoculars. Someone was out there.</w:t>
      </w:r>
    </w:p>
    <w:p w14:paraId="261B6C3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didn’t move. Just listened.</w:t>
      </w:r>
    </w:p>
    <w:p w14:paraId="0513131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drone of the woods. The rustle of leaves. Nothing out of place.</w:t>
      </w:r>
    </w:p>
    <w:p w14:paraId="47CFE0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Yet the unease sat on him like damp wool.</w:t>
      </w:r>
    </w:p>
    <w:p w14:paraId="0CEC053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stepped away from the window and lit a small solar-powered radio—the kind preppers used. He didn’t have a phone. Didn’t dare turn it on. But if they were looking for him, they’d be talking about him. Somewhere.</w:t>
      </w:r>
    </w:p>
    <w:p w14:paraId="55913F8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tuned past static and gospel until the signal cleared:</w:t>
      </w:r>
    </w:p>
    <w:p w14:paraId="403E5C55"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“—still no confirmation, but federal sources believe the suspect is heavily armed and trained in guerrilla tactics. Matteo Deluca, a former Army Special Forces operator, is wanted in connection with an alleged domestic terror threat tied to last week’s protests in Springfield. Here’s a portion of the audio leaked today…”</w:t>
      </w:r>
    </w:p>
    <w:p w14:paraId="3368F7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Static. Then:</w:t>
      </w:r>
    </w:p>
    <w:p w14:paraId="5CE2524D"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i/>
          <w:iCs/>
          <w:szCs w:val="24"/>
        </w:rPr>
        <w:t>“They’re all gonna pay for what they’ve done. Watch. You’ll see. Just wait…”</w:t>
      </w:r>
    </w:p>
    <w:p w14:paraId="717C3E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 his voice. Or close enough.</w:t>
      </w:r>
    </w:p>
    <w:p w14:paraId="46661A2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Matt’s stomach dropped.</w:t>
      </w:r>
    </w:p>
    <w:p w14:paraId="5606D78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didn’t say that. Not ever. Not to anyone. But it sounded like him—same tone, same clipped vowels. They’d manipulated his voice, chopped phrases together. He’d heard this kind of disinformation used overseas in psyops campaigns. But now it was being used against him. Here. At home.</w:t>
      </w:r>
    </w:p>
    <w:p w14:paraId="5F877C8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broadcast rolled on:</w:t>
      </w:r>
    </w:p>
    <w:p w14:paraId="6BC15E78"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“—Deluca was last seen in his hometown of Worthington. Neighbors claim he had grown increasingly hostile toward government institutions. Several anonymous sources say he made threats about political violence as recently as February. A local woman, who asked not to be named, says he told her the ‘next Capitol attack would be real.’”</w:t>
      </w:r>
    </w:p>
    <w:p w14:paraId="7452257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Matt’s jaw clenched.</w:t>
      </w:r>
    </w:p>
    <w:p w14:paraId="0E743A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Julie.</w:t>
      </w:r>
    </w:p>
    <w:p w14:paraId="1BF2F6C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hadn’t spoken to her in nearly a year, not since she ended things with a text. Now she was a source? Feeding them lies?</w:t>
      </w:r>
    </w:p>
    <w:p w14:paraId="52F17E6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No—more likely she was fed </w:t>
      </w:r>
      <w:r w:rsidRPr="00AC7CCD">
        <w:rPr>
          <w:rFonts w:eastAsia="Times New Roman" w:cs="Times New Roman"/>
          <w:i/>
          <w:iCs/>
          <w:szCs w:val="24"/>
        </w:rPr>
        <w:t>a reason</w:t>
      </w:r>
      <w:r w:rsidRPr="00AC7CCD">
        <w:rPr>
          <w:rFonts w:eastAsia="Times New Roman" w:cs="Times New Roman"/>
          <w:szCs w:val="24"/>
        </w:rPr>
        <w:t xml:space="preserve"> to say what they wanted. Maybe a quiet deal. Maybe they just manipulated her too. Didn’t matter. The damage was done.</w:t>
      </w:r>
    </w:p>
    <w:p w14:paraId="158A9D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turned the radio off.</w:t>
      </w:r>
    </w:p>
    <w:p w14:paraId="01BE2D7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wasn’t just a manhunt. It was a takedown. A character assassination at algorithmic speed.</w:t>
      </w:r>
    </w:p>
    <w:p w14:paraId="77E3B41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And it was working.</w:t>
      </w:r>
    </w:p>
    <w:p w14:paraId="75814347" w14:textId="77777777" w:rsidR="00AC7CCD" w:rsidRPr="00AC7CCD" w:rsidRDefault="00000000" w:rsidP="00AC7CCD">
      <w:pPr>
        <w:rPr>
          <w:rFonts w:eastAsia="Times New Roman" w:cs="Times New Roman"/>
          <w:szCs w:val="24"/>
        </w:rPr>
      </w:pPr>
      <w:r>
        <w:rPr>
          <w:rFonts w:eastAsia="Times New Roman" w:cs="Times New Roman"/>
          <w:szCs w:val="24"/>
        </w:rPr>
        <w:pict w14:anchorId="776F1171">
          <v:rect id="_x0000_i1027" style="width:0;height:1.5pt" o:hralign="center" o:hrstd="t" o:hr="t" fillcolor="#a0a0a0" stroked="f"/>
        </w:pict>
      </w:r>
    </w:p>
    <w:p w14:paraId="7AFEF90B"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Elsewhere – 6:45 p.m.</w:t>
      </w:r>
    </w:p>
    <w:p w14:paraId="22A51DC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 secured FBI forward command center. Mobile but state-of-the-art.</w:t>
      </w:r>
    </w:p>
    <w:p w14:paraId="337300E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Special Agent Corin Hatch reviewed the operational board. Deluca’s PTPI had spiked again—public Threat Perception Index now above 84%. The media cycle was doing its job.</w:t>
      </w:r>
    </w:p>
    <w:p w14:paraId="5DF57F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last variable was the kill order.</w:t>
      </w:r>
    </w:p>
    <w:p w14:paraId="2E18AC6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They needed Deluca to escalate. To </w:t>
      </w:r>
      <w:r w:rsidRPr="00AC7CCD">
        <w:rPr>
          <w:rFonts w:eastAsia="Times New Roman" w:cs="Times New Roman"/>
          <w:i/>
          <w:iCs/>
          <w:szCs w:val="24"/>
        </w:rPr>
        <w:t>act</w:t>
      </w:r>
      <w:r w:rsidRPr="00AC7CCD">
        <w:rPr>
          <w:rFonts w:eastAsia="Times New Roman" w:cs="Times New Roman"/>
          <w:szCs w:val="24"/>
        </w:rPr>
        <w:t>. That would justify everything. The AI. The funding. The legality. Without it, there were too many questions. Too many lawyers.</w:t>
      </w:r>
    </w:p>
    <w:p w14:paraId="0399F31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Hatch turned to the contractor beside him—a former intelligence op with a milspec beard and a cold glint in his eye.</w:t>
      </w:r>
    </w:p>
    <w:p w14:paraId="440F516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“Deploy the second asset,” Hatch said. “Same county. Different vector. Let’s give him a little push.”</w:t>
      </w:r>
    </w:p>
    <w:p w14:paraId="1AB2E86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contractor nodded. “You want soft pressure or heat?”</w:t>
      </w:r>
    </w:p>
    <w:p w14:paraId="5C89DD2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“Start with pressure,” Hatch said. “But make it feel real. If he runs again, we escalate.”</w:t>
      </w:r>
    </w:p>
    <w:p w14:paraId="2FF5198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looked once more at the board.</w:t>
      </w:r>
    </w:p>
    <w:p w14:paraId="68E1F28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“Let’s make the AI right.”</w:t>
      </w:r>
    </w:p>
    <w:p w14:paraId="6A22C74A"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South of Chester, Massachusetts – 7:28 p.m.</w:t>
      </w:r>
    </w:p>
    <w:p w14:paraId="53445B6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The woods parted near a forgotten utility road, and Matt saw the gas station through the trees.</w:t>
      </w:r>
    </w:p>
    <w:p w14:paraId="0073E32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 the kind of place time forgot. A single pump, flickering fluorescent lights, and a rusted-out Coke machine older than him. A place nobody watched. That’s why he chose it.</w:t>
      </w:r>
    </w:p>
    <w:p w14:paraId="78DEFDE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waited in the treeline, watching for movement. Cars came and went. No black SUVs. No uniforms. He pulled his hat low and crossed the parking lot fast, head down. Inside, it smelled like fried oil and wood smoke.</w:t>
      </w:r>
    </w:p>
    <w:p w14:paraId="1DBE73F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grabbed a bottle of water, a protein bar, and a prepaid phone from the back pegboard.</w:t>
      </w:r>
    </w:p>
    <w:p w14:paraId="2E74686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At the counter, a familiar voice stopped him cold.</w:t>
      </w:r>
    </w:p>
    <w:p w14:paraId="42D734A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“Well I’ll be damned. Mattie Deluca?”</w:t>
      </w:r>
    </w:p>
    <w:p w14:paraId="550BCB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froze. Then looked up.</w:t>
      </w:r>
    </w:p>
    <w:p w14:paraId="4092747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Danny Crayton.</w:t>
      </w:r>
      <w:r w:rsidRPr="00AC7CCD">
        <w:rPr>
          <w:rFonts w:eastAsia="Times New Roman" w:cs="Times New Roman"/>
          <w:szCs w:val="24"/>
        </w:rPr>
        <w:t xml:space="preserve"> High school friend, two years behind him. Used to play wide receiver until a shoulder injury ended it. Now he was balding, wore a mechanic’s shirt with his name stitched on it, and looked ten years older than he should.</w:t>
      </w:r>
    </w:p>
    <w:p w14:paraId="4D8B86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tried to force a smile. “Hey, Danny.”</w:t>
      </w:r>
    </w:p>
    <w:p w14:paraId="7CB1B59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heard the rumors,” Danny said, lowering his voice. “Didn’t believe ’em. You? A terrorist? Bullshit.”</w:t>
      </w:r>
    </w:p>
    <w:p w14:paraId="4890CE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studied his face. He seemed sincere. No fear in his eyes. No accusation. Just old-school loyalty.</w:t>
      </w:r>
    </w:p>
    <w:p w14:paraId="7645707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“You got a minute?” Matt asked. “Outside?”</w:t>
      </w:r>
    </w:p>
    <w:p w14:paraId="60F7C7A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Danny nodded.</w:t>
      </w:r>
    </w:p>
    <w:p w14:paraId="1CB2AC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sat behind the station, near a stack of tires and a busted vending machine.</w:t>
      </w:r>
    </w:p>
    <w:p w14:paraId="0D9946B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kept his voice low. “They doctored a photo. Faked audio. They're building a case with smoke and mirrors, and the AI just takes it all as gospel.”</w:t>
      </w:r>
    </w:p>
    <w:p w14:paraId="4C3AD0F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looked at him hard. “Why you?”</w:t>
      </w:r>
    </w:p>
    <w:p w14:paraId="076E8E1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don’t know. Maybe I checked the wrong boxes. Vet. Gun owner. Wrong place, wrong time.”</w:t>
      </w:r>
    </w:p>
    <w:p w14:paraId="374CAD7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shook his head. “They said you were armed and dangerous. Said you went off the grid.”</w:t>
      </w:r>
    </w:p>
    <w:p w14:paraId="13A87EA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didn’t go off,” Matt said. “They pushed me off.”</w:t>
      </w:r>
    </w:p>
    <w:p w14:paraId="420FE29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stood and paced. “You need help? Cash? Car?”</w:t>
      </w:r>
    </w:p>
    <w:p w14:paraId="7674F32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hesitated. “Just a ride. Ten miles north. Dirt road. Then I disappear.”</w:t>
      </w:r>
    </w:p>
    <w:p w14:paraId="7FA1FF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nodded once. “Keys are in the truck. Take it. I’ll stall anyone who comes asking.”</w:t>
      </w:r>
    </w:p>
    <w:p w14:paraId="04CA4ED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clapped his shoulder. “You’re a good man, Danny.”</w:t>
      </w:r>
    </w:p>
    <w:p w14:paraId="603F22B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As Matt walked toward the pickup, headlights flared at the far end of the lot.</w:t>
      </w:r>
    </w:p>
    <w:p w14:paraId="71237815"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 van. No logos. Civilian plates. Too clean.</w:t>
      </w:r>
    </w:p>
    <w:p w14:paraId="78C2A0E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His instincts screamed.</w:t>
      </w:r>
    </w:p>
    <w:p w14:paraId="5DA3D8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dropped behind the fuel tank as the van’s side door slid open.</w:t>
      </w:r>
    </w:p>
    <w:p w14:paraId="71A4104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Two men stepped out. Tactical vests. No visible badges. Suppressors on their rifles.</w:t>
      </w:r>
    </w:p>
    <w:p w14:paraId="3E10B4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sprinted toward the woods. The first shot cracked past his head. He rolled down the embankment and landed in a ditch thick with wet leaves and broken glass.</w:t>
      </w:r>
    </w:p>
    <w:p w14:paraId="21DFFA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crawled fast, keeping low, heart pounding.</w:t>
      </w:r>
    </w:p>
    <w:p w14:paraId="289064E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Shouts behind him.</w:t>
      </w:r>
    </w:p>
    <w:p w14:paraId="467B00B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“Move! He’s on foot—heading east!”</w:t>
      </w:r>
    </w:p>
    <w:p w14:paraId="77D6C19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reached the treeline and vanished.</w:t>
      </w:r>
    </w:p>
    <w:p w14:paraId="04CECE80" w14:textId="77777777" w:rsidR="00AC7CCD" w:rsidRPr="00AC7CCD" w:rsidRDefault="00000000" w:rsidP="00AC7CCD">
      <w:pPr>
        <w:rPr>
          <w:rFonts w:eastAsia="Times New Roman" w:cs="Times New Roman"/>
          <w:szCs w:val="24"/>
        </w:rPr>
      </w:pPr>
      <w:r>
        <w:rPr>
          <w:rFonts w:eastAsia="Times New Roman" w:cs="Times New Roman"/>
          <w:szCs w:val="24"/>
        </w:rPr>
        <w:pict w14:anchorId="2C3436B0">
          <v:rect id="_x0000_i1028" style="width:0;height:1.5pt" o:hralign="center" o:hrstd="t" o:hr="t" fillcolor="#a0a0a0" stroked="f"/>
        </w:pict>
      </w:r>
    </w:p>
    <w:p w14:paraId="0CD4C0F8"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Back at the Station – Minutes Later</w:t>
      </w:r>
    </w:p>
    <w:p w14:paraId="58FBB3F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stood in front of the agents, arms crossed.</w:t>
      </w:r>
    </w:p>
    <w:p w14:paraId="4B3435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“Must’ve just missed him,” he said. “Thought he looked familiar. Could’ve sworn it was someone else.”</w:t>
      </w:r>
    </w:p>
    <w:p w14:paraId="2CE3BBD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The lead agent squinted at him. “He talk to you?”</w:t>
      </w:r>
    </w:p>
    <w:p w14:paraId="37A90C1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“Nope.”</w:t>
      </w:r>
    </w:p>
    <w:p w14:paraId="6B413C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“You sure?”</w:t>
      </w:r>
    </w:p>
    <w:p w14:paraId="40B0323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smiled, slow and stubborn. “Positive.”</w:t>
      </w:r>
    </w:p>
    <w:p w14:paraId="428279C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stared him down, but he didn’t flinch. Finally, the agent motioned to the others.</w:t>
      </w:r>
    </w:p>
    <w:p w14:paraId="2286004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“Mount up. Let’s sweep east.”</w:t>
      </w:r>
    </w:p>
    <w:p w14:paraId="09C4DCB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left dust and exhaust in their wake.</w:t>
      </w:r>
    </w:p>
    <w:p w14:paraId="6053175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watched them go, then pulled out his phone and deleted the contact he hadn’t touched in ten years. He whispered to himself:</w:t>
      </w:r>
    </w:p>
    <w:p w14:paraId="6EB24DEC" w14:textId="77777777"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“Be safe, Mattie. Whatever this is—you didn’t deserve it.”</w:t>
      </w:r>
    </w:p>
    <w:p w14:paraId="1750486E" w14:textId="77777777" w:rsidR="00071899" w:rsidRDefault="00071899" w:rsidP="00AC7CCD">
      <w:pPr>
        <w:spacing w:before="100" w:beforeAutospacing="1" w:after="100" w:afterAutospacing="1"/>
        <w:rPr>
          <w:rFonts w:eastAsia="Times New Roman" w:cs="Times New Roman"/>
          <w:szCs w:val="24"/>
        </w:rPr>
      </w:pPr>
    </w:p>
    <w:p w14:paraId="45F58D7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b/>
          <w:bCs/>
          <w:szCs w:val="24"/>
        </w:rPr>
        <w:t>Chapter Two – Shadows in the Ashes</w:t>
      </w:r>
      <w:r w:rsidRPr="00071899">
        <w:rPr>
          <w:rFonts w:eastAsia="Times New Roman" w:cs="Times New Roman"/>
          <w:szCs w:val="24"/>
        </w:rPr>
        <w:br/>
      </w:r>
      <w:r w:rsidRPr="00071899">
        <w:rPr>
          <w:rFonts w:eastAsia="Times New Roman" w:cs="Times New Roman"/>
          <w:i/>
          <w:iCs/>
          <w:szCs w:val="24"/>
        </w:rPr>
        <w:t>(Expanded and integrated version of Chapter Two of Pre Convicted)</w:t>
      </w:r>
    </w:p>
    <w:p w14:paraId="78412DC0" w14:textId="77777777" w:rsidR="00071899" w:rsidRPr="00071899" w:rsidRDefault="00000000" w:rsidP="00071899">
      <w:pPr>
        <w:rPr>
          <w:rFonts w:eastAsia="Times New Roman" w:cs="Times New Roman"/>
          <w:szCs w:val="24"/>
        </w:rPr>
      </w:pPr>
      <w:r>
        <w:rPr>
          <w:rFonts w:eastAsia="Times New Roman" w:cs="Times New Roman"/>
          <w:szCs w:val="24"/>
        </w:rPr>
        <w:pict w14:anchorId="0D275EB5">
          <v:rect id="_x0000_i1029" style="width:0;height:1.5pt" o:hralign="center" o:hrstd="t" o:hr="t" fillcolor="#a0a0a0" stroked="f"/>
        </w:pict>
      </w:r>
    </w:p>
    <w:p w14:paraId="778513E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 burned-out shell of Springfield still stank of smoke and tear gas.</w:t>
      </w:r>
    </w:p>
    <w:p w14:paraId="475ABB53"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Marino kept his collar up and his eyes low as he moved past the broken windows and graffiti-covered brick facades lining Worthington Street. The protest had been over for days, but the memory hung heavy in the air. Plywood sheets clung to storefronts like bandages. A few shop owners stood out front, sweeping away glass. The city looked like it had survived a siege—and in a way, it had.</w:t>
      </w:r>
    </w:p>
    <w:p w14:paraId="7ED1309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But Frank hadn’t come for the protest. That wasn’t why he was here.</w:t>
      </w:r>
    </w:p>
    <w:p w14:paraId="3A42486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He had come to meet </w:t>
      </w:r>
      <w:r w:rsidRPr="00071899">
        <w:rPr>
          <w:rFonts w:eastAsia="Times New Roman" w:cs="Times New Roman"/>
          <w:i/>
          <w:iCs/>
          <w:szCs w:val="24"/>
        </w:rPr>
        <w:t>her</w:t>
      </w:r>
      <w:r w:rsidRPr="00071899">
        <w:rPr>
          <w:rFonts w:eastAsia="Times New Roman" w:cs="Times New Roman"/>
          <w:szCs w:val="24"/>
        </w:rPr>
        <w:t>.</w:t>
      </w:r>
    </w:p>
    <w:p w14:paraId="1BE17EB4"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Krystyn Wozniak. The only woman who ever really knew him. An embedded journalist he’d met years ago in Afghanistan, covering joint operations in Kandahar. Blonde, sharp-witted, and too damn brave for her own good. They’d burned hot and fast—too fast. The kind of bond only formed in warzones, where tomorrow wasn’t guaranteed and honesty was a nightly confession between fear and sleep.</w:t>
      </w:r>
    </w:p>
    <w:p w14:paraId="34C6719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He hadn’t seen her in five years. Not since she'd ghosted him outside the wire, with only a folded note and a press badge left behind.</w:t>
      </w:r>
    </w:p>
    <w:p w14:paraId="3C00A285"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So when she reached out—cryptic, emotional, asking to meet and “clear the air”—he came. She chose the place: Court Square, outside Café Lebanon. She said she had something to say about what happened back then. And Frank, despite everything he knew about betrayal and manipulation, still couldn’t ignore her. She was the last person he’d ever truly trusted.</w:t>
      </w:r>
    </w:p>
    <w:p w14:paraId="7F679B0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But she never showed.</w:t>
      </w:r>
    </w:p>
    <w:p w14:paraId="44B3967D"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lastRenderedPageBreak/>
        <w:t>Instead, a rally erupted around him. Something that had started with speeches and banners quickly boiled over into chaos. Antifa. Local militias. Federal agents. Someone sparked violence, and within moments, smoke bombs and flashbangs sent the crowd into a stampede.</w:t>
      </w:r>
    </w:p>
    <w:p w14:paraId="38A11AB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Frank left before it got bad—military instinct. He saw the shift in body language, the tension rippling through the masses, the agents with earpieces flanking the square. It was a setup. It stank of orchestration. And when the footage hit the news, there he was: a blurry figure in a black jacket slipping between shadows, marked by facial recognition and flagged by PreConvict’s behavioral algorithm. The model didn’t care that he hadn’t thrown a punch or said a word. He was </w:t>
      </w:r>
      <w:r w:rsidRPr="00071899">
        <w:rPr>
          <w:rFonts w:eastAsia="Times New Roman" w:cs="Times New Roman"/>
          <w:i/>
          <w:iCs/>
          <w:szCs w:val="24"/>
        </w:rPr>
        <w:t>present</w:t>
      </w:r>
      <w:r w:rsidRPr="00071899">
        <w:rPr>
          <w:rFonts w:eastAsia="Times New Roman" w:cs="Times New Roman"/>
          <w:szCs w:val="24"/>
        </w:rPr>
        <w:t>—and that was enough.</w:t>
      </w:r>
    </w:p>
    <w:p w14:paraId="178BC2FE"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No one stopped him. No one asked questions. But someone had taken a picture.</w:t>
      </w:r>
    </w:p>
    <w:p w14:paraId="67C44730"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Now, they were hunting him.</w:t>
      </w:r>
    </w:p>
    <w:p w14:paraId="6FEBF020" w14:textId="77777777" w:rsidR="00071899" w:rsidRPr="00071899" w:rsidRDefault="00000000" w:rsidP="00071899">
      <w:pPr>
        <w:rPr>
          <w:rFonts w:eastAsia="Times New Roman" w:cs="Times New Roman"/>
          <w:szCs w:val="24"/>
        </w:rPr>
      </w:pPr>
      <w:r>
        <w:rPr>
          <w:rFonts w:eastAsia="Times New Roman" w:cs="Times New Roman"/>
          <w:szCs w:val="24"/>
        </w:rPr>
        <w:pict w14:anchorId="3A69097D">
          <v:rect id="_x0000_i1030" style="width:0;height:1.5pt" o:hralign="center" o:hrstd="t" o:hr="t" fillcolor="#a0a0a0" stroked="f"/>
        </w:pict>
      </w:r>
    </w:p>
    <w:p w14:paraId="4967E6D9"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He made his way through back alleys to the edge of town, where the new strip malls gave way to broken warehouses and weed-choked lots. The real Springfield—the one the cameras didn’t show. And waiting there, outside the shadow of a crumbling overpass, was Eddie Serrano.</w:t>
      </w:r>
    </w:p>
    <w:p w14:paraId="320FE9FA"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Eddie had been a field medic in Frank’s unit before leaving the Army to become a surgical tech at Berkshire Medical in Chatham. They'd seen things in Afghanistan neither could fully explain to civilians—and that made them brothers for life.</w:t>
      </w:r>
    </w:p>
    <w:p w14:paraId="278FD8D0"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“Jesus, you look like hell,” Eddie said, sliding out of his rusted Tacoma.</w:t>
      </w:r>
    </w:p>
    <w:p w14:paraId="547D77D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shrugged. “You’re one to talk. Still driving that rust bucket?”</w:t>
      </w:r>
    </w:p>
    <w:p w14:paraId="6C6BF3A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“I keep it low-key for my black ops side hustle.”</w:t>
      </w:r>
    </w:p>
    <w:p w14:paraId="046F71D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Eddie tossed Frank a small black duffel. Inside was an older-model Android phone, a flip phone, and a power bank wrapped in electrical tape. “All clean. One belonged to a guy who OD’d last week. Nobody’s claimed the body. You’ve got a week, maybe two, before they realize the SIM’s active.”</w:t>
      </w:r>
    </w:p>
    <w:p w14:paraId="426EF7A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pocketed the gear. “Appreciate it. You heard anything else?”</w:t>
      </w:r>
    </w:p>
    <w:p w14:paraId="3620BF5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Eddie shook his head. “Not directly. But there’s chatter about you. Not just from law enforcement. Higher than that. Something weird’s going on.”</w:t>
      </w:r>
    </w:p>
    <w:p w14:paraId="2159C42D"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nodded. “It’s all weird now.”</w:t>
      </w:r>
    </w:p>
    <w:p w14:paraId="0BC7BC15"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Before he could say more, a low-flying drone buzzed overhead. Eddie tensed and scanned the sky.</w:t>
      </w:r>
    </w:p>
    <w:p w14:paraId="08871AE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“They’re definitely watching,” Eddie muttered. “You should get out of here.”</w:t>
      </w:r>
    </w:p>
    <w:p w14:paraId="42206012"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gripped his friend’s shoulder. “Thanks, hermano.”</w:t>
      </w:r>
    </w:p>
    <w:p w14:paraId="6F125CF1"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They parted without another word. It was safer that way.</w:t>
      </w:r>
    </w:p>
    <w:p w14:paraId="2E84718D" w14:textId="77777777" w:rsidR="00071899" w:rsidRPr="00071899" w:rsidRDefault="00000000" w:rsidP="00071899">
      <w:pPr>
        <w:rPr>
          <w:rFonts w:eastAsia="Times New Roman" w:cs="Times New Roman"/>
          <w:szCs w:val="24"/>
        </w:rPr>
      </w:pPr>
      <w:r>
        <w:rPr>
          <w:rFonts w:eastAsia="Times New Roman" w:cs="Times New Roman"/>
          <w:szCs w:val="24"/>
        </w:rPr>
        <w:pict w14:anchorId="6A9DE20A">
          <v:rect id="_x0000_i1031" style="width:0;height:1.5pt" o:hralign="center" o:hrstd="t" o:hr="t" fillcolor="#a0a0a0" stroked="f"/>
        </w:pict>
      </w:r>
    </w:p>
    <w:p w14:paraId="2A050C8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lastRenderedPageBreak/>
        <w:t>Frank spent that night in a low-rent motel on the edge of Holyoke—one of those leftover places from the 1950s, stained with a half-century of smoke and secrets. The room smelled like wet carpet and old cigarettes, and the bedspread looked like it hadn’t been washed since Clinton was in office. But it was cheap, anonymous, and off the books.</w:t>
      </w:r>
    </w:p>
    <w:p w14:paraId="1EBF97BA"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He sat cross-legged on the bed, the burner phone propped up next to a secondhand TV with a sticky remote. The faint hum of a mini-fridge filled the silence.</w:t>
      </w:r>
    </w:p>
    <w:p w14:paraId="372C82E1"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Then something caught his ear—a debate, playing on a local news station. A panel of experts arguing the merits of the PreConvict system. One of them, a former federal prosecutor named Daniel Rourke, leaned forward into the camera and said:</w:t>
      </w:r>
    </w:p>
    <w:p w14:paraId="41A5B014" w14:textId="77777777" w:rsidR="00071899" w:rsidRPr="00071899" w:rsidRDefault="00071899" w:rsidP="00071899">
      <w:pPr>
        <w:spacing w:beforeAutospacing="1" w:afterAutospacing="1"/>
        <w:rPr>
          <w:rFonts w:eastAsia="Times New Roman" w:cs="Times New Roman"/>
          <w:szCs w:val="24"/>
        </w:rPr>
      </w:pPr>
      <w:r w:rsidRPr="00071899">
        <w:rPr>
          <w:rFonts w:eastAsia="Times New Roman" w:cs="Times New Roman"/>
          <w:szCs w:val="24"/>
        </w:rPr>
        <w:t xml:space="preserve">“If you tell an algorithm that a man </w:t>
      </w:r>
      <w:r w:rsidRPr="00071899">
        <w:rPr>
          <w:rFonts w:eastAsia="Times New Roman" w:cs="Times New Roman"/>
          <w:i/>
          <w:iCs/>
          <w:szCs w:val="24"/>
        </w:rPr>
        <w:t>will</w:t>
      </w:r>
      <w:r w:rsidRPr="00071899">
        <w:rPr>
          <w:rFonts w:eastAsia="Times New Roman" w:cs="Times New Roman"/>
          <w:szCs w:val="24"/>
        </w:rPr>
        <w:t xml:space="preserve"> become a monster, then all you need to do is surround him with fire. Eventually, he burns.”</w:t>
      </w:r>
    </w:p>
    <w:p w14:paraId="0C60CDE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froze.</w:t>
      </w:r>
    </w:p>
    <w:p w14:paraId="78C7DA33"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Rourke continued: “There’s no such thing as prediction. Only manipulation. They don’t arrest you for what you </w:t>
      </w:r>
      <w:r w:rsidRPr="00071899">
        <w:rPr>
          <w:rFonts w:eastAsia="Times New Roman" w:cs="Times New Roman"/>
          <w:i/>
          <w:iCs/>
          <w:szCs w:val="24"/>
        </w:rPr>
        <w:t>might</w:t>
      </w:r>
      <w:r w:rsidRPr="00071899">
        <w:rPr>
          <w:rFonts w:eastAsia="Times New Roman" w:cs="Times New Roman"/>
          <w:szCs w:val="24"/>
        </w:rPr>
        <w:t xml:space="preserve"> do—they push you until you do it. That’s the real model. You don’t just punish thought—you </w:t>
      </w:r>
      <w:r w:rsidRPr="00071899">
        <w:rPr>
          <w:rFonts w:eastAsia="Times New Roman" w:cs="Times New Roman"/>
          <w:i/>
          <w:iCs/>
          <w:szCs w:val="24"/>
        </w:rPr>
        <w:t>craft</w:t>
      </w:r>
      <w:r w:rsidRPr="00071899">
        <w:rPr>
          <w:rFonts w:eastAsia="Times New Roman" w:cs="Times New Roman"/>
          <w:szCs w:val="24"/>
        </w:rPr>
        <w:t xml:space="preserve"> it.”</w:t>
      </w:r>
    </w:p>
    <w:p w14:paraId="260ADB14"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Frank rewound the clip three times.</w:t>
      </w:r>
    </w:p>
    <w:p w14:paraId="09834E2F"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 xml:space="preserve">That was the first breadcrumb. The one that pointed to something deeper than surveillance. This wasn’t just about removing dissent. Someone—some </w:t>
      </w:r>
      <w:r w:rsidRPr="00071899">
        <w:rPr>
          <w:rFonts w:eastAsia="Times New Roman" w:cs="Times New Roman"/>
          <w:i/>
          <w:iCs/>
          <w:szCs w:val="24"/>
        </w:rPr>
        <w:t>thing</w:t>
      </w:r>
      <w:r w:rsidRPr="00071899">
        <w:rPr>
          <w:rFonts w:eastAsia="Times New Roman" w:cs="Times New Roman"/>
          <w:szCs w:val="24"/>
        </w:rPr>
        <w:t xml:space="preserve">—was testing a theory. About </w:t>
      </w:r>
      <w:r w:rsidRPr="00071899">
        <w:rPr>
          <w:rFonts w:eastAsia="Times New Roman" w:cs="Times New Roman"/>
          <w:i/>
          <w:iCs/>
          <w:szCs w:val="24"/>
        </w:rPr>
        <w:t>control</w:t>
      </w:r>
      <w:r w:rsidRPr="00071899">
        <w:rPr>
          <w:rFonts w:eastAsia="Times New Roman" w:cs="Times New Roman"/>
          <w:szCs w:val="24"/>
        </w:rPr>
        <w:t xml:space="preserve">. About cause and effect. About whether a man like him could be </w:t>
      </w:r>
      <w:r w:rsidRPr="00071899">
        <w:rPr>
          <w:rFonts w:eastAsia="Times New Roman" w:cs="Times New Roman"/>
          <w:i/>
          <w:iCs/>
          <w:szCs w:val="24"/>
        </w:rPr>
        <w:t>driven</w:t>
      </w:r>
      <w:r w:rsidRPr="00071899">
        <w:rPr>
          <w:rFonts w:eastAsia="Times New Roman" w:cs="Times New Roman"/>
          <w:szCs w:val="24"/>
        </w:rPr>
        <w:t xml:space="preserve"> to commit a crime he never would have considered on his own.</w:t>
      </w:r>
    </w:p>
    <w:p w14:paraId="0D5B123B"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The next morning, Frank crossed “Springfield” off the map he kept folded in his jacket.</w:t>
      </w:r>
    </w:p>
    <w:p w14:paraId="79D71AE7"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He drew a circle around Boston.</w:t>
      </w:r>
    </w:p>
    <w:p w14:paraId="4C2FF5F8" w14:textId="77777777" w:rsidR="00071899" w:rsidRPr="00071899" w:rsidRDefault="00071899" w:rsidP="00071899">
      <w:pPr>
        <w:spacing w:before="100" w:beforeAutospacing="1" w:after="100" w:afterAutospacing="1"/>
        <w:rPr>
          <w:rFonts w:eastAsia="Times New Roman" w:cs="Times New Roman"/>
          <w:szCs w:val="24"/>
        </w:rPr>
      </w:pPr>
      <w:r w:rsidRPr="00071899">
        <w:rPr>
          <w:rFonts w:eastAsia="Times New Roman" w:cs="Times New Roman"/>
          <w:szCs w:val="24"/>
        </w:rPr>
        <w:t>Time to dig.</w:t>
      </w:r>
    </w:p>
    <w:p w14:paraId="14C576A8" w14:textId="77777777" w:rsidR="00071899" w:rsidRPr="00AC7CCD" w:rsidRDefault="00071899" w:rsidP="00AC7CCD">
      <w:pPr>
        <w:spacing w:before="100" w:beforeAutospacing="1" w:after="100" w:afterAutospacing="1"/>
        <w:rPr>
          <w:rFonts w:eastAsia="Times New Roman" w:cs="Times New Roman"/>
          <w:szCs w:val="24"/>
        </w:rPr>
      </w:pPr>
    </w:p>
    <w:p w14:paraId="1C6F76DD" w14:textId="0104843C" w:rsidR="00F52A1C" w:rsidRPr="00F52A1C" w:rsidRDefault="00F52A1C" w:rsidP="00F52A1C">
      <w:pPr>
        <w:spacing w:before="100" w:beforeAutospacing="1" w:after="100" w:afterAutospacing="1"/>
        <w:outlineLvl w:val="2"/>
        <w:rPr>
          <w:rFonts w:eastAsia="Times New Roman" w:cs="Times New Roman"/>
          <w:b/>
          <w:bCs/>
          <w:sz w:val="27"/>
          <w:szCs w:val="27"/>
          <w:u w:val="single"/>
        </w:rPr>
      </w:pPr>
      <w:r w:rsidRPr="00F52A1C">
        <w:rPr>
          <w:rFonts w:eastAsia="Times New Roman" w:cs="Times New Roman"/>
          <w:b/>
          <w:bCs/>
          <w:sz w:val="27"/>
          <w:szCs w:val="27"/>
          <w:u w:val="single"/>
        </w:rPr>
        <w:t>Chapter Three</w:t>
      </w:r>
      <w:r w:rsidRPr="005D669A">
        <w:rPr>
          <w:rFonts w:eastAsia="Times New Roman" w:cs="Times New Roman"/>
          <w:b/>
          <w:bCs/>
          <w:sz w:val="27"/>
          <w:szCs w:val="27"/>
          <w:u w:val="single"/>
        </w:rPr>
        <w:t xml:space="preserve"> Command Performance</w:t>
      </w:r>
    </w:p>
    <w:p w14:paraId="7B2FBED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Washington, D.C. – The Atrium Room, Le Jardin Bleu</w:t>
      </w:r>
      <w:r w:rsidRPr="00F52A1C">
        <w:rPr>
          <w:rFonts w:eastAsia="Times New Roman" w:cs="Times New Roman"/>
          <w:szCs w:val="24"/>
        </w:rPr>
        <w:br/>
      </w:r>
      <w:r w:rsidRPr="00F52A1C">
        <w:rPr>
          <w:rFonts w:eastAsia="Times New Roman" w:cs="Times New Roman"/>
          <w:i/>
          <w:iCs/>
          <w:szCs w:val="24"/>
        </w:rPr>
        <w:t>8:12 p.m. – Four blocks from the Capitol, light-years from reality</w:t>
      </w:r>
    </w:p>
    <w:p w14:paraId="71B8638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 wine cost more than most Americans made in a week. The oysters were flown in from Brittany that morning. The marbled wagyu didn’t touch a grill—it was gently warmed under a silver cloche to preserve its “textural poetry.”</w:t>
      </w:r>
    </w:p>
    <w:p w14:paraId="49CEA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Senator </w:t>
      </w:r>
      <w:r w:rsidRPr="00F52A1C">
        <w:rPr>
          <w:rFonts w:eastAsia="Times New Roman" w:cs="Times New Roman"/>
          <w:b/>
          <w:bCs/>
          <w:szCs w:val="24"/>
        </w:rPr>
        <w:t>Rhodes Gallinger</w:t>
      </w:r>
      <w:r w:rsidRPr="00F52A1C">
        <w:rPr>
          <w:rFonts w:eastAsia="Times New Roman" w:cs="Times New Roman"/>
          <w:szCs w:val="24"/>
        </w:rPr>
        <w:t xml:space="preserve"> (R–VA), ranking member of the Homeland Oversight Committee, dabbed the corner of his mouth with a linen napkin and chuckled.</w:t>
      </w:r>
    </w:p>
    <w:p w14:paraId="1812DB1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“I’ll say this—if the AI flagged that Deluca boy at ninety-seven percent, I don’t give a damn if he sings in the church choir. We finally have something we can </w:t>
      </w:r>
      <w:r w:rsidRPr="00F52A1C">
        <w:rPr>
          <w:rFonts w:eastAsia="Times New Roman" w:cs="Times New Roman"/>
          <w:i/>
          <w:iCs/>
          <w:szCs w:val="24"/>
        </w:rPr>
        <w:t>sell</w:t>
      </w:r>
      <w:r w:rsidRPr="00F52A1C">
        <w:rPr>
          <w:rFonts w:eastAsia="Times New Roman" w:cs="Times New Roman"/>
          <w:szCs w:val="24"/>
        </w:rPr>
        <w:t>.”</w:t>
      </w:r>
    </w:p>
    <w:p w14:paraId="266CA4D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 xml:space="preserve">Across the table, </w:t>
      </w:r>
      <w:r w:rsidRPr="00F52A1C">
        <w:rPr>
          <w:rFonts w:eastAsia="Times New Roman" w:cs="Times New Roman"/>
          <w:b/>
          <w:bCs/>
          <w:szCs w:val="24"/>
        </w:rPr>
        <w:t>Senator Clarice Yung</w:t>
      </w:r>
      <w:r w:rsidRPr="00F52A1C">
        <w:rPr>
          <w:rFonts w:eastAsia="Times New Roman" w:cs="Times New Roman"/>
          <w:szCs w:val="24"/>
        </w:rPr>
        <w:t xml:space="preserve"> (D–CA) swirled her wine, her earrings catching the chandelier light. “Don’t get too cocky, Rhodes. You’re not the only one with a committee seat. The tech sector loves this program—and they fund my side of the aisle too.”</w:t>
      </w:r>
    </w:p>
    <w:p w14:paraId="30FC22D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Their laughter was low and knowing. An expensive kind of laughter. They didn’t have to fake camaraderie when there were billions on the table.</w:t>
      </w:r>
    </w:p>
    <w:p w14:paraId="53D0A8E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Their guest of honor arrived late, escorted by Capitol Tech’s chief lobbyist.</w:t>
      </w:r>
    </w:p>
    <w:p w14:paraId="06ECA53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Graham Kessler</w:t>
      </w:r>
      <w:r w:rsidRPr="00F52A1C">
        <w:rPr>
          <w:rFonts w:eastAsia="Times New Roman" w:cs="Times New Roman"/>
          <w:szCs w:val="24"/>
        </w:rPr>
        <w:t>, former undersecretary of defense, now a high-paid “consultant” with a portfolio of defense tech startups—Capitol Tech’s hidden hand in government circles.</w:t>
      </w:r>
    </w:p>
    <w:p w14:paraId="3F8B467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Kessler slid into the booth like he owned the room. “Sorry, traffic. Democracy bottlenecks around five p.m.”</w:t>
      </w:r>
    </w:p>
    <w:p w14:paraId="5D1BE78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Gallinger grinned. “What’s the word from Voss and the rest of your pirates?”</w:t>
      </w:r>
    </w:p>
    <w:p w14:paraId="128DEFC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“They’re giddy,” Kessler said. “Deluca’s profile is trending globally. More importantly, it's shifted the narrative from </w:t>
      </w:r>
      <w:r w:rsidRPr="00F52A1C">
        <w:rPr>
          <w:rFonts w:eastAsia="Times New Roman" w:cs="Times New Roman"/>
          <w:i/>
          <w:iCs/>
          <w:szCs w:val="24"/>
        </w:rPr>
        <w:t>'is PreConvict ethical?'</w:t>
      </w:r>
      <w:r w:rsidRPr="00F52A1C">
        <w:rPr>
          <w:rFonts w:eastAsia="Times New Roman" w:cs="Times New Roman"/>
          <w:szCs w:val="24"/>
        </w:rPr>
        <w:t xml:space="preserve"> to </w:t>
      </w:r>
      <w:r w:rsidRPr="00F52A1C">
        <w:rPr>
          <w:rFonts w:eastAsia="Times New Roman" w:cs="Times New Roman"/>
          <w:i/>
          <w:iCs/>
          <w:szCs w:val="24"/>
        </w:rPr>
        <w:t>'how many lives might it save?'</w:t>
      </w:r>
      <w:r w:rsidRPr="00F52A1C">
        <w:rPr>
          <w:rFonts w:eastAsia="Times New Roman" w:cs="Times New Roman"/>
          <w:szCs w:val="24"/>
        </w:rPr>
        <w:t xml:space="preserve"> And if he slips up—”</w:t>
      </w:r>
    </w:p>
    <w:p w14:paraId="6A344E9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“Which he will,” Yung added.</w:t>
      </w:r>
    </w:p>
    <w:p w14:paraId="73B760D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“—then we push for the national rollout by August. Emergency powers, expedited oversight waivers, the whole playbook.”</w:t>
      </w:r>
    </w:p>
    <w:p w14:paraId="5D0A6F6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Gallinger leaned back, satisfied. “That’ll go well in the Rust Belt. Flag-waving, fear-mongering. Bread and butter.”</w:t>
      </w:r>
    </w:p>
    <w:p w14:paraId="746143F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Yung raised an eyebrow. “We’ll need a counterbalance. Civil liberty fig leaves. A minority co-sponsor.”</w:t>
      </w:r>
    </w:p>
    <w:p w14:paraId="5278803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“Get someone from Colorado or Maine,” Kessler said, already half-texting someone. “Throw in language about ‘community review boards’ and an ‘algorithmic fairness audit.’ Doesn’t matter. The real controls stay with us.”</w:t>
      </w:r>
    </w:p>
    <w:p w14:paraId="73DBADF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 waiter appeared with another bottle. Gallinger waved him off with practiced disdain.</w:t>
      </w:r>
    </w:p>
    <w:p w14:paraId="4DAEFEA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Across the room, </w:t>
      </w:r>
      <w:r w:rsidRPr="00F52A1C">
        <w:rPr>
          <w:rFonts w:eastAsia="Times New Roman" w:cs="Times New Roman"/>
          <w:b/>
          <w:bCs/>
          <w:szCs w:val="24"/>
        </w:rPr>
        <w:t>Admiral Maren Huxley</w:t>
      </w:r>
      <w:r w:rsidRPr="00F52A1C">
        <w:rPr>
          <w:rFonts w:eastAsia="Times New Roman" w:cs="Times New Roman"/>
          <w:szCs w:val="24"/>
        </w:rPr>
        <w:t xml:space="preserve"> watched them quietly from a corner table. Retired, but still sharp. Her face unreadable. She nursed a neat scotch, listening without listening.</w:t>
      </w:r>
    </w:p>
    <w:p w14:paraId="4D6D3A8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Beside her sat </w:t>
      </w:r>
      <w:r w:rsidRPr="00F52A1C">
        <w:rPr>
          <w:rFonts w:eastAsia="Times New Roman" w:cs="Times New Roman"/>
          <w:b/>
          <w:bCs/>
          <w:szCs w:val="24"/>
        </w:rPr>
        <w:t>Congressman Elias Burr</w:t>
      </w:r>
      <w:r w:rsidRPr="00F52A1C">
        <w:rPr>
          <w:rFonts w:eastAsia="Times New Roman" w:cs="Times New Roman"/>
          <w:szCs w:val="24"/>
        </w:rPr>
        <w:t>, independent from Vermont. Unbought, unpopular, and inconvenient.</w:t>
      </w:r>
    </w:p>
    <w:p w14:paraId="726BBE7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“They’re planning it like a party,” Burr muttered.</w:t>
      </w:r>
    </w:p>
    <w:p w14:paraId="2A76982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Huxley nodded. “They think they’re safe.”</w:t>
      </w:r>
    </w:p>
    <w:p w14:paraId="22B7B73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 forget Deluca wasn’t bred in a lab. He’s real. And if the system’s wrong once, it can be wrong a thousand times.”</w:t>
      </w:r>
    </w:p>
    <w:p w14:paraId="7CFC3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Huxley’s eyes didn’t move. “You want to challenge them, you’ll need more than facts.”</w:t>
      </w:r>
    </w:p>
    <w:p w14:paraId="7300509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forward. “I want truth.”</w:t>
      </w:r>
    </w:p>
    <w:p w14:paraId="6E1FF43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She finally looked at him. “Then prepare for war.”</w:t>
      </w:r>
    </w:p>
    <w:p w14:paraId="1C25A0B5" w14:textId="77777777" w:rsidR="00F52A1C" w:rsidRPr="00F52A1C" w:rsidRDefault="00F52A1C" w:rsidP="00F52A1C">
      <w:pPr>
        <w:spacing w:before="100" w:beforeAutospacing="1" w:after="100" w:afterAutospacing="1"/>
        <w:outlineLvl w:val="2"/>
        <w:rPr>
          <w:rFonts w:eastAsia="Times New Roman" w:cs="Times New Roman"/>
          <w:b/>
          <w:bCs/>
          <w:sz w:val="27"/>
          <w:szCs w:val="27"/>
        </w:rPr>
      </w:pPr>
      <w:r w:rsidRPr="00F52A1C">
        <w:rPr>
          <w:rFonts w:eastAsia="Times New Roman" w:cs="Times New Roman"/>
          <w:b/>
          <w:bCs/>
          <w:sz w:val="27"/>
          <w:szCs w:val="27"/>
        </w:rPr>
        <w:lastRenderedPageBreak/>
        <w:t>Capitol Hill – 9:06 p.m.</w:t>
      </w:r>
    </w:p>
    <w:p w14:paraId="6A93013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i/>
          <w:iCs/>
          <w:szCs w:val="24"/>
        </w:rPr>
        <w:t>They walked in silence past the marble pillars and manicured hedges of a city designed to impress and conceal.</w:t>
      </w:r>
    </w:p>
    <w:p w14:paraId="24A377E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Congressman Elias Burr pulled his collar tighter against the wind. “You saw their faces,” he said. “They weren’t gloating. They were reciting lines. Gallinger, Yung, Kessler—hell, even the waiter knew when to clear the plates. It was choreographed.”</w:t>
      </w:r>
    </w:p>
    <w:p w14:paraId="2E3C6EC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Admiral Maren Huxley’s steps were sharp and precise, like a woman who’d never fully left the Navy. “It’s not their play,” she said flatly. “They’re just making it look palatable for public consumption.”</w:t>
      </w:r>
    </w:p>
    <w:p w14:paraId="5F71A9A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 reached a waiting black sedan. No driver. Huxley unlocked it with a tap on her phone.</w:t>
      </w:r>
    </w:p>
    <w:p w14:paraId="2686F0D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Burr slid into the passenger seat. “I keep asking myself why Deluca. Why </w:t>
      </w:r>
      <w:r w:rsidRPr="00F52A1C">
        <w:rPr>
          <w:rFonts w:eastAsia="Times New Roman" w:cs="Times New Roman"/>
          <w:i/>
          <w:iCs/>
          <w:szCs w:val="24"/>
        </w:rPr>
        <w:t>him</w:t>
      </w:r>
      <w:r w:rsidRPr="00F52A1C">
        <w:rPr>
          <w:rFonts w:eastAsia="Times New Roman" w:cs="Times New Roman"/>
          <w:szCs w:val="24"/>
        </w:rPr>
        <w:t>? A guy who served, kept quiet, stayed out of the spotlight. He’s not a revolutionary.”</w:t>
      </w:r>
    </w:p>
    <w:p w14:paraId="21D3562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 Huxley agreed. “But he fits the model they want people to fear. Ex-military. Gun owner. Rural. Speaks his mind. No institutional leash.”</w:t>
      </w:r>
    </w:p>
    <w:p w14:paraId="439C15E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turned to her. “You’re saying he was picked?”</w:t>
      </w:r>
    </w:p>
    <w:p w14:paraId="5600A6D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“I’m saying the algorithm they’re selling wasn’t calibrated to </w:t>
      </w:r>
      <w:r w:rsidRPr="00F52A1C">
        <w:rPr>
          <w:rFonts w:eastAsia="Times New Roman" w:cs="Times New Roman"/>
          <w:i/>
          <w:iCs/>
          <w:szCs w:val="24"/>
        </w:rPr>
        <w:t>predict</w:t>
      </w:r>
      <w:r w:rsidRPr="00F52A1C">
        <w:rPr>
          <w:rFonts w:eastAsia="Times New Roman" w:cs="Times New Roman"/>
          <w:szCs w:val="24"/>
        </w:rPr>
        <w:t xml:space="preserve"> violence. It was trained to </w:t>
      </w:r>
      <w:r w:rsidRPr="00F52A1C">
        <w:rPr>
          <w:rFonts w:eastAsia="Times New Roman" w:cs="Times New Roman"/>
          <w:i/>
          <w:iCs/>
          <w:szCs w:val="24"/>
        </w:rPr>
        <w:t>validate</w:t>
      </w:r>
      <w:r w:rsidRPr="00F52A1C">
        <w:rPr>
          <w:rFonts w:eastAsia="Times New Roman" w:cs="Times New Roman"/>
          <w:szCs w:val="24"/>
        </w:rPr>
        <w:t xml:space="preserve"> targets. They fed it what they wanted to see—and it spat out Deluca.”</w:t>
      </w:r>
    </w:p>
    <w:p w14:paraId="720E60B9"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shook his head, disgusted. “This isn’t data science. It’s predictive persecution.”</w:t>
      </w:r>
    </w:p>
    <w:p w14:paraId="2CA17D6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“And it's working,” Huxley said. “Public trust in the program has doubled in the last week. They don’t even need evidence. The score is enough.”</w:t>
      </w:r>
    </w:p>
    <w:p w14:paraId="4A54134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stared out the window at the Lincoln Memorial glowing in the distance. “How deep does this go?”</w:t>
      </w:r>
    </w:p>
    <w:p w14:paraId="1673B21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She hesitated, then tapped her dashboard. The screen lit up, revealing a map of D.C.—but layered with ghosted grids, data flows, hidden nodes.</w:t>
      </w:r>
    </w:p>
    <w:p w14:paraId="6F8380B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“This,” she said, “is a shadow net. Private servers, closed-loop data channels, biometric tracking APIs piggybacked on DMV and DHS systems. They don’t call it a surveillance state. They call it an ‘ecosystem.’”</w:t>
      </w:r>
    </w:p>
    <w:p w14:paraId="22ED789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squinted at the screen. “Who’s behind it?”</w:t>
      </w:r>
    </w:p>
    <w:p w14:paraId="0B392FB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“That’s the fun part,” Huxley replied. “On paper? Nobody. The initiative is run by a ‘private-public alliance’—Capitol Tech, Forward Solutions, and the ‘Community Integrity Council.’ All of them funded through endowments, venture capital, or defense innovation grants. All of them with backdoors into federal systems.”</w:t>
      </w:r>
    </w:p>
    <w:p w14:paraId="2BE89C6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“And not one elected official has actual oversight?”</w:t>
      </w:r>
    </w:p>
    <w:p w14:paraId="15C41CB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“Not really. The ones who think they do are handed summaries—clean ones. Sanitized. The real operations run parallel.”</w:t>
      </w:r>
    </w:p>
    <w:p w14:paraId="1F8E6C6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ran a hand over his face. “Jesus. We built a second government and let Silicon Valley drive it.”</w:t>
      </w:r>
    </w:p>
    <w:p w14:paraId="35E16FA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 xml:space="preserve">“No,” Huxley corrected. “We let them convince us it was </w:t>
      </w:r>
      <w:r w:rsidRPr="00F52A1C">
        <w:rPr>
          <w:rFonts w:eastAsia="Times New Roman" w:cs="Times New Roman"/>
          <w:i/>
          <w:iCs/>
          <w:szCs w:val="24"/>
        </w:rPr>
        <w:t>smart governance.</w:t>
      </w:r>
      <w:r w:rsidRPr="00F52A1C">
        <w:rPr>
          <w:rFonts w:eastAsia="Times New Roman" w:cs="Times New Roman"/>
          <w:szCs w:val="24"/>
        </w:rPr>
        <w:t xml:space="preserve"> Efficient. Ethical. ‘Foresight-driven.’ All the buzzwords. And now they're testing its limits.”</w:t>
      </w:r>
    </w:p>
    <w:p w14:paraId="24862BE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looked at her. “You have proof?”</w:t>
      </w:r>
    </w:p>
    <w:p w14:paraId="4A4EC72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She nodded slowly. “A leak. Not big enough to break it wide, but enough to trace where they want this to go. They needed a test case. Matt Deluca wasn’t just chosen—he was </w:t>
      </w:r>
      <w:r w:rsidRPr="00F52A1C">
        <w:rPr>
          <w:rFonts w:eastAsia="Times New Roman" w:cs="Times New Roman"/>
          <w:i/>
          <w:iCs/>
          <w:szCs w:val="24"/>
        </w:rPr>
        <w:t>crafted.</w:t>
      </w:r>
      <w:r w:rsidRPr="00F52A1C">
        <w:rPr>
          <w:rFonts w:eastAsia="Times New Roman" w:cs="Times New Roman"/>
          <w:szCs w:val="24"/>
        </w:rPr>
        <w:t xml:space="preserve"> Nudged. Misrepresented. The protest incident? His image was </w:t>
      </w:r>
      <w:r w:rsidRPr="00F52A1C">
        <w:rPr>
          <w:rFonts w:eastAsia="Times New Roman" w:cs="Times New Roman"/>
          <w:i/>
          <w:iCs/>
          <w:szCs w:val="24"/>
        </w:rPr>
        <w:t>altered.</w:t>
      </w:r>
      <w:r w:rsidRPr="00F52A1C">
        <w:rPr>
          <w:rFonts w:eastAsia="Times New Roman" w:cs="Times New Roman"/>
          <w:szCs w:val="24"/>
        </w:rPr>
        <w:t xml:space="preserve"> His file seeded with whispers and anonymous reports.”</w:t>
      </w:r>
    </w:p>
    <w:p w14:paraId="4B3C2B7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“Lies,” Burr muttered.</w:t>
      </w:r>
    </w:p>
    <w:p w14:paraId="5E5D5D4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“Engineered lies. But now they’re truth—because the score says so.”</w:t>
      </w:r>
    </w:p>
    <w:p w14:paraId="3ED1860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back, staring at the ceiling. “We need to find him.”</w:t>
      </w:r>
    </w:p>
    <w:p w14:paraId="07107F3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Huxley turned the key and started the car. “We do. But not to protect </w:t>
      </w:r>
      <w:r w:rsidRPr="00F52A1C">
        <w:rPr>
          <w:rFonts w:eastAsia="Times New Roman" w:cs="Times New Roman"/>
          <w:i/>
          <w:iCs/>
          <w:szCs w:val="24"/>
        </w:rPr>
        <w:t>him</w:t>
      </w:r>
      <w:r w:rsidRPr="00F52A1C">
        <w:rPr>
          <w:rFonts w:eastAsia="Times New Roman" w:cs="Times New Roman"/>
          <w:szCs w:val="24"/>
        </w:rPr>
        <w:t>. To stop what comes next.”</w:t>
      </w:r>
    </w:p>
    <w:p w14:paraId="536ECA34" w14:textId="77777777" w:rsidR="00F7055C" w:rsidRPr="00F7055C" w:rsidRDefault="00F7055C" w:rsidP="00F7055C">
      <w:pPr>
        <w:spacing w:before="100" w:beforeAutospacing="1" w:after="100" w:afterAutospacing="1"/>
        <w:outlineLvl w:val="2"/>
        <w:rPr>
          <w:rFonts w:eastAsia="Times New Roman" w:cs="Times New Roman"/>
          <w:b/>
          <w:bCs/>
          <w:sz w:val="27"/>
          <w:szCs w:val="27"/>
        </w:rPr>
      </w:pPr>
      <w:r w:rsidRPr="00F7055C">
        <w:rPr>
          <w:rFonts w:eastAsia="Times New Roman" w:cs="Times New Roman"/>
          <w:b/>
          <w:bCs/>
          <w:sz w:val="27"/>
          <w:szCs w:val="27"/>
        </w:rPr>
        <w:t>Alexandria, Virginia – 10:21 p.m.</w:t>
      </w:r>
    </w:p>
    <w:p w14:paraId="5C50177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i/>
          <w:iCs/>
          <w:szCs w:val="24"/>
        </w:rPr>
        <w:t>The apartment building used to be something else. Maybe a halfway house. Maybe a forgotten motel. Now it was just forgotten.</w:t>
      </w:r>
    </w:p>
    <w:p w14:paraId="07A008C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squinted through the windshield. “This is where your lead lives?”</w:t>
      </w:r>
    </w:p>
    <w:p w14:paraId="217D225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Huxley nodded. “Name’s </w:t>
      </w:r>
      <w:r w:rsidRPr="00F7055C">
        <w:rPr>
          <w:rFonts w:eastAsia="Times New Roman" w:cs="Times New Roman"/>
          <w:b/>
          <w:bCs/>
          <w:szCs w:val="24"/>
        </w:rPr>
        <w:t>Owen Trask</w:t>
      </w:r>
      <w:r w:rsidRPr="00F7055C">
        <w:rPr>
          <w:rFonts w:eastAsia="Times New Roman" w:cs="Times New Roman"/>
          <w:szCs w:val="24"/>
        </w:rPr>
        <w:t>. Former intel contractor. Real work was in data intake—backend vetting for threat profiles. Officially, he processes flagged metadata. Unofficially, he’s a cleanup tech. If they want someone untraceable, they send it through him.”</w:t>
      </w:r>
    </w:p>
    <w:p w14:paraId="589A527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he’s working tables at a five-star place now?”</w:t>
      </w:r>
    </w:p>
    <w:p w14:paraId="335AA5A7"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“He’s been off-book for a year,” she said. “Disappeared after an internal disagreement over an AI escalation protocol. I ran across his file three months ago. Didn't connect the dots until tonight—he was at that table for a reason.”</w:t>
      </w:r>
    </w:p>
    <w:p w14:paraId="3791CC4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They climbed the cracked concrete steps and approached Apartment 3B. Huxley didn’t knock with her hand—she used a short pattern: </w:t>
      </w:r>
      <w:r w:rsidRPr="00F7055C">
        <w:rPr>
          <w:rFonts w:eastAsia="Times New Roman" w:cs="Times New Roman"/>
          <w:b/>
          <w:bCs/>
          <w:szCs w:val="24"/>
        </w:rPr>
        <w:t>two, pause, two, one.</w:t>
      </w:r>
    </w:p>
    <w:p w14:paraId="6F5602F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After a long silence, the door opened two inches. A chain held it in place. A wary eye peered through.</w:t>
      </w:r>
    </w:p>
    <w:p w14:paraId="51BC119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Huxley said evenly. “Maren Huxley. Former Deputy Joint Ops. This is Elias Burr, U.S. House. You know why we’re here.”</w:t>
      </w:r>
    </w:p>
    <w:p w14:paraId="36FBF50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 chain slid free.</w:t>
      </w:r>
    </w:p>
    <w:p w14:paraId="7AF3A3D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Owen Trask looked like someone who hadn’t slept in weeks. Thin, eyes red. One arm bore a tremor he didn’t try to hide. His T-shirt read </w:t>
      </w:r>
      <w:r w:rsidRPr="00F7055C">
        <w:rPr>
          <w:rFonts w:eastAsia="Times New Roman" w:cs="Times New Roman"/>
          <w:b/>
          <w:bCs/>
          <w:szCs w:val="24"/>
        </w:rPr>
        <w:t>‘AI Is Not Neutral’</w:t>
      </w:r>
      <w:r w:rsidRPr="00F7055C">
        <w:rPr>
          <w:rFonts w:eastAsia="Times New Roman" w:cs="Times New Roman"/>
          <w:szCs w:val="24"/>
        </w:rPr>
        <w:t>—faded, cracked at the seams.</w:t>
      </w:r>
    </w:p>
    <w:p w14:paraId="6FE280CB"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“You picked a hell of a time to find me,” he said, stepping back.</w:t>
      </w:r>
    </w:p>
    <w:p w14:paraId="5F73E36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They entered. The place was a shoebox of paranoia: windows taped, camera lenses covered, laptop with its mic physically disabled. In the corner, a corkboard draped with pinned documents, network maps, and red yarn.</w:t>
      </w:r>
    </w:p>
    <w:p w14:paraId="7BE7E9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lastRenderedPageBreak/>
        <w:t>Burr walked toward it. “I’ve seen crazier in movies.”</w:t>
      </w:r>
    </w:p>
    <w:p w14:paraId="0AFFEE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let out a breath. “It’s not crazy if it’s true.”</w:t>
      </w:r>
    </w:p>
    <w:p w14:paraId="175A622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 spoke gently. “You were at Le Jardin tonight. You heard what they said.”</w:t>
      </w:r>
    </w:p>
    <w:p w14:paraId="01731D3A"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“I hear everything. And not just tonight. You think those people turn off their mics when they leave meetings? Hell, half of them forget they’re wearing smartwatches synced to proprietary cloud servers.”</w:t>
      </w:r>
    </w:p>
    <w:p w14:paraId="3834E5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He opened a drawer and pulled out a slim drive.</w:t>
      </w:r>
    </w:p>
    <w:p w14:paraId="6042344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he said, placing it on the table, “is a partial dump from Capitol Tech’s closed server relay. Includes audio from tonight. But more importantly—metadata on Deluca’s score manipulation. Timestamps, access credentials, voice signatures.”</w:t>
      </w:r>
    </w:p>
    <w:p w14:paraId="66DC4FB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leaned forward. “This could break the whole program.”</w:t>
      </w:r>
    </w:p>
    <w:p w14:paraId="2CEB546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didn’t smile. “Or it could get us all killed. Capitol Tech’s not a company anymore. It’s an organism. It learns. It defends itself.”</w:t>
      </w:r>
    </w:p>
    <w:p w14:paraId="5B12F33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 bang from downstairs cut him off. Not loud. But sharp. Metallic.</w:t>
      </w:r>
    </w:p>
    <w:p w14:paraId="0108D34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Huxley’s sidearm was in her hand before Burr even reacted. “Back exit?” she asked.</w:t>
      </w:r>
    </w:p>
    <w:p w14:paraId="4A9F20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nodded toward the bathroom. “Window to the fire escape.”</w:t>
      </w:r>
    </w:p>
    <w:p w14:paraId="55B8D95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Another sound—a boot on a step.</w:t>
      </w:r>
    </w:p>
    <w:p w14:paraId="2F76D79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grabbed the drive. “We leave now.”</w:t>
      </w:r>
    </w:p>
    <w:p w14:paraId="7D3A894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They moved fast. Out the back, down the fire escape into the alley. Behind them, 3B's door burst open.</w:t>
      </w:r>
    </w:p>
    <w:p w14:paraId="49B19AE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led them three blocks on foot before stopping in a narrow alley lit only by a broken vending machine.</w:t>
      </w:r>
    </w:p>
    <w:p w14:paraId="3D903A4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is where I go off-grid,” he said, breathless. “I’ve got another drop location. I’ll send you the rest of the files from there. But don’t contact me again unless it’s clean.”</w:t>
      </w:r>
    </w:p>
    <w:p w14:paraId="61179B2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He turned to Burr. “Deluca’s not the first. Just the first one they </w:t>
      </w:r>
      <w:r w:rsidRPr="00F7055C">
        <w:rPr>
          <w:rFonts w:eastAsia="Times New Roman" w:cs="Times New Roman"/>
          <w:i/>
          <w:iCs/>
          <w:szCs w:val="24"/>
        </w:rPr>
        <w:t>made public.</w:t>
      </w:r>
      <w:r w:rsidRPr="00F7055C">
        <w:rPr>
          <w:rFonts w:eastAsia="Times New Roman" w:cs="Times New Roman"/>
          <w:szCs w:val="24"/>
        </w:rPr>
        <w:t xml:space="preserve"> There are others—quieter, dirtier. He's the start of a rollout.”</w:t>
      </w:r>
    </w:p>
    <w:p w14:paraId="61A7918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then he was gone.</w:t>
      </w:r>
    </w:p>
    <w:p w14:paraId="74863BD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and Huxley stood in silence.</w:t>
      </w:r>
    </w:p>
    <w:p w14:paraId="5CB2542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“So,” Burr finally said, “we have a stolen drive, a hunted witness, and a program built to bury truth under code.”</w:t>
      </w:r>
    </w:p>
    <w:p w14:paraId="4052A2F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 didn’t smile. “Just another night in Washington.”</w:t>
      </w:r>
    </w:p>
    <w:p w14:paraId="5666151E"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t>Stockbridge, MA – 7:42 p.m.</w:t>
      </w:r>
    </w:p>
    <w:p w14:paraId="2544FC23"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 xml:space="preserve">The </w:t>
      </w:r>
      <w:r w:rsidRPr="005D669A">
        <w:rPr>
          <w:rFonts w:eastAsia="Times New Roman" w:cs="Times New Roman"/>
          <w:b/>
          <w:bCs/>
          <w:szCs w:val="24"/>
        </w:rPr>
        <w:t>Lion’s Den</w:t>
      </w:r>
      <w:r w:rsidRPr="005D669A">
        <w:rPr>
          <w:rFonts w:eastAsia="Times New Roman" w:cs="Times New Roman"/>
          <w:szCs w:val="24"/>
        </w:rPr>
        <w:t xml:space="preserve"> at the </w:t>
      </w:r>
      <w:r w:rsidRPr="005D669A">
        <w:rPr>
          <w:rFonts w:eastAsia="Times New Roman" w:cs="Times New Roman"/>
          <w:b/>
          <w:bCs/>
          <w:szCs w:val="24"/>
        </w:rPr>
        <w:t>Red Lion Inn</w:t>
      </w:r>
      <w:r w:rsidRPr="005D669A">
        <w:rPr>
          <w:rFonts w:eastAsia="Times New Roman" w:cs="Times New Roman"/>
          <w:szCs w:val="24"/>
        </w:rPr>
        <w:t xml:space="preserve"> was a sanctuary for the elite, a place where power brokers met in the shadows of Berkshire County’s quiet elegance. The warm glow of candlelight flickered against the old beams of the historic tavern, creating a scene that might have been lifted from a Victorian-era painting. It was a world apart from the cold, steel reality of government buildings and the sterile halls of surveillance rooms. Here, over heavy steaks and imported wines, the real deals were made.</w:t>
      </w:r>
    </w:p>
    <w:p w14:paraId="628995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At the center of the table sat </w:t>
      </w:r>
      <w:r w:rsidRPr="005D669A">
        <w:rPr>
          <w:rFonts w:eastAsia="Times New Roman" w:cs="Times New Roman"/>
          <w:b/>
          <w:bCs/>
          <w:szCs w:val="24"/>
        </w:rPr>
        <w:t>Arthur Wentworth</w:t>
      </w:r>
      <w:r w:rsidRPr="005D669A">
        <w:rPr>
          <w:rFonts w:eastAsia="Times New Roman" w:cs="Times New Roman"/>
          <w:szCs w:val="24"/>
        </w:rPr>
        <w:t xml:space="preserve">, a former senator turned lobbyist, the kind of man who knew how to wield influence like a weapon. To his right, </w:t>
      </w:r>
      <w:r w:rsidRPr="005D669A">
        <w:rPr>
          <w:rFonts w:eastAsia="Times New Roman" w:cs="Times New Roman"/>
          <w:b/>
          <w:bCs/>
          <w:szCs w:val="24"/>
        </w:rPr>
        <w:t>Katherine Roth</w:t>
      </w:r>
      <w:r w:rsidRPr="005D669A">
        <w:rPr>
          <w:rFonts w:eastAsia="Times New Roman" w:cs="Times New Roman"/>
          <w:szCs w:val="24"/>
        </w:rPr>
        <w:t>, a political consultant with ties to the most powerful PACs in Washington, leaned forward slightly, eyes narrowing as she discussed the latest developments.</w:t>
      </w:r>
    </w:p>
    <w:p w14:paraId="532D67C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“We need to make sure this doesn’t get out of hand,” Wentworth said, his voice low but urgent. “The Deluca issue is a distraction at best and a potential liability at worst.”</w:t>
      </w:r>
    </w:p>
    <w:p w14:paraId="0FF2CAC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Roth nodded, her lips pressed into a thin line. “We’ve had local sightings in the Berkshires. Rumors mostly. But we can’t ignore it. The longer he’s out there, the more damage he can do.”</w:t>
      </w:r>
    </w:p>
    <w:p w14:paraId="705A28CE"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Across the table, </w:t>
      </w:r>
      <w:r w:rsidRPr="005D669A">
        <w:rPr>
          <w:rFonts w:eastAsia="Times New Roman" w:cs="Times New Roman"/>
          <w:b/>
          <w:bCs/>
          <w:szCs w:val="24"/>
        </w:rPr>
        <w:t>Daniel Huxley</w:t>
      </w:r>
      <w:r w:rsidRPr="005D669A">
        <w:rPr>
          <w:rFonts w:eastAsia="Times New Roman" w:cs="Times New Roman"/>
          <w:szCs w:val="24"/>
        </w:rPr>
        <w:t xml:space="preserve">, a former military contractor now entrenched in the wealth of Silicon Valley, let out a slow chuckle. “Huxley’s not gonna let it go that far. You’ve got to understand, they’re </w:t>
      </w:r>
      <w:r w:rsidRPr="005D669A">
        <w:rPr>
          <w:rFonts w:eastAsia="Times New Roman" w:cs="Times New Roman"/>
          <w:b/>
          <w:bCs/>
          <w:szCs w:val="24"/>
        </w:rPr>
        <w:t>playing</w:t>
      </w:r>
      <w:r w:rsidRPr="005D669A">
        <w:rPr>
          <w:rFonts w:eastAsia="Times New Roman" w:cs="Times New Roman"/>
          <w:szCs w:val="24"/>
        </w:rPr>
        <w:t xml:space="preserve"> this. The AI, the pre-crime profiling—it’s all a show. It’s meant to galvanize the people.”</w:t>
      </w:r>
    </w:p>
    <w:p w14:paraId="4DDC51F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Roth’s fingers tapped lightly on the edge of her wine glass. “We’ve already generated the narrative. It’s all over the news now. We’ve got them hooked. The public's </w:t>
      </w:r>
      <w:r w:rsidRPr="005D669A">
        <w:rPr>
          <w:rFonts w:eastAsia="Times New Roman" w:cs="Times New Roman"/>
          <w:i/>
          <w:iCs/>
          <w:szCs w:val="24"/>
        </w:rPr>
        <w:t>buying</w:t>
      </w:r>
      <w:r w:rsidRPr="005D669A">
        <w:rPr>
          <w:rFonts w:eastAsia="Times New Roman" w:cs="Times New Roman"/>
          <w:szCs w:val="24"/>
        </w:rPr>
        <w:t xml:space="preserve"> the idea of Matt as a violent radical. This is just a matter of cleaning up the loose ends.”</w:t>
      </w:r>
    </w:p>
    <w:p w14:paraId="184200C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Wentworth cleared his throat, casting a quick glance around the room. “We can’t let it escalate. We need to show the local government investigators that we’re still in control. They’re nervous, unsure. They see Deluca as an isolated incident, but we can’t afford to let them think it’s just one man. They need to understand the bigger picture here. They need to understand that they’re part of something </w:t>
      </w:r>
      <w:r w:rsidRPr="005D669A">
        <w:rPr>
          <w:rFonts w:eastAsia="Times New Roman" w:cs="Times New Roman"/>
          <w:b/>
          <w:bCs/>
          <w:szCs w:val="24"/>
        </w:rPr>
        <w:t>greater</w:t>
      </w:r>
      <w:r w:rsidRPr="005D669A">
        <w:rPr>
          <w:rFonts w:eastAsia="Times New Roman" w:cs="Times New Roman"/>
          <w:szCs w:val="24"/>
        </w:rPr>
        <w:t>.”</w:t>
      </w:r>
    </w:p>
    <w:p w14:paraId="37255A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“Exactly,” Roth said, a faint smile crossing her lips. “We’ll make sure they’re on our side. The Red Lion Inn isn’t just for the tourists. We need them to understand that everything we do here is part of the </w:t>
      </w:r>
      <w:r w:rsidRPr="005D669A">
        <w:rPr>
          <w:rFonts w:eastAsia="Times New Roman" w:cs="Times New Roman"/>
          <w:b/>
          <w:bCs/>
          <w:szCs w:val="24"/>
        </w:rPr>
        <w:t>greater good</w:t>
      </w:r>
      <w:r w:rsidRPr="005D669A">
        <w:rPr>
          <w:rFonts w:eastAsia="Times New Roman" w:cs="Times New Roman"/>
          <w:szCs w:val="24"/>
        </w:rPr>
        <w:t>.”</w:t>
      </w:r>
    </w:p>
    <w:p w14:paraId="2F01D99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“Or at least, the </w:t>
      </w:r>
      <w:r w:rsidRPr="005D669A">
        <w:rPr>
          <w:rFonts w:eastAsia="Times New Roman" w:cs="Times New Roman"/>
          <w:b/>
          <w:bCs/>
          <w:szCs w:val="24"/>
        </w:rPr>
        <w:t>greater plan</w:t>
      </w:r>
      <w:r w:rsidRPr="005D669A">
        <w:rPr>
          <w:rFonts w:eastAsia="Times New Roman" w:cs="Times New Roman"/>
          <w:szCs w:val="24"/>
        </w:rPr>
        <w:t>,” Huxley added, swirling his wine.</w:t>
      </w:r>
    </w:p>
    <w:p w14:paraId="7505AD9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 young </w:t>
      </w:r>
      <w:r w:rsidRPr="005D669A">
        <w:rPr>
          <w:rFonts w:eastAsia="Times New Roman" w:cs="Times New Roman"/>
          <w:b/>
          <w:bCs/>
          <w:szCs w:val="24"/>
        </w:rPr>
        <w:t>local investigator</w:t>
      </w:r>
      <w:r w:rsidRPr="005D669A">
        <w:rPr>
          <w:rFonts w:eastAsia="Times New Roman" w:cs="Times New Roman"/>
          <w:szCs w:val="24"/>
        </w:rPr>
        <w:t>, sitting at the far end of the table, shifted uncomfortably in his seat. He was new to the world of high-stakes politics and influence, having only recently been tasked with looking into the rumors surrounding Matt. The man’s nervousness was palpable, his eyes darting between the players at the table.</w:t>
      </w:r>
    </w:p>
    <w:p w14:paraId="75E0EF4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“Are we sure this is the right approach?” the investigator asked hesitantly. “We’re still getting conflicting reports from the local authorities in the Berkshires. I mean, Matt Deluca... he doesn’t seem like the kind of person who’d just snap, not based on what we’re seeing.”</w:t>
      </w:r>
    </w:p>
    <w:p w14:paraId="5148D2B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Roth’s smile tightened. “The narrative is everything. The narrative is what the public believes. Deluca’s not a person to them anymore. He’s a symbol. We’ve built the story. It’s </w:t>
      </w:r>
      <w:r w:rsidRPr="005D669A">
        <w:rPr>
          <w:rFonts w:eastAsia="Times New Roman" w:cs="Times New Roman"/>
          <w:b/>
          <w:bCs/>
          <w:szCs w:val="24"/>
        </w:rPr>
        <w:t>written</w:t>
      </w:r>
      <w:r w:rsidRPr="005D669A">
        <w:rPr>
          <w:rFonts w:eastAsia="Times New Roman" w:cs="Times New Roman"/>
          <w:szCs w:val="24"/>
        </w:rPr>
        <w:t>. Now it’s time for everyone to play their part.”</w:t>
      </w:r>
    </w:p>
    <w:p w14:paraId="71C84816"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Wentworth’s voice dropped, the room growing quieter. “We’re not just controlling the story. We’re controlling the </w:t>
      </w:r>
      <w:r w:rsidRPr="005D669A">
        <w:rPr>
          <w:rFonts w:eastAsia="Times New Roman" w:cs="Times New Roman"/>
          <w:b/>
          <w:bCs/>
          <w:szCs w:val="24"/>
        </w:rPr>
        <w:t>reaction</w:t>
      </w:r>
      <w:r w:rsidRPr="005D669A">
        <w:rPr>
          <w:rFonts w:eastAsia="Times New Roman" w:cs="Times New Roman"/>
          <w:szCs w:val="24"/>
        </w:rPr>
        <w:t xml:space="preserve">. The local investigators will follow our lead. They’ll see what we’ve seen. They’ll </w:t>
      </w:r>
      <w:r w:rsidRPr="005D669A">
        <w:rPr>
          <w:rFonts w:eastAsia="Times New Roman" w:cs="Times New Roman"/>
          <w:i/>
          <w:iCs/>
          <w:szCs w:val="24"/>
        </w:rPr>
        <w:t>want</w:t>
      </w:r>
      <w:r w:rsidRPr="005D669A">
        <w:rPr>
          <w:rFonts w:eastAsia="Times New Roman" w:cs="Times New Roman"/>
          <w:szCs w:val="24"/>
        </w:rPr>
        <w:t xml:space="preserve"> to believe it. Because if they don’t, their lives will get much harder, much faster.”</w:t>
      </w:r>
    </w:p>
    <w:p w14:paraId="2B826822"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The investigator swallowed, clearly uneasy. “So you’re saying... if I don’t fall in line…”</w:t>
      </w:r>
    </w:p>
    <w:p w14:paraId="44E1A8CF"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 leaned forward slightly, her eyes sharp and unblinking. “If you don’t fall in line, </w:t>
      </w:r>
      <w:r w:rsidRPr="005D669A">
        <w:rPr>
          <w:rFonts w:eastAsia="Times New Roman" w:cs="Times New Roman"/>
          <w:b/>
          <w:bCs/>
          <w:szCs w:val="24"/>
        </w:rPr>
        <w:t>your career will be a footnote</w:t>
      </w:r>
      <w:r w:rsidRPr="005D669A">
        <w:rPr>
          <w:rFonts w:eastAsia="Times New Roman" w:cs="Times New Roman"/>
          <w:szCs w:val="24"/>
        </w:rPr>
        <w:t>. And you won’t get to write it.”</w:t>
      </w:r>
    </w:p>
    <w:p w14:paraId="2015D97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investigator didn’t respond. He couldn’t. The words hung in the air like a threat that had already been spoken.</w:t>
      </w:r>
    </w:p>
    <w:p w14:paraId="0144F3B7"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As the meeting continued, Wentworth, Roth, and Huxley fell into their quiet, calculating rhythm. It wasn’t about Matt Deluca anymore. Not really. He was just another pawn in their grand design, and they were orchestrating everything—the chaos, the public fear, the manipulated truth—all of it.</w:t>
      </w:r>
    </w:p>
    <w:p w14:paraId="4D46778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power dynamics were shifting, and no one in this room was willing to let anyone else take control.</w:t>
      </w:r>
    </w:p>
    <w:p w14:paraId="2363DA1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By the time the plates were cleared and the wine flowed freely again, the meeting had concluded. Wentworth raised his glass in a small, satisfied toast.</w:t>
      </w:r>
    </w:p>
    <w:p w14:paraId="48B2B98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“To a future that’s safer... for us.”</w:t>
      </w:r>
    </w:p>
    <w:p w14:paraId="0B84AF6A" w14:textId="77777777" w:rsid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others joined him, their voices low but unified. In the back of the room, the investigator’s unease still lingered, but he knew better than to voice it. The game was in motion, and he was just another piece to be moved.</w:t>
      </w:r>
    </w:p>
    <w:p w14:paraId="3D753152" w14:textId="77777777" w:rsidR="0029217D" w:rsidRDefault="0029217D" w:rsidP="005D669A">
      <w:pPr>
        <w:spacing w:before="100" w:beforeAutospacing="1" w:after="100" w:afterAutospacing="1"/>
        <w:rPr>
          <w:rFonts w:eastAsia="Times New Roman" w:cs="Times New Roman"/>
          <w:szCs w:val="24"/>
        </w:rPr>
      </w:pPr>
    </w:p>
    <w:p w14:paraId="4793FAED" w14:textId="77777777" w:rsidR="0029217D" w:rsidRPr="0029217D" w:rsidRDefault="0029217D" w:rsidP="0029217D">
      <w:pPr>
        <w:spacing w:before="100" w:beforeAutospacing="1" w:after="100" w:afterAutospacing="1"/>
        <w:outlineLvl w:val="2"/>
        <w:rPr>
          <w:rFonts w:eastAsia="Times New Roman" w:cs="Times New Roman"/>
          <w:b/>
          <w:bCs/>
          <w:sz w:val="27"/>
          <w:szCs w:val="27"/>
        </w:rPr>
      </w:pPr>
      <w:r w:rsidRPr="0029217D">
        <w:rPr>
          <w:rFonts w:eastAsia="Times New Roman" w:cs="Times New Roman"/>
          <w:b/>
          <w:bCs/>
          <w:sz w:val="27"/>
          <w:szCs w:val="27"/>
        </w:rPr>
        <w:t>Chapter 3 – The Hollow Watchers</w:t>
      </w:r>
    </w:p>
    <w:p w14:paraId="130E2A1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The air in Holyoke’s Flats was cold and wet with the tang of the canals. Frank Marino pulled the collar of his jacket higher as he moved down the cracked sidewalk. In this forgotten stretch of industrial decay, even the wind had a tired wheeze. Hulking remnants of the Civil War-era factories loomed like watchmen over the canal, their windows bricked or shattered, vines threading up their sides like scars.</w:t>
      </w:r>
    </w:p>
    <w:p w14:paraId="2171A5F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ducked into one of them—an abandoned mill with a partially collapsed roof—and climbed the creaking stairs to the second floor. His room wasn’t much. A bare mattress. A folding chair. A dusty corner where an old oscillating fan had died a decade earlier. But it had power. Barely.</w:t>
      </w:r>
    </w:p>
    <w:p w14:paraId="1FF81CD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On a garage-sale TV with a screen no bigger than a tablet and a thrift-store digital converter box jury-rigged to a rabbit-ear antenna, Frank scrolled channels slowly. The picture fuzzed in and out. The TV’s remote had long since vanished, so he turned a knob carefully, stopping when he heard the sharp voice of a man mid-argument on a news panel.</w:t>
      </w:r>
    </w:p>
    <w:p w14:paraId="0C773B7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“…you don’t see it because you’re part of the problem,” the man barked. “The Pre-Conviction Initiative was never about safety—it was a tool. And now we’re seeing it deployed against political outliers, vets, and journalists. This is what algorithmic fascism looks like!”</w:t>
      </w:r>
    </w:p>
    <w:p w14:paraId="553162D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froze. He knew that voice.</w:t>
      </w:r>
    </w:p>
    <w:p w14:paraId="62AA337D"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Dr. Krystyn Jaskolski, the data ethicist and frequent thorn in the side of the administration, had become something of a rogue prophet in the tech world. She had served on the civilian ethics board for the early prototype of the Pre-Con System but resigned two years ago, citing “irregularities.”</w:t>
      </w:r>
    </w:p>
    <w:p w14:paraId="36862AA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lastRenderedPageBreak/>
        <w:t>In the debate, she pointed to “adaptive score drift” and “unnatural event alignment models”—phrases most of the public didn’t understand, but Frank did. From his time embedded with Special Operations units and later when he consulted briefly for a defense contractor, he’d seen the early outlines of what AI-powered threat assessments looked like. Risk matrices, psychological composites, deep learning prediction chains.</w:t>
      </w:r>
    </w:p>
    <w:p w14:paraId="541E7C1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But this… This was something else.</w:t>
      </w:r>
    </w:p>
    <w:p w14:paraId="308B6622"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watched Krystyn’s finger stab toward the camera.</w:t>
      </w:r>
    </w:p>
    <w:p w14:paraId="6ED9EFC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“There is a shadow project,” she said. “A sub-experiment. I saw traces of it in the logs. Cases where the algorithm’s predictions didn’t match the official narrative—but those subjects were still targeted. You think this system predicts outcomes? No. It </w:t>
      </w:r>
      <w:r w:rsidRPr="0029217D">
        <w:rPr>
          <w:rFonts w:eastAsia="Times New Roman" w:cs="Times New Roman"/>
          <w:i/>
          <w:iCs/>
          <w:szCs w:val="24"/>
        </w:rPr>
        <w:t>manufactures</w:t>
      </w:r>
      <w:r w:rsidRPr="0029217D">
        <w:rPr>
          <w:rFonts w:eastAsia="Times New Roman" w:cs="Times New Roman"/>
          <w:szCs w:val="24"/>
        </w:rPr>
        <w:t xml:space="preserve"> them.”</w:t>
      </w:r>
    </w:p>
    <w:p w14:paraId="39D0A5CC"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leaned closer. There it was. The language was careful. Legal. But she was talking about him.</w:t>
      </w:r>
    </w:p>
    <w:p w14:paraId="14754A5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The reporter tried to steer the conversation back to school safety statistics, but Frank had already stood and begun pacing. This was more than surveillance. More than blacklisting. They weren’t just labeling threats. They were </w:t>
      </w:r>
      <w:r w:rsidRPr="0029217D">
        <w:rPr>
          <w:rFonts w:eastAsia="Times New Roman" w:cs="Times New Roman"/>
          <w:i/>
          <w:iCs/>
          <w:szCs w:val="24"/>
        </w:rPr>
        <w:t>creating</w:t>
      </w:r>
      <w:r w:rsidRPr="0029217D">
        <w:rPr>
          <w:rFonts w:eastAsia="Times New Roman" w:cs="Times New Roman"/>
          <w:szCs w:val="24"/>
        </w:rPr>
        <w:t xml:space="preserve"> them.</w:t>
      </w:r>
    </w:p>
    <w:p w14:paraId="72B2C80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 xml:space="preserve">And someone wanted </w:t>
      </w:r>
      <w:r w:rsidRPr="0029217D">
        <w:rPr>
          <w:rFonts w:eastAsia="Times New Roman" w:cs="Times New Roman"/>
          <w:i/>
          <w:iCs/>
          <w:szCs w:val="24"/>
        </w:rPr>
        <w:t>him</w:t>
      </w:r>
      <w:r w:rsidRPr="0029217D">
        <w:rPr>
          <w:rFonts w:eastAsia="Times New Roman" w:cs="Times New Roman"/>
          <w:szCs w:val="24"/>
        </w:rPr>
        <w:t xml:space="preserve"> to be the poster child.</w:t>
      </w:r>
    </w:p>
    <w:p w14:paraId="4FB059C8"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powered off the TV and sat back on the mattress, heart pounding. The words swirled: “manufactured outcomes.” “Irregularities.” “Shadow project.”</w:t>
      </w:r>
    </w:p>
    <w:p w14:paraId="3B71322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A knock at the door. Three soft taps. A pause. Two more.</w:t>
      </w:r>
    </w:p>
    <w:p w14:paraId="009D3273"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He opened it to find Eli Navarro, the surgical tech from Pittsfield Regional. He’d served with Frank in Nangarhar—patched up two of their squad under fire. The kind of guy you trusted to hold your guts in while you returned fire.</w:t>
      </w:r>
    </w:p>
    <w:p w14:paraId="29A50F11"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Eli stepped inside without a word and handed him a plastic bag. Inside, two burner phones—one flip, one touchscreen—both clean, both prepaid. Frank raised an eyebrow.</w:t>
      </w:r>
    </w:p>
    <w:p w14:paraId="3C3FB5E0"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“These are from a John Doe who passed last week. Unclaimed. I had to lean on two nurses and a mortuary driver to make it happen. You’ve got maybe two weeks before the serial numbers catch up.”</w:t>
      </w:r>
    </w:p>
    <w:p w14:paraId="7331284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nodded and gripped Eli’s shoulder.</w:t>
      </w:r>
    </w:p>
    <w:p w14:paraId="3FE3227B"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“I heard what happened,” Eli said softly. “Springfield. They’re running that picture everywhere.”</w:t>
      </w:r>
    </w:p>
    <w:p w14:paraId="07AE97BD"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“I wasn’t even there for that. I got lured.”</w:t>
      </w:r>
    </w:p>
    <w:p w14:paraId="4FFFD2F9"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“By?”</w:t>
      </w:r>
    </w:p>
    <w:p w14:paraId="244D85D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shook his head. “Someone I once trusted.”</w:t>
      </w:r>
    </w:p>
    <w:p w14:paraId="4D13FB05"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Eli looked like he wanted to press further but didn’t. Instead, he pulled a small case from inside his jacket and set it on the table. Inside was a collection of rifle attachments—optics, a Troy folding sight, a vertical foregrip, and a suppressor engraved with the stylized YHM logo.</w:t>
      </w:r>
    </w:p>
    <w:p w14:paraId="1291C2F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Frank’s breath caught.</w:t>
      </w:r>
    </w:p>
    <w:p w14:paraId="7CF1308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lastRenderedPageBreak/>
        <w:t>“Where the hell did you get this?”</w:t>
      </w:r>
    </w:p>
    <w:p w14:paraId="4BDFB117"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“You’re not the only one who’s angry,” Eli said. “A friend owed me a favor.”</w:t>
      </w:r>
    </w:p>
    <w:p w14:paraId="5F99978B"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lifted the suppressor reverently, then slid it onto the short-barrel AR that lay disassembled in his MOLLE-lined go bag. It locked into place with a satisfying click.</w:t>
      </w:r>
    </w:p>
    <w:p w14:paraId="2257A7A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“They’re going to escalate,” Eli said, lowering his voice. “Your name is climbing the pre-con list fast. I heard from a DHS guy I know—he said someone upstairs flagged your file in red.”</w:t>
      </w:r>
    </w:p>
    <w:p w14:paraId="17C8A58A"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Frank zipped the bag closed, his mind already racing.</w:t>
      </w:r>
    </w:p>
    <w:p w14:paraId="0783651F"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“You need to leave this place, Frank.”</w:t>
      </w:r>
    </w:p>
    <w:p w14:paraId="56CAFC66" w14:textId="77777777" w:rsidR="0029217D" w:rsidRPr="0029217D" w:rsidRDefault="0029217D" w:rsidP="0029217D">
      <w:pPr>
        <w:spacing w:before="100" w:beforeAutospacing="1" w:after="100" w:afterAutospacing="1"/>
        <w:rPr>
          <w:rFonts w:eastAsia="Times New Roman" w:cs="Times New Roman"/>
          <w:szCs w:val="24"/>
        </w:rPr>
      </w:pPr>
      <w:r w:rsidRPr="0029217D">
        <w:rPr>
          <w:rFonts w:eastAsia="Times New Roman" w:cs="Times New Roman"/>
          <w:szCs w:val="24"/>
        </w:rPr>
        <w:t>“I know,” he said. “But first—I need to know what’s really going on.”</w:t>
      </w:r>
    </w:p>
    <w:p w14:paraId="3E397DEC"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Eli lingered by the door, reluctant to leave.</w:t>
      </w:r>
    </w:p>
    <w:p w14:paraId="3EA09EA0"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“There’s something else,” he said, voice low.</w:t>
      </w:r>
    </w:p>
    <w:p w14:paraId="32F23C70"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Frank motioned for him to continue.</w:t>
      </w:r>
    </w:p>
    <w:p w14:paraId="12056623"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“I’ve been getting questions,” Eli said. “Soft at first. People asking if I’d heard from you. An old Army buddy. Then last night, a woman called the hospital—said she was with Veteran Wellness Outreach, looking to confirm an address you might’ve used. Sounded too polished.”</w:t>
      </w:r>
    </w:p>
    <w:p w14:paraId="742C1132"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Frank’s jaw tightened.</w:t>
      </w:r>
    </w:p>
    <w:p w14:paraId="599CAC1D"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“They didn’t mention my name?”</w:t>
      </w:r>
    </w:p>
    <w:p w14:paraId="6A83C59A"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“No. Just said you were part of a 'longitudinal reintegration study.' That was the exact phrase.”</w:t>
      </w:r>
    </w:p>
    <w:p w14:paraId="5C408274" w14:textId="77777777" w:rsidR="00EA7C42" w:rsidRP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“That's too specific to be random.”</w:t>
      </w:r>
    </w:p>
    <w:p w14:paraId="31D9905B" w14:textId="77777777" w:rsidR="00EA7C42" w:rsidRDefault="00EA7C42" w:rsidP="00EA7C42">
      <w:pPr>
        <w:spacing w:before="100" w:beforeAutospacing="1" w:after="100" w:afterAutospacing="1"/>
        <w:rPr>
          <w:rFonts w:eastAsia="Times New Roman" w:cs="Times New Roman"/>
          <w:szCs w:val="24"/>
        </w:rPr>
      </w:pPr>
      <w:r w:rsidRPr="00EA7C42">
        <w:rPr>
          <w:rFonts w:eastAsia="Times New Roman" w:cs="Times New Roman"/>
          <w:szCs w:val="24"/>
        </w:rPr>
        <w:t>Eli reached into his coat again and pulled out a thin black pouch. He unzipped it, revealing a tightly rolled nylon bundle—inside were a stack of twenties and fifties, a prepaid credit card, a flash drive,</w:t>
      </w:r>
    </w:p>
    <w:p w14:paraId="17A3D047"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glanced out the cracked window, then back at Frank.</w:t>
      </w:r>
    </w:p>
    <w:p w14:paraId="0279F3E6"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“You’ll need to be smarter than last time,” he said. “They’re scraping everything—calls, purchases, even license plate reads. You’re a ghost now, or you’re dead.”</w:t>
      </w:r>
    </w:p>
    <w:p w14:paraId="1B8E6DF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nodded and sat on the edge of the bed, assembling the rifle by touch. His hands still knew what to do, even if his mind swirled with uncertainty.</w:t>
      </w:r>
    </w:p>
    <w:p w14:paraId="421CC5A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 set something up,” Eli added. “South of here. Small roadside church near Blandford. Back lot. Red vending machine near the woodline. I taped a key under the far right corner. Locker in the back—has cash, burner SIMs, first aid, more batteries. If we need to communicate, leave a black rubber band around the base. I’ll check it every third day.”</w:t>
      </w:r>
    </w:p>
    <w:p w14:paraId="64D6891D"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absorbed it all. The church. The key. The drop method. Simple. Old school.</w:t>
      </w:r>
    </w:p>
    <w:p w14:paraId="15571AF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lastRenderedPageBreak/>
        <w:t>“If someone else shows up at that drop before you do, it’s blown,” Frank said.</w:t>
      </w:r>
    </w:p>
    <w:p w14:paraId="49B2521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“Exactly. You don’t go back. You go dark.”</w:t>
      </w:r>
    </w:p>
    <w:p w14:paraId="5905215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dug into his coat again and pulled out a crumpled envelope.</w:t>
      </w:r>
    </w:p>
    <w:p w14:paraId="34DBE0CA"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“There’s two thousand in cash. Mixed bills. Use it to stay mobile.”</w:t>
      </w:r>
    </w:p>
    <w:p w14:paraId="724B805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took the envelope and tucked it inside a weatherproof sleeve in his ruck.</w:t>
      </w:r>
    </w:p>
    <w:p w14:paraId="55879D7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Then Eli hesitated, his eyes narrowing.</w:t>
      </w:r>
    </w:p>
    <w:p w14:paraId="4EAFBA1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“Has anyone contacted you?” he asked quietly. “Anyone asking questions?”</w:t>
      </w:r>
    </w:p>
    <w:p w14:paraId="4681D2A0"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thought about the last few days. The fake smiles from strangers. The polite interest. A woman in a gas station who lingered too long near his car.</w:t>
      </w:r>
    </w:p>
    <w:p w14:paraId="7D7A23A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“Just shadows,” he replied.</w:t>
      </w:r>
    </w:p>
    <w:p w14:paraId="51B6D4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 mean anyone who said they were a friend. Or who claimed to be helping.”</w:t>
      </w:r>
    </w:p>
    <w:p w14:paraId="6E05DEA5"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met his eyes.</w:t>
      </w:r>
    </w:p>
    <w:p w14:paraId="723B58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“Why?”</w:t>
      </w:r>
    </w:p>
    <w:p w14:paraId="69C1EA5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“Because someone reached out to me,” Eli said, his voice suddenly low and cautious. “Said they were investigating corruption inside the pre-con system. Wanted info on your time in Afghanistan, your service record. Claimed they were trying to protect you.”</w:t>
      </w:r>
    </w:p>
    <w:p w14:paraId="4F4753C9"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Frank’s jaw clenched.</w:t>
      </w:r>
    </w:p>
    <w:p w14:paraId="7E66137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“You give them anything?”</w:t>
      </w:r>
    </w:p>
    <w:p w14:paraId="2D06C1EF"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“Not a word,” Eli said. “But I didn’t like the way they spoke. Too polished. Too curious. Didn’t give a name. I traced the number back—burned after one call. DC area.”</w:t>
      </w:r>
    </w:p>
    <w:p w14:paraId="774ABCB8"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stood again. Pacing.</w:t>
      </w:r>
    </w:p>
    <w:p w14:paraId="0936E9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“Someone inside the system is pulling strings,” he said. “And now they’re tying off loose ends. I need to find out who’s running the sub-project—the one twisting the AI to make their predictions come true.”</w:t>
      </w:r>
    </w:p>
    <w:p w14:paraId="1AA16F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“I’ll dig,” Eli said. “Quietly. I know someone in Baltimore—used to work DoD side on threat response modeling. Might still have access.”</w:t>
      </w:r>
    </w:p>
    <w:p w14:paraId="3E383451"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nodded.</w:t>
      </w:r>
    </w:p>
    <w:p w14:paraId="0D3BE29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“And Eli… if anyone contacts you again, anyone… assume they’re compromised. Or worse.”</w:t>
      </w:r>
    </w:p>
    <w:p w14:paraId="4D717D0C"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Eli gave him a solemn nod.</w:t>
      </w:r>
    </w:p>
    <w:p w14:paraId="15D7114D"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“I’ll be careful. You should be too.”</w:t>
      </w:r>
    </w:p>
    <w:p w14:paraId="76BF6593"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lastRenderedPageBreak/>
        <w:t>They clasped hands briefly, a soldier’s handshake—grip tight, eyes steady. Then Eli slipped out into the night, disappearing down the stairwell like a shadow into shadows.</w:t>
      </w:r>
    </w:p>
    <w:p w14:paraId="27A8B7DB"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Frank sat alone again in the half-lit room, the scent of stale smoke still clinging to the walls. The faint hum of the canal outside was barely audible over the pounding in his chest.</w:t>
      </w:r>
    </w:p>
    <w:p w14:paraId="0EA2255A"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He slid the rifle into the MOLLE sheath on the inside of his pack, cinched the straps tight, and adjusted the sling. His rig was ready.</w:t>
      </w:r>
    </w:p>
    <w:p w14:paraId="7D7FAA89"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They had tried to make him the villain. A case study. A weaponized self-fulfilling prophecy.</w:t>
      </w:r>
    </w:p>
    <w:p w14:paraId="25BE367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Now he was going to trace it back—to the source.</w:t>
      </w:r>
    </w:p>
    <w:p w14:paraId="0D3D48D5"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Whoever they were… whatever they were running…</w:t>
      </w:r>
    </w:p>
    <w:p w14:paraId="031FCAAE" w14:textId="77777777" w:rsidR="00793303" w:rsidRPr="00793303" w:rsidRDefault="00793303" w:rsidP="00793303">
      <w:pPr>
        <w:spacing w:before="100" w:beforeAutospacing="1" w:after="100" w:afterAutospacing="1"/>
        <w:rPr>
          <w:rFonts w:eastAsia="Times New Roman" w:cs="Times New Roman"/>
          <w:szCs w:val="24"/>
        </w:rPr>
      </w:pPr>
      <w:r w:rsidRPr="00793303">
        <w:rPr>
          <w:rFonts w:eastAsia="Times New Roman" w:cs="Times New Roman"/>
          <w:szCs w:val="24"/>
        </w:rPr>
        <w:t>They’d chosen the wrong man.</w:t>
      </w:r>
    </w:p>
    <w:p w14:paraId="4EA890A8" w14:textId="77777777" w:rsidR="00494262" w:rsidRPr="00494262" w:rsidRDefault="00494262" w:rsidP="00494262">
      <w:pPr>
        <w:spacing w:before="100" w:beforeAutospacing="1" w:after="100" w:afterAutospacing="1"/>
        <w:outlineLvl w:val="2"/>
        <w:rPr>
          <w:rFonts w:eastAsia="Times New Roman" w:cs="Times New Roman"/>
          <w:b/>
          <w:bCs/>
          <w:sz w:val="27"/>
          <w:szCs w:val="27"/>
        </w:rPr>
      </w:pPr>
      <w:r w:rsidRPr="00494262">
        <w:rPr>
          <w:rFonts w:eastAsia="Times New Roman" w:cs="Times New Roman"/>
          <w:b/>
          <w:bCs/>
          <w:sz w:val="27"/>
          <w:szCs w:val="27"/>
        </w:rPr>
        <w:t>Chapter 4 – The Tightening Noose</w:t>
      </w:r>
    </w:p>
    <w:p w14:paraId="33C2594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gear was heavier than he remembered. Or maybe it was just that he was out of practice—too long behind a desk, too far from war zones. Frank Marino tightened the cinch strap on his pack and adjusted the weight so the suppressed rifle didn’t jab into his ribs. He slid it into place using the MOLLE webbing sewn into the side of the go bag, a system he’d trusted during a dozen deployments and half as many hasty escapes. The pack was an old Special Forces ruck, repurposed for a quieter kind of war now.</w:t>
      </w:r>
    </w:p>
    <w:p w14:paraId="41E7768C"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It was the kind of bag you grabbed when the world stopped making sense.</w:t>
      </w:r>
    </w:p>
    <w:p w14:paraId="67BBA1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 moved like a ghost along the Taconic ridgeline, stepping carefully through thickets of pine and wet undergrowth. The foothills west of the Hudson Valley were second nature to him—places he’d hunted in as a teenager, long before the war, long before the surveillance state. They hadn’t found him yet. But they would.</w:t>
      </w:r>
    </w:p>
    <w:p w14:paraId="242E2C72"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stopped to catch his breath near a fallen log and crouched low, scanning the horizon. His suppressed rifle was light but purpose-built: short-barrel, flat-dark earth Cerakote, chambered in 5.56, accessorized with a Troy flip-up sight set and a compact red dot. The sling tucked it close to the bag when stowed, making it nearly invisible unless you knew what to look for. The suppressor had come from Yankee Hill Machine out of nearby Easthampton—an old connection. Everything about the setup screamed experience, not aggression. But the system didn’t care.</w:t>
      </w:r>
    </w:p>
    <w:p w14:paraId="1A6BDF91"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What haunted him wasn’t just the image, though that alone was damning: his face caught mid-stride near Court Square in Springfield, expression tense, a crowd surging behind him. The rally had broken apart fast—teargas, flashbangs, an unmarked van screeching through a barricade. And then the picture. Out of context, perfectly framed. He’d left before the riot peaked. No cops questioned him. No one stopped him.</w:t>
      </w:r>
    </w:p>
    <w:p w14:paraId="376C82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But someone had taken that picture.</w:t>
      </w:r>
    </w:p>
    <w:p w14:paraId="58D5B8F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And now the algorithms had done the rest. Pre-Conviction flagged him at 89.7%. High enough to bypass due process. High enough to lose his name, his credit, his legal status. High enough to be hunted.</w:t>
      </w:r>
    </w:p>
    <w:p w14:paraId="1A25BC3E"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What made it worse—what twisted the knife—was that he hadn’t gone to see the protest at all. He’d gone to meet someone. Rachel Deane. The last person on earth he might’ve trusted.</w:t>
      </w:r>
    </w:p>
    <w:p w14:paraId="34B34834"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lastRenderedPageBreak/>
        <w:t>She had messaged him out of nowhere two days before. A secure channel. Encrypted. She said she needed to see him, that it was personal. That she couldn’t talk over a line. They had history—a long, messy history that stretched back to Kandahar, to a time when he still believed in missions. She’d been embedded then, an internet journalist with an instinct for chaos and truth. They’d fallen hard. It ended harder.</w:t>
      </w:r>
    </w:p>
    <w:p w14:paraId="5CE5B6C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Her message said she wanted to clear the air. To explain things. To tell him why she left the way she had. So Frank had agreed, reluctantly, to meet in Springfield, outside Café Lebanon, right near Court Square.</w:t>
      </w:r>
    </w:p>
    <w:p w14:paraId="73A1B97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She never showed.</w:t>
      </w:r>
    </w:p>
    <w:p w14:paraId="1E5628BC"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But the riot did.</w:t>
      </w:r>
    </w:p>
    <w:p w14:paraId="6A6587D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 stayed in the crowd for less than three minutes. Then he walked. Calm, deliberate, just as he’d been trained. He didn’t know yet that those three minutes had been curated, filmed, and fed into a machine already primed to condemn him.</w:t>
      </w:r>
    </w:p>
    <w:p w14:paraId="5419314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truth was, Frank had been carrying markers for years: a military record with combat trauma. Tattoos in foreign dialects. Attendance at three gun shows in the last year. Ownership of a now-banned rifle. An expunged bar fight from 2011. All of it data. All of it points in a predictive model designed to measure likelihood.</w:t>
      </w:r>
    </w:p>
    <w:p w14:paraId="65833E89"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Someone had pulled those threads together. Not by accident. The machine didn't make assumptions—it followed instructions. And someone had told it what to find.</w:t>
      </w:r>
    </w:p>
    <w:p w14:paraId="7703094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emerged from the tree line and scanned the valley below. No drones. No patrols. He crouched low and pulled out the burner phone—wiped twice and barely usable. A single message blinked: "You're not crazy. Go to Locker 9A. —S"</w:t>
      </w:r>
    </w:p>
    <w:p w14:paraId="4A86C34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 stared at it. No sender ID. No signal trace.</w:t>
      </w:r>
    </w:p>
    <w:p w14:paraId="2EFE4B58"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Someone was watching. Someone who knew. And maybe—just maybe—they were on his side.</w:t>
      </w:r>
    </w:p>
    <w:p w14:paraId="6C9D2C8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He shouldered the pack and moved south, toward the town where his friend Jake still worked the night shift at Berkshire Medical. He needed supplies. He needed time. But more than that, he needed to know what the hell was going on.</w:t>
      </w:r>
    </w:p>
    <w:p w14:paraId="64C34FA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 xml:space="preserve">And why they’d chosen </w:t>
      </w:r>
      <w:r w:rsidRPr="00494262">
        <w:rPr>
          <w:rFonts w:eastAsia="Times New Roman" w:cs="Times New Roman"/>
          <w:i/>
          <w:iCs/>
          <w:szCs w:val="24"/>
        </w:rPr>
        <w:t>him</w:t>
      </w:r>
      <w:r w:rsidRPr="00494262">
        <w:rPr>
          <w:rFonts w:eastAsia="Times New Roman" w:cs="Times New Roman"/>
          <w:szCs w:val="24"/>
        </w:rPr>
        <w:t>.</w:t>
      </w:r>
    </w:p>
    <w:p w14:paraId="33D299B2" w14:textId="77777777" w:rsidR="00494262" w:rsidRPr="00494262" w:rsidRDefault="00000000" w:rsidP="00494262">
      <w:pPr>
        <w:rPr>
          <w:rFonts w:eastAsia="Times New Roman" w:cs="Times New Roman"/>
          <w:szCs w:val="24"/>
        </w:rPr>
      </w:pPr>
      <w:r>
        <w:rPr>
          <w:rFonts w:eastAsia="Times New Roman" w:cs="Times New Roman"/>
          <w:szCs w:val="24"/>
        </w:rPr>
        <w:pict w14:anchorId="411416C6">
          <v:rect id="_x0000_i1032" style="width:0;height:1.5pt" o:hralign="center" o:hrstd="t" o:hr="t" fillcolor="#a0a0a0" stroked="f"/>
        </w:pict>
      </w:r>
    </w:p>
    <w:p w14:paraId="315F2312"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Elsewhere – D.C.</w:t>
      </w:r>
    </w:p>
    <w:p w14:paraId="29D1487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Back in Washington, the political machine was gearing up for the next phase. It wasn’t just about catching Frank Marino anymore. It was about making sure everyone understood the power of the pre-convict system.</w:t>
      </w:r>
    </w:p>
    <w:p w14:paraId="5CD6291D"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Roth, Wentworth, and Huxley were in full coordination. The spin was rolling out with military precision. Public trust in the system was at an all-time high, and Frank’s case had become a rallying cry for supporters of the government program.</w:t>
      </w:r>
    </w:p>
    <w:p w14:paraId="1EF4319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local investigator in Stockbridge received a directive to ensure that all official narratives painted Frank as a growing threat. In a few days, the manhunt would escalate, and the pressure would mount on everyone involved. But for now, all they could do was watch and wait.</w:t>
      </w:r>
    </w:p>
    <w:p w14:paraId="191FA249"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lastRenderedPageBreak/>
        <w:t>At that very moment, after Frank left Jake’s place, a notification flashed on the screen of the burner phone. Cold and clinical.</w:t>
      </w:r>
    </w:p>
    <w:p w14:paraId="6DA18CF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Pre-Conviction Trial Date Scheduled:</w:t>
      </w:r>
      <w:r w:rsidRPr="00494262">
        <w:rPr>
          <w:rFonts w:eastAsia="Times New Roman" w:cs="Times New Roman"/>
          <w:szCs w:val="24"/>
        </w:rPr>
        <w:t xml:space="preserve"> Date: August 30, 2025</w:t>
      </w:r>
      <w:r w:rsidRPr="00494262">
        <w:rPr>
          <w:rFonts w:eastAsia="Times New Roman" w:cs="Times New Roman"/>
          <w:szCs w:val="24"/>
        </w:rPr>
        <w:br/>
        <w:t>Location: Federal District Court, Washington, D.C.</w:t>
      </w:r>
      <w:r w:rsidRPr="00494262">
        <w:rPr>
          <w:rFonts w:eastAsia="Times New Roman" w:cs="Times New Roman"/>
          <w:szCs w:val="24"/>
        </w:rPr>
        <w:br/>
        <w:t>Charges: Political Violence / Attempted Political Murder (Pre-Conviction)</w:t>
      </w:r>
      <w:r w:rsidRPr="00494262">
        <w:rPr>
          <w:rFonts w:eastAsia="Times New Roman" w:cs="Times New Roman"/>
          <w:szCs w:val="24"/>
        </w:rPr>
        <w:br/>
        <w:t>Defendant: Frank Marino</w:t>
      </w:r>
    </w:p>
    <w:p w14:paraId="69AA5771"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date hit like a punch to the chest. August 30. The anniversary of the day the last U.S. troops pulled out of Afghanistan. The day the war ended—at least, on paper. Frank had buried friends on that soil. Fought in towns no one in Washington could pronounce. And now, four years later, his own government had chosen that date to pre-convict him of a crime he hadn’t committed.</w:t>
      </w:r>
    </w:p>
    <w:p w14:paraId="46E9775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There would be no defense. No jury. Just a pre-determined verdict pushed forward by an algorithm and a government eager for validation. The irony wasn't lost on him. He had survived war. But now, he was the war symbol, a sacrifice, dressed up as justice.</w:t>
      </w:r>
    </w:p>
    <w:p w14:paraId="059551E1" w14:textId="77777777" w:rsidR="00494262" w:rsidRPr="00494262" w:rsidRDefault="00000000" w:rsidP="00494262">
      <w:pPr>
        <w:rPr>
          <w:rFonts w:eastAsia="Times New Roman" w:cs="Times New Roman"/>
          <w:szCs w:val="24"/>
        </w:rPr>
      </w:pPr>
      <w:r>
        <w:rPr>
          <w:rFonts w:eastAsia="Times New Roman" w:cs="Times New Roman"/>
          <w:szCs w:val="24"/>
        </w:rPr>
        <w:pict w14:anchorId="3ABA7EE6">
          <v:rect id="_x0000_i1033" style="width:0;height:1.5pt" o:hralign="center" o:hrstd="t" o:hr="t" fillcolor="#a0a0a0" stroked="f"/>
        </w:pict>
      </w:r>
    </w:p>
    <w:p w14:paraId="4C72DA7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Flashback – Panjshir Valley, Afghanistan</w:t>
      </w:r>
    </w:p>
    <w:p w14:paraId="6D33C3C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wind carried dust and memory. Frank knelt beside the low wall of a ruined madrasa, his rifle across his lap, sweat streaking the side of his neck. Opposite him sat a man with a gray beard and ink-stained fingers. Elder Jalal. Respected. Resigned.</w:t>
      </w:r>
    </w:p>
    <w:p w14:paraId="75EA53C6"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"Your enemies do not know your face," the elder said, offering tea from a dented kettle. "But they know how to write it."</w:t>
      </w:r>
    </w:p>
    <w:p w14:paraId="399CD2D5"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nodded, unsure of what that meant. They had been talking for an hour in broken Dari and clearer truths.</w:t>
      </w:r>
    </w:p>
    <w:p w14:paraId="5051119D"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"You are honorable," Jalal continued. "But the machine that sent you here is not. One day, it will call you enemy, too."</w:t>
      </w:r>
    </w:p>
    <w:p w14:paraId="511DA4E0"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Frank had chuckled at the time, but it didn’t reach his eyes. "I just follow orders."</w:t>
      </w:r>
    </w:p>
    <w:p w14:paraId="794B1457"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The old man smiled, sadness deep in his expression. "So did the men who buried my village."</w:t>
      </w:r>
    </w:p>
    <w:p w14:paraId="50584E2F"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That night, under the hum of a drone circling overhead, Frank sat with those words, heavier than any pack he’d carried. Now, years later, he could still hear them. And they sounded less like prophecy and more like certainty.</w:t>
      </w:r>
    </w:p>
    <w:p w14:paraId="66BC2F39" w14:textId="77777777" w:rsidR="00494262" w:rsidRPr="00494262" w:rsidRDefault="00000000" w:rsidP="00494262">
      <w:pPr>
        <w:rPr>
          <w:rFonts w:eastAsia="Times New Roman" w:cs="Times New Roman"/>
          <w:szCs w:val="24"/>
        </w:rPr>
      </w:pPr>
      <w:r>
        <w:rPr>
          <w:rFonts w:eastAsia="Times New Roman" w:cs="Times New Roman"/>
          <w:szCs w:val="24"/>
        </w:rPr>
        <w:pict w14:anchorId="1FA316A6">
          <v:rect id="_x0000_i1034" style="width:0;height:1.5pt" o:hralign="center" o:hrstd="t" o:hr="t" fillcolor="#a0a0a0" stroked="f"/>
        </w:pict>
      </w:r>
    </w:p>
    <w:p w14:paraId="5C6C88DA"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b/>
          <w:bCs/>
          <w:szCs w:val="24"/>
        </w:rPr>
        <w:t>Elsewhere – D.C.</w:t>
      </w:r>
    </w:p>
    <w:p w14:paraId="4ACB09A8" w14:textId="77777777" w:rsidR="00494262" w:rsidRPr="00494262" w:rsidRDefault="00494262" w:rsidP="00494262">
      <w:pPr>
        <w:spacing w:before="100" w:beforeAutospacing="1" w:after="100" w:afterAutospacing="1"/>
        <w:rPr>
          <w:rFonts w:eastAsia="Times New Roman" w:cs="Times New Roman"/>
          <w:szCs w:val="24"/>
        </w:rPr>
      </w:pPr>
      <w:r w:rsidRPr="00494262">
        <w:rPr>
          <w:rFonts w:eastAsia="Times New Roman" w:cs="Times New Roman"/>
          <w:szCs w:val="24"/>
        </w:rPr>
        <w:t>In Washington, the wheels of the pre-crime system were turning at full speed. The trial date was set. It wasn’t about whether Frank would show up; it was about making an example of him. The government, the corporations behind the AI, and the powerful forces trying to push the pre-crime agenda were all playing their part. They needed to show the public that this system worked, that it was necessary, and that anyone who stood against it would be crushed.</w:t>
      </w:r>
    </w:p>
    <w:p w14:paraId="43515EBD" w14:textId="77777777" w:rsidR="00793303" w:rsidRDefault="00793303" w:rsidP="00EA7C42">
      <w:pPr>
        <w:spacing w:before="100" w:beforeAutospacing="1" w:after="100" w:afterAutospacing="1"/>
        <w:rPr>
          <w:rFonts w:eastAsia="Times New Roman" w:cs="Times New Roman"/>
          <w:szCs w:val="24"/>
        </w:rPr>
      </w:pPr>
    </w:p>
    <w:p w14:paraId="454EEC11" w14:textId="77777777" w:rsidR="00DF728D" w:rsidRPr="00DF728D" w:rsidRDefault="00DF728D" w:rsidP="00DF728D">
      <w:pPr>
        <w:spacing w:before="100" w:beforeAutospacing="1" w:after="100" w:afterAutospacing="1"/>
        <w:outlineLvl w:val="2"/>
        <w:rPr>
          <w:rFonts w:eastAsia="Times New Roman" w:cs="Times New Roman"/>
          <w:b/>
          <w:bCs/>
          <w:sz w:val="27"/>
          <w:szCs w:val="27"/>
        </w:rPr>
      </w:pPr>
      <w:r w:rsidRPr="00DF728D">
        <w:rPr>
          <w:rFonts w:eastAsia="Times New Roman" w:cs="Times New Roman"/>
          <w:b/>
          <w:bCs/>
          <w:sz w:val="27"/>
          <w:szCs w:val="27"/>
        </w:rPr>
        <w:lastRenderedPageBreak/>
        <w:t>Chapter 5 – Manhunt</w:t>
      </w:r>
    </w:p>
    <w:p w14:paraId="7FC311F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The wind carried a bite, cutting through the Berkshires with the low whistle of an oncoming storm. Frank crouched near the roadside pull-off overlooking the Mohawk Trail. He'd been moving all night through old logging roads and deer paths, skirting cell towers and highway cameras. His boots were soaked through. The burner phone was down to 6% battery, and Jake—his oldest friend—was dead.</w:t>
      </w:r>
    </w:p>
    <w:p w14:paraId="7995A0CC"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"Suicide," the nurse had said, voice flat, professional. "Found in his apartment yesterday morning. No note."</w:t>
      </w:r>
    </w:p>
    <w:p w14:paraId="7C46B16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Frank hadn’t believed it. Jake was stable. Smart. The kind of guy who didn’t take risks unless someone else needed him to. They’d been through enough together—Fallujah, Ramadi, and later, long weekends in the Catskills decompressing. Frank had trusted him with his life. And now Jake was gone.</w:t>
      </w:r>
    </w:p>
    <w:p w14:paraId="3F10FA5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The dead drop at the old Coke machine behind the church had been empty. That’s when the first sense of real dread kicked in—not panic, not yet. Just that cold, instinctual shift in his stomach, like the pressure drop before a firefight.</w:t>
      </w:r>
    </w:p>
    <w:p w14:paraId="096186F3"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He’d gone to Berkshire Medical in disguise—a hoodie, surgical mask, scrubs he’d lifted from a laundry truck. It had taken thirty careful minutes to learn the news. Jake’s name had been erased from the roster. His badge deactivated. HR claimed he’d been on leave. But a janitor—an old-timer with tired eyes—recognized Frank.</w:t>
      </w:r>
    </w:p>
    <w:p w14:paraId="7D82BE7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asked about you the day before he died," the man said, mopping linoleum under flickering lights. "Said something felt off. Said he thought he was being watched."</w:t>
      </w:r>
    </w:p>
    <w:p w14:paraId="1BD2B3AE"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That was enough. Frank thanked him, slipped out, and melted into the morning fog before anyone could place him.</w:t>
      </w:r>
    </w:p>
    <w:p w14:paraId="7D43CDD5"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Now he sat in the woods again, watching a convoy of black SUVs snake its way up the access road below. No sirens. No lights. But heavy presence. The kind of tactical movement he recognized from his time overseas. They weren’t just looking for him—they were closing a net.</w:t>
      </w:r>
    </w:p>
    <w:p w14:paraId="2D3C6A5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tapped the burner. One bar of signal. He pulled up the last message from S.</w:t>
      </w:r>
    </w:p>
    <w:p w14:paraId="01C8CFD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Locker 9A. Red Lion Inn. Tonight. Midnight. Use service entrance. Burn this.</w:t>
      </w:r>
    </w:p>
    <w:p w14:paraId="0FDA6072"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The Lion’s Den. Stockbridge. It was more than just a tourist landmark now. It had become a temporary command post for something bigger—a black-budget domestic operation flying under federal colors but outside normal oversight. An old friend of Roth's owned the nearby estate being used as the forward HQ: a sprawling 19th-century property that looked like a former boarding school, with whitewashed columns, slate roof, and horses grazing the pasture. It sat atop a hill like a colonial fortress, overlooking the valley as if it still ruled it.</w:t>
      </w:r>
    </w:p>
    <w:p w14:paraId="47B2BA20"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Inside, decisions were being made. Dossiers reviewed. Press releases written. The trial date was already fixed. Now they just needed the fugitive.</w:t>
      </w:r>
    </w:p>
    <w:p w14:paraId="2E9B3DC2" w14:textId="77777777" w:rsidR="00DF728D" w:rsidRPr="00DF728D" w:rsidRDefault="00000000" w:rsidP="00DF728D">
      <w:pPr>
        <w:rPr>
          <w:rFonts w:eastAsia="Times New Roman" w:cs="Times New Roman"/>
          <w:szCs w:val="24"/>
        </w:rPr>
      </w:pPr>
      <w:r>
        <w:rPr>
          <w:rFonts w:eastAsia="Times New Roman" w:cs="Times New Roman"/>
          <w:szCs w:val="24"/>
        </w:rPr>
        <w:pict w14:anchorId="61BDB17D">
          <v:rect id="_x0000_i1035" style="width:0;height:1.5pt" o:hralign="center" o:hrstd="t" o:hr="t" fillcolor="#a0a0a0" stroked="f"/>
        </w:pict>
      </w:r>
    </w:p>
    <w:p w14:paraId="149D170B"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Stockbridge – That Night</w:t>
      </w:r>
    </w:p>
    <w:p w14:paraId="6989B31F"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The Red Lion Inn hummed with late-night jazz drifting from the Lion’s Den below. Tanglewood tourists and wine country liberals sipped cocktails, unaware of the federal agents mixing among them in street clothes. </w:t>
      </w:r>
      <w:r w:rsidRPr="00DF728D">
        <w:rPr>
          <w:rFonts w:eastAsia="Times New Roman" w:cs="Times New Roman"/>
          <w:szCs w:val="24"/>
        </w:rPr>
        <w:lastRenderedPageBreak/>
        <w:t>Hidden in the shadows near the rear service entrance, Frank adjusted the brim of his borrowed cap and slipped inside. He had less than five minutes to get in and out before someone checked the alley camera feed.</w:t>
      </w:r>
    </w:p>
    <w:p w14:paraId="62A999F4"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Locker 9A was in the staff hallway. He found it half open. Inside, wrapped in butcher paper, was a flip phone and a note.</w:t>
      </w:r>
    </w:p>
    <w:p w14:paraId="1F8422D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b/>
          <w:bCs/>
          <w:szCs w:val="24"/>
        </w:rPr>
        <w:t>DO NOT TRUST THE SYSTEM. THERE IS A SECOND PROGRAM. CHECK THE DOLLHOUSE.</w:t>
      </w:r>
    </w:p>
    <w:p w14:paraId="2B39A651"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Frank snapped a photo of the note, memorized the number scribbled in the corner, then burned both with lighter fluid from his kit. The phone rang before he could pocket it.</w:t>
      </w:r>
    </w:p>
    <w:p w14:paraId="5DAE2FD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A voice. Female. Calm. "Frank, it’s Rachel."</w:t>
      </w:r>
    </w:p>
    <w:p w14:paraId="7E6E30B4"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For a second, he forgot how to breathe.</w:t>
      </w:r>
    </w:p>
    <w:p w14:paraId="644F7548"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"I don’t have long," she continued. "They’re tracking everything now. The program you’re running from—the public one—that’s not even half of it. There’s another level. A behavioral experiment. You’re one of the test cases. They want to see if pressure alone can trigger the act they’re predicting."</w:t>
      </w:r>
    </w:p>
    <w:p w14:paraId="575329CA"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"What act?"</w:t>
      </w:r>
    </w:p>
    <w:p w14:paraId="2C77140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"Political assassination."</w:t>
      </w:r>
    </w:p>
    <w:p w14:paraId="6F48551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He stared into the dark. "That’s insane."</w:t>
      </w:r>
    </w:p>
    <w:p w14:paraId="44F5398F"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"Is it? You already killed once, Frank."</w:t>
      </w:r>
    </w:p>
    <w:p w14:paraId="0EADF380"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His hand clenched around the phone.</w:t>
      </w:r>
    </w:p>
    <w:p w14:paraId="4263331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"That wasn’t murder. It was—"</w:t>
      </w:r>
    </w:p>
    <w:p w14:paraId="72ABDF08"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"—self-defense. I know. But that’s the trick, isn’t it? Just enough fear, just enough isolation, and the model thinks you’ll snap. They’re trying to </w:t>
      </w:r>
      <w:r w:rsidRPr="00DF728D">
        <w:rPr>
          <w:rFonts w:eastAsia="Times New Roman" w:cs="Times New Roman"/>
          <w:i/>
          <w:iCs/>
          <w:szCs w:val="24"/>
        </w:rPr>
        <w:t>make</w:t>
      </w:r>
      <w:r w:rsidRPr="00DF728D">
        <w:rPr>
          <w:rFonts w:eastAsia="Times New Roman" w:cs="Times New Roman"/>
          <w:szCs w:val="24"/>
        </w:rPr>
        <w:t xml:space="preserve"> it happen. And Roth—he’s betting everything on proving it works."</w:t>
      </w:r>
    </w:p>
    <w:p w14:paraId="46982267"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"What’s the Dollhouse?"</w:t>
      </w:r>
    </w:p>
    <w:p w14:paraId="556CA3DB"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 xml:space="preserve">"A nickname. For the data farm. In D.C. A building where everything about your life—hell, your </w:t>
      </w:r>
      <w:r w:rsidRPr="00DF728D">
        <w:rPr>
          <w:rFonts w:eastAsia="Times New Roman" w:cs="Times New Roman"/>
          <w:i/>
          <w:iCs/>
          <w:szCs w:val="24"/>
        </w:rPr>
        <w:t>mind</w:t>
      </w:r>
      <w:r w:rsidRPr="00DF728D">
        <w:rPr>
          <w:rFonts w:eastAsia="Times New Roman" w:cs="Times New Roman"/>
          <w:szCs w:val="24"/>
        </w:rPr>
        <w:t>—is being modeled in real-time. I can’t explain more now. But I left something for you. Hidden in the storage lot behind the old train museum in Lenox. Find the locker marked 28."</w:t>
      </w:r>
    </w:p>
    <w:p w14:paraId="43D6EB9D"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Click.</w:t>
      </w:r>
    </w:p>
    <w:p w14:paraId="2719C4D2"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She was gone.</w:t>
      </w:r>
    </w:p>
    <w:p w14:paraId="22A07D83"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Frank stayed in the shadows as the hallway light flickered. Then he moved.</w:t>
      </w:r>
    </w:p>
    <w:p w14:paraId="01FBE089" w14:textId="77777777" w:rsidR="00DF728D" w:rsidRPr="00DF728D" w:rsidRDefault="00DF728D" w:rsidP="00DF728D">
      <w:pPr>
        <w:spacing w:before="100" w:beforeAutospacing="1" w:after="100" w:afterAutospacing="1"/>
        <w:rPr>
          <w:rFonts w:eastAsia="Times New Roman" w:cs="Times New Roman"/>
          <w:szCs w:val="24"/>
        </w:rPr>
      </w:pPr>
      <w:r w:rsidRPr="00DF728D">
        <w:rPr>
          <w:rFonts w:eastAsia="Times New Roman" w:cs="Times New Roman"/>
          <w:szCs w:val="24"/>
        </w:rPr>
        <w:t>The real hunt had just begun.</w:t>
      </w:r>
    </w:p>
    <w:p w14:paraId="61BA4A25"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Chapter 6 – Into the Fort</w:t>
      </w:r>
    </w:p>
    <w:p w14:paraId="42BB6986"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The town of Lenox slept under a sky thick with summer heat and memory. Frank moved like a shadow across the back lot of the old train museum, the kind of place where tourists once came to climb through antique Pullman cars and snap photos of rusted cabooses. Now it was quiet. Deserted. Overgrown.</w:t>
      </w:r>
    </w:p>
    <w:p w14:paraId="2ACC0BBA"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Locker 28 sat behind a warped panel of corrugated tin beneath a broken light. It took him ten minutes to find it. Another two to wedge it open.</w:t>
      </w:r>
    </w:p>
    <w:p w14:paraId="70EAB46F"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Inside: a weatherproof Pelican case, the kind used in military ops for electronics and surveillance gear. Frank hauled it out and cracked the latches. Inside was a burner laptop, a tightly folded topographical map marked with red circles, and a thumb drive taped to the lid with black electrical tape. Beneath it, a sealed evidence bag. The kind cops use when they want chain of custody to look clean.</w:t>
      </w:r>
    </w:p>
    <w:p w14:paraId="77190CAB"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Inside the bag—photos.</w:t>
      </w:r>
    </w:p>
    <w:p w14:paraId="1707F03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Dozens of high-res surveillance images. All of Frank. Walking. Talking. Eating. In the gym. In the shower. Some from years ago. Some from just days before Jake’s death.</w:t>
      </w:r>
    </w:p>
    <w:p w14:paraId="269622DA"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Some from inside his apartment.</w:t>
      </w:r>
    </w:p>
    <w:p w14:paraId="68C3CE9F"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sat back on his heels as nausea bloomed behind his ribs.</w:t>
      </w:r>
    </w:p>
    <w:p w14:paraId="3ADAAA44"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The photos were numbered, tagged with timecodes, predictive annotations. One had a handwritten note scribbled over it:</w:t>
      </w:r>
    </w:p>
    <w:p w14:paraId="71C2B9E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b/>
          <w:bCs/>
          <w:szCs w:val="24"/>
        </w:rPr>
        <w:t>TEST SUBJECT 014A — ADAPTIVE STIMULUS ENGAGED. CONVERGENCE EXPECTED.</w:t>
      </w:r>
    </w:p>
    <w:p w14:paraId="5662025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The thumb drive contained a single file: a video clip.</w:t>
      </w:r>
    </w:p>
    <w:p w14:paraId="0901C65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plugged the laptop in using the inverter cable coiled at the bottom of the case. The screen glowed to life, humming softly. No Wi-Fi. No OS login. Just an encrypted window that opened automatically when he inserted the drive.</w:t>
      </w:r>
    </w:p>
    <w:p w14:paraId="2421AFB3"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The video played.</w:t>
      </w:r>
    </w:p>
    <w:p w14:paraId="3B5E283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Rachel appeared on screen—recorded the night before. She sat in a dim room, hood pulled over her head, whispering into the camera.</w:t>
      </w:r>
    </w:p>
    <w:p w14:paraId="2638A230"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“They know. They’re running parallel ops. Your score isn’t just predictive—it’s </w:t>
      </w:r>
      <w:r w:rsidRPr="00EB12E0">
        <w:rPr>
          <w:rFonts w:eastAsia="Times New Roman" w:cs="Times New Roman"/>
          <w:i/>
          <w:iCs/>
          <w:szCs w:val="24"/>
        </w:rPr>
        <w:t>generative</w:t>
      </w:r>
      <w:r w:rsidRPr="00EB12E0">
        <w:rPr>
          <w:rFonts w:eastAsia="Times New Roman" w:cs="Times New Roman"/>
          <w:szCs w:val="24"/>
        </w:rPr>
        <w:t>. They’re feeding it inputs, stressors. Jake... wasn’t suicide. He was removed. They had to close the loop.”</w:t>
      </w:r>
    </w:p>
    <w:p w14:paraId="65B2E2BA"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leaned in, blood pounding.</w:t>
      </w:r>
    </w:p>
    <w:p w14:paraId="1AB0EADD"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“They want to see what it takes to push you over the edge. You’re the crown jewel of a trial group called </w:t>
      </w:r>
      <w:r w:rsidRPr="00EB12E0">
        <w:rPr>
          <w:rFonts w:eastAsia="Times New Roman" w:cs="Times New Roman"/>
          <w:b/>
          <w:bCs/>
          <w:szCs w:val="24"/>
        </w:rPr>
        <w:t>Orpheus</w:t>
      </w:r>
      <w:r w:rsidRPr="00EB12E0">
        <w:rPr>
          <w:rFonts w:eastAsia="Times New Roman" w:cs="Times New Roman"/>
          <w:szCs w:val="24"/>
        </w:rPr>
        <w:t>. The rest of the country thinks it’s about pre-crime. Public safety. But the real program—‘The Dollhouse’—is about controllable escalation. Simulated outrage. Measured collapse.”</w:t>
      </w:r>
    </w:p>
    <w:p w14:paraId="102EEC5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She looked straight into the lens.</w:t>
      </w:r>
    </w:p>
    <w:p w14:paraId="732D871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“If you’re watching this, I’m probably already gone. You need to reach the Capitol. There’s one person left who can blow this open. Codename </w:t>
      </w:r>
      <w:r w:rsidRPr="00EB12E0">
        <w:rPr>
          <w:rFonts w:eastAsia="Times New Roman" w:cs="Times New Roman"/>
          <w:b/>
          <w:bCs/>
          <w:szCs w:val="24"/>
        </w:rPr>
        <w:t>Falconer</w:t>
      </w:r>
      <w:r w:rsidRPr="00EB12E0">
        <w:rPr>
          <w:rFonts w:eastAsia="Times New Roman" w:cs="Times New Roman"/>
          <w:szCs w:val="24"/>
        </w:rPr>
        <w:t>. He has a list. But they’re going to come for him next.”</w:t>
      </w:r>
    </w:p>
    <w:p w14:paraId="34A4741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Static bloomed across the screen. The video cut.</w:t>
      </w:r>
    </w:p>
    <w:p w14:paraId="240778F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sat in the dark, motionless. Every instinct screamed to move, to run—but where? And for what?</w:t>
      </w:r>
    </w:p>
    <w:p w14:paraId="4DB976C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If Rachel was right—and everything she’d just shown made horrifying sense—then the only way out was through the belly of the beast.</w:t>
      </w:r>
    </w:p>
    <w:p w14:paraId="5F0F57B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folded the map. Pocketed the drive. Repacked the case and sealed the locker.</w:t>
      </w:r>
    </w:p>
    <w:p w14:paraId="6AA5A92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A half-mile away, headlights flickered briefly through the woods—then vanished.</w:t>
      </w:r>
    </w:p>
    <w:p w14:paraId="70571F8C" w14:textId="77777777" w:rsidR="00EB12E0" w:rsidRPr="00EB12E0" w:rsidRDefault="00000000" w:rsidP="00EB12E0">
      <w:pPr>
        <w:rPr>
          <w:rFonts w:eastAsia="Times New Roman" w:cs="Times New Roman"/>
          <w:szCs w:val="24"/>
        </w:rPr>
      </w:pPr>
      <w:r>
        <w:rPr>
          <w:rFonts w:eastAsia="Times New Roman" w:cs="Times New Roman"/>
          <w:szCs w:val="24"/>
        </w:rPr>
        <w:pict w14:anchorId="70E84F56">
          <v:rect id="_x0000_i1036" style="width:0;height:1.5pt" o:hralign="center" o:hrstd="t" o:hr="t" fillcolor="#a0a0a0" stroked="f"/>
        </w:pict>
      </w:r>
    </w:p>
    <w:p w14:paraId="59622AA7"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Washington D.C. – Operations Level / The Dollhouse</w:t>
      </w:r>
    </w:p>
    <w:p w14:paraId="260B3EFB"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Roth stood beneath the filtered blue glow of a twenty-foot digital wall—each panel streaming live telemetry of Subject 014A.</w:t>
      </w:r>
    </w:p>
    <w:p w14:paraId="187BF5C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"Subject has made contact with Package Alpha," the technician said, voice flat, distant. "Trigger vector is escalating. Estimated convergence window has narrowed to six days."</w:t>
      </w:r>
    </w:p>
    <w:p w14:paraId="668FCD65"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Roth nodded.</w:t>
      </w:r>
    </w:p>
    <w:p w14:paraId="35C7853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Behind him, the rest of the command unit typed, adjusted feeds, ran simulations. None of them looked up. This was routine now.</w:t>
      </w:r>
    </w:p>
    <w:p w14:paraId="424D790D"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“Where’s Rachel?” Roth asked, tone casual.</w:t>
      </w:r>
    </w:p>
    <w:p w14:paraId="3129AFC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“Unaccounted for. Last known signal terminated northeast of Pittsfield. We’ve dispatched a tertiary scrub team.”</w:t>
      </w:r>
    </w:p>
    <w:p w14:paraId="274A41A3"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“No assets near him?”</w:t>
      </w:r>
    </w:p>
    <w:p w14:paraId="66C4CED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“We’ve got eyes. Enough to keep the pressure consistent.”</w:t>
      </w:r>
    </w:p>
    <w:p w14:paraId="2740435C"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Roth turned and gazed out the observation glass behind him. The lights of the city glittered like circuitry. His lips twitched in a small, satisfied grin.</w:t>
      </w:r>
    </w:p>
    <w:p w14:paraId="6764E2CE"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“We’re close,” he said softly. “Very close.”</w:t>
      </w:r>
    </w:p>
    <w:p w14:paraId="245DF67E" w14:textId="77777777" w:rsidR="00EB12E0" w:rsidRPr="00EB12E0" w:rsidRDefault="00000000" w:rsidP="00EB12E0">
      <w:pPr>
        <w:rPr>
          <w:rFonts w:eastAsia="Times New Roman" w:cs="Times New Roman"/>
          <w:szCs w:val="24"/>
        </w:rPr>
      </w:pPr>
      <w:r>
        <w:rPr>
          <w:rFonts w:eastAsia="Times New Roman" w:cs="Times New Roman"/>
          <w:szCs w:val="24"/>
        </w:rPr>
        <w:pict w14:anchorId="1B388105">
          <v:rect id="_x0000_i1037" style="width:0;height:1.5pt" o:hralign="center" o:hrstd="t" o:hr="t" fillcolor="#a0a0a0" stroked="f"/>
        </w:pict>
      </w:r>
    </w:p>
    <w:p w14:paraId="43C60AB4" w14:textId="77777777" w:rsidR="00EB12E0" w:rsidRPr="00EB12E0" w:rsidRDefault="00EB12E0" w:rsidP="00EB12E0">
      <w:pPr>
        <w:spacing w:before="100" w:beforeAutospacing="1" w:after="100" w:afterAutospacing="1"/>
        <w:outlineLvl w:val="2"/>
        <w:rPr>
          <w:rFonts w:eastAsia="Times New Roman" w:cs="Times New Roman"/>
          <w:b/>
          <w:bCs/>
          <w:sz w:val="27"/>
          <w:szCs w:val="27"/>
        </w:rPr>
      </w:pPr>
      <w:r w:rsidRPr="00EB12E0">
        <w:rPr>
          <w:rFonts w:eastAsia="Times New Roman" w:cs="Times New Roman"/>
          <w:b/>
          <w:bCs/>
          <w:sz w:val="27"/>
          <w:szCs w:val="27"/>
        </w:rPr>
        <w:t>Back in the Berkshires – Later That Night</w:t>
      </w:r>
    </w:p>
    <w:p w14:paraId="1F95677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Frank was on the move again.</w:t>
      </w:r>
    </w:p>
    <w:p w14:paraId="41AE41E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He’d ditched the case, memorized the map, and set off south toward Great Barrington. There were still safe places there—barely. Old friends. Fewer cameras. He needed time to think. To regroup.</w:t>
      </w:r>
    </w:p>
    <w:p w14:paraId="55230B51"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But something was wrong.</w:t>
      </w:r>
    </w:p>
    <w:p w14:paraId="3C75F872"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lastRenderedPageBreak/>
        <w:t>Everywhere he turned—lights in the woods. Drones overhead. A van that parked just a little too long at a closed gas station.</w:t>
      </w:r>
    </w:p>
    <w:p w14:paraId="14C8F4F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 xml:space="preserve">The Dollhouse wasn’t just modeling him. It was </w:t>
      </w:r>
      <w:r w:rsidRPr="00EB12E0">
        <w:rPr>
          <w:rFonts w:eastAsia="Times New Roman" w:cs="Times New Roman"/>
          <w:b/>
          <w:bCs/>
          <w:szCs w:val="24"/>
        </w:rPr>
        <w:t>leading</w:t>
      </w:r>
      <w:r w:rsidRPr="00EB12E0">
        <w:rPr>
          <w:rFonts w:eastAsia="Times New Roman" w:cs="Times New Roman"/>
          <w:szCs w:val="24"/>
        </w:rPr>
        <w:t xml:space="preserve"> him. Like a rat in a maze, chasing air.</w:t>
      </w:r>
    </w:p>
    <w:p w14:paraId="7C6AB9D6"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He ducked under a rail bridge and waited. When the drone passed, he whispered to himself—something he hadn’t said since the war:</w:t>
      </w:r>
    </w:p>
    <w:p w14:paraId="25684E97"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i/>
          <w:iCs/>
          <w:szCs w:val="24"/>
        </w:rPr>
        <w:t>"Adapt, overcome, survive."</w:t>
      </w:r>
    </w:p>
    <w:p w14:paraId="2D9BB679" w14:textId="77777777" w:rsidR="00EB12E0" w:rsidRPr="00EB12E0" w:rsidRDefault="00EB12E0" w:rsidP="00EB12E0">
      <w:pPr>
        <w:spacing w:before="100" w:beforeAutospacing="1" w:after="100" w:afterAutospacing="1"/>
        <w:rPr>
          <w:rFonts w:eastAsia="Times New Roman" w:cs="Times New Roman"/>
          <w:szCs w:val="24"/>
        </w:rPr>
      </w:pPr>
      <w:r w:rsidRPr="00EB12E0">
        <w:rPr>
          <w:rFonts w:eastAsia="Times New Roman" w:cs="Times New Roman"/>
          <w:szCs w:val="24"/>
        </w:rPr>
        <w:t>And then he moved.</w:t>
      </w:r>
    </w:p>
    <w:p w14:paraId="1EEE7746" w14:textId="77777777" w:rsidR="007715AE" w:rsidRPr="007715AE" w:rsidRDefault="007715AE" w:rsidP="007715AE">
      <w:pPr>
        <w:spacing w:before="100" w:beforeAutospacing="1" w:after="100" w:afterAutospacing="1"/>
        <w:outlineLvl w:val="2"/>
        <w:rPr>
          <w:rFonts w:eastAsia="Times New Roman" w:cs="Times New Roman"/>
          <w:b/>
          <w:bCs/>
          <w:sz w:val="27"/>
          <w:szCs w:val="27"/>
        </w:rPr>
      </w:pPr>
      <w:r w:rsidRPr="007715AE">
        <w:rPr>
          <w:rFonts w:eastAsia="Times New Roman" w:cs="Times New Roman"/>
          <w:b/>
          <w:bCs/>
          <w:sz w:val="27"/>
          <w:szCs w:val="27"/>
        </w:rPr>
        <w:t>Chapter 7 – The Last Firewall</w:t>
      </w:r>
    </w:p>
    <w:p w14:paraId="3D628E4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compound felt different now—alive, like the walls were breathing. Frank could sense it in the air, thick with tension. He had survived so far by staying one step ahead, but this place—the so-called "fort"—was unlike anything he had ever encountered. It wasn’t just a safehouse. It was a trap, a staging ground, a waystation for forces far beyond his understanding. And now, it was the epicenter of a conspiracy that could unravel the very fabric of his life.</w:t>
      </w:r>
    </w:p>
    <w:p w14:paraId="08F9D999"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Tess led Frank through a network of dimly lit hallways, their boots echoing in the silence. The others in the compound, the people behind Project ORPHEUS, were busy at their stations, unaware of his thoughts racing ahead. But Frank knew something had shifted. Their plan was no longer about eliminating him. It was about control. Complete control.</w:t>
      </w:r>
    </w:p>
    <w:p w14:paraId="741D69D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“You’re sure about this?” Frank asked, his voice low, keeping the conversation between him and Tess. She had promised answers, but so far, all he’d gotten was more questions.</w:t>
      </w:r>
    </w:p>
    <w:p w14:paraId="27726434"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“We’re past the point of no return,” Tess said, glancing over her shoulder. “You’ve been marked, Frank. Whether you like it or not, you're part of the system now.”</w:t>
      </w:r>
    </w:p>
    <w:p w14:paraId="6A7AE58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realization hit him like a punch to the gut. “Marked,” he repeated, feeling the weight of it. Not just a fugitive, but a tool in a game of control—a pawn in someone else’s hand. “So what now?”</w:t>
      </w:r>
    </w:p>
    <w:p w14:paraId="07C510B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“Now, you survive long enough to break through the last firewall,” Tess replied. “The last barrier between you and the truth. But be prepared. It won’t be easy.”</w:t>
      </w:r>
    </w:p>
    <w:p w14:paraId="2E1F02B1"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Frank's heart pounded. Firewall. The word sent chills down his spine. It was the final layer of security within the compound—a system that had been designed to ensure that no one could escape, no one could expose the project's darkest secrets. The firewall was the last defense. And if they were trying to get through it, that meant there was something far worse on the other side.</w:t>
      </w:r>
    </w:p>
    <w:p w14:paraId="76B6FB5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hall opened into a large control room. Hundreds of screens displayed real-time surveillance footage, encrypted data streams, and live communications between various facilities. Frank scanned the room, taking it all in. Every single move he’d made since the protest had been monitored, tracked, and analyzed by these people. His every step had been predicted, planned. This was the machine in full swing.</w:t>
      </w:r>
    </w:p>
    <w:p w14:paraId="64D53DE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In the center of the room stood a large terminal, guarded by two technicians who seemed to be typing furiously, their eyes glued to the monitors. Tess approached them with confidence, her voice sharp and commanding. “Get off the terminal. Now.”</w:t>
      </w:r>
    </w:p>
    <w:p w14:paraId="63B4A626"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lastRenderedPageBreak/>
        <w:t>The technicians exchanged nervous glances but didn’t argue. They left without a word, retreating to the back of the room. Tess moved quickly to the terminal and began typing at a rapid pace, her fingers flying over the keys. Frank hovered behind her, watching her every move.</w:t>
      </w:r>
    </w:p>
    <w:p w14:paraId="2456FAD7"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“What's going on?” Frank asked, his voice tense.</w:t>
      </w:r>
    </w:p>
    <w:p w14:paraId="37E1C753"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“I'm bypassing the last firewall,” Tess said, her gaze never leaving the screen. “I’m giving you access. This is where they hide everything—the data they don’t want you to see. The real story.”</w:t>
      </w:r>
    </w:p>
    <w:p w14:paraId="6BA87DF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Frank’s eyes flickered toward the massive wall of screens. Everything about this operation, everything about his life, had been manipulated from the very beginning. But something about this felt different. This wasn’t just about him. This was about a system that had the power to control everything.</w:t>
      </w:r>
    </w:p>
    <w:p w14:paraId="39F62DA6"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terminal beeped, and Tess swore under her breath. “We’ve got company.”</w:t>
      </w:r>
    </w:p>
    <w:p w14:paraId="344211F2"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sound of boots on concrete echoed through the hall. Frank’s instincts kicked in. He was already moving, positioning himself behind a stack of monitors, his hand instinctively reaching for the handgun concealed at his waist. Tess froze, her face betraying a flicker of uncertainty.</w:t>
      </w:r>
    </w:p>
    <w:p w14:paraId="65B7462E"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“We don’t have much time,” she said, her voice urgent. “The firewall’s about to come down, but they’ll be here any second. You need to make a decision.”</w:t>
      </w:r>
    </w:p>
    <w:p w14:paraId="430C47AD"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Frank’s mind raced as the door to the control room slammed open. A team of armed guards stormed in, their faces obscured by tactical masks, their weapons raised and ready. They had come for him, for the data, for the truth he was about to uncover.</w:t>
      </w:r>
    </w:p>
    <w:p w14:paraId="49268014"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“Get down!” Tess shouted, pushing Frank toward the ground as gunfire rang out. The guards opened fire, their bullets slamming into the walls, sending sparks flying. Frank didn’t hesitate. He returned fire, his shots quick and calculated. One guard dropped to the ground, another staggered backward, clutching his shoulder.</w:t>
      </w:r>
    </w:p>
    <w:p w14:paraId="650C5D00"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Tess was already moving, her hands working the terminal with frantic speed. “Hurry!” she urged, her eyes never leaving the screen. “It’s almost done!”</w:t>
      </w:r>
    </w:p>
    <w:p w14:paraId="2658ABC2"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The room was chaos. Frank fought with a ferocity born of desperation, moving with precision, his training kicking in as he cleared the room of enemies. He was focused, determined—he wouldn’t let them stop him now. Not when he was this close to the truth.</w:t>
      </w:r>
    </w:p>
    <w:p w14:paraId="32C1F463"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In the midst of the firefight, Frank’s eyes caught the terminal screen again. The firewall was down. Tess had done it. She had unlocked the data—the secrets of Project ORPHEUS. The walls that had confined him, the system that had pre-ordained his fate, were now laid bare.</w:t>
      </w:r>
    </w:p>
    <w:p w14:paraId="55C95BAC"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But the truth came at a price. As Frank moved toward the terminal, he heard Tess gasp. She was slumped forward in her chair, blood seeping from a wound in her side. One of the guards had gotten through. Her eyes met his, wide with urgency.</w:t>
      </w:r>
    </w:p>
    <w:p w14:paraId="28CEA9EE"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“Go,” she whispered. “The data... it’s all there. But you have to move fast. They won’t stop until they get it back.”</w:t>
      </w:r>
    </w:p>
    <w:p w14:paraId="1B59DE23"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 didn’t hesitate. He grabbed the flash drive that Tess had inserted into the terminal, his fingers shaking with the weight of what he had just uncovered. He glanced one last time at her as she slumped to the floor, the life draining from her eyes.</w:t>
      </w:r>
    </w:p>
    <w:p w14:paraId="61ABB3EA"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lastRenderedPageBreak/>
        <w:t>“You’re on your own now,” she whispered, her voice fading.</w:t>
      </w:r>
    </w:p>
    <w:p w14:paraId="1321F1A0"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Frank turned and sprinted from the room, the data in his hand, the weight of it pressing down on him. The guards were already regrouping, and the compound was on high alert. There was no time to waste.</w:t>
      </w:r>
    </w:p>
    <w:p w14:paraId="183F43E5"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He ran through the narrow corridors, his heart pounding in his chest. The escape plan was simple, but he knew it wouldn’t be easy. The compound was locked down tight, and every guard in the place would be hunting him down.</w:t>
      </w:r>
    </w:p>
    <w:p w14:paraId="4E1C6795"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As he rounded a corner, he was met by more guards, their guns aimed directly at him. Frank’s training kicked in. Without hesitation, he dove behind a stack of crates, narrowly avoiding the hail of gunfire. He returned fire, taking down two guards in quick succession before sprinting for the exit.</w:t>
      </w:r>
    </w:p>
    <w:p w14:paraId="32BE8C3B" w14:textId="77777777" w:rsidR="007715AE" w:rsidRP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He burst through the back doors of the compound, into the cold night air, and didn’t stop running until he reached his SUV. The guards were still chasing him, but he was faster, smarter. He had the data now. The truth. And nothing—not the system, not the conspiracy—could stop him from exposing it.</w:t>
      </w:r>
    </w:p>
    <w:p w14:paraId="531689C0" w14:textId="77777777" w:rsidR="007715AE" w:rsidRDefault="007715AE" w:rsidP="007715AE">
      <w:pPr>
        <w:spacing w:before="100" w:beforeAutospacing="1" w:after="100" w:afterAutospacing="1"/>
        <w:rPr>
          <w:rFonts w:eastAsia="Times New Roman" w:cs="Times New Roman"/>
          <w:szCs w:val="24"/>
        </w:rPr>
      </w:pPr>
      <w:r w:rsidRPr="007715AE">
        <w:rPr>
          <w:rFonts w:eastAsia="Times New Roman" w:cs="Times New Roman"/>
          <w:szCs w:val="24"/>
        </w:rPr>
        <w:t>As he sped away into the darkness, Frank knew one thing for sure: the game had changed. The firewall was down. The truth was out. And now, it was time for him to take control</w:t>
      </w:r>
    </w:p>
    <w:p w14:paraId="644D6D22" w14:textId="77777777" w:rsidR="00FC6BE7" w:rsidRPr="00FC6BE7" w:rsidRDefault="00FC6BE7" w:rsidP="00FC6BE7">
      <w:pPr>
        <w:spacing w:before="100" w:beforeAutospacing="1" w:after="100" w:afterAutospacing="1"/>
        <w:outlineLvl w:val="2"/>
        <w:rPr>
          <w:rFonts w:eastAsia="Times New Roman" w:cs="Times New Roman"/>
          <w:b/>
          <w:bCs/>
          <w:sz w:val="27"/>
          <w:szCs w:val="27"/>
        </w:rPr>
      </w:pPr>
      <w:r w:rsidRPr="00FC6BE7">
        <w:rPr>
          <w:rFonts w:eastAsia="Times New Roman" w:cs="Times New Roman"/>
          <w:b/>
          <w:bCs/>
          <w:sz w:val="27"/>
          <w:szCs w:val="27"/>
        </w:rPr>
        <w:t>Chapter 8 – The Web Tightens</w:t>
      </w:r>
    </w:p>
    <w:p w14:paraId="09609AD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Frank’s hand hovered over the burner phone, his eyes scanning the cryptic message that had just appeared. It was as if the world had been flipped upside down: his pre-conviction trial had been scheduled for August 30. The same day the U.S. had withdrawn from Afghanistan four years ago. The same day the war had officially ended, at least on paper. And now, it was the day he would be marked as guilty—before even stepping foot in a courtroom.</w:t>
      </w:r>
    </w:p>
    <w:p w14:paraId="5A216D71"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The message felt like a punch to the chest. A machine had already convicted him. There would be no trial, no jury. Just a verdict made by an algorithm. It was everything he had fought against in the field—judgment without the chance for redemption, without the right to defend himself.</w:t>
      </w:r>
    </w:p>
    <w:p w14:paraId="4F70767F"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He couldn't help but feel the weight of his military service, his sacrifices. He had survived wars, brutal combat, and countless firefights—only to be undone by a system that had decided his fate before he could even make a choice. The machine had its reasons: his military record, his past affiliations, the way he looked, the way he acted. The system didn’t care about truth—it cared about control.</w:t>
      </w:r>
    </w:p>
    <w:p w14:paraId="287EB5F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Frank shoved the phone into his pocket and adjusted the straps of his pack. He was done with hiding. His name had already been flagged, his every movement tracked. He needed to find the one thing that could bring it all down. The one person who might be able to expose the full truth: Rachel Deane.</w:t>
      </w:r>
    </w:p>
    <w:p w14:paraId="20167CD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She had reached out to him weeks ago, using encrypted channels, telling him she had information that could turn everything on its head. But now, with the pre-conviction system fully operational, she was in hiding. And Frank had no idea where to find her. The message that led him to Locker 9A was his only clue.</w:t>
      </w:r>
    </w:p>
    <w:p w14:paraId="19BF6CD1" w14:textId="77777777" w:rsidR="00FC6BE7" w:rsidRPr="00FC6BE7" w:rsidRDefault="00000000" w:rsidP="00FC6BE7">
      <w:pPr>
        <w:rPr>
          <w:rFonts w:eastAsia="Times New Roman" w:cs="Times New Roman"/>
          <w:szCs w:val="24"/>
        </w:rPr>
      </w:pPr>
      <w:r>
        <w:rPr>
          <w:rFonts w:eastAsia="Times New Roman" w:cs="Times New Roman"/>
          <w:szCs w:val="24"/>
        </w:rPr>
        <w:pict w14:anchorId="284B9AA9">
          <v:rect id="_x0000_i1038" style="width:0;height:1.5pt" o:hralign="center" o:hrstd="t" o:hr="t" fillcolor="#a0a0a0" stroked="f"/>
        </w:pict>
      </w:r>
    </w:p>
    <w:p w14:paraId="5FBE505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Elsewhere – Washington, D.C.</w:t>
      </w:r>
    </w:p>
    <w:p w14:paraId="231BE45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lastRenderedPageBreak/>
        <w:t>In Washington, the gears of the pre-conviction system were already in motion. The political machine that had created this system was far more than just a group of faceless bureaucrats. It was a well-oiled machine designed to maintain control—and to prove to the public that predictive justice was the future.</w:t>
      </w:r>
    </w:p>
    <w:p w14:paraId="001441FE"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At the heart of it were men like Roth, Wentworth, and Huxley, whose influence stretched across every branch of government. They were working in tandem, ensuring that the trial date for Frank Marino would send a message to anyone who might challenge the system: this is the future. This is how things will be from now on.</w:t>
      </w:r>
    </w:p>
    <w:p w14:paraId="243452F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Roth sat in his Washington office, staring out at the skyline. The date was set. Frank Marino’s trial would take place on August 30, 2025. No defense. No jury. Just the state’s pre-conviction algorithm—predicting his guilt, even though he hadn’t committed the crime.</w:t>
      </w:r>
    </w:p>
    <w:p w14:paraId="065F8F3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The trial was more than a political statement; it was a test. A demonstration that the system worked, that it could prevent future crimes before they happened. The public had bought into the narrative: safety above all else. The only question was whether Frank Marino would be the only example, or if this was just the beginning.</w:t>
      </w:r>
    </w:p>
    <w:p w14:paraId="1B063562" w14:textId="77777777" w:rsidR="00FC6BE7" w:rsidRPr="00FC6BE7" w:rsidRDefault="00000000" w:rsidP="00FC6BE7">
      <w:pPr>
        <w:rPr>
          <w:rFonts w:eastAsia="Times New Roman" w:cs="Times New Roman"/>
          <w:szCs w:val="24"/>
        </w:rPr>
      </w:pPr>
      <w:r>
        <w:rPr>
          <w:rFonts w:eastAsia="Times New Roman" w:cs="Times New Roman"/>
          <w:szCs w:val="24"/>
        </w:rPr>
        <w:pict w14:anchorId="77790ED2">
          <v:rect id="_x0000_i1039" style="width:0;height:1.5pt" o:hralign="center" o:hrstd="t" o:hr="t" fillcolor="#a0a0a0" stroked="f"/>
        </w:pict>
      </w:r>
    </w:p>
    <w:p w14:paraId="583AA281"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Stockbridge, Massachusetts – The Command Post</w:t>
      </w:r>
    </w:p>
    <w:p w14:paraId="5C7907A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Back in Stockbridge, the picturesque town had become something far darker than its charming exterior suggested. The Red Lion Inn had long been a popular stopping point for tourists, but now it served a different purpose: a makeshift command post for high-level operatives coordinating the manhunt for Frank Marino.</w:t>
      </w:r>
    </w:p>
    <w:p w14:paraId="2A2774E0"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Stockbridge, with its old-world charm and serene vistas, had always been an attractive place for those seeking privacy. The town was home to one of the key players from D.C. who had strategically chosen the area for its seclusion. They had a large estate perched atop a hill, an imposing house that seemed more like a boarding school from a bygone era. Built in the early 1800s, the house was a sprawling mansion with tall windows and ivy-covered brick. Beyond the main house, the estate stretched across acres of pastureland, horses grazing in the fields, and a long, winding driveway that led to the top of the hill where the house stood. It was the kind of place where the powerful could meet in secret without drawing attention, hidden in plain sight.</w:t>
      </w:r>
    </w:p>
    <w:p w14:paraId="46BB7BB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From here, the operations to track Frank were being orchestrated with chilling efficiency. The powerful men behind the pre-conviction system needed control of the narrative, and Stockbridge provided them the perfect backdrop to manipulate the flow of information without attracting too much scrutiny. The local investigator, Dylan Pierce, was a man caught between duty and reluctance, but he had no choice but to follow orders. The truth about Frank Marino’s guilt or innocence was irrelevant; the system had already decided.</w:t>
      </w:r>
    </w:p>
    <w:p w14:paraId="2186A447" w14:textId="77777777" w:rsidR="00FC6BE7" w:rsidRPr="00FC6BE7" w:rsidRDefault="00000000" w:rsidP="00FC6BE7">
      <w:pPr>
        <w:rPr>
          <w:rFonts w:eastAsia="Times New Roman" w:cs="Times New Roman"/>
          <w:szCs w:val="24"/>
        </w:rPr>
      </w:pPr>
      <w:r>
        <w:rPr>
          <w:rFonts w:eastAsia="Times New Roman" w:cs="Times New Roman"/>
          <w:szCs w:val="24"/>
        </w:rPr>
        <w:pict w14:anchorId="7A3A8ECA">
          <v:rect id="_x0000_i1040" style="width:0;height:1.5pt" o:hralign="center" o:hrstd="t" o:hr="t" fillcolor="#a0a0a0" stroked="f"/>
        </w:pict>
      </w:r>
    </w:p>
    <w:p w14:paraId="45590E7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Tanglewood and the Summer Vibes</w:t>
      </w:r>
    </w:p>
    <w:p w14:paraId="048D8AF6"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The summer heat clung to the air in Stockbridge. It wasn’t just the seclusion of the area that made it perfect for high-stakes meetings—it was the aura of quiet prestige that the town radiated. Summer evenings were often spent at Tanglewood, a venue renowned for its outdoor concerts. The sweet melodies of the Boston Symphony Orchestra floated over the hills, soothing the wealthy patrons who gathered in their finely manicured seats. But beyond the music, beneath the culture of wealth and calm, something darker was simmering.</w:t>
      </w:r>
    </w:p>
    <w:p w14:paraId="45189FA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The summer crowds were unaware that the very tranquility of Stockbridge was being used as a smokescreen for something far more dangerous. As Frank maneuvered through the backroads of the Berkshires, he couldn’t help but feel the weight of the game that was being played with his life. The stakes were higher now. He wasn’t just </w:t>
      </w:r>
      <w:r w:rsidRPr="00FC6BE7">
        <w:rPr>
          <w:rFonts w:eastAsia="Times New Roman" w:cs="Times New Roman"/>
          <w:szCs w:val="24"/>
        </w:rPr>
        <w:lastRenderedPageBreak/>
        <w:t>a fugitive anymore—he was the example, a symbol of what could happen to anyone who challenged the new order.</w:t>
      </w:r>
    </w:p>
    <w:p w14:paraId="5CB1FB3F" w14:textId="77777777" w:rsidR="00FC6BE7" w:rsidRPr="00FC6BE7" w:rsidRDefault="00000000" w:rsidP="00FC6BE7">
      <w:pPr>
        <w:rPr>
          <w:rFonts w:eastAsia="Times New Roman" w:cs="Times New Roman"/>
          <w:szCs w:val="24"/>
        </w:rPr>
      </w:pPr>
      <w:r>
        <w:rPr>
          <w:rFonts w:eastAsia="Times New Roman" w:cs="Times New Roman"/>
          <w:szCs w:val="24"/>
        </w:rPr>
        <w:pict w14:anchorId="3384C901">
          <v:rect id="_x0000_i1041" style="width:0;height:1.5pt" o:hralign="center" o:hrstd="t" o:hr="t" fillcolor="#a0a0a0" stroked="f"/>
        </w:pict>
      </w:r>
    </w:p>
    <w:p w14:paraId="33008C75"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The Road to Berkshire</w:t>
      </w:r>
    </w:p>
    <w:p w14:paraId="371945E9"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Frank’s focus was sharp as he drove through the night. His hands gripped the wheel, his mind racing. The weather had turned colder, and his breath misted in the air as he navigated through the winding backroads toward Berkshire Medical Center in Chatham, NY.</w:t>
      </w:r>
    </w:p>
    <w:p w14:paraId="5F9BDA94"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His meeting with Rachel had been set, and now, more than ever, he needed answers. He needed to understand who was behind the manipulation of the pre-conviction system—and why he had been chosen. It wasn’t just about his name being dragged through the mud; it was about exposing the forces pulling the strings from the shadows.</w:t>
      </w:r>
    </w:p>
    <w:p w14:paraId="791D3EEC"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As he approached the hospital, he couldn't shake the feeling that everything was closing in on him. The government had painted him as a violent threat, a domestic terrorist on the verge of inciting chaos. All of it was a lie. But there was no room for nuance in the algorithm-driven world that was unfolding. And now, his only hope rested on an old connection—a former journalist who knew how to dig into the truth, no matter the cost.</w:t>
      </w:r>
    </w:p>
    <w:p w14:paraId="7203D7CC" w14:textId="77777777" w:rsidR="00FC6BE7" w:rsidRPr="00FC6BE7" w:rsidRDefault="00000000" w:rsidP="00FC6BE7">
      <w:pPr>
        <w:rPr>
          <w:rFonts w:eastAsia="Times New Roman" w:cs="Times New Roman"/>
          <w:szCs w:val="24"/>
        </w:rPr>
      </w:pPr>
      <w:r>
        <w:rPr>
          <w:rFonts w:eastAsia="Times New Roman" w:cs="Times New Roman"/>
          <w:szCs w:val="24"/>
        </w:rPr>
        <w:pict w14:anchorId="081FFB51">
          <v:rect id="_x0000_i1042" style="width:0;height:1.5pt" o:hralign="center" o:hrstd="t" o:hr="t" fillcolor="#a0a0a0" stroked="f"/>
        </w:pict>
      </w:r>
    </w:p>
    <w:p w14:paraId="187A94E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Rachel Deane’s Warning</w:t>
      </w:r>
    </w:p>
    <w:p w14:paraId="31AE91F8"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Rachel Deane had always been a force to be reckoned with. She was the journalist who had embedded herself with the U.S. military in Afghanistan and risked everything to expose the truth about what was happening on the ground. They had crossed paths before—during the war, when she had tried to expose the corruption and lies hidden behind the military operations. They had been close, once—before the system broke them both. Before she disappeared into the shadows.</w:t>
      </w:r>
    </w:p>
    <w:p w14:paraId="1122B834"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 xml:space="preserve">But now, with everything on the line, Rachel had reappeared. Her message had been brief, but clear: </w:t>
      </w:r>
      <w:r w:rsidRPr="00FC6BE7">
        <w:rPr>
          <w:rFonts w:eastAsia="Times New Roman" w:cs="Times New Roman"/>
          <w:b/>
          <w:bCs/>
          <w:szCs w:val="24"/>
        </w:rPr>
        <w:t>“Meet me at Locker 9A. We need to talk.”</w:t>
      </w:r>
    </w:p>
    <w:p w14:paraId="7C0165F3"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Frank didn’t hesitate. He knew she had information that could change everything. He had to find her. And when he did, they would take down the pre-crime system together—or die trying.</w:t>
      </w:r>
    </w:p>
    <w:p w14:paraId="5CB10AEB" w14:textId="77777777" w:rsidR="00FC6BE7" w:rsidRPr="00FC6BE7" w:rsidRDefault="00000000" w:rsidP="00FC6BE7">
      <w:pPr>
        <w:rPr>
          <w:rFonts w:eastAsia="Times New Roman" w:cs="Times New Roman"/>
          <w:szCs w:val="24"/>
        </w:rPr>
      </w:pPr>
      <w:r>
        <w:rPr>
          <w:rFonts w:eastAsia="Times New Roman" w:cs="Times New Roman"/>
          <w:szCs w:val="24"/>
        </w:rPr>
        <w:pict w14:anchorId="4DF8FEA2">
          <v:rect id="_x0000_i1043" style="width:0;height:1.5pt" o:hralign="center" o:hrstd="t" o:hr="t" fillcolor="#a0a0a0" stroked="f"/>
        </w:pict>
      </w:r>
    </w:p>
    <w:p w14:paraId="0EFCCC17"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b/>
          <w:bCs/>
          <w:szCs w:val="24"/>
        </w:rPr>
        <w:t>The Hunt Intensifies</w:t>
      </w:r>
    </w:p>
    <w:p w14:paraId="132E455B"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Back in Washington, the political players were tightening their grip. The pre-conviction system was more than a tool—it was a weapon. The trial was scheduled. The machine was in motion. But what the system didn’t count on was Rachel Deane’s reappearance. She was a wild card—a journalist who had always been a thorn in the side of the political elite.</w:t>
      </w:r>
    </w:p>
    <w:p w14:paraId="712773F8" w14:textId="77777777" w:rsidR="00FC6BE7" w:rsidRPr="00FC6BE7" w:rsidRDefault="00FC6BE7" w:rsidP="00FC6BE7">
      <w:pPr>
        <w:spacing w:before="100" w:beforeAutospacing="1" w:after="100" w:afterAutospacing="1"/>
        <w:rPr>
          <w:rFonts w:eastAsia="Times New Roman" w:cs="Times New Roman"/>
          <w:szCs w:val="24"/>
        </w:rPr>
      </w:pPr>
      <w:r w:rsidRPr="00FC6BE7">
        <w:rPr>
          <w:rFonts w:eastAsia="Times New Roman" w:cs="Times New Roman"/>
          <w:szCs w:val="24"/>
        </w:rPr>
        <w:t>Her information could unravel everything. And Frank knew it was only a matter of time before the government came for her too.</w:t>
      </w:r>
    </w:p>
    <w:p w14:paraId="7D160057" w14:textId="77777777" w:rsidR="00FC6BE7" w:rsidRPr="007715AE" w:rsidRDefault="00FC6BE7" w:rsidP="007715AE">
      <w:pPr>
        <w:spacing w:before="100" w:beforeAutospacing="1" w:after="100" w:afterAutospacing="1"/>
        <w:rPr>
          <w:rFonts w:eastAsia="Times New Roman" w:cs="Times New Roman"/>
          <w:szCs w:val="24"/>
        </w:rPr>
      </w:pPr>
    </w:p>
    <w:p w14:paraId="3EE8F303" w14:textId="77777777" w:rsidR="001E7C62" w:rsidRPr="001E7C62" w:rsidRDefault="001E7C62" w:rsidP="001E7C62">
      <w:pPr>
        <w:spacing w:before="100" w:beforeAutospacing="1" w:after="100" w:afterAutospacing="1"/>
        <w:outlineLvl w:val="2"/>
        <w:rPr>
          <w:rFonts w:eastAsia="Times New Roman" w:cs="Times New Roman"/>
          <w:b/>
          <w:bCs/>
          <w:sz w:val="27"/>
          <w:szCs w:val="27"/>
        </w:rPr>
      </w:pPr>
      <w:r w:rsidRPr="001E7C62">
        <w:rPr>
          <w:rFonts w:eastAsia="Times New Roman" w:cs="Times New Roman"/>
          <w:b/>
          <w:bCs/>
          <w:sz w:val="27"/>
          <w:szCs w:val="27"/>
        </w:rPr>
        <w:lastRenderedPageBreak/>
        <w:t>Chapter 9 – The Predetermined Path</w:t>
      </w:r>
    </w:p>
    <w:p w14:paraId="09BF9655"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 air inside the safe house was thick with tension. Frank paced back and forth, his boots leaving prints on the worn wooden floor. The room was small, hidden in the back of a rundown motel in a town that didn’t exist on most maps. He wasn’t supposed to be here. He was supposed to be dead—or at least locked away in a cage, labeled a criminal before he had even been given a chance to speak.</w:t>
      </w:r>
    </w:p>
    <w:p w14:paraId="15F6DEF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 pre-conviction system had done its work. The trial date was set, and he had already been convicted of political violence, in absentia, before even entering a courtroom. The nation had been told that he was guilty. The algorithms had spoken. His face, forever captured in the manipulated photo from Springfield, was now a symbol—a warning of what could happen to anyone who dared to defy the system. The government and the corporations behind it needed his case to prove that pre-crime justice worked, that it could predict violence before it happened.</w:t>
      </w:r>
    </w:p>
    <w:p w14:paraId="3AD5A53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But they had made one mistake. They underestimated him.</w:t>
      </w:r>
    </w:p>
    <w:p w14:paraId="313115BD"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Frank’s phone buzzed—a simple, anonymous text.</w:t>
      </w:r>
    </w:p>
    <w:p w14:paraId="431BC1C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"It’s not over yet. Meet me at Locker 9A. Your next move is already set."</w:t>
      </w:r>
    </w:p>
    <w:p w14:paraId="1AE70D5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It was Rachel. She had the answers. He didn’t know how, but he trusted her.</w:t>
      </w:r>
    </w:p>
    <w:p w14:paraId="2CF7DF6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He shoved the phone back into his pocket, grabbed the bag from the chair, and headed out the door. As he stepped into the night, the sound of helicopters buzzing overhead sent a shiver down his spine. The manhunt was relentless. He had to move quickly, stay ahead of the system. The system that was already manipulating his every move, controlling his fate.</w:t>
      </w:r>
    </w:p>
    <w:p w14:paraId="3C435F78" w14:textId="77777777" w:rsidR="001E7C62" w:rsidRPr="001E7C62" w:rsidRDefault="00000000" w:rsidP="001E7C62">
      <w:pPr>
        <w:rPr>
          <w:rFonts w:eastAsia="Times New Roman" w:cs="Times New Roman"/>
          <w:szCs w:val="24"/>
        </w:rPr>
      </w:pPr>
      <w:r>
        <w:rPr>
          <w:rFonts w:eastAsia="Times New Roman" w:cs="Times New Roman"/>
          <w:szCs w:val="24"/>
        </w:rPr>
        <w:pict w14:anchorId="7DCCE060">
          <v:rect id="_x0000_i1044" style="width:0;height:1.5pt" o:hralign="center" o:hrstd="t" o:hr="t" fillcolor="#a0a0a0" stroked="f"/>
        </w:pict>
      </w:r>
    </w:p>
    <w:p w14:paraId="7FB256A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Elsewhere – The Manhunt Intensifies</w:t>
      </w:r>
    </w:p>
    <w:p w14:paraId="77B26F1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Back in Washington, D.C., the narrative was being carefully controlled. Roth and his team watched the media coverage with satisfaction. The manhunt was now nationwide. Frank Marino had become a ghost—a phantom in the system, wanted for murder. Political violence. The label was all that mattered. It didn’t matter that Frank was innocent. It didn’t matter that he had been framed by a machine that didn’t care about truth—it only cared about the result. And the result had been delivered.</w:t>
      </w:r>
    </w:p>
    <w:p w14:paraId="135D01C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 pre-conviction system was hailed as a success. The public’s trust in the system had never been higher. Each new arrest, each new lead in the manhunt, was an opportunity to showcase the program’s power. Frank’s image, already immortalized in a grainy photograph, had been plastered across every screen, his criminal actions underscored by the very same predictive algorithms that had determined his guilt.</w:t>
      </w:r>
    </w:p>
    <w:p w14:paraId="721AE8B7"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But there was one thing they didn’t expect: Frank Marino’s ability to slip through their fingers. Every time they thought they had him cornered, he was already gone. It was as if the system had miscalculated. Or maybe, just maybe, Frank had figured out how to work outside of it.</w:t>
      </w:r>
    </w:p>
    <w:p w14:paraId="0D5EAD1E" w14:textId="77777777" w:rsidR="001E7C62" w:rsidRPr="001E7C62" w:rsidRDefault="00000000" w:rsidP="001E7C62">
      <w:pPr>
        <w:rPr>
          <w:rFonts w:eastAsia="Times New Roman" w:cs="Times New Roman"/>
          <w:szCs w:val="24"/>
        </w:rPr>
      </w:pPr>
      <w:r>
        <w:rPr>
          <w:rFonts w:eastAsia="Times New Roman" w:cs="Times New Roman"/>
          <w:szCs w:val="24"/>
        </w:rPr>
        <w:pict w14:anchorId="37C8C22E">
          <v:rect id="_x0000_i1045" style="width:0;height:1.5pt" o:hralign="center" o:hrstd="t" o:hr="t" fillcolor="#a0a0a0" stroked="f"/>
        </w:pict>
      </w:r>
    </w:p>
    <w:p w14:paraId="04241C76"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Stockbridge – The System Tightens</w:t>
      </w:r>
    </w:p>
    <w:p w14:paraId="7864960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lastRenderedPageBreak/>
        <w:t>In Stockbridge, the safe house wasn’t the only place under surveillance. The house that had been repurposed as a command center—once the retreat of the wealthy elite—now hosted men like Wentworth and Huxley, who were coordinating the nationwide search. The long driveway leading up to the mansion had been cleared of any distractions. The quiet fields of the Berkshires now felt like a battlefield. The horses in the pasture were far from their minds.</w:t>
      </w:r>
    </w:p>
    <w:p w14:paraId="45DDAA5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Roth’s voice crackled through the comm system, speaking with an eerie calm.</w:t>
      </w:r>
    </w:p>
    <w:p w14:paraId="63DBE2C7"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“We don’t care what happens to him. We need results. The system works. We need proof that the program can predict violence. And once it does, we’ll have the power to expand. Frank Marino’s death—whether at our hands or through a ‘tragic’ miscalculation—will show the world that the system works.”</w:t>
      </w:r>
    </w:p>
    <w:p w14:paraId="0597E814"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They had learned something in the last few days. The program had been designed to predict violent tendencies. It had made its case, flagged Frank as a potential threat—but the system was also pushing for validation, pushing for Frank to commit that final, irrevocable act that would prove it was infallible.</w:t>
      </w:r>
    </w:p>
    <w:p w14:paraId="2FAEFD71"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They had just the right kind of manipulation waiting for him.</w:t>
      </w:r>
    </w:p>
    <w:p w14:paraId="673D980A" w14:textId="77777777" w:rsidR="001E7C62" w:rsidRPr="001E7C62" w:rsidRDefault="00000000" w:rsidP="001E7C62">
      <w:pPr>
        <w:rPr>
          <w:rFonts w:eastAsia="Times New Roman" w:cs="Times New Roman"/>
          <w:szCs w:val="24"/>
        </w:rPr>
      </w:pPr>
      <w:r>
        <w:rPr>
          <w:rFonts w:eastAsia="Times New Roman" w:cs="Times New Roman"/>
          <w:szCs w:val="24"/>
        </w:rPr>
        <w:pict w14:anchorId="2BCE2991">
          <v:rect id="_x0000_i1046" style="width:0;height:1.5pt" o:hralign="center" o:hrstd="t" o:hr="t" fillcolor="#a0a0a0" stroked="f"/>
        </w:pict>
      </w:r>
    </w:p>
    <w:p w14:paraId="40FE961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The Twist – Pushed to the Edge</w:t>
      </w:r>
    </w:p>
    <w:p w14:paraId="01D1D89D"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Frank didn’t know it yet, but the game had already changed. His next move was already set. And he didn’t have a choice. The pre-conviction system didn’t care about intent. It didn’t care whether he killed in self-defense, whether it was an accident. The system needed an outcome.</w:t>
      </w:r>
    </w:p>
    <w:p w14:paraId="6A6FBF1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He reached Locker 9A—his next destination. The old, forgotten locker in a dingy part of a small-town bus station was his final meeting point. He could feel the sweat beading on his brow as he twisted the lock open, the faint click of the door unlocking echoing in his ears. Inside, a single folder lay on top of a stack of papers. His heart sank as he read the first page, the implications of the message hitting him hard.</w:t>
      </w:r>
    </w:p>
    <w:p w14:paraId="5C03078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message inside was clear: </w:t>
      </w:r>
      <w:r w:rsidRPr="001E7C62">
        <w:rPr>
          <w:rFonts w:eastAsia="Times New Roman" w:cs="Times New Roman"/>
          <w:b/>
          <w:bCs/>
          <w:szCs w:val="24"/>
        </w:rPr>
        <w:t>The system is pushing you toward violence. Do not follow its lead.</w:t>
      </w:r>
    </w:p>
    <w:p w14:paraId="7B45015C"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Rachel had left him a warning—one that he was too late to heed.</w:t>
      </w:r>
    </w:p>
    <w:p w14:paraId="21522A86" w14:textId="77777777" w:rsidR="001E7C62" w:rsidRPr="001E7C62" w:rsidRDefault="00000000" w:rsidP="001E7C62">
      <w:pPr>
        <w:rPr>
          <w:rFonts w:eastAsia="Times New Roman" w:cs="Times New Roman"/>
          <w:szCs w:val="24"/>
        </w:rPr>
      </w:pPr>
      <w:r>
        <w:rPr>
          <w:rFonts w:eastAsia="Times New Roman" w:cs="Times New Roman"/>
          <w:szCs w:val="24"/>
        </w:rPr>
        <w:pict w14:anchorId="1F1D64C3">
          <v:rect id="_x0000_i1047" style="width:0;height:1.5pt" o:hralign="center" o:hrstd="t" o:hr="t" fillcolor="#a0a0a0" stroked="f"/>
        </w:pict>
      </w:r>
    </w:p>
    <w:p w14:paraId="68361325"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The Trap – The Final Push</w:t>
      </w:r>
    </w:p>
    <w:p w14:paraId="7D8962AE"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Minutes later, as Frank stepped back into the streets of Stockbridge, a group of armed men appeared from the shadows. They hadn’t tracked him through the usual surveillance methods. No. They were part of a far more insidious operation. The system had orchestrated everything. They were pushing him into a corner, ensuring that his every move would lead to the inevitable: a violent confrontation.</w:t>
      </w:r>
    </w:p>
    <w:p w14:paraId="1A9BB12A"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It wasn’t supposed to go this way. But Frank had no choice. The guns were out, the threats were real, and he was pushed to act.</w:t>
      </w:r>
    </w:p>
    <w:p w14:paraId="61E846C9"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In a moment of self-defense, his hand jerked out. The gunshot was accidental. He had no intention of killing anyone. But it was already too late.</w:t>
      </w:r>
    </w:p>
    <w:p w14:paraId="26F0858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lastRenderedPageBreak/>
        <w:t>The program had worked. The system had predicted it. And now Frank Marino, once a man simply trying to survive, had proven the program’s power.</w:t>
      </w:r>
    </w:p>
    <w:p w14:paraId="743E82B2"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But at what cost?</w:t>
      </w:r>
    </w:p>
    <w:p w14:paraId="1D28E8E4" w14:textId="77777777" w:rsidR="001E7C62" w:rsidRPr="001E7C62" w:rsidRDefault="00000000" w:rsidP="001E7C62">
      <w:pPr>
        <w:rPr>
          <w:rFonts w:eastAsia="Times New Roman" w:cs="Times New Roman"/>
          <w:szCs w:val="24"/>
        </w:rPr>
      </w:pPr>
      <w:r>
        <w:rPr>
          <w:rFonts w:eastAsia="Times New Roman" w:cs="Times New Roman"/>
          <w:szCs w:val="24"/>
        </w:rPr>
        <w:pict w14:anchorId="45AF5273">
          <v:rect id="_x0000_i1048" style="width:0;height:1.5pt" o:hralign="center" o:hrstd="t" o:hr="t" fillcolor="#a0a0a0" stroked="f"/>
        </w:pict>
      </w:r>
    </w:p>
    <w:p w14:paraId="457B40FA"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b/>
          <w:bCs/>
          <w:szCs w:val="24"/>
        </w:rPr>
        <w:t>Washington, D.C. – Validation</w:t>
      </w:r>
    </w:p>
    <w:p w14:paraId="2478A1F8" w14:textId="143C15F5"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 xml:space="preserve">The media machine was in full swing, and Frank Marino had become the ultimate test case. A man pushed beyond the point of no return, forced to act in self-defense, but labeled a </w:t>
      </w:r>
      <w:r w:rsidR="00A21D5C" w:rsidRPr="001E7C62">
        <w:rPr>
          <w:rFonts w:eastAsia="Times New Roman" w:cs="Times New Roman"/>
          <w:szCs w:val="24"/>
        </w:rPr>
        <w:t>criminal,</w:t>
      </w:r>
      <w:r w:rsidRPr="001E7C62">
        <w:rPr>
          <w:rFonts w:eastAsia="Times New Roman" w:cs="Times New Roman"/>
          <w:szCs w:val="24"/>
        </w:rPr>
        <w:t xml:space="preserve"> nonetheless. The pre-conviction system had worked, and the narrative was set.</w:t>
      </w:r>
    </w:p>
    <w:p w14:paraId="42EA7731"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It wasn’t just about catching Frank anymore. It was about proving that the system could predict and prevent violence—even when it was a defense mechanism. But it was also proving that the system could be used to push people to the edge, to manipulate them into actions that would justify its existence.</w:t>
      </w:r>
    </w:p>
    <w:p w14:paraId="37EB734F" w14:textId="77777777" w:rsidR="001E7C62" w:rsidRPr="001E7C62" w:rsidRDefault="001E7C62" w:rsidP="001E7C62">
      <w:pPr>
        <w:spacing w:before="100" w:beforeAutospacing="1" w:after="100" w:afterAutospacing="1"/>
        <w:rPr>
          <w:rFonts w:eastAsia="Times New Roman" w:cs="Times New Roman"/>
          <w:szCs w:val="24"/>
        </w:rPr>
      </w:pPr>
      <w:r w:rsidRPr="001E7C62">
        <w:rPr>
          <w:rFonts w:eastAsia="Times New Roman" w:cs="Times New Roman"/>
          <w:szCs w:val="24"/>
        </w:rPr>
        <w:t>And that was exactly what Roth, Wentworth, and Huxley had intended all along.</w:t>
      </w:r>
    </w:p>
    <w:p w14:paraId="5EB375BD" w14:textId="77777777" w:rsidR="001E7C62" w:rsidRPr="001E7C62" w:rsidRDefault="00000000" w:rsidP="001E7C62">
      <w:pPr>
        <w:rPr>
          <w:rFonts w:eastAsia="Times New Roman" w:cs="Times New Roman"/>
          <w:szCs w:val="24"/>
        </w:rPr>
      </w:pPr>
      <w:r>
        <w:rPr>
          <w:rFonts w:eastAsia="Times New Roman" w:cs="Times New Roman"/>
          <w:szCs w:val="24"/>
        </w:rPr>
        <w:pict w14:anchorId="71FAD5CC">
          <v:rect id="_x0000_i1049" style="width:0;height:1.5pt" o:hralign="center" o:hrstd="t" o:hr="t" fillcolor="#a0a0a0" stroked="f"/>
        </w:pict>
      </w:r>
    </w:p>
    <w:p w14:paraId="66FB8C0B" w14:textId="77777777" w:rsidR="00DE4995" w:rsidRPr="00DE4995" w:rsidRDefault="00DE4995" w:rsidP="00DE4995">
      <w:pPr>
        <w:spacing w:before="100" w:beforeAutospacing="1" w:after="100" w:afterAutospacing="1"/>
        <w:outlineLvl w:val="2"/>
        <w:rPr>
          <w:rFonts w:eastAsia="Times New Roman" w:cs="Times New Roman"/>
          <w:b/>
          <w:bCs/>
          <w:sz w:val="27"/>
          <w:szCs w:val="27"/>
        </w:rPr>
      </w:pPr>
      <w:r w:rsidRPr="00DE4995">
        <w:rPr>
          <w:rFonts w:eastAsia="Times New Roman" w:cs="Times New Roman"/>
          <w:b/>
          <w:bCs/>
          <w:sz w:val="27"/>
          <w:szCs w:val="27"/>
        </w:rPr>
        <w:t>Chapter 10 – Breakdown and Betrayal</w:t>
      </w:r>
    </w:p>
    <w:p w14:paraId="5B3874E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 wind howled through the trees as Frank crouched low, his eyes scanning the darkened streets. He had been on the move for days—sleeping in truck stops, abandoned warehouses, even the occasional fleabag motel in the middle of nowhere. The clock was ticking, but all he could hear was the pounding of his own pulse. His hands were shaking. His nerves were frayed. His mind, the one thing that had always kept him alive, was starting to unravel.</w:t>
      </w:r>
    </w:p>
    <w:p w14:paraId="1FEAE71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His breath came in shallow gasps, each inhale a desperate attempt to clear the fog that clouded his thoughts. He was no longer sure if the person in his reflection was even him. The guy in the cracked motel mirror looked like Frank Marino, but the eyes staring back were hollow, lost.</w:t>
      </w:r>
    </w:p>
    <w:p w14:paraId="11B03746"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 dead drop had been a bust. His contact—whoever it was—had failed to show. The burner phone sat heavy in his jacket pocket, the low battery warning flashing like a mocking reminder of how much time he had left. He wasn’t just running from the law anymore. The program had his scent. It was closing in, tightening the noose with every passing hour.</w:t>
      </w:r>
    </w:p>
    <w:p w14:paraId="30452AB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His feet moved on instinct as he turned down a narrow alley, the distant sounds of the city swallowed by the night. He couldn’t trust the streets anymore. Too many cameras. Too many eyes. Each step was calculated, deliberate—he couldn’t afford a misstep.</w:t>
      </w:r>
    </w:p>
    <w:p w14:paraId="6884370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was heading for the payphone. The last contact from Rachel had given him coordinates, but the trail felt colder than ever. He couldn’t shake the feeling that someone was watching him. He’d learned the signs over the years: the way a car seemed to slow as it passed, the shadow in the corner of his eye that never quite disappeared. He was being hunted. Not just by the authorities, but by something much worse.</w:t>
      </w:r>
    </w:p>
    <w:p w14:paraId="333FAFC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glanced over his shoulder, the hairs on the back of his neck standing on end. No one. But the sensation didn’t fade.</w:t>
      </w:r>
    </w:p>
    <w:p w14:paraId="2D4753E3"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As he reached the payphone, his heart skipped a beat. Someone was there, standing just out of sight. He cursed under his breath. Was it an agent? A trap?</w:t>
      </w:r>
    </w:p>
    <w:p w14:paraId="246A093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didn’t hesitate. He pulled out the burner phone and made the call, his fingers trembling as he dialed the number. The ringing echoed in the empty night air.</w:t>
      </w:r>
    </w:p>
    <w:p w14:paraId="12EFCC4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The voice on the other end was unmistakable. Rachel.</w:t>
      </w:r>
    </w:p>
    <w:p w14:paraId="147CCF6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His chest tightened. He almost forgot how to breathe. “Rachel, where the hell have you been?”</w:t>
      </w:r>
    </w:p>
    <w:p w14:paraId="132E90A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“I’m here,” she said. “I’m always here, Frank. But time is running out.”</w:t>
      </w:r>
    </w:p>
    <w:p w14:paraId="7C70C490"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took a deep breath. “What’s going on? Who’s after me? The program—they’re everywhere. I can’t keep up. My head’s not right. I don’t know what’s real anymore.”</w:t>
      </w:r>
    </w:p>
    <w:p w14:paraId="0D31BD5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“You’re being manipulated,” she replied, her voice steady but urgent. “But you’re not alone. I’m here, and we need to move fast. The program you’re running from—the public one? That’s just the tip of the iceberg. There’s a second level to it. A secret experiment. They’re testing whether they can push you to kill. To fulfill their predictions.”</w:t>
      </w:r>
    </w:p>
    <w:p w14:paraId="4839F50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Frank’s heart slammed against his ribs. He had always known something was off, but this… this was beyond what he’d imagined. He hadn’t been running from just the law. He had been running from a controlled experiment—a test to see how far they could push him before he snapped.</w:t>
      </w:r>
    </w:p>
    <w:p w14:paraId="727A8E8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“What are you talking about?” Frank’s voice was barely above a whisper. “Political assassination? You’re saying they’re trying to make me kill someone?”</w:t>
      </w:r>
    </w:p>
    <w:p w14:paraId="62BB6BB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“Yes,” Rachel’s voice grew colder, more serious. “And they’re getting closer. Every minute you’re on the run, they’re closing the net. But there’s more. Frank, you’ve been a part of this all along. They’ve been modeling your actions, predicting your behavior—mapping your every move.”</w:t>
      </w:r>
    </w:p>
    <w:p w14:paraId="4B2164F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Frank’s stomach churned. “No. No way. I haven’t done anything.”</w:t>
      </w:r>
    </w:p>
    <w:p w14:paraId="5B2B24C1"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“Not yet,” she said softly, “but they’re trying to make you.”</w:t>
      </w:r>
    </w:p>
    <w:p w14:paraId="212DF5D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There was a long pause. Frank’s mind was spinning. A part of him wanted to believe it was all a lie—some twisted game to get him to slip up. But deep down, he knew she was right. He had been feeling it. The pressure. The constant surveillance. The whispers in the back of his mind that never went away.</w:t>
      </w:r>
    </w:p>
    <w:p w14:paraId="7B3C8733"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“What’s the Dollhouse?” he asked, his voice hoarse. He needed answers. He needed to know if there was a way out.</w:t>
      </w:r>
    </w:p>
    <w:p w14:paraId="5C1BB0C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Rachel hesitated. “The Dollhouse… It’s the data farm in D.C. It’s where everything about you—about all of us—is stored. Every detail of your life, your habits, your thoughts, your movements. They’re watching you, Frank. They always have been.”</w:t>
      </w:r>
    </w:p>
    <w:p w14:paraId="2D59A8DF"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His head spun. The Dollhouse. It felt like a sick joke. But Rachel was serious. And that made it worse. His body tensed, ready to fight. Ready to run.</w:t>
      </w:r>
    </w:p>
    <w:p w14:paraId="63B0400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Rachel’s voice cut through the chaos of his thoughts. “I left something for you. Hidden behind the old train museum in Lenox. A locker. Locker 28. Get there. You’ll find more information.”</w:t>
      </w:r>
    </w:p>
    <w:p w14:paraId="7B958EF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The line went dead.</w:t>
      </w:r>
    </w:p>
    <w:p w14:paraId="339B1AB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stood there, staring at the payphone in disbelief. His mind was racing. He had no time to waste. But before he could make a move, the creeping sensation of being watched hit him again. He turned, his eyes darting across the street.</w:t>
      </w:r>
    </w:p>
    <w:p w14:paraId="605D795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A figure stood at the far end of the alley—tall, cloaked in shadow.</w:t>
      </w:r>
    </w:p>
    <w:p w14:paraId="7D04A650"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wasn’t alone.</w:t>
      </w:r>
    </w:p>
    <w:p w14:paraId="366D559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 xml:space="preserve">Frank’s pulse surged, and he stepped back into the darkness, his heart pounding in his chest. He had no time to waste. Rachel’s warning echoed in his mind: </w:t>
      </w:r>
      <w:r w:rsidRPr="00DE4995">
        <w:rPr>
          <w:rFonts w:eastAsia="Times New Roman" w:cs="Times New Roman"/>
          <w:b/>
          <w:bCs/>
          <w:szCs w:val="24"/>
        </w:rPr>
        <w:t>The net is closing in.</w:t>
      </w:r>
    </w:p>
    <w:p w14:paraId="1B79EF9B" w14:textId="77777777" w:rsidR="00DE4995" w:rsidRPr="00DE4995" w:rsidRDefault="00000000" w:rsidP="00DE4995">
      <w:pPr>
        <w:rPr>
          <w:rFonts w:eastAsia="Times New Roman" w:cs="Times New Roman"/>
          <w:szCs w:val="24"/>
        </w:rPr>
      </w:pPr>
      <w:r>
        <w:rPr>
          <w:rFonts w:eastAsia="Times New Roman" w:cs="Times New Roman"/>
          <w:szCs w:val="24"/>
        </w:rPr>
        <w:pict w14:anchorId="33B94E3F">
          <v:rect id="_x0000_i1050" style="width:0;height:1.5pt" o:hralign="center" o:hrstd="t" o:hr="t" fillcolor="#a0a0a0" stroked="f"/>
        </w:pict>
      </w:r>
    </w:p>
    <w:p w14:paraId="2FE9CE0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b/>
          <w:bCs/>
          <w:szCs w:val="24"/>
        </w:rPr>
        <w:t>Later That Night: The Betrayal</w:t>
      </w:r>
    </w:p>
    <w:p w14:paraId="379279CD"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knew something was wrong the moment he stepped into the cramped storage lot behind the old train museum. He had hoped for a quiet retrieval—a chance to get ahead of the game. But as he approached Locker 28, something felt off.</w:t>
      </w:r>
    </w:p>
    <w:p w14:paraId="0957865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yanked open the lock, heart hammering in his chest. The contents of the locker were sparse—just a few old files, a set of papers, and a single photograph. He stared at the picture. It was of him, but not in a place he recognized. A past mission, maybe? A cold chill crept up his spine. But the worst part was the note that accompanied it.</w:t>
      </w:r>
    </w:p>
    <w:p w14:paraId="7DC97B6A"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b/>
          <w:bCs/>
          <w:szCs w:val="24"/>
        </w:rPr>
        <w:t>You can’t trust anyone, Frank. Even your closest allies have been compromised.</w:t>
      </w:r>
    </w:p>
    <w:p w14:paraId="35907A1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 words felt like a punch to the gut. His mind reeled. The walls he had built around his own trust were crumbling. The allies he had leaned on for years, his friends—could they all be part of this twisted experiment?</w:t>
      </w:r>
    </w:p>
    <w:p w14:paraId="02A94D88"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A voice cut through his thoughts.</w:t>
      </w:r>
    </w:p>
    <w:p w14:paraId="34100737"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w:t>
      </w:r>
    </w:p>
    <w:p w14:paraId="65F19449"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He spun around, every muscle in his body going on alert. The figure stepping out from the shadows was all too familiar.</w:t>
      </w:r>
    </w:p>
    <w:p w14:paraId="7FD2940D"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Jake.</w:t>
      </w:r>
    </w:p>
    <w:p w14:paraId="4C86A744"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The very same man who’d been murdered. The one Frank had thought was dead.</w:t>
      </w:r>
    </w:p>
    <w:p w14:paraId="64CBAEF2"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But there he stood, alive, and wearing the same cold smirk he had seen in too many dark memories.</w:t>
      </w:r>
    </w:p>
    <w:p w14:paraId="7503728C"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“You thought you could outrun this?” Jake’s voice was tinged with an unsettling calm. “They’ve been watching you for a long time, Frank.”</w:t>
      </w:r>
    </w:p>
    <w:p w14:paraId="204E4FA2"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Frank took a step back, his pulse spiking. “You—what the hell is this?”</w:t>
      </w:r>
    </w:p>
    <w:p w14:paraId="7751CD8B"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t>“It’s your next move. You’ve been set up.” Jake smiled coldly, stepping into the light. “And there’s no way out.”</w:t>
      </w:r>
    </w:p>
    <w:p w14:paraId="18474995" w14:textId="77777777" w:rsidR="00DE4995" w:rsidRPr="00DE4995" w:rsidRDefault="00DE4995" w:rsidP="00DE4995">
      <w:pPr>
        <w:spacing w:before="100" w:beforeAutospacing="1" w:after="100" w:afterAutospacing="1"/>
        <w:rPr>
          <w:rFonts w:eastAsia="Times New Roman" w:cs="Times New Roman"/>
          <w:szCs w:val="24"/>
        </w:rPr>
      </w:pPr>
      <w:r w:rsidRPr="00DE4995">
        <w:rPr>
          <w:rFonts w:eastAsia="Times New Roman" w:cs="Times New Roman"/>
          <w:szCs w:val="24"/>
        </w:rPr>
        <w:lastRenderedPageBreak/>
        <w:t>Frank’s stomach twisted. He reached for his gun, but before he could pull it free, the world seemed to shift around him. The sharp, sickening sense of reality bending snapped him back to the cold truth. He wasn’t alone. He had never been alone. And the game wasn’t over yet</w:t>
      </w:r>
    </w:p>
    <w:p w14:paraId="4936BB42" w14:textId="77777777" w:rsidR="00696FA0" w:rsidRPr="00696FA0" w:rsidRDefault="00696FA0" w:rsidP="00696FA0">
      <w:pPr>
        <w:spacing w:before="100" w:beforeAutospacing="1" w:after="100" w:afterAutospacing="1"/>
        <w:outlineLvl w:val="2"/>
        <w:rPr>
          <w:rFonts w:eastAsia="Times New Roman" w:cs="Times New Roman"/>
          <w:b/>
          <w:bCs/>
          <w:sz w:val="27"/>
          <w:szCs w:val="27"/>
        </w:rPr>
      </w:pPr>
      <w:r w:rsidRPr="00696FA0">
        <w:rPr>
          <w:rFonts w:eastAsia="Times New Roman" w:cs="Times New Roman"/>
          <w:b/>
          <w:bCs/>
          <w:sz w:val="27"/>
          <w:szCs w:val="27"/>
        </w:rPr>
        <w:t>Chapter 11 – The Dollhouse</w:t>
      </w:r>
    </w:p>
    <w:p w14:paraId="53BABD6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photo of Jake—alive—still burned in Frank’s mind. He stared at it, his hands trembling, the weight of the betrayal sinking in like an anchor pulling him deeper into darkness. Every ounce of trust he’d ever placed in those around him felt like a distant memory, a part of his former self. Jake wasn’t dead, and that meant everything he’d known was a lie.</w:t>
      </w:r>
    </w:p>
    <w:p w14:paraId="3DFFE30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left the storage lot with the burning question in his mind: Why?</w:t>
      </w:r>
    </w:p>
    <w:p w14:paraId="1CB4F3C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His footsteps echoed through the empty streets of Lenox, the night air biting into his skin. The chill of the evening did little to numb the panic rising in his chest. Was Jake part of the program? Had he been working for Roth this whole time? The betrayal hit harder than the bullets he had dodged in Fallujah.</w:t>
      </w:r>
    </w:p>
    <w:p w14:paraId="64FA207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whole world had become a lie, a carefully constructed illusion. And now, with every piece of the puzzle slipping through his fingers, Frank had no choice but to follow the twisted trail wherever it led.</w:t>
      </w:r>
    </w:p>
    <w:p w14:paraId="6ABD68D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Dollhouse. Rachel’s words haunted him. The data farm. The place where every move he’d ever made was documented. They were playing God with his life, building a version of Frank Marino that wasn’t real—just an experiment.</w:t>
      </w:r>
    </w:p>
    <w:p w14:paraId="7F6D30D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His mind raced as he approached the narrow road leading out of Lenox. His eyes darted, searching for anything out of place. Frank was used to being on the move, constantly alert. But now, the familiar weight of the surveillance was oppressive. He was being tracked. Not just by law enforcement but by something far more sinister, something deeper, hidden beneath the surface of the government.</w:t>
      </w:r>
    </w:p>
    <w:p w14:paraId="1AF69AC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made his way toward the interstate, where a waiting car would take him to his next destination: Washington, D.C. The epicenter of it all. The Dollhouse. If he was going to find answers, it had to be there.</w:t>
      </w:r>
    </w:p>
    <w:p w14:paraId="019D21B6" w14:textId="77777777" w:rsidR="00696FA0" w:rsidRPr="00696FA0" w:rsidRDefault="00000000" w:rsidP="00696FA0">
      <w:pPr>
        <w:rPr>
          <w:rFonts w:eastAsia="Times New Roman" w:cs="Times New Roman"/>
          <w:szCs w:val="24"/>
        </w:rPr>
      </w:pPr>
      <w:r>
        <w:rPr>
          <w:rFonts w:eastAsia="Times New Roman" w:cs="Times New Roman"/>
          <w:szCs w:val="24"/>
        </w:rPr>
        <w:pict w14:anchorId="02F36531">
          <v:rect id="_x0000_i1051" style="width:0;height:1.5pt" o:hralign="center" o:hrstd="t" o:hr="t" fillcolor="#a0a0a0" stroked="f"/>
        </w:pict>
      </w:r>
    </w:p>
    <w:p w14:paraId="0422ECE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b/>
          <w:bCs/>
          <w:szCs w:val="24"/>
        </w:rPr>
        <w:t>Washington, D.C. – The Dollhouse</w:t>
      </w:r>
    </w:p>
    <w:p w14:paraId="4AE82793"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Rachel’s directions had led him to a derelict building on the outskirts of the city. A decaying, nondescript office complex nestled between high rises and corporate headquarters, the kind of place no one would think to look. But it was there. Hidden in plain sight. And the building itself seemed to shudder under the weight of secrets it held within.</w:t>
      </w:r>
    </w:p>
    <w:p w14:paraId="474311D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 stood outside the building for several minutes, his fingers drumming against his jacket, his mind piecing together what he knew.</w:t>
      </w:r>
    </w:p>
    <w:p w14:paraId="730F709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Dollhouse. It sounded like something out of a nightmare, and that was exactly what it had become.</w:t>
      </w:r>
    </w:p>
    <w:p w14:paraId="325F3FC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As he walked through the dimly lit lobby, he passed by an indifferent security guard who barely glanced up from his computer. No one noticed Frank as he slipped past, moving toward the elevator in the back.</w:t>
      </w:r>
    </w:p>
    <w:p w14:paraId="0B1D7C0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The doors slid open with a soft chime, and Frank stepped inside, his stomach tightening. He didn’t know what he was walking into, but there was no turning back now. The elevator ascended slowly, and Frank’s mind raced </w:t>
      </w:r>
      <w:r w:rsidRPr="00696FA0">
        <w:rPr>
          <w:rFonts w:eastAsia="Times New Roman" w:cs="Times New Roman"/>
          <w:szCs w:val="24"/>
        </w:rPr>
        <w:lastRenderedPageBreak/>
        <w:t>with questions. What had Rachel meant when she said the program was deeper than he realized? What kind of experiments were being run in this place?</w:t>
      </w:r>
    </w:p>
    <w:p w14:paraId="052AB7E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doors opened onto a cold, sterile hallway, the walls lined with dull gray metal doors. Frank felt the heaviness of the air, a weight that seemed to press against him with every step.</w:t>
      </w:r>
    </w:p>
    <w:p w14:paraId="52DE2A0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approached a door marked </w:t>
      </w:r>
      <w:r w:rsidRPr="00696FA0">
        <w:rPr>
          <w:rFonts w:eastAsia="Times New Roman" w:cs="Times New Roman"/>
          <w:b/>
          <w:bCs/>
          <w:szCs w:val="24"/>
        </w:rPr>
        <w:t>“Data Storage - Restricted Access”</w:t>
      </w:r>
      <w:r w:rsidRPr="00696FA0">
        <w:rPr>
          <w:rFonts w:eastAsia="Times New Roman" w:cs="Times New Roman"/>
          <w:szCs w:val="24"/>
        </w:rPr>
        <w:t>. The door was locked, but Frank didn’t hesitate. He reached into his bag, pulled out a small tool kit, and got to work. His hands moved quickly, and within moments, the door clicked open.</w:t>
      </w:r>
    </w:p>
    <w:p w14:paraId="30002EB5"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Inside, rows of servers hummed quietly, their blinking lights casting an eerie glow in the otherwise dark room. Frank stepped in, the silence almost deafening. But it wasn’t the silence that unnerved him—it was the sheer scope of what lay before him. This wasn’t just about surveillance. This was about total control.</w:t>
      </w:r>
    </w:p>
    <w:p w14:paraId="120CA48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walls were lined with monitors, each one flickering with images of faces, images of lives being tracked in real-time. His face was on one of those screens. Frank Marino. The fugitive. The test subject.</w:t>
      </w:r>
    </w:p>
    <w:p w14:paraId="0A0FBF0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stepped closer to one of the screens. It displayed a map of his movements, a live feed of his current location. The algorithm was tracking him. Watching him. Every moment of his life was being analyzed, every decision predicted, every reaction studied.</w:t>
      </w:r>
    </w:p>
    <w:p w14:paraId="19206B6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As he scrolled through the data, something caught his eye. A section labeled </w:t>
      </w:r>
      <w:r w:rsidRPr="00696FA0">
        <w:rPr>
          <w:rFonts w:eastAsia="Times New Roman" w:cs="Times New Roman"/>
          <w:b/>
          <w:bCs/>
          <w:szCs w:val="24"/>
        </w:rPr>
        <w:t>“Project ORPHEUS”</w:t>
      </w:r>
      <w:r w:rsidRPr="00696FA0">
        <w:rPr>
          <w:rFonts w:eastAsia="Times New Roman" w:cs="Times New Roman"/>
          <w:szCs w:val="24"/>
        </w:rPr>
        <w:t>. It sounded familiar, but it didn’t make sense. This was the project Rachel had mentioned—the one that was pulling the strings, the one that had been manipulating him from the start.</w:t>
      </w:r>
    </w:p>
    <w:p w14:paraId="0BC50B9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Frank’s heart raced as he clicked through the files, the cold reality of what was happening becoming clearer by the second. This wasn’t just a political experiment. It was a psychological one. The system was designed to push people to their breaking point, to force them to act in ways they never would have otherwise.</w:t>
      </w:r>
    </w:p>
    <w:p w14:paraId="21594F2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program was using him. Using his fear, his anger, his isolation—everything that made him human. They weren’t just trying to predict his actions. They were trying to create them.</w:t>
      </w:r>
    </w:p>
    <w:p w14:paraId="7A3F7691"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He scanned through the data. </w:t>
      </w:r>
      <w:r w:rsidRPr="00696FA0">
        <w:rPr>
          <w:rFonts w:eastAsia="Times New Roman" w:cs="Times New Roman"/>
          <w:b/>
          <w:bCs/>
          <w:szCs w:val="24"/>
        </w:rPr>
        <w:t>Behavioral modeling</w:t>
      </w:r>
      <w:r w:rsidRPr="00696FA0">
        <w:rPr>
          <w:rFonts w:eastAsia="Times New Roman" w:cs="Times New Roman"/>
          <w:szCs w:val="24"/>
        </w:rPr>
        <w:t xml:space="preserve">, </w:t>
      </w:r>
      <w:r w:rsidRPr="00696FA0">
        <w:rPr>
          <w:rFonts w:eastAsia="Times New Roman" w:cs="Times New Roman"/>
          <w:b/>
          <w:bCs/>
          <w:szCs w:val="24"/>
        </w:rPr>
        <w:t>predictive analysis</w:t>
      </w:r>
      <w:r w:rsidRPr="00696FA0">
        <w:rPr>
          <w:rFonts w:eastAsia="Times New Roman" w:cs="Times New Roman"/>
          <w:szCs w:val="24"/>
        </w:rPr>
        <w:t xml:space="preserve">, </w:t>
      </w:r>
      <w:r w:rsidRPr="00696FA0">
        <w:rPr>
          <w:rFonts w:eastAsia="Times New Roman" w:cs="Times New Roman"/>
          <w:b/>
          <w:bCs/>
          <w:szCs w:val="24"/>
        </w:rPr>
        <w:t>pattern recognition</w:t>
      </w:r>
      <w:r w:rsidRPr="00696FA0">
        <w:rPr>
          <w:rFonts w:eastAsia="Times New Roman" w:cs="Times New Roman"/>
          <w:szCs w:val="24"/>
        </w:rPr>
        <w:t>. It was all there. The government had designed a system to take control of people’s lives and manipulate their actions for political gain.</w:t>
      </w:r>
    </w:p>
    <w:p w14:paraId="6FB4973A"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 xml:space="preserve">Frank’s stomach turned. But then, his eyes landed on something else—something that made his blood run cold. The name at the top of the file: </w:t>
      </w:r>
      <w:r w:rsidRPr="00696FA0">
        <w:rPr>
          <w:rFonts w:eastAsia="Times New Roman" w:cs="Times New Roman"/>
          <w:b/>
          <w:bCs/>
          <w:szCs w:val="24"/>
        </w:rPr>
        <w:t>Roth</w:t>
      </w:r>
      <w:r w:rsidRPr="00696FA0">
        <w:rPr>
          <w:rFonts w:eastAsia="Times New Roman" w:cs="Times New Roman"/>
          <w:szCs w:val="24"/>
        </w:rPr>
        <w:t>.</w:t>
      </w:r>
    </w:p>
    <w:p w14:paraId="7E1A845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It all led back to him. The man pulling the strings, the architect of this sick experiment. Roth had engineered everything. The program. The manipulation. The control.</w:t>
      </w:r>
    </w:p>
    <w:p w14:paraId="5A5378E2"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screen flickered, and suddenly, Frank heard a sound behind him.</w:t>
      </w:r>
    </w:p>
    <w:p w14:paraId="4F51655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He spun around, his hand instinctively reaching for the gun at his waist.</w:t>
      </w:r>
    </w:p>
    <w:p w14:paraId="00AABD3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 figure stepped out from the shadows. The dim light revealed a familiar face.</w:t>
      </w:r>
    </w:p>
    <w:p w14:paraId="312A8AD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Jake.</w:t>
      </w:r>
    </w:p>
    <w:p w14:paraId="481CAD4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But this wasn’t the Jake Frank knew. His eyes were vacant, cold, almost robotic.</w:t>
      </w:r>
    </w:p>
    <w:p w14:paraId="0F31307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lastRenderedPageBreak/>
        <w:t>“You should’ve stayed out of this, Frank,” Jake’s voice was monotone, devoid of any emotion. “They’re watching. They’ve been watching all of us.”</w:t>
      </w:r>
    </w:p>
    <w:p w14:paraId="6D1DEE8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Frank’s fingers tightened around the gun. “You’re working for Roth. You’ve been a part of this from the beginning.”</w:t>
      </w:r>
    </w:p>
    <w:p w14:paraId="3055411C"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Jake’s expression didn’t change. “I didn’t have a choice. None of us did.”</w:t>
      </w:r>
    </w:p>
    <w:p w14:paraId="51AF9754"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 felt a surge of anger. Betrayal. But there was no time for that. He had to move, and fast. Jake wasn’t the same person anymore—if he ever had been. The program had broken him. It had broken all of them.</w:t>
      </w:r>
    </w:p>
    <w:p w14:paraId="584D4848"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“I’m getting out of here,” Frank said, his voice hardening. “You should’ve stayed out of my way.”</w:t>
      </w:r>
    </w:p>
    <w:p w14:paraId="27DAD909"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Before Jake could respond, Frank turned and sprinted down the hallway, the sound of footsteps echoing behind him. He wasn’t safe here. Not anymore.</w:t>
      </w:r>
    </w:p>
    <w:p w14:paraId="11C4F0C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The Dollhouse had become his personal nightmare. And the manhunt? It was nothing compared to what was coming next.</w:t>
      </w:r>
    </w:p>
    <w:p w14:paraId="4B56F410" w14:textId="77777777" w:rsidR="00696FA0" w:rsidRPr="00696FA0" w:rsidRDefault="00000000" w:rsidP="00696FA0">
      <w:pPr>
        <w:rPr>
          <w:rFonts w:eastAsia="Times New Roman" w:cs="Times New Roman"/>
          <w:szCs w:val="24"/>
        </w:rPr>
      </w:pPr>
      <w:r>
        <w:rPr>
          <w:rFonts w:eastAsia="Times New Roman" w:cs="Times New Roman"/>
          <w:szCs w:val="24"/>
        </w:rPr>
        <w:pict w14:anchorId="4E7DBFDF">
          <v:rect id="_x0000_i1052" style="width:0;height:1.5pt" o:hralign="center" o:hrstd="t" o:hr="t" fillcolor="#a0a0a0" stroked="f"/>
        </w:pict>
      </w:r>
    </w:p>
    <w:p w14:paraId="61DDF2DC"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b/>
          <w:bCs/>
          <w:szCs w:val="24"/>
        </w:rPr>
        <w:t>The Public Outcry</w:t>
      </w:r>
    </w:p>
    <w:p w14:paraId="1ABAD517"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Meanwhile, across the country, a firestorm of public outrage was building. The media had pounced on Frank’s disappearance, spinning the tale of a fugitive and political assassin into a headline that dominated the airwaves. News outlets from New York to Los Angeles were plastering his face on every screen, labeling him a menace to society.</w:t>
      </w:r>
    </w:p>
    <w:p w14:paraId="0C8D8DCE"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"Frank Marino—former Special Forces, turned fugitive—wanted for the murder of a prominent government official," one broadcast anchor reported. "Authorities are intensifying their search, but there's concern that Marino, once seen as a national hero, may have fallen under the sway of dangerous extremists."</w:t>
      </w:r>
    </w:p>
    <w:p w14:paraId="2D85BF06"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 chorus of public voices began to rally behind the government's program. The online petitions for his capture surged, and public opinion turned swiftly against Frank. People were scared—scared of what someone like him could do next. Fear, amplified by the media, turned into a rallying cry for justice.</w:t>
      </w:r>
    </w:p>
    <w:p w14:paraId="7EFE22F1"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“We can’t let him get away,” one citizen said in a viral video, face twisted in anger. “We need to show the world that the system works. That we don’t let threats like him tear us apart!”</w:t>
      </w:r>
    </w:p>
    <w:p w14:paraId="768F689D"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Political commentators fueled the flames, calling for harsher measures and quicker action. “Frank Marino is an example of what happens when we allow political violence to fester in our society,” one talking head proclaimed. “We can’t afford to let him slip through our fingers.”</w:t>
      </w:r>
    </w:p>
    <w:p w14:paraId="76AD52FB"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Support for the program grew louder with each passing day. People demanded it, convinced that the government’s surveillance system was the only way to ensure their safety.</w:t>
      </w:r>
    </w:p>
    <w:p w14:paraId="72556270"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But what they didn’t know was that they were already part of the experiment—being pushed, just like Frank, into becoming pawns in Roth’s game.</w:t>
      </w:r>
    </w:p>
    <w:p w14:paraId="50AE5B3F" w14:textId="77777777" w:rsidR="00696FA0" w:rsidRPr="00696FA0" w:rsidRDefault="00696FA0" w:rsidP="00696FA0">
      <w:pPr>
        <w:spacing w:before="100" w:beforeAutospacing="1" w:after="100" w:afterAutospacing="1"/>
        <w:rPr>
          <w:rFonts w:eastAsia="Times New Roman" w:cs="Times New Roman"/>
          <w:szCs w:val="24"/>
        </w:rPr>
      </w:pPr>
      <w:r w:rsidRPr="00696FA0">
        <w:rPr>
          <w:rFonts w:eastAsia="Times New Roman" w:cs="Times New Roman"/>
          <w:szCs w:val="24"/>
        </w:rPr>
        <w:t>And the real tragedy? The people cheering for Frank’s capture had no idea that their future was already being written by a system that had them in its grip.</w:t>
      </w:r>
    </w:p>
    <w:p w14:paraId="1D488AC9" w14:textId="77777777" w:rsidR="004B4AD7" w:rsidRPr="004B4AD7" w:rsidRDefault="004B4AD7" w:rsidP="004B4AD7">
      <w:pPr>
        <w:spacing w:before="100" w:beforeAutospacing="1" w:after="100" w:afterAutospacing="1"/>
        <w:outlineLvl w:val="2"/>
        <w:rPr>
          <w:rFonts w:eastAsia="Times New Roman" w:cs="Times New Roman"/>
          <w:b/>
          <w:bCs/>
          <w:sz w:val="27"/>
          <w:szCs w:val="27"/>
        </w:rPr>
      </w:pPr>
      <w:r w:rsidRPr="004B4AD7">
        <w:rPr>
          <w:rFonts w:eastAsia="Times New Roman" w:cs="Times New Roman"/>
          <w:b/>
          <w:bCs/>
          <w:sz w:val="27"/>
          <w:szCs w:val="27"/>
        </w:rPr>
        <w:lastRenderedPageBreak/>
        <w:t>Chapter 12 – The Net Tightens</w:t>
      </w:r>
    </w:p>
    <w:p w14:paraId="0301151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trail was getting colder, and Frank knew it. The eerie silence of the Berkshires was like a heavy weight pressing down on his shoulders. The burn of exhaustion was nothing compared to the gnawing anxiety in the pit of his stomach. Every rustle of leaves in the forest felt like a warning, every glance over his shoulder a reminder that he wasn’t alone. But the isolation, the constant fear, were becoming routine.</w:t>
      </w:r>
    </w:p>
    <w:p w14:paraId="5B92E58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He sat on a fallen log, his fingers twitching as he scrolled through the burner phone. The screen was cracked, the battery teetering on empty, but there was still a signal. He had just enough to get by.</w:t>
      </w:r>
    </w:p>
    <w:p w14:paraId="2D7D360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 message. A dead drop location. Another piece of the puzzle.</w:t>
      </w:r>
    </w:p>
    <w:p w14:paraId="378E994A"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“Train museum in Lenox. Locker 28. Midnight. Trust no one.”</w:t>
      </w:r>
    </w:p>
    <w:p w14:paraId="749B7130"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Frank pushed himself to his feet, pulling the hood of his jacket over his head. He didn’t need anyone recognizing him. He had been moving through the shadows for too long, his name becoming a whisper on the lips of every passing stranger. The manhunt had become a machine, and it was closing in fast.</w:t>
      </w:r>
    </w:p>
    <w:p w14:paraId="0A523F51" w14:textId="77777777" w:rsidR="004B4AD7" w:rsidRPr="004B4AD7" w:rsidRDefault="00000000" w:rsidP="004B4AD7">
      <w:pPr>
        <w:rPr>
          <w:rFonts w:eastAsia="Times New Roman" w:cs="Times New Roman"/>
          <w:szCs w:val="24"/>
        </w:rPr>
      </w:pPr>
      <w:r>
        <w:rPr>
          <w:rFonts w:eastAsia="Times New Roman" w:cs="Times New Roman"/>
          <w:szCs w:val="24"/>
        </w:rPr>
        <w:pict w14:anchorId="212E289B">
          <v:rect id="_x0000_i1053" style="width:0;height:1.5pt" o:hralign="center" o:hrstd="t" o:hr="t" fillcolor="#a0a0a0" stroked="f"/>
        </w:pict>
      </w:r>
    </w:p>
    <w:p w14:paraId="1053CA1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The Public Narrative</w:t>
      </w:r>
    </w:p>
    <w:p w14:paraId="797C88A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By the time Frank was making his way down to Lenox, the media had already turned the manhunt into a spectacle. News outlets, both national and local, had seized on his fugitive status, painting him as a dangerous political extremist. The headlines screamed for his capture, showcasing every angle of the Pre-Conviction system as the solution to the problem of “unchecked violence.”</w:t>
      </w:r>
    </w:p>
    <w:p w14:paraId="399366A1"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Public opinion had shifted—swiftly, decisively. At first, people were skeptical of the government’s ability to predict crime, but now they were demanding action. The program had been sold to the public as a necessary tool for safety, a way to prevent violence before it happened. And now, with Frank's violent act at the protest and his subsequent flight from the authorities, the program's proponents had found their cause.</w:t>
      </w:r>
    </w:p>
    <w:p w14:paraId="66D500F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media’s narrative was feeding the flames, making Frank seem less like a man pushed to the edge and more like a symbol of the chaos the Pre-Conviction system was meant to prevent. Political commentators, pundits, and public figures were all rallying behind the government’s efforts to “root out the threat” and “restore order.” The outcry for Frank’s capture was deafening.</w:t>
      </w:r>
    </w:p>
    <w:p w14:paraId="14939CD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In the grocery store, at the barbershop, in the line at the post office—everywhere Frank went, he could feel the heat. People were aligning themselves with the government. They wanted him caught, punished. The program had become a national cause, and Frank was now the embodiment of the danger it was trying to prevent.</w:t>
      </w:r>
    </w:p>
    <w:p w14:paraId="7DF5918A" w14:textId="77777777" w:rsidR="004B4AD7" w:rsidRPr="004B4AD7" w:rsidRDefault="00000000" w:rsidP="004B4AD7">
      <w:pPr>
        <w:rPr>
          <w:rFonts w:eastAsia="Times New Roman" w:cs="Times New Roman"/>
          <w:szCs w:val="24"/>
        </w:rPr>
      </w:pPr>
      <w:r>
        <w:rPr>
          <w:rFonts w:eastAsia="Times New Roman" w:cs="Times New Roman"/>
          <w:szCs w:val="24"/>
        </w:rPr>
        <w:pict w14:anchorId="02D8848D">
          <v:rect id="_x0000_i1054" style="width:0;height:1.5pt" o:hralign="center" o:hrstd="t" o:hr="t" fillcolor="#a0a0a0" stroked="f"/>
        </w:pict>
      </w:r>
    </w:p>
    <w:p w14:paraId="50DD515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Frank’s Paranoia Deepens</w:t>
      </w:r>
    </w:p>
    <w:p w14:paraId="55877543"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weight of all this—the knowledge that the system was against him, that the public was already condemning him—was slowly eroding Frank’s resolve. His mind raced. Was he really just a pawn in all of this? Was this his life now—running, hiding, while the world around him bought into the government’s narrative?</w:t>
      </w:r>
    </w:p>
    <w:p w14:paraId="48AA7DA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lastRenderedPageBreak/>
        <w:t>He couldn’t trust anyone anymore. The faces that once seemed familiar now seemed like masks, hiding who they truly were. Rachel’s voice on the burner phone, though steady and calm, seemed to slip through his fingers every time he tried to grasp it.</w:t>
      </w:r>
    </w:p>
    <w:p w14:paraId="4FA45D1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And then there was the feeling that the walls were closing in. The government wasn’t just looking for him—they were actively tracking him, closing every door he tried to open. His every move was calculated, every step analyzed by the AI that had been designed to predict him. Was there any way out of this? Or was he just a cog in a machine designed to grind him into dust?</w:t>
      </w:r>
    </w:p>
    <w:p w14:paraId="6F94363C" w14:textId="77777777" w:rsidR="004B4AD7" w:rsidRPr="004B4AD7" w:rsidRDefault="00000000" w:rsidP="004B4AD7">
      <w:pPr>
        <w:rPr>
          <w:rFonts w:eastAsia="Times New Roman" w:cs="Times New Roman"/>
          <w:szCs w:val="24"/>
        </w:rPr>
      </w:pPr>
      <w:r>
        <w:rPr>
          <w:rFonts w:eastAsia="Times New Roman" w:cs="Times New Roman"/>
          <w:szCs w:val="24"/>
        </w:rPr>
        <w:pict w14:anchorId="4761B837">
          <v:rect id="_x0000_i1055" style="width:0;height:1.5pt" o:hralign="center" o:hrstd="t" o:hr="t" fillcolor="#a0a0a0" stroked="f"/>
        </w:pict>
      </w:r>
    </w:p>
    <w:p w14:paraId="23F197C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A New Lead</w:t>
      </w:r>
    </w:p>
    <w:p w14:paraId="065984F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locker in Lenox was a bust. Nothing but an empty space. Frank had expected as much. But he had no choice but to move forward. It wasn’t just the next piece of the puzzle—it was his only chance at survival.</w:t>
      </w:r>
    </w:p>
    <w:p w14:paraId="334FBEDE"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As he turned to leave the museum parking lot, his phone buzzed again. A single message, this time not from Rachel but from an unknown number.</w:t>
      </w:r>
    </w:p>
    <w:p w14:paraId="155A2624" w14:textId="2CF47A26"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w:t>
      </w:r>
      <w:r w:rsidRPr="004B4AD7">
        <w:rPr>
          <w:rFonts w:eastAsia="Times New Roman" w:cs="Times New Roman"/>
          <w:szCs w:val="24"/>
        </w:rPr>
        <w:t>The Dollhouse is real. The second program exists. Roth is pulling the strings. You’re part of the test. Find the real mastermind.”</w:t>
      </w:r>
      <w:r w:rsidR="00955AB3" w:rsidRPr="00955AB3">
        <w:t xml:space="preserve"> “There are still people out there who move under the radar,” Rachel said. “People who carry the load and don’t ask questions. Look for the paper routes—they’re older than the program. One of them owes Jake a favor. You’ll know when it’s time.”</w:t>
      </w:r>
    </w:p>
    <w:p w14:paraId="3E75DE3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words hit him like a punch to the gut. His mind raced. The Dollhouse—the data farm in D.C. He had heard whispers of it, but now, this message confirmed everything. This wasn’t just a pre-crime system anymore. It was something more insidious. A behavioral experiment. They weren’t just predicting crime—they were creating it. Pushing him to the breaking point. Testing how far they could go to make a man like him snap.</w:t>
      </w:r>
    </w:p>
    <w:p w14:paraId="4ADB959D"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And Roth. The architect of this nightmare. Frank had always known that Roth’s hands were dirty, but this was a whole new level of manipulation.</w:t>
      </w:r>
    </w:p>
    <w:p w14:paraId="65077E80"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next step was clear—he needed to find out what Roth was really after, what the true scope of the program was. But he wasn’t sure if he could trust the message, or anyone for that matter. Was this another trap? Or was it the real deal?</w:t>
      </w:r>
    </w:p>
    <w:p w14:paraId="6B8CE5DD" w14:textId="77777777" w:rsidR="004B4AD7" w:rsidRPr="004B4AD7" w:rsidRDefault="00000000" w:rsidP="004B4AD7">
      <w:pPr>
        <w:rPr>
          <w:rFonts w:eastAsia="Times New Roman" w:cs="Times New Roman"/>
          <w:szCs w:val="24"/>
        </w:rPr>
      </w:pPr>
      <w:r>
        <w:rPr>
          <w:rFonts w:eastAsia="Times New Roman" w:cs="Times New Roman"/>
          <w:szCs w:val="24"/>
        </w:rPr>
        <w:pict w14:anchorId="0AE4E928">
          <v:rect id="_x0000_i1056" style="width:0;height:1.5pt" o:hralign="center" o:hrstd="t" o:hr="t" fillcolor="#a0a0a0" stroked="f"/>
        </w:pict>
      </w:r>
    </w:p>
    <w:p w14:paraId="175B48AC"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The Government’s Grip Tightens</w:t>
      </w:r>
    </w:p>
    <w:p w14:paraId="23FFABDA"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Meanwhile, the public’s desire for Frank’s capture had turned into an obsession. Calls for his arrest were everywhere. TV screens were filled with talking heads, repeating the same mantra—“The system works. Frank Marino is the proof.”</w:t>
      </w:r>
    </w:p>
    <w:p w14:paraId="22709AF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program’s supporters were gaining ground, and every day Frank remained on the run was another day the government had to make its case. People were no longer just afraid—they were angry. They wanted justice. They wanted the threat eliminated. And they saw Frank as the living, breathing manifestation of that threat.</w:t>
      </w:r>
    </w:p>
    <w:p w14:paraId="54F5EE9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As Frank moved through the shadows, he could feel the eyes of the government on him, the weight of the AI systems tracking his every movement. They were always one step ahead, closing in tighter. Every step he took, every move he made, seemed to play into their hands. The program was working.</w:t>
      </w:r>
    </w:p>
    <w:p w14:paraId="79CEF02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lastRenderedPageBreak/>
        <w:t>And Frank was the living proof of its success.</w:t>
      </w:r>
    </w:p>
    <w:p w14:paraId="12E08F3F" w14:textId="77777777" w:rsidR="004B4AD7" w:rsidRPr="004B4AD7" w:rsidRDefault="00000000" w:rsidP="004B4AD7">
      <w:pPr>
        <w:rPr>
          <w:rFonts w:eastAsia="Times New Roman" w:cs="Times New Roman"/>
          <w:szCs w:val="24"/>
        </w:rPr>
      </w:pPr>
      <w:r>
        <w:rPr>
          <w:rFonts w:eastAsia="Times New Roman" w:cs="Times New Roman"/>
          <w:szCs w:val="24"/>
        </w:rPr>
        <w:pict w14:anchorId="0AD15F7A">
          <v:rect id="_x0000_i1057" style="width:0;height:1.5pt" o:hralign="center" o:hrstd="t" o:hr="t" fillcolor="#a0a0a0" stroked="f"/>
        </w:pict>
      </w:r>
    </w:p>
    <w:p w14:paraId="4BE40D79"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b/>
          <w:bCs/>
          <w:szCs w:val="24"/>
        </w:rPr>
        <w:t>Frank’s Descent into Uncertainty</w:t>
      </w:r>
    </w:p>
    <w:p w14:paraId="06E5AD88"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By the time he reached the diner, it felt like everything around him was closing in. His hand shook as he picked up his coffee cup, the bitterness of the cold brew not nearly enough to numb the panic rising inside him.</w:t>
      </w:r>
    </w:p>
    <w:p w14:paraId="343EF454"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He wasn’t sure who to trust anymore. The walls had begun to close in on him, and the noise of the world—the media, the public outcry, the government’s steady march—was beginning to feel suffocating.</w:t>
      </w:r>
    </w:p>
    <w:p w14:paraId="6E2FFDA6"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He couldn’t keep running forever. There had to be a way to break the cycle. To stop the system from turning him into a puppet, just like it had done with so many others.</w:t>
      </w:r>
    </w:p>
    <w:p w14:paraId="4222BFEB"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Dollhouse was his only lead. But as he stared out the window, watching the sun dip behind the hills, he couldn’t help but wonder if it was already too late.</w:t>
      </w:r>
    </w:p>
    <w:p w14:paraId="4A296287" w14:textId="77777777" w:rsidR="004B4AD7" w:rsidRPr="004B4AD7" w:rsidRDefault="004B4AD7" w:rsidP="004B4AD7">
      <w:pPr>
        <w:spacing w:before="100" w:beforeAutospacing="1" w:after="100" w:afterAutospacing="1"/>
        <w:rPr>
          <w:rFonts w:eastAsia="Times New Roman" w:cs="Times New Roman"/>
          <w:szCs w:val="24"/>
        </w:rPr>
      </w:pPr>
      <w:r w:rsidRPr="004B4AD7">
        <w:rPr>
          <w:rFonts w:eastAsia="Times New Roman" w:cs="Times New Roman"/>
          <w:szCs w:val="24"/>
        </w:rPr>
        <w:t>The system had already begun to break him. And now, the real fight for his survival was just beginning.</w:t>
      </w:r>
    </w:p>
    <w:p w14:paraId="20397905" w14:textId="77777777" w:rsidR="00C44DB7" w:rsidRPr="00C44DB7" w:rsidRDefault="00C44DB7" w:rsidP="00C44DB7">
      <w:pPr>
        <w:spacing w:before="100" w:beforeAutospacing="1" w:after="100" w:afterAutospacing="1"/>
        <w:rPr>
          <w:rFonts w:eastAsia="Times New Roman" w:cs="Times New Roman"/>
          <w:szCs w:val="24"/>
        </w:rPr>
      </w:pPr>
      <w:r w:rsidRPr="00C44DB7">
        <w:rPr>
          <w:rFonts w:eastAsia="Times New Roman" w:cs="Times New Roman"/>
          <w:b/>
          <w:bCs/>
          <w:szCs w:val="24"/>
        </w:rPr>
        <w:t>Closing Moment: The Net Closes In</w:t>
      </w:r>
    </w:p>
    <w:p w14:paraId="57E46C0A" w14:textId="77777777" w:rsidR="00C44DB7" w:rsidRPr="00C44DB7" w:rsidRDefault="00C44DB7" w:rsidP="00C44DB7">
      <w:pPr>
        <w:spacing w:before="100" w:beforeAutospacing="1" w:after="100" w:afterAutospacing="1"/>
        <w:rPr>
          <w:rFonts w:eastAsia="Times New Roman" w:cs="Times New Roman"/>
          <w:szCs w:val="24"/>
        </w:rPr>
      </w:pPr>
      <w:r w:rsidRPr="00C44DB7">
        <w:rPr>
          <w:rFonts w:eastAsia="Times New Roman" w:cs="Times New Roman"/>
          <w:szCs w:val="24"/>
        </w:rPr>
        <w:t>As Frank stepped back into the shadows, he could hear the distant sirens. The net was tightening.</w:t>
      </w:r>
    </w:p>
    <w:p w14:paraId="058387C1" w14:textId="77777777" w:rsidR="00895EDA" w:rsidRPr="00895EDA" w:rsidRDefault="00895EDA" w:rsidP="00895EDA">
      <w:pPr>
        <w:spacing w:before="100" w:beforeAutospacing="1" w:after="100" w:afterAutospacing="1"/>
        <w:outlineLvl w:val="2"/>
        <w:rPr>
          <w:rFonts w:eastAsia="Times New Roman" w:cs="Times New Roman"/>
          <w:b/>
          <w:bCs/>
          <w:sz w:val="27"/>
          <w:szCs w:val="27"/>
        </w:rPr>
      </w:pPr>
      <w:r w:rsidRPr="00895EDA">
        <w:rPr>
          <w:rFonts w:eastAsia="Times New Roman" w:cs="Times New Roman"/>
          <w:b/>
          <w:bCs/>
          <w:sz w:val="27"/>
          <w:szCs w:val="27"/>
        </w:rPr>
        <w:t>Chapter 13 – The Choice</w:t>
      </w:r>
    </w:p>
    <w:p w14:paraId="21FBAB57"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night was quieter than usual in the woods. Frank sat in the dark, crouched low in the abandoned shack where he'd spent the last few hours. His fingers ached from gripping the burner phone, the screen flickering with a new message that he couldn’t ignore. He felt the weight of every passing second, every movement, every glance over his shoulder. The walls were closing in—he could feel it in his bones.</w:t>
      </w:r>
    </w:p>
    <w:p w14:paraId="4EE8F33C"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Dollhouse is real. You're the final test. No one can save you now."</w:t>
      </w:r>
    </w:p>
    <w:p w14:paraId="59C81B56"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He reread the message, the implications sinking deeper. The Dollhouse. The data farm in D.C. His mind raced. The moment he'd stepped onto this path, he knew there was no easy way out, but now it felt like the noose was tightening in ways he couldn’t anticipate. The government wasn’t just tracking him; they were orchestrating his every move. And all the while, the media was feeding the flames of public outcry.</w:t>
      </w:r>
    </w:p>
    <w:p w14:paraId="6CCDAA9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In the background, distant headlights flickered against the trees. Frank stood up abruptly, his senses on high alert. The hunter had become the hunted. He wasn’t just a fugitive now—he was a man being shaped and molded by a system that was designed to predict and control every part of his life. But what if this was all part of the test? What if this wasn’t just about him escaping—it was about him becoming the very thing the program had predicted?</w:t>
      </w:r>
    </w:p>
    <w:p w14:paraId="2915BEA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sharp, cold bite of the wind whipped through the trees. Frank took a deep breath. No time to think too long. The decision wasn’t his to make anymore—everything he did now, every move, was part of the machine that had already been set in motion.</w:t>
      </w:r>
    </w:p>
    <w:p w14:paraId="424063F0" w14:textId="77777777" w:rsidR="00895EDA" w:rsidRPr="00895EDA" w:rsidRDefault="00000000" w:rsidP="00895EDA">
      <w:pPr>
        <w:rPr>
          <w:rFonts w:eastAsia="Times New Roman" w:cs="Times New Roman"/>
          <w:szCs w:val="24"/>
        </w:rPr>
      </w:pPr>
      <w:r>
        <w:rPr>
          <w:rFonts w:eastAsia="Times New Roman" w:cs="Times New Roman"/>
          <w:szCs w:val="24"/>
        </w:rPr>
        <w:pict w14:anchorId="2F6E6BCB">
          <v:rect id="_x0000_i1058" style="width:0;height:1.5pt" o:hralign="center" o:hrstd="t" o:hr="t" fillcolor="#a0a0a0" stroked="f"/>
        </w:pict>
      </w:r>
    </w:p>
    <w:p w14:paraId="3B46C26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A Nation in Fear</w:t>
      </w:r>
    </w:p>
    <w:p w14:paraId="249CEFE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lastRenderedPageBreak/>
        <w:t xml:space="preserve">As the night wore on, Frank kept his mind focused on the mission. The only thing keeping him grounded was the elusive message that had come through. His mind looped around the words: </w:t>
      </w:r>
      <w:r w:rsidRPr="00895EDA">
        <w:rPr>
          <w:rFonts w:eastAsia="Times New Roman" w:cs="Times New Roman"/>
          <w:i/>
          <w:iCs/>
          <w:szCs w:val="24"/>
        </w:rPr>
        <w:t>"You're the final test."</w:t>
      </w:r>
    </w:p>
    <w:p w14:paraId="33ACBF92"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country was in turmoil. The manhunt was the focal point of national conversation. What had started as a program aimed at preventing crime had morphed into a full-blown justification for government overreach. And as Frank’s case had progressed, the national mood had shifted. People weren’t just afraid of what Frank had done—they were afraid of the chaos he represented. The government painted him as the living proof of the system’s success, and the people had begun to believe it. They saw him as a threat that needed to be eliminated before it was too late.</w:t>
      </w:r>
    </w:p>
    <w:p w14:paraId="053E1C8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 xml:space="preserve">The public narrative was growing louder, more insistent. Each day, the media spun a new headline, each one more damning than the last: </w:t>
      </w:r>
      <w:r w:rsidRPr="00895EDA">
        <w:rPr>
          <w:rFonts w:eastAsia="Times New Roman" w:cs="Times New Roman"/>
          <w:i/>
          <w:iCs/>
          <w:szCs w:val="24"/>
        </w:rPr>
        <w:t>"Manhunt Intensifies"</w:t>
      </w:r>
      <w:r w:rsidRPr="00895EDA">
        <w:rPr>
          <w:rFonts w:eastAsia="Times New Roman" w:cs="Times New Roman"/>
          <w:szCs w:val="24"/>
        </w:rPr>
        <w:t xml:space="preserve">, </w:t>
      </w:r>
      <w:r w:rsidRPr="00895EDA">
        <w:rPr>
          <w:rFonts w:eastAsia="Times New Roman" w:cs="Times New Roman"/>
          <w:i/>
          <w:iCs/>
          <w:szCs w:val="24"/>
        </w:rPr>
        <w:t>"Dangers of Unchecked Extremism"</w:t>
      </w:r>
      <w:r w:rsidRPr="00895EDA">
        <w:rPr>
          <w:rFonts w:eastAsia="Times New Roman" w:cs="Times New Roman"/>
          <w:szCs w:val="24"/>
        </w:rPr>
        <w:t xml:space="preserve">, </w:t>
      </w:r>
      <w:r w:rsidRPr="00895EDA">
        <w:rPr>
          <w:rFonts w:eastAsia="Times New Roman" w:cs="Times New Roman"/>
          <w:i/>
          <w:iCs/>
          <w:szCs w:val="24"/>
        </w:rPr>
        <w:t>"Pre-Conviction System Proves Its Power"</w:t>
      </w:r>
      <w:r w:rsidRPr="00895EDA">
        <w:rPr>
          <w:rFonts w:eastAsia="Times New Roman" w:cs="Times New Roman"/>
          <w:szCs w:val="24"/>
        </w:rPr>
        <w:t>. It was clear now that Frank was more than just a fugitive. He was a symbol of something much bigger—a question mark for the world to answer. A question that the government had already framed, ready for the public to decide.</w:t>
      </w:r>
    </w:p>
    <w:p w14:paraId="3AD954BD" w14:textId="77777777" w:rsidR="00895EDA" w:rsidRPr="00895EDA" w:rsidRDefault="00000000" w:rsidP="00895EDA">
      <w:pPr>
        <w:rPr>
          <w:rFonts w:eastAsia="Times New Roman" w:cs="Times New Roman"/>
          <w:szCs w:val="24"/>
        </w:rPr>
      </w:pPr>
      <w:r>
        <w:rPr>
          <w:rFonts w:eastAsia="Times New Roman" w:cs="Times New Roman"/>
          <w:szCs w:val="24"/>
        </w:rPr>
        <w:pict w14:anchorId="3A2A0D48">
          <v:rect id="_x0000_i1059" style="width:0;height:1.5pt" o:hralign="center" o:hrstd="t" o:hr="t" fillcolor="#a0a0a0" stroked="f"/>
        </w:pict>
      </w:r>
    </w:p>
    <w:p w14:paraId="3E94AD81"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Approach</w:t>
      </w:r>
    </w:p>
    <w:p w14:paraId="68D0F55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By the time Frank reached the outskirts of Lenox, the rain had started to fall. The mist clung to the trees, and the world felt suffocating. There was no time to waste. The locker was the only lead he had, and if he didn’t make it to the drop in time, he’d lose the last chance for answers.</w:t>
      </w:r>
    </w:p>
    <w:p w14:paraId="336115C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He had to trust the message. Despite the overwhelming paranoia, despite the sting of betrayal that had been eating at him for days—he had no choice.</w:t>
      </w:r>
    </w:p>
    <w:p w14:paraId="2E8C25F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train museum loomed ahead. It looked deserted, the kind of place no one thought to visit in the middle of the night. Frank had been there before. A quiet, inconspicuous location where things could disappear. The perfect spot for a dead drop.</w:t>
      </w:r>
    </w:p>
    <w:p w14:paraId="519A407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As he walked toward the entrance, his heart pounded in his chest. Each step was a gamble. Each breath felt like the last.</w:t>
      </w:r>
    </w:p>
    <w:p w14:paraId="25A6E74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Inside the museum, the air smelled of dust and rust. Frank kept low, his movements quick and deliberate. The locker 28 was tucked in the far corner. He was almost there—just a few more feet.</w:t>
      </w:r>
    </w:p>
    <w:p w14:paraId="0F023E92" w14:textId="77777777" w:rsidR="00895EDA" w:rsidRPr="00895EDA" w:rsidRDefault="00000000" w:rsidP="00895EDA">
      <w:pPr>
        <w:rPr>
          <w:rFonts w:eastAsia="Times New Roman" w:cs="Times New Roman"/>
          <w:szCs w:val="24"/>
        </w:rPr>
      </w:pPr>
      <w:r>
        <w:rPr>
          <w:rFonts w:eastAsia="Times New Roman" w:cs="Times New Roman"/>
          <w:szCs w:val="24"/>
        </w:rPr>
        <w:pict w14:anchorId="7A4C6862">
          <v:rect id="_x0000_i1060" style="width:0;height:1.5pt" o:hralign="center" o:hrstd="t" o:hr="t" fillcolor="#a0a0a0" stroked="f"/>
        </w:pict>
      </w:r>
    </w:p>
    <w:p w14:paraId="642722F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Final Drop</w:t>
      </w:r>
    </w:p>
    <w:p w14:paraId="4C75DD0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Frank reached the locker and entered the code. It clicked open. Inside, there was a large, unmarked envelope. He tore it open, hands trembling as he pulled out the contents.</w:t>
      </w:r>
    </w:p>
    <w:p w14:paraId="60AC902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Inside the envelope was a thick stack of papers, but there was no time to read through them. A note was attached to the top.</w:t>
      </w:r>
    </w:p>
    <w:p w14:paraId="57234717"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"Meet me at the Dollhouse. You have to come now. The system is already watching. Roth knows everything. You’re not just a test. You’re the final variable. If you want to stop this, you have to make the right choice."</w:t>
      </w:r>
    </w:p>
    <w:p w14:paraId="7F6B2128"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lastRenderedPageBreak/>
        <w:t>The words burned in his mind. Roth knew everything. Everything about him. Every move. Every fear. Every weakness.</w:t>
      </w:r>
    </w:p>
    <w:p w14:paraId="4BE3F9A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Dollhouse was his next step. It was the heart of the system—the place where everything was decided, where the data on him and everyone else had been collected and analyzed. It was the place that would hold the key to stopping this madness—or so Rachel had promised.</w:t>
      </w:r>
    </w:p>
    <w:p w14:paraId="03ECB0A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But Frank knew one thing: once he walked into the Dollhouse, there would be no turning back. He would have to confront everything. His past. His choices. His role in this twisted experiment. And the reality of whether or not he could still make a difference.</w:t>
      </w:r>
    </w:p>
    <w:p w14:paraId="2A424A6B" w14:textId="77777777" w:rsidR="00895EDA" w:rsidRPr="00895EDA" w:rsidRDefault="00000000" w:rsidP="00895EDA">
      <w:pPr>
        <w:rPr>
          <w:rFonts w:eastAsia="Times New Roman" w:cs="Times New Roman"/>
          <w:szCs w:val="24"/>
        </w:rPr>
      </w:pPr>
      <w:r>
        <w:rPr>
          <w:rFonts w:eastAsia="Times New Roman" w:cs="Times New Roman"/>
          <w:szCs w:val="24"/>
        </w:rPr>
        <w:pict w14:anchorId="604D60A6">
          <v:rect id="_x0000_i1061" style="width:0;height:1.5pt" o:hralign="center" o:hrstd="t" o:hr="t" fillcolor="#a0a0a0" stroked="f"/>
        </w:pict>
      </w:r>
    </w:p>
    <w:p w14:paraId="4C2DAA7C"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A Nation Divided</w:t>
      </w:r>
    </w:p>
    <w:p w14:paraId="0EF2390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Meanwhile, the pressure on the government to bring Frank in was mounting. News outlets across the country were filled with images of his face, stories of his supposed guilt, and pleas from officials demanding that he be brought to justice. The public was restless, divided. Many rallied behind the government's efforts, believing that Frank was a threat to the safety of the nation. They called for his immediate capture, demanding that the system work.</w:t>
      </w:r>
    </w:p>
    <w:p w14:paraId="7D83980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But others—people who had been watching the program unfold from the outside—were beginning to question the legitimacy of the Pre-Conviction system. Could it really be trusted? Or was it being used to target the wrong people for the wrong reasons?</w:t>
      </w:r>
    </w:p>
    <w:p w14:paraId="3C6C9C30"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Frank’s case had become the symbol of the debate—on one side, the belief that the system would prevent future violence. On the other, the fear that the system itself had become the greatest threat.</w:t>
      </w:r>
    </w:p>
    <w:p w14:paraId="2DB0AE49" w14:textId="77777777" w:rsidR="00895EDA" w:rsidRPr="00895EDA" w:rsidRDefault="00000000" w:rsidP="00895EDA">
      <w:pPr>
        <w:rPr>
          <w:rFonts w:eastAsia="Times New Roman" w:cs="Times New Roman"/>
          <w:szCs w:val="24"/>
        </w:rPr>
      </w:pPr>
      <w:r>
        <w:rPr>
          <w:rFonts w:eastAsia="Times New Roman" w:cs="Times New Roman"/>
          <w:szCs w:val="24"/>
        </w:rPr>
        <w:pict w14:anchorId="1381B39F">
          <v:rect id="_x0000_i1062" style="width:0;height:1.5pt" o:hralign="center" o:hrstd="t" o:hr="t" fillcolor="#a0a0a0" stroked="f"/>
        </w:pict>
      </w:r>
    </w:p>
    <w:p w14:paraId="6E1AFFF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The Decision</w:t>
      </w:r>
    </w:p>
    <w:p w14:paraId="1CDB3BB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Frank took a deep breath, slipping the envelope back into his bag. He couldn’t afford to waste time. The Dollhouse awaited.</w:t>
      </w:r>
    </w:p>
    <w:p w14:paraId="218FAFBB"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As he stepped out of the museum and into the night, he could feel the weight of the world pressing down on him. He didn’t know if he was doing the right thing. But there was no turning back now.</w:t>
      </w:r>
    </w:p>
    <w:p w14:paraId="20556C42"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manhunt was about to take a deadly turn. And Frank was going to be right in the center of it.</w:t>
      </w:r>
    </w:p>
    <w:p w14:paraId="0826D2DB" w14:textId="77777777" w:rsidR="00895EDA" w:rsidRPr="00895EDA" w:rsidRDefault="00000000" w:rsidP="00895EDA">
      <w:pPr>
        <w:rPr>
          <w:rFonts w:eastAsia="Times New Roman" w:cs="Times New Roman"/>
          <w:szCs w:val="24"/>
        </w:rPr>
      </w:pPr>
      <w:r>
        <w:rPr>
          <w:rFonts w:eastAsia="Times New Roman" w:cs="Times New Roman"/>
          <w:szCs w:val="24"/>
        </w:rPr>
        <w:pict w14:anchorId="71D4A324">
          <v:rect id="_x0000_i1063" style="width:0;height:1.5pt" o:hralign="center" o:hrstd="t" o:hr="t" fillcolor="#a0a0a0" stroked="f"/>
        </w:pict>
      </w:r>
    </w:p>
    <w:p w14:paraId="5473DBD9"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b/>
          <w:bCs/>
          <w:szCs w:val="24"/>
        </w:rPr>
        <w:t>Closing Moment:</w:t>
      </w:r>
    </w:p>
    <w:p w14:paraId="7BC5E7D3"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A flash of headlights pierced the darkness. Frank didn’t flinch. He kept walking. There was no running anymore. He’d come too far, and the choice had already been made.</w:t>
      </w:r>
    </w:p>
    <w:p w14:paraId="725B7B3E" w14:textId="77777777" w:rsidR="00895EDA" w:rsidRPr="00895EDA" w:rsidRDefault="00895EDA" w:rsidP="00895EDA">
      <w:pPr>
        <w:spacing w:before="100" w:beforeAutospacing="1" w:after="100" w:afterAutospacing="1"/>
        <w:rPr>
          <w:rFonts w:eastAsia="Times New Roman" w:cs="Times New Roman"/>
          <w:szCs w:val="24"/>
        </w:rPr>
      </w:pPr>
      <w:r w:rsidRPr="00895EDA">
        <w:rPr>
          <w:rFonts w:eastAsia="Times New Roman" w:cs="Times New Roman"/>
          <w:szCs w:val="24"/>
        </w:rPr>
        <w:t>The Dollhouse. The final piece of the puzzle.</w:t>
      </w:r>
    </w:p>
    <w:p w14:paraId="451038AE"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Chapter 14: </w:t>
      </w:r>
      <w:r w:rsidRPr="009B142F">
        <w:rPr>
          <w:rFonts w:eastAsia="Times New Roman" w:cs="Times New Roman"/>
          <w:b/>
          <w:bCs/>
          <w:szCs w:val="24"/>
        </w:rPr>
        <w:t>The Face of the Pre-Conviction</w:t>
      </w:r>
    </w:p>
    <w:p w14:paraId="1A5B442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lastRenderedPageBreak/>
        <w:t>The wind bit harder as Frank leaned against the cracked stone wall of the old barn, his eyes scanning the horizon. The sleepy hills of Massachusetts had always felt like home to him. It had been his sanctuary—somewhere between the familiar rural backroads and the seclusion of forests that dotted the landscape, Frank could disappear. But now? Now it felt suffocating.</w:t>
      </w:r>
    </w:p>
    <w:p w14:paraId="3A52626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Every corner he turned, he could sense the increasing presence of federal agents. They were everywhere—walking the streets in plainclothes, sitting in cafes, lingering at gas stations. The once quiet towns were now crawling with surveillance. At first, it had been easy to blend in. But the locals had started to notice the new faces, the SUVs that rolled into town like clockwork, the agents who loitered in front of the post office or sat in diners, their eyes always on the move.</w:t>
      </w:r>
    </w:p>
    <w:p w14:paraId="0596329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needed to get out of here. The noose was tightening.</w:t>
      </w:r>
    </w:p>
    <w:p w14:paraId="6E2043B1" w14:textId="77777777" w:rsidR="00F17760"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“Get out of the area, Frank. They know you’re close. And they’re closing in,” he muttered to himself, the words rattling in his mind. </w:t>
      </w:r>
    </w:p>
    <w:p w14:paraId="66D1BFE8" w14:textId="77777777" w:rsidR="00F17760" w:rsidRPr="00B95BFC" w:rsidRDefault="00F17760" w:rsidP="00F17760">
      <w:pPr>
        <w:spacing w:before="100" w:beforeAutospacing="1" w:after="100" w:afterAutospacing="1"/>
        <w:rPr>
          <w:rFonts w:eastAsia="Times New Roman" w:cs="Times New Roman"/>
          <w:i/>
          <w:iCs/>
          <w:szCs w:val="24"/>
        </w:rPr>
      </w:pPr>
      <w:r w:rsidRPr="00B95BFC">
        <w:rPr>
          <w:rStyle w:val="Emphasis"/>
          <w:i w:val="0"/>
          <w:iCs w:val="0"/>
        </w:rPr>
        <w:t>He flipped through the old journal pages Rachel had bundled in the locker—Jake’s scribbled notes mixed with clippings and lists. One line stood out, partly burned at the corner:</w:t>
      </w:r>
      <w:r w:rsidRPr="00B95BFC">
        <w:rPr>
          <w:i/>
          <w:iCs/>
        </w:rPr>
        <w:br/>
      </w:r>
      <w:r w:rsidRPr="00B95BFC">
        <w:rPr>
          <w:rStyle w:val="Emphasis"/>
          <w:i w:val="0"/>
          <w:iCs w:val="0"/>
        </w:rPr>
        <w:t>“Crane’s always got feds crawling around it like roaches. Jake said the truckers run it like a union within a union. Ray D. still drives. Said he knew the real use of the Dollhouse and kept his mouth shut.”</w:t>
      </w:r>
    </w:p>
    <w:p w14:paraId="17BC029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His every step was now calculated, a silent game of cat and mouse. Too many close calls, too many near-sights. In the hills of Massachusetts, in the middle of nowhere, the Feds stood out like a sore thumb. He could see them a mile away, but now, the heat was on, and there was no way he could outrun the growing technology.</w:t>
      </w:r>
    </w:p>
    <w:p w14:paraId="22BD515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During his time in Afghanistan with CIA operatives, Frank had learned more about surveillance and the systems that tracked people. Facial recognition technology, cell triangulation, license plate readers—it was everywhere. Big Brother had long since arrived, but now it had morphed into something insidious. And he, the face of the Pre-Conviction movement, was its most wanted target.</w:t>
      </w:r>
    </w:p>
    <w:p w14:paraId="53E69707"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couldn't hide here much longer.</w:t>
      </w:r>
    </w:p>
    <w:p w14:paraId="503CBD4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pulled the hood of his jacket tight over his head, the cold air making his breath visible in the darkening sky. He needed to get to New York or Washington, D.C. But he couldn’t go through any of the major areas—he knew better than to make himself an easy target for the high-tech systems designed to find him.</w:t>
      </w:r>
    </w:p>
    <w:p w14:paraId="4535856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had to be smart. He had to stay off the radar.</w:t>
      </w:r>
    </w:p>
    <w:p w14:paraId="314AFCD5"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Pulling out his burner phone, Frank tapped the encrypted message from S.</w:t>
      </w:r>
    </w:p>
    <w:p w14:paraId="24D2575D"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“I can help. Come south. I know where you are. Stay off major highways. We have one chance at this. You’ll need information to stop the Pre-Conviction system, and I can get it to you. The prison they're building is the key.”</w:t>
      </w:r>
    </w:p>
    <w:p w14:paraId="346E586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The prison.</w:t>
      </w:r>
    </w:p>
    <w:p w14:paraId="084294E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had heard whispers about it—through underground channels, through those few people who were brave enough to speak out. But the details were sparse. The government had kept it quiet, a hushed-up construction project for those condemned before they ever stepped foot in a courtroom. A massive complex, a mix of high-security detention and a processing facility for the Pre-Convicted. Where the guilty-before-they-commit would be held.</w:t>
      </w:r>
    </w:p>
    <w:p w14:paraId="7D56425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lastRenderedPageBreak/>
        <w:t>The system was designed to break them.</w:t>
      </w:r>
    </w:p>
    <w:p w14:paraId="713B21A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That was what they said.</w:t>
      </w:r>
    </w:p>
    <w:p w14:paraId="0487B441"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Frank’s mind raced, the door to the barn creaked open. He stiffened but relaxed when he saw a familiar face step into the dim light.</w:t>
      </w:r>
    </w:p>
    <w:p w14:paraId="651AE35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 xml:space="preserve">It was </w:t>
      </w:r>
      <w:r w:rsidRPr="009B142F">
        <w:rPr>
          <w:rFonts w:eastAsia="Times New Roman" w:cs="Times New Roman"/>
          <w:b/>
          <w:bCs/>
          <w:szCs w:val="24"/>
        </w:rPr>
        <w:t>Krystyn</w:t>
      </w:r>
      <w:r w:rsidRPr="009B142F">
        <w:rPr>
          <w:rFonts w:eastAsia="Times New Roman" w:cs="Times New Roman"/>
          <w:szCs w:val="24"/>
        </w:rPr>
        <w:t>. His old colleague, his informant, his link to the outside world. She’d been trying to keep tabs on him ever since she had gone off the radar during the early days of the manhunt. Their paths had crossed once before—when she had gotten him critical information. Now, she was standing in front of him, her breath visible in the cold air.</w:t>
      </w:r>
    </w:p>
    <w:p w14:paraId="538FCC7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she said softly, her voice tense. “We don’t have much time.”</w:t>
      </w:r>
    </w:p>
    <w:p w14:paraId="4EA36E2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“You found me,” Frank said, almost disbelieving. He was grateful, but the paranoia gnawed at him.</w:t>
      </w:r>
    </w:p>
    <w:p w14:paraId="6EC5E39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“Not exactly.” She glanced nervously around. “I’ve been tracking your movements since you disappeared. You have no idea how hard it’s been to stay off the grid with the Feds breathing down your neck. They’re everywhere.”</w:t>
      </w:r>
    </w:p>
    <w:p w14:paraId="38B85F9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She stepped closer, her eyes scanning the woods behind her. “You have to go south. Meet me in the next 48 hours—there’s a safe house in upstate New York. I’ll be there with the intel you need. It’s the only way we can stop this program.”</w:t>
      </w:r>
    </w:p>
    <w:p w14:paraId="1437C799"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narrowed his eyes, concern settling over him. “How do you know all of this?”</w:t>
      </w:r>
    </w:p>
    <w:p w14:paraId="3AF104B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She hesitated for a moment, then said, “I know people. I’ve seen the documents. The Pre-Conviction program isn’t just about imprisoning those who haven’t even committed a crime. There’s something bigger coming. A political purge. They’re building a prison for those who’ve been tagged by the system—people who’ve been pre-convicted but haven’t yet carried out the actions they’ve been programmed to do.”</w:t>
      </w:r>
    </w:p>
    <w:p w14:paraId="4B4E8293"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Frank’s stomach twisted. A prison for the Pre-Convicted. It was worse than he’d thought.</w:t>
      </w:r>
    </w:p>
    <w:p w14:paraId="1DF40DA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“This isn’t just about you anymore, Frank,” Krystyn continued, her voice low. “They’re using your image, your story, to justify the program. The media’s been feeding it non-stop—people believe you’re the face of political violence now, even if you didn’t commit it. You’re being made into a scapegoat.”</w:t>
      </w:r>
    </w:p>
    <w:p w14:paraId="36BDA29B"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clenched his fists. “And they want me dead. To prove their point.”</w:t>
      </w:r>
    </w:p>
    <w:p w14:paraId="2413D85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Krystyn nodded. “Exactly.”</w:t>
      </w:r>
    </w:p>
    <w:p w14:paraId="285F7F1D"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took a deep breath, weighing his options. The path ahead was unclear, but the time for hesitation was over. He had to move, and he had to move fast.</w:t>
      </w:r>
    </w:p>
    <w:p w14:paraId="729C388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“They’ll try to take you out before the trial, before the system’s fully operational,” Krystyn added. “You’re their test case. They’re pushing you to the edge, hoping you’ll break and do something they can claim is violent.”</w:t>
      </w:r>
    </w:p>
    <w:p w14:paraId="6E31675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Frank didn’t say anything. He didn’t have to. They both knew what was at stake.</w:t>
      </w:r>
    </w:p>
    <w:p w14:paraId="7856356A"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“I’ll get to the safe house,” he said finally, his tone hardening. “But after that, we’re taking down the system.”</w:t>
      </w:r>
    </w:p>
    <w:p w14:paraId="1E4C285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lastRenderedPageBreak/>
        <w:t>Krystyn stepped back into the shadows, her figure melting into the darkness. "Be careful, Frank. They’ll be watching. They always are.”</w:t>
      </w:r>
    </w:p>
    <w:p w14:paraId="6AB506D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she disappeared, Frank turned back to the road ahead. The plan had just shifted. Now, he needed to move, to get out of the area before the net closed around him.</w:t>
      </w:r>
    </w:p>
    <w:p w14:paraId="3DD479DD" w14:textId="77777777" w:rsidR="00F17760" w:rsidRPr="009B142F" w:rsidRDefault="00000000" w:rsidP="00F17760">
      <w:pPr>
        <w:rPr>
          <w:rFonts w:eastAsia="Times New Roman" w:cs="Times New Roman"/>
          <w:szCs w:val="24"/>
        </w:rPr>
      </w:pPr>
      <w:r>
        <w:rPr>
          <w:rFonts w:eastAsia="Times New Roman" w:cs="Times New Roman"/>
          <w:szCs w:val="24"/>
        </w:rPr>
        <w:pict w14:anchorId="4A1E216A">
          <v:rect id="_x0000_i1064" style="width:0;height:1.5pt" o:hralign="center" o:hrstd="t" o:hr="t" fillcolor="#a0a0a0" stroked="f"/>
        </w:pict>
      </w:r>
    </w:p>
    <w:p w14:paraId="1B53F49F"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The Media Storm</w:t>
      </w:r>
    </w:p>
    <w:p w14:paraId="7EDC295C"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Back in Boston, the media frenzy around Frank had reached a fever pitch. Newscasters, politicians, and pundits were all feeding into the narrative that he was the face of the Pre-Conviction system. News outlets were showing grainy photos of his past, mixed with propaganda suggesting he was the violent future of America if left unchecked. The public demanded his capture, and the government pushed the rhetoric harder each day.</w:t>
      </w:r>
    </w:p>
    <w:p w14:paraId="5F2BB810"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protests erupted in major cities, the nation was split in two. Some rallied in support of the program, believing it would keep them safe, while others saw it as an infringement on their rights. But one thing was clear: Frank was now the most infamous fugitive in the country.</w:t>
      </w:r>
    </w:p>
    <w:p w14:paraId="2B41319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Rumors swirled—whispers about his involvement in Jake’s death. The accusations were subtle at first, insinuating that Frank was somehow responsible, that Jake’s suicide had been tied to the pressure of their shared mission. It was part of the twisted narrative, part of the system’s attempt to break him.</w:t>
      </w:r>
    </w:p>
    <w:p w14:paraId="7F17C697"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But Frank wasn’t broken yet.</w:t>
      </w:r>
    </w:p>
    <w:p w14:paraId="4E2A882A" w14:textId="77777777" w:rsidR="00F17760" w:rsidRPr="009B142F" w:rsidRDefault="00000000" w:rsidP="00F17760">
      <w:pPr>
        <w:rPr>
          <w:rFonts w:eastAsia="Times New Roman" w:cs="Times New Roman"/>
          <w:szCs w:val="24"/>
        </w:rPr>
      </w:pPr>
      <w:r>
        <w:rPr>
          <w:rFonts w:eastAsia="Times New Roman" w:cs="Times New Roman"/>
          <w:szCs w:val="24"/>
        </w:rPr>
        <w:pict w14:anchorId="00F4A951">
          <v:rect id="_x0000_i1065" style="width:0;height:1.5pt" o:hralign="center" o:hrstd="t" o:hr="t" fillcolor="#a0a0a0" stroked="f"/>
        </w:pict>
      </w:r>
    </w:p>
    <w:p w14:paraId="50B69018"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b/>
          <w:bCs/>
          <w:szCs w:val="24"/>
        </w:rPr>
        <w:t>The Countdown</w:t>
      </w:r>
    </w:p>
    <w:p w14:paraId="06C2C496"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As Frank moved through the night, the weight of his new reality pressed on him. The Pre-Conviction program wasn’t just about him anymore—it was about everyone who had been tagged. It was about the future of freedom, the future of justice.</w:t>
      </w:r>
    </w:p>
    <w:p w14:paraId="78FC5620"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had no choice now.</w:t>
      </w:r>
    </w:p>
    <w:p w14:paraId="03810D34" w14:textId="77777777" w:rsidR="00F17760" w:rsidRPr="009B142F" w:rsidRDefault="00F17760" w:rsidP="00F17760">
      <w:pPr>
        <w:spacing w:before="100" w:beforeAutospacing="1" w:after="100" w:afterAutospacing="1"/>
        <w:rPr>
          <w:rFonts w:eastAsia="Times New Roman" w:cs="Times New Roman"/>
          <w:szCs w:val="24"/>
        </w:rPr>
      </w:pPr>
      <w:r w:rsidRPr="009B142F">
        <w:rPr>
          <w:rFonts w:eastAsia="Times New Roman" w:cs="Times New Roman"/>
          <w:szCs w:val="24"/>
        </w:rPr>
        <w:t>He was going to stop it.</w:t>
      </w:r>
    </w:p>
    <w:p w14:paraId="524EF18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Chapter 15 – The Fracture</w:t>
      </w:r>
    </w:p>
    <w:p w14:paraId="39948602"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fog hung thick over the small town, the distant hum of helicopters barely audible above the dull clamor of Frank’s thoughts. He had kept moving, slipping through the underbrush like a shadow, never staying in one place too long. His pulse was a constant thrum in his ears, but he couldn’t allow himself to stop. The walls were closing in, and everywhere he turned, the pre-conviction system was inching closer to its final judgment.</w:t>
      </w:r>
    </w:p>
    <w:p w14:paraId="11E5DCE3"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world had begun to feel like it was unspooling, the threads of normalcy being replaced with the suffocating net of surveillance and control. Frank had learned enough about the system to know that he was no longer just a fugitive—he was the public face of a political weapon being wielded for an agenda he could barely comprehend. A pawn in a deadly game where the stakes were higher than anyone had imagined.</w:t>
      </w:r>
    </w:p>
    <w:p w14:paraId="3A57A1FE"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He'd been on the run long enough to understand that this wasn’t just about him anymore. The whispers that his friend Jake had been killed—part of a cover-up, a warning—kept playing in his mind like a drumbeat. Rachel’s </w:t>
      </w:r>
      <w:r w:rsidRPr="00295B40">
        <w:rPr>
          <w:rFonts w:eastAsia="Times New Roman" w:cs="Times New Roman"/>
          <w:szCs w:val="24"/>
        </w:rPr>
        <w:lastRenderedPageBreak/>
        <w:t xml:space="preserve">last message had burned itself into his brain: </w:t>
      </w:r>
      <w:r w:rsidRPr="00295B40">
        <w:rPr>
          <w:rFonts w:eastAsia="Times New Roman" w:cs="Times New Roman"/>
          <w:i/>
          <w:iCs/>
          <w:szCs w:val="24"/>
        </w:rPr>
        <w:t>They’re pushing you, Frank. They want to see if you’ll break. They want to prove the system can work.</w:t>
      </w:r>
    </w:p>
    <w:p w14:paraId="4EEE699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And now, the trial—the public spectacle that was being sold as justice—was rapidly approaching. Frank knew he had only one option left: he had to infiltrate the very system that was hunting him, find the truth, and expose it before the final act of this macabre show could be played out. But the weight of it was beginning to show in his movements, in the way he interacted with others. The weight of his decisions, of his failures, was starting to take its toll.</w:t>
      </w:r>
    </w:p>
    <w:p w14:paraId="2B5570F1" w14:textId="77777777" w:rsidR="00295B40" w:rsidRPr="00295B40" w:rsidRDefault="00000000" w:rsidP="00295B40">
      <w:pPr>
        <w:rPr>
          <w:rFonts w:eastAsia="Times New Roman" w:cs="Times New Roman"/>
          <w:szCs w:val="24"/>
        </w:rPr>
      </w:pPr>
      <w:r>
        <w:rPr>
          <w:rFonts w:eastAsia="Times New Roman" w:cs="Times New Roman"/>
          <w:szCs w:val="24"/>
        </w:rPr>
        <w:pict w14:anchorId="591B886C">
          <v:rect id="_x0000_i1066" style="width:0;height:1.5pt" o:hralign="center" o:hrstd="t" o:hr="t" fillcolor="#a0a0a0" stroked="f"/>
        </w:pict>
      </w:r>
    </w:p>
    <w:p w14:paraId="07DA920A"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Morning in the South – The Darkest Reach</w:t>
      </w:r>
    </w:p>
    <w:p w14:paraId="67213DDB"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 had made it south, further away from the prying eyes of New England’s surveillance network. His experience in Afghanistan—his intimate knowledge of covert operations and enemy tracking—had kept him alive. But this was different. The government wasn’t just hunting him; they were targeting his every move with a network that stretched farther and deeper than any enemy he’d faced before.</w:t>
      </w:r>
    </w:p>
    <w:p w14:paraId="014EEB8E"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He’d managed to make contact with someone who had once been on the inside of the pre-conviction program. A former colleague, now working under a new identity, someone who understood the systems and had connections to the data farm Rachel had warned him about. Their meeting was set for a secluded location—a café near an industrial area, far from the prying eyes of the public. The moment he stepped inside, the atmosphere shifted. The worn walls, chipped counters, and stale air seemed to close in around him, but it was the face of the man at the back corner booth that held his attention.</w:t>
      </w:r>
    </w:p>
    <w:p w14:paraId="4BAF56C4"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He took a deep breath before walking toward him.</w:t>
      </w:r>
    </w:p>
    <w:p w14:paraId="20A06F2E" w14:textId="77777777" w:rsidR="00295B40" w:rsidRPr="00295B40" w:rsidRDefault="00000000" w:rsidP="00295B40">
      <w:pPr>
        <w:rPr>
          <w:rFonts w:eastAsia="Times New Roman" w:cs="Times New Roman"/>
          <w:szCs w:val="24"/>
        </w:rPr>
      </w:pPr>
      <w:r>
        <w:rPr>
          <w:rFonts w:eastAsia="Times New Roman" w:cs="Times New Roman"/>
          <w:szCs w:val="24"/>
        </w:rPr>
        <w:pict w14:anchorId="104D8010">
          <v:rect id="_x0000_i1067" style="width:0;height:1.5pt" o:hralign="center" o:hrstd="t" o:hr="t" fillcolor="#a0a0a0" stroked="f"/>
        </w:pict>
      </w:r>
    </w:p>
    <w:p w14:paraId="45D5EBB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A Confession in Shadows</w:t>
      </w:r>
    </w:p>
    <w:p w14:paraId="3AC08134"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man, known only to Frank as “Tanner,” had once been an operative for a government contract agency. He’d worked with Frank on a few assignments overseas—silent missions in war zones, far from the reach of the bureaucrats who now controlled everything. He wasn’t much of a talker, but his eyes said it all. He knew what was at stake.</w:t>
      </w:r>
    </w:p>
    <w:p w14:paraId="06298ACD"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“You were right to come,” Tanner said, his voice low and urgent. “They’re building something big, Frank. Something that you won’t be able to outrun.”</w:t>
      </w:r>
    </w:p>
    <w:p w14:paraId="02BE84F6"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 slid into the seat across from him. His fingers drummed lightly on the table as he listened, trying to steady his racing heart. Tanner had the information he needed, but Frank knew better than to trust anyone completely. Not now.</w:t>
      </w:r>
    </w:p>
    <w:p w14:paraId="61FF847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 xml:space="preserve">“They’re constructing a new facility,” Tanner continued, glancing around to make sure they weren’t being overheard. “A prison. Not just for the Pre-Convicted—they’re calling it the </w:t>
      </w:r>
      <w:r w:rsidRPr="00295B40">
        <w:rPr>
          <w:rFonts w:eastAsia="Times New Roman" w:cs="Times New Roman"/>
          <w:i/>
          <w:iCs/>
          <w:szCs w:val="24"/>
        </w:rPr>
        <w:t>Sanctuary</w:t>
      </w:r>
      <w:r w:rsidRPr="00295B40">
        <w:rPr>
          <w:rFonts w:eastAsia="Times New Roman" w:cs="Times New Roman"/>
          <w:szCs w:val="24"/>
        </w:rPr>
        <w:t xml:space="preserve"> for people like you, but really, it’s a place where they’ll break you. They want to make you an example, Frank.”</w:t>
      </w:r>
    </w:p>
    <w:p w14:paraId="2289C4CB"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Frank’s eyes narrowed. “A prison? Where?”</w:t>
      </w:r>
    </w:p>
    <w:p w14:paraId="1A4F5805"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lastRenderedPageBreak/>
        <w:t>“Out in the middle of nowhere,” Tanner said. “A secret facility in the Midwest, designed to house those they’ve marked for pre-conviction. It’s where they’re going to send you once they’ve proven you’ve broken. It’ll be the end of the road for everyone caught in their web.”</w:t>
      </w:r>
    </w:p>
    <w:p w14:paraId="70F07B19"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Frank clenched his fists under the table, the heat rising in his chest. “How do I stop it?”</w:t>
      </w:r>
    </w:p>
    <w:p w14:paraId="54AF72A1"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Tanner leaned forward, his voice barely above a whisper. “You can’t stop it—not directly. But I’ve been trying to piece together the next move. They’re going to test something on you, Frank. It’s the final phase—the ‘true test’ they’ve been working toward. If you make it to the trial, if you survive, they’ll have everything they need to justify the system.”</w:t>
      </w:r>
    </w:p>
    <w:p w14:paraId="69CD70C3"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reality of it all was starting to sink in. His every move, every step he’d taken, had been orchestrated to lead him here. It wasn’t just his survival anymore—it was about the survival of the system he’d been forced into.</w:t>
      </w:r>
    </w:p>
    <w:p w14:paraId="096BE6B9"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But even as Tanner spoke, Frank knew there was only one way to stop it—he needed to take the fight to them. And the clock was ticking.</w:t>
      </w:r>
    </w:p>
    <w:p w14:paraId="0B7F00AE" w14:textId="77777777" w:rsidR="00295B40" w:rsidRPr="00295B40" w:rsidRDefault="00000000" w:rsidP="00295B40">
      <w:pPr>
        <w:rPr>
          <w:rFonts w:eastAsia="Times New Roman" w:cs="Times New Roman"/>
          <w:szCs w:val="24"/>
        </w:rPr>
      </w:pPr>
      <w:r>
        <w:rPr>
          <w:rFonts w:eastAsia="Times New Roman" w:cs="Times New Roman"/>
          <w:szCs w:val="24"/>
        </w:rPr>
        <w:pict w14:anchorId="08369DB6">
          <v:rect id="_x0000_i1068" style="width:0;height:1.5pt" o:hralign="center" o:hrstd="t" o:hr="t" fillcolor="#a0a0a0" stroked="f"/>
        </w:pict>
      </w:r>
    </w:p>
    <w:p w14:paraId="2249D2E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The Rising Tide</w:t>
      </w:r>
    </w:p>
    <w:p w14:paraId="052CAA88"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Meanwhile, in Washington, the news cycles were ablaze with reports of Frank’s “terrorist activities.” Pundits and politicians were weighing in, creating a public narrative that painted him as the face of political violence, a rogue actor who represented everything wrong with the current system. The airwaves buzzed with the voices of people calling for his capture, for his execution, for the immediate enforcement of the pre-conviction program.</w:t>
      </w:r>
    </w:p>
    <w:p w14:paraId="1D96E93E"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There were protests, too—on both sides of the aisle. Some demanded Frank’s capture, their anger rising as the media fed the flames. Others rallied against the program, warning of its dangers. But it didn’t matter—the momentum was building, and Frank was no longer just a man on the run. He was the poster child for everything wrong with the system, the embodiment of its failings, and the media was spinning it into a frenzy.</w:t>
      </w:r>
    </w:p>
    <w:p w14:paraId="417EAE17"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The trial date loomed, but Frank was determined to make sure it never reached that point.</w:t>
      </w:r>
    </w:p>
    <w:p w14:paraId="33E97588" w14:textId="77777777" w:rsidR="00295B40" w:rsidRPr="00295B40" w:rsidRDefault="00000000" w:rsidP="00295B40">
      <w:pPr>
        <w:rPr>
          <w:rFonts w:eastAsia="Times New Roman" w:cs="Times New Roman"/>
          <w:szCs w:val="24"/>
        </w:rPr>
      </w:pPr>
      <w:r>
        <w:rPr>
          <w:rFonts w:eastAsia="Times New Roman" w:cs="Times New Roman"/>
          <w:szCs w:val="24"/>
        </w:rPr>
        <w:pict w14:anchorId="324D15ED">
          <v:rect id="_x0000_i1069" style="width:0;height:1.5pt" o:hralign="center" o:hrstd="t" o:hr="t" fillcolor="#a0a0a0" stroked="f"/>
        </w:pict>
      </w:r>
    </w:p>
    <w:p w14:paraId="1E4EBFB2"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b/>
          <w:bCs/>
          <w:szCs w:val="24"/>
        </w:rPr>
        <w:t>The Final Decision</w:t>
      </w:r>
    </w:p>
    <w:p w14:paraId="4E1CC89C"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That night, as Frank disappeared back into the shadows, Tanner’s words echoed in his mind. The prison, the trial, the face of the pre-conviction system—it was all closing in. But he wasn’t ready to give in, not yet. He had to move fast, make the right choices, and find the evidence he needed to expose the program before they could destroy him.</w:t>
      </w:r>
    </w:p>
    <w:p w14:paraId="4148E44F" w14:textId="77777777" w:rsidR="00295B40" w:rsidRPr="00295B40" w:rsidRDefault="00295B40" w:rsidP="00295B40">
      <w:pPr>
        <w:spacing w:before="100" w:beforeAutospacing="1" w:after="100" w:afterAutospacing="1"/>
        <w:rPr>
          <w:rFonts w:eastAsia="Times New Roman" w:cs="Times New Roman"/>
          <w:szCs w:val="24"/>
        </w:rPr>
      </w:pPr>
      <w:r w:rsidRPr="00295B40">
        <w:rPr>
          <w:rFonts w:eastAsia="Times New Roman" w:cs="Times New Roman"/>
          <w:szCs w:val="24"/>
        </w:rPr>
        <w:t>It was time to go on the offensive. The fight for his life was just beginning.</w:t>
      </w:r>
    </w:p>
    <w:p w14:paraId="5AD92AAE" w14:textId="77777777" w:rsidR="00305910" w:rsidRPr="00305910" w:rsidRDefault="00305910" w:rsidP="00305910">
      <w:pPr>
        <w:spacing w:before="100" w:beforeAutospacing="1" w:after="100" w:afterAutospacing="1"/>
        <w:outlineLvl w:val="2"/>
        <w:rPr>
          <w:rFonts w:eastAsia="Times New Roman" w:cs="Times New Roman"/>
          <w:b/>
          <w:bCs/>
          <w:sz w:val="27"/>
          <w:szCs w:val="27"/>
        </w:rPr>
      </w:pPr>
      <w:r w:rsidRPr="00305910">
        <w:rPr>
          <w:rFonts w:eastAsia="Times New Roman" w:cs="Times New Roman"/>
          <w:b/>
          <w:bCs/>
          <w:sz w:val="27"/>
          <w:szCs w:val="27"/>
        </w:rPr>
        <w:t>Chapter 15 – Paper Trail</w:t>
      </w:r>
    </w:p>
    <w:p w14:paraId="584748F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moved like smoke through the Hilltowns, his breath fogging in the cold morning air as he stuck to footpaths, side roads, and old rail beds. The feds were everywhere now—unmarked SUVs prowling small-town gas stations, agents flashing badges at farmers, patrols checking faces against digital profiles. In blue-collar towns like Worthington, Chester, and Becket, their pressed suits and stiff posture stood out like sore thumbs.</w:t>
      </w:r>
    </w:p>
    <w:p w14:paraId="41C76AA6"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lastRenderedPageBreak/>
        <w:t>The media had turned up the volume too. Talking heads demanded justice. Hashtags surged across the networks. The phrase "Pre-Convicted Killer" stuck like tar. Pundits speculated about the friend who had died—Jake—and whether Frank had anything to do with it. He hadn’t even processed the loss fully, and now they were smearing his name, weaponizing grief.</w:t>
      </w:r>
    </w:p>
    <w:p w14:paraId="1A53354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kept moving, slipping through frozen ravines and culverts, avoiding traffic cameras and sticking to shadow. He’d seen what the government could do with facial recognition—he’d helped implement some of the software while liaising with CIA ops in Afghanistan. Once your face was in the system, it lived forever.</w:t>
      </w:r>
    </w:p>
    <w:p w14:paraId="052EB504"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Midday, he ducked into a gas station off Route 9 for a quick scan of supplies. He kept the hood low, a shadow over his face. On the bulletin board near the bathrooms, a local newspaper clipping caught his eye:</w:t>
      </w:r>
    </w:p>
    <w:p w14:paraId="6BE308F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b/>
          <w:bCs/>
          <w:szCs w:val="24"/>
        </w:rPr>
        <w:t>“Crane Paper Secures Extended Federal Contract – DHS Convoy Sightings Rise in Dalton.”</w:t>
      </w:r>
    </w:p>
    <w:p w14:paraId="7FDC7DA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clerk muttered to a regular, “That place is crawling with Feds these days. All that for paper?”</w:t>
      </w:r>
    </w:p>
    <w:p w14:paraId="48CDE5F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lingered for only a second. He remembered Rachel’s words from the message left behind:</w:t>
      </w:r>
    </w:p>
    <w:p w14:paraId="1DFBC3F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i/>
          <w:iCs/>
          <w:szCs w:val="24"/>
        </w:rPr>
        <w:t>“There are still people out there who move under the radar… Look for the paper routes—they’re older than the program. One of them owes Jake a favor. You’ll know when it’s time.”</w:t>
      </w:r>
    </w:p>
    <w:p w14:paraId="5E98C98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grabbed coffee, a map, and a bag of trail mix, paying cash and moving on.</w:t>
      </w:r>
    </w:p>
    <w:p w14:paraId="2677CC68"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That night, under a crescent moon and drifting snow, he cut south through Dalton. The lights of the Crane Paper complex cast a dim glow over the snowy rooftops. Old redbrick buildings squatted like industrial fortresses beside the Housatonic River. Federal SUVs were parked near the back loading bays.</w:t>
      </w:r>
    </w:p>
    <w:p w14:paraId="5CE98A7F"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But Frank didn’t go near the main gates. Instead, he waited half a mile down the service road near an old freight yard. A semi idled with low running lights on, the trailer marked with a faded logo. Frank approached slowly, cautiously, until the driver-side window cracked open.</w:t>
      </w:r>
    </w:p>
    <w:p w14:paraId="06730661"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“Jake said you might come,” the driver said. Broad-shouldered, worn face, dark eyes with the watchfulness of a man who'd seen too much. “Told me if anyone asked for him and said the Kandahar phrase, to get 'em out.”</w:t>
      </w:r>
    </w:p>
    <w:p w14:paraId="05C85B5C"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nodded. “The sky was clear, but the ground was dust.”</w:t>
      </w:r>
    </w:p>
    <w:p w14:paraId="72657AA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“Damn right,” the man said. “Name’s Ray. Climb in. I got a stop near Pittsfield where you can leave a package. After that, I’ll get you close to the train lines heading south.”</w:t>
      </w:r>
    </w:p>
    <w:p w14:paraId="3A1FA5F9"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climbed up and shut the door.</w:t>
      </w:r>
    </w:p>
    <w:p w14:paraId="6B2F0F9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engine growled to life.</w:t>
      </w:r>
    </w:p>
    <w:p w14:paraId="07769876" w14:textId="77777777" w:rsidR="00305910" w:rsidRPr="00305910" w:rsidRDefault="00000000" w:rsidP="00305910">
      <w:pPr>
        <w:rPr>
          <w:rFonts w:eastAsia="Times New Roman" w:cs="Times New Roman"/>
          <w:szCs w:val="24"/>
        </w:rPr>
      </w:pPr>
      <w:r>
        <w:rPr>
          <w:rFonts w:eastAsia="Times New Roman" w:cs="Times New Roman"/>
          <w:szCs w:val="24"/>
        </w:rPr>
        <w:pict w14:anchorId="046856C3">
          <v:rect id="_x0000_i1070" style="width:0;height:1.5pt" o:hralign="center" o:hrstd="t" o:hr="t" fillcolor="#a0a0a0" stroked="f"/>
        </w:pict>
      </w:r>
    </w:p>
    <w:p w14:paraId="6BC390C0"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They rumbled through the backroads, avoiding main drags and keeping off the radar. At a rest stop outside Pittsfield, Ray pulled off.</w:t>
      </w:r>
    </w:p>
    <w:p w14:paraId="48950432"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“You’ll find a utility shed behind the old foundry,” Ray said. “That’s where Jake used to leave packages. I’ll give you the padlock code. Leave your message, and I’ll get it where it needs to go.”</w:t>
      </w:r>
    </w:p>
    <w:p w14:paraId="17CEC21E"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lastRenderedPageBreak/>
        <w:t>Frank nodded, gripping the envelope he’d prepared. Inside: a note, some copied pages from Rachel’s documents, and a hand-drawn map pointing to a location outside D.C.</w:t>
      </w:r>
    </w:p>
    <w:p w14:paraId="71F9A51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jumped down, boots crunching in the snow, and disappeared into the dark. Minutes later, he returned, lighter.</w:t>
      </w:r>
    </w:p>
    <w:p w14:paraId="113FDD18"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Ray gave him a look. “Where to now?”</w:t>
      </w:r>
    </w:p>
    <w:p w14:paraId="5A11A4EE"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“I need to get south,” Frank said. “D.C. eventually. But first, I need to disappear for a while.”</w:t>
      </w:r>
    </w:p>
    <w:p w14:paraId="71F115AD"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Ray nodded. “I can get you as far as the Newburgh rail hub. From there, you’ll need to catch the rest on foot or luck.”</w:t>
      </w:r>
    </w:p>
    <w:p w14:paraId="48D9782C"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Frank leaned back in the cab seat as they pulled away.</w:t>
      </w:r>
    </w:p>
    <w:p w14:paraId="59E4003B"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In the side mirror, the Crane Paper mill disappeared behind them—a fortress of secrets, still lit against the dark like a lighthouse in reverse, warning not guiding.</w:t>
      </w:r>
    </w:p>
    <w:p w14:paraId="1AE9C5E1" w14:textId="77777777" w:rsidR="00305910" w:rsidRPr="00305910" w:rsidRDefault="00000000" w:rsidP="00305910">
      <w:pPr>
        <w:rPr>
          <w:rFonts w:eastAsia="Times New Roman" w:cs="Times New Roman"/>
          <w:szCs w:val="24"/>
        </w:rPr>
      </w:pPr>
      <w:r>
        <w:rPr>
          <w:rFonts w:eastAsia="Times New Roman" w:cs="Times New Roman"/>
          <w:szCs w:val="24"/>
        </w:rPr>
        <w:pict w14:anchorId="31D53183">
          <v:rect id="_x0000_i1071" style="width:0;height:1.5pt" o:hralign="center" o:hrstd="t" o:hr="t" fillcolor="#a0a0a0" stroked="f"/>
        </w:pict>
      </w:r>
    </w:p>
    <w:p w14:paraId="1559188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Behind them, at the loading docks, a DHS agent made a note in a logbook. “Ray Dandridge, Route 19… heading out early tonight.”</w:t>
      </w:r>
    </w:p>
    <w:p w14:paraId="160F2AC5"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His partner squinted toward the dark road. “Anything worth logging?”</w:t>
      </w:r>
    </w:p>
    <w:p w14:paraId="5EE889BA"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first agent shrugged. “Probably nothing. But I’ve seen that guy on three different manifests this week. He’s hauling something.”</w:t>
      </w:r>
    </w:p>
    <w:p w14:paraId="19F88D53"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“Paper?”</w:t>
      </w:r>
    </w:p>
    <w:p w14:paraId="6F525A14"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The agent didn’t answer.</w:t>
      </w:r>
    </w:p>
    <w:p w14:paraId="4556A28F" w14:textId="77777777" w:rsidR="00305910" w:rsidRPr="00305910" w:rsidRDefault="00305910" w:rsidP="00305910">
      <w:pPr>
        <w:spacing w:before="100" w:beforeAutospacing="1" w:after="100" w:afterAutospacing="1"/>
        <w:rPr>
          <w:rFonts w:eastAsia="Times New Roman" w:cs="Times New Roman"/>
          <w:szCs w:val="24"/>
        </w:rPr>
      </w:pPr>
      <w:r w:rsidRPr="00305910">
        <w:rPr>
          <w:rFonts w:eastAsia="Times New Roman" w:cs="Times New Roman"/>
          <w:szCs w:val="24"/>
        </w:rPr>
        <w:t>He just kept watching the dark road, narrowing his eyes as the snow began to fall.</w:t>
      </w:r>
    </w:p>
    <w:p w14:paraId="2DA708F8" w14:textId="4A1C7903" w:rsidR="002F3524" w:rsidRPr="002F3524" w:rsidRDefault="002F3524" w:rsidP="002F3524">
      <w:pPr>
        <w:spacing w:before="100" w:beforeAutospacing="1" w:after="100" w:afterAutospacing="1"/>
        <w:outlineLvl w:val="1"/>
        <w:rPr>
          <w:rFonts w:eastAsia="Times New Roman" w:cs="Times New Roman"/>
          <w:b/>
          <w:bCs/>
          <w:sz w:val="36"/>
          <w:szCs w:val="36"/>
        </w:rPr>
      </w:pPr>
      <w:r w:rsidRPr="00D103D7">
        <w:rPr>
          <w:rFonts w:eastAsia="Times New Roman" w:cs="Times New Roman"/>
          <w:b/>
          <w:bCs/>
          <w:sz w:val="28"/>
          <w:szCs w:val="28"/>
        </w:rPr>
        <w:t xml:space="preserve">Chapter 16 </w:t>
      </w:r>
      <w:r w:rsidRPr="002F3524">
        <w:rPr>
          <w:rFonts w:eastAsia="Times New Roman" w:cs="Times New Roman"/>
          <w:b/>
          <w:bCs/>
          <w:sz w:val="28"/>
          <w:szCs w:val="28"/>
        </w:rPr>
        <w:t>HIDDEN ROUTES</w:t>
      </w:r>
      <w:r w:rsidRPr="002F3524">
        <w:rPr>
          <w:rFonts w:eastAsia="Times New Roman" w:cs="Times New Roman"/>
          <w:b/>
          <w:bCs/>
          <w:sz w:val="36"/>
          <w:szCs w:val="36"/>
        </w:rPr>
        <w:t xml:space="preserve"> </w:t>
      </w:r>
    </w:p>
    <w:p w14:paraId="7C0FCF4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had always known how to move undetected.</w:t>
      </w:r>
    </w:p>
    <w:p w14:paraId="0590F2E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In Afghanistan, it had been through dusty alleyways and under the cover of darkness, relying on the unpredictability of the terrain and the rhythm of lives not his own. Here, in the Berkshires, it was a different kind of stealth: the quiet anonymity of being just another face in the crowd. But as the feds closed in, that anonymity was harder to come by. The facial scans. The license plate readers. The AI fingerprints of movement patterns. He knew the system too well to underestimate it.</w:t>
      </w:r>
    </w:p>
    <w:p w14:paraId="24C33C4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 Crane Paper mill in Dalton was an old fortress, a relic of American manufacturing. It churned out the security stock for U.S. currency, its fibers embedded with secrets. Most Americans never thought about where their money came from. Frank had done his homework. The mill was crawling with federal agents—FIS, Treasury oversight, even quiet contractors. And yet the trucks came and went with barely a nod.</w:t>
      </w:r>
    </w:p>
    <w:p w14:paraId="70ECE1C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No one looked twice at a man moving paper.</w:t>
      </w:r>
    </w:p>
    <w:p w14:paraId="4A9FB6DD"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lastRenderedPageBreak/>
        <w:t>Ray Dandridge was built like a refrigerator with a neck, spoke like a worn-out CB radio, and had zero interest in asking questions he didn’t need answered. He’d been running paper out of Crane for over a decade. Never missed a run. Never missed a beat.</w:t>
      </w:r>
    </w:p>
    <w:p w14:paraId="6C370F14"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“We don’t talk much in the yard,” Ray said as Frank climbed into the cab. “Smile if someone looks. But don’t say a damn thing.”</w:t>
      </w:r>
    </w:p>
    <w:p w14:paraId="174A677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gave him a nod. Understood.</w:t>
      </w:r>
    </w:p>
    <w:p w14:paraId="1C6FAA4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 truck’s engine rumbled to life, and they rolled out under the dark canopy of pre-dawn mist. Ray took the back roads, bypassing Dalton Center and its newly installed street cameras. They hit a utility road that paralleled the railroad tracks—less traffic, fewer eyes.</w:t>
      </w:r>
    </w:p>
    <w:p w14:paraId="02E4372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By the time they reached the mill’s main gate, the sun was just brushing the tips of the hills. Two armed guards stood under the overhead lights, their rifles slung, their posture loose. One of them yawned as Ray rolled through.</w:t>
      </w:r>
    </w:p>
    <w:p w14:paraId="08252A24"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“Morning,” Ray grunted, flashing his manifest.</w:t>
      </w:r>
    </w:p>
    <w:p w14:paraId="14CE5F6E"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 guard gave a lazy wave and went back to his coffee.</w:t>
      </w:r>
    </w:p>
    <w:p w14:paraId="4C2FB9D8"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sat low in the passenger seat, his hood pulled forward, his eyes tracking the cameras as they passed beneath them. Ray’s truck was old enough to be boring, but well-maintained enough to avoid suspicion—faded Crane Paper logos, DOT stickers, a logbook that matched the manifest to the minute.</w:t>
      </w:r>
    </w:p>
    <w:p w14:paraId="5DF97B9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It was the perfect disguise: completely average.</w:t>
      </w:r>
    </w:p>
    <w:p w14:paraId="4706D8B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Ray navigated the loading area like it was his second home, pulling into a quieter section of the lot near the B-loading bays. A stack of pallets blocked direct view from the main warehouse windows. This had been part of the plan. Frank’s package drop wasn’t random—it was timed, positioned, orchestrated to be found by the right person.</w:t>
      </w:r>
    </w:p>
    <w:p w14:paraId="6CB40F22"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“You’re good here,” Ray said without looking over. “Ten minutes. Then we’re ghosts.”</w:t>
      </w:r>
    </w:p>
    <w:p w14:paraId="52B58FD3"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climbed out and felt the bite of the morning air on his skin. He moved like he had overseas: not running, not skulking—just another man with somewhere to be.</w:t>
      </w:r>
    </w:p>
    <w:p w14:paraId="1A5B70E4"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He crossed the lot to a side structure—a forgotten storage unit, tucked behind a stack of unused reels. The metal door groaned as he opened it just wide enough to slip inside.</w:t>
      </w:r>
    </w:p>
    <w:p w14:paraId="4106892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Inside, the package came out: a waterproof pouch wrapped in brown craft paper, sealed with thick tape. Inside: hard evidence. Redacted files from Project ORPHEUS, intercepted communications from FIS internal chat logs, and the NFC key—encrypted and time-locked. If someone found it and had the clearance to decode it, they'd see how the Pre-Conviction system was more than flawed—it was maliciously directed. The data trails were rigged, manipulated to push people to action.</w:t>
      </w:r>
    </w:p>
    <w:p w14:paraId="32C7C0EF"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It was bait, and also a warning.</w:t>
      </w:r>
    </w:p>
    <w:p w14:paraId="344153A9"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As Frank tucked the package into the gap behind the fuse box, he heard something outside. Tires on gravel. Too slow to be a pass-through. Too precise.</w:t>
      </w:r>
    </w:p>
    <w:p w14:paraId="4933552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lastRenderedPageBreak/>
        <w:t>He froze.</w:t>
      </w:r>
    </w:p>
    <w:p w14:paraId="5155D1E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A car—a black SUV, clean, government-issue tires—rolled slowly past the main entrance of the lot. He crouched lower and watched through the slats.</w:t>
      </w:r>
    </w:p>
    <w:p w14:paraId="6462F2A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No markings. No lights. No music. The windows were tinted. He didn’t recognize the vehicle, but his gut told him it wasn’t here for a paper run.</w:t>
      </w:r>
    </w:p>
    <w:p w14:paraId="4304833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He finished the drop and slipped out the side entrance, eyes always scanning. The truck was still where Ray had left it, idling low, the cab door slightly ajar.</w:t>
      </w:r>
    </w:p>
    <w:p w14:paraId="1F2A501D"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“Everything go okay?” Ray asked, eyes ahead.</w:t>
      </w:r>
    </w:p>
    <w:p w14:paraId="3550236E"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“Yeah,” Frank muttered, sliding in. “But we’re not the only ones up early.”</w:t>
      </w:r>
    </w:p>
    <w:p w14:paraId="5E6C03F5"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Ray nodded once, put the truck into gear, and didn’t speak again until they were halfway down Route 8.</w:t>
      </w:r>
    </w:p>
    <w:p w14:paraId="70E0B567" w14:textId="77777777" w:rsidR="002F3524" w:rsidRPr="002F3524" w:rsidRDefault="00000000" w:rsidP="002F3524">
      <w:pPr>
        <w:rPr>
          <w:rFonts w:eastAsia="Times New Roman" w:cs="Times New Roman"/>
          <w:szCs w:val="24"/>
        </w:rPr>
      </w:pPr>
      <w:r>
        <w:rPr>
          <w:rFonts w:eastAsia="Times New Roman" w:cs="Times New Roman"/>
          <w:szCs w:val="24"/>
        </w:rPr>
        <w:pict w14:anchorId="0785A8BD">
          <v:rect id="_x0000_i1072" style="width:0;height:1.5pt" o:hralign="center" o:hrstd="t" o:hr="t" fillcolor="#a0a0a0" stroked="f"/>
        </w:pict>
      </w:r>
    </w:p>
    <w:p w14:paraId="779C23BB"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As the truck carried them away from Dalton, the hills closed in. Frank leaned his head back and closed his eyes for a moment, listening to the hum of the tires, the whine of the wind outside. He wasn’t out of danger—he was deeper in it. But every step forward meant getting closer to the truth. To Claire.</w:t>
      </w:r>
    </w:p>
    <w:p w14:paraId="3C13ABC1"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He had one more ride to make. After Pittsfield, he’d hop the old westbound freight line. Claire had given him the path in a coded message weeks ago—“two lefts past the gorge, look for the pine that bleeds orange.”</w:t>
      </w:r>
    </w:p>
    <w:p w14:paraId="59B0D77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Only she would use language like that.</w:t>
      </w:r>
    </w:p>
    <w:p w14:paraId="7046CD97"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It wasn’t just a safehouse. It was the last real sanctuary. A place where everything might finally make sense—or come undone completely.</w:t>
      </w:r>
    </w:p>
    <w:p w14:paraId="674A0021"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As they approached Pittsfield’s industrial outskirts, Frank checked his watch. The next freight out of the western yard left at 10:03. It wouldn't stop. But he didn’t need it to.</w:t>
      </w:r>
    </w:p>
    <w:p w14:paraId="1CF3EFF2"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Ray pulled into a gravel lot near a long-abandoned cannery building.</w:t>
      </w:r>
    </w:p>
    <w:p w14:paraId="5548D75A"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“You’re on your own from here,” he said. “Don’t call. Don’t write. If someone asks, I never saw you.”</w:t>
      </w:r>
    </w:p>
    <w:p w14:paraId="667A79A0"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Frank offered his hand. Ray stared at it for a second before shaking it with a nod.</w:t>
      </w:r>
    </w:p>
    <w:p w14:paraId="0398D87A"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“Good luck,” Ray said. “Whatever this is.”</w:t>
      </w:r>
    </w:p>
    <w:p w14:paraId="19B582A2" w14:textId="77777777" w:rsidR="002F3524" w:rsidRPr="002F3524" w:rsidRDefault="002F3524" w:rsidP="002F3524">
      <w:pPr>
        <w:spacing w:beforeAutospacing="1" w:afterAutospacing="1"/>
        <w:rPr>
          <w:rFonts w:eastAsia="Times New Roman" w:cs="Times New Roman"/>
          <w:szCs w:val="24"/>
        </w:rPr>
      </w:pPr>
      <w:r w:rsidRPr="002F3524">
        <w:rPr>
          <w:rFonts w:eastAsia="Times New Roman" w:cs="Times New Roman"/>
          <w:szCs w:val="24"/>
        </w:rPr>
        <w:t>“It’s the truth,” Frank replied.</w:t>
      </w:r>
    </w:p>
    <w:p w14:paraId="6361512C" w14:textId="77777777" w:rsidR="002F3524" w:rsidRPr="002F3524" w:rsidRDefault="002F3524" w:rsidP="002F3524">
      <w:pPr>
        <w:spacing w:before="100" w:beforeAutospacing="1" w:after="100" w:afterAutospacing="1"/>
        <w:rPr>
          <w:rFonts w:eastAsia="Times New Roman" w:cs="Times New Roman"/>
          <w:szCs w:val="24"/>
        </w:rPr>
      </w:pPr>
      <w:r w:rsidRPr="002F3524">
        <w:rPr>
          <w:rFonts w:eastAsia="Times New Roman" w:cs="Times New Roman"/>
          <w:szCs w:val="24"/>
        </w:rPr>
        <w:t>Then he was gone, disappearing into the rusted skeleton of the old industrial grid. A shadow beneath streetlights. Another ghost heading west.</w:t>
      </w:r>
    </w:p>
    <w:p w14:paraId="0517EE10" w14:textId="77777777" w:rsidR="00607A78" w:rsidRPr="00607A78" w:rsidRDefault="00607A78" w:rsidP="00607A78">
      <w:pPr>
        <w:spacing w:before="100" w:beforeAutospacing="1" w:after="100" w:afterAutospacing="1"/>
        <w:outlineLvl w:val="1"/>
        <w:rPr>
          <w:rFonts w:eastAsia="Times New Roman" w:cs="Times New Roman"/>
          <w:b/>
          <w:bCs/>
          <w:sz w:val="28"/>
          <w:szCs w:val="28"/>
        </w:rPr>
      </w:pPr>
      <w:r w:rsidRPr="00607A78">
        <w:rPr>
          <w:rFonts w:eastAsia="Times New Roman" w:cs="Times New Roman"/>
          <w:b/>
          <w:bCs/>
          <w:sz w:val="28"/>
          <w:szCs w:val="28"/>
        </w:rPr>
        <w:t>CHAPTER SEVENTEEN – THE ANNEX</w:t>
      </w:r>
    </w:p>
    <w:p w14:paraId="021491D7"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 train didn’t stop.</w:t>
      </w:r>
    </w:p>
    <w:p w14:paraId="6A2B9728"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Frank had timed his jump with the same precision he’d used slipping into enemy compounds overseas. He hit the embankment hard, rolled twice, and came up on one knee behind a rusted-out signal tower. The roar of the freight faded behind him, replaced by the eerie stillness of deep woods.</w:t>
      </w:r>
    </w:p>
    <w:p w14:paraId="2552C04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No cameras. No drones. No witnesses.</w:t>
      </w:r>
    </w:p>
    <w:p w14:paraId="72A695F1"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He moved west, using the overgrown service trail Claire had mentioned in her encrypted note weeks ago—back when they still dared speak in riddles. </w:t>
      </w:r>
      <w:r w:rsidRPr="00607A78">
        <w:rPr>
          <w:rFonts w:eastAsia="Times New Roman" w:cs="Times New Roman"/>
          <w:i/>
          <w:iCs/>
          <w:szCs w:val="24"/>
        </w:rPr>
        <w:t>Two lefts past the gorge. Look for the pine that bleeds orange.</w:t>
      </w:r>
      <w:r w:rsidRPr="00607A78">
        <w:rPr>
          <w:rFonts w:eastAsia="Times New Roman" w:cs="Times New Roman"/>
          <w:szCs w:val="24"/>
        </w:rPr>
        <w:t xml:space="preserve"> It had sounded like poetry then. Now it was a map to salvation.</w:t>
      </w:r>
    </w:p>
    <w:p w14:paraId="7BD322F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 woods here were dense, layered with moss and rot. Frank’s boots sank into damp loam as he pushed through brambles and deadfall. He moved low and fast, pausing only to check for signs—a stone stack here, a broken limb there. Claire’s marks. They weren’t obvious unless you knew where to look.</w:t>
      </w:r>
    </w:p>
    <w:p w14:paraId="6DF0D3C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After nearly two miles of trudging, he found the pine.</w:t>
      </w:r>
    </w:p>
    <w:p w14:paraId="4AF8DA0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It was split down one side, its inner bark weeping resin the color of dried blood. Just beyond it, hidden beneath a fallen birch and a patch of woven camouflage netting, was a hatch.</w:t>
      </w:r>
    </w:p>
    <w:p w14:paraId="47D1E217"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knocked three times, waited, then two more.</w:t>
      </w:r>
    </w:p>
    <w:p w14:paraId="59DB5D2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A metallic </w:t>
      </w:r>
      <w:r w:rsidRPr="00607A78">
        <w:rPr>
          <w:rFonts w:eastAsia="Times New Roman" w:cs="Times New Roman"/>
          <w:i/>
          <w:iCs/>
          <w:szCs w:val="24"/>
        </w:rPr>
        <w:t>click</w:t>
      </w:r>
      <w:r w:rsidRPr="00607A78">
        <w:rPr>
          <w:rFonts w:eastAsia="Times New Roman" w:cs="Times New Roman"/>
          <w:szCs w:val="24"/>
        </w:rPr>
        <w:t xml:space="preserve"> echoed beneath his feet.</w:t>
      </w:r>
    </w:p>
    <w:p w14:paraId="4F908D7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 hatch creaked open, and Claire’s voice floated up into the trees.</w:t>
      </w:r>
    </w:p>
    <w:p w14:paraId="7790A75C"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“Took you long enough.”</w:t>
      </w:r>
    </w:p>
    <w:p w14:paraId="0371620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let out a breath he hadn’t realized he’d been holding.</w:t>
      </w:r>
    </w:p>
    <w:p w14:paraId="2FCB0FF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“Had to take the scenic route.”</w:t>
      </w:r>
    </w:p>
    <w:p w14:paraId="1C2F897D"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Halden looked the same—sharp eyes, windburned cheeks, tension in her shoulders like a drawn bow. Her hair was shorter now, uneven as if she’d cut it herself. A sidearm was holstered tight against her ribs. No trust left in the world.</w:t>
      </w:r>
    </w:p>
    <w:p w14:paraId="66BA3A5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She stepped back to let him in.</w:t>
      </w:r>
    </w:p>
    <w:p w14:paraId="115C920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 Annex wasn’t a bunker so much as a converted Cold War fallout shelter, reinforced and expanded with military scrap. Maps and data sheets covered the concrete walls. A row of old servers buzzed in the corner. Solar batteries hummed. The smell of solder, coffee, and gun oil filled the air.</w:t>
      </w:r>
    </w:p>
    <w:p w14:paraId="275A73B4"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look like hell,” she said, handing him a canteen.</w:t>
      </w:r>
    </w:p>
    <w:p w14:paraId="54158879"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should see the other guy.”</w:t>
      </w:r>
    </w:p>
    <w:p w14:paraId="592159C1"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They shared a smile that didn’t quite reach their eyes.</w:t>
      </w:r>
    </w:p>
    <w:p w14:paraId="6F7D2C1C"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sat down heavily on a bench near the radio stack. Claire went to the wall and tapped a touchscreen console. A digital map of the northeast lit up—movement patterns, communication lines, surveillance coverage. Red dots pulsed where the system had flagged threats.</w:t>
      </w:r>
    </w:p>
    <w:p w14:paraId="301216B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Frank’s name was blinking near Pittsfield.</w:t>
      </w:r>
    </w:p>
    <w:p w14:paraId="40FD937D"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“You’re getting sloppy,” Claire muttered.</w:t>
      </w:r>
    </w:p>
    <w:p w14:paraId="5B1000AB"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“They’re getting better.”</w:t>
      </w:r>
    </w:p>
    <w:p w14:paraId="0FF68D4B"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She nodded grimly. Then tapped another window.</w:t>
      </w:r>
    </w:p>
    <w:p w14:paraId="009742AD"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need to see this.”</w:t>
      </w:r>
    </w:p>
    <w:p w14:paraId="45E5A4D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Onscreen, Frank saw two windows. One was a communications log—internal FIS routing orders marked CLASSIFIED. The other was a neural pattern chart pulled from the Pre-Conviction engine. Frank's photo—his real one, not the manipulated protest image—flashed red beside a predictive curve. The label read: </w:t>
      </w:r>
      <w:r w:rsidRPr="00607A78">
        <w:rPr>
          <w:rFonts w:eastAsia="Times New Roman" w:cs="Times New Roman"/>
          <w:b/>
          <w:bCs/>
          <w:szCs w:val="24"/>
        </w:rPr>
        <w:t>TARGET VECTOR REALIGNED — INTERVENTION IN EFFECT.</w:t>
      </w:r>
    </w:p>
    <w:p w14:paraId="15F0A1B9"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leaned forward.</w:t>
      </w:r>
    </w:p>
    <w:p w14:paraId="4B78F333"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“What the hell is ‘intervention’?”</w:t>
      </w:r>
    </w:p>
    <w:p w14:paraId="7A16BFD2"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hesitated.</w:t>
      </w:r>
    </w:p>
    <w:p w14:paraId="55C9C264"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“It’s the next step. Not just predicting behavior. Shaping it. ORPHEUS isn’t just monitoring you. It’s </w:t>
      </w:r>
      <w:r w:rsidRPr="00607A78">
        <w:rPr>
          <w:rFonts w:eastAsia="Times New Roman" w:cs="Times New Roman"/>
          <w:i/>
          <w:iCs/>
          <w:szCs w:val="24"/>
        </w:rPr>
        <w:t>curating</w:t>
      </w:r>
      <w:r w:rsidRPr="00607A78">
        <w:rPr>
          <w:rFonts w:eastAsia="Times New Roman" w:cs="Times New Roman"/>
          <w:szCs w:val="24"/>
        </w:rPr>
        <w:t xml:space="preserve"> your decisions. Feeding stimuli. Running simulations to determine what nudges work. False headlines. Passive encounters. Even weapon placements in public spaces. They’ve built a loop. And you’re the test subject.”</w:t>
      </w:r>
    </w:p>
    <w:p w14:paraId="38334DC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Frank stared at the screen, a slow burn rising behind his eyes.</w:t>
      </w:r>
    </w:p>
    <w:p w14:paraId="233B576F"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“So they wanted me to run.”</w:t>
      </w:r>
    </w:p>
    <w:p w14:paraId="36960123"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“Worse. They wanted you to snap. They’re waiting for a trigger event—a tipping point that justifies everything.”</w:t>
      </w:r>
    </w:p>
    <w:p w14:paraId="33B65DF4"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stood, pacing.</w:t>
      </w:r>
    </w:p>
    <w:p w14:paraId="763F22FE"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“And the protests, the doctored photo—those weren’t just cover. They were part of the push.”</w:t>
      </w:r>
    </w:p>
    <w:p w14:paraId="6F2E63CE"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“Exactly.”</w:t>
      </w:r>
    </w:p>
    <w:p w14:paraId="61B7C7A6"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pulled a folder from a locked drawer and handed it to him.</w:t>
      </w:r>
    </w:p>
    <w:p w14:paraId="62732835"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 xml:space="preserve">Inside were fragments: an order for a fabricated composite image, emails from an ORPHEUS sub-contractor referencing “Subject FRM-4X,” and a deployment calendar for a shadow unit marked </w:t>
      </w:r>
      <w:r w:rsidRPr="00607A78">
        <w:rPr>
          <w:rFonts w:eastAsia="Times New Roman" w:cs="Times New Roman"/>
          <w:b/>
          <w:bCs/>
          <w:szCs w:val="24"/>
        </w:rPr>
        <w:t>RED CELL</w:t>
      </w:r>
      <w:r w:rsidRPr="00607A78">
        <w:rPr>
          <w:rFonts w:eastAsia="Times New Roman" w:cs="Times New Roman"/>
          <w:szCs w:val="24"/>
        </w:rPr>
        <w:t>—highlighted with a note: “Engagement proximity in western MA.”</w:t>
      </w:r>
    </w:p>
    <w:p w14:paraId="76DA7196"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 xml:space="preserve">“They want to force an outcome they can cite as proof. That the system works. That </w:t>
      </w:r>
      <w:r w:rsidRPr="00607A78">
        <w:rPr>
          <w:rFonts w:eastAsia="Times New Roman" w:cs="Times New Roman"/>
          <w:i/>
          <w:iCs/>
          <w:szCs w:val="24"/>
        </w:rPr>
        <w:t>you</w:t>
      </w:r>
      <w:r w:rsidRPr="00607A78">
        <w:rPr>
          <w:rFonts w:eastAsia="Times New Roman" w:cs="Times New Roman"/>
          <w:szCs w:val="24"/>
        </w:rPr>
        <w:t xml:space="preserve"> were inevitable.”</w:t>
      </w:r>
    </w:p>
    <w:p w14:paraId="35447CC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“So let’s prove them wrong.”</w:t>
      </w:r>
    </w:p>
    <w:p w14:paraId="1F72DC4B"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arched an eyebrow.</w:t>
      </w:r>
    </w:p>
    <w:p w14:paraId="1479FD78"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“You have a plan?”</w:t>
      </w:r>
    </w:p>
    <w:p w14:paraId="26FD9E5E"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lastRenderedPageBreak/>
        <w:t>Frank stared at the red blinking light on the map.</w:t>
      </w:r>
    </w:p>
    <w:p w14:paraId="6AB13158"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“Not yet. But I’ve got motive.”</w:t>
      </w:r>
    </w:p>
    <w:p w14:paraId="2ABEFBD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He picked up the folder again, held it tighter this time.</w:t>
      </w:r>
    </w:p>
    <w:p w14:paraId="7BCF94FB"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“And I’ve got you.”</w:t>
      </w:r>
    </w:p>
    <w:p w14:paraId="65935E63"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Claire hesitated, then nodded.</w:t>
      </w:r>
    </w:p>
    <w:p w14:paraId="6198E9E2" w14:textId="77777777" w:rsidR="00607A78" w:rsidRPr="00607A78" w:rsidRDefault="00607A78" w:rsidP="00607A78">
      <w:pPr>
        <w:spacing w:beforeAutospacing="1" w:afterAutospacing="1"/>
        <w:rPr>
          <w:rFonts w:eastAsia="Times New Roman" w:cs="Times New Roman"/>
          <w:szCs w:val="24"/>
        </w:rPr>
      </w:pPr>
      <w:r w:rsidRPr="00607A78">
        <w:rPr>
          <w:rFonts w:eastAsia="Times New Roman" w:cs="Times New Roman"/>
          <w:szCs w:val="24"/>
        </w:rPr>
        <w:t>“For now.”</w:t>
      </w:r>
    </w:p>
    <w:p w14:paraId="42516ED9"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Outside, the wind howled through the trees.</w:t>
      </w:r>
    </w:p>
    <w:p w14:paraId="49165C50" w14:textId="77777777" w:rsidR="00607A78" w:rsidRPr="00607A78" w:rsidRDefault="00607A78" w:rsidP="00607A78">
      <w:pPr>
        <w:spacing w:before="100" w:beforeAutospacing="1" w:after="100" w:afterAutospacing="1"/>
        <w:rPr>
          <w:rFonts w:eastAsia="Times New Roman" w:cs="Times New Roman"/>
          <w:szCs w:val="24"/>
        </w:rPr>
      </w:pPr>
      <w:r w:rsidRPr="00607A78">
        <w:rPr>
          <w:rFonts w:eastAsia="Times New Roman" w:cs="Times New Roman"/>
          <w:szCs w:val="24"/>
        </w:rPr>
        <w:t>Inside, war was being planned in silence.</w:t>
      </w:r>
    </w:p>
    <w:p w14:paraId="6F316518" w14:textId="2D54D485" w:rsidR="009E5590" w:rsidRPr="009E5590" w:rsidRDefault="009E5590" w:rsidP="009E5590">
      <w:pPr>
        <w:spacing w:before="100" w:beforeAutospacing="1" w:after="100" w:afterAutospacing="1"/>
        <w:outlineLvl w:val="1"/>
        <w:rPr>
          <w:rFonts w:eastAsia="Times New Roman" w:cs="Times New Roman"/>
          <w:b/>
          <w:bCs/>
          <w:sz w:val="28"/>
          <w:szCs w:val="28"/>
        </w:rPr>
      </w:pPr>
      <w:r w:rsidRPr="009E5590">
        <w:rPr>
          <w:rFonts w:eastAsia="Times New Roman" w:cs="Times New Roman"/>
          <w:b/>
          <w:bCs/>
          <w:sz w:val="28"/>
          <w:szCs w:val="28"/>
        </w:rPr>
        <w:t>Chapter 18 – RED CELL</w:t>
      </w:r>
    </w:p>
    <w:p w14:paraId="55004666"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Claire’s footsteps echoed urgently down the narrow corridor of the Annex before she slipped inside the dim room where Frank was hunched over a tangle of maps and intercepted communications. Her face was pale, eyes wide with a mixture of fear and determination.</w:t>
      </w:r>
    </w:p>
    <w:p w14:paraId="06999A7D"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you need to see this. Now.”</w:t>
      </w:r>
    </w:p>
    <w:p w14:paraId="4DC8624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looked up, sensing the weight in her voice. Claire handed him a tablet, already streaming the morning’s breaking news. The headline screamed at him from the screen:</w:t>
      </w:r>
    </w:p>
    <w:p w14:paraId="1B7053A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b/>
          <w:bCs/>
          <w:szCs w:val="24"/>
        </w:rPr>
        <w:t>“Man Found Dead in Apparent Suicide at Logan International Airport Terminal E — Authorities Investigate Connection to Local Activist Network”</w:t>
      </w:r>
    </w:p>
    <w:p w14:paraId="3F471207"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The article’s subheading made Frank’s blood run cold:</w:t>
      </w:r>
      <w:r w:rsidRPr="009E5590">
        <w:rPr>
          <w:rFonts w:eastAsia="Times New Roman" w:cs="Times New Roman"/>
          <w:szCs w:val="24"/>
        </w:rPr>
        <w:br/>
      </w:r>
      <w:r w:rsidRPr="009E5590">
        <w:rPr>
          <w:rFonts w:eastAsia="Times New Roman" w:cs="Times New Roman"/>
          <w:i/>
          <w:iCs/>
          <w:szCs w:val="24"/>
        </w:rPr>
        <w:t>“The deceased, identified as Miles Garnett, was known to associate with Franco Marino, a man under federal surveillance for suspected involvement in recent protests and data breaches. Officials are examining potential links between the two in an ongoing investigation.”</w:t>
      </w:r>
    </w:p>
    <w:p w14:paraId="248B6BE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Images flickered across the screen: security footage showing a lone man slumped near a baggage carousel; police swarming the scene; reporters clamoring for answers amid airport chaos. The story was being spun quickly, and Frank’s name was right there, tethered in the narrative like a shackle.</w:t>
      </w:r>
    </w:p>
    <w:p w14:paraId="13B6B909"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Frank’s heart pounded, a cold knot forming in his stomach. </w:t>
      </w:r>
      <w:r w:rsidRPr="009E5590">
        <w:rPr>
          <w:rFonts w:eastAsia="Times New Roman" w:cs="Times New Roman"/>
          <w:i/>
          <w:iCs/>
          <w:szCs w:val="24"/>
        </w:rPr>
        <w:t>They’re dragging me through the mud.</w:t>
      </w:r>
      <w:r w:rsidRPr="009E5590">
        <w:rPr>
          <w:rFonts w:eastAsia="Times New Roman" w:cs="Times New Roman"/>
          <w:szCs w:val="24"/>
        </w:rPr>
        <w:t xml:space="preserve"> It wasn’t just Luis’s death that stung, but the calculated way the media and law enforcement were already painting Frank as an accomplice — or worse, a suspect.</w:t>
      </w:r>
    </w:p>
    <w:p w14:paraId="63E55261"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Claire’s voice broke through his thoughts. “They’re using Luis’s death to justify their crackdown on you. To make you look guilty, even before they have any proof. It’s textbook framing.”</w:t>
      </w:r>
    </w:p>
    <w:p w14:paraId="6F963158"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scrolled through more headlines, social media threads, and news alerts. Anonymous sources “close to the investigation” claimed Frank Marino was under suspicion for “aiding and abetting criminal activity” tied to the burner phones and leaked hospital data. An unnamed federal official was quoted, warning that “those close to Mr. Marino should be considered persons of interest.”</w:t>
      </w:r>
    </w:p>
    <w:p w14:paraId="6FF00290"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lastRenderedPageBreak/>
        <w:t>He clenched his fists. “Luis was too careful. He wouldn’t have left anything that could be traced back to me — unless...” His voice faltered. “Unless it was meant to be found. The phones, the routes — they might have been planted.”</w:t>
      </w:r>
    </w:p>
    <w:p w14:paraId="659F496B"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 nodded. “I found a pattern in the hospital’s records. Some of the burner phones Luis supplied were flagged and tracked, but nothing on the surface was out of place. It looks like someone wanted you to think those phones were safe, but they were bait.”</w:t>
      </w:r>
    </w:p>
    <w:p w14:paraId="2AD0787F"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closed his eyes and took a deep breath. The betrayal cut deep. “Luis was my lifeline. If he was compromised... that means they’ve been inside our operation longer than I thought. And now they’ve made his death public, made it a spectacle. To scare me, to push me into making a mistake.”</w:t>
      </w:r>
    </w:p>
    <w:p w14:paraId="1AAB65D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 reached out, placing a steady hand on his shoulder. “They’re sending a message. Not just to you, but to anyone who’s thinking about standing up to them.”</w:t>
      </w:r>
    </w:p>
    <w:p w14:paraId="3C6E0048"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 xml:space="preserve">Frank stared at the screen again, images of Logan Airport’s sprawling terminal flashing behind the somber news anchors. </w:t>
      </w:r>
      <w:r w:rsidRPr="009E5590">
        <w:rPr>
          <w:rFonts w:eastAsia="Times New Roman" w:cs="Times New Roman"/>
          <w:i/>
          <w:iCs/>
          <w:szCs w:val="24"/>
        </w:rPr>
        <w:t>A place of travel, freedom — now a stage for fear and control.</w:t>
      </w:r>
    </w:p>
    <w:p w14:paraId="630D9F93"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“We need to act fast,” Frank said, voice low but resolute. “If they’re framing me, if Luis was set up, then everything we’ve done so far... it’s compromised.”</w:t>
      </w:r>
    </w:p>
    <w:p w14:paraId="1CAFA6F1"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Claire pulled up schematics of the Palladium Analytics node inside Logan. “The staged death might be the distraction we need. Security is tighter, but the chaos could create cracks. We can get inside, grab whatever data we can, and find out who’s really pulling the strings.”</w:t>
      </w:r>
    </w:p>
    <w:p w14:paraId="19A42B8B"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Frank stood, the weight of Luis’s loss and the growing threat settling heavily on his shoulders. “I trusted him. And now I don’t know who to trust at all.”</w:t>
      </w:r>
    </w:p>
    <w:p w14:paraId="4A272B9E"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szCs w:val="24"/>
        </w:rPr>
        <w:t>Outside, the city stirred to life, unaware of the invisible war raging beneath its surface. But for Frank Marino, the path forward was clearer than ever.</w:t>
      </w:r>
    </w:p>
    <w:p w14:paraId="5BC1281C" w14:textId="77777777" w:rsidR="009E5590" w:rsidRPr="009E5590" w:rsidRDefault="009E5590" w:rsidP="009E5590">
      <w:pPr>
        <w:spacing w:before="100" w:beforeAutospacing="1" w:after="100" w:afterAutospacing="1"/>
        <w:rPr>
          <w:rFonts w:eastAsia="Times New Roman" w:cs="Times New Roman"/>
          <w:szCs w:val="24"/>
        </w:rPr>
      </w:pPr>
      <w:r w:rsidRPr="009E5590">
        <w:rPr>
          <w:rFonts w:eastAsia="Times New Roman" w:cs="Times New Roman"/>
          <w:i/>
          <w:iCs/>
          <w:szCs w:val="24"/>
        </w:rPr>
        <w:t>They’re watching. They’re controlling. And now, it’s personal.</w:t>
      </w:r>
    </w:p>
    <w:p w14:paraId="5993F0F8" w14:textId="77777777" w:rsidR="00D860FC" w:rsidRDefault="00D860FC" w:rsidP="00D860FC">
      <w:pPr>
        <w:pStyle w:val="NormalWeb"/>
      </w:pPr>
      <w:r>
        <w:rPr>
          <w:rStyle w:val="Strong"/>
        </w:rPr>
        <w:t>Chapter 18 – Shadows in Southie</w:t>
      </w:r>
    </w:p>
    <w:p w14:paraId="1B904BFD" w14:textId="77777777" w:rsidR="00D860FC" w:rsidRDefault="00D860FC" w:rsidP="00D860FC">
      <w:pPr>
        <w:pStyle w:val="NormalWeb"/>
      </w:pPr>
      <w:r>
        <w:t>The cold air bit through Frank’s jacket as he slipped down the narrow streets of South Boston, a neighborhood where loyalty ran deep and eyes were always watching. The recent headlines had turned the area into a pressure cooker — the sudden death of Luis Marquez, his one-time contact and lifeline, now a national news story splashed across every screen and newspaper. But Frank knew better than to believe the official story: suicide.</w:t>
      </w:r>
    </w:p>
    <w:p w14:paraId="09BFDFFC" w14:textId="77777777" w:rsidR="00D860FC" w:rsidRDefault="00D860FC" w:rsidP="00D860FC">
      <w:pPr>
        <w:pStyle w:val="NormalWeb"/>
      </w:pPr>
      <w:r>
        <w:t>The local bars and dive joints were the perfect place to gather whispers, but also a trap. Law enforcement and federal agents had staked out the area, their presence thick and suffocating. Frank moved cautiously, his head low, trying to blend in with the rough-around-the-edges crowd that frequented these dimly lit places. He needed answers, or at least scraps of truth.</w:t>
      </w:r>
    </w:p>
    <w:p w14:paraId="21008D6E" w14:textId="77777777" w:rsidR="00D860FC" w:rsidRDefault="00D860FC" w:rsidP="00D860FC">
      <w:pPr>
        <w:pStyle w:val="NormalWeb"/>
      </w:pPr>
      <w:r>
        <w:t>At O’Malley’s, a worn-down pub just a few blocks from the airport, Frank found a cluster of men nursing their drinks and their suspicions. The conversations were cautious but real — talk of increased federal surveillance, mysterious trucks rolling in and out at all hours, and whispers that Luis hadn’t been the man everyone thought he was.</w:t>
      </w:r>
    </w:p>
    <w:p w14:paraId="2D3E885C" w14:textId="77777777" w:rsidR="00D860FC" w:rsidRDefault="00D860FC" w:rsidP="00D860FC">
      <w:pPr>
        <w:pStyle w:val="NormalWeb"/>
      </w:pPr>
      <w:r>
        <w:lastRenderedPageBreak/>
        <w:t>“He was found just inside the perimeter near one of the hangars,” one man muttered, swirling his whiskey. “Place’s supposed to be locked tighter than Fort Knox. No way Luis got there without someone letting him in. And the way they say he did it — no mess, no signs of struggle. Too neat for this part of town.”</w:t>
      </w:r>
    </w:p>
    <w:p w14:paraId="5301EB44" w14:textId="77777777" w:rsidR="00D860FC" w:rsidRDefault="00D860FC" w:rsidP="00D860FC">
      <w:pPr>
        <w:pStyle w:val="NormalWeb"/>
      </w:pPr>
      <w:r>
        <w:t>Frank listened, piecing it together. The neighborhood was buzzing with a theory no one dared say out loud: Luis had been set up.</w:t>
      </w:r>
    </w:p>
    <w:p w14:paraId="0BAB723D" w14:textId="77777777" w:rsidR="00D860FC" w:rsidRDefault="00D860FC" w:rsidP="00D860FC">
      <w:pPr>
        <w:pStyle w:val="NormalWeb"/>
      </w:pPr>
      <w:r>
        <w:t>At a booth near the back, a group of Logan Airport baggage handlers exchanged guarded glances and low words about the increasing federal presence.</w:t>
      </w:r>
    </w:p>
    <w:p w14:paraId="4B4A3C2A" w14:textId="77777777" w:rsidR="00D860FC" w:rsidRDefault="00D860FC" w:rsidP="00D860FC">
      <w:pPr>
        <w:pStyle w:val="NormalWeb"/>
      </w:pPr>
      <w:r>
        <w:t>“They’ve been here long before Luis died,” one said, flicking ash from his cigarette. “You don’t just get a guy like Luis near the restricted zones unless someone wants you there. And the feds? They’ve been watching everything and everyone, like vultures circling.”</w:t>
      </w:r>
    </w:p>
    <w:p w14:paraId="79F30553" w14:textId="77777777" w:rsidR="00D860FC" w:rsidRDefault="00D860FC" w:rsidP="00D860FC">
      <w:pPr>
        <w:pStyle w:val="NormalWeb"/>
      </w:pPr>
      <w:r>
        <w:t>The heavy-handed presence, the carefully staged death, the national media frenzy — it was all a message. To Frank, it screamed warning and intimidation. But more importantly, it was a cover-up.</w:t>
      </w:r>
    </w:p>
    <w:p w14:paraId="7B203AD5" w14:textId="77777777" w:rsidR="00D860FC" w:rsidRDefault="00D860FC" w:rsidP="00D860FC">
      <w:pPr>
        <w:pStyle w:val="NormalWeb"/>
      </w:pPr>
      <w:r>
        <w:t>Pushing deeper, Frank caught a fragment of conversation mentioning a highly secure building in Washington D.C., hidden behind the U.S. Federal Reserve. The name whispered was almost mythical — the real nerve center of the Pre-Conviction AI program. Not the peripheral nodes in Massachusetts or Logan, but a fortress housing the servers and minds controlling everything. Special access was needed to get close, and the building was said to be crawling with operatives who answered to no one but the deepest reaches of the government.</w:t>
      </w:r>
    </w:p>
    <w:p w14:paraId="1E7DFCFC" w14:textId="77777777" w:rsidR="00D860FC" w:rsidRDefault="00D860FC" w:rsidP="00D860FC">
      <w:pPr>
        <w:pStyle w:val="NormalWeb"/>
      </w:pPr>
      <w:r>
        <w:t>Frank’s mind raced. This was the breakthrough he needed. The conspiracy wasn’t just local — it was a sprawling, coordinated operation tied directly to the federal heart of power.</w:t>
      </w:r>
    </w:p>
    <w:p w14:paraId="625F0FE9" w14:textId="77777777" w:rsidR="00D860FC" w:rsidRDefault="00D860FC" w:rsidP="00D860FC">
      <w:pPr>
        <w:pStyle w:val="NormalWeb"/>
      </w:pPr>
      <w:r>
        <w:t>The next move was clear. If Frank wanted proof, if he wanted to expose the full extent of the Pre-Conviction program, he had to get inside that building.</w:t>
      </w:r>
    </w:p>
    <w:p w14:paraId="73F2389B" w14:textId="77777777" w:rsidR="00D860FC" w:rsidRDefault="00D860FC" w:rsidP="00D860FC">
      <w:pPr>
        <w:pStyle w:val="NormalWeb"/>
      </w:pPr>
      <w:r>
        <w:t>But how?</w:t>
      </w:r>
    </w:p>
    <w:p w14:paraId="2E727FC8" w14:textId="77777777" w:rsidR="00D860FC" w:rsidRDefault="00D860FC" w:rsidP="00D860FC">
      <w:pPr>
        <w:pStyle w:val="NormalWeb"/>
      </w:pPr>
      <w:r>
        <w:t>His thoughts turned immediately to Ray Dandridge, the unassuming truck driver who had helped him move unnoticed through the Berkshires. Ray’s knowledge of logistics, his access to secure routes, and the cover his deliveries provided — these could be Frank’s ticket into the belly of the beast.</w:t>
      </w:r>
    </w:p>
    <w:p w14:paraId="799CDDAA" w14:textId="77777777" w:rsidR="00D860FC" w:rsidRDefault="00D860FC" w:rsidP="00D860FC">
      <w:pPr>
        <w:pStyle w:val="NormalWeb"/>
      </w:pPr>
      <w:r>
        <w:t>That night, in a quiet corner of another Southie bar, Frank dialed Ray’s burner phone. The familiar gravelly voice on the other end was a relief.</w:t>
      </w:r>
    </w:p>
    <w:p w14:paraId="11F0C3F0" w14:textId="77777777" w:rsidR="00D860FC" w:rsidRDefault="00D860FC" w:rsidP="00D860FC">
      <w:pPr>
        <w:pStyle w:val="NormalWeb"/>
      </w:pPr>
      <w:r>
        <w:t>“I need to talk,” Frank said simply.</w:t>
      </w:r>
    </w:p>
    <w:p w14:paraId="5C99875B" w14:textId="77777777" w:rsidR="00D860FC" w:rsidRDefault="00D860FC" w:rsidP="00D860FC">
      <w:pPr>
        <w:pStyle w:val="NormalWeb"/>
      </w:pPr>
      <w:r>
        <w:t>Ray didn’t ask questions. He knew the risks. He knew what Frank was up against.</w:t>
      </w:r>
    </w:p>
    <w:p w14:paraId="08EA9E9B" w14:textId="77777777" w:rsidR="00D860FC" w:rsidRDefault="00D860FC" w:rsidP="00D860FC">
      <w:pPr>
        <w:pStyle w:val="NormalWeb"/>
      </w:pPr>
      <w:r>
        <w:t>Plans were made in hushed tones. Ray’s next delivery route passed through the DC area — the perfect opportunity for Frank to ride along, gain access, and slip inside the secure facility undetected.</w:t>
      </w:r>
    </w:p>
    <w:p w14:paraId="2BD34D0B" w14:textId="77777777" w:rsidR="00D860FC" w:rsidRDefault="00D860FC" w:rsidP="00D860FC">
      <w:pPr>
        <w:pStyle w:val="NormalWeb"/>
      </w:pPr>
      <w:r>
        <w:t>As Frank ended the call, a weight settled on his shoulders. The stakes were higher than ever. Failure meant capture, or worse. But this was his best chance — the chance to pull back the curtain on a system designed to control lives before crimes were even committed.</w:t>
      </w:r>
    </w:p>
    <w:p w14:paraId="643F6354" w14:textId="77777777" w:rsidR="00D860FC" w:rsidRDefault="00D860FC" w:rsidP="00D860FC">
      <w:pPr>
        <w:pStyle w:val="NormalWeb"/>
      </w:pPr>
      <w:r>
        <w:t>He had to take it.</w:t>
      </w:r>
    </w:p>
    <w:p w14:paraId="29ECCBE2" w14:textId="77777777" w:rsidR="003353D3" w:rsidRDefault="003353D3" w:rsidP="003353D3">
      <w:pPr>
        <w:pStyle w:val="NormalWeb"/>
      </w:pPr>
      <w:r>
        <w:rPr>
          <w:rStyle w:val="Strong"/>
        </w:rPr>
        <w:lastRenderedPageBreak/>
        <w:t>Chapter 18 – Shadows in Southie (Expanded, Full Length)</w:t>
      </w:r>
    </w:p>
    <w:p w14:paraId="7C566D0C" w14:textId="77777777" w:rsidR="003353D3" w:rsidRDefault="003353D3" w:rsidP="003353D3">
      <w:pPr>
        <w:pStyle w:val="NormalWeb"/>
      </w:pPr>
      <w:r>
        <w:t>The wind that night was sharp, slicing through Frank like a blade as he stepped out onto the dimly lit streets of South Boston. It was the kind of cold that burrowed beneath your skin, the kind that made you pull your jacket tighter and quicken your pace. The streets were quieter than usual, the usual hum of activity replaced by a tense silence, a silence that whispered of unease and suspicion.</w:t>
      </w:r>
    </w:p>
    <w:p w14:paraId="1AA25E4C" w14:textId="77777777" w:rsidR="003353D3" w:rsidRDefault="003353D3" w:rsidP="003353D3">
      <w:pPr>
        <w:pStyle w:val="NormalWeb"/>
      </w:pPr>
      <w:r>
        <w:t>News trucks cluttered the roads leading to Logan Airport, their satellite dishes raised like antennas to catch every word of the unfolding drama. National networks had made Luis Marquez’s death a headline story overnight — a story Frank now dreaded reading as much as hearing.</w:t>
      </w:r>
    </w:p>
    <w:p w14:paraId="620843AD" w14:textId="77777777" w:rsidR="003353D3" w:rsidRDefault="003353D3" w:rsidP="003353D3">
      <w:pPr>
        <w:pStyle w:val="NormalWeb"/>
      </w:pPr>
      <w:r>
        <w:t>The official report said suicide. Luis was found in a restricted area behind Logan, in a corridor no one was supposed to access. The police claimed the evidence was straightforward: no signs of struggle, the gun in his hand, and a note—though Frank never saw it. But the whispers on the street told a different tale.</w:t>
      </w:r>
    </w:p>
    <w:p w14:paraId="72193B48" w14:textId="77777777" w:rsidR="003353D3" w:rsidRDefault="003353D3" w:rsidP="003353D3">
      <w:pPr>
        <w:pStyle w:val="NormalWeb"/>
      </w:pPr>
      <w:r>
        <w:rPr>
          <w:rStyle w:val="Emphasis"/>
        </w:rPr>
        <w:t>It was too clean. Too perfect. A setup.</w:t>
      </w:r>
    </w:p>
    <w:p w14:paraId="4D042786" w14:textId="77777777" w:rsidR="003353D3" w:rsidRDefault="003353D3" w:rsidP="003353D3">
      <w:pPr>
        <w:pStyle w:val="NormalWeb"/>
      </w:pPr>
      <w:r>
        <w:t>Frank’s boots echoed on the cracked pavement as he made his way toward O’Malley’s, a dive bar known for harboring the city’s secrets and a healthy distrust of law enforcement. He needed to talk, listen, gather scraps of truth from the locals who knew how to read between the lines. Every person he passed gave him a sideways glance — the hunted always stands out, even in a crowd.</w:t>
      </w:r>
    </w:p>
    <w:p w14:paraId="336D2EF3" w14:textId="77777777" w:rsidR="003353D3" w:rsidRDefault="003353D3" w:rsidP="003353D3">
      <w:pPr>
        <w:pStyle w:val="NormalWeb"/>
      </w:pPr>
      <w:r>
        <w:t>Inside, the bar was dim and smoky, the air thick with stale beer and low conversation. Frank slid into a booth in the corner, the cracked leather seat creaking beneath him. He scanned the room, eyes sharp, watching for any familiar faces or unfriendly eyes.</w:t>
      </w:r>
    </w:p>
    <w:p w14:paraId="7EAEEFFF" w14:textId="77777777" w:rsidR="003353D3" w:rsidRDefault="003353D3" w:rsidP="003353D3">
      <w:pPr>
        <w:pStyle w:val="NormalWeb"/>
      </w:pPr>
      <w:r>
        <w:t>An old dockworker approached, sliding into the seat across from Frank. His weathered face was etched with lines from years of hard labor and harder drinking. “You Frank Marino?” he asked, voice rough but cautious.</w:t>
      </w:r>
    </w:p>
    <w:p w14:paraId="183A1408" w14:textId="77777777" w:rsidR="003353D3" w:rsidRDefault="003353D3" w:rsidP="003353D3">
      <w:pPr>
        <w:pStyle w:val="NormalWeb"/>
      </w:pPr>
      <w:r>
        <w:t>Frank nodded. “Depends who’s asking.”</w:t>
      </w:r>
    </w:p>
    <w:p w14:paraId="071F3D45" w14:textId="77777777" w:rsidR="003353D3" w:rsidRDefault="003353D3" w:rsidP="003353D3">
      <w:pPr>
        <w:pStyle w:val="NormalWeb"/>
      </w:pPr>
      <w:r>
        <w:t>The man shrugged. “Call me Joe. I work the docks, seen the news. Luis... well, we all liked the guy. Not the type to do what they say. There’s more to this.”</w:t>
      </w:r>
    </w:p>
    <w:p w14:paraId="547E22AF" w14:textId="77777777" w:rsidR="003353D3" w:rsidRDefault="003353D3" w:rsidP="003353D3">
      <w:pPr>
        <w:pStyle w:val="NormalWeb"/>
      </w:pPr>
      <w:r>
        <w:t>Frank leaned in, curiosity piqued.</w:t>
      </w:r>
    </w:p>
    <w:p w14:paraId="06056A45" w14:textId="77777777" w:rsidR="003353D3" w:rsidRDefault="003353D3" w:rsidP="003353D3">
      <w:pPr>
        <w:pStyle w:val="NormalWeb"/>
      </w:pPr>
      <w:r>
        <w:t>“They had Logan on lockdown for weeks before Luis showed up dead. Federal agents everywhere — not just airport cops, but the big dogs. And yet Luis was found in a spot no one was supposed to be. No way he got there on his own.”</w:t>
      </w:r>
    </w:p>
    <w:p w14:paraId="18CA929D" w14:textId="77777777" w:rsidR="003353D3" w:rsidRDefault="003353D3" w:rsidP="003353D3">
      <w:pPr>
        <w:pStyle w:val="NormalWeb"/>
      </w:pPr>
      <w:r>
        <w:t xml:space="preserve">Frank’s mind raced. If Luis had been planted, it meant the people hunting him had gotten creative. </w:t>
      </w:r>
      <w:r>
        <w:rPr>
          <w:rStyle w:val="Emphasis"/>
        </w:rPr>
        <w:t>And dangerous.</w:t>
      </w:r>
    </w:p>
    <w:p w14:paraId="2E6757B2" w14:textId="77777777" w:rsidR="003353D3" w:rsidRDefault="003353D3" w:rsidP="003353D3">
      <w:pPr>
        <w:pStyle w:val="NormalWeb"/>
      </w:pPr>
      <w:r>
        <w:t>Nearby, a baggage handler named Mike overheard. He pulled up a chair. “Feds been crawling all over Logan for months. Secret ops, cameras, plainclothes guys. They’re watching everyone — especially anyone connected to you and Luis.”</w:t>
      </w:r>
    </w:p>
    <w:p w14:paraId="4D9C0627" w14:textId="77777777" w:rsidR="003353D3" w:rsidRDefault="003353D3" w:rsidP="003353D3">
      <w:pPr>
        <w:pStyle w:val="NormalWeb"/>
      </w:pPr>
      <w:r>
        <w:t>Frank frowned. “Why make it look like a suicide? Why not just take him out quietly?”</w:t>
      </w:r>
    </w:p>
    <w:p w14:paraId="75A4F2BC" w14:textId="77777777" w:rsidR="003353D3" w:rsidRDefault="003353D3" w:rsidP="003353D3">
      <w:pPr>
        <w:pStyle w:val="NormalWeb"/>
      </w:pPr>
      <w:r>
        <w:t>Mike shrugged. “Because sending a message is part of the game. Loud and clear.”</w:t>
      </w:r>
    </w:p>
    <w:p w14:paraId="54011E11" w14:textId="77777777" w:rsidR="003353D3" w:rsidRDefault="003353D3" w:rsidP="003353D3">
      <w:pPr>
        <w:pStyle w:val="NormalWeb"/>
      </w:pPr>
      <w:r>
        <w:lastRenderedPageBreak/>
        <w:t>The conversation drifted, but Frank’s thoughts stayed sharp, turning over every word. He knew the official narrative was designed to control the story, shape public perception, and crush any sympathy for Luis or himself.</w:t>
      </w:r>
    </w:p>
    <w:p w14:paraId="49EB511C" w14:textId="77777777" w:rsidR="003353D3" w:rsidRDefault="003353D3" w:rsidP="003353D3">
      <w:pPr>
        <w:pStyle w:val="NormalWeb"/>
      </w:pPr>
      <w:r>
        <w:t>After hours in the bar, Frank stepped outside, the night air cooler now, quieter. He pulled out the battered burner phone Luis had given him — the one that had kept them connected through the darkest days.</w:t>
      </w:r>
    </w:p>
    <w:p w14:paraId="63937E54" w14:textId="77777777" w:rsidR="003353D3" w:rsidRDefault="003353D3" w:rsidP="003353D3">
      <w:pPr>
        <w:pStyle w:val="NormalWeb"/>
      </w:pPr>
      <w:r>
        <w:t xml:space="preserve">His thumb traced the cracked screen, hesitation gnawing at him. </w:t>
      </w:r>
      <w:r>
        <w:rPr>
          <w:rStyle w:val="Emphasis"/>
        </w:rPr>
        <w:t>Was this phone a lifeline? Or a leash?</w:t>
      </w:r>
    </w:p>
    <w:p w14:paraId="2C625095" w14:textId="77777777" w:rsidR="003353D3" w:rsidRDefault="003353D3" w:rsidP="003353D3">
      <w:pPr>
        <w:pStyle w:val="NormalWeb"/>
      </w:pPr>
      <w:r>
        <w:t>The more he thought about it, the more the pieces fit together. The calls, the meetings, the sudden spike in surveillance — what if the phone was compromised from the start? What if Luis’s death was just the first move in a larger trap designed to draw Frank out?</w:t>
      </w:r>
    </w:p>
    <w:p w14:paraId="52BA2577" w14:textId="77777777" w:rsidR="003353D3" w:rsidRDefault="003353D3" w:rsidP="003353D3">
      <w:pPr>
        <w:pStyle w:val="NormalWeb"/>
      </w:pPr>
      <w:r>
        <w:t>He played back conversations in his head, scanning for signs he’d missed. The nervous glances, the cryptic warnings, the rushed handoffs.</w:t>
      </w:r>
    </w:p>
    <w:p w14:paraId="4A3C2F0E" w14:textId="77777777" w:rsidR="003353D3" w:rsidRDefault="003353D3" w:rsidP="003353D3">
      <w:pPr>
        <w:pStyle w:val="NormalWeb"/>
      </w:pPr>
      <w:r>
        <w:t>Frank realized that if the phone was a plant, every call could be monitored. Every location pinged. Every friend potentially exposed.</w:t>
      </w:r>
    </w:p>
    <w:p w14:paraId="01E60A5A" w14:textId="77777777" w:rsidR="003353D3" w:rsidRDefault="003353D3" w:rsidP="003353D3">
      <w:pPr>
        <w:pStyle w:val="NormalWeb"/>
      </w:pPr>
      <w:r>
        <w:t>His gut tightened.</w:t>
      </w:r>
    </w:p>
    <w:p w14:paraId="7127BF23" w14:textId="77777777" w:rsidR="003353D3" w:rsidRDefault="003353D3" w:rsidP="003353D3">
      <w:pPr>
        <w:pStyle w:val="NormalWeb"/>
      </w:pPr>
      <w:r>
        <w:t>He dialed Ray Dandridge, the only man he trusted, whose knowledge of covert routes and discreet transport was his best chance at survival.</w:t>
      </w:r>
    </w:p>
    <w:p w14:paraId="1CDC9483" w14:textId="77777777" w:rsidR="003353D3" w:rsidRDefault="003353D3" w:rsidP="003353D3">
      <w:pPr>
        <w:pStyle w:val="NormalWeb"/>
      </w:pPr>
      <w:r>
        <w:t>“Ray,” he said when the line connected, voice low. “We need to talk. The run through DC — the building behind the Federal Reserve. I need in. But we have to be careful. I think I’m being set up.”</w:t>
      </w:r>
    </w:p>
    <w:p w14:paraId="553A1445" w14:textId="77777777" w:rsidR="003353D3" w:rsidRDefault="003353D3" w:rsidP="003353D3">
      <w:pPr>
        <w:pStyle w:val="NormalWeb"/>
      </w:pPr>
      <w:r>
        <w:t>Ray’s gravelly voice came back steady, unwavering. “The job’s clean. But tight security, Frank. Only a few people get access. We get you in, we find the truth.”</w:t>
      </w:r>
    </w:p>
    <w:p w14:paraId="30287B20" w14:textId="77777777" w:rsidR="003353D3" w:rsidRDefault="003353D3" w:rsidP="003353D3">
      <w:pPr>
        <w:pStyle w:val="NormalWeb"/>
      </w:pPr>
      <w:r>
        <w:t>Frank exhaled slowly. The path ahead was dangerous, but it was the only one left.</w:t>
      </w:r>
    </w:p>
    <w:p w14:paraId="1C084F39" w14:textId="77777777" w:rsidR="003353D3" w:rsidRDefault="003353D3" w:rsidP="003353D3">
      <w:pPr>
        <w:pStyle w:val="NormalWeb"/>
      </w:pPr>
      <w:r>
        <w:t>Pocketing the phone, he looked up at the stars obscured by city haze.</w:t>
      </w:r>
    </w:p>
    <w:p w14:paraId="05D3F3F6" w14:textId="77777777" w:rsidR="003353D3" w:rsidRDefault="003353D3" w:rsidP="003353D3">
      <w:pPr>
        <w:pStyle w:val="NormalWeb"/>
      </w:pPr>
      <w:r>
        <w:t>If he didn’t act now, the shadows would swallow him whole.</w:t>
      </w:r>
    </w:p>
    <w:p w14:paraId="0582C496" w14:textId="77777777" w:rsidR="000D18BA" w:rsidRPr="00610E59" w:rsidRDefault="000D18BA" w:rsidP="00DE4995">
      <w:pPr>
        <w:pStyle w:val="Heading3"/>
        <w:rPr>
          <w:rFonts w:eastAsia="Times New Roman" w:cs="Times New Roman"/>
          <w:szCs w:val="24"/>
        </w:rPr>
      </w:pPr>
    </w:p>
    <w:sectPr w:rsidR="000D18BA" w:rsidRPr="00610E59" w:rsidSect="0031033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2E445B"/>
    <w:multiLevelType w:val="multilevel"/>
    <w:tmpl w:val="4458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32197"/>
    <w:multiLevelType w:val="multilevel"/>
    <w:tmpl w:val="8AA0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598520">
    <w:abstractNumId w:val="8"/>
  </w:num>
  <w:num w:numId="2" w16cid:durableId="1191605086">
    <w:abstractNumId w:val="6"/>
  </w:num>
  <w:num w:numId="3" w16cid:durableId="1233543063">
    <w:abstractNumId w:val="5"/>
  </w:num>
  <w:num w:numId="4" w16cid:durableId="2037850659">
    <w:abstractNumId w:val="4"/>
  </w:num>
  <w:num w:numId="5" w16cid:durableId="1333946508">
    <w:abstractNumId w:val="7"/>
  </w:num>
  <w:num w:numId="6" w16cid:durableId="1136339911">
    <w:abstractNumId w:val="3"/>
  </w:num>
  <w:num w:numId="7" w16cid:durableId="599484505">
    <w:abstractNumId w:val="2"/>
  </w:num>
  <w:num w:numId="8" w16cid:durableId="356664893">
    <w:abstractNumId w:val="1"/>
  </w:num>
  <w:num w:numId="9" w16cid:durableId="2000382580">
    <w:abstractNumId w:val="0"/>
  </w:num>
  <w:num w:numId="10" w16cid:durableId="1469929885">
    <w:abstractNumId w:val="9"/>
  </w:num>
  <w:num w:numId="11" w16cid:durableId="18843184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3A3"/>
    <w:rsid w:val="00034616"/>
    <w:rsid w:val="0004480E"/>
    <w:rsid w:val="0006063C"/>
    <w:rsid w:val="00071899"/>
    <w:rsid w:val="000D18BA"/>
    <w:rsid w:val="0015074B"/>
    <w:rsid w:val="00152485"/>
    <w:rsid w:val="00193848"/>
    <w:rsid w:val="001A1B63"/>
    <w:rsid w:val="001D379A"/>
    <w:rsid w:val="001E7C62"/>
    <w:rsid w:val="0028126D"/>
    <w:rsid w:val="0029217D"/>
    <w:rsid w:val="00295B40"/>
    <w:rsid w:val="0029639D"/>
    <w:rsid w:val="002B2033"/>
    <w:rsid w:val="002F3524"/>
    <w:rsid w:val="00305910"/>
    <w:rsid w:val="00310333"/>
    <w:rsid w:val="00326F90"/>
    <w:rsid w:val="003353D3"/>
    <w:rsid w:val="0037047B"/>
    <w:rsid w:val="00374BAF"/>
    <w:rsid w:val="00392B85"/>
    <w:rsid w:val="003A1206"/>
    <w:rsid w:val="003F3270"/>
    <w:rsid w:val="00401207"/>
    <w:rsid w:val="004424DC"/>
    <w:rsid w:val="00445A64"/>
    <w:rsid w:val="00494262"/>
    <w:rsid w:val="004A09F0"/>
    <w:rsid w:val="004B4AD7"/>
    <w:rsid w:val="00532715"/>
    <w:rsid w:val="00577B2C"/>
    <w:rsid w:val="005A2EB7"/>
    <w:rsid w:val="005D669A"/>
    <w:rsid w:val="005F14F8"/>
    <w:rsid w:val="00606613"/>
    <w:rsid w:val="00607A78"/>
    <w:rsid w:val="00610E59"/>
    <w:rsid w:val="00672772"/>
    <w:rsid w:val="00696FA0"/>
    <w:rsid w:val="006F7DFD"/>
    <w:rsid w:val="00712B00"/>
    <w:rsid w:val="007715AE"/>
    <w:rsid w:val="00793303"/>
    <w:rsid w:val="00895EDA"/>
    <w:rsid w:val="0089686A"/>
    <w:rsid w:val="00936142"/>
    <w:rsid w:val="00955AB3"/>
    <w:rsid w:val="009B142F"/>
    <w:rsid w:val="009E5590"/>
    <w:rsid w:val="00A21D5C"/>
    <w:rsid w:val="00AA1D8D"/>
    <w:rsid w:val="00AC7CCD"/>
    <w:rsid w:val="00B47730"/>
    <w:rsid w:val="00B95BFC"/>
    <w:rsid w:val="00BC4F45"/>
    <w:rsid w:val="00C44767"/>
    <w:rsid w:val="00C44DB7"/>
    <w:rsid w:val="00CB0664"/>
    <w:rsid w:val="00CE6050"/>
    <w:rsid w:val="00D103D7"/>
    <w:rsid w:val="00D860FC"/>
    <w:rsid w:val="00DD01C5"/>
    <w:rsid w:val="00DE4995"/>
    <w:rsid w:val="00DF462A"/>
    <w:rsid w:val="00DF728D"/>
    <w:rsid w:val="00E20D04"/>
    <w:rsid w:val="00E316B3"/>
    <w:rsid w:val="00EA506E"/>
    <w:rsid w:val="00EA7C42"/>
    <w:rsid w:val="00EB12E0"/>
    <w:rsid w:val="00EB499B"/>
    <w:rsid w:val="00EC6640"/>
    <w:rsid w:val="00EE3893"/>
    <w:rsid w:val="00F17760"/>
    <w:rsid w:val="00F52A1C"/>
    <w:rsid w:val="00F7055C"/>
    <w:rsid w:val="00FC693F"/>
    <w:rsid w:val="00FC6BE7"/>
    <w:rsid w:val="00FD15D9"/>
    <w:rsid w:val="00FE15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577787"/>
  <w14:defaultImageDpi w14:val="300"/>
  <w15:docId w15:val="{DF04B5FE-23DB-4D2E-A1BC-AE78D950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D18BA"/>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3783">
      <w:bodyDiv w:val="1"/>
      <w:marLeft w:val="0"/>
      <w:marRight w:val="0"/>
      <w:marTop w:val="0"/>
      <w:marBottom w:val="0"/>
      <w:divBdr>
        <w:top w:val="none" w:sz="0" w:space="0" w:color="auto"/>
        <w:left w:val="none" w:sz="0" w:space="0" w:color="auto"/>
        <w:bottom w:val="none" w:sz="0" w:space="0" w:color="auto"/>
        <w:right w:val="none" w:sz="0" w:space="0" w:color="auto"/>
      </w:divBdr>
    </w:div>
    <w:div w:id="27611065">
      <w:bodyDiv w:val="1"/>
      <w:marLeft w:val="0"/>
      <w:marRight w:val="0"/>
      <w:marTop w:val="0"/>
      <w:marBottom w:val="0"/>
      <w:divBdr>
        <w:top w:val="none" w:sz="0" w:space="0" w:color="auto"/>
        <w:left w:val="none" w:sz="0" w:space="0" w:color="auto"/>
        <w:bottom w:val="none" w:sz="0" w:space="0" w:color="auto"/>
        <w:right w:val="none" w:sz="0" w:space="0" w:color="auto"/>
      </w:divBdr>
    </w:div>
    <w:div w:id="46609754">
      <w:bodyDiv w:val="1"/>
      <w:marLeft w:val="0"/>
      <w:marRight w:val="0"/>
      <w:marTop w:val="0"/>
      <w:marBottom w:val="0"/>
      <w:divBdr>
        <w:top w:val="none" w:sz="0" w:space="0" w:color="auto"/>
        <w:left w:val="none" w:sz="0" w:space="0" w:color="auto"/>
        <w:bottom w:val="none" w:sz="0" w:space="0" w:color="auto"/>
        <w:right w:val="none" w:sz="0" w:space="0" w:color="auto"/>
      </w:divBdr>
    </w:div>
    <w:div w:id="95714364">
      <w:bodyDiv w:val="1"/>
      <w:marLeft w:val="0"/>
      <w:marRight w:val="0"/>
      <w:marTop w:val="0"/>
      <w:marBottom w:val="0"/>
      <w:divBdr>
        <w:top w:val="none" w:sz="0" w:space="0" w:color="auto"/>
        <w:left w:val="none" w:sz="0" w:space="0" w:color="auto"/>
        <w:bottom w:val="none" w:sz="0" w:space="0" w:color="auto"/>
        <w:right w:val="none" w:sz="0" w:space="0" w:color="auto"/>
      </w:divBdr>
    </w:div>
    <w:div w:id="153617962">
      <w:bodyDiv w:val="1"/>
      <w:marLeft w:val="0"/>
      <w:marRight w:val="0"/>
      <w:marTop w:val="0"/>
      <w:marBottom w:val="0"/>
      <w:divBdr>
        <w:top w:val="none" w:sz="0" w:space="0" w:color="auto"/>
        <w:left w:val="none" w:sz="0" w:space="0" w:color="auto"/>
        <w:bottom w:val="none" w:sz="0" w:space="0" w:color="auto"/>
        <w:right w:val="none" w:sz="0" w:space="0" w:color="auto"/>
      </w:divBdr>
    </w:div>
    <w:div w:id="188640784">
      <w:bodyDiv w:val="1"/>
      <w:marLeft w:val="0"/>
      <w:marRight w:val="0"/>
      <w:marTop w:val="0"/>
      <w:marBottom w:val="0"/>
      <w:divBdr>
        <w:top w:val="none" w:sz="0" w:space="0" w:color="auto"/>
        <w:left w:val="none" w:sz="0" w:space="0" w:color="auto"/>
        <w:bottom w:val="none" w:sz="0" w:space="0" w:color="auto"/>
        <w:right w:val="none" w:sz="0" w:space="0" w:color="auto"/>
      </w:divBdr>
    </w:div>
    <w:div w:id="230770278">
      <w:bodyDiv w:val="1"/>
      <w:marLeft w:val="0"/>
      <w:marRight w:val="0"/>
      <w:marTop w:val="0"/>
      <w:marBottom w:val="0"/>
      <w:divBdr>
        <w:top w:val="none" w:sz="0" w:space="0" w:color="auto"/>
        <w:left w:val="none" w:sz="0" w:space="0" w:color="auto"/>
        <w:bottom w:val="none" w:sz="0" w:space="0" w:color="auto"/>
        <w:right w:val="none" w:sz="0" w:space="0" w:color="auto"/>
      </w:divBdr>
      <w:divsChild>
        <w:div w:id="806707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588937">
      <w:bodyDiv w:val="1"/>
      <w:marLeft w:val="0"/>
      <w:marRight w:val="0"/>
      <w:marTop w:val="0"/>
      <w:marBottom w:val="0"/>
      <w:divBdr>
        <w:top w:val="none" w:sz="0" w:space="0" w:color="auto"/>
        <w:left w:val="none" w:sz="0" w:space="0" w:color="auto"/>
        <w:bottom w:val="none" w:sz="0" w:space="0" w:color="auto"/>
        <w:right w:val="none" w:sz="0" w:space="0" w:color="auto"/>
      </w:divBdr>
    </w:div>
    <w:div w:id="299040803">
      <w:bodyDiv w:val="1"/>
      <w:marLeft w:val="0"/>
      <w:marRight w:val="0"/>
      <w:marTop w:val="0"/>
      <w:marBottom w:val="0"/>
      <w:divBdr>
        <w:top w:val="none" w:sz="0" w:space="0" w:color="auto"/>
        <w:left w:val="none" w:sz="0" w:space="0" w:color="auto"/>
        <w:bottom w:val="none" w:sz="0" w:space="0" w:color="auto"/>
        <w:right w:val="none" w:sz="0" w:space="0" w:color="auto"/>
      </w:divBdr>
    </w:div>
    <w:div w:id="351346865">
      <w:bodyDiv w:val="1"/>
      <w:marLeft w:val="0"/>
      <w:marRight w:val="0"/>
      <w:marTop w:val="0"/>
      <w:marBottom w:val="0"/>
      <w:divBdr>
        <w:top w:val="none" w:sz="0" w:space="0" w:color="auto"/>
        <w:left w:val="none" w:sz="0" w:space="0" w:color="auto"/>
        <w:bottom w:val="none" w:sz="0" w:space="0" w:color="auto"/>
        <w:right w:val="none" w:sz="0" w:space="0" w:color="auto"/>
      </w:divBdr>
    </w:div>
    <w:div w:id="390276186">
      <w:bodyDiv w:val="1"/>
      <w:marLeft w:val="0"/>
      <w:marRight w:val="0"/>
      <w:marTop w:val="0"/>
      <w:marBottom w:val="0"/>
      <w:divBdr>
        <w:top w:val="none" w:sz="0" w:space="0" w:color="auto"/>
        <w:left w:val="none" w:sz="0" w:space="0" w:color="auto"/>
        <w:bottom w:val="none" w:sz="0" w:space="0" w:color="auto"/>
        <w:right w:val="none" w:sz="0" w:space="0" w:color="auto"/>
      </w:divBdr>
    </w:div>
    <w:div w:id="436994851">
      <w:bodyDiv w:val="1"/>
      <w:marLeft w:val="0"/>
      <w:marRight w:val="0"/>
      <w:marTop w:val="0"/>
      <w:marBottom w:val="0"/>
      <w:divBdr>
        <w:top w:val="none" w:sz="0" w:space="0" w:color="auto"/>
        <w:left w:val="none" w:sz="0" w:space="0" w:color="auto"/>
        <w:bottom w:val="none" w:sz="0" w:space="0" w:color="auto"/>
        <w:right w:val="none" w:sz="0" w:space="0" w:color="auto"/>
      </w:divBdr>
    </w:div>
    <w:div w:id="438646434">
      <w:bodyDiv w:val="1"/>
      <w:marLeft w:val="0"/>
      <w:marRight w:val="0"/>
      <w:marTop w:val="0"/>
      <w:marBottom w:val="0"/>
      <w:divBdr>
        <w:top w:val="none" w:sz="0" w:space="0" w:color="auto"/>
        <w:left w:val="none" w:sz="0" w:space="0" w:color="auto"/>
        <w:bottom w:val="none" w:sz="0" w:space="0" w:color="auto"/>
        <w:right w:val="none" w:sz="0" w:space="0" w:color="auto"/>
      </w:divBdr>
    </w:div>
    <w:div w:id="444353447">
      <w:bodyDiv w:val="1"/>
      <w:marLeft w:val="0"/>
      <w:marRight w:val="0"/>
      <w:marTop w:val="0"/>
      <w:marBottom w:val="0"/>
      <w:divBdr>
        <w:top w:val="none" w:sz="0" w:space="0" w:color="auto"/>
        <w:left w:val="none" w:sz="0" w:space="0" w:color="auto"/>
        <w:bottom w:val="none" w:sz="0" w:space="0" w:color="auto"/>
        <w:right w:val="none" w:sz="0" w:space="0" w:color="auto"/>
      </w:divBdr>
    </w:div>
    <w:div w:id="449976460">
      <w:bodyDiv w:val="1"/>
      <w:marLeft w:val="0"/>
      <w:marRight w:val="0"/>
      <w:marTop w:val="0"/>
      <w:marBottom w:val="0"/>
      <w:divBdr>
        <w:top w:val="none" w:sz="0" w:space="0" w:color="auto"/>
        <w:left w:val="none" w:sz="0" w:space="0" w:color="auto"/>
        <w:bottom w:val="none" w:sz="0" w:space="0" w:color="auto"/>
        <w:right w:val="none" w:sz="0" w:space="0" w:color="auto"/>
      </w:divBdr>
      <w:divsChild>
        <w:div w:id="1974366525">
          <w:marLeft w:val="0"/>
          <w:marRight w:val="0"/>
          <w:marTop w:val="0"/>
          <w:marBottom w:val="0"/>
          <w:divBdr>
            <w:top w:val="none" w:sz="0" w:space="0" w:color="auto"/>
            <w:left w:val="none" w:sz="0" w:space="0" w:color="auto"/>
            <w:bottom w:val="none" w:sz="0" w:space="0" w:color="auto"/>
            <w:right w:val="none" w:sz="0" w:space="0" w:color="auto"/>
          </w:divBdr>
        </w:div>
        <w:div w:id="1786608773">
          <w:marLeft w:val="0"/>
          <w:marRight w:val="0"/>
          <w:marTop w:val="0"/>
          <w:marBottom w:val="0"/>
          <w:divBdr>
            <w:top w:val="none" w:sz="0" w:space="0" w:color="auto"/>
            <w:left w:val="none" w:sz="0" w:space="0" w:color="auto"/>
            <w:bottom w:val="none" w:sz="0" w:space="0" w:color="auto"/>
            <w:right w:val="none" w:sz="0" w:space="0" w:color="auto"/>
          </w:divBdr>
        </w:div>
        <w:div w:id="391390218">
          <w:marLeft w:val="0"/>
          <w:marRight w:val="0"/>
          <w:marTop w:val="0"/>
          <w:marBottom w:val="0"/>
          <w:divBdr>
            <w:top w:val="none" w:sz="0" w:space="0" w:color="auto"/>
            <w:left w:val="none" w:sz="0" w:space="0" w:color="auto"/>
            <w:bottom w:val="none" w:sz="0" w:space="0" w:color="auto"/>
            <w:right w:val="none" w:sz="0" w:space="0" w:color="auto"/>
          </w:divBdr>
        </w:div>
      </w:divsChild>
    </w:div>
    <w:div w:id="494155021">
      <w:bodyDiv w:val="1"/>
      <w:marLeft w:val="0"/>
      <w:marRight w:val="0"/>
      <w:marTop w:val="0"/>
      <w:marBottom w:val="0"/>
      <w:divBdr>
        <w:top w:val="none" w:sz="0" w:space="0" w:color="auto"/>
        <w:left w:val="none" w:sz="0" w:space="0" w:color="auto"/>
        <w:bottom w:val="none" w:sz="0" w:space="0" w:color="auto"/>
        <w:right w:val="none" w:sz="0" w:space="0" w:color="auto"/>
      </w:divBdr>
    </w:div>
    <w:div w:id="542595009">
      <w:bodyDiv w:val="1"/>
      <w:marLeft w:val="0"/>
      <w:marRight w:val="0"/>
      <w:marTop w:val="0"/>
      <w:marBottom w:val="0"/>
      <w:divBdr>
        <w:top w:val="none" w:sz="0" w:space="0" w:color="auto"/>
        <w:left w:val="none" w:sz="0" w:space="0" w:color="auto"/>
        <w:bottom w:val="none" w:sz="0" w:space="0" w:color="auto"/>
        <w:right w:val="none" w:sz="0" w:space="0" w:color="auto"/>
      </w:divBdr>
    </w:div>
    <w:div w:id="580262568">
      <w:bodyDiv w:val="1"/>
      <w:marLeft w:val="0"/>
      <w:marRight w:val="0"/>
      <w:marTop w:val="0"/>
      <w:marBottom w:val="0"/>
      <w:divBdr>
        <w:top w:val="none" w:sz="0" w:space="0" w:color="auto"/>
        <w:left w:val="none" w:sz="0" w:space="0" w:color="auto"/>
        <w:bottom w:val="none" w:sz="0" w:space="0" w:color="auto"/>
        <w:right w:val="none" w:sz="0" w:space="0" w:color="auto"/>
      </w:divBdr>
    </w:div>
    <w:div w:id="612245428">
      <w:bodyDiv w:val="1"/>
      <w:marLeft w:val="0"/>
      <w:marRight w:val="0"/>
      <w:marTop w:val="0"/>
      <w:marBottom w:val="0"/>
      <w:divBdr>
        <w:top w:val="none" w:sz="0" w:space="0" w:color="auto"/>
        <w:left w:val="none" w:sz="0" w:space="0" w:color="auto"/>
        <w:bottom w:val="none" w:sz="0" w:space="0" w:color="auto"/>
        <w:right w:val="none" w:sz="0" w:space="0" w:color="auto"/>
      </w:divBdr>
    </w:div>
    <w:div w:id="649670481">
      <w:bodyDiv w:val="1"/>
      <w:marLeft w:val="0"/>
      <w:marRight w:val="0"/>
      <w:marTop w:val="0"/>
      <w:marBottom w:val="0"/>
      <w:divBdr>
        <w:top w:val="none" w:sz="0" w:space="0" w:color="auto"/>
        <w:left w:val="none" w:sz="0" w:space="0" w:color="auto"/>
        <w:bottom w:val="none" w:sz="0" w:space="0" w:color="auto"/>
        <w:right w:val="none" w:sz="0" w:space="0" w:color="auto"/>
      </w:divBdr>
    </w:div>
    <w:div w:id="720519986">
      <w:bodyDiv w:val="1"/>
      <w:marLeft w:val="0"/>
      <w:marRight w:val="0"/>
      <w:marTop w:val="0"/>
      <w:marBottom w:val="0"/>
      <w:divBdr>
        <w:top w:val="none" w:sz="0" w:space="0" w:color="auto"/>
        <w:left w:val="none" w:sz="0" w:space="0" w:color="auto"/>
        <w:bottom w:val="none" w:sz="0" w:space="0" w:color="auto"/>
        <w:right w:val="none" w:sz="0" w:space="0" w:color="auto"/>
      </w:divBdr>
      <w:divsChild>
        <w:div w:id="1596402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081844">
      <w:bodyDiv w:val="1"/>
      <w:marLeft w:val="0"/>
      <w:marRight w:val="0"/>
      <w:marTop w:val="0"/>
      <w:marBottom w:val="0"/>
      <w:divBdr>
        <w:top w:val="none" w:sz="0" w:space="0" w:color="auto"/>
        <w:left w:val="none" w:sz="0" w:space="0" w:color="auto"/>
        <w:bottom w:val="none" w:sz="0" w:space="0" w:color="auto"/>
        <w:right w:val="none" w:sz="0" w:space="0" w:color="auto"/>
      </w:divBdr>
      <w:divsChild>
        <w:div w:id="154495177">
          <w:marLeft w:val="0"/>
          <w:marRight w:val="0"/>
          <w:marTop w:val="0"/>
          <w:marBottom w:val="0"/>
          <w:divBdr>
            <w:top w:val="none" w:sz="0" w:space="0" w:color="auto"/>
            <w:left w:val="none" w:sz="0" w:space="0" w:color="auto"/>
            <w:bottom w:val="none" w:sz="0" w:space="0" w:color="auto"/>
            <w:right w:val="none" w:sz="0" w:space="0" w:color="auto"/>
          </w:divBdr>
          <w:divsChild>
            <w:div w:id="1359312628">
              <w:marLeft w:val="0"/>
              <w:marRight w:val="0"/>
              <w:marTop w:val="0"/>
              <w:marBottom w:val="0"/>
              <w:divBdr>
                <w:top w:val="none" w:sz="0" w:space="0" w:color="auto"/>
                <w:left w:val="none" w:sz="0" w:space="0" w:color="auto"/>
                <w:bottom w:val="none" w:sz="0" w:space="0" w:color="auto"/>
                <w:right w:val="none" w:sz="0" w:space="0" w:color="auto"/>
              </w:divBdr>
              <w:divsChild>
                <w:div w:id="2119643041">
                  <w:marLeft w:val="0"/>
                  <w:marRight w:val="0"/>
                  <w:marTop w:val="0"/>
                  <w:marBottom w:val="0"/>
                  <w:divBdr>
                    <w:top w:val="none" w:sz="0" w:space="0" w:color="auto"/>
                    <w:left w:val="none" w:sz="0" w:space="0" w:color="auto"/>
                    <w:bottom w:val="none" w:sz="0" w:space="0" w:color="auto"/>
                    <w:right w:val="none" w:sz="0" w:space="0" w:color="auto"/>
                  </w:divBdr>
                  <w:divsChild>
                    <w:div w:id="1950694047">
                      <w:marLeft w:val="0"/>
                      <w:marRight w:val="0"/>
                      <w:marTop w:val="0"/>
                      <w:marBottom w:val="0"/>
                      <w:divBdr>
                        <w:top w:val="none" w:sz="0" w:space="0" w:color="auto"/>
                        <w:left w:val="none" w:sz="0" w:space="0" w:color="auto"/>
                        <w:bottom w:val="none" w:sz="0" w:space="0" w:color="auto"/>
                        <w:right w:val="none" w:sz="0" w:space="0" w:color="auto"/>
                      </w:divBdr>
                      <w:divsChild>
                        <w:div w:id="1956017814">
                          <w:marLeft w:val="0"/>
                          <w:marRight w:val="0"/>
                          <w:marTop w:val="0"/>
                          <w:marBottom w:val="0"/>
                          <w:divBdr>
                            <w:top w:val="none" w:sz="0" w:space="0" w:color="auto"/>
                            <w:left w:val="none" w:sz="0" w:space="0" w:color="auto"/>
                            <w:bottom w:val="none" w:sz="0" w:space="0" w:color="auto"/>
                            <w:right w:val="none" w:sz="0" w:space="0" w:color="auto"/>
                          </w:divBdr>
                          <w:divsChild>
                            <w:div w:id="985471931">
                              <w:marLeft w:val="0"/>
                              <w:marRight w:val="0"/>
                              <w:marTop w:val="0"/>
                              <w:marBottom w:val="0"/>
                              <w:divBdr>
                                <w:top w:val="none" w:sz="0" w:space="0" w:color="auto"/>
                                <w:left w:val="none" w:sz="0" w:space="0" w:color="auto"/>
                                <w:bottom w:val="none" w:sz="0" w:space="0" w:color="auto"/>
                                <w:right w:val="none" w:sz="0" w:space="0" w:color="auto"/>
                              </w:divBdr>
                              <w:divsChild>
                                <w:div w:id="964845990">
                                  <w:marLeft w:val="0"/>
                                  <w:marRight w:val="0"/>
                                  <w:marTop w:val="0"/>
                                  <w:marBottom w:val="0"/>
                                  <w:divBdr>
                                    <w:top w:val="none" w:sz="0" w:space="0" w:color="auto"/>
                                    <w:left w:val="none" w:sz="0" w:space="0" w:color="auto"/>
                                    <w:bottom w:val="none" w:sz="0" w:space="0" w:color="auto"/>
                                    <w:right w:val="none" w:sz="0" w:space="0" w:color="auto"/>
                                  </w:divBdr>
                                  <w:divsChild>
                                    <w:div w:id="1220050814">
                                      <w:marLeft w:val="0"/>
                                      <w:marRight w:val="0"/>
                                      <w:marTop w:val="0"/>
                                      <w:marBottom w:val="0"/>
                                      <w:divBdr>
                                        <w:top w:val="none" w:sz="0" w:space="0" w:color="auto"/>
                                        <w:left w:val="none" w:sz="0" w:space="0" w:color="auto"/>
                                        <w:bottom w:val="none" w:sz="0" w:space="0" w:color="auto"/>
                                        <w:right w:val="none" w:sz="0" w:space="0" w:color="auto"/>
                                      </w:divBdr>
                                      <w:divsChild>
                                        <w:div w:id="90469142">
                                          <w:marLeft w:val="0"/>
                                          <w:marRight w:val="0"/>
                                          <w:marTop w:val="0"/>
                                          <w:marBottom w:val="0"/>
                                          <w:divBdr>
                                            <w:top w:val="none" w:sz="0" w:space="0" w:color="auto"/>
                                            <w:left w:val="none" w:sz="0" w:space="0" w:color="auto"/>
                                            <w:bottom w:val="none" w:sz="0" w:space="0" w:color="auto"/>
                                            <w:right w:val="none" w:sz="0" w:space="0" w:color="auto"/>
                                          </w:divBdr>
                                          <w:divsChild>
                                            <w:div w:id="2008550701">
                                              <w:marLeft w:val="0"/>
                                              <w:marRight w:val="0"/>
                                              <w:marTop w:val="0"/>
                                              <w:marBottom w:val="0"/>
                                              <w:divBdr>
                                                <w:top w:val="none" w:sz="0" w:space="0" w:color="auto"/>
                                                <w:left w:val="none" w:sz="0" w:space="0" w:color="auto"/>
                                                <w:bottom w:val="none" w:sz="0" w:space="0" w:color="auto"/>
                                                <w:right w:val="none" w:sz="0" w:space="0" w:color="auto"/>
                                              </w:divBdr>
                                              <w:divsChild>
                                                <w:div w:id="202802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86506">
                                          <w:marLeft w:val="0"/>
                                          <w:marRight w:val="0"/>
                                          <w:marTop w:val="0"/>
                                          <w:marBottom w:val="0"/>
                                          <w:divBdr>
                                            <w:top w:val="none" w:sz="0" w:space="0" w:color="auto"/>
                                            <w:left w:val="none" w:sz="0" w:space="0" w:color="auto"/>
                                            <w:bottom w:val="none" w:sz="0" w:space="0" w:color="auto"/>
                                            <w:right w:val="none" w:sz="0" w:space="0" w:color="auto"/>
                                          </w:divBdr>
                                          <w:divsChild>
                                            <w:div w:id="1363282614">
                                              <w:marLeft w:val="0"/>
                                              <w:marRight w:val="0"/>
                                              <w:marTop w:val="0"/>
                                              <w:marBottom w:val="0"/>
                                              <w:divBdr>
                                                <w:top w:val="none" w:sz="0" w:space="0" w:color="auto"/>
                                                <w:left w:val="none" w:sz="0" w:space="0" w:color="auto"/>
                                                <w:bottom w:val="none" w:sz="0" w:space="0" w:color="auto"/>
                                                <w:right w:val="none" w:sz="0" w:space="0" w:color="auto"/>
                                              </w:divBdr>
                                              <w:divsChild>
                                                <w:div w:id="330714843">
                                                  <w:marLeft w:val="0"/>
                                                  <w:marRight w:val="0"/>
                                                  <w:marTop w:val="0"/>
                                                  <w:marBottom w:val="0"/>
                                                  <w:divBdr>
                                                    <w:top w:val="none" w:sz="0" w:space="0" w:color="auto"/>
                                                    <w:left w:val="none" w:sz="0" w:space="0" w:color="auto"/>
                                                    <w:bottom w:val="none" w:sz="0" w:space="0" w:color="auto"/>
                                                    <w:right w:val="none" w:sz="0" w:space="0" w:color="auto"/>
                                                  </w:divBdr>
                                                  <w:divsChild>
                                                    <w:div w:id="1634752986">
                                                      <w:marLeft w:val="0"/>
                                                      <w:marRight w:val="0"/>
                                                      <w:marTop w:val="0"/>
                                                      <w:marBottom w:val="0"/>
                                                      <w:divBdr>
                                                        <w:top w:val="none" w:sz="0" w:space="0" w:color="auto"/>
                                                        <w:left w:val="none" w:sz="0" w:space="0" w:color="auto"/>
                                                        <w:bottom w:val="none" w:sz="0" w:space="0" w:color="auto"/>
                                                        <w:right w:val="none" w:sz="0" w:space="0" w:color="auto"/>
                                                      </w:divBdr>
                                                      <w:divsChild>
                                                        <w:div w:id="346714729">
                                                          <w:blockQuote w:val="1"/>
                                                          <w:marLeft w:val="720"/>
                                                          <w:marRight w:val="720"/>
                                                          <w:marTop w:val="100"/>
                                                          <w:marBottom w:val="100"/>
                                                          <w:divBdr>
                                                            <w:top w:val="none" w:sz="0" w:space="0" w:color="auto"/>
                                                            <w:left w:val="none" w:sz="0" w:space="0" w:color="auto"/>
                                                            <w:bottom w:val="none" w:sz="0" w:space="0" w:color="auto"/>
                                                            <w:right w:val="none" w:sz="0" w:space="0" w:color="auto"/>
                                                          </w:divBdr>
                                                        </w:div>
                                                        <w:div w:id="921371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656910">
          <w:marLeft w:val="0"/>
          <w:marRight w:val="0"/>
          <w:marTop w:val="0"/>
          <w:marBottom w:val="0"/>
          <w:divBdr>
            <w:top w:val="none" w:sz="0" w:space="0" w:color="auto"/>
            <w:left w:val="none" w:sz="0" w:space="0" w:color="auto"/>
            <w:bottom w:val="none" w:sz="0" w:space="0" w:color="auto"/>
            <w:right w:val="none" w:sz="0" w:space="0" w:color="auto"/>
          </w:divBdr>
          <w:divsChild>
            <w:div w:id="1271084370">
              <w:marLeft w:val="0"/>
              <w:marRight w:val="0"/>
              <w:marTop w:val="0"/>
              <w:marBottom w:val="0"/>
              <w:divBdr>
                <w:top w:val="none" w:sz="0" w:space="0" w:color="auto"/>
                <w:left w:val="none" w:sz="0" w:space="0" w:color="auto"/>
                <w:bottom w:val="none" w:sz="0" w:space="0" w:color="auto"/>
                <w:right w:val="none" w:sz="0" w:space="0" w:color="auto"/>
              </w:divBdr>
              <w:divsChild>
                <w:div w:id="1556816013">
                  <w:marLeft w:val="0"/>
                  <w:marRight w:val="0"/>
                  <w:marTop w:val="0"/>
                  <w:marBottom w:val="0"/>
                  <w:divBdr>
                    <w:top w:val="none" w:sz="0" w:space="0" w:color="auto"/>
                    <w:left w:val="none" w:sz="0" w:space="0" w:color="auto"/>
                    <w:bottom w:val="none" w:sz="0" w:space="0" w:color="auto"/>
                    <w:right w:val="none" w:sz="0" w:space="0" w:color="auto"/>
                  </w:divBdr>
                  <w:divsChild>
                    <w:div w:id="680662363">
                      <w:marLeft w:val="0"/>
                      <w:marRight w:val="0"/>
                      <w:marTop w:val="0"/>
                      <w:marBottom w:val="0"/>
                      <w:divBdr>
                        <w:top w:val="none" w:sz="0" w:space="0" w:color="auto"/>
                        <w:left w:val="none" w:sz="0" w:space="0" w:color="auto"/>
                        <w:bottom w:val="none" w:sz="0" w:space="0" w:color="auto"/>
                        <w:right w:val="none" w:sz="0" w:space="0" w:color="auto"/>
                      </w:divBdr>
                      <w:divsChild>
                        <w:div w:id="174078547">
                          <w:marLeft w:val="0"/>
                          <w:marRight w:val="0"/>
                          <w:marTop w:val="0"/>
                          <w:marBottom w:val="0"/>
                          <w:divBdr>
                            <w:top w:val="none" w:sz="0" w:space="0" w:color="auto"/>
                            <w:left w:val="none" w:sz="0" w:space="0" w:color="auto"/>
                            <w:bottom w:val="none" w:sz="0" w:space="0" w:color="auto"/>
                            <w:right w:val="none" w:sz="0" w:space="0" w:color="auto"/>
                          </w:divBdr>
                          <w:divsChild>
                            <w:div w:id="181671124">
                              <w:marLeft w:val="0"/>
                              <w:marRight w:val="0"/>
                              <w:marTop w:val="0"/>
                              <w:marBottom w:val="0"/>
                              <w:divBdr>
                                <w:top w:val="none" w:sz="0" w:space="0" w:color="auto"/>
                                <w:left w:val="none" w:sz="0" w:space="0" w:color="auto"/>
                                <w:bottom w:val="none" w:sz="0" w:space="0" w:color="auto"/>
                                <w:right w:val="none" w:sz="0" w:space="0" w:color="auto"/>
                              </w:divBdr>
                              <w:divsChild>
                                <w:div w:id="1799298267">
                                  <w:marLeft w:val="0"/>
                                  <w:marRight w:val="0"/>
                                  <w:marTop w:val="0"/>
                                  <w:marBottom w:val="0"/>
                                  <w:divBdr>
                                    <w:top w:val="none" w:sz="0" w:space="0" w:color="auto"/>
                                    <w:left w:val="none" w:sz="0" w:space="0" w:color="auto"/>
                                    <w:bottom w:val="none" w:sz="0" w:space="0" w:color="auto"/>
                                    <w:right w:val="none" w:sz="0" w:space="0" w:color="auto"/>
                                  </w:divBdr>
                                  <w:divsChild>
                                    <w:div w:id="474879297">
                                      <w:marLeft w:val="0"/>
                                      <w:marRight w:val="0"/>
                                      <w:marTop w:val="0"/>
                                      <w:marBottom w:val="0"/>
                                      <w:divBdr>
                                        <w:top w:val="none" w:sz="0" w:space="0" w:color="auto"/>
                                        <w:left w:val="none" w:sz="0" w:space="0" w:color="auto"/>
                                        <w:bottom w:val="none" w:sz="0" w:space="0" w:color="auto"/>
                                        <w:right w:val="none" w:sz="0" w:space="0" w:color="auto"/>
                                      </w:divBdr>
                                      <w:divsChild>
                                        <w:div w:id="1171288506">
                                          <w:marLeft w:val="0"/>
                                          <w:marRight w:val="0"/>
                                          <w:marTop w:val="0"/>
                                          <w:marBottom w:val="0"/>
                                          <w:divBdr>
                                            <w:top w:val="none" w:sz="0" w:space="0" w:color="auto"/>
                                            <w:left w:val="none" w:sz="0" w:space="0" w:color="auto"/>
                                            <w:bottom w:val="none" w:sz="0" w:space="0" w:color="auto"/>
                                            <w:right w:val="none" w:sz="0" w:space="0" w:color="auto"/>
                                          </w:divBdr>
                                          <w:divsChild>
                                            <w:div w:id="920600365">
                                              <w:marLeft w:val="0"/>
                                              <w:marRight w:val="0"/>
                                              <w:marTop w:val="0"/>
                                              <w:marBottom w:val="0"/>
                                              <w:divBdr>
                                                <w:top w:val="none" w:sz="0" w:space="0" w:color="auto"/>
                                                <w:left w:val="none" w:sz="0" w:space="0" w:color="auto"/>
                                                <w:bottom w:val="none" w:sz="0" w:space="0" w:color="auto"/>
                                                <w:right w:val="none" w:sz="0" w:space="0" w:color="auto"/>
                                              </w:divBdr>
                                              <w:divsChild>
                                                <w:div w:id="1745570619">
                                                  <w:marLeft w:val="0"/>
                                                  <w:marRight w:val="0"/>
                                                  <w:marTop w:val="0"/>
                                                  <w:marBottom w:val="0"/>
                                                  <w:divBdr>
                                                    <w:top w:val="none" w:sz="0" w:space="0" w:color="auto"/>
                                                    <w:left w:val="none" w:sz="0" w:space="0" w:color="auto"/>
                                                    <w:bottom w:val="none" w:sz="0" w:space="0" w:color="auto"/>
                                                    <w:right w:val="none" w:sz="0" w:space="0" w:color="auto"/>
                                                  </w:divBdr>
                                                  <w:divsChild>
                                                    <w:div w:id="1247688290">
                                                      <w:marLeft w:val="0"/>
                                                      <w:marRight w:val="0"/>
                                                      <w:marTop w:val="0"/>
                                                      <w:marBottom w:val="0"/>
                                                      <w:divBdr>
                                                        <w:top w:val="none" w:sz="0" w:space="0" w:color="auto"/>
                                                        <w:left w:val="none" w:sz="0" w:space="0" w:color="auto"/>
                                                        <w:bottom w:val="none" w:sz="0" w:space="0" w:color="auto"/>
                                                        <w:right w:val="none" w:sz="0" w:space="0" w:color="auto"/>
                                                      </w:divBdr>
                                                      <w:divsChild>
                                                        <w:div w:id="2126382382">
                                                          <w:marLeft w:val="0"/>
                                                          <w:marRight w:val="0"/>
                                                          <w:marTop w:val="0"/>
                                                          <w:marBottom w:val="0"/>
                                                          <w:divBdr>
                                                            <w:top w:val="none" w:sz="0" w:space="0" w:color="auto"/>
                                                            <w:left w:val="none" w:sz="0" w:space="0" w:color="auto"/>
                                                            <w:bottom w:val="none" w:sz="0" w:space="0" w:color="auto"/>
                                                            <w:right w:val="none" w:sz="0" w:space="0" w:color="auto"/>
                                                          </w:divBdr>
                                                          <w:divsChild>
                                                            <w:div w:id="370233516">
                                                              <w:marLeft w:val="0"/>
                                                              <w:marRight w:val="0"/>
                                                              <w:marTop w:val="0"/>
                                                              <w:marBottom w:val="0"/>
                                                              <w:divBdr>
                                                                <w:top w:val="none" w:sz="0" w:space="0" w:color="auto"/>
                                                                <w:left w:val="none" w:sz="0" w:space="0" w:color="auto"/>
                                                                <w:bottom w:val="none" w:sz="0" w:space="0" w:color="auto"/>
                                                                <w:right w:val="none" w:sz="0" w:space="0" w:color="auto"/>
                                                              </w:divBdr>
                                                              <w:divsChild>
                                                                <w:div w:id="207284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5462358">
      <w:bodyDiv w:val="1"/>
      <w:marLeft w:val="0"/>
      <w:marRight w:val="0"/>
      <w:marTop w:val="0"/>
      <w:marBottom w:val="0"/>
      <w:divBdr>
        <w:top w:val="none" w:sz="0" w:space="0" w:color="auto"/>
        <w:left w:val="none" w:sz="0" w:space="0" w:color="auto"/>
        <w:bottom w:val="none" w:sz="0" w:space="0" w:color="auto"/>
        <w:right w:val="none" w:sz="0" w:space="0" w:color="auto"/>
      </w:divBdr>
      <w:divsChild>
        <w:div w:id="1909917554">
          <w:marLeft w:val="0"/>
          <w:marRight w:val="0"/>
          <w:marTop w:val="0"/>
          <w:marBottom w:val="0"/>
          <w:divBdr>
            <w:top w:val="none" w:sz="0" w:space="0" w:color="auto"/>
            <w:left w:val="none" w:sz="0" w:space="0" w:color="auto"/>
            <w:bottom w:val="none" w:sz="0" w:space="0" w:color="auto"/>
            <w:right w:val="none" w:sz="0" w:space="0" w:color="auto"/>
          </w:divBdr>
          <w:divsChild>
            <w:div w:id="1743916693">
              <w:marLeft w:val="0"/>
              <w:marRight w:val="0"/>
              <w:marTop w:val="0"/>
              <w:marBottom w:val="0"/>
              <w:divBdr>
                <w:top w:val="none" w:sz="0" w:space="0" w:color="auto"/>
                <w:left w:val="none" w:sz="0" w:space="0" w:color="auto"/>
                <w:bottom w:val="none" w:sz="0" w:space="0" w:color="auto"/>
                <w:right w:val="none" w:sz="0" w:space="0" w:color="auto"/>
              </w:divBdr>
              <w:divsChild>
                <w:div w:id="1958175046">
                  <w:marLeft w:val="0"/>
                  <w:marRight w:val="0"/>
                  <w:marTop w:val="0"/>
                  <w:marBottom w:val="0"/>
                  <w:divBdr>
                    <w:top w:val="none" w:sz="0" w:space="0" w:color="auto"/>
                    <w:left w:val="none" w:sz="0" w:space="0" w:color="auto"/>
                    <w:bottom w:val="none" w:sz="0" w:space="0" w:color="auto"/>
                    <w:right w:val="none" w:sz="0" w:space="0" w:color="auto"/>
                  </w:divBdr>
                  <w:divsChild>
                    <w:div w:id="869880687">
                      <w:marLeft w:val="0"/>
                      <w:marRight w:val="0"/>
                      <w:marTop w:val="0"/>
                      <w:marBottom w:val="0"/>
                      <w:divBdr>
                        <w:top w:val="none" w:sz="0" w:space="0" w:color="auto"/>
                        <w:left w:val="none" w:sz="0" w:space="0" w:color="auto"/>
                        <w:bottom w:val="none" w:sz="0" w:space="0" w:color="auto"/>
                        <w:right w:val="none" w:sz="0" w:space="0" w:color="auto"/>
                      </w:divBdr>
                      <w:divsChild>
                        <w:div w:id="459998963">
                          <w:marLeft w:val="0"/>
                          <w:marRight w:val="0"/>
                          <w:marTop w:val="0"/>
                          <w:marBottom w:val="0"/>
                          <w:divBdr>
                            <w:top w:val="none" w:sz="0" w:space="0" w:color="auto"/>
                            <w:left w:val="none" w:sz="0" w:space="0" w:color="auto"/>
                            <w:bottom w:val="none" w:sz="0" w:space="0" w:color="auto"/>
                            <w:right w:val="none" w:sz="0" w:space="0" w:color="auto"/>
                          </w:divBdr>
                          <w:divsChild>
                            <w:div w:id="1281960193">
                              <w:marLeft w:val="0"/>
                              <w:marRight w:val="0"/>
                              <w:marTop w:val="0"/>
                              <w:marBottom w:val="0"/>
                              <w:divBdr>
                                <w:top w:val="none" w:sz="0" w:space="0" w:color="auto"/>
                                <w:left w:val="none" w:sz="0" w:space="0" w:color="auto"/>
                                <w:bottom w:val="none" w:sz="0" w:space="0" w:color="auto"/>
                                <w:right w:val="none" w:sz="0" w:space="0" w:color="auto"/>
                              </w:divBdr>
                              <w:divsChild>
                                <w:div w:id="1909025651">
                                  <w:marLeft w:val="0"/>
                                  <w:marRight w:val="0"/>
                                  <w:marTop w:val="0"/>
                                  <w:marBottom w:val="0"/>
                                  <w:divBdr>
                                    <w:top w:val="none" w:sz="0" w:space="0" w:color="auto"/>
                                    <w:left w:val="none" w:sz="0" w:space="0" w:color="auto"/>
                                    <w:bottom w:val="none" w:sz="0" w:space="0" w:color="auto"/>
                                    <w:right w:val="none" w:sz="0" w:space="0" w:color="auto"/>
                                  </w:divBdr>
                                  <w:divsChild>
                                    <w:div w:id="165714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341876">
      <w:bodyDiv w:val="1"/>
      <w:marLeft w:val="0"/>
      <w:marRight w:val="0"/>
      <w:marTop w:val="0"/>
      <w:marBottom w:val="0"/>
      <w:divBdr>
        <w:top w:val="none" w:sz="0" w:space="0" w:color="auto"/>
        <w:left w:val="none" w:sz="0" w:space="0" w:color="auto"/>
        <w:bottom w:val="none" w:sz="0" w:space="0" w:color="auto"/>
        <w:right w:val="none" w:sz="0" w:space="0" w:color="auto"/>
      </w:divBdr>
    </w:div>
    <w:div w:id="853227405">
      <w:bodyDiv w:val="1"/>
      <w:marLeft w:val="0"/>
      <w:marRight w:val="0"/>
      <w:marTop w:val="0"/>
      <w:marBottom w:val="0"/>
      <w:divBdr>
        <w:top w:val="none" w:sz="0" w:space="0" w:color="auto"/>
        <w:left w:val="none" w:sz="0" w:space="0" w:color="auto"/>
        <w:bottom w:val="none" w:sz="0" w:space="0" w:color="auto"/>
        <w:right w:val="none" w:sz="0" w:space="0" w:color="auto"/>
      </w:divBdr>
    </w:div>
    <w:div w:id="865482569">
      <w:bodyDiv w:val="1"/>
      <w:marLeft w:val="0"/>
      <w:marRight w:val="0"/>
      <w:marTop w:val="0"/>
      <w:marBottom w:val="0"/>
      <w:divBdr>
        <w:top w:val="none" w:sz="0" w:space="0" w:color="auto"/>
        <w:left w:val="none" w:sz="0" w:space="0" w:color="auto"/>
        <w:bottom w:val="none" w:sz="0" w:space="0" w:color="auto"/>
        <w:right w:val="none" w:sz="0" w:space="0" w:color="auto"/>
      </w:divBdr>
    </w:div>
    <w:div w:id="891648895">
      <w:bodyDiv w:val="1"/>
      <w:marLeft w:val="0"/>
      <w:marRight w:val="0"/>
      <w:marTop w:val="0"/>
      <w:marBottom w:val="0"/>
      <w:divBdr>
        <w:top w:val="none" w:sz="0" w:space="0" w:color="auto"/>
        <w:left w:val="none" w:sz="0" w:space="0" w:color="auto"/>
        <w:bottom w:val="none" w:sz="0" w:space="0" w:color="auto"/>
        <w:right w:val="none" w:sz="0" w:space="0" w:color="auto"/>
      </w:divBdr>
    </w:div>
    <w:div w:id="891775525">
      <w:bodyDiv w:val="1"/>
      <w:marLeft w:val="0"/>
      <w:marRight w:val="0"/>
      <w:marTop w:val="0"/>
      <w:marBottom w:val="0"/>
      <w:divBdr>
        <w:top w:val="none" w:sz="0" w:space="0" w:color="auto"/>
        <w:left w:val="none" w:sz="0" w:space="0" w:color="auto"/>
        <w:bottom w:val="none" w:sz="0" w:space="0" w:color="auto"/>
        <w:right w:val="none" w:sz="0" w:space="0" w:color="auto"/>
      </w:divBdr>
    </w:div>
    <w:div w:id="953557945">
      <w:bodyDiv w:val="1"/>
      <w:marLeft w:val="0"/>
      <w:marRight w:val="0"/>
      <w:marTop w:val="0"/>
      <w:marBottom w:val="0"/>
      <w:divBdr>
        <w:top w:val="none" w:sz="0" w:space="0" w:color="auto"/>
        <w:left w:val="none" w:sz="0" w:space="0" w:color="auto"/>
        <w:bottom w:val="none" w:sz="0" w:space="0" w:color="auto"/>
        <w:right w:val="none" w:sz="0" w:space="0" w:color="auto"/>
      </w:divBdr>
    </w:div>
    <w:div w:id="960573293">
      <w:bodyDiv w:val="1"/>
      <w:marLeft w:val="0"/>
      <w:marRight w:val="0"/>
      <w:marTop w:val="0"/>
      <w:marBottom w:val="0"/>
      <w:divBdr>
        <w:top w:val="none" w:sz="0" w:space="0" w:color="auto"/>
        <w:left w:val="none" w:sz="0" w:space="0" w:color="auto"/>
        <w:bottom w:val="none" w:sz="0" w:space="0" w:color="auto"/>
        <w:right w:val="none" w:sz="0" w:space="0" w:color="auto"/>
      </w:divBdr>
    </w:div>
    <w:div w:id="1054157943">
      <w:bodyDiv w:val="1"/>
      <w:marLeft w:val="0"/>
      <w:marRight w:val="0"/>
      <w:marTop w:val="0"/>
      <w:marBottom w:val="0"/>
      <w:divBdr>
        <w:top w:val="none" w:sz="0" w:space="0" w:color="auto"/>
        <w:left w:val="none" w:sz="0" w:space="0" w:color="auto"/>
        <w:bottom w:val="none" w:sz="0" w:space="0" w:color="auto"/>
        <w:right w:val="none" w:sz="0" w:space="0" w:color="auto"/>
      </w:divBdr>
    </w:div>
    <w:div w:id="1067338566">
      <w:bodyDiv w:val="1"/>
      <w:marLeft w:val="0"/>
      <w:marRight w:val="0"/>
      <w:marTop w:val="0"/>
      <w:marBottom w:val="0"/>
      <w:divBdr>
        <w:top w:val="none" w:sz="0" w:space="0" w:color="auto"/>
        <w:left w:val="none" w:sz="0" w:space="0" w:color="auto"/>
        <w:bottom w:val="none" w:sz="0" w:space="0" w:color="auto"/>
        <w:right w:val="none" w:sz="0" w:space="0" w:color="auto"/>
      </w:divBdr>
    </w:div>
    <w:div w:id="1077284937">
      <w:bodyDiv w:val="1"/>
      <w:marLeft w:val="0"/>
      <w:marRight w:val="0"/>
      <w:marTop w:val="0"/>
      <w:marBottom w:val="0"/>
      <w:divBdr>
        <w:top w:val="none" w:sz="0" w:space="0" w:color="auto"/>
        <w:left w:val="none" w:sz="0" w:space="0" w:color="auto"/>
        <w:bottom w:val="none" w:sz="0" w:space="0" w:color="auto"/>
        <w:right w:val="none" w:sz="0" w:space="0" w:color="auto"/>
      </w:divBdr>
    </w:div>
    <w:div w:id="1115096865">
      <w:bodyDiv w:val="1"/>
      <w:marLeft w:val="0"/>
      <w:marRight w:val="0"/>
      <w:marTop w:val="0"/>
      <w:marBottom w:val="0"/>
      <w:divBdr>
        <w:top w:val="none" w:sz="0" w:space="0" w:color="auto"/>
        <w:left w:val="none" w:sz="0" w:space="0" w:color="auto"/>
        <w:bottom w:val="none" w:sz="0" w:space="0" w:color="auto"/>
        <w:right w:val="none" w:sz="0" w:space="0" w:color="auto"/>
      </w:divBdr>
    </w:div>
    <w:div w:id="1214343699">
      <w:bodyDiv w:val="1"/>
      <w:marLeft w:val="0"/>
      <w:marRight w:val="0"/>
      <w:marTop w:val="0"/>
      <w:marBottom w:val="0"/>
      <w:divBdr>
        <w:top w:val="none" w:sz="0" w:space="0" w:color="auto"/>
        <w:left w:val="none" w:sz="0" w:space="0" w:color="auto"/>
        <w:bottom w:val="none" w:sz="0" w:space="0" w:color="auto"/>
        <w:right w:val="none" w:sz="0" w:space="0" w:color="auto"/>
      </w:divBdr>
    </w:div>
    <w:div w:id="1245996337">
      <w:bodyDiv w:val="1"/>
      <w:marLeft w:val="0"/>
      <w:marRight w:val="0"/>
      <w:marTop w:val="0"/>
      <w:marBottom w:val="0"/>
      <w:divBdr>
        <w:top w:val="none" w:sz="0" w:space="0" w:color="auto"/>
        <w:left w:val="none" w:sz="0" w:space="0" w:color="auto"/>
        <w:bottom w:val="none" w:sz="0" w:space="0" w:color="auto"/>
        <w:right w:val="none" w:sz="0" w:space="0" w:color="auto"/>
      </w:divBdr>
    </w:div>
    <w:div w:id="1256406213">
      <w:bodyDiv w:val="1"/>
      <w:marLeft w:val="0"/>
      <w:marRight w:val="0"/>
      <w:marTop w:val="0"/>
      <w:marBottom w:val="0"/>
      <w:divBdr>
        <w:top w:val="none" w:sz="0" w:space="0" w:color="auto"/>
        <w:left w:val="none" w:sz="0" w:space="0" w:color="auto"/>
        <w:bottom w:val="none" w:sz="0" w:space="0" w:color="auto"/>
        <w:right w:val="none" w:sz="0" w:space="0" w:color="auto"/>
      </w:divBdr>
    </w:div>
    <w:div w:id="1280452967">
      <w:bodyDiv w:val="1"/>
      <w:marLeft w:val="0"/>
      <w:marRight w:val="0"/>
      <w:marTop w:val="0"/>
      <w:marBottom w:val="0"/>
      <w:divBdr>
        <w:top w:val="none" w:sz="0" w:space="0" w:color="auto"/>
        <w:left w:val="none" w:sz="0" w:space="0" w:color="auto"/>
        <w:bottom w:val="none" w:sz="0" w:space="0" w:color="auto"/>
        <w:right w:val="none" w:sz="0" w:space="0" w:color="auto"/>
      </w:divBdr>
    </w:div>
    <w:div w:id="1286429641">
      <w:bodyDiv w:val="1"/>
      <w:marLeft w:val="0"/>
      <w:marRight w:val="0"/>
      <w:marTop w:val="0"/>
      <w:marBottom w:val="0"/>
      <w:divBdr>
        <w:top w:val="none" w:sz="0" w:space="0" w:color="auto"/>
        <w:left w:val="none" w:sz="0" w:space="0" w:color="auto"/>
        <w:bottom w:val="none" w:sz="0" w:space="0" w:color="auto"/>
        <w:right w:val="none" w:sz="0" w:space="0" w:color="auto"/>
      </w:divBdr>
      <w:divsChild>
        <w:div w:id="1738627881">
          <w:marLeft w:val="0"/>
          <w:marRight w:val="0"/>
          <w:marTop w:val="0"/>
          <w:marBottom w:val="0"/>
          <w:divBdr>
            <w:top w:val="none" w:sz="0" w:space="0" w:color="auto"/>
            <w:left w:val="none" w:sz="0" w:space="0" w:color="auto"/>
            <w:bottom w:val="none" w:sz="0" w:space="0" w:color="auto"/>
            <w:right w:val="none" w:sz="0" w:space="0" w:color="auto"/>
          </w:divBdr>
          <w:divsChild>
            <w:div w:id="1595938670">
              <w:marLeft w:val="0"/>
              <w:marRight w:val="0"/>
              <w:marTop w:val="0"/>
              <w:marBottom w:val="0"/>
              <w:divBdr>
                <w:top w:val="none" w:sz="0" w:space="0" w:color="auto"/>
                <w:left w:val="none" w:sz="0" w:space="0" w:color="auto"/>
                <w:bottom w:val="none" w:sz="0" w:space="0" w:color="auto"/>
                <w:right w:val="none" w:sz="0" w:space="0" w:color="auto"/>
              </w:divBdr>
              <w:divsChild>
                <w:div w:id="2009477416">
                  <w:marLeft w:val="0"/>
                  <w:marRight w:val="0"/>
                  <w:marTop w:val="0"/>
                  <w:marBottom w:val="0"/>
                  <w:divBdr>
                    <w:top w:val="none" w:sz="0" w:space="0" w:color="auto"/>
                    <w:left w:val="none" w:sz="0" w:space="0" w:color="auto"/>
                    <w:bottom w:val="none" w:sz="0" w:space="0" w:color="auto"/>
                    <w:right w:val="none" w:sz="0" w:space="0" w:color="auto"/>
                  </w:divBdr>
                  <w:divsChild>
                    <w:div w:id="1193804516">
                      <w:marLeft w:val="0"/>
                      <w:marRight w:val="0"/>
                      <w:marTop w:val="0"/>
                      <w:marBottom w:val="0"/>
                      <w:divBdr>
                        <w:top w:val="none" w:sz="0" w:space="0" w:color="auto"/>
                        <w:left w:val="none" w:sz="0" w:space="0" w:color="auto"/>
                        <w:bottom w:val="none" w:sz="0" w:space="0" w:color="auto"/>
                        <w:right w:val="none" w:sz="0" w:space="0" w:color="auto"/>
                      </w:divBdr>
                      <w:divsChild>
                        <w:div w:id="972710767">
                          <w:marLeft w:val="0"/>
                          <w:marRight w:val="0"/>
                          <w:marTop w:val="0"/>
                          <w:marBottom w:val="0"/>
                          <w:divBdr>
                            <w:top w:val="none" w:sz="0" w:space="0" w:color="auto"/>
                            <w:left w:val="none" w:sz="0" w:space="0" w:color="auto"/>
                            <w:bottom w:val="none" w:sz="0" w:space="0" w:color="auto"/>
                            <w:right w:val="none" w:sz="0" w:space="0" w:color="auto"/>
                          </w:divBdr>
                          <w:divsChild>
                            <w:div w:id="1560898098">
                              <w:marLeft w:val="0"/>
                              <w:marRight w:val="0"/>
                              <w:marTop w:val="0"/>
                              <w:marBottom w:val="0"/>
                              <w:divBdr>
                                <w:top w:val="none" w:sz="0" w:space="0" w:color="auto"/>
                                <w:left w:val="none" w:sz="0" w:space="0" w:color="auto"/>
                                <w:bottom w:val="none" w:sz="0" w:space="0" w:color="auto"/>
                                <w:right w:val="none" w:sz="0" w:space="0" w:color="auto"/>
                              </w:divBdr>
                              <w:divsChild>
                                <w:div w:id="1534536082">
                                  <w:marLeft w:val="0"/>
                                  <w:marRight w:val="0"/>
                                  <w:marTop w:val="0"/>
                                  <w:marBottom w:val="0"/>
                                  <w:divBdr>
                                    <w:top w:val="none" w:sz="0" w:space="0" w:color="auto"/>
                                    <w:left w:val="none" w:sz="0" w:space="0" w:color="auto"/>
                                    <w:bottom w:val="none" w:sz="0" w:space="0" w:color="auto"/>
                                    <w:right w:val="none" w:sz="0" w:space="0" w:color="auto"/>
                                  </w:divBdr>
                                  <w:divsChild>
                                    <w:div w:id="4224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854866">
      <w:bodyDiv w:val="1"/>
      <w:marLeft w:val="0"/>
      <w:marRight w:val="0"/>
      <w:marTop w:val="0"/>
      <w:marBottom w:val="0"/>
      <w:divBdr>
        <w:top w:val="none" w:sz="0" w:space="0" w:color="auto"/>
        <w:left w:val="none" w:sz="0" w:space="0" w:color="auto"/>
        <w:bottom w:val="none" w:sz="0" w:space="0" w:color="auto"/>
        <w:right w:val="none" w:sz="0" w:space="0" w:color="auto"/>
      </w:divBdr>
    </w:div>
    <w:div w:id="1288241572">
      <w:bodyDiv w:val="1"/>
      <w:marLeft w:val="0"/>
      <w:marRight w:val="0"/>
      <w:marTop w:val="0"/>
      <w:marBottom w:val="0"/>
      <w:divBdr>
        <w:top w:val="none" w:sz="0" w:space="0" w:color="auto"/>
        <w:left w:val="none" w:sz="0" w:space="0" w:color="auto"/>
        <w:bottom w:val="none" w:sz="0" w:space="0" w:color="auto"/>
        <w:right w:val="none" w:sz="0" w:space="0" w:color="auto"/>
      </w:divBdr>
    </w:div>
    <w:div w:id="1289705265">
      <w:bodyDiv w:val="1"/>
      <w:marLeft w:val="0"/>
      <w:marRight w:val="0"/>
      <w:marTop w:val="0"/>
      <w:marBottom w:val="0"/>
      <w:divBdr>
        <w:top w:val="none" w:sz="0" w:space="0" w:color="auto"/>
        <w:left w:val="none" w:sz="0" w:space="0" w:color="auto"/>
        <w:bottom w:val="none" w:sz="0" w:space="0" w:color="auto"/>
        <w:right w:val="none" w:sz="0" w:space="0" w:color="auto"/>
      </w:divBdr>
    </w:div>
    <w:div w:id="1301232942">
      <w:bodyDiv w:val="1"/>
      <w:marLeft w:val="0"/>
      <w:marRight w:val="0"/>
      <w:marTop w:val="0"/>
      <w:marBottom w:val="0"/>
      <w:divBdr>
        <w:top w:val="none" w:sz="0" w:space="0" w:color="auto"/>
        <w:left w:val="none" w:sz="0" w:space="0" w:color="auto"/>
        <w:bottom w:val="none" w:sz="0" w:space="0" w:color="auto"/>
        <w:right w:val="none" w:sz="0" w:space="0" w:color="auto"/>
      </w:divBdr>
      <w:divsChild>
        <w:div w:id="743836671">
          <w:marLeft w:val="0"/>
          <w:marRight w:val="0"/>
          <w:marTop w:val="0"/>
          <w:marBottom w:val="0"/>
          <w:divBdr>
            <w:top w:val="none" w:sz="0" w:space="0" w:color="auto"/>
            <w:left w:val="none" w:sz="0" w:space="0" w:color="auto"/>
            <w:bottom w:val="none" w:sz="0" w:space="0" w:color="auto"/>
            <w:right w:val="none" w:sz="0" w:space="0" w:color="auto"/>
          </w:divBdr>
          <w:divsChild>
            <w:div w:id="896086561">
              <w:marLeft w:val="0"/>
              <w:marRight w:val="0"/>
              <w:marTop w:val="0"/>
              <w:marBottom w:val="0"/>
              <w:divBdr>
                <w:top w:val="none" w:sz="0" w:space="0" w:color="auto"/>
                <w:left w:val="none" w:sz="0" w:space="0" w:color="auto"/>
                <w:bottom w:val="none" w:sz="0" w:space="0" w:color="auto"/>
                <w:right w:val="none" w:sz="0" w:space="0" w:color="auto"/>
              </w:divBdr>
              <w:divsChild>
                <w:div w:id="1573084698">
                  <w:marLeft w:val="0"/>
                  <w:marRight w:val="0"/>
                  <w:marTop w:val="0"/>
                  <w:marBottom w:val="0"/>
                  <w:divBdr>
                    <w:top w:val="none" w:sz="0" w:space="0" w:color="auto"/>
                    <w:left w:val="none" w:sz="0" w:space="0" w:color="auto"/>
                    <w:bottom w:val="none" w:sz="0" w:space="0" w:color="auto"/>
                    <w:right w:val="none" w:sz="0" w:space="0" w:color="auto"/>
                  </w:divBdr>
                  <w:divsChild>
                    <w:div w:id="955872880">
                      <w:marLeft w:val="0"/>
                      <w:marRight w:val="0"/>
                      <w:marTop w:val="0"/>
                      <w:marBottom w:val="0"/>
                      <w:divBdr>
                        <w:top w:val="none" w:sz="0" w:space="0" w:color="auto"/>
                        <w:left w:val="none" w:sz="0" w:space="0" w:color="auto"/>
                        <w:bottom w:val="none" w:sz="0" w:space="0" w:color="auto"/>
                        <w:right w:val="none" w:sz="0" w:space="0" w:color="auto"/>
                      </w:divBdr>
                      <w:divsChild>
                        <w:div w:id="377825454">
                          <w:marLeft w:val="0"/>
                          <w:marRight w:val="0"/>
                          <w:marTop w:val="0"/>
                          <w:marBottom w:val="0"/>
                          <w:divBdr>
                            <w:top w:val="none" w:sz="0" w:space="0" w:color="auto"/>
                            <w:left w:val="none" w:sz="0" w:space="0" w:color="auto"/>
                            <w:bottom w:val="none" w:sz="0" w:space="0" w:color="auto"/>
                            <w:right w:val="none" w:sz="0" w:space="0" w:color="auto"/>
                          </w:divBdr>
                          <w:divsChild>
                            <w:div w:id="1650592109">
                              <w:marLeft w:val="0"/>
                              <w:marRight w:val="0"/>
                              <w:marTop w:val="0"/>
                              <w:marBottom w:val="0"/>
                              <w:divBdr>
                                <w:top w:val="none" w:sz="0" w:space="0" w:color="auto"/>
                                <w:left w:val="none" w:sz="0" w:space="0" w:color="auto"/>
                                <w:bottom w:val="none" w:sz="0" w:space="0" w:color="auto"/>
                                <w:right w:val="none" w:sz="0" w:space="0" w:color="auto"/>
                              </w:divBdr>
                              <w:divsChild>
                                <w:div w:id="189799455">
                                  <w:marLeft w:val="0"/>
                                  <w:marRight w:val="0"/>
                                  <w:marTop w:val="0"/>
                                  <w:marBottom w:val="0"/>
                                  <w:divBdr>
                                    <w:top w:val="none" w:sz="0" w:space="0" w:color="auto"/>
                                    <w:left w:val="none" w:sz="0" w:space="0" w:color="auto"/>
                                    <w:bottom w:val="none" w:sz="0" w:space="0" w:color="auto"/>
                                    <w:right w:val="none" w:sz="0" w:space="0" w:color="auto"/>
                                  </w:divBdr>
                                  <w:divsChild>
                                    <w:div w:id="1939024359">
                                      <w:marLeft w:val="0"/>
                                      <w:marRight w:val="0"/>
                                      <w:marTop w:val="0"/>
                                      <w:marBottom w:val="0"/>
                                      <w:divBdr>
                                        <w:top w:val="none" w:sz="0" w:space="0" w:color="auto"/>
                                        <w:left w:val="none" w:sz="0" w:space="0" w:color="auto"/>
                                        <w:bottom w:val="none" w:sz="0" w:space="0" w:color="auto"/>
                                        <w:right w:val="none" w:sz="0" w:space="0" w:color="auto"/>
                                      </w:divBdr>
                                      <w:divsChild>
                                        <w:div w:id="1098866551">
                                          <w:marLeft w:val="0"/>
                                          <w:marRight w:val="0"/>
                                          <w:marTop w:val="0"/>
                                          <w:marBottom w:val="0"/>
                                          <w:divBdr>
                                            <w:top w:val="none" w:sz="0" w:space="0" w:color="auto"/>
                                            <w:left w:val="none" w:sz="0" w:space="0" w:color="auto"/>
                                            <w:bottom w:val="none" w:sz="0" w:space="0" w:color="auto"/>
                                            <w:right w:val="none" w:sz="0" w:space="0" w:color="auto"/>
                                          </w:divBdr>
                                          <w:divsChild>
                                            <w:div w:id="441463653">
                                              <w:marLeft w:val="0"/>
                                              <w:marRight w:val="0"/>
                                              <w:marTop w:val="0"/>
                                              <w:marBottom w:val="0"/>
                                              <w:divBdr>
                                                <w:top w:val="none" w:sz="0" w:space="0" w:color="auto"/>
                                                <w:left w:val="none" w:sz="0" w:space="0" w:color="auto"/>
                                                <w:bottom w:val="none" w:sz="0" w:space="0" w:color="auto"/>
                                                <w:right w:val="none" w:sz="0" w:space="0" w:color="auto"/>
                                              </w:divBdr>
                                              <w:divsChild>
                                                <w:div w:id="688338902">
                                                  <w:marLeft w:val="0"/>
                                                  <w:marRight w:val="0"/>
                                                  <w:marTop w:val="0"/>
                                                  <w:marBottom w:val="0"/>
                                                  <w:divBdr>
                                                    <w:top w:val="none" w:sz="0" w:space="0" w:color="auto"/>
                                                    <w:left w:val="none" w:sz="0" w:space="0" w:color="auto"/>
                                                    <w:bottom w:val="none" w:sz="0" w:space="0" w:color="auto"/>
                                                    <w:right w:val="none" w:sz="0" w:space="0" w:color="auto"/>
                                                  </w:divBdr>
                                                  <w:divsChild>
                                                    <w:div w:id="528883565">
                                                      <w:marLeft w:val="0"/>
                                                      <w:marRight w:val="0"/>
                                                      <w:marTop w:val="0"/>
                                                      <w:marBottom w:val="0"/>
                                                      <w:divBdr>
                                                        <w:top w:val="none" w:sz="0" w:space="0" w:color="auto"/>
                                                        <w:left w:val="none" w:sz="0" w:space="0" w:color="auto"/>
                                                        <w:bottom w:val="none" w:sz="0" w:space="0" w:color="auto"/>
                                                        <w:right w:val="none" w:sz="0" w:space="0" w:color="auto"/>
                                                      </w:divBdr>
                                                      <w:divsChild>
                                                        <w:div w:id="1927033060">
                                                          <w:marLeft w:val="0"/>
                                                          <w:marRight w:val="0"/>
                                                          <w:marTop w:val="0"/>
                                                          <w:marBottom w:val="0"/>
                                                          <w:divBdr>
                                                            <w:top w:val="none" w:sz="0" w:space="0" w:color="auto"/>
                                                            <w:left w:val="none" w:sz="0" w:space="0" w:color="auto"/>
                                                            <w:bottom w:val="none" w:sz="0" w:space="0" w:color="auto"/>
                                                            <w:right w:val="none" w:sz="0" w:space="0" w:color="auto"/>
                                                          </w:divBdr>
                                                          <w:divsChild>
                                                            <w:div w:id="1332875959">
                                                              <w:marLeft w:val="0"/>
                                                              <w:marRight w:val="0"/>
                                                              <w:marTop w:val="0"/>
                                                              <w:marBottom w:val="0"/>
                                                              <w:divBdr>
                                                                <w:top w:val="none" w:sz="0" w:space="0" w:color="auto"/>
                                                                <w:left w:val="none" w:sz="0" w:space="0" w:color="auto"/>
                                                                <w:bottom w:val="none" w:sz="0" w:space="0" w:color="auto"/>
                                                                <w:right w:val="none" w:sz="0" w:space="0" w:color="auto"/>
                                                              </w:divBdr>
                                                              <w:divsChild>
                                                                <w:div w:id="65807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5740871">
          <w:marLeft w:val="0"/>
          <w:marRight w:val="0"/>
          <w:marTop w:val="0"/>
          <w:marBottom w:val="0"/>
          <w:divBdr>
            <w:top w:val="none" w:sz="0" w:space="0" w:color="auto"/>
            <w:left w:val="none" w:sz="0" w:space="0" w:color="auto"/>
            <w:bottom w:val="none" w:sz="0" w:space="0" w:color="auto"/>
            <w:right w:val="none" w:sz="0" w:space="0" w:color="auto"/>
          </w:divBdr>
          <w:divsChild>
            <w:div w:id="2093432391">
              <w:marLeft w:val="0"/>
              <w:marRight w:val="0"/>
              <w:marTop w:val="0"/>
              <w:marBottom w:val="0"/>
              <w:divBdr>
                <w:top w:val="none" w:sz="0" w:space="0" w:color="auto"/>
                <w:left w:val="none" w:sz="0" w:space="0" w:color="auto"/>
                <w:bottom w:val="none" w:sz="0" w:space="0" w:color="auto"/>
                <w:right w:val="none" w:sz="0" w:space="0" w:color="auto"/>
              </w:divBdr>
              <w:divsChild>
                <w:div w:id="1206066788">
                  <w:marLeft w:val="0"/>
                  <w:marRight w:val="0"/>
                  <w:marTop w:val="0"/>
                  <w:marBottom w:val="0"/>
                  <w:divBdr>
                    <w:top w:val="none" w:sz="0" w:space="0" w:color="auto"/>
                    <w:left w:val="none" w:sz="0" w:space="0" w:color="auto"/>
                    <w:bottom w:val="none" w:sz="0" w:space="0" w:color="auto"/>
                    <w:right w:val="none" w:sz="0" w:space="0" w:color="auto"/>
                  </w:divBdr>
                  <w:divsChild>
                    <w:div w:id="372922009">
                      <w:marLeft w:val="0"/>
                      <w:marRight w:val="0"/>
                      <w:marTop w:val="0"/>
                      <w:marBottom w:val="0"/>
                      <w:divBdr>
                        <w:top w:val="none" w:sz="0" w:space="0" w:color="auto"/>
                        <w:left w:val="none" w:sz="0" w:space="0" w:color="auto"/>
                        <w:bottom w:val="none" w:sz="0" w:space="0" w:color="auto"/>
                        <w:right w:val="none" w:sz="0" w:space="0" w:color="auto"/>
                      </w:divBdr>
                      <w:divsChild>
                        <w:div w:id="468665359">
                          <w:marLeft w:val="0"/>
                          <w:marRight w:val="0"/>
                          <w:marTop w:val="0"/>
                          <w:marBottom w:val="0"/>
                          <w:divBdr>
                            <w:top w:val="none" w:sz="0" w:space="0" w:color="auto"/>
                            <w:left w:val="none" w:sz="0" w:space="0" w:color="auto"/>
                            <w:bottom w:val="none" w:sz="0" w:space="0" w:color="auto"/>
                            <w:right w:val="none" w:sz="0" w:space="0" w:color="auto"/>
                          </w:divBdr>
                          <w:divsChild>
                            <w:div w:id="812865016">
                              <w:marLeft w:val="0"/>
                              <w:marRight w:val="0"/>
                              <w:marTop w:val="0"/>
                              <w:marBottom w:val="0"/>
                              <w:divBdr>
                                <w:top w:val="none" w:sz="0" w:space="0" w:color="auto"/>
                                <w:left w:val="none" w:sz="0" w:space="0" w:color="auto"/>
                                <w:bottom w:val="none" w:sz="0" w:space="0" w:color="auto"/>
                                <w:right w:val="none" w:sz="0" w:space="0" w:color="auto"/>
                              </w:divBdr>
                              <w:divsChild>
                                <w:div w:id="855000097">
                                  <w:marLeft w:val="0"/>
                                  <w:marRight w:val="0"/>
                                  <w:marTop w:val="0"/>
                                  <w:marBottom w:val="0"/>
                                  <w:divBdr>
                                    <w:top w:val="none" w:sz="0" w:space="0" w:color="auto"/>
                                    <w:left w:val="none" w:sz="0" w:space="0" w:color="auto"/>
                                    <w:bottom w:val="none" w:sz="0" w:space="0" w:color="auto"/>
                                    <w:right w:val="none" w:sz="0" w:space="0" w:color="auto"/>
                                  </w:divBdr>
                                  <w:divsChild>
                                    <w:div w:id="1414741364">
                                      <w:marLeft w:val="0"/>
                                      <w:marRight w:val="0"/>
                                      <w:marTop w:val="0"/>
                                      <w:marBottom w:val="0"/>
                                      <w:divBdr>
                                        <w:top w:val="none" w:sz="0" w:space="0" w:color="auto"/>
                                        <w:left w:val="none" w:sz="0" w:space="0" w:color="auto"/>
                                        <w:bottom w:val="none" w:sz="0" w:space="0" w:color="auto"/>
                                        <w:right w:val="none" w:sz="0" w:space="0" w:color="auto"/>
                                      </w:divBdr>
                                      <w:divsChild>
                                        <w:div w:id="1152715801">
                                          <w:marLeft w:val="0"/>
                                          <w:marRight w:val="0"/>
                                          <w:marTop w:val="0"/>
                                          <w:marBottom w:val="0"/>
                                          <w:divBdr>
                                            <w:top w:val="none" w:sz="0" w:space="0" w:color="auto"/>
                                            <w:left w:val="none" w:sz="0" w:space="0" w:color="auto"/>
                                            <w:bottom w:val="none" w:sz="0" w:space="0" w:color="auto"/>
                                            <w:right w:val="none" w:sz="0" w:space="0" w:color="auto"/>
                                          </w:divBdr>
                                          <w:divsChild>
                                            <w:div w:id="794716262">
                                              <w:marLeft w:val="0"/>
                                              <w:marRight w:val="0"/>
                                              <w:marTop w:val="0"/>
                                              <w:marBottom w:val="0"/>
                                              <w:divBdr>
                                                <w:top w:val="none" w:sz="0" w:space="0" w:color="auto"/>
                                                <w:left w:val="none" w:sz="0" w:space="0" w:color="auto"/>
                                                <w:bottom w:val="none" w:sz="0" w:space="0" w:color="auto"/>
                                                <w:right w:val="none" w:sz="0" w:space="0" w:color="auto"/>
                                              </w:divBdr>
                                              <w:divsChild>
                                                <w:div w:id="581959708">
                                                  <w:marLeft w:val="0"/>
                                                  <w:marRight w:val="0"/>
                                                  <w:marTop w:val="0"/>
                                                  <w:marBottom w:val="0"/>
                                                  <w:divBdr>
                                                    <w:top w:val="none" w:sz="0" w:space="0" w:color="auto"/>
                                                    <w:left w:val="none" w:sz="0" w:space="0" w:color="auto"/>
                                                    <w:bottom w:val="none" w:sz="0" w:space="0" w:color="auto"/>
                                                    <w:right w:val="none" w:sz="0" w:space="0" w:color="auto"/>
                                                  </w:divBdr>
                                                  <w:divsChild>
                                                    <w:div w:id="4275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82737">
                                          <w:marLeft w:val="0"/>
                                          <w:marRight w:val="0"/>
                                          <w:marTop w:val="0"/>
                                          <w:marBottom w:val="0"/>
                                          <w:divBdr>
                                            <w:top w:val="none" w:sz="0" w:space="0" w:color="auto"/>
                                            <w:left w:val="none" w:sz="0" w:space="0" w:color="auto"/>
                                            <w:bottom w:val="none" w:sz="0" w:space="0" w:color="auto"/>
                                            <w:right w:val="none" w:sz="0" w:space="0" w:color="auto"/>
                                          </w:divBdr>
                                          <w:divsChild>
                                            <w:div w:id="25640107">
                                              <w:marLeft w:val="0"/>
                                              <w:marRight w:val="0"/>
                                              <w:marTop w:val="0"/>
                                              <w:marBottom w:val="0"/>
                                              <w:divBdr>
                                                <w:top w:val="none" w:sz="0" w:space="0" w:color="auto"/>
                                                <w:left w:val="none" w:sz="0" w:space="0" w:color="auto"/>
                                                <w:bottom w:val="none" w:sz="0" w:space="0" w:color="auto"/>
                                                <w:right w:val="none" w:sz="0" w:space="0" w:color="auto"/>
                                              </w:divBdr>
                                              <w:divsChild>
                                                <w:div w:id="65171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9085734">
      <w:bodyDiv w:val="1"/>
      <w:marLeft w:val="0"/>
      <w:marRight w:val="0"/>
      <w:marTop w:val="0"/>
      <w:marBottom w:val="0"/>
      <w:divBdr>
        <w:top w:val="none" w:sz="0" w:space="0" w:color="auto"/>
        <w:left w:val="none" w:sz="0" w:space="0" w:color="auto"/>
        <w:bottom w:val="none" w:sz="0" w:space="0" w:color="auto"/>
        <w:right w:val="none" w:sz="0" w:space="0" w:color="auto"/>
      </w:divBdr>
    </w:div>
    <w:div w:id="1417095555">
      <w:bodyDiv w:val="1"/>
      <w:marLeft w:val="0"/>
      <w:marRight w:val="0"/>
      <w:marTop w:val="0"/>
      <w:marBottom w:val="0"/>
      <w:divBdr>
        <w:top w:val="none" w:sz="0" w:space="0" w:color="auto"/>
        <w:left w:val="none" w:sz="0" w:space="0" w:color="auto"/>
        <w:bottom w:val="none" w:sz="0" w:space="0" w:color="auto"/>
        <w:right w:val="none" w:sz="0" w:space="0" w:color="auto"/>
      </w:divBdr>
      <w:divsChild>
        <w:div w:id="1580292624">
          <w:marLeft w:val="0"/>
          <w:marRight w:val="0"/>
          <w:marTop w:val="0"/>
          <w:marBottom w:val="0"/>
          <w:divBdr>
            <w:top w:val="none" w:sz="0" w:space="0" w:color="auto"/>
            <w:left w:val="none" w:sz="0" w:space="0" w:color="auto"/>
            <w:bottom w:val="none" w:sz="0" w:space="0" w:color="auto"/>
            <w:right w:val="none" w:sz="0" w:space="0" w:color="auto"/>
          </w:divBdr>
        </w:div>
        <w:div w:id="862981897">
          <w:marLeft w:val="0"/>
          <w:marRight w:val="0"/>
          <w:marTop w:val="0"/>
          <w:marBottom w:val="0"/>
          <w:divBdr>
            <w:top w:val="none" w:sz="0" w:space="0" w:color="auto"/>
            <w:left w:val="none" w:sz="0" w:space="0" w:color="auto"/>
            <w:bottom w:val="none" w:sz="0" w:space="0" w:color="auto"/>
            <w:right w:val="none" w:sz="0" w:space="0" w:color="auto"/>
          </w:divBdr>
        </w:div>
      </w:divsChild>
    </w:div>
    <w:div w:id="1437826644">
      <w:bodyDiv w:val="1"/>
      <w:marLeft w:val="0"/>
      <w:marRight w:val="0"/>
      <w:marTop w:val="0"/>
      <w:marBottom w:val="0"/>
      <w:divBdr>
        <w:top w:val="none" w:sz="0" w:space="0" w:color="auto"/>
        <w:left w:val="none" w:sz="0" w:space="0" w:color="auto"/>
        <w:bottom w:val="none" w:sz="0" w:space="0" w:color="auto"/>
        <w:right w:val="none" w:sz="0" w:space="0" w:color="auto"/>
      </w:divBdr>
    </w:div>
    <w:div w:id="1472361038">
      <w:bodyDiv w:val="1"/>
      <w:marLeft w:val="0"/>
      <w:marRight w:val="0"/>
      <w:marTop w:val="0"/>
      <w:marBottom w:val="0"/>
      <w:divBdr>
        <w:top w:val="none" w:sz="0" w:space="0" w:color="auto"/>
        <w:left w:val="none" w:sz="0" w:space="0" w:color="auto"/>
        <w:bottom w:val="none" w:sz="0" w:space="0" w:color="auto"/>
        <w:right w:val="none" w:sz="0" w:space="0" w:color="auto"/>
      </w:divBdr>
    </w:div>
    <w:div w:id="1484854762">
      <w:bodyDiv w:val="1"/>
      <w:marLeft w:val="0"/>
      <w:marRight w:val="0"/>
      <w:marTop w:val="0"/>
      <w:marBottom w:val="0"/>
      <w:divBdr>
        <w:top w:val="none" w:sz="0" w:space="0" w:color="auto"/>
        <w:left w:val="none" w:sz="0" w:space="0" w:color="auto"/>
        <w:bottom w:val="none" w:sz="0" w:space="0" w:color="auto"/>
        <w:right w:val="none" w:sz="0" w:space="0" w:color="auto"/>
      </w:divBdr>
    </w:div>
    <w:div w:id="1502155742">
      <w:bodyDiv w:val="1"/>
      <w:marLeft w:val="0"/>
      <w:marRight w:val="0"/>
      <w:marTop w:val="0"/>
      <w:marBottom w:val="0"/>
      <w:divBdr>
        <w:top w:val="none" w:sz="0" w:space="0" w:color="auto"/>
        <w:left w:val="none" w:sz="0" w:space="0" w:color="auto"/>
        <w:bottom w:val="none" w:sz="0" w:space="0" w:color="auto"/>
        <w:right w:val="none" w:sz="0" w:space="0" w:color="auto"/>
      </w:divBdr>
    </w:div>
    <w:div w:id="1526291934">
      <w:bodyDiv w:val="1"/>
      <w:marLeft w:val="0"/>
      <w:marRight w:val="0"/>
      <w:marTop w:val="0"/>
      <w:marBottom w:val="0"/>
      <w:divBdr>
        <w:top w:val="none" w:sz="0" w:space="0" w:color="auto"/>
        <w:left w:val="none" w:sz="0" w:space="0" w:color="auto"/>
        <w:bottom w:val="none" w:sz="0" w:space="0" w:color="auto"/>
        <w:right w:val="none" w:sz="0" w:space="0" w:color="auto"/>
      </w:divBdr>
    </w:div>
    <w:div w:id="1559825576">
      <w:bodyDiv w:val="1"/>
      <w:marLeft w:val="0"/>
      <w:marRight w:val="0"/>
      <w:marTop w:val="0"/>
      <w:marBottom w:val="0"/>
      <w:divBdr>
        <w:top w:val="none" w:sz="0" w:space="0" w:color="auto"/>
        <w:left w:val="none" w:sz="0" w:space="0" w:color="auto"/>
        <w:bottom w:val="none" w:sz="0" w:space="0" w:color="auto"/>
        <w:right w:val="none" w:sz="0" w:space="0" w:color="auto"/>
      </w:divBdr>
      <w:divsChild>
        <w:div w:id="2118719650">
          <w:marLeft w:val="0"/>
          <w:marRight w:val="0"/>
          <w:marTop w:val="0"/>
          <w:marBottom w:val="0"/>
          <w:divBdr>
            <w:top w:val="none" w:sz="0" w:space="0" w:color="auto"/>
            <w:left w:val="none" w:sz="0" w:space="0" w:color="auto"/>
            <w:bottom w:val="none" w:sz="0" w:space="0" w:color="auto"/>
            <w:right w:val="none" w:sz="0" w:space="0" w:color="auto"/>
          </w:divBdr>
        </w:div>
        <w:div w:id="331689043">
          <w:marLeft w:val="0"/>
          <w:marRight w:val="0"/>
          <w:marTop w:val="0"/>
          <w:marBottom w:val="0"/>
          <w:divBdr>
            <w:top w:val="none" w:sz="0" w:space="0" w:color="auto"/>
            <w:left w:val="none" w:sz="0" w:space="0" w:color="auto"/>
            <w:bottom w:val="none" w:sz="0" w:space="0" w:color="auto"/>
            <w:right w:val="none" w:sz="0" w:space="0" w:color="auto"/>
          </w:divBdr>
        </w:div>
        <w:div w:id="297154526">
          <w:marLeft w:val="0"/>
          <w:marRight w:val="0"/>
          <w:marTop w:val="0"/>
          <w:marBottom w:val="0"/>
          <w:divBdr>
            <w:top w:val="none" w:sz="0" w:space="0" w:color="auto"/>
            <w:left w:val="none" w:sz="0" w:space="0" w:color="auto"/>
            <w:bottom w:val="none" w:sz="0" w:space="0" w:color="auto"/>
            <w:right w:val="none" w:sz="0" w:space="0" w:color="auto"/>
          </w:divBdr>
        </w:div>
      </w:divsChild>
    </w:div>
    <w:div w:id="1565528829">
      <w:bodyDiv w:val="1"/>
      <w:marLeft w:val="0"/>
      <w:marRight w:val="0"/>
      <w:marTop w:val="0"/>
      <w:marBottom w:val="0"/>
      <w:divBdr>
        <w:top w:val="none" w:sz="0" w:space="0" w:color="auto"/>
        <w:left w:val="none" w:sz="0" w:space="0" w:color="auto"/>
        <w:bottom w:val="none" w:sz="0" w:space="0" w:color="auto"/>
        <w:right w:val="none" w:sz="0" w:space="0" w:color="auto"/>
      </w:divBdr>
      <w:divsChild>
        <w:div w:id="1223129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615564">
          <w:blockQuote w:val="1"/>
          <w:marLeft w:val="720"/>
          <w:marRight w:val="720"/>
          <w:marTop w:val="100"/>
          <w:marBottom w:val="100"/>
          <w:divBdr>
            <w:top w:val="none" w:sz="0" w:space="0" w:color="auto"/>
            <w:left w:val="none" w:sz="0" w:space="0" w:color="auto"/>
            <w:bottom w:val="none" w:sz="0" w:space="0" w:color="auto"/>
            <w:right w:val="none" w:sz="0" w:space="0" w:color="auto"/>
          </w:divBdr>
        </w:div>
        <w:div w:id="8949688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996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1799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720811">
          <w:blockQuote w:val="1"/>
          <w:marLeft w:val="720"/>
          <w:marRight w:val="720"/>
          <w:marTop w:val="100"/>
          <w:marBottom w:val="100"/>
          <w:divBdr>
            <w:top w:val="none" w:sz="0" w:space="0" w:color="auto"/>
            <w:left w:val="none" w:sz="0" w:space="0" w:color="auto"/>
            <w:bottom w:val="none" w:sz="0" w:space="0" w:color="auto"/>
            <w:right w:val="none" w:sz="0" w:space="0" w:color="auto"/>
          </w:divBdr>
        </w:div>
        <w:div w:id="605314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661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77242">
          <w:blockQuote w:val="1"/>
          <w:marLeft w:val="720"/>
          <w:marRight w:val="720"/>
          <w:marTop w:val="100"/>
          <w:marBottom w:val="100"/>
          <w:divBdr>
            <w:top w:val="none" w:sz="0" w:space="0" w:color="auto"/>
            <w:left w:val="none" w:sz="0" w:space="0" w:color="auto"/>
            <w:bottom w:val="none" w:sz="0" w:space="0" w:color="auto"/>
            <w:right w:val="none" w:sz="0" w:space="0" w:color="auto"/>
          </w:divBdr>
        </w:div>
        <w:div w:id="83946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677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113433">
          <w:blockQuote w:val="1"/>
          <w:marLeft w:val="720"/>
          <w:marRight w:val="720"/>
          <w:marTop w:val="100"/>
          <w:marBottom w:val="100"/>
          <w:divBdr>
            <w:top w:val="none" w:sz="0" w:space="0" w:color="auto"/>
            <w:left w:val="none" w:sz="0" w:space="0" w:color="auto"/>
            <w:bottom w:val="none" w:sz="0" w:space="0" w:color="auto"/>
            <w:right w:val="none" w:sz="0" w:space="0" w:color="auto"/>
          </w:divBdr>
        </w:div>
        <w:div w:id="671299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90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682977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956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76964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9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901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6530088">
      <w:bodyDiv w:val="1"/>
      <w:marLeft w:val="0"/>
      <w:marRight w:val="0"/>
      <w:marTop w:val="0"/>
      <w:marBottom w:val="0"/>
      <w:divBdr>
        <w:top w:val="none" w:sz="0" w:space="0" w:color="auto"/>
        <w:left w:val="none" w:sz="0" w:space="0" w:color="auto"/>
        <w:bottom w:val="none" w:sz="0" w:space="0" w:color="auto"/>
        <w:right w:val="none" w:sz="0" w:space="0" w:color="auto"/>
      </w:divBdr>
      <w:divsChild>
        <w:div w:id="3297238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5171313">
          <w:blockQuote w:val="1"/>
          <w:marLeft w:val="720"/>
          <w:marRight w:val="720"/>
          <w:marTop w:val="100"/>
          <w:marBottom w:val="100"/>
          <w:divBdr>
            <w:top w:val="none" w:sz="0" w:space="0" w:color="auto"/>
            <w:left w:val="none" w:sz="0" w:space="0" w:color="auto"/>
            <w:bottom w:val="none" w:sz="0" w:space="0" w:color="auto"/>
            <w:right w:val="none" w:sz="0" w:space="0" w:color="auto"/>
          </w:divBdr>
        </w:div>
        <w:div w:id="56564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016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1819047">
      <w:bodyDiv w:val="1"/>
      <w:marLeft w:val="0"/>
      <w:marRight w:val="0"/>
      <w:marTop w:val="0"/>
      <w:marBottom w:val="0"/>
      <w:divBdr>
        <w:top w:val="none" w:sz="0" w:space="0" w:color="auto"/>
        <w:left w:val="none" w:sz="0" w:space="0" w:color="auto"/>
        <w:bottom w:val="none" w:sz="0" w:space="0" w:color="auto"/>
        <w:right w:val="none" w:sz="0" w:space="0" w:color="auto"/>
      </w:divBdr>
    </w:div>
    <w:div w:id="1618098094">
      <w:bodyDiv w:val="1"/>
      <w:marLeft w:val="0"/>
      <w:marRight w:val="0"/>
      <w:marTop w:val="0"/>
      <w:marBottom w:val="0"/>
      <w:divBdr>
        <w:top w:val="none" w:sz="0" w:space="0" w:color="auto"/>
        <w:left w:val="none" w:sz="0" w:space="0" w:color="auto"/>
        <w:bottom w:val="none" w:sz="0" w:space="0" w:color="auto"/>
        <w:right w:val="none" w:sz="0" w:space="0" w:color="auto"/>
      </w:divBdr>
    </w:div>
    <w:div w:id="1689674589">
      <w:bodyDiv w:val="1"/>
      <w:marLeft w:val="0"/>
      <w:marRight w:val="0"/>
      <w:marTop w:val="0"/>
      <w:marBottom w:val="0"/>
      <w:divBdr>
        <w:top w:val="none" w:sz="0" w:space="0" w:color="auto"/>
        <w:left w:val="none" w:sz="0" w:space="0" w:color="auto"/>
        <w:bottom w:val="none" w:sz="0" w:space="0" w:color="auto"/>
        <w:right w:val="none" w:sz="0" w:space="0" w:color="auto"/>
      </w:divBdr>
    </w:div>
    <w:div w:id="1754544271">
      <w:bodyDiv w:val="1"/>
      <w:marLeft w:val="0"/>
      <w:marRight w:val="0"/>
      <w:marTop w:val="0"/>
      <w:marBottom w:val="0"/>
      <w:divBdr>
        <w:top w:val="none" w:sz="0" w:space="0" w:color="auto"/>
        <w:left w:val="none" w:sz="0" w:space="0" w:color="auto"/>
        <w:bottom w:val="none" w:sz="0" w:space="0" w:color="auto"/>
        <w:right w:val="none" w:sz="0" w:space="0" w:color="auto"/>
      </w:divBdr>
      <w:divsChild>
        <w:div w:id="1782415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494688">
          <w:blockQuote w:val="1"/>
          <w:marLeft w:val="720"/>
          <w:marRight w:val="720"/>
          <w:marTop w:val="100"/>
          <w:marBottom w:val="100"/>
          <w:divBdr>
            <w:top w:val="none" w:sz="0" w:space="0" w:color="auto"/>
            <w:left w:val="none" w:sz="0" w:space="0" w:color="auto"/>
            <w:bottom w:val="none" w:sz="0" w:space="0" w:color="auto"/>
            <w:right w:val="none" w:sz="0" w:space="0" w:color="auto"/>
          </w:divBdr>
        </w:div>
        <w:div w:id="296684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886664">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2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282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457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12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0735230">
      <w:bodyDiv w:val="1"/>
      <w:marLeft w:val="0"/>
      <w:marRight w:val="0"/>
      <w:marTop w:val="0"/>
      <w:marBottom w:val="0"/>
      <w:divBdr>
        <w:top w:val="none" w:sz="0" w:space="0" w:color="auto"/>
        <w:left w:val="none" w:sz="0" w:space="0" w:color="auto"/>
        <w:bottom w:val="none" w:sz="0" w:space="0" w:color="auto"/>
        <w:right w:val="none" w:sz="0" w:space="0" w:color="auto"/>
      </w:divBdr>
      <w:divsChild>
        <w:div w:id="73120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478429">
          <w:marLeft w:val="0"/>
          <w:marRight w:val="0"/>
          <w:marTop w:val="0"/>
          <w:marBottom w:val="0"/>
          <w:divBdr>
            <w:top w:val="none" w:sz="0" w:space="0" w:color="auto"/>
            <w:left w:val="none" w:sz="0" w:space="0" w:color="auto"/>
            <w:bottom w:val="none" w:sz="0" w:space="0" w:color="auto"/>
            <w:right w:val="none" w:sz="0" w:space="0" w:color="auto"/>
          </w:divBdr>
        </w:div>
      </w:divsChild>
    </w:div>
    <w:div w:id="1790004960">
      <w:bodyDiv w:val="1"/>
      <w:marLeft w:val="0"/>
      <w:marRight w:val="0"/>
      <w:marTop w:val="0"/>
      <w:marBottom w:val="0"/>
      <w:divBdr>
        <w:top w:val="none" w:sz="0" w:space="0" w:color="auto"/>
        <w:left w:val="none" w:sz="0" w:space="0" w:color="auto"/>
        <w:bottom w:val="none" w:sz="0" w:space="0" w:color="auto"/>
        <w:right w:val="none" w:sz="0" w:space="0" w:color="auto"/>
      </w:divBdr>
    </w:div>
    <w:div w:id="1809129319">
      <w:bodyDiv w:val="1"/>
      <w:marLeft w:val="0"/>
      <w:marRight w:val="0"/>
      <w:marTop w:val="0"/>
      <w:marBottom w:val="0"/>
      <w:divBdr>
        <w:top w:val="none" w:sz="0" w:space="0" w:color="auto"/>
        <w:left w:val="none" w:sz="0" w:space="0" w:color="auto"/>
        <w:bottom w:val="none" w:sz="0" w:space="0" w:color="auto"/>
        <w:right w:val="none" w:sz="0" w:space="0" w:color="auto"/>
      </w:divBdr>
      <w:divsChild>
        <w:div w:id="633366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399735">
      <w:bodyDiv w:val="1"/>
      <w:marLeft w:val="0"/>
      <w:marRight w:val="0"/>
      <w:marTop w:val="0"/>
      <w:marBottom w:val="0"/>
      <w:divBdr>
        <w:top w:val="none" w:sz="0" w:space="0" w:color="auto"/>
        <w:left w:val="none" w:sz="0" w:space="0" w:color="auto"/>
        <w:bottom w:val="none" w:sz="0" w:space="0" w:color="auto"/>
        <w:right w:val="none" w:sz="0" w:space="0" w:color="auto"/>
      </w:divBdr>
    </w:div>
    <w:div w:id="1822961235">
      <w:bodyDiv w:val="1"/>
      <w:marLeft w:val="0"/>
      <w:marRight w:val="0"/>
      <w:marTop w:val="0"/>
      <w:marBottom w:val="0"/>
      <w:divBdr>
        <w:top w:val="none" w:sz="0" w:space="0" w:color="auto"/>
        <w:left w:val="none" w:sz="0" w:space="0" w:color="auto"/>
        <w:bottom w:val="none" w:sz="0" w:space="0" w:color="auto"/>
        <w:right w:val="none" w:sz="0" w:space="0" w:color="auto"/>
      </w:divBdr>
    </w:div>
    <w:div w:id="1880585596">
      <w:bodyDiv w:val="1"/>
      <w:marLeft w:val="0"/>
      <w:marRight w:val="0"/>
      <w:marTop w:val="0"/>
      <w:marBottom w:val="0"/>
      <w:divBdr>
        <w:top w:val="none" w:sz="0" w:space="0" w:color="auto"/>
        <w:left w:val="none" w:sz="0" w:space="0" w:color="auto"/>
        <w:bottom w:val="none" w:sz="0" w:space="0" w:color="auto"/>
        <w:right w:val="none" w:sz="0" w:space="0" w:color="auto"/>
      </w:divBdr>
      <w:divsChild>
        <w:div w:id="251397100">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19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315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036410">
      <w:bodyDiv w:val="1"/>
      <w:marLeft w:val="0"/>
      <w:marRight w:val="0"/>
      <w:marTop w:val="0"/>
      <w:marBottom w:val="0"/>
      <w:divBdr>
        <w:top w:val="none" w:sz="0" w:space="0" w:color="auto"/>
        <w:left w:val="none" w:sz="0" w:space="0" w:color="auto"/>
        <w:bottom w:val="none" w:sz="0" w:space="0" w:color="auto"/>
        <w:right w:val="none" w:sz="0" w:space="0" w:color="auto"/>
      </w:divBdr>
    </w:div>
    <w:div w:id="1948610072">
      <w:bodyDiv w:val="1"/>
      <w:marLeft w:val="0"/>
      <w:marRight w:val="0"/>
      <w:marTop w:val="0"/>
      <w:marBottom w:val="0"/>
      <w:divBdr>
        <w:top w:val="none" w:sz="0" w:space="0" w:color="auto"/>
        <w:left w:val="none" w:sz="0" w:space="0" w:color="auto"/>
        <w:bottom w:val="none" w:sz="0" w:space="0" w:color="auto"/>
        <w:right w:val="none" w:sz="0" w:space="0" w:color="auto"/>
      </w:divBdr>
      <w:divsChild>
        <w:div w:id="713427910">
          <w:marLeft w:val="0"/>
          <w:marRight w:val="0"/>
          <w:marTop w:val="0"/>
          <w:marBottom w:val="0"/>
          <w:divBdr>
            <w:top w:val="none" w:sz="0" w:space="0" w:color="auto"/>
            <w:left w:val="none" w:sz="0" w:space="0" w:color="auto"/>
            <w:bottom w:val="none" w:sz="0" w:space="0" w:color="auto"/>
            <w:right w:val="none" w:sz="0" w:space="0" w:color="auto"/>
          </w:divBdr>
        </w:div>
        <w:div w:id="653217173">
          <w:marLeft w:val="0"/>
          <w:marRight w:val="0"/>
          <w:marTop w:val="0"/>
          <w:marBottom w:val="0"/>
          <w:divBdr>
            <w:top w:val="none" w:sz="0" w:space="0" w:color="auto"/>
            <w:left w:val="none" w:sz="0" w:space="0" w:color="auto"/>
            <w:bottom w:val="none" w:sz="0" w:space="0" w:color="auto"/>
            <w:right w:val="none" w:sz="0" w:space="0" w:color="auto"/>
          </w:divBdr>
        </w:div>
      </w:divsChild>
    </w:div>
    <w:div w:id="1969776557">
      <w:bodyDiv w:val="1"/>
      <w:marLeft w:val="0"/>
      <w:marRight w:val="0"/>
      <w:marTop w:val="0"/>
      <w:marBottom w:val="0"/>
      <w:divBdr>
        <w:top w:val="none" w:sz="0" w:space="0" w:color="auto"/>
        <w:left w:val="none" w:sz="0" w:space="0" w:color="auto"/>
        <w:bottom w:val="none" w:sz="0" w:space="0" w:color="auto"/>
        <w:right w:val="none" w:sz="0" w:space="0" w:color="auto"/>
      </w:divBdr>
    </w:div>
    <w:div w:id="1983998900">
      <w:bodyDiv w:val="1"/>
      <w:marLeft w:val="0"/>
      <w:marRight w:val="0"/>
      <w:marTop w:val="0"/>
      <w:marBottom w:val="0"/>
      <w:divBdr>
        <w:top w:val="none" w:sz="0" w:space="0" w:color="auto"/>
        <w:left w:val="none" w:sz="0" w:space="0" w:color="auto"/>
        <w:bottom w:val="none" w:sz="0" w:space="0" w:color="auto"/>
        <w:right w:val="none" w:sz="0" w:space="0" w:color="auto"/>
      </w:divBdr>
      <w:divsChild>
        <w:div w:id="1248659423">
          <w:marLeft w:val="0"/>
          <w:marRight w:val="0"/>
          <w:marTop w:val="0"/>
          <w:marBottom w:val="0"/>
          <w:divBdr>
            <w:top w:val="none" w:sz="0" w:space="0" w:color="auto"/>
            <w:left w:val="none" w:sz="0" w:space="0" w:color="auto"/>
            <w:bottom w:val="none" w:sz="0" w:space="0" w:color="auto"/>
            <w:right w:val="none" w:sz="0" w:space="0" w:color="auto"/>
          </w:divBdr>
        </w:div>
      </w:divsChild>
    </w:div>
    <w:div w:id="2011905109">
      <w:bodyDiv w:val="1"/>
      <w:marLeft w:val="0"/>
      <w:marRight w:val="0"/>
      <w:marTop w:val="0"/>
      <w:marBottom w:val="0"/>
      <w:divBdr>
        <w:top w:val="none" w:sz="0" w:space="0" w:color="auto"/>
        <w:left w:val="none" w:sz="0" w:space="0" w:color="auto"/>
        <w:bottom w:val="none" w:sz="0" w:space="0" w:color="auto"/>
        <w:right w:val="none" w:sz="0" w:space="0" w:color="auto"/>
      </w:divBdr>
    </w:div>
    <w:div w:id="2032875543">
      <w:bodyDiv w:val="1"/>
      <w:marLeft w:val="0"/>
      <w:marRight w:val="0"/>
      <w:marTop w:val="0"/>
      <w:marBottom w:val="0"/>
      <w:divBdr>
        <w:top w:val="none" w:sz="0" w:space="0" w:color="auto"/>
        <w:left w:val="none" w:sz="0" w:space="0" w:color="auto"/>
        <w:bottom w:val="none" w:sz="0" w:space="0" w:color="auto"/>
        <w:right w:val="none" w:sz="0" w:space="0" w:color="auto"/>
      </w:divBdr>
      <w:divsChild>
        <w:div w:id="2002276044">
          <w:marLeft w:val="0"/>
          <w:marRight w:val="0"/>
          <w:marTop w:val="0"/>
          <w:marBottom w:val="0"/>
          <w:divBdr>
            <w:top w:val="none" w:sz="0" w:space="0" w:color="auto"/>
            <w:left w:val="none" w:sz="0" w:space="0" w:color="auto"/>
            <w:bottom w:val="none" w:sz="0" w:space="0" w:color="auto"/>
            <w:right w:val="none" w:sz="0" w:space="0" w:color="auto"/>
          </w:divBdr>
        </w:div>
      </w:divsChild>
    </w:div>
    <w:div w:id="2088990288">
      <w:bodyDiv w:val="1"/>
      <w:marLeft w:val="0"/>
      <w:marRight w:val="0"/>
      <w:marTop w:val="0"/>
      <w:marBottom w:val="0"/>
      <w:divBdr>
        <w:top w:val="none" w:sz="0" w:space="0" w:color="auto"/>
        <w:left w:val="none" w:sz="0" w:space="0" w:color="auto"/>
        <w:bottom w:val="none" w:sz="0" w:space="0" w:color="auto"/>
        <w:right w:val="none" w:sz="0" w:space="0" w:color="auto"/>
      </w:divBdr>
      <w:divsChild>
        <w:div w:id="1144927819">
          <w:marLeft w:val="0"/>
          <w:marRight w:val="0"/>
          <w:marTop w:val="0"/>
          <w:marBottom w:val="0"/>
          <w:divBdr>
            <w:top w:val="none" w:sz="0" w:space="0" w:color="auto"/>
            <w:left w:val="none" w:sz="0" w:space="0" w:color="auto"/>
            <w:bottom w:val="none" w:sz="0" w:space="0" w:color="auto"/>
            <w:right w:val="none" w:sz="0" w:space="0" w:color="auto"/>
          </w:divBdr>
          <w:divsChild>
            <w:div w:id="630012664">
              <w:marLeft w:val="0"/>
              <w:marRight w:val="0"/>
              <w:marTop w:val="0"/>
              <w:marBottom w:val="0"/>
              <w:divBdr>
                <w:top w:val="none" w:sz="0" w:space="0" w:color="auto"/>
                <w:left w:val="none" w:sz="0" w:space="0" w:color="auto"/>
                <w:bottom w:val="none" w:sz="0" w:space="0" w:color="auto"/>
                <w:right w:val="none" w:sz="0" w:space="0" w:color="auto"/>
              </w:divBdr>
              <w:divsChild>
                <w:div w:id="723913096">
                  <w:marLeft w:val="0"/>
                  <w:marRight w:val="0"/>
                  <w:marTop w:val="0"/>
                  <w:marBottom w:val="0"/>
                  <w:divBdr>
                    <w:top w:val="none" w:sz="0" w:space="0" w:color="auto"/>
                    <w:left w:val="none" w:sz="0" w:space="0" w:color="auto"/>
                    <w:bottom w:val="none" w:sz="0" w:space="0" w:color="auto"/>
                    <w:right w:val="none" w:sz="0" w:space="0" w:color="auto"/>
                  </w:divBdr>
                  <w:divsChild>
                    <w:div w:id="935330811">
                      <w:marLeft w:val="0"/>
                      <w:marRight w:val="0"/>
                      <w:marTop w:val="0"/>
                      <w:marBottom w:val="0"/>
                      <w:divBdr>
                        <w:top w:val="none" w:sz="0" w:space="0" w:color="auto"/>
                        <w:left w:val="none" w:sz="0" w:space="0" w:color="auto"/>
                        <w:bottom w:val="none" w:sz="0" w:space="0" w:color="auto"/>
                        <w:right w:val="none" w:sz="0" w:space="0" w:color="auto"/>
                      </w:divBdr>
                      <w:divsChild>
                        <w:div w:id="2004502838">
                          <w:marLeft w:val="0"/>
                          <w:marRight w:val="0"/>
                          <w:marTop w:val="0"/>
                          <w:marBottom w:val="0"/>
                          <w:divBdr>
                            <w:top w:val="none" w:sz="0" w:space="0" w:color="auto"/>
                            <w:left w:val="none" w:sz="0" w:space="0" w:color="auto"/>
                            <w:bottom w:val="none" w:sz="0" w:space="0" w:color="auto"/>
                            <w:right w:val="none" w:sz="0" w:space="0" w:color="auto"/>
                          </w:divBdr>
                          <w:divsChild>
                            <w:div w:id="735510544">
                              <w:marLeft w:val="0"/>
                              <w:marRight w:val="0"/>
                              <w:marTop w:val="0"/>
                              <w:marBottom w:val="0"/>
                              <w:divBdr>
                                <w:top w:val="none" w:sz="0" w:space="0" w:color="auto"/>
                                <w:left w:val="none" w:sz="0" w:space="0" w:color="auto"/>
                                <w:bottom w:val="none" w:sz="0" w:space="0" w:color="auto"/>
                                <w:right w:val="none" w:sz="0" w:space="0" w:color="auto"/>
                              </w:divBdr>
                              <w:divsChild>
                                <w:div w:id="1748110782">
                                  <w:marLeft w:val="0"/>
                                  <w:marRight w:val="0"/>
                                  <w:marTop w:val="0"/>
                                  <w:marBottom w:val="0"/>
                                  <w:divBdr>
                                    <w:top w:val="none" w:sz="0" w:space="0" w:color="auto"/>
                                    <w:left w:val="none" w:sz="0" w:space="0" w:color="auto"/>
                                    <w:bottom w:val="none" w:sz="0" w:space="0" w:color="auto"/>
                                    <w:right w:val="none" w:sz="0" w:space="0" w:color="auto"/>
                                  </w:divBdr>
                                  <w:divsChild>
                                    <w:div w:id="11510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324755">
      <w:bodyDiv w:val="1"/>
      <w:marLeft w:val="0"/>
      <w:marRight w:val="0"/>
      <w:marTop w:val="0"/>
      <w:marBottom w:val="0"/>
      <w:divBdr>
        <w:top w:val="none" w:sz="0" w:space="0" w:color="auto"/>
        <w:left w:val="none" w:sz="0" w:space="0" w:color="auto"/>
        <w:bottom w:val="none" w:sz="0" w:space="0" w:color="auto"/>
        <w:right w:val="none" w:sz="0" w:space="0" w:color="auto"/>
      </w:divBdr>
    </w:div>
    <w:div w:id="2112048721">
      <w:bodyDiv w:val="1"/>
      <w:marLeft w:val="0"/>
      <w:marRight w:val="0"/>
      <w:marTop w:val="0"/>
      <w:marBottom w:val="0"/>
      <w:divBdr>
        <w:top w:val="none" w:sz="0" w:space="0" w:color="auto"/>
        <w:left w:val="none" w:sz="0" w:space="0" w:color="auto"/>
        <w:bottom w:val="none" w:sz="0" w:space="0" w:color="auto"/>
        <w:right w:val="none" w:sz="0" w:space="0" w:color="auto"/>
      </w:divBdr>
    </w:div>
    <w:div w:id="2134975527">
      <w:bodyDiv w:val="1"/>
      <w:marLeft w:val="0"/>
      <w:marRight w:val="0"/>
      <w:marTop w:val="0"/>
      <w:marBottom w:val="0"/>
      <w:divBdr>
        <w:top w:val="none" w:sz="0" w:space="0" w:color="auto"/>
        <w:left w:val="none" w:sz="0" w:space="0" w:color="auto"/>
        <w:bottom w:val="none" w:sz="0" w:space="0" w:color="auto"/>
        <w:right w:val="none" w:sz="0" w:space="0" w:color="auto"/>
      </w:divBdr>
      <w:divsChild>
        <w:div w:id="1265764873">
          <w:marLeft w:val="0"/>
          <w:marRight w:val="0"/>
          <w:marTop w:val="0"/>
          <w:marBottom w:val="0"/>
          <w:divBdr>
            <w:top w:val="none" w:sz="0" w:space="0" w:color="auto"/>
            <w:left w:val="none" w:sz="0" w:space="0" w:color="auto"/>
            <w:bottom w:val="none" w:sz="0" w:space="0" w:color="auto"/>
            <w:right w:val="none" w:sz="0" w:space="0" w:color="auto"/>
          </w:divBdr>
          <w:divsChild>
            <w:div w:id="1959486386">
              <w:marLeft w:val="0"/>
              <w:marRight w:val="0"/>
              <w:marTop w:val="0"/>
              <w:marBottom w:val="0"/>
              <w:divBdr>
                <w:top w:val="none" w:sz="0" w:space="0" w:color="auto"/>
                <w:left w:val="none" w:sz="0" w:space="0" w:color="auto"/>
                <w:bottom w:val="none" w:sz="0" w:space="0" w:color="auto"/>
                <w:right w:val="none" w:sz="0" w:space="0" w:color="auto"/>
              </w:divBdr>
              <w:divsChild>
                <w:div w:id="1233156337">
                  <w:marLeft w:val="0"/>
                  <w:marRight w:val="0"/>
                  <w:marTop w:val="0"/>
                  <w:marBottom w:val="0"/>
                  <w:divBdr>
                    <w:top w:val="none" w:sz="0" w:space="0" w:color="auto"/>
                    <w:left w:val="none" w:sz="0" w:space="0" w:color="auto"/>
                    <w:bottom w:val="none" w:sz="0" w:space="0" w:color="auto"/>
                    <w:right w:val="none" w:sz="0" w:space="0" w:color="auto"/>
                  </w:divBdr>
                  <w:divsChild>
                    <w:div w:id="1240167010">
                      <w:marLeft w:val="0"/>
                      <w:marRight w:val="0"/>
                      <w:marTop w:val="0"/>
                      <w:marBottom w:val="0"/>
                      <w:divBdr>
                        <w:top w:val="none" w:sz="0" w:space="0" w:color="auto"/>
                        <w:left w:val="none" w:sz="0" w:space="0" w:color="auto"/>
                        <w:bottom w:val="none" w:sz="0" w:space="0" w:color="auto"/>
                        <w:right w:val="none" w:sz="0" w:space="0" w:color="auto"/>
                      </w:divBdr>
                      <w:divsChild>
                        <w:div w:id="1613590561">
                          <w:marLeft w:val="0"/>
                          <w:marRight w:val="0"/>
                          <w:marTop w:val="0"/>
                          <w:marBottom w:val="0"/>
                          <w:divBdr>
                            <w:top w:val="none" w:sz="0" w:space="0" w:color="auto"/>
                            <w:left w:val="none" w:sz="0" w:space="0" w:color="auto"/>
                            <w:bottom w:val="none" w:sz="0" w:space="0" w:color="auto"/>
                            <w:right w:val="none" w:sz="0" w:space="0" w:color="auto"/>
                          </w:divBdr>
                          <w:divsChild>
                            <w:div w:id="1719403182">
                              <w:marLeft w:val="0"/>
                              <w:marRight w:val="0"/>
                              <w:marTop w:val="0"/>
                              <w:marBottom w:val="0"/>
                              <w:divBdr>
                                <w:top w:val="none" w:sz="0" w:space="0" w:color="auto"/>
                                <w:left w:val="none" w:sz="0" w:space="0" w:color="auto"/>
                                <w:bottom w:val="none" w:sz="0" w:space="0" w:color="auto"/>
                                <w:right w:val="none" w:sz="0" w:space="0" w:color="auto"/>
                              </w:divBdr>
                              <w:divsChild>
                                <w:div w:id="1805612967">
                                  <w:marLeft w:val="0"/>
                                  <w:marRight w:val="0"/>
                                  <w:marTop w:val="0"/>
                                  <w:marBottom w:val="0"/>
                                  <w:divBdr>
                                    <w:top w:val="none" w:sz="0" w:space="0" w:color="auto"/>
                                    <w:left w:val="none" w:sz="0" w:space="0" w:color="auto"/>
                                    <w:bottom w:val="none" w:sz="0" w:space="0" w:color="auto"/>
                                    <w:right w:val="none" w:sz="0" w:space="0" w:color="auto"/>
                                  </w:divBdr>
                                  <w:divsChild>
                                    <w:div w:id="13657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8266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b4425a1-30d0-4cf3-a093-e7aec1c2804d}" enabled="1" method="Standard" siteId="{87789cc7-933c-4e19-99b3-73a1953e3df7}" removed="0"/>
</clbl:labelList>
</file>

<file path=docProps/app.xml><?xml version="1.0" encoding="utf-8"?>
<Properties xmlns="http://schemas.openxmlformats.org/officeDocument/2006/extended-properties" xmlns:vt="http://schemas.openxmlformats.org/officeDocument/2006/docPropsVTypes">
  <Template>Normal</Template>
  <TotalTime>184</TotalTime>
  <Pages>63</Pages>
  <Words>27826</Words>
  <Characters>134643</Characters>
  <Application>Microsoft Office Word</Application>
  <DocSecurity>0</DocSecurity>
  <Lines>2096</Lines>
  <Paragraphs>1058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161205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DePalma, Stephen A - Xylem</cp:lastModifiedBy>
  <cp:revision>11</cp:revision>
  <dcterms:created xsi:type="dcterms:W3CDTF">2025-05-12T20:27:00Z</dcterms:created>
  <dcterms:modified xsi:type="dcterms:W3CDTF">2025-10-24T13:19:00Z</dcterms:modified>
  <cp:category/>
</cp:coreProperties>
</file>