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C647F" w14:textId="1017CF82" w:rsidR="0089686A" w:rsidRDefault="004A09F0">
      <w:pPr>
        <w:pStyle w:val="Heading1"/>
      </w:pPr>
      <w:r>
        <w:t>Pre-Convict</w:t>
      </w:r>
      <w:r w:rsidR="00310333">
        <w:t>ed</w:t>
      </w:r>
      <w:r>
        <w:t xml:space="preserve"> – Outline</w:t>
      </w:r>
    </w:p>
    <w:p w14:paraId="50584CE7" w14:textId="77777777" w:rsidR="0089686A" w:rsidRDefault="004A09F0">
      <w:r>
        <w:t>ACT I – THE IDENTIFICATION</w:t>
      </w:r>
      <w:r>
        <w:br/>
      </w:r>
      <w:r>
        <w:br/>
        <w:t>1. Prologue: Capitol Hill Dealings</w:t>
      </w:r>
      <w:r>
        <w:br/>
        <w:t>- Shadowy meeting between tech company execs and corrupt senators.</w:t>
      </w:r>
      <w:r>
        <w:br/>
        <w:t>- Introduction of PreConvict AI Score—a program to predict political violence.</w:t>
      </w:r>
      <w:r>
        <w:br/>
        <w:t>- Tension: company must deliver a “pilot subject” to get full federal funding.</w:t>
      </w:r>
      <w:r>
        <w:br/>
      </w:r>
      <w:r>
        <w:br/>
        <w:t>2. Chapter 1: Matteo Deluca’s Normal Life</w:t>
      </w:r>
      <w:r>
        <w:br/>
        <w:t>- Introduce Matt (Matteo) in the Berkshires: reclusive, hunting, mentoring kids.</w:t>
      </w:r>
      <w:r>
        <w:br/>
        <w:t>- Flashbacks of his military past (Green Berets, 5th Special Forces Group).</w:t>
      </w:r>
      <w:r>
        <w:br/>
        <w:t>- Matt’s character: principled, calm, haunted but controlled.</w:t>
      </w:r>
      <w:r>
        <w:br/>
      </w:r>
      <w:r>
        <w:br/>
        <w:t>3. Chapter 2: The Score</w:t>
      </w:r>
      <w:r>
        <w:br/>
        <w:t>- Matt flagged by PreConvict AI as a high-risk subject.</w:t>
      </w:r>
      <w:r>
        <w:br/>
        <w:t>- FBI shows up, questions him vaguely, no arrest—just surveillance.</w:t>
      </w:r>
      <w:r>
        <w:br/>
        <w:t>- Matt begins to feel the walls closing in.</w:t>
      </w:r>
      <w:r>
        <w:br/>
      </w:r>
      <w:r>
        <w:br/>
        <w:t>4. Chapter 3: The Protest Photo</w:t>
      </w:r>
      <w:r>
        <w:br/>
        <w:t>- Matt happens to witness a protest over government overreach.</w:t>
      </w:r>
      <w:r>
        <w:br/>
        <w:t>- Violence breaks out, he’s photographed in the chaos, wrongly identified.</w:t>
      </w:r>
      <w:r>
        <w:br/>
        <w:t>- The photo goes viral; data is manipulated, his AI score spikes to 98%.</w:t>
      </w:r>
      <w:r>
        <w:br/>
        <w:t>- Media frenzy begins.</w:t>
      </w:r>
      <w:r>
        <w:br/>
      </w:r>
      <w:r>
        <w:br/>
        <w:t>ACT II – THE PURSUIT</w:t>
      </w:r>
      <w:r>
        <w:br/>
      </w:r>
      <w:r>
        <w:br/>
        <w:t>5. Chapter 4: Setup</w:t>
      </w:r>
      <w:r>
        <w:br/>
        <w:t>- Matt receives anonymous intel: he’s being set up as a case study.</w:t>
      </w:r>
      <w:r>
        <w:br/>
        <w:t>- AI creators need a high-profile arrest to prove the system works.</w:t>
      </w:r>
      <w:r>
        <w:br/>
        <w:t>- He goes on the run—relying on his old Special Forces instincts.</w:t>
      </w:r>
      <w:r>
        <w:br/>
      </w:r>
      <w:r>
        <w:br/>
        <w:t>6. Chapter 5: Civil Unrest</w:t>
      </w:r>
      <w:r>
        <w:br/>
        <w:t>- Nationwide protests escalate; Matt becomes a symbol—some love, some hate.</w:t>
      </w:r>
      <w:r>
        <w:br/>
        <w:t>- Surveillance state intensifies. Matt uncovers evidence the AI targets ideological enemies.</w:t>
      </w:r>
      <w:r>
        <w:br/>
        <w:t>- Tension builds as the public divides over him.</w:t>
      </w:r>
      <w:r>
        <w:br/>
      </w:r>
      <w:r>
        <w:br/>
        <w:t>7. Chapter 6: Betrayal</w:t>
      </w:r>
      <w:r>
        <w:br/>
        <w:t>- Matt seeks help from an Army buddy—who tries to sell him out.</w:t>
      </w:r>
      <w:r>
        <w:br/>
        <w:t>- Narrow escape; Matt begins to piece together who is behind the conspiracy.</w:t>
      </w:r>
      <w:r>
        <w:br/>
      </w:r>
      <w:r>
        <w:br/>
        <w:t>ACT III – THE CONFRONTATION</w:t>
      </w:r>
      <w:r>
        <w:br/>
      </w:r>
      <w:r>
        <w:br/>
        <w:t>8. Chapter 7: The Truth</w:t>
      </w:r>
      <w:r>
        <w:br/>
        <w:t>- Matt meets a whistleblower—a former PreConvict AI engineer.</w:t>
      </w:r>
      <w:r>
        <w:br/>
        <w:t>- Reveals AI was biased, tampered with, and politically manipulated.</w:t>
      </w:r>
      <w:r>
        <w:br/>
        <w:t>- Billion-dollar contracts hinge on Matt’s arrest or death.</w:t>
      </w:r>
      <w:r>
        <w:br/>
      </w:r>
      <w:r>
        <w:br/>
        <w:t>9. Chapter 8: The Trap</w:t>
      </w:r>
      <w:r>
        <w:br/>
        <w:t>- Matt confronts Adrian Calloway, the politically connected executive.</w:t>
      </w:r>
      <w:r>
        <w:br/>
        <w:t>- Calloway attempts to kill him; Matt kills him in self-defense.</w:t>
      </w:r>
      <w:r>
        <w:br/>
      </w:r>
      <w:r>
        <w:lastRenderedPageBreak/>
        <w:t>- It’s caught on video.</w:t>
      </w:r>
      <w:r>
        <w:br/>
      </w:r>
      <w:r>
        <w:br/>
        <w:t>10. Chapter 9: Fallout</w:t>
      </w:r>
      <w:r>
        <w:br/>
        <w:t>- Video leaks. Public opinion shifts.</w:t>
      </w:r>
      <w:r>
        <w:br/>
        <w:t>- Congress launches investigation. AI program suspended.</w:t>
      </w:r>
      <w:r>
        <w:br/>
      </w:r>
      <w:r>
        <w:br/>
        <w:t>ACT IV – THE AFTERMATH</w:t>
      </w:r>
      <w:r>
        <w:br/>
      </w:r>
      <w:r>
        <w:br/>
        <w:t>11. Chapter 10: Fugitive Hero</w:t>
      </w:r>
      <w:r>
        <w:br/>
        <w:t>- Matt goes underground—alive, but still wanted.</w:t>
      </w:r>
      <w:r>
        <w:br/>
        <w:t>- Becomes a symbol of resistance and injustice.</w:t>
      </w:r>
      <w:r>
        <w:br/>
      </w:r>
      <w:r>
        <w:br/>
        <w:t>12. Epilogue: Senate Hearing</w:t>
      </w:r>
      <w:r>
        <w:br/>
        <w:t>- Public reckoning. Officials squirm under questioning.</w:t>
      </w:r>
      <w:r>
        <w:br/>
        <w:t>- Final line: “And to think, this all started with an algorithm.”</w:t>
      </w:r>
    </w:p>
    <w:p w14:paraId="636ABC7C" w14:textId="77777777" w:rsidR="00310333" w:rsidRDefault="00310333"/>
    <w:p w14:paraId="440AF426" w14:textId="77777777" w:rsidR="00310333" w:rsidRDefault="00310333"/>
    <w:p w14:paraId="3F222B8C" w14:textId="77777777" w:rsidR="00310333" w:rsidRDefault="00310333"/>
    <w:p w14:paraId="5AF57D49" w14:textId="77777777" w:rsidR="00310333" w:rsidRDefault="00310333"/>
    <w:p w14:paraId="6932BA85" w14:textId="77777777" w:rsidR="00310333" w:rsidRDefault="00310333"/>
    <w:p w14:paraId="267DFA72" w14:textId="77777777" w:rsidR="00310333" w:rsidRDefault="00310333"/>
    <w:p w14:paraId="244B0A8D" w14:textId="77777777" w:rsidR="00310333" w:rsidRDefault="00310333"/>
    <w:p w14:paraId="57EE7A6C" w14:textId="77777777" w:rsidR="00310333" w:rsidRDefault="00310333"/>
    <w:p w14:paraId="64EE31D0" w14:textId="77777777" w:rsidR="00310333" w:rsidRDefault="00310333"/>
    <w:p w14:paraId="2E2E66E1" w14:textId="77777777" w:rsidR="00310333" w:rsidRDefault="00310333"/>
    <w:p w14:paraId="01CB8864" w14:textId="77777777" w:rsidR="00310333" w:rsidRDefault="00310333"/>
    <w:p w14:paraId="3402902B" w14:textId="77777777" w:rsidR="00310333" w:rsidRDefault="00310333"/>
    <w:p w14:paraId="7576B37D" w14:textId="77777777" w:rsidR="00310333" w:rsidRDefault="00310333"/>
    <w:p w14:paraId="13EC5C9D" w14:textId="77777777" w:rsidR="00310333" w:rsidRDefault="00310333"/>
    <w:p w14:paraId="22514B26" w14:textId="77777777" w:rsidR="00310333" w:rsidRDefault="00310333"/>
    <w:p w14:paraId="1A8946B4" w14:textId="77777777" w:rsidR="00310333" w:rsidRDefault="00310333"/>
    <w:p w14:paraId="4958517C" w14:textId="77777777" w:rsidR="00310333" w:rsidRDefault="00310333"/>
    <w:p w14:paraId="5B9C07E8" w14:textId="77777777" w:rsidR="00310333" w:rsidRDefault="00310333"/>
    <w:p w14:paraId="6894ACDB" w14:textId="77777777" w:rsidR="00310333" w:rsidRDefault="00310333"/>
    <w:p w14:paraId="7AE54B02" w14:textId="77777777" w:rsidR="00310333" w:rsidRDefault="00310333"/>
    <w:p w14:paraId="24F5ECBA" w14:textId="77777777" w:rsidR="00310333" w:rsidRDefault="00310333"/>
    <w:p w14:paraId="27BC67DA" w14:textId="77777777" w:rsidR="00310333" w:rsidRDefault="00310333"/>
    <w:p w14:paraId="5CA1653B" w14:textId="77777777" w:rsidR="00310333" w:rsidRDefault="00310333"/>
    <w:p w14:paraId="68319879" w14:textId="77777777" w:rsidR="00310333" w:rsidRDefault="00310333"/>
    <w:p w14:paraId="6269F59E" w14:textId="77777777" w:rsidR="0046657F" w:rsidRDefault="00310333">
      <w:pPr>
        <w:rPr>
          <w:b/>
          <w:bCs/>
        </w:rPr>
      </w:pPr>
      <w:r w:rsidRPr="0046657F">
        <w:rPr>
          <w:b/>
          <w:bCs/>
        </w:rPr>
        <w:t xml:space="preserve">Chapter 1 </w:t>
      </w:r>
    </w:p>
    <w:p w14:paraId="65384F5D" w14:textId="160092A8" w:rsidR="00310333" w:rsidRPr="0046657F" w:rsidRDefault="00310333">
      <w:pPr>
        <w:rPr>
          <w:b/>
          <w:bCs/>
        </w:rPr>
      </w:pPr>
      <w:r w:rsidRPr="0046657F">
        <w:rPr>
          <w:b/>
          <w:bCs/>
        </w:rPr>
        <w:t>The Berkshires</w:t>
      </w:r>
    </w:p>
    <w:p w14:paraId="77ED1642" w14:textId="7E711E93"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The </w:t>
      </w:r>
      <w:proofErr w:type="gramStart"/>
      <w:r w:rsidRPr="00310333">
        <w:rPr>
          <w:rFonts w:eastAsia="Times New Roman" w:cs="Times New Roman"/>
          <w:szCs w:val="24"/>
        </w:rPr>
        <w:t>late-October</w:t>
      </w:r>
      <w:proofErr w:type="gramEnd"/>
      <w:r w:rsidRPr="00310333">
        <w:rPr>
          <w:rFonts w:eastAsia="Times New Roman" w:cs="Times New Roman"/>
          <w:szCs w:val="24"/>
        </w:rPr>
        <w:t xml:space="preserve"> wind rolled down the hills of Western Massachusetts, tugging at the bare branches like a restless spirit. </w:t>
      </w:r>
      <w:r w:rsidR="00D00DF6">
        <w:rPr>
          <w:rFonts w:eastAsia="Times New Roman" w:cs="Times New Roman"/>
          <w:szCs w:val="24"/>
          <w:u w:val="single"/>
        </w:rPr>
        <w:t>Franco</w:t>
      </w:r>
      <w:r w:rsidRPr="00603ED7">
        <w:rPr>
          <w:rFonts w:eastAsia="Times New Roman" w:cs="Times New Roman"/>
          <w:szCs w:val="24"/>
          <w:u w:val="single"/>
        </w:rPr>
        <w:t xml:space="preserve"> </w:t>
      </w:r>
      <w:r w:rsidR="005B4E6C">
        <w:rPr>
          <w:rFonts w:eastAsia="Times New Roman" w:cs="Times New Roman"/>
          <w:szCs w:val="24"/>
          <w:u w:val="single"/>
        </w:rPr>
        <w:t>Maldini</w:t>
      </w:r>
      <w:r w:rsidRPr="00310333">
        <w:rPr>
          <w:rFonts w:eastAsia="Times New Roman" w:cs="Times New Roman"/>
          <w:szCs w:val="24"/>
        </w:rPr>
        <w:t xml:space="preserve"> adjusted the sling of his </w:t>
      </w:r>
      <w:r w:rsidR="00603ED7">
        <w:rPr>
          <w:rFonts w:eastAsia="Times New Roman" w:cs="Times New Roman"/>
          <w:szCs w:val="24"/>
        </w:rPr>
        <w:t>shotgun</w:t>
      </w:r>
      <w:r w:rsidRPr="00310333">
        <w:rPr>
          <w:rFonts w:eastAsia="Times New Roman" w:cs="Times New Roman"/>
          <w:szCs w:val="24"/>
        </w:rPr>
        <w:t xml:space="preserve"> across his shoulder, the familiar weight of it </w:t>
      </w:r>
      <w:proofErr w:type="gramStart"/>
      <w:r w:rsidRPr="00310333">
        <w:rPr>
          <w:rFonts w:eastAsia="Times New Roman" w:cs="Times New Roman"/>
          <w:szCs w:val="24"/>
        </w:rPr>
        <w:t>more</w:t>
      </w:r>
      <w:proofErr w:type="gramEnd"/>
      <w:r w:rsidRPr="00310333">
        <w:rPr>
          <w:rFonts w:eastAsia="Times New Roman" w:cs="Times New Roman"/>
          <w:szCs w:val="24"/>
        </w:rPr>
        <w:t xml:space="preserve"> comforting than he liked to admit. </w:t>
      </w:r>
      <w:r w:rsidR="00D46E3E">
        <w:rPr>
          <w:rFonts w:eastAsia="Times New Roman" w:cs="Times New Roman"/>
          <w:szCs w:val="24"/>
        </w:rPr>
        <w:t>The Massachusetts bird h</w:t>
      </w:r>
      <w:r w:rsidRPr="00310333">
        <w:rPr>
          <w:rFonts w:eastAsia="Times New Roman" w:cs="Times New Roman"/>
          <w:szCs w:val="24"/>
        </w:rPr>
        <w:t xml:space="preserve">unting season had begun, and he liked the </w:t>
      </w:r>
      <w:r w:rsidR="0045550D" w:rsidRPr="00310333">
        <w:rPr>
          <w:rFonts w:eastAsia="Times New Roman" w:cs="Times New Roman"/>
          <w:szCs w:val="24"/>
        </w:rPr>
        <w:t xml:space="preserve">solitude, </w:t>
      </w:r>
      <w:r w:rsidRPr="00310333">
        <w:rPr>
          <w:rFonts w:eastAsia="Times New Roman" w:cs="Times New Roman"/>
          <w:szCs w:val="24"/>
        </w:rPr>
        <w:t xml:space="preserve">the hours of stillness, the rhythm of breath in cold </w:t>
      </w:r>
      <w:r w:rsidR="003C6CB4">
        <w:rPr>
          <w:rFonts w:eastAsia="Times New Roman" w:cs="Times New Roman"/>
          <w:szCs w:val="24"/>
        </w:rPr>
        <w:t xml:space="preserve">morning </w:t>
      </w:r>
      <w:r w:rsidRPr="00310333">
        <w:rPr>
          <w:rFonts w:eastAsia="Times New Roman" w:cs="Times New Roman"/>
          <w:szCs w:val="24"/>
        </w:rPr>
        <w:t>air, the silence between heartbeats that he’d learned to trust long ago.</w:t>
      </w:r>
      <w:r w:rsidR="00AF3143">
        <w:rPr>
          <w:rFonts w:eastAsia="Times New Roman" w:cs="Times New Roman"/>
          <w:szCs w:val="24"/>
        </w:rPr>
        <w:t xml:space="preserve"> Matt loved to walk the hills, </w:t>
      </w:r>
      <w:r w:rsidR="00440798">
        <w:rPr>
          <w:rFonts w:eastAsia="Times New Roman" w:cs="Times New Roman"/>
          <w:szCs w:val="24"/>
        </w:rPr>
        <w:t xml:space="preserve">just </w:t>
      </w:r>
      <w:r w:rsidR="00860E7C">
        <w:rPr>
          <w:rFonts w:eastAsia="Times New Roman" w:cs="Times New Roman"/>
          <w:szCs w:val="24"/>
        </w:rPr>
        <w:t xml:space="preserve">watch the dog </w:t>
      </w:r>
      <w:proofErr w:type="gramStart"/>
      <w:r w:rsidR="00440798">
        <w:rPr>
          <w:rFonts w:eastAsia="Times New Roman" w:cs="Times New Roman"/>
          <w:szCs w:val="24"/>
        </w:rPr>
        <w:t>work</w:t>
      </w:r>
      <w:proofErr w:type="gramEnd"/>
      <w:r w:rsidR="00440798">
        <w:rPr>
          <w:rFonts w:eastAsia="Times New Roman" w:cs="Times New Roman"/>
          <w:szCs w:val="24"/>
        </w:rPr>
        <w:t xml:space="preserve"> </w:t>
      </w:r>
      <w:r w:rsidR="00860E7C">
        <w:rPr>
          <w:rFonts w:eastAsia="Times New Roman" w:cs="Times New Roman"/>
          <w:szCs w:val="24"/>
        </w:rPr>
        <w:t>the cornfield</w:t>
      </w:r>
      <w:r w:rsidR="00586FBF">
        <w:rPr>
          <w:rFonts w:eastAsia="Times New Roman" w:cs="Times New Roman"/>
          <w:szCs w:val="24"/>
        </w:rPr>
        <w:t xml:space="preserve">. Wait for a </w:t>
      </w:r>
      <w:r w:rsidR="00593AD7">
        <w:rPr>
          <w:rFonts w:eastAsia="Times New Roman" w:cs="Times New Roman"/>
          <w:szCs w:val="24"/>
        </w:rPr>
        <w:t>signal.</w:t>
      </w:r>
    </w:p>
    <w:p w14:paraId="5D7BD1FE"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Up here, in the hills outside Worthington, he could almost forget.</w:t>
      </w:r>
    </w:p>
    <w:p w14:paraId="2F0A3FCA" w14:textId="77777777" w:rsidR="001F2771"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Locals called him </w:t>
      </w:r>
      <w:r w:rsidR="0006358C">
        <w:rPr>
          <w:rFonts w:eastAsia="Times New Roman" w:cs="Times New Roman"/>
          <w:szCs w:val="24"/>
        </w:rPr>
        <w:t>Frank</w:t>
      </w:r>
      <w:r w:rsidRPr="00310333">
        <w:rPr>
          <w:rFonts w:eastAsia="Times New Roman" w:cs="Times New Roman"/>
          <w:szCs w:val="24"/>
        </w:rPr>
        <w:t xml:space="preserve">, or </w:t>
      </w:r>
      <w:r w:rsidR="0006358C">
        <w:rPr>
          <w:rFonts w:eastAsia="Times New Roman" w:cs="Times New Roman"/>
          <w:szCs w:val="24"/>
        </w:rPr>
        <w:t>Frank</w:t>
      </w:r>
      <w:r w:rsidRPr="00310333">
        <w:rPr>
          <w:rFonts w:eastAsia="Times New Roman" w:cs="Times New Roman"/>
          <w:szCs w:val="24"/>
        </w:rPr>
        <w:t>ie if they'd known him since high school. He’d earned a reputation in the hill towns as a decent guy</w:t>
      </w:r>
      <w:r w:rsidR="009C52CB">
        <w:rPr>
          <w:rFonts w:eastAsia="Times New Roman" w:cs="Times New Roman"/>
          <w:szCs w:val="24"/>
        </w:rPr>
        <w:t xml:space="preserve">, </w:t>
      </w:r>
      <w:r w:rsidR="00BB5C26">
        <w:rPr>
          <w:rFonts w:eastAsia="Times New Roman" w:cs="Times New Roman"/>
          <w:szCs w:val="24"/>
        </w:rPr>
        <w:t xml:space="preserve">a </w:t>
      </w:r>
      <w:r w:rsidR="009C52CB">
        <w:rPr>
          <w:rFonts w:eastAsia="Times New Roman" w:cs="Times New Roman"/>
          <w:szCs w:val="24"/>
        </w:rPr>
        <w:t xml:space="preserve">hard worker, </w:t>
      </w:r>
      <w:r w:rsidRPr="00310333">
        <w:rPr>
          <w:rFonts w:eastAsia="Times New Roman" w:cs="Times New Roman"/>
          <w:szCs w:val="24"/>
        </w:rPr>
        <w:t xml:space="preserve">quiet, respectful, helped rebuild the town’s war memorial, even coached </w:t>
      </w:r>
      <w:r w:rsidR="004A5695">
        <w:rPr>
          <w:rFonts w:eastAsia="Times New Roman" w:cs="Times New Roman"/>
          <w:szCs w:val="24"/>
        </w:rPr>
        <w:lastRenderedPageBreak/>
        <w:t xml:space="preserve">the </w:t>
      </w:r>
      <w:r w:rsidR="00BB5C26">
        <w:rPr>
          <w:rFonts w:eastAsia="Times New Roman" w:cs="Times New Roman"/>
          <w:szCs w:val="24"/>
        </w:rPr>
        <w:t>Regional</w:t>
      </w:r>
      <w:r w:rsidR="00BB5C26" w:rsidRPr="00310333">
        <w:rPr>
          <w:rFonts w:eastAsia="Times New Roman" w:cs="Times New Roman"/>
          <w:szCs w:val="24"/>
        </w:rPr>
        <w:t xml:space="preserve"> </w:t>
      </w:r>
      <w:r w:rsidR="004A5695">
        <w:rPr>
          <w:rFonts w:eastAsia="Times New Roman" w:cs="Times New Roman"/>
          <w:szCs w:val="24"/>
        </w:rPr>
        <w:t xml:space="preserve">High School </w:t>
      </w:r>
      <w:r w:rsidRPr="00310333">
        <w:rPr>
          <w:rFonts w:eastAsia="Times New Roman" w:cs="Times New Roman"/>
          <w:szCs w:val="24"/>
        </w:rPr>
        <w:t xml:space="preserve">baseball </w:t>
      </w:r>
      <w:r w:rsidR="004A5695">
        <w:rPr>
          <w:rFonts w:eastAsia="Times New Roman" w:cs="Times New Roman"/>
          <w:szCs w:val="24"/>
        </w:rPr>
        <w:t xml:space="preserve">team </w:t>
      </w:r>
      <w:r w:rsidRPr="00310333">
        <w:rPr>
          <w:rFonts w:eastAsia="Times New Roman" w:cs="Times New Roman"/>
          <w:szCs w:val="24"/>
        </w:rPr>
        <w:t xml:space="preserve">for a </w:t>
      </w:r>
      <w:r w:rsidR="009C52CB">
        <w:rPr>
          <w:rFonts w:eastAsia="Times New Roman" w:cs="Times New Roman"/>
          <w:szCs w:val="24"/>
        </w:rPr>
        <w:t xml:space="preserve">couple of </w:t>
      </w:r>
      <w:r w:rsidR="00B564C9" w:rsidRPr="00310333">
        <w:rPr>
          <w:rFonts w:eastAsia="Times New Roman" w:cs="Times New Roman"/>
          <w:szCs w:val="24"/>
        </w:rPr>
        <w:t>seasons</w:t>
      </w:r>
      <w:r w:rsidRPr="00310333">
        <w:rPr>
          <w:rFonts w:eastAsia="Times New Roman" w:cs="Times New Roman"/>
          <w:szCs w:val="24"/>
        </w:rPr>
        <w:t xml:space="preserve">. </w:t>
      </w:r>
      <w:r w:rsidR="00791B88">
        <w:rPr>
          <w:rFonts w:eastAsia="Times New Roman" w:cs="Times New Roman"/>
          <w:szCs w:val="24"/>
        </w:rPr>
        <w:t xml:space="preserve">People </w:t>
      </w:r>
      <w:r w:rsidR="0066682B">
        <w:rPr>
          <w:rFonts w:eastAsia="Times New Roman" w:cs="Times New Roman"/>
          <w:szCs w:val="24"/>
        </w:rPr>
        <w:t xml:space="preserve">around just thought of him as </w:t>
      </w:r>
      <w:r w:rsidR="009F5B18">
        <w:rPr>
          <w:rFonts w:eastAsia="Times New Roman" w:cs="Times New Roman"/>
          <w:szCs w:val="24"/>
        </w:rPr>
        <w:t xml:space="preserve">a good neighbor…one of them.  </w:t>
      </w:r>
    </w:p>
    <w:p w14:paraId="3E36E0B3" w14:textId="65E7BDFD" w:rsidR="00186917"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But people also knew not to ask too many questions. The</w:t>
      </w:r>
      <w:r w:rsidR="00657ACC">
        <w:rPr>
          <w:rFonts w:eastAsia="Times New Roman" w:cs="Times New Roman"/>
          <w:szCs w:val="24"/>
        </w:rPr>
        <w:t xml:space="preserve">y have all heard the </w:t>
      </w:r>
      <w:r w:rsidR="000F2596">
        <w:rPr>
          <w:rFonts w:eastAsia="Times New Roman" w:cs="Times New Roman"/>
          <w:szCs w:val="24"/>
        </w:rPr>
        <w:t>gossip;</w:t>
      </w:r>
      <w:r w:rsidR="004C4491">
        <w:rPr>
          <w:rFonts w:eastAsia="Times New Roman" w:cs="Times New Roman"/>
          <w:szCs w:val="24"/>
        </w:rPr>
        <w:t xml:space="preserve"> they heard </w:t>
      </w:r>
      <w:r w:rsidR="00657ACC">
        <w:rPr>
          <w:rFonts w:eastAsia="Times New Roman" w:cs="Times New Roman"/>
          <w:szCs w:val="24"/>
        </w:rPr>
        <w:t>stories</w:t>
      </w:r>
      <w:r w:rsidR="00206AA4">
        <w:rPr>
          <w:rFonts w:eastAsia="Times New Roman" w:cs="Times New Roman"/>
          <w:szCs w:val="24"/>
        </w:rPr>
        <w:t xml:space="preserve"> of his time in Afghanistan</w:t>
      </w:r>
      <w:r w:rsidR="00F039C0">
        <w:rPr>
          <w:rFonts w:eastAsia="Times New Roman" w:cs="Times New Roman"/>
          <w:szCs w:val="24"/>
        </w:rPr>
        <w:t xml:space="preserve">. Mostly </w:t>
      </w:r>
      <w:r w:rsidR="00ED525E">
        <w:rPr>
          <w:rFonts w:eastAsia="Times New Roman" w:cs="Times New Roman"/>
          <w:szCs w:val="24"/>
        </w:rPr>
        <w:t xml:space="preserve">exaggerated </w:t>
      </w:r>
      <w:r w:rsidR="00821FE9">
        <w:rPr>
          <w:rFonts w:eastAsia="Times New Roman" w:cs="Times New Roman"/>
          <w:szCs w:val="24"/>
        </w:rPr>
        <w:t>and others</w:t>
      </w:r>
      <w:r w:rsidR="004843DC">
        <w:rPr>
          <w:rFonts w:eastAsia="Times New Roman" w:cs="Times New Roman"/>
          <w:szCs w:val="24"/>
        </w:rPr>
        <w:t>,</w:t>
      </w:r>
      <w:r w:rsidR="00B16FFC">
        <w:rPr>
          <w:rFonts w:eastAsia="Times New Roman" w:cs="Times New Roman"/>
          <w:szCs w:val="24"/>
        </w:rPr>
        <w:t xml:space="preserve"> made up </w:t>
      </w:r>
      <w:r w:rsidR="004843DC">
        <w:rPr>
          <w:rFonts w:eastAsia="Times New Roman" w:cs="Times New Roman"/>
          <w:szCs w:val="24"/>
        </w:rPr>
        <w:t>entirely</w:t>
      </w:r>
      <w:r w:rsidR="00CA2F42">
        <w:rPr>
          <w:rFonts w:eastAsia="Times New Roman" w:cs="Times New Roman"/>
          <w:szCs w:val="24"/>
        </w:rPr>
        <w:t xml:space="preserve">. </w:t>
      </w:r>
      <w:r w:rsidR="00A428E9">
        <w:rPr>
          <w:rFonts w:eastAsia="Times New Roman" w:cs="Times New Roman"/>
          <w:szCs w:val="24"/>
        </w:rPr>
        <w:t>They knew not to ask Frank,</w:t>
      </w:r>
      <w:r w:rsidR="004843DC">
        <w:rPr>
          <w:rFonts w:eastAsia="Times New Roman" w:cs="Times New Roman"/>
          <w:szCs w:val="24"/>
        </w:rPr>
        <w:t xml:space="preserve"> but</w:t>
      </w:r>
      <w:r w:rsidR="00F039C0">
        <w:rPr>
          <w:rFonts w:eastAsia="Times New Roman" w:cs="Times New Roman"/>
          <w:szCs w:val="24"/>
        </w:rPr>
        <w:t xml:space="preserve"> still</w:t>
      </w:r>
      <w:r w:rsidR="00317485">
        <w:rPr>
          <w:rFonts w:eastAsia="Times New Roman" w:cs="Times New Roman"/>
          <w:szCs w:val="24"/>
        </w:rPr>
        <w:t xml:space="preserve">, </w:t>
      </w:r>
      <w:r w:rsidR="00A428E9">
        <w:rPr>
          <w:rFonts w:eastAsia="Times New Roman" w:cs="Times New Roman"/>
          <w:szCs w:val="24"/>
        </w:rPr>
        <w:t xml:space="preserve">his </w:t>
      </w:r>
      <w:r w:rsidR="00861DFC">
        <w:rPr>
          <w:rFonts w:eastAsia="Times New Roman" w:cs="Times New Roman"/>
          <w:szCs w:val="24"/>
        </w:rPr>
        <w:t>almost celebrity status amongst the are</w:t>
      </w:r>
      <w:r w:rsidR="00443332">
        <w:rPr>
          <w:rFonts w:eastAsia="Times New Roman" w:cs="Times New Roman"/>
          <w:szCs w:val="24"/>
        </w:rPr>
        <w:t xml:space="preserve">a folks. </w:t>
      </w:r>
      <w:r w:rsidR="001A7672">
        <w:rPr>
          <w:rFonts w:eastAsia="Times New Roman" w:cs="Times New Roman"/>
          <w:szCs w:val="24"/>
        </w:rPr>
        <w:t>Frank was</w:t>
      </w:r>
      <w:r w:rsidR="00317485">
        <w:rPr>
          <w:rFonts w:eastAsia="Times New Roman" w:cs="Times New Roman"/>
          <w:szCs w:val="24"/>
        </w:rPr>
        <w:t xml:space="preserve"> a </w:t>
      </w:r>
      <w:r w:rsidR="00A26FB6">
        <w:rPr>
          <w:rFonts w:eastAsia="Times New Roman" w:cs="Times New Roman"/>
          <w:szCs w:val="24"/>
        </w:rPr>
        <w:t xml:space="preserve">common </w:t>
      </w:r>
      <w:r w:rsidR="00F039C0">
        <w:rPr>
          <w:rFonts w:eastAsia="Times New Roman" w:cs="Times New Roman"/>
          <w:szCs w:val="24"/>
        </w:rPr>
        <w:t xml:space="preserve">topic of conversation in the sleepy </w:t>
      </w:r>
      <w:r w:rsidR="00A951D6">
        <w:rPr>
          <w:rFonts w:eastAsia="Times New Roman" w:cs="Times New Roman"/>
          <w:szCs w:val="24"/>
        </w:rPr>
        <w:t>Hilltown</w:t>
      </w:r>
      <w:r w:rsidR="00A26FB6">
        <w:rPr>
          <w:rFonts w:eastAsia="Times New Roman" w:cs="Times New Roman"/>
          <w:szCs w:val="24"/>
        </w:rPr>
        <w:t xml:space="preserve"> </w:t>
      </w:r>
      <w:r w:rsidR="001307DF">
        <w:rPr>
          <w:rFonts w:eastAsia="Times New Roman" w:cs="Times New Roman"/>
          <w:szCs w:val="24"/>
        </w:rPr>
        <w:t>watering hole</w:t>
      </w:r>
      <w:r w:rsidR="00912098">
        <w:rPr>
          <w:rFonts w:eastAsia="Times New Roman" w:cs="Times New Roman"/>
          <w:szCs w:val="24"/>
        </w:rPr>
        <w:t xml:space="preserve">s. </w:t>
      </w:r>
      <w:r w:rsidR="001A7672">
        <w:rPr>
          <w:rFonts w:eastAsia="Times New Roman" w:cs="Times New Roman"/>
          <w:szCs w:val="24"/>
        </w:rPr>
        <w:t xml:space="preserve"> </w:t>
      </w:r>
      <w:r w:rsidR="00AD1CDE">
        <w:rPr>
          <w:rFonts w:eastAsia="Times New Roman" w:cs="Times New Roman"/>
          <w:szCs w:val="24"/>
        </w:rPr>
        <w:t>But the</w:t>
      </w:r>
      <w:r w:rsidR="00981BCB">
        <w:rPr>
          <w:rFonts w:eastAsia="Times New Roman" w:cs="Times New Roman"/>
          <w:szCs w:val="24"/>
        </w:rPr>
        <w:t xml:space="preserve"> truth was </w:t>
      </w:r>
      <w:r w:rsidR="00AD1CDE">
        <w:rPr>
          <w:rFonts w:eastAsia="Times New Roman" w:cs="Times New Roman"/>
          <w:szCs w:val="24"/>
        </w:rPr>
        <w:t xml:space="preserve">often darker, unimaginable and </w:t>
      </w:r>
      <w:r w:rsidR="00DC2E41">
        <w:rPr>
          <w:rFonts w:eastAsia="Times New Roman" w:cs="Times New Roman"/>
          <w:szCs w:val="24"/>
        </w:rPr>
        <w:t>much more complex</w:t>
      </w:r>
      <w:r w:rsidR="00052E62">
        <w:rPr>
          <w:rFonts w:eastAsia="Times New Roman" w:cs="Times New Roman"/>
          <w:szCs w:val="24"/>
        </w:rPr>
        <w:t xml:space="preserve">, and for Frank, some of </w:t>
      </w:r>
      <w:r w:rsidR="00DC2E41">
        <w:rPr>
          <w:rFonts w:eastAsia="Times New Roman" w:cs="Times New Roman"/>
          <w:szCs w:val="24"/>
        </w:rPr>
        <w:t xml:space="preserve">what he’d </w:t>
      </w:r>
      <w:r w:rsidR="00D1420B">
        <w:rPr>
          <w:rFonts w:eastAsia="Times New Roman" w:cs="Times New Roman"/>
          <w:szCs w:val="24"/>
        </w:rPr>
        <w:t>experienced</w:t>
      </w:r>
      <w:r w:rsidR="00DC2E41">
        <w:rPr>
          <w:rFonts w:eastAsia="Times New Roman" w:cs="Times New Roman"/>
          <w:szCs w:val="24"/>
        </w:rPr>
        <w:t xml:space="preserve"> was </w:t>
      </w:r>
      <w:r w:rsidR="0000597C">
        <w:rPr>
          <w:rFonts w:eastAsia="Times New Roman" w:cs="Times New Roman"/>
          <w:szCs w:val="24"/>
        </w:rPr>
        <w:t xml:space="preserve">unthinkable, </w:t>
      </w:r>
      <w:r w:rsidR="002B00D1">
        <w:rPr>
          <w:rFonts w:eastAsia="Times New Roman" w:cs="Times New Roman"/>
          <w:szCs w:val="24"/>
        </w:rPr>
        <w:t>unbearable</w:t>
      </w:r>
      <w:r w:rsidR="00D1420B">
        <w:rPr>
          <w:rFonts w:eastAsia="Times New Roman" w:cs="Times New Roman"/>
          <w:szCs w:val="24"/>
        </w:rPr>
        <w:t xml:space="preserve">. He </w:t>
      </w:r>
      <w:r w:rsidR="00E61253">
        <w:rPr>
          <w:rFonts w:eastAsia="Times New Roman" w:cs="Times New Roman"/>
          <w:szCs w:val="24"/>
        </w:rPr>
        <w:t xml:space="preserve">didn’t talk about it. </w:t>
      </w:r>
      <w:r w:rsidR="00A67808">
        <w:rPr>
          <w:rFonts w:eastAsia="Times New Roman" w:cs="Times New Roman"/>
          <w:szCs w:val="24"/>
        </w:rPr>
        <w:t>Not to anyone</w:t>
      </w:r>
      <w:r w:rsidR="00186917">
        <w:rPr>
          <w:rFonts w:eastAsia="Times New Roman" w:cs="Times New Roman"/>
          <w:szCs w:val="24"/>
        </w:rPr>
        <w:t>.</w:t>
      </w:r>
    </w:p>
    <w:p w14:paraId="7233EC64" w14:textId="3D7F6B20" w:rsidR="00310333" w:rsidRPr="00310333" w:rsidRDefault="00186917" w:rsidP="00310333">
      <w:pPr>
        <w:spacing w:before="100" w:beforeAutospacing="1" w:after="100" w:afterAutospacing="1"/>
        <w:rPr>
          <w:rFonts w:eastAsia="Times New Roman" w:cs="Times New Roman"/>
          <w:szCs w:val="24"/>
        </w:rPr>
      </w:pPr>
      <w:r>
        <w:rPr>
          <w:rFonts w:eastAsia="Times New Roman" w:cs="Times New Roman"/>
          <w:szCs w:val="24"/>
        </w:rPr>
        <w:t>These were the</w:t>
      </w:r>
      <w:r w:rsidR="00310333" w:rsidRPr="00310333">
        <w:rPr>
          <w:rFonts w:eastAsia="Times New Roman" w:cs="Times New Roman"/>
          <w:szCs w:val="24"/>
        </w:rPr>
        <w:t xml:space="preserve"> things a man brought home that didn’t fit in a duffel bag.</w:t>
      </w:r>
    </w:p>
    <w:p w14:paraId="4D00A07A" w14:textId="2C5C95AC"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The small cabin he lived in had no internet, </w:t>
      </w:r>
      <w:r w:rsidR="005863EF">
        <w:rPr>
          <w:rFonts w:eastAsia="Times New Roman" w:cs="Times New Roman"/>
          <w:szCs w:val="24"/>
        </w:rPr>
        <w:t>spotty</w:t>
      </w:r>
      <w:r w:rsidRPr="00310333">
        <w:rPr>
          <w:rFonts w:eastAsia="Times New Roman" w:cs="Times New Roman"/>
          <w:szCs w:val="24"/>
        </w:rPr>
        <w:t xml:space="preserve"> cell signal</w:t>
      </w:r>
      <w:r w:rsidR="006E1E8D">
        <w:rPr>
          <w:rFonts w:eastAsia="Times New Roman" w:cs="Times New Roman"/>
          <w:szCs w:val="24"/>
        </w:rPr>
        <w:t>…</w:t>
      </w:r>
      <w:r w:rsidR="005863EF">
        <w:rPr>
          <w:rFonts w:eastAsia="Times New Roman" w:cs="Times New Roman"/>
          <w:szCs w:val="24"/>
        </w:rPr>
        <w:t xml:space="preserve"> if any, </w:t>
      </w:r>
      <w:r w:rsidRPr="00310333">
        <w:rPr>
          <w:rFonts w:eastAsia="Times New Roman" w:cs="Times New Roman"/>
          <w:szCs w:val="24"/>
        </w:rPr>
        <w:t xml:space="preserve">a wood stove, a HAM radio, </w:t>
      </w:r>
      <w:r w:rsidR="00812D39">
        <w:rPr>
          <w:rFonts w:eastAsia="Times New Roman" w:cs="Times New Roman"/>
          <w:szCs w:val="24"/>
        </w:rPr>
        <w:t xml:space="preserve">a </w:t>
      </w:r>
      <w:r w:rsidR="005863EF">
        <w:rPr>
          <w:rFonts w:eastAsia="Times New Roman" w:cs="Times New Roman"/>
          <w:szCs w:val="24"/>
        </w:rPr>
        <w:t xml:space="preserve">necessity </w:t>
      </w:r>
      <w:r w:rsidR="005139D4">
        <w:rPr>
          <w:rFonts w:eastAsia="Times New Roman" w:cs="Times New Roman"/>
          <w:szCs w:val="24"/>
        </w:rPr>
        <w:t xml:space="preserve">for him to maintain contact with many of his </w:t>
      </w:r>
      <w:r w:rsidR="00D620A1">
        <w:rPr>
          <w:rFonts w:eastAsia="Times New Roman" w:cs="Times New Roman"/>
          <w:szCs w:val="24"/>
        </w:rPr>
        <w:t xml:space="preserve">friend </w:t>
      </w:r>
      <w:r w:rsidR="005369E3">
        <w:rPr>
          <w:rFonts w:eastAsia="Times New Roman" w:cs="Times New Roman"/>
          <w:szCs w:val="24"/>
        </w:rPr>
        <w:t>a</w:t>
      </w:r>
      <w:r w:rsidRPr="00310333">
        <w:rPr>
          <w:rFonts w:eastAsia="Times New Roman" w:cs="Times New Roman"/>
          <w:szCs w:val="24"/>
        </w:rPr>
        <w:t xml:space="preserve">nd a patched American flag hanging in the entryway. </w:t>
      </w:r>
      <w:r w:rsidR="005369E3">
        <w:rPr>
          <w:rFonts w:eastAsia="Times New Roman" w:cs="Times New Roman"/>
          <w:szCs w:val="24"/>
        </w:rPr>
        <w:t xml:space="preserve">Very minimal and </w:t>
      </w:r>
      <w:r w:rsidRPr="00310333">
        <w:rPr>
          <w:rFonts w:eastAsia="Times New Roman" w:cs="Times New Roman"/>
          <w:szCs w:val="24"/>
        </w:rPr>
        <w:t>He liked it that way.</w:t>
      </w:r>
      <w:r w:rsidR="005369E3">
        <w:rPr>
          <w:rFonts w:eastAsia="Times New Roman" w:cs="Times New Roman"/>
          <w:szCs w:val="24"/>
        </w:rPr>
        <w:t xml:space="preserve"> </w:t>
      </w:r>
      <w:r w:rsidR="00B429AC">
        <w:rPr>
          <w:rFonts w:eastAsia="Times New Roman" w:cs="Times New Roman"/>
          <w:szCs w:val="24"/>
        </w:rPr>
        <w:t xml:space="preserve">The only thing </w:t>
      </w:r>
      <w:proofErr w:type="gramStart"/>
      <w:r w:rsidR="00B429AC">
        <w:rPr>
          <w:rFonts w:eastAsia="Times New Roman" w:cs="Times New Roman"/>
          <w:szCs w:val="24"/>
        </w:rPr>
        <w:t>of</w:t>
      </w:r>
      <w:proofErr w:type="gramEnd"/>
      <w:r w:rsidR="00B429AC">
        <w:rPr>
          <w:rFonts w:eastAsia="Times New Roman" w:cs="Times New Roman"/>
          <w:szCs w:val="24"/>
        </w:rPr>
        <w:t xml:space="preserve"> note</w:t>
      </w:r>
      <w:r w:rsidR="003034EA">
        <w:rPr>
          <w:rFonts w:eastAsia="Times New Roman" w:cs="Times New Roman"/>
          <w:szCs w:val="24"/>
        </w:rPr>
        <w:t xml:space="preserve"> was his </w:t>
      </w:r>
      <w:r w:rsidR="000B406A">
        <w:rPr>
          <w:rFonts w:eastAsia="Times New Roman" w:cs="Times New Roman"/>
          <w:szCs w:val="24"/>
        </w:rPr>
        <w:t>Go-Bag</w:t>
      </w:r>
      <w:r w:rsidR="0075684F">
        <w:rPr>
          <w:rFonts w:eastAsia="Times New Roman" w:cs="Times New Roman"/>
          <w:szCs w:val="24"/>
        </w:rPr>
        <w:t>, which sat in a corner of a small dark closet</w:t>
      </w:r>
      <w:r w:rsidR="00E06AAA">
        <w:rPr>
          <w:rFonts w:eastAsia="Times New Roman" w:cs="Times New Roman"/>
          <w:szCs w:val="24"/>
        </w:rPr>
        <w:t>.  This was</w:t>
      </w:r>
      <w:r w:rsidR="00090C16">
        <w:rPr>
          <w:rFonts w:eastAsia="Times New Roman" w:cs="Times New Roman"/>
          <w:szCs w:val="24"/>
        </w:rPr>
        <w:t xml:space="preserve"> a</w:t>
      </w:r>
      <w:r w:rsidR="00196C72">
        <w:rPr>
          <w:rFonts w:eastAsia="Times New Roman" w:cs="Times New Roman"/>
          <w:szCs w:val="24"/>
        </w:rPr>
        <w:t>ll he</w:t>
      </w:r>
      <w:r w:rsidR="00C943D2">
        <w:rPr>
          <w:rFonts w:eastAsia="Times New Roman" w:cs="Times New Roman"/>
          <w:szCs w:val="24"/>
        </w:rPr>
        <w:t xml:space="preserve"> had.</w:t>
      </w:r>
      <w:r w:rsidR="00426B5E">
        <w:rPr>
          <w:rFonts w:eastAsia="Times New Roman" w:cs="Times New Roman"/>
          <w:szCs w:val="24"/>
        </w:rPr>
        <w:t xml:space="preserve"> All he wanted.</w:t>
      </w:r>
      <w:r w:rsidR="003A6F9E">
        <w:rPr>
          <w:rFonts w:eastAsia="Times New Roman" w:cs="Times New Roman"/>
          <w:szCs w:val="24"/>
        </w:rPr>
        <w:t xml:space="preserve"> Frank called it “The Camp”</w:t>
      </w:r>
    </w:p>
    <w:p w14:paraId="2C1954BE"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But even out here, the world was closing in.</w:t>
      </w:r>
    </w:p>
    <w:p w14:paraId="62D4D07E" w14:textId="49AABB23"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At the general store, </w:t>
      </w:r>
      <w:r w:rsidR="00BE7313">
        <w:rPr>
          <w:rFonts w:eastAsia="Times New Roman" w:cs="Times New Roman"/>
          <w:szCs w:val="24"/>
        </w:rPr>
        <w:t xml:space="preserve">a typical gathering spot for </w:t>
      </w:r>
      <w:r w:rsidR="00847B81">
        <w:rPr>
          <w:rFonts w:eastAsia="Times New Roman" w:cs="Times New Roman"/>
          <w:szCs w:val="24"/>
        </w:rPr>
        <w:t>locals</w:t>
      </w:r>
      <w:r w:rsidR="00926F20">
        <w:rPr>
          <w:rFonts w:eastAsia="Times New Roman" w:cs="Times New Roman"/>
          <w:szCs w:val="24"/>
        </w:rPr>
        <w:t xml:space="preserve"> to grab a coffee, </w:t>
      </w:r>
      <w:r w:rsidR="002D0752">
        <w:rPr>
          <w:rFonts w:eastAsia="Times New Roman" w:cs="Times New Roman"/>
          <w:szCs w:val="24"/>
        </w:rPr>
        <w:t>a few</w:t>
      </w:r>
      <w:r w:rsidRPr="00310333">
        <w:rPr>
          <w:rFonts w:eastAsia="Times New Roman" w:cs="Times New Roman"/>
          <w:szCs w:val="24"/>
        </w:rPr>
        <w:t xml:space="preserve"> old</w:t>
      </w:r>
      <w:r w:rsidR="002D0752">
        <w:rPr>
          <w:rFonts w:eastAsia="Times New Roman" w:cs="Times New Roman"/>
          <w:szCs w:val="24"/>
        </w:rPr>
        <w:t xml:space="preserve">er local </w:t>
      </w:r>
      <w:r w:rsidRPr="00310333">
        <w:rPr>
          <w:rFonts w:eastAsia="Times New Roman" w:cs="Times New Roman"/>
          <w:szCs w:val="24"/>
        </w:rPr>
        <w:t xml:space="preserve">men were talking about the riots in </w:t>
      </w:r>
      <w:r w:rsidR="00006F96">
        <w:rPr>
          <w:rFonts w:eastAsia="Times New Roman" w:cs="Times New Roman"/>
          <w:szCs w:val="24"/>
        </w:rPr>
        <w:t xml:space="preserve">Seattle and </w:t>
      </w:r>
      <w:r w:rsidRPr="00310333">
        <w:rPr>
          <w:rFonts w:eastAsia="Times New Roman" w:cs="Times New Roman"/>
          <w:szCs w:val="24"/>
        </w:rPr>
        <w:t xml:space="preserve">Portland. More protests had erupted in </w:t>
      </w:r>
      <w:r w:rsidR="00006F96">
        <w:rPr>
          <w:rFonts w:eastAsia="Times New Roman" w:cs="Times New Roman"/>
          <w:szCs w:val="24"/>
        </w:rPr>
        <w:t xml:space="preserve">NY and </w:t>
      </w:r>
      <w:r w:rsidRPr="00310333">
        <w:rPr>
          <w:rFonts w:eastAsia="Times New Roman" w:cs="Times New Roman"/>
          <w:szCs w:val="24"/>
        </w:rPr>
        <w:t>D.C.—this time over the new AI oversight bill. "Minority Report shit," one of them said, not knowing how right he was.</w:t>
      </w:r>
      <w:r w:rsidR="0072216C">
        <w:rPr>
          <w:rFonts w:eastAsia="Times New Roman" w:cs="Times New Roman"/>
          <w:szCs w:val="24"/>
        </w:rPr>
        <w:t xml:space="preserve">  </w:t>
      </w:r>
    </w:p>
    <w:p w14:paraId="194F58F4" w14:textId="146268FC"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Matt h</w:t>
      </w:r>
      <w:r w:rsidR="006A04E7">
        <w:rPr>
          <w:rFonts w:eastAsia="Times New Roman" w:cs="Times New Roman"/>
          <w:szCs w:val="24"/>
        </w:rPr>
        <w:t xml:space="preserve">eard the conversation </w:t>
      </w:r>
      <w:r w:rsidR="002245F6">
        <w:rPr>
          <w:rFonts w:eastAsia="Times New Roman" w:cs="Times New Roman"/>
          <w:szCs w:val="24"/>
        </w:rPr>
        <w:t>but didn’t interject.  He shifted his focus</w:t>
      </w:r>
      <w:r w:rsidR="00CB6FE8">
        <w:rPr>
          <w:rFonts w:eastAsia="Times New Roman" w:cs="Times New Roman"/>
          <w:szCs w:val="24"/>
        </w:rPr>
        <w:t xml:space="preserve"> to </w:t>
      </w:r>
      <w:r w:rsidR="006602FB">
        <w:rPr>
          <w:rFonts w:eastAsia="Times New Roman" w:cs="Times New Roman"/>
          <w:szCs w:val="24"/>
        </w:rPr>
        <w:t>the</w:t>
      </w:r>
      <w:r w:rsidR="006A04E7">
        <w:rPr>
          <w:rFonts w:eastAsia="Times New Roman" w:cs="Times New Roman"/>
          <w:szCs w:val="24"/>
        </w:rPr>
        <w:t xml:space="preserve"> small TV on the wall</w:t>
      </w:r>
      <w:r w:rsidR="00FD04BE">
        <w:rPr>
          <w:rFonts w:eastAsia="Times New Roman" w:cs="Times New Roman"/>
          <w:szCs w:val="24"/>
        </w:rPr>
        <w:t>. FOX News was giving coverage</w:t>
      </w:r>
      <w:r w:rsidR="00CB6FE8">
        <w:rPr>
          <w:rFonts w:eastAsia="Times New Roman" w:cs="Times New Roman"/>
          <w:szCs w:val="24"/>
        </w:rPr>
        <w:t xml:space="preserve"> of the issue</w:t>
      </w:r>
      <w:r w:rsidR="00FD04BE">
        <w:rPr>
          <w:rFonts w:eastAsia="Times New Roman" w:cs="Times New Roman"/>
          <w:szCs w:val="24"/>
        </w:rPr>
        <w:t xml:space="preserve">. </w:t>
      </w:r>
      <w:r w:rsidR="00B00060">
        <w:rPr>
          <w:rFonts w:eastAsia="Times New Roman" w:cs="Times New Roman"/>
          <w:szCs w:val="24"/>
        </w:rPr>
        <w:t>Matt watched for a few minutes. He hadn’t</w:t>
      </w:r>
      <w:r w:rsidRPr="00310333">
        <w:rPr>
          <w:rFonts w:eastAsia="Times New Roman" w:cs="Times New Roman"/>
          <w:szCs w:val="24"/>
        </w:rPr>
        <w:t xml:space="preserve"> said a word. Just paid for his coffee, tipped his cap, and left.</w:t>
      </w:r>
    </w:p>
    <w:p w14:paraId="141440B1" w14:textId="2CDB258C"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That night, he watched the news from a small TV </w:t>
      </w:r>
      <w:r w:rsidR="00D12F38">
        <w:rPr>
          <w:rFonts w:eastAsia="Times New Roman" w:cs="Times New Roman"/>
          <w:szCs w:val="24"/>
        </w:rPr>
        <w:t xml:space="preserve">he had that was </w:t>
      </w:r>
      <w:r w:rsidRPr="00310333">
        <w:rPr>
          <w:rFonts w:eastAsia="Times New Roman" w:cs="Times New Roman"/>
          <w:szCs w:val="24"/>
        </w:rPr>
        <w:t xml:space="preserve">hooked </w:t>
      </w:r>
      <w:proofErr w:type="gramStart"/>
      <w:r w:rsidR="00E11431">
        <w:rPr>
          <w:rFonts w:eastAsia="Times New Roman" w:cs="Times New Roman"/>
          <w:szCs w:val="24"/>
        </w:rPr>
        <w:t>to</w:t>
      </w:r>
      <w:proofErr w:type="gramEnd"/>
      <w:r w:rsidRPr="00310333">
        <w:rPr>
          <w:rFonts w:eastAsia="Times New Roman" w:cs="Times New Roman"/>
          <w:szCs w:val="24"/>
        </w:rPr>
        <w:t xml:space="preserve"> a satellite dish. Same headlines: “Civil unrest,” “Election tensions,” “AI reform.” The government had signed a contract with a Boston-based firm to pilot an algorithm designed to predict political violence before it happened. PreConvict AI, they were calling it. Unofficially, of course. The press loved the nickname.</w:t>
      </w:r>
    </w:p>
    <w:p w14:paraId="680274AE" w14:textId="49304014"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He shook his head. Algorithms didn’t know people. They didn’t know what it meant to watch your best friend bleed out in a Kabul alley, or how sometimes, silence wasn’t guilt</w:t>
      </w:r>
      <w:r w:rsidR="00FA31D9">
        <w:rPr>
          <w:rFonts w:eastAsia="Times New Roman" w:cs="Times New Roman"/>
          <w:szCs w:val="24"/>
        </w:rPr>
        <w:t>…</w:t>
      </w:r>
      <w:r w:rsidRPr="00310333">
        <w:rPr>
          <w:rFonts w:eastAsia="Times New Roman" w:cs="Times New Roman"/>
          <w:szCs w:val="24"/>
        </w:rPr>
        <w:t>it was survival.</w:t>
      </w:r>
    </w:p>
    <w:p w14:paraId="414321C2"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As he loaded the stove with a fresh log and settled into his chair, the woods around him swayed with the wind. No sirens. No cameras. No eyes. Just for tonight.</w:t>
      </w:r>
    </w:p>
    <w:p w14:paraId="4772F48E"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But tomorrow </w:t>
      </w:r>
      <w:proofErr w:type="gramStart"/>
      <w:r w:rsidRPr="00310333">
        <w:rPr>
          <w:rFonts w:eastAsia="Times New Roman" w:cs="Times New Roman"/>
          <w:szCs w:val="24"/>
        </w:rPr>
        <w:t>would</w:t>
      </w:r>
      <w:proofErr w:type="gramEnd"/>
      <w:r w:rsidRPr="00310333">
        <w:rPr>
          <w:rFonts w:eastAsia="Times New Roman" w:cs="Times New Roman"/>
          <w:szCs w:val="24"/>
        </w:rPr>
        <w:t xml:space="preserve"> be different.</w:t>
      </w:r>
    </w:p>
    <w:p w14:paraId="201CC6B3" w14:textId="77777777" w:rsid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Tomorrow, his face would be all over the internet—falsely linked to a violent protest in Springfield. A photo, taken at the wrong moment, from the wrong angle. No context. No defense. Just a grainy image of Matt caught in the background, his jaw tight, fists clenched, as chaos unfolded behind him.</w:t>
      </w:r>
    </w:p>
    <w:p w14:paraId="0AFF9613" w14:textId="69A64D56"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By the time he knew what was happening, the AI would flag him with a near-perfect threat score.</w:t>
      </w:r>
      <w:r w:rsidR="000A6C30">
        <w:rPr>
          <w:rFonts w:eastAsia="Times New Roman" w:cs="Times New Roman"/>
          <w:szCs w:val="24"/>
        </w:rPr>
        <w:t xml:space="preserve"> A Test case</w:t>
      </w:r>
      <w:r w:rsidR="00A32E09">
        <w:rPr>
          <w:rFonts w:eastAsia="Times New Roman" w:cs="Times New Roman"/>
          <w:szCs w:val="24"/>
        </w:rPr>
        <w:t xml:space="preserve"> for the </w:t>
      </w:r>
      <w:r w:rsidR="00C73A16">
        <w:rPr>
          <w:rFonts w:eastAsia="Times New Roman" w:cs="Times New Roman"/>
          <w:szCs w:val="24"/>
        </w:rPr>
        <w:t>Politicians and for the Media.</w:t>
      </w:r>
    </w:p>
    <w:p w14:paraId="0A2D109A" w14:textId="77777777" w:rsid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And that would be enough.</w:t>
      </w:r>
    </w:p>
    <w:p w14:paraId="748BCE42"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Matt didn’t sleep much that night. He rarely </w:t>
      </w:r>
      <w:proofErr w:type="gramStart"/>
      <w:r w:rsidRPr="00310333">
        <w:rPr>
          <w:rFonts w:eastAsia="Times New Roman" w:cs="Times New Roman"/>
          <w:szCs w:val="24"/>
        </w:rPr>
        <w:t>did</w:t>
      </w:r>
      <w:proofErr w:type="gramEnd"/>
      <w:r w:rsidRPr="00310333">
        <w:rPr>
          <w:rFonts w:eastAsia="Times New Roman" w:cs="Times New Roman"/>
          <w:szCs w:val="24"/>
        </w:rPr>
        <w:t xml:space="preserve"> anymore.</w:t>
      </w:r>
    </w:p>
    <w:p w14:paraId="3274A487" w14:textId="4336E04C"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lastRenderedPageBreak/>
        <w:t>A decade of missions had rewired his brain. Night was the time to stay alert. That low hum in the back of his skull</w:t>
      </w:r>
      <w:r w:rsidR="00A05B38">
        <w:rPr>
          <w:rFonts w:eastAsia="Times New Roman" w:cs="Times New Roman"/>
          <w:szCs w:val="24"/>
        </w:rPr>
        <w:t xml:space="preserve">, </w:t>
      </w:r>
      <w:r w:rsidRPr="00310333">
        <w:rPr>
          <w:rFonts w:eastAsia="Times New Roman" w:cs="Times New Roman"/>
          <w:szCs w:val="24"/>
        </w:rPr>
        <w:t xml:space="preserve">the one that told him something wasn’t </w:t>
      </w:r>
      <w:r w:rsidR="00D31047" w:rsidRPr="00310333">
        <w:rPr>
          <w:rFonts w:eastAsia="Times New Roman" w:cs="Times New Roman"/>
          <w:szCs w:val="24"/>
        </w:rPr>
        <w:t xml:space="preserve">right, </w:t>
      </w:r>
      <w:r w:rsidRPr="00310333">
        <w:rPr>
          <w:rFonts w:eastAsia="Times New Roman" w:cs="Times New Roman"/>
          <w:szCs w:val="24"/>
        </w:rPr>
        <w:t>it was buzzing now, louder than usual. He tried blaming it on the wind, or maybe the headlines, but it felt like something deeper. More immediate.</w:t>
      </w:r>
    </w:p>
    <w:p w14:paraId="3FD88DE8"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At 3:42 a.m., he rose, barefoot and automatic, and stepped outside. The stars blinked sharp through the cold air, the treetops swaying like they were whispering secrets to each other.</w:t>
      </w:r>
    </w:p>
    <w:p w14:paraId="71C8E654"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Then he saw it—just a glint at first, near the tree line. Low, barely visible. A red LED blink.</w:t>
      </w:r>
    </w:p>
    <w:p w14:paraId="433917AE"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Drone.</w:t>
      </w:r>
    </w:p>
    <w:p w14:paraId="004E4F19"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He dropped instantly, rolling behind the firewood pile. His breathing slowed. Training kicked in. He watched the thing hover in place, then shift left, then right. Not a toy. Too quiet. Too stable. Military spec, or damn close.</w:t>
      </w:r>
    </w:p>
    <w:p w14:paraId="573D203D" w14:textId="4186D6FE"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And it wasn’t just passing through.</w:t>
      </w:r>
      <w:r w:rsidR="00D03212">
        <w:rPr>
          <w:rFonts w:eastAsia="Times New Roman" w:cs="Times New Roman"/>
          <w:szCs w:val="24"/>
        </w:rPr>
        <w:t xml:space="preserve">  Why was this here?</w:t>
      </w:r>
    </w:p>
    <w:p w14:paraId="5F0A99CE" w14:textId="088CB138"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He crawled back </w:t>
      </w:r>
      <w:r w:rsidR="00D31047" w:rsidRPr="00310333">
        <w:rPr>
          <w:rFonts w:eastAsia="Times New Roman" w:cs="Times New Roman"/>
          <w:szCs w:val="24"/>
        </w:rPr>
        <w:t>inside</w:t>
      </w:r>
      <w:r w:rsidR="00445D50">
        <w:rPr>
          <w:rFonts w:eastAsia="Times New Roman" w:cs="Times New Roman"/>
          <w:szCs w:val="24"/>
        </w:rPr>
        <w:t xml:space="preserve"> his cabin</w:t>
      </w:r>
      <w:r w:rsidRPr="00310333">
        <w:rPr>
          <w:rFonts w:eastAsia="Times New Roman" w:cs="Times New Roman"/>
          <w:szCs w:val="24"/>
        </w:rPr>
        <w:t xml:space="preserve"> slow</w:t>
      </w:r>
      <w:r w:rsidR="00445D50">
        <w:rPr>
          <w:rFonts w:eastAsia="Times New Roman" w:cs="Times New Roman"/>
          <w:szCs w:val="24"/>
        </w:rPr>
        <w:t>ly</w:t>
      </w:r>
      <w:r w:rsidRPr="00310333">
        <w:rPr>
          <w:rFonts w:eastAsia="Times New Roman" w:cs="Times New Roman"/>
          <w:szCs w:val="24"/>
        </w:rPr>
        <w:t xml:space="preserve"> and carefully. His phone had been off for days, but now he powered it up and turned on the signal blocker he’d built himself. Then he cracked open the hard case in his </w:t>
      </w:r>
      <w:r w:rsidR="00B43EB6" w:rsidRPr="00310333">
        <w:rPr>
          <w:rFonts w:eastAsia="Times New Roman" w:cs="Times New Roman"/>
          <w:szCs w:val="24"/>
        </w:rPr>
        <w:t>closet, which</w:t>
      </w:r>
      <w:r w:rsidRPr="00310333">
        <w:rPr>
          <w:rFonts w:eastAsia="Times New Roman" w:cs="Times New Roman"/>
          <w:szCs w:val="24"/>
        </w:rPr>
        <w:t xml:space="preserve"> he hadn’t touched in </w:t>
      </w:r>
      <w:r w:rsidR="008320F1">
        <w:rPr>
          <w:rFonts w:eastAsia="Times New Roman" w:cs="Times New Roman"/>
          <w:szCs w:val="24"/>
        </w:rPr>
        <w:t>a couple of</w:t>
      </w:r>
      <w:r w:rsidRPr="00310333">
        <w:rPr>
          <w:rFonts w:eastAsia="Times New Roman" w:cs="Times New Roman"/>
          <w:szCs w:val="24"/>
        </w:rPr>
        <w:t xml:space="preserve"> years.</w:t>
      </w:r>
    </w:p>
    <w:p w14:paraId="34BB4D4D" w14:textId="31577649" w:rsidR="00310333" w:rsidRDefault="00310333" w:rsidP="00310333">
      <w:pPr>
        <w:spacing w:before="100" w:beforeAutospacing="1" w:after="100" w:afterAutospacing="1"/>
      </w:pPr>
      <w:r w:rsidRPr="00310333">
        <w:rPr>
          <w:rFonts w:eastAsia="Times New Roman" w:cs="Times New Roman"/>
          <w:szCs w:val="24"/>
        </w:rPr>
        <w:t xml:space="preserve">Inside: his </w:t>
      </w:r>
      <w:r w:rsidR="00C94994">
        <w:rPr>
          <w:rFonts w:eastAsia="Times New Roman" w:cs="Times New Roman"/>
          <w:szCs w:val="24"/>
        </w:rPr>
        <w:t>H</w:t>
      </w:r>
      <w:r w:rsidR="00D7686D">
        <w:rPr>
          <w:rFonts w:eastAsia="Times New Roman" w:cs="Times New Roman"/>
          <w:szCs w:val="24"/>
        </w:rPr>
        <w:t>K VP9</w:t>
      </w:r>
      <w:r w:rsidR="00D54C1D">
        <w:rPr>
          <w:rFonts w:eastAsia="Times New Roman" w:cs="Times New Roman"/>
          <w:szCs w:val="24"/>
        </w:rPr>
        <w:t xml:space="preserve"> .45</w:t>
      </w:r>
      <w:r w:rsidR="0064772F">
        <w:rPr>
          <w:rFonts w:eastAsia="Times New Roman" w:cs="Times New Roman"/>
          <w:szCs w:val="24"/>
        </w:rPr>
        <w:t xml:space="preserve"> and a bunch of preloaded magazines</w:t>
      </w:r>
      <w:r w:rsidRPr="00310333">
        <w:rPr>
          <w:rFonts w:eastAsia="Times New Roman" w:cs="Times New Roman"/>
          <w:szCs w:val="24"/>
        </w:rPr>
        <w:t>, a</w:t>
      </w:r>
      <w:r w:rsidR="008109E1">
        <w:rPr>
          <w:rFonts w:eastAsia="Times New Roman" w:cs="Times New Roman"/>
          <w:szCs w:val="24"/>
        </w:rPr>
        <w:t xml:space="preserve"> </w:t>
      </w:r>
      <w:r w:rsidR="005252F4">
        <w:rPr>
          <w:rFonts w:eastAsia="Times New Roman" w:cs="Times New Roman"/>
          <w:szCs w:val="24"/>
        </w:rPr>
        <w:t>short</w:t>
      </w:r>
      <w:r w:rsidR="00606629">
        <w:t>-barrel AR from its padded case. A custom rig, pieced together from parts</w:t>
      </w:r>
      <w:r w:rsidR="00660B87">
        <w:t xml:space="preserve"> he got from </w:t>
      </w:r>
      <w:r w:rsidR="00AC7D7D">
        <w:t>Gun Shows legally,</w:t>
      </w:r>
      <w:r w:rsidR="00E4379A">
        <w:t xml:space="preserve"> </w:t>
      </w:r>
      <w:r w:rsidR="00665C49">
        <w:t xml:space="preserve">and </w:t>
      </w:r>
      <w:r w:rsidR="00E4379A">
        <w:t xml:space="preserve">other </w:t>
      </w:r>
      <w:r w:rsidR="00665C49">
        <w:t>equipment he was able to acquire</w:t>
      </w:r>
      <w:r w:rsidR="00F24473">
        <w:t xml:space="preserve"> </w:t>
      </w:r>
      <w:r w:rsidR="00665C49">
        <w:t xml:space="preserve">from </w:t>
      </w:r>
      <w:r w:rsidR="00660B87">
        <w:t xml:space="preserve">local </w:t>
      </w:r>
      <w:r w:rsidR="009F51CA">
        <w:t>manufacturers</w:t>
      </w:r>
      <w:r w:rsidR="00F24473">
        <w:t>. A YHM Suppressor</w:t>
      </w:r>
      <w:r w:rsidR="00606629">
        <w:t xml:space="preserve"> that didn’t technically exist</w:t>
      </w:r>
      <w:r w:rsidR="005252F4">
        <w:t xml:space="preserve">, </w:t>
      </w:r>
      <w:r w:rsidR="00606629">
        <w:t xml:space="preserve">at least not in Massachusetts. </w:t>
      </w:r>
      <w:r w:rsidR="000446F2">
        <w:rPr>
          <w:rFonts w:eastAsia="Times New Roman" w:cs="Times New Roman"/>
          <w:szCs w:val="24"/>
        </w:rPr>
        <w:t xml:space="preserve">DOA </w:t>
      </w:r>
      <w:r w:rsidR="009F51CA">
        <w:rPr>
          <w:rFonts w:eastAsia="Times New Roman" w:cs="Times New Roman"/>
          <w:szCs w:val="24"/>
        </w:rPr>
        <w:t xml:space="preserve">Iron Sites from </w:t>
      </w:r>
      <w:r w:rsidR="00A10196">
        <w:rPr>
          <w:rFonts w:eastAsia="Times New Roman" w:cs="Times New Roman"/>
          <w:szCs w:val="24"/>
        </w:rPr>
        <w:t>Troy, Trijicon</w:t>
      </w:r>
      <w:r w:rsidR="000446F2">
        <w:rPr>
          <w:rFonts w:eastAsia="Times New Roman" w:cs="Times New Roman"/>
          <w:szCs w:val="24"/>
        </w:rPr>
        <w:t xml:space="preserve"> Optic</w:t>
      </w:r>
      <w:r w:rsidR="009F51CA">
        <w:rPr>
          <w:rFonts w:eastAsia="Times New Roman" w:cs="Times New Roman"/>
          <w:szCs w:val="24"/>
        </w:rPr>
        <w:t xml:space="preserve"> and a </w:t>
      </w:r>
      <w:r w:rsidR="00A10196">
        <w:rPr>
          <w:rFonts w:eastAsia="Times New Roman" w:cs="Times New Roman"/>
          <w:szCs w:val="24"/>
        </w:rPr>
        <w:t>Surefire</w:t>
      </w:r>
      <w:r w:rsidR="009F479E">
        <w:rPr>
          <w:rFonts w:eastAsia="Times New Roman" w:cs="Times New Roman"/>
          <w:szCs w:val="24"/>
        </w:rPr>
        <w:t xml:space="preserve"> Mini Scout </w:t>
      </w:r>
      <w:r w:rsidR="00A10196">
        <w:rPr>
          <w:rFonts w:eastAsia="Times New Roman" w:cs="Times New Roman"/>
          <w:szCs w:val="24"/>
        </w:rPr>
        <w:t>Light</w:t>
      </w:r>
      <w:r w:rsidR="00B5094A">
        <w:rPr>
          <w:rFonts w:eastAsia="Times New Roman" w:cs="Times New Roman"/>
          <w:szCs w:val="24"/>
        </w:rPr>
        <w:t xml:space="preserve"> and a </w:t>
      </w:r>
      <w:proofErr w:type="spellStart"/>
      <w:r w:rsidR="00B5094A">
        <w:rPr>
          <w:rFonts w:eastAsia="Times New Roman" w:cs="Times New Roman"/>
          <w:szCs w:val="24"/>
        </w:rPr>
        <w:t>Geissele</w:t>
      </w:r>
      <w:proofErr w:type="spellEnd"/>
      <w:r w:rsidR="00B5094A">
        <w:rPr>
          <w:rFonts w:eastAsia="Times New Roman" w:cs="Times New Roman"/>
          <w:szCs w:val="24"/>
        </w:rPr>
        <w:t xml:space="preserve"> SSA_E trigger. </w:t>
      </w:r>
      <w:r w:rsidR="00B33B34">
        <w:rPr>
          <w:rFonts w:eastAsia="Times New Roman" w:cs="Times New Roman"/>
          <w:szCs w:val="24"/>
        </w:rPr>
        <w:t>T</w:t>
      </w:r>
      <w:r w:rsidR="00A10196">
        <w:rPr>
          <w:rFonts w:eastAsia="Times New Roman" w:cs="Times New Roman"/>
          <w:szCs w:val="24"/>
        </w:rPr>
        <w:t xml:space="preserve">here </w:t>
      </w:r>
      <w:r w:rsidR="00CD0CC2">
        <w:rPr>
          <w:rFonts w:eastAsia="Times New Roman" w:cs="Times New Roman"/>
          <w:szCs w:val="24"/>
        </w:rPr>
        <w:t xml:space="preserve">were 12 steel </w:t>
      </w:r>
      <w:proofErr w:type="spellStart"/>
      <w:r w:rsidR="00CD0CC2">
        <w:rPr>
          <w:rFonts w:eastAsia="Times New Roman" w:cs="Times New Roman"/>
          <w:szCs w:val="24"/>
        </w:rPr>
        <w:t>preban</w:t>
      </w:r>
      <w:proofErr w:type="spellEnd"/>
      <w:r w:rsidR="00CD0CC2">
        <w:rPr>
          <w:rFonts w:eastAsia="Times New Roman" w:cs="Times New Roman"/>
          <w:szCs w:val="24"/>
        </w:rPr>
        <w:t xml:space="preserve"> 30 round mags </w:t>
      </w:r>
      <w:r w:rsidR="005D06AA">
        <w:rPr>
          <w:rFonts w:eastAsia="Times New Roman" w:cs="Times New Roman"/>
          <w:szCs w:val="24"/>
        </w:rPr>
        <w:t xml:space="preserve">with </w:t>
      </w:r>
      <w:r w:rsidR="00A9709F">
        <w:rPr>
          <w:rFonts w:eastAsia="Times New Roman" w:cs="Times New Roman"/>
          <w:szCs w:val="24"/>
        </w:rPr>
        <w:t xml:space="preserve">62 grain </w:t>
      </w:r>
      <w:r w:rsidR="006F5BDD">
        <w:rPr>
          <w:rFonts w:eastAsia="Times New Roman" w:cs="Times New Roman"/>
          <w:szCs w:val="24"/>
        </w:rPr>
        <w:t>MK318 ammo he had loaded</w:t>
      </w:r>
      <w:r w:rsidR="004369E8">
        <w:rPr>
          <w:rFonts w:eastAsia="Times New Roman" w:cs="Times New Roman"/>
          <w:szCs w:val="24"/>
        </w:rPr>
        <w:t xml:space="preserve"> </w:t>
      </w:r>
      <w:r w:rsidR="00B02E63">
        <w:rPr>
          <w:rFonts w:eastAsia="Times New Roman" w:cs="Times New Roman"/>
          <w:szCs w:val="24"/>
        </w:rPr>
        <w:t>last time he’d used the rifle. There was also</w:t>
      </w:r>
      <w:r w:rsidRPr="00310333">
        <w:rPr>
          <w:rFonts w:eastAsia="Times New Roman" w:cs="Times New Roman"/>
          <w:szCs w:val="24"/>
        </w:rPr>
        <w:t xml:space="preserve"> a battered ID card from the 5th Special Forces Group, laminated and sun faded.</w:t>
      </w:r>
      <w:r w:rsidR="00606629" w:rsidRPr="00606629">
        <w:t xml:space="preserve"> </w:t>
      </w:r>
    </w:p>
    <w:p w14:paraId="2776B4E8" w14:textId="03CC5DDE" w:rsidR="00CC1A3A" w:rsidRPr="00310333" w:rsidRDefault="00CC1A3A" w:rsidP="00310333">
      <w:pPr>
        <w:spacing w:before="100" w:beforeAutospacing="1" w:after="100" w:afterAutospacing="1"/>
        <w:rPr>
          <w:rFonts w:eastAsia="Times New Roman" w:cs="Times New Roman"/>
          <w:szCs w:val="24"/>
        </w:rPr>
      </w:pPr>
      <w:r>
        <w:t>He slid the rifle into the pack, threading the barrel through the reinforced sleeve and locking it down against the MOLLE webbing with two quick-release straps. It wasn’t pretty, but it was stable—tight enough to run, loose enough to draw in under two seconds if the world went sideways.</w:t>
      </w:r>
      <w:r w:rsidR="00C11D39">
        <w:t xml:space="preserve"> He looked at his Go-Bag…Is it time? </w:t>
      </w:r>
    </w:p>
    <w:p w14:paraId="1091582B"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The past wasn’t done with him. Not yet.</w:t>
      </w:r>
    </w:p>
    <w:p w14:paraId="32F03141" w14:textId="53E746E8"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 xml:space="preserve">At dawn, he drove into Worthington </w:t>
      </w:r>
      <w:r w:rsidR="00545982">
        <w:rPr>
          <w:rFonts w:eastAsia="Times New Roman" w:cs="Times New Roman"/>
          <w:szCs w:val="24"/>
        </w:rPr>
        <w:t xml:space="preserve">Center </w:t>
      </w:r>
      <w:r w:rsidRPr="00310333">
        <w:rPr>
          <w:rFonts w:eastAsia="Times New Roman" w:cs="Times New Roman"/>
          <w:szCs w:val="24"/>
        </w:rPr>
        <w:t>to see Pete Carbone, the town's mechanic and one of the few people Matt still trusted. Pete was ex-Navy, and more importantly, didn't ask questions.</w:t>
      </w:r>
    </w:p>
    <w:p w14:paraId="439E56F7" w14:textId="185654C1"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But on the road into town, Matt’s phone</w:t>
      </w:r>
      <w:r w:rsidR="00CF29DB">
        <w:rPr>
          <w:rFonts w:eastAsia="Times New Roman" w:cs="Times New Roman"/>
          <w:szCs w:val="24"/>
        </w:rPr>
        <w:t xml:space="preserve"> got a signal, it</w:t>
      </w:r>
      <w:r w:rsidRPr="00310333">
        <w:rPr>
          <w:rFonts w:eastAsia="Times New Roman" w:cs="Times New Roman"/>
          <w:szCs w:val="24"/>
        </w:rPr>
        <w:t xml:space="preserve"> buzzed.</w:t>
      </w:r>
    </w:p>
    <w:p w14:paraId="2C7B1F18"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b/>
          <w:bCs/>
          <w:szCs w:val="24"/>
        </w:rPr>
        <w:t>UNKNOWN NUMBER. ONE IMAGE ATTACHED.</w:t>
      </w:r>
    </w:p>
    <w:p w14:paraId="0A649BA3"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He almost didn’t open it. Then he did—and everything changed.</w:t>
      </w:r>
    </w:p>
    <w:p w14:paraId="50B36D5E"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It was him, clear as day, standing near the Springfield protest two nights ago. The photo was angled just enough to make him look like part of the mob. There was a masked man throwing a Molotov cocktail just behind him. From this angle, it looked like they were together.</w:t>
      </w:r>
    </w:p>
    <w:p w14:paraId="36101887" w14:textId="77777777" w:rsidR="00B4423C" w:rsidRDefault="00D20BC8" w:rsidP="00310333">
      <w:pPr>
        <w:spacing w:before="100" w:beforeAutospacing="1" w:after="100" w:afterAutospacing="1"/>
      </w:pPr>
      <w:r>
        <w:t>He hadn’t gone to Springfield for the protest. He’d gone because Rachel asked. Rachel Deane—once embedded in Helmand with a press badge and a camera, once tangled with him in a bed no one talked about—had reached out</w:t>
      </w:r>
      <w:r w:rsidR="0019320F">
        <w:t>,</w:t>
      </w:r>
      <w:r>
        <w:t xml:space="preserve"> out of the blue. “We should talk. Just us. Court Square, by Café Lebanon.” It sounded like old feelings trying to find a landing, not a setup. They hadn’t spoken in years, not since everything went sideways overseas. </w:t>
      </w:r>
      <w:r>
        <w:lastRenderedPageBreak/>
        <w:t xml:space="preserve">She was </w:t>
      </w:r>
      <w:r w:rsidR="004235A7">
        <w:t>one</w:t>
      </w:r>
      <w:r w:rsidR="002E2246">
        <w:t xml:space="preserve"> of the </w:t>
      </w:r>
      <w:r>
        <w:t>last pe</w:t>
      </w:r>
      <w:r w:rsidR="002E2246">
        <w:t>ople</w:t>
      </w:r>
      <w:r>
        <w:t xml:space="preserve"> Frank still trusted—and maybe the only one who really knew him. </w:t>
      </w:r>
      <w:r w:rsidR="00F469D1">
        <w:t>He waited a couple of hours, b</w:t>
      </w:r>
      <w:r>
        <w:t xml:space="preserve">ut she never </w:t>
      </w:r>
      <w:r w:rsidR="00437BAD">
        <w:t>showed up</w:t>
      </w:r>
      <w:r>
        <w:t xml:space="preserve">. </w:t>
      </w:r>
      <w:r w:rsidR="00DF17C0">
        <w:t xml:space="preserve">Frank </w:t>
      </w:r>
      <w:r w:rsidR="009B7338">
        <w:t xml:space="preserve">was a bit confused and somewhat disappointed. </w:t>
      </w:r>
    </w:p>
    <w:p w14:paraId="04FBE26B" w14:textId="7F08220A" w:rsidR="00D3207A" w:rsidRDefault="00B4423C" w:rsidP="00310333">
      <w:pPr>
        <w:spacing w:before="100" w:beforeAutospacing="1" w:after="100" w:afterAutospacing="1"/>
      </w:pPr>
      <w:r>
        <w:t xml:space="preserve">As always, Frank </w:t>
      </w:r>
      <w:r w:rsidR="002C4DA1">
        <w:t>looked at</w:t>
      </w:r>
      <w:r w:rsidR="00DF17C0">
        <w:t xml:space="preserve"> the </w:t>
      </w:r>
      <w:r w:rsidR="00D57C24">
        <w:t xml:space="preserve">surroundings.  </w:t>
      </w:r>
      <w:r>
        <w:t xml:space="preserve">He was </w:t>
      </w:r>
      <w:r w:rsidR="003B394F">
        <w:t xml:space="preserve">trained to have a heightened sense of situational awareness.  </w:t>
      </w:r>
      <w:r w:rsidR="00D57C24">
        <w:t xml:space="preserve">He </w:t>
      </w:r>
      <w:r w:rsidR="002C4DA1">
        <w:t>was getting very</w:t>
      </w:r>
      <w:r w:rsidR="00D57C24">
        <w:t xml:space="preserve"> </w:t>
      </w:r>
      <w:r w:rsidR="000426E2">
        <w:t>agitated as the tensions rose.</w:t>
      </w:r>
      <w:r w:rsidR="00FF0C12">
        <w:t xml:space="preserve"> </w:t>
      </w:r>
      <w:r w:rsidR="00D20BC8">
        <w:t xml:space="preserve">The square swelled </w:t>
      </w:r>
      <w:r w:rsidR="006422E4">
        <w:t xml:space="preserve">with </w:t>
      </w:r>
      <w:r w:rsidR="00437BAD">
        <w:t>protesters</w:t>
      </w:r>
      <w:r w:rsidR="006422E4">
        <w:t xml:space="preserve"> quickly</w:t>
      </w:r>
      <w:r w:rsidR="00FF0C12">
        <w:t>, almost immediately</w:t>
      </w:r>
      <w:r w:rsidR="006422E4">
        <w:t xml:space="preserve">. </w:t>
      </w:r>
      <w:r w:rsidR="00437BAD">
        <w:t>They were</w:t>
      </w:r>
      <w:r w:rsidR="00D20BC8">
        <w:t xml:space="preserve"> shouting. </w:t>
      </w:r>
      <w:r w:rsidR="00FF0C12">
        <w:t xml:space="preserve">It </w:t>
      </w:r>
      <w:r w:rsidR="00D20BC8">
        <w:t>turned</w:t>
      </w:r>
      <w:r w:rsidR="00437BAD">
        <w:t xml:space="preserve"> </w:t>
      </w:r>
      <w:r w:rsidR="006418C7">
        <w:t>into</w:t>
      </w:r>
      <w:r w:rsidR="00437BAD">
        <w:t xml:space="preserve"> a riot</w:t>
      </w:r>
      <w:r w:rsidR="0055578C">
        <w:t xml:space="preserve"> within </w:t>
      </w:r>
      <w:r w:rsidR="00000582">
        <w:t>minutes,</w:t>
      </w:r>
      <w:r w:rsidR="0055578C">
        <w:t xml:space="preserve"> if not </w:t>
      </w:r>
      <w:r w:rsidR="00643670">
        <w:t xml:space="preserve">only </w:t>
      </w:r>
      <w:r w:rsidR="0055578C">
        <w:t>seconds</w:t>
      </w:r>
      <w:r w:rsidR="00D20BC8">
        <w:t>. Sirens screamed</w:t>
      </w:r>
      <w:r w:rsidR="00423C47">
        <w:t>, bull horns, screaming</w:t>
      </w:r>
      <w:r w:rsidR="00643670">
        <w:t xml:space="preserve"> people</w:t>
      </w:r>
      <w:r w:rsidR="004235A7">
        <w:t>, rocks and bricks</w:t>
      </w:r>
      <w:r w:rsidR="006E60F4">
        <w:t>, he could see to his right someone comes up behind him and lau</w:t>
      </w:r>
      <w:r w:rsidR="00B8212C">
        <w:t>n</w:t>
      </w:r>
      <w:r w:rsidR="006E60F4">
        <w:t>ches a</w:t>
      </w:r>
      <w:r w:rsidR="00B8212C">
        <w:t xml:space="preserve"> Molotov Cocktail.</w:t>
      </w:r>
    </w:p>
    <w:p w14:paraId="627A1A63" w14:textId="77777777" w:rsidR="00EE0148" w:rsidRDefault="00D3207A" w:rsidP="00310333">
      <w:pPr>
        <w:spacing w:before="100" w:beforeAutospacing="1" w:after="100" w:afterAutospacing="1"/>
      </w:pPr>
      <w:r w:rsidRPr="00D36B36">
        <w:rPr>
          <w:b/>
          <w:bCs/>
        </w:rPr>
        <w:t xml:space="preserve">I </w:t>
      </w:r>
      <w:proofErr w:type="spellStart"/>
      <w:r w:rsidRPr="00D36B36">
        <w:rPr>
          <w:b/>
          <w:bCs/>
        </w:rPr>
        <w:t>gotta</w:t>
      </w:r>
      <w:proofErr w:type="spellEnd"/>
      <w:r w:rsidRPr="00D36B36">
        <w:rPr>
          <w:b/>
          <w:bCs/>
        </w:rPr>
        <w:t xml:space="preserve"> get out of here</w:t>
      </w:r>
      <w:r>
        <w:t xml:space="preserve">.  </w:t>
      </w:r>
      <w:r w:rsidR="00D20BC8">
        <w:t xml:space="preserve"> He walked away </w:t>
      </w:r>
      <w:r w:rsidR="00A747B3">
        <w:t>while he still could. People were running everywhere.  He heard gunshots.</w:t>
      </w:r>
      <w:r w:rsidR="00AD6B5E">
        <w:t xml:space="preserve"> He picked up </w:t>
      </w:r>
      <w:r w:rsidR="008F2D90">
        <w:t>his</w:t>
      </w:r>
      <w:r w:rsidR="00AD6B5E">
        <w:t xml:space="preserve"> pace</w:t>
      </w:r>
      <w:r w:rsidR="00B73390">
        <w:t xml:space="preserve">. </w:t>
      </w:r>
      <w:r w:rsidR="008F2D90">
        <w:t xml:space="preserve"> As he turned the corner, he</w:t>
      </w:r>
      <w:r w:rsidR="00DB0C60">
        <w:t xml:space="preserve"> passed an </w:t>
      </w:r>
      <w:r w:rsidR="00A354FC">
        <w:t>in descript</w:t>
      </w:r>
      <w:r w:rsidR="00DB0C60">
        <w:t xml:space="preserve"> building, </w:t>
      </w:r>
      <w:r w:rsidR="00E769DF">
        <w:t>concrete barricades, a couple of dozen men in suits standing around</w:t>
      </w:r>
      <w:r w:rsidR="00B96738">
        <w:t xml:space="preserve">. Feds.  He </w:t>
      </w:r>
      <w:r w:rsidR="00A354FC">
        <w:t>passed</w:t>
      </w:r>
      <w:r w:rsidR="00B96738">
        <w:t xml:space="preserve"> the Federal Building.  They just watched</w:t>
      </w:r>
      <w:r w:rsidR="001E646B">
        <w:t xml:space="preserve"> </w:t>
      </w:r>
      <w:r w:rsidR="00A354FC">
        <w:t>him;</w:t>
      </w:r>
      <w:r w:rsidR="001E646B">
        <w:t xml:space="preserve"> h</w:t>
      </w:r>
      <w:r w:rsidR="00B73390">
        <w:t xml:space="preserve">e couldn’t help but notice the </w:t>
      </w:r>
      <w:r w:rsidR="001E646B">
        <w:t xml:space="preserve">focus they had on him with all that was going on around him. </w:t>
      </w:r>
      <w:r w:rsidR="00D20BC8">
        <w:t xml:space="preserve"> No one stopped him. No one questioned him. But someone had taken </w:t>
      </w:r>
      <w:r w:rsidR="00A15EA0">
        <w:t xml:space="preserve">a picture, </w:t>
      </w:r>
      <w:r w:rsidR="00D20BC8">
        <w:t>the picture. Someone knew exactly where he’d be. And Rachel… Rachel had led him there.</w:t>
      </w:r>
      <w:r w:rsidR="00400EFB">
        <w:t xml:space="preserve">   </w:t>
      </w:r>
    </w:p>
    <w:p w14:paraId="1BB5193D" w14:textId="535E4496"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The caption read:</w:t>
      </w:r>
      <w:r w:rsidRPr="00310333">
        <w:rPr>
          <w:rFonts w:eastAsia="Times New Roman" w:cs="Times New Roman"/>
          <w:szCs w:val="24"/>
        </w:rPr>
        <w:br/>
      </w:r>
      <w:r w:rsidRPr="00310333">
        <w:rPr>
          <w:rFonts w:eastAsia="Times New Roman" w:cs="Times New Roman"/>
          <w:b/>
          <w:bCs/>
          <w:szCs w:val="24"/>
        </w:rPr>
        <w:t>"EX-GREEN BERET SPOTTED AT SPRINGFIELD PROTEST. AI FLAGGED HIM AS A THREAT LAST YEAR."</w:t>
      </w:r>
    </w:p>
    <w:p w14:paraId="0D95FBC6"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He stared at it for a long moment. Then the phone buzzed again.</w:t>
      </w:r>
    </w:p>
    <w:p w14:paraId="4DE8A0C3"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Another message.</w:t>
      </w:r>
      <w:r w:rsidRPr="00310333">
        <w:rPr>
          <w:rFonts w:eastAsia="Times New Roman" w:cs="Times New Roman"/>
          <w:szCs w:val="24"/>
        </w:rPr>
        <w:br/>
      </w:r>
      <w:r w:rsidRPr="00310333">
        <w:rPr>
          <w:rFonts w:eastAsia="Times New Roman" w:cs="Times New Roman"/>
          <w:b/>
          <w:bCs/>
          <w:szCs w:val="24"/>
        </w:rPr>
        <w:t>“They’re coming. You need to go.”</w:t>
      </w:r>
    </w:p>
    <w:p w14:paraId="706C3DC4"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No name. Just that.</w:t>
      </w:r>
    </w:p>
    <w:p w14:paraId="038A7BBF" w14:textId="77777777" w:rsidR="00310333" w:rsidRPr="00310333" w:rsidRDefault="00310333" w:rsidP="00310333">
      <w:pPr>
        <w:spacing w:before="100" w:beforeAutospacing="1" w:after="100" w:afterAutospacing="1"/>
        <w:rPr>
          <w:rFonts w:eastAsia="Times New Roman" w:cs="Times New Roman"/>
          <w:szCs w:val="24"/>
        </w:rPr>
      </w:pPr>
      <w:r w:rsidRPr="00310333">
        <w:rPr>
          <w:rFonts w:eastAsia="Times New Roman" w:cs="Times New Roman"/>
          <w:szCs w:val="24"/>
        </w:rPr>
        <w:t>He looked up. Above the trees, the glint of metal again. The drone had returned—and now there were two.</w:t>
      </w:r>
    </w:p>
    <w:p w14:paraId="25643F79"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Matt turned off the phone, yanked the battery, and flung it deep into the woods. That drone wasn’t filming for kicks. Someone was watching. Tracking. Cataloging.</w:t>
      </w:r>
    </w:p>
    <w:p w14:paraId="11E3C121"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He drove into town anyway—still thinking maybe he could get ahead of it. Get answers. It was a mistake.</w:t>
      </w:r>
    </w:p>
    <w:p w14:paraId="6974BCFE"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Pete’s garage was shuttered. Not closed—shuttered. Windows boarded. A crude sign spray-painted on plywood read:</w:t>
      </w:r>
      <w:r w:rsidRPr="0037047B">
        <w:rPr>
          <w:rFonts w:eastAsia="Times New Roman" w:cs="Times New Roman"/>
          <w:szCs w:val="24"/>
        </w:rPr>
        <w:br/>
      </w:r>
      <w:r w:rsidRPr="0037047B">
        <w:rPr>
          <w:rFonts w:eastAsia="Times New Roman" w:cs="Times New Roman"/>
          <w:b/>
          <w:bCs/>
          <w:szCs w:val="24"/>
        </w:rPr>
        <w:t>NO SERVICE FOR DOMESTIC TERRORISTS.</w:t>
      </w:r>
    </w:p>
    <w:p w14:paraId="3E834A58" w14:textId="5F170EF4" w:rsidR="0037047B" w:rsidRPr="0037047B" w:rsidRDefault="008102D0" w:rsidP="0037047B">
      <w:pPr>
        <w:spacing w:before="100" w:beforeAutospacing="1" w:after="100" w:afterAutospacing="1"/>
        <w:rPr>
          <w:rFonts w:eastAsia="Times New Roman" w:cs="Times New Roman"/>
          <w:szCs w:val="24"/>
        </w:rPr>
      </w:pPr>
      <w:r>
        <w:rPr>
          <w:rFonts w:eastAsia="Times New Roman" w:cs="Times New Roman"/>
          <w:szCs w:val="24"/>
        </w:rPr>
        <w:t>Frank</w:t>
      </w:r>
      <w:r w:rsidR="0037047B" w:rsidRPr="0037047B">
        <w:rPr>
          <w:rFonts w:eastAsia="Times New Roman" w:cs="Times New Roman"/>
          <w:szCs w:val="24"/>
        </w:rPr>
        <w:t xml:space="preserve"> stared for a full minute. Pete had been at his daughter’s wedding last year. </w:t>
      </w:r>
      <w:proofErr w:type="gramStart"/>
      <w:r w:rsidR="0037047B" w:rsidRPr="0037047B">
        <w:rPr>
          <w:rFonts w:eastAsia="Times New Roman" w:cs="Times New Roman"/>
          <w:szCs w:val="24"/>
        </w:rPr>
        <w:t>They’d</w:t>
      </w:r>
      <w:proofErr w:type="gramEnd"/>
      <w:r w:rsidR="0037047B" w:rsidRPr="0037047B">
        <w:rPr>
          <w:rFonts w:eastAsia="Times New Roman" w:cs="Times New Roman"/>
          <w:szCs w:val="24"/>
        </w:rPr>
        <w:t xml:space="preserve"> shared a beer on the back porch, </w:t>
      </w:r>
      <w:proofErr w:type="gramStart"/>
      <w:r w:rsidR="0037047B" w:rsidRPr="0037047B">
        <w:rPr>
          <w:rFonts w:eastAsia="Times New Roman" w:cs="Times New Roman"/>
          <w:szCs w:val="24"/>
        </w:rPr>
        <w:t>talked</w:t>
      </w:r>
      <w:proofErr w:type="gramEnd"/>
      <w:r w:rsidR="0037047B" w:rsidRPr="0037047B">
        <w:rPr>
          <w:rFonts w:eastAsia="Times New Roman" w:cs="Times New Roman"/>
          <w:szCs w:val="24"/>
        </w:rPr>
        <w:t xml:space="preserve"> about retiring to Maine. Now this?</w:t>
      </w:r>
    </w:p>
    <w:p w14:paraId="4DC7E54A"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He walked down Main Street toward the diner. The town felt different. Tense. Eyes followed him. Conversations stopped when he passed. A kid on a bike slowed just enough to snap a photo.</w:t>
      </w:r>
    </w:p>
    <w:p w14:paraId="08B42120"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 xml:space="preserve">Inside the diner, Sherry, the owner, looked up and froze mid-order. Her mouth opened, </w:t>
      </w:r>
      <w:proofErr w:type="gramStart"/>
      <w:r w:rsidRPr="0037047B">
        <w:rPr>
          <w:rFonts w:eastAsia="Times New Roman" w:cs="Times New Roman"/>
          <w:szCs w:val="24"/>
        </w:rPr>
        <w:t>then</w:t>
      </w:r>
      <w:proofErr w:type="gramEnd"/>
      <w:r w:rsidRPr="0037047B">
        <w:rPr>
          <w:rFonts w:eastAsia="Times New Roman" w:cs="Times New Roman"/>
          <w:szCs w:val="24"/>
        </w:rPr>
        <w:t xml:space="preserve"> closed.</w:t>
      </w:r>
    </w:p>
    <w:p w14:paraId="016788EB"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“Coffee?” she asked finally, too loud.</w:t>
      </w:r>
    </w:p>
    <w:p w14:paraId="7BFC4D00"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Matt nodded.</w:t>
      </w:r>
    </w:p>
    <w:p w14:paraId="1922EA98"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She poured it, hands shaking.</w:t>
      </w:r>
    </w:p>
    <w:p w14:paraId="6B8E9651" w14:textId="249C451B"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lastRenderedPageBreak/>
        <w:t xml:space="preserve">"You should leave, </w:t>
      </w:r>
      <w:r w:rsidR="008568B7">
        <w:rPr>
          <w:rFonts w:eastAsia="Times New Roman" w:cs="Times New Roman"/>
          <w:szCs w:val="24"/>
        </w:rPr>
        <w:t>Frank</w:t>
      </w:r>
      <w:r w:rsidRPr="0037047B">
        <w:rPr>
          <w:rFonts w:eastAsia="Times New Roman" w:cs="Times New Roman"/>
          <w:szCs w:val="24"/>
        </w:rPr>
        <w:t>ie," she whispered, leaning in. "Before it gets worse."</w:t>
      </w:r>
    </w:p>
    <w:p w14:paraId="58299E1B"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He blinked. “Worse than what?”</w:t>
      </w:r>
    </w:p>
    <w:p w14:paraId="4FA3553D"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“You don’t know?” she asked, already regretting it. “They’ve been here. Feds. Asking around. Said you were ‘of interest.’ Showed that protest photo. You’re all over the local boards. And Reddit, I think. Some kid posted about your ‘kill record’ from Afghanistan like he was quoting gospel.”</w:t>
      </w:r>
    </w:p>
    <w:p w14:paraId="4809E06C"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His jaw tensed. “What else?”</w:t>
      </w:r>
    </w:p>
    <w:p w14:paraId="3DF37237"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She hesitated. “People are saying... things. That you trained militias in your backyard. That you hate the government. That you made threats online.”</w:t>
      </w:r>
    </w:p>
    <w:p w14:paraId="3F717FCC"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“Bullshit.”</w:t>
      </w:r>
    </w:p>
    <w:p w14:paraId="00408A75"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“I know. But people are scared. Some of ’</w:t>
      </w:r>
      <w:proofErr w:type="spellStart"/>
      <w:r w:rsidRPr="0037047B">
        <w:rPr>
          <w:rFonts w:eastAsia="Times New Roman" w:cs="Times New Roman"/>
          <w:szCs w:val="24"/>
        </w:rPr>
        <w:t>em</w:t>
      </w:r>
      <w:proofErr w:type="spellEnd"/>
      <w:r w:rsidRPr="0037047B">
        <w:rPr>
          <w:rFonts w:eastAsia="Times New Roman" w:cs="Times New Roman"/>
          <w:szCs w:val="24"/>
        </w:rPr>
        <w:t xml:space="preserve"> want someone to blame. And you're convenient.”</w:t>
      </w:r>
    </w:p>
    <w:p w14:paraId="470C59B5" w14:textId="4884604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Matt looked out the window. Across the street, the pastor from the Congregational Church stood stiffly beside two men in black jackets. They weren’t from town.</w:t>
      </w:r>
      <w:r w:rsidR="002F1822">
        <w:rPr>
          <w:rFonts w:eastAsia="Times New Roman" w:cs="Times New Roman"/>
          <w:szCs w:val="24"/>
        </w:rPr>
        <w:t xml:space="preserve"> That was obvious</w:t>
      </w:r>
      <w:r w:rsidR="0025205A">
        <w:rPr>
          <w:rFonts w:eastAsia="Times New Roman" w:cs="Times New Roman"/>
          <w:szCs w:val="24"/>
        </w:rPr>
        <w:t>.</w:t>
      </w:r>
    </w:p>
    <w:p w14:paraId="3FDA5F3B"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FBI.</w:t>
      </w:r>
    </w:p>
    <w:p w14:paraId="37842091"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He slid a twenty under the coffee cup and left.</w:t>
      </w:r>
    </w:p>
    <w:p w14:paraId="62E2351D" w14:textId="491A70EC"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 xml:space="preserve">By the time he got back to </w:t>
      </w:r>
      <w:r w:rsidR="000007CB">
        <w:rPr>
          <w:rFonts w:eastAsia="Times New Roman" w:cs="Times New Roman"/>
          <w:szCs w:val="24"/>
        </w:rPr>
        <w:t>The Camp</w:t>
      </w:r>
      <w:r w:rsidRPr="0037047B">
        <w:rPr>
          <w:rFonts w:eastAsia="Times New Roman" w:cs="Times New Roman"/>
          <w:szCs w:val="24"/>
        </w:rPr>
        <w:t xml:space="preserve">, the damage had been done. His mailbox had been smashed in. Someone had spray-painted </w:t>
      </w:r>
      <w:r w:rsidRPr="0037047B">
        <w:rPr>
          <w:rFonts w:eastAsia="Times New Roman" w:cs="Times New Roman"/>
          <w:b/>
          <w:bCs/>
          <w:szCs w:val="24"/>
        </w:rPr>
        <w:t>KILLER</w:t>
      </w:r>
      <w:r w:rsidRPr="0037047B">
        <w:rPr>
          <w:rFonts w:eastAsia="Times New Roman" w:cs="Times New Roman"/>
          <w:szCs w:val="24"/>
        </w:rPr>
        <w:t xml:space="preserve"> across his </w:t>
      </w:r>
      <w:r w:rsidR="00635DE7">
        <w:rPr>
          <w:rFonts w:eastAsia="Times New Roman" w:cs="Times New Roman"/>
          <w:szCs w:val="24"/>
        </w:rPr>
        <w:t xml:space="preserve">side </w:t>
      </w:r>
      <w:r w:rsidRPr="0037047B">
        <w:rPr>
          <w:rFonts w:eastAsia="Times New Roman" w:cs="Times New Roman"/>
          <w:szCs w:val="24"/>
        </w:rPr>
        <w:t>door in dripping red paint. The tires on his truck were slashed. And in his front yard, planted like a grave marker, was a printed screenshot of the photo from Springfield. A single line was scrawled across the bottom in permanent marker:</w:t>
      </w:r>
    </w:p>
    <w:p w14:paraId="1B1C7C98"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b/>
          <w:bCs/>
          <w:szCs w:val="24"/>
        </w:rPr>
        <w:t>“The AI was right.”</w:t>
      </w:r>
    </w:p>
    <w:p w14:paraId="2EE48BA4"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Matt stared at it for a long time.</w:t>
      </w:r>
    </w:p>
    <w:p w14:paraId="10CDE3CE"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Then he turned, walked back into his house, and began packing.</w:t>
      </w:r>
    </w:p>
    <w:p w14:paraId="45A9056A" w14:textId="77777777" w:rsidR="0037047B" w:rsidRP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 xml:space="preserve">He didn’t need to wait for the knock at the door. It was coming. And when it did, it wouldn’t be a question. It would be a drone, or a raid team, or a shot in the night with a headline that read </w:t>
      </w:r>
      <w:r w:rsidRPr="0037047B">
        <w:rPr>
          <w:rFonts w:eastAsia="Times New Roman" w:cs="Times New Roman"/>
          <w:i/>
          <w:iCs/>
          <w:szCs w:val="24"/>
        </w:rPr>
        <w:t>“Flagged Veteran Neutralized Before Attack.”</w:t>
      </w:r>
    </w:p>
    <w:p w14:paraId="00419A77" w14:textId="6BB55B6B" w:rsidR="0037047B" w:rsidRPr="0037047B" w:rsidRDefault="003509F2" w:rsidP="0037047B">
      <w:pPr>
        <w:spacing w:before="100" w:beforeAutospacing="1" w:after="100" w:afterAutospacing="1"/>
        <w:rPr>
          <w:rFonts w:eastAsia="Times New Roman" w:cs="Times New Roman"/>
          <w:szCs w:val="24"/>
        </w:rPr>
      </w:pPr>
      <w:r>
        <w:rPr>
          <w:rFonts w:eastAsia="Times New Roman" w:cs="Times New Roman"/>
          <w:szCs w:val="24"/>
        </w:rPr>
        <w:t>Frank</w:t>
      </w:r>
      <w:r w:rsidR="0037047B" w:rsidRPr="0037047B">
        <w:rPr>
          <w:rFonts w:eastAsia="Times New Roman" w:cs="Times New Roman"/>
          <w:szCs w:val="24"/>
        </w:rPr>
        <w:t xml:space="preserve"> wasn’t going to be the poster boy for their algorithm. He wouldn’t let them write the story.</w:t>
      </w:r>
    </w:p>
    <w:p w14:paraId="6FCF6A5F" w14:textId="77777777" w:rsidR="0037047B" w:rsidRDefault="0037047B" w:rsidP="0037047B">
      <w:pPr>
        <w:spacing w:before="100" w:beforeAutospacing="1" w:after="100" w:afterAutospacing="1"/>
        <w:rPr>
          <w:rFonts w:eastAsia="Times New Roman" w:cs="Times New Roman"/>
          <w:szCs w:val="24"/>
        </w:rPr>
      </w:pPr>
      <w:r w:rsidRPr="0037047B">
        <w:rPr>
          <w:rFonts w:eastAsia="Times New Roman" w:cs="Times New Roman"/>
          <w:szCs w:val="24"/>
        </w:rPr>
        <w:t>Not without a fight.</w:t>
      </w:r>
    </w:p>
    <w:p w14:paraId="26D685CA" w14:textId="77777777" w:rsidR="003509F2" w:rsidRDefault="003509F2" w:rsidP="0037047B">
      <w:pPr>
        <w:spacing w:before="100" w:beforeAutospacing="1" w:after="100" w:afterAutospacing="1"/>
        <w:rPr>
          <w:rFonts w:eastAsia="Times New Roman" w:cs="Times New Roman"/>
          <w:szCs w:val="24"/>
        </w:rPr>
      </w:pPr>
    </w:p>
    <w:p w14:paraId="75056569" w14:textId="77777777" w:rsidR="003509F2" w:rsidRDefault="003509F2" w:rsidP="0037047B">
      <w:pPr>
        <w:spacing w:before="100" w:beforeAutospacing="1" w:after="100" w:afterAutospacing="1"/>
        <w:rPr>
          <w:rFonts w:eastAsia="Times New Roman" w:cs="Times New Roman"/>
          <w:szCs w:val="24"/>
        </w:rPr>
      </w:pPr>
    </w:p>
    <w:p w14:paraId="6C93CB4B" w14:textId="77777777" w:rsidR="003509F2" w:rsidRDefault="003509F2" w:rsidP="0037047B">
      <w:pPr>
        <w:spacing w:before="100" w:beforeAutospacing="1" w:after="100" w:afterAutospacing="1"/>
        <w:rPr>
          <w:rFonts w:eastAsia="Times New Roman" w:cs="Times New Roman"/>
          <w:szCs w:val="24"/>
        </w:rPr>
      </w:pPr>
    </w:p>
    <w:p w14:paraId="58D053FA" w14:textId="77777777" w:rsidR="003509F2" w:rsidRPr="0037047B" w:rsidRDefault="003509F2" w:rsidP="0037047B">
      <w:pPr>
        <w:spacing w:before="100" w:beforeAutospacing="1" w:after="100" w:afterAutospacing="1"/>
        <w:rPr>
          <w:rFonts w:eastAsia="Times New Roman" w:cs="Times New Roman"/>
          <w:szCs w:val="24"/>
        </w:rPr>
      </w:pPr>
    </w:p>
    <w:p w14:paraId="51307F2D" w14:textId="77777777" w:rsidR="003A1206" w:rsidRPr="003A1206" w:rsidRDefault="003A1206" w:rsidP="003A1206">
      <w:pPr>
        <w:spacing w:before="100" w:beforeAutospacing="1" w:after="100" w:afterAutospacing="1"/>
        <w:outlineLvl w:val="1"/>
        <w:rPr>
          <w:rFonts w:eastAsia="Times New Roman" w:cs="Times New Roman"/>
          <w:b/>
          <w:bCs/>
          <w:sz w:val="36"/>
          <w:szCs w:val="36"/>
        </w:rPr>
      </w:pPr>
      <w:r w:rsidRPr="003A1206">
        <w:rPr>
          <w:rFonts w:eastAsia="Times New Roman" w:cs="Times New Roman"/>
          <w:b/>
          <w:bCs/>
          <w:sz w:val="36"/>
          <w:szCs w:val="36"/>
        </w:rPr>
        <w:lastRenderedPageBreak/>
        <w:t>Chapter Two – Systems Go</w:t>
      </w:r>
    </w:p>
    <w:p w14:paraId="4C8BAFB9"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At 3:17 a.m., inside a sealed operations center beneath a nondescript building in northern Virginia, the PreConvict threat board refreshed.</w:t>
      </w:r>
    </w:p>
    <w:p w14:paraId="25E125E6" w14:textId="2BEEFD25"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b/>
          <w:bCs/>
          <w:szCs w:val="24"/>
        </w:rPr>
        <w:t xml:space="preserve">SUBJECT: </w:t>
      </w:r>
      <w:r w:rsidR="007A67B5">
        <w:rPr>
          <w:rFonts w:eastAsia="Times New Roman" w:cs="Times New Roman"/>
          <w:b/>
          <w:bCs/>
          <w:szCs w:val="24"/>
        </w:rPr>
        <w:t>F</w:t>
      </w:r>
      <w:r w:rsidR="003509F2">
        <w:rPr>
          <w:rFonts w:eastAsia="Times New Roman" w:cs="Times New Roman"/>
          <w:b/>
          <w:bCs/>
          <w:szCs w:val="24"/>
        </w:rPr>
        <w:t xml:space="preserve">RANCO </w:t>
      </w:r>
      <w:r w:rsidR="005B4E6C">
        <w:rPr>
          <w:rFonts w:eastAsia="Times New Roman" w:cs="Times New Roman"/>
          <w:b/>
          <w:bCs/>
          <w:szCs w:val="24"/>
        </w:rPr>
        <w:t>MALDINI</w:t>
      </w:r>
      <w:r w:rsidRPr="003A1206">
        <w:rPr>
          <w:rFonts w:eastAsia="Times New Roman" w:cs="Times New Roman"/>
          <w:szCs w:val="24"/>
        </w:rPr>
        <w:br/>
      </w:r>
      <w:r w:rsidRPr="003A1206">
        <w:rPr>
          <w:rFonts w:eastAsia="Times New Roman" w:cs="Times New Roman"/>
          <w:b/>
          <w:bCs/>
          <w:szCs w:val="24"/>
        </w:rPr>
        <w:t>SCORE: 97.4%</w:t>
      </w:r>
      <w:r w:rsidRPr="003A1206">
        <w:rPr>
          <w:rFonts w:eastAsia="Times New Roman" w:cs="Times New Roman"/>
          <w:szCs w:val="24"/>
        </w:rPr>
        <w:br/>
      </w:r>
      <w:r w:rsidRPr="003A1206">
        <w:rPr>
          <w:rFonts w:eastAsia="Times New Roman" w:cs="Times New Roman"/>
          <w:b/>
          <w:bCs/>
          <w:szCs w:val="24"/>
        </w:rPr>
        <w:t>CLASSIFICATION: IMMINENT THREAT – TYPE: POLITICAL VIOLENCE</w:t>
      </w:r>
      <w:r w:rsidR="00ED1E0E">
        <w:rPr>
          <w:rFonts w:eastAsia="Times New Roman" w:cs="Times New Roman"/>
          <w:b/>
          <w:bCs/>
          <w:szCs w:val="24"/>
        </w:rPr>
        <w:t xml:space="preserve"> / MURDER</w:t>
      </w:r>
      <w:r w:rsidRPr="003A1206">
        <w:rPr>
          <w:rFonts w:eastAsia="Times New Roman" w:cs="Times New Roman"/>
          <w:szCs w:val="24"/>
        </w:rPr>
        <w:br/>
      </w:r>
      <w:r w:rsidRPr="003A1206">
        <w:rPr>
          <w:rFonts w:eastAsia="Times New Roman" w:cs="Times New Roman"/>
          <w:b/>
          <w:bCs/>
          <w:szCs w:val="24"/>
        </w:rPr>
        <w:t>RECOMMENDED ACTION: LOCATE – ISOLATE – DETAIN (LETHAL FORCE AUTHORIZED)</w:t>
      </w:r>
    </w:p>
    <w:p w14:paraId="4977AC4A"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No one questioned it.</w:t>
      </w:r>
    </w:p>
    <w:p w14:paraId="0F197485"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By the time the system alerted DHS and the Joint Operations Tasking Command, Matteo Deluca’s name had already filtered through facial recognition databases, drone footage, and mobile ping triangulation from surrounding devices. The system compiled recent social chatter: conspiracy keywords, patriot hashtags, geotagged mentions.</w:t>
      </w:r>
    </w:p>
    <w:p w14:paraId="5E97B96D"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 xml:space="preserve">Then came the testimonies—curated from </w:t>
      </w:r>
      <w:proofErr w:type="gramStart"/>
      <w:r w:rsidRPr="003A1206">
        <w:rPr>
          <w:rFonts w:eastAsia="Times New Roman" w:cs="Times New Roman"/>
          <w:szCs w:val="24"/>
        </w:rPr>
        <w:t>local residents</w:t>
      </w:r>
      <w:proofErr w:type="gramEnd"/>
      <w:r w:rsidRPr="003A1206">
        <w:rPr>
          <w:rFonts w:eastAsia="Times New Roman" w:cs="Times New Roman"/>
          <w:szCs w:val="24"/>
        </w:rPr>
        <w:t>, social media posts, and a few incentivized “tipsters.”</w:t>
      </w:r>
    </w:p>
    <w:p w14:paraId="7DB183C1" w14:textId="77777777" w:rsidR="003A1206" w:rsidRPr="003A1206" w:rsidRDefault="003A1206" w:rsidP="003A1206">
      <w:pPr>
        <w:spacing w:beforeAutospacing="1" w:afterAutospacing="1"/>
        <w:rPr>
          <w:rFonts w:eastAsia="Times New Roman" w:cs="Times New Roman"/>
          <w:szCs w:val="24"/>
        </w:rPr>
      </w:pPr>
      <w:r w:rsidRPr="003A1206">
        <w:rPr>
          <w:rFonts w:eastAsia="Times New Roman" w:cs="Times New Roman"/>
          <w:i/>
          <w:iCs/>
          <w:szCs w:val="24"/>
        </w:rPr>
        <w:t>“He said the government was the real enemy.”</w:t>
      </w:r>
      <w:r w:rsidRPr="003A1206">
        <w:rPr>
          <w:rFonts w:eastAsia="Times New Roman" w:cs="Times New Roman"/>
          <w:szCs w:val="24"/>
        </w:rPr>
        <w:br/>
      </w:r>
      <w:r w:rsidRPr="003A1206">
        <w:rPr>
          <w:rFonts w:eastAsia="Times New Roman" w:cs="Times New Roman"/>
          <w:i/>
          <w:iCs/>
          <w:szCs w:val="24"/>
        </w:rPr>
        <w:t>“I saw him training out back. Guns, targets, the works.”</w:t>
      </w:r>
      <w:r w:rsidRPr="003A1206">
        <w:rPr>
          <w:rFonts w:eastAsia="Times New Roman" w:cs="Times New Roman"/>
          <w:szCs w:val="24"/>
        </w:rPr>
        <w:br/>
      </w:r>
      <w:r w:rsidRPr="003A1206">
        <w:rPr>
          <w:rFonts w:eastAsia="Times New Roman" w:cs="Times New Roman"/>
          <w:i/>
          <w:iCs/>
          <w:szCs w:val="24"/>
        </w:rPr>
        <w:t>“Mattie told me last month the whole town would ‘learn the hard way.’”</w:t>
      </w:r>
    </w:p>
    <w:p w14:paraId="1E18784E"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 xml:space="preserve">All false. All unverifiable. But the algorithm didn’t care. It wasn’t designed for </w:t>
      </w:r>
      <w:proofErr w:type="gramStart"/>
      <w:r w:rsidRPr="003A1206">
        <w:rPr>
          <w:rFonts w:eastAsia="Times New Roman" w:cs="Times New Roman"/>
          <w:szCs w:val="24"/>
        </w:rPr>
        <w:t>nuance—</w:t>
      </w:r>
      <w:proofErr w:type="gramEnd"/>
      <w:r w:rsidRPr="003A1206">
        <w:rPr>
          <w:rFonts w:eastAsia="Times New Roman" w:cs="Times New Roman"/>
          <w:szCs w:val="24"/>
        </w:rPr>
        <w:t>it was designed for patterns, probabilities, and headlines that made congressional hearings go smoother.</w:t>
      </w:r>
    </w:p>
    <w:p w14:paraId="2BCBFF1C"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The operation was greenlit.</w:t>
      </w:r>
    </w:p>
    <w:p w14:paraId="4C06A68B" w14:textId="77777777" w:rsidR="003A1206" w:rsidRPr="003A1206" w:rsidRDefault="009E451F" w:rsidP="003A1206">
      <w:pPr>
        <w:rPr>
          <w:rFonts w:eastAsia="Times New Roman" w:cs="Times New Roman"/>
          <w:szCs w:val="24"/>
        </w:rPr>
      </w:pPr>
      <w:r>
        <w:rPr>
          <w:rFonts w:eastAsia="Times New Roman" w:cs="Times New Roman"/>
          <w:szCs w:val="24"/>
        </w:rPr>
        <w:pict w14:anchorId="353B27AB">
          <v:rect id="_x0000_i1025" style="width:0;height:1.5pt" o:hralign="center" o:hrstd="t" o:hr="t" fillcolor="#a0a0a0" stroked="f"/>
        </w:pict>
      </w:r>
    </w:p>
    <w:p w14:paraId="36300660"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Matt was already ten miles out of town when the federal convoy passed him in the opposite direction. Three unmarked SUVs. Night optics. Suppressors. They’d find his house cold and empty, the fireplace still burning, and a floorboard missing in the closet where he'd kept old IDs and a single burner phone with nothing but a GPS app and an encrypted chat window.</w:t>
      </w:r>
    </w:p>
    <w:p w14:paraId="6B716F95"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 xml:space="preserve">No fingerprints. No written plan. Just a note in block letters taped </w:t>
      </w:r>
      <w:proofErr w:type="gramStart"/>
      <w:r w:rsidRPr="003A1206">
        <w:rPr>
          <w:rFonts w:eastAsia="Times New Roman" w:cs="Times New Roman"/>
          <w:szCs w:val="24"/>
        </w:rPr>
        <w:t>to</w:t>
      </w:r>
      <w:proofErr w:type="gramEnd"/>
      <w:r w:rsidRPr="003A1206">
        <w:rPr>
          <w:rFonts w:eastAsia="Times New Roman" w:cs="Times New Roman"/>
          <w:szCs w:val="24"/>
        </w:rPr>
        <w:t xml:space="preserve"> the bathroom mirror.</w:t>
      </w:r>
    </w:p>
    <w:p w14:paraId="79D297BE"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b/>
          <w:bCs/>
          <w:szCs w:val="24"/>
        </w:rPr>
        <w:t>“NOT WHAT YOU THINK.”</w:t>
      </w:r>
    </w:p>
    <w:p w14:paraId="1F145487" w14:textId="77777777" w:rsidR="003A1206" w:rsidRPr="003A1206" w:rsidRDefault="009E451F" w:rsidP="003A1206">
      <w:pPr>
        <w:rPr>
          <w:rFonts w:eastAsia="Times New Roman" w:cs="Times New Roman"/>
          <w:szCs w:val="24"/>
        </w:rPr>
      </w:pPr>
      <w:r>
        <w:rPr>
          <w:rFonts w:eastAsia="Times New Roman" w:cs="Times New Roman"/>
          <w:szCs w:val="24"/>
        </w:rPr>
        <w:pict w14:anchorId="396D9D51">
          <v:rect id="_x0000_i1026" style="width:0;height:1.5pt" o:hralign="center" o:hrstd="t" o:hr="t" fillcolor="#a0a0a0" stroked="f"/>
        </w:pict>
      </w:r>
    </w:p>
    <w:p w14:paraId="69FB864C" w14:textId="74A3EB3D"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 xml:space="preserve">He </w:t>
      </w:r>
      <w:proofErr w:type="gramStart"/>
      <w:r w:rsidRPr="003A1206">
        <w:rPr>
          <w:rFonts w:eastAsia="Times New Roman" w:cs="Times New Roman"/>
          <w:szCs w:val="24"/>
        </w:rPr>
        <w:t>stuck</w:t>
      </w:r>
      <w:r w:rsidR="00136B4B">
        <w:rPr>
          <w:rFonts w:eastAsia="Times New Roman" w:cs="Times New Roman"/>
          <w:szCs w:val="24"/>
        </w:rPr>
        <w:t xml:space="preserve"> </w:t>
      </w:r>
      <w:r w:rsidRPr="003A1206">
        <w:rPr>
          <w:rFonts w:eastAsia="Times New Roman" w:cs="Times New Roman"/>
          <w:szCs w:val="24"/>
        </w:rPr>
        <w:t>to</w:t>
      </w:r>
      <w:proofErr w:type="gramEnd"/>
      <w:r w:rsidRPr="003A1206">
        <w:rPr>
          <w:rFonts w:eastAsia="Times New Roman" w:cs="Times New Roman"/>
          <w:szCs w:val="24"/>
        </w:rPr>
        <w:t xml:space="preserve"> back roads and logging trails, the ones he’d hiked for </w:t>
      </w:r>
      <w:proofErr w:type="gramStart"/>
      <w:r w:rsidRPr="003A1206">
        <w:rPr>
          <w:rFonts w:eastAsia="Times New Roman" w:cs="Times New Roman"/>
          <w:szCs w:val="24"/>
        </w:rPr>
        <w:t>years</w:t>
      </w:r>
      <w:proofErr w:type="gramEnd"/>
      <w:r w:rsidRPr="003A1206">
        <w:rPr>
          <w:rFonts w:eastAsia="Times New Roman" w:cs="Times New Roman"/>
          <w:szCs w:val="24"/>
        </w:rPr>
        <w:t xml:space="preserve"> and no AI could trace. He carried only what mattered: his rifle, a small pack, and a burner phone he’d never powered on. </w:t>
      </w:r>
      <w:r w:rsidR="00A063C7">
        <w:rPr>
          <w:rFonts w:eastAsia="Times New Roman" w:cs="Times New Roman"/>
          <w:szCs w:val="24"/>
        </w:rPr>
        <w:t xml:space="preserve"> And his Go-Bag</w:t>
      </w:r>
      <w:r w:rsidRPr="003A1206">
        <w:rPr>
          <w:rFonts w:eastAsia="Times New Roman" w:cs="Times New Roman"/>
          <w:szCs w:val="24"/>
        </w:rPr>
        <w:t>.</w:t>
      </w:r>
    </w:p>
    <w:p w14:paraId="715C07D8"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By dawn, he reached the edge of an old conservation area near Huntington, where an abandoned ranger station sat half-collapsed. It had no power, no water, but it had walls—and for now, that would do.</w:t>
      </w:r>
    </w:p>
    <w:p w14:paraId="72A5DB6F" w14:textId="550E23AD" w:rsidR="003A1206" w:rsidRPr="003A1206" w:rsidRDefault="00015CAA" w:rsidP="003A1206">
      <w:pPr>
        <w:spacing w:before="100" w:beforeAutospacing="1" w:after="100" w:afterAutospacing="1"/>
        <w:rPr>
          <w:rFonts w:eastAsia="Times New Roman" w:cs="Times New Roman"/>
          <w:szCs w:val="24"/>
        </w:rPr>
      </w:pPr>
      <w:r>
        <w:rPr>
          <w:rFonts w:eastAsia="Times New Roman" w:cs="Times New Roman"/>
          <w:szCs w:val="24"/>
        </w:rPr>
        <w:t>Frank</w:t>
      </w:r>
      <w:r w:rsidR="003A1206" w:rsidRPr="003A1206">
        <w:rPr>
          <w:rFonts w:eastAsia="Times New Roman" w:cs="Times New Roman"/>
          <w:szCs w:val="24"/>
        </w:rPr>
        <w:t xml:space="preserve"> wasn’t running because he was guilty. He was running because no one cared if he was innocent. Not the media. Not the feds. Not even the townspeople who used to wave when he walked into town for groceries.</w:t>
      </w:r>
    </w:p>
    <w:p w14:paraId="5FE015CD"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In the eyes of the system, he was already convicted. All that was left was the cleanup.</w:t>
      </w:r>
    </w:p>
    <w:p w14:paraId="32B149A4" w14:textId="1A7B8196"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lastRenderedPageBreak/>
        <w:t xml:space="preserve">He made a fire from old timber scraps and watched the flames catch. A map of the northeast spread in front of him, topographic and wrinkled from years of use. Circles </w:t>
      </w:r>
      <w:proofErr w:type="gramStart"/>
      <w:r w:rsidRPr="003A1206">
        <w:rPr>
          <w:rFonts w:eastAsia="Times New Roman" w:cs="Times New Roman"/>
          <w:szCs w:val="24"/>
        </w:rPr>
        <w:t>marked</w:t>
      </w:r>
      <w:proofErr w:type="gramEnd"/>
      <w:r w:rsidRPr="003A1206">
        <w:rPr>
          <w:rFonts w:eastAsia="Times New Roman" w:cs="Times New Roman"/>
          <w:szCs w:val="24"/>
        </w:rPr>
        <w:t xml:space="preserve"> old hunting cabins. Places he’d stayed off-grid.</w:t>
      </w:r>
      <w:r w:rsidR="009C25D6">
        <w:rPr>
          <w:rFonts w:eastAsia="Times New Roman" w:cs="Times New Roman"/>
          <w:szCs w:val="24"/>
        </w:rPr>
        <w:t xml:space="preserve"> Summer </w:t>
      </w:r>
      <w:r w:rsidR="002163F7">
        <w:rPr>
          <w:rFonts w:eastAsia="Times New Roman" w:cs="Times New Roman"/>
          <w:szCs w:val="24"/>
        </w:rPr>
        <w:t xml:space="preserve">lake </w:t>
      </w:r>
      <w:r w:rsidR="009C25D6">
        <w:rPr>
          <w:rFonts w:eastAsia="Times New Roman" w:cs="Times New Roman"/>
          <w:szCs w:val="24"/>
        </w:rPr>
        <w:t>cottages he had done work on</w:t>
      </w:r>
      <w:r w:rsidR="002163F7">
        <w:rPr>
          <w:rFonts w:eastAsia="Times New Roman" w:cs="Times New Roman"/>
          <w:szCs w:val="24"/>
        </w:rPr>
        <w:t xml:space="preserve"> in Becket,</w:t>
      </w:r>
      <w:r w:rsidR="009C25D6">
        <w:rPr>
          <w:rFonts w:eastAsia="Times New Roman" w:cs="Times New Roman"/>
          <w:szCs w:val="24"/>
        </w:rPr>
        <w:t xml:space="preserve"> </w:t>
      </w:r>
      <w:r w:rsidRPr="003A1206">
        <w:rPr>
          <w:rFonts w:eastAsia="Times New Roman" w:cs="Times New Roman"/>
          <w:szCs w:val="24"/>
        </w:rPr>
        <w:t>Friends—if you could call them that—who owed him favors.</w:t>
      </w:r>
    </w:p>
    <w:p w14:paraId="5662EF32"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He didn't know who tipped him off last night. The text had come through a relay number from the Balkans. It smelled like military, or intelligence. Either way, someone out there wanted him to stay alive—for now.</w:t>
      </w:r>
    </w:p>
    <w:p w14:paraId="2C7F2A1B" w14:textId="77777777" w:rsidR="003A1206" w:rsidRPr="003A1206" w:rsidRDefault="003A1206" w:rsidP="003A1206">
      <w:pPr>
        <w:spacing w:before="100" w:beforeAutospacing="1" w:after="100" w:afterAutospacing="1"/>
        <w:rPr>
          <w:rFonts w:eastAsia="Times New Roman" w:cs="Times New Roman"/>
          <w:szCs w:val="24"/>
        </w:rPr>
      </w:pPr>
      <w:r w:rsidRPr="003A1206">
        <w:rPr>
          <w:rFonts w:eastAsia="Times New Roman" w:cs="Times New Roman"/>
          <w:szCs w:val="24"/>
        </w:rPr>
        <w:t>He just needed time. Time to figure out who was behind the photo. The manipulated data. The jump in his score. And most of all—who stood to gain from making him the AI’s first trophy.</w:t>
      </w:r>
    </w:p>
    <w:p w14:paraId="4F1F2670" w14:textId="77777777" w:rsidR="001D379A" w:rsidRPr="001D379A" w:rsidRDefault="001D379A" w:rsidP="001D379A">
      <w:pPr>
        <w:spacing w:before="100" w:beforeAutospacing="1" w:after="100" w:afterAutospacing="1"/>
        <w:outlineLvl w:val="2"/>
        <w:rPr>
          <w:rFonts w:eastAsia="Times New Roman" w:cs="Times New Roman"/>
          <w:b/>
          <w:bCs/>
          <w:sz w:val="27"/>
          <w:szCs w:val="27"/>
        </w:rPr>
      </w:pPr>
      <w:r w:rsidRPr="001D379A">
        <w:rPr>
          <w:rFonts w:eastAsia="Times New Roman" w:cs="Times New Roman"/>
          <w:b/>
          <w:bCs/>
          <w:sz w:val="27"/>
          <w:szCs w:val="27"/>
        </w:rPr>
        <w:t>Washington, D.C. – Capitol Technology Partners Headquarters</w:t>
      </w:r>
    </w:p>
    <w:p w14:paraId="79127E89"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i/>
          <w:iCs/>
          <w:szCs w:val="24"/>
        </w:rPr>
        <w:t>Same morning, 8:02 a.m.</w:t>
      </w:r>
    </w:p>
    <w:p w14:paraId="558D4488" w14:textId="623B6B7C"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 xml:space="preserve">In a glass-walled conference room overlooking the Potomac, six people sat at a steel table worth more than most houses in </w:t>
      </w:r>
      <w:r w:rsidR="00015CAA">
        <w:rPr>
          <w:rFonts w:eastAsia="Times New Roman" w:cs="Times New Roman"/>
          <w:szCs w:val="24"/>
        </w:rPr>
        <w:t>Frank</w:t>
      </w:r>
      <w:r w:rsidR="00C94178">
        <w:rPr>
          <w:rFonts w:eastAsia="Times New Roman" w:cs="Times New Roman"/>
          <w:szCs w:val="24"/>
        </w:rPr>
        <w:t>’s</w:t>
      </w:r>
      <w:r w:rsidRPr="001D379A">
        <w:rPr>
          <w:rFonts w:eastAsia="Times New Roman" w:cs="Times New Roman"/>
          <w:szCs w:val="24"/>
        </w:rPr>
        <w:t xml:space="preserve"> hometown.</w:t>
      </w:r>
    </w:p>
    <w:p w14:paraId="278AEB80"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 xml:space="preserve">At the head of the table: </w:t>
      </w:r>
      <w:r w:rsidRPr="001D379A">
        <w:rPr>
          <w:rFonts w:eastAsia="Times New Roman" w:cs="Times New Roman"/>
          <w:b/>
          <w:bCs/>
          <w:szCs w:val="24"/>
        </w:rPr>
        <w:t>Elliot Voss</w:t>
      </w:r>
      <w:r w:rsidRPr="001D379A">
        <w:rPr>
          <w:rFonts w:eastAsia="Times New Roman" w:cs="Times New Roman"/>
          <w:szCs w:val="24"/>
        </w:rPr>
        <w:t>, CEO of Capitol Technology Partners. A man with the manicured look of someone who didn’t sweat—his silver hair always perfect, his teeth always whiter than they should be. Voss was a former Beltway lobbyist turned defense-tech mogul, and the architect of the PreConvict AI pilot.</w:t>
      </w:r>
    </w:p>
    <w:p w14:paraId="17795C07"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 xml:space="preserve">Beside him sat </w:t>
      </w:r>
      <w:r w:rsidRPr="001D379A">
        <w:rPr>
          <w:rFonts w:eastAsia="Times New Roman" w:cs="Times New Roman"/>
          <w:b/>
          <w:bCs/>
          <w:szCs w:val="24"/>
        </w:rPr>
        <w:t>Dr. Lena Drexler</w:t>
      </w:r>
      <w:r w:rsidRPr="001D379A">
        <w:rPr>
          <w:rFonts w:eastAsia="Times New Roman" w:cs="Times New Roman"/>
          <w:szCs w:val="24"/>
        </w:rPr>
        <w:t>, the program’s lead behavioral scientist and the public face of the algorithm. She wore her ethics like a brand, but everyone in the room knew she’d stopped asking moral questions two funding rounds ago.</w:t>
      </w:r>
    </w:p>
    <w:p w14:paraId="25CC39CF"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 xml:space="preserve">Opposite them was </w:t>
      </w:r>
      <w:r w:rsidRPr="001D379A">
        <w:rPr>
          <w:rFonts w:eastAsia="Times New Roman" w:cs="Times New Roman"/>
          <w:b/>
          <w:bCs/>
          <w:szCs w:val="24"/>
        </w:rPr>
        <w:t>Special Agent Corin Hatch</w:t>
      </w:r>
      <w:r w:rsidRPr="001D379A">
        <w:rPr>
          <w:rFonts w:eastAsia="Times New Roman" w:cs="Times New Roman"/>
          <w:szCs w:val="24"/>
        </w:rPr>
        <w:t>, DHS liaison and field op commander for PreConvict cases. Hatch had the stone-cold bearing of a man who liked having authority and no accountability.</w:t>
      </w:r>
    </w:p>
    <w:p w14:paraId="26D275B2" w14:textId="1666F1B6"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 xml:space="preserve">Voss clicked a remote. The wall screen lit up with </w:t>
      </w:r>
      <w:r w:rsidR="00DB1309">
        <w:rPr>
          <w:rFonts w:eastAsia="Times New Roman" w:cs="Times New Roman"/>
          <w:szCs w:val="24"/>
        </w:rPr>
        <w:t>Frank Maldini</w:t>
      </w:r>
      <w:r w:rsidRPr="001D379A">
        <w:rPr>
          <w:rFonts w:eastAsia="Times New Roman" w:cs="Times New Roman"/>
          <w:szCs w:val="24"/>
        </w:rPr>
        <w:t>’s photo.</w:t>
      </w:r>
    </w:p>
    <w:p w14:paraId="72F9E9AE" w14:textId="3CCFFD99"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w:t>
      </w:r>
      <w:r w:rsidR="00015CAA">
        <w:rPr>
          <w:rFonts w:eastAsia="Times New Roman" w:cs="Times New Roman"/>
          <w:szCs w:val="24"/>
        </w:rPr>
        <w:t>Maldini</w:t>
      </w:r>
      <w:r w:rsidRPr="001D379A">
        <w:rPr>
          <w:rFonts w:eastAsia="Times New Roman" w:cs="Times New Roman"/>
          <w:szCs w:val="24"/>
        </w:rPr>
        <w:t>’s profile just hit 97.4," he said. "We are officially in green-lit territory. I assume your teams are already on the move?"</w:t>
      </w:r>
    </w:p>
    <w:p w14:paraId="7886A501"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 xml:space="preserve">Hatch nodded once. “We had assets in western Massachusetts within the hour. His house was cold. Locals are split—some say he’s a </w:t>
      </w:r>
      <w:proofErr w:type="gramStart"/>
      <w:r w:rsidRPr="001D379A">
        <w:rPr>
          <w:rFonts w:eastAsia="Times New Roman" w:cs="Times New Roman"/>
          <w:szCs w:val="24"/>
        </w:rPr>
        <w:t>hero,</w:t>
      </w:r>
      <w:proofErr w:type="gramEnd"/>
      <w:r w:rsidRPr="001D379A">
        <w:rPr>
          <w:rFonts w:eastAsia="Times New Roman" w:cs="Times New Roman"/>
          <w:szCs w:val="24"/>
        </w:rPr>
        <w:t xml:space="preserve"> some say he’s been stockpiling weapons. One even said he threatened a state senator last winter.”</w:t>
      </w:r>
    </w:p>
    <w:p w14:paraId="60750DAC"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Dr. Drexler tapped a stylus against her notepad. “That wasn’t in his original profile.”</w:t>
      </w:r>
    </w:p>
    <w:p w14:paraId="059A787F"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“We’ve had a surge in informants since the protest footage went viral,” Hatch said. “We’re integrating citizen inputs into the scoring matrix.”</w:t>
      </w:r>
    </w:p>
    <w:p w14:paraId="120D6107"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Drexler frowned faintly but said nothing. They all knew what that meant: anyone with a grudge could submit a tip, and the algorithm would treat it as partially valid, especially if it confirmed existing threat vectors.</w:t>
      </w:r>
    </w:p>
    <w:p w14:paraId="2650088F"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Voss smiled. “Perfect. The model’s working exactly as intended.”</w:t>
      </w:r>
    </w:p>
    <w:p w14:paraId="67652692"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“Your definition of ‘working’ concerns me,” Drexler said carefully.</w:t>
      </w:r>
    </w:p>
    <w:p w14:paraId="2E8599F7"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lastRenderedPageBreak/>
        <w:t xml:space="preserve">Voss leaned forward. “Lena, we’re on the cusp of the largest federal contract in predictive analytics history. If Deluca </w:t>
      </w:r>
      <w:proofErr w:type="gramStart"/>
      <w:r w:rsidRPr="001D379A">
        <w:rPr>
          <w:rFonts w:eastAsia="Times New Roman" w:cs="Times New Roman"/>
          <w:szCs w:val="24"/>
        </w:rPr>
        <w:t>escalates—which</w:t>
      </w:r>
      <w:proofErr w:type="gramEnd"/>
      <w:r w:rsidRPr="001D379A">
        <w:rPr>
          <w:rFonts w:eastAsia="Times New Roman" w:cs="Times New Roman"/>
          <w:szCs w:val="24"/>
        </w:rPr>
        <w:t xml:space="preserve"> we expect he </w:t>
      </w:r>
      <w:proofErr w:type="gramStart"/>
      <w:r w:rsidRPr="001D379A">
        <w:rPr>
          <w:rFonts w:eastAsia="Times New Roman" w:cs="Times New Roman"/>
          <w:szCs w:val="24"/>
        </w:rPr>
        <w:t>will—we</w:t>
      </w:r>
      <w:proofErr w:type="gramEnd"/>
      <w:r w:rsidRPr="001D379A">
        <w:rPr>
          <w:rFonts w:eastAsia="Times New Roman" w:cs="Times New Roman"/>
          <w:szCs w:val="24"/>
        </w:rPr>
        <w:t xml:space="preserve"> validate the system in the real world. The first national threat caught and neutralized before the crime. Imagine what that does for investor confidence. Congressional support. Public perception.”</w:t>
      </w:r>
    </w:p>
    <w:p w14:paraId="7A165F06"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Hatch cleared his throat. “There’s another factor. One of our forensic analysts flagged metadata in the protest photo. It may have been altered.”</w:t>
      </w:r>
    </w:p>
    <w:p w14:paraId="4748597F"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Voss froze for a moment. “Altered how?”</w:t>
      </w:r>
    </w:p>
    <w:p w14:paraId="3D9E41C4"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“It’s subtle. Angle blur, lighting shadows inconsistent with known footage. We're running a deeper analysis, but if true—it means someone planted it.”</w:t>
      </w:r>
    </w:p>
    <w:p w14:paraId="7B4DD3DE"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“And made sure he got flagged?” Drexler said. “Who would do that?”</w:t>
      </w:r>
    </w:p>
    <w:p w14:paraId="73C5D96A"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Voss didn’t answer right away. Then, finally: “Does it matter?”</w:t>
      </w:r>
    </w:p>
    <w:p w14:paraId="0832BBC3" w14:textId="77777777"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They all looked at him.</w:t>
      </w:r>
    </w:p>
    <w:p w14:paraId="133A3925" w14:textId="0B9F0C08" w:rsidR="003E77E9"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w:t>
      </w:r>
      <w:r w:rsidR="00D87B73">
        <w:rPr>
          <w:rFonts w:eastAsia="Times New Roman" w:cs="Times New Roman"/>
          <w:szCs w:val="24"/>
        </w:rPr>
        <w:t>Maldini</w:t>
      </w:r>
      <w:r w:rsidRPr="001D379A">
        <w:rPr>
          <w:rFonts w:eastAsia="Times New Roman" w:cs="Times New Roman"/>
          <w:szCs w:val="24"/>
        </w:rPr>
        <w:t>’s</w:t>
      </w:r>
      <w:r w:rsidR="003934AD">
        <w:rPr>
          <w:rFonts w:eastAsia="Times New Roman" w:cs="Times New Roman"/>
          <w:szCs w:val="24"/>
        </w:rPr>
        <w:t xml:space="preserve"> level 3 </w:t>
      </w:r>
      <w:r w:rsidRPr="001D379A">
        <w:rPr>
          <w:rFonts w:eastAsia="Times New Roman" w:cs="Times New Roman"/>
          <w:szCs w:val="24"/>
        </w:rPr>
        <w:t>profile was always borderline. Gun owner</w:t>
      </w:r>
      <w:r w:rsidR="00624BD8">
        <w:rPr>
          <w:rFonts w:eastAsia="Times New Roman" w:cs="Times New Roman"/>
          <w:szCs w:val="24"/>
        </w:rPr>
        <w:t xml:space="preserve">, </w:t>
      </w:r>
      <w:r w:rsidR="006B1C3B">
        <w:rPr>
          <w:rFonts w:eastAsia="Times New Roman" w:cs="Times New Roman"/>
          <w:szCs w:val="24"/>
        </w:rPr>
        <w:t xml:space="preserve">2A/NRA </w:t>
      </w:r>
      <w:r w:rsidR="00624BD8">
        <w:rPr>
          <w:rFonts w:eastAsia="Times New Roman" w:cs="Times New Roman"/>
          <w:szCs w:val="24"/>
        </w:rPr>
        <w:t>seen at local</w:t>
      </w:r>
      <w:r w:rsidR="00624BD8" w:rsidRPr="00624BD8">
        <w:rPr>
          <w:rFonts w:eastAsia="Times New Roman" w:cs="Times New Roman"/>
          <w:szCs w:val="24"/>
        </w:rPr>
        <w:t xml:space="preserve"> </w:t>
      </w:r>
      <w:r w:rsidR="00624BD8">
        <w:rPr>
          <w:rFonts w:eastAsia="Times New Roman" w:cs="Times New Roman"/>
          <w:szCs w:val="24"/>
        </w:rPr>
        <w:t>Gun Shows</w:t>
      </w:r>
      <w:r w:rsidR="00AB559F">
        <w:rPr>
          <w:rFonts w:eastAsia="Times New Roman" w:cs="Times New Roman"/>
          <w:szCs w:val="24"/>
        </w:rPr>
        <w:t xml:space="preserve"> in West Springfield and Marlboro last year, </w:t>
      </w:r>
      <w:r w:rsidR="00AB559F" w:rsidRPr="001D379A">
        <w:rPr>
          <w:rFonts w:eastAsia="Times New Roman" w:cs="Times New Roman"/>
          <w:szCs w:val="24"/>
        </w:rPr>
        <w:t>Combat</w:t>
      </w:r>
      <w:r w:rsidRPr="001D379A">
        <w:rPr>
          <w:rFonts w:eastAsia="Times New Roman" w:cs="Times New Roman"/>
          <w:szCs w:val="24"/>
        </w:rPr>
        <w:t xml:space="preserve"> history. Antigovernment sentiment markers</w:t>
      </w:r>
      <w:r w:rsidR="008106A9">
        <w:rPr>
          <w:rFonts w:eastAsia="Times New Roman" w:cs="Times New Roman"/>
          <w:szCs w:val="24"/>
        </w:rPr>
        <w:t xml:space="preserve">, Christian </w:t>
      </w:r>
      <w:r w:rsidR="00624BD8">
        <w:rPr>
          <w:rFonts w:eastAsia="Times New Roman" w:cs="Times New Roman"/>
          <w:szCs w:val="24"/>
        </w:rPr>
        <w:t>Tattoo’s,</w:t>
      </w:r>
      <w:r w:rsidR="003E77E9">
        <w:rPr>
          <w:rFonts w:eastAsia="Times New Roman" w:cs="Times New Roman"/>
          <w:szCs w:val="24"/>
        </w:rPr>
        <w:t xml:space="preserve"> Lives in seclusion, </w:t>
      </w:r>
      <w:r w:rsidR="00AB559F">
        <w:rPr>
          <w:rFonts w:eastAsia="Times New Roman" w:cs="Times New Roman"/>
          <w:szCs w:val="24"/>
        </w:rPr>
        <w:t>no</w:t>
      </w:r>
      <w:r w:rsidR="00AF6F6E">
        <w:rPr>
          <w:rFonts w:eastAsia="Times New Roman" w:cs="Times New Roman"/>
          <w:szCs w:val="24"/>
        </w:rPr>
        <w:t xml:space="preserve"> </w:t>
      </w:r>
      <w:r w:rsidR="00AB559F">
        <w:rPr>
          <w:rFonts w:eastAsia="Times New Roman" w:cs="Times New Roman"/>
          <w:szCs w:val="24"/>
        </w:rPr>
        <w:t xml:space="preserve">social media, Bought Ammo in Bulk, </w:t>
      </w:r>
      <w:r w:rsidR="00B90EE4">
        <w:rPr>
          <w:rFonts w:eastAsia="Times New Roman" w:cs="Times New Roman"/>
          <w:szCs w:val="24"/>
        </w:rPr>
        <w:t xml:space="preserve">wears tactical gear, purchases </w:t>
      </w:r>
      <w:r w:rsidR="007269B4">
        <w:rPr>
          <w:rFonts w:eastAsia="Times New Roman" w:cs="Times New Roman"/>
          <w:szCs w:val="24"/>
        </w:rPr>
        <w:t xml:space="preserve">all cash, </w:t>
      </w:r>
      <w:r w:rsidR="00EE58CC">
        <w:rPr>
          <w:rFonts w:eastAsia="Times New Roman" w:cs="Times New Roman"/>
          <w:szCs w:val="24"/>
        </w:rPr>
        <w:t xml:space="preserve">emptied bank </w:t>
      </w:r>
      <w:proofErr w:type="gramStart"/>
      <w:r w:rsidR="00EE58CC">
        <w:rPr>
          <w:rFonts w:eastAsia="Times New Roman" w:cs="Times New Roman"/>
          <w:szCs w:val="24"/>
        </w:rPr>
        <w:t>accounts</w:t>
      </w:r>
      <w:r w:rsidR="003934AD">
        <w:rPr>
          <w:rFonts w:eastAsia="Times New Roman" w:cs="Times New Roman"/>
          <w:szCs w:val="24"/>
        </w:rPr>
        <w:t>’</w:t>
      </w:r>
      <w:proofErr w:type="gramEnd"/>
      <w:r w:rsidR="00225CCD">
        <w:rPr>
          <w:rFonts w:eastAsia="Times New Roman" w:cs="Times New Roman"/>
          <w:szCs w:val="24"/>
        </w:rPr>
        <w:t>.</w:t>
      </w:r>
    </w:p>
    <w:p w14:paraId="1D59CBE2" w14:textId="451D61B5" w:rsidR="001D379A" w:rsidRPr="001D379A" w:rsidRDefault="001D379A" w:rsidP="001D379A">
      <w:pPr>
        <w:spacing w:before="100" w:beforeAutospacing="1" w:after="100" w:afterAutospacing="1"/>
        <w:rPr>
          <w:rFonts w:eastAsia="Times New Roman" w:cs="Times New Roman"/>
          <w:szCs w:val="24"/>
        </w:rPr>
      </w:pPr>
      <w:r w:rsidRPr="001D379A">
        <w:rPr>
          <w:rFonts w:eastAsia="Times New Roman" w:cs="Times New Roman"/>
          <w:szCs w:val="24"/>
        </w:rPr>
        <w:t xml:space="preserve">You give the public a picture, a few quotes out of context, and a 97% score—they’ll believe anything. He’s already guilty. All we </w:t>
      </w:r>
      <w:proofErr w:type="gramStart"/>
      <w:r w:rsidRPr="001D379A">
        <w:rPr>
          <w:rFonts w:eastAsia="Times New Roman" w:cs="Times New Roman"/>
          <w:szCs w:val="24"/>
        </w:rPr>
        <w:t>have to</w:t>
      </w:r>
      <w:proofErr w:type="gramEnd"/>
      <w:r w:rsidRPr="001D379A">
        <w:rPr>
          <w:rFonts w:eastAsia="Times New Roman" w:cs="Times New Roman"/>
          <w:szCs w:val="24"/>
        </w:rPr>
        <w:t xml:space="preserve"> do is catch him before he makes us look like amateurs.”</w:t>
      </w:r>
    </w:p>
    <w:p w14:paraId="55ED40E3" w14:textId="77777777" w:rsidR="00123F48" w:rsidRDefault="001D379A" w:rsidP="00123F48">
      <w:pPr>
        <w:spacing w:before="100" w:beforeAutospacing="1" w:after="100" w:afterAutospacing="1"/>
        <w:rPr>
          <w:rFonts w:eastAsia="Times New Roman" w:cs="Times New Roman"/>
          <w:szCs w:val="24"/>
        </w:rPr>
      </w:pPr>
      <w:r w:rsidRPr="001D379A">
        <w:rPr>
          <w:rFonts w:eastAsia="Times New Roman" w:cs="Times New Roman"/>
          <w:szCs w:val="24"/>
        </w:rPr>
        <w:t xml:space="preserve">He smiled again, colder this time. “Besides, if someone </w:t>
      </w:r>
      <w:r w:rsidRPr="001D379A">
        <w:rPr>
          <w:rFonts w:eastAsia="Times New Roman" w:cs="Times New Roman"/>
          <w:i/>
          <w:iCs/>
          <w:szCs w:val="24"/>
        </w:rPr>
        <w:t>did</w:t>
      </w:r>
      <w:r w:rsidRPr="001D379A">
        <w:rPr>
          <w:rFonts w:eastAsia="Times New Roman" w:cs="Times New Roman"/>
          <w:szCs w:val="24"/>
        </w:rPr>
        <w:t xml:space="preserve"> nudge the numbers, I’d like to shake their hand.”</w:t>
      </w:r>
    </w:p>
    <w:p w14:paraId="0A3583EE" w14:textId="09DF1F22" w:rsidR="00AC7CCD" w:rsidRPr="00123F48" w:rsidRDefault="00AC7CCD" w:rsidP="00123F48">
      <w:pPr>
        <w:spacing w:before="100" w:beforeAutospacing="1" w:after="100" w:afterAutospacing="1"/>
        <w:rPr>
          <w:rFonts w:eastAsia="Times New Roman" w:cs="Times New Roman"/>
          <w:szCs w:val="24"/>
        </w:rPr>
      </w:pPr>
      <w:r w:rsidRPr="00AC7CCD">
        <w:rPr>
          <w:rFonts w:eastAsia="Times New Roman" w:cs="Times New Roman"/>
          <w:b/>
          <w:bCs/>
          <w:sz w:val="27"/>
          <w:szCs w:val="27"/>
        </w:rPr>
        <w:t>Same Day, 10:36 a.m. – Capitol Technology Media Command Room</w:t>
      </w:r>
    </w:p>
    <w:p w14:paraId="421305DF" w14:textId="2C53D3D0"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i/>
          <w:iCs/>
          <w:szCs w:val="24"/>
        </w:rPr>
        <w:t xml:space="preserve">Internal Codename: "Narrative Strike Package – </w:t>
      </w:r>
      <w:r w:rsidR="00DF64FF">
        <w:rPr>
          <w:rFonts w:eastAsia="Times New Roman" w:cs="Times New Roman"/>
          <w:i/>
          <w:iCs/>
          <w:szCs w:val="24"/>
        </w:rPr>
        <w:t>Maldini</w:t>
      </w:r>
      <w:r w:rsidRPr="00AC7CCD">
        <w:rPr>
          <w:rFonts w:eastAsia="Times New Roman" w:cs="Times New Roman"/>
          <w:i/>
          <w:iCs/>
          <w:szCs w:val="24"/>
        </w:rPr>
        <w:t>-001"</w:t>
      </w:r>
    </w:p>
    <w:p w14:paraId="6ED50FA1" w14:textId="7C480D94" w:rsidR="00AC7CCD" w:rsidRPr="00AC7CCD" w:rsidRDefault="00AC7CCD" w:rsidP="00AC7CCD">
      <w:pPr>
        <w:spacing w:before="100" w:beforeAutospacing="1" w:after="100" w:afterAutospacing="1"/>
        <w:rPr>
          <w:rFonts w:eastAsia="Times New Roman" w:cs="Times New Roman"/>
          <w:szCs w:val="24"/>
        </w:rPr>
      </w:pPr>
      <w:proofErr w:type="gramStart"/>
      <w:r w:rsidRPr="00AC7CCD">
        <w:rPr>
          <w:rFonts w:eastAsia="Times New Roman" w:cs="Times New Roman"/>
          <w:szCs w:val="24"/>
        </w:rPr>
        <w:t>A second</w:t>
      </w:r>
      <w:proofErr w:type="gramEnd"/>
      <w:r w:rsidRPr="00AC7CCD">
        <w:rPr>
          <w:rFonts w:eastAsia="Times New Roman" w:cs="Times New Roman"/>
          <w:szCs w:val="24"/>
        </w:rPr>
        <w:t xml:space="preserve"> floor below Capitol Tech's main offices, the real work happened. The media operations team didn’t wear </w:t>
      </w:r>
      <w:r w:rsidR="00646892" w:rsidRPr="00AC7CCD">
        <w:rPr>
          <w:rFonts w:eastAsia="Times New Roman" w:cs="Times New Roman"/>
          <w:szCs w:val="24"/>
        </w:rPr>
        <w:t xml:space="preserve">suits, </w:t>
      </w:r>
      <w:r w:rsidRPr="00AC7CCD">
        <w:rPr>
          <w:rFonts w:eastAsia="Times New Roman" w:cs="Times New Roman"/>
          <w:szCs w:val="24"/>
        </w:rPr>
        <w:t>they wore hoodies, wireless headsets, and the jaded confidence of people who could rewrite reality before lunch.</w:t>
      </w:r>
    </w:p>
    <w:p w14:paraId="7EC58899"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 room hummed with activity. A 40-foot LED wall displayed national news feeds, social media trend lines, and keyword velocity charts. In the center, a glowing dashboard displayed Deluca’s evolving profile: news hits, likes/dislikes, public threat perception index (PTPI), and engagement confidence score.</w:t>
      </w:r>
    </w:p>
    <w:p w14:paraId="7B16522F"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The lead operator, </w:t>
      </w:r>
      <w:r w:rsidRPr="00AC7CCD">
        <w:rPr>
          <w:rFonts w:eastAsia="Times New Roman" w:cs="Times New Roman"/>
          <w:b/>
          <w:bCs/>
          <w:szCs w:val="24"/>
        </w:rPr>
        <w:t>Cass Monroe</w:t>
      </w:r>
      <w:r w:rsidRPr="00AC7CCD">
        <w:rPr>
          <w:rFonts w:eastAsia="Times New Roman" w:cs="Times New Roman"/>
          <w:szCs w:val="24"/>
        </w:rPr>
        <w:t>, leaned back in her chair, chewing a pen cap and watching the data climb.</w:t>
      </w:r>
    </w:p>
    <w:p w14:paraId="225BD7FA" w14:textId="4B3DC7D6"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“We’re above the sympathy threshold in New England,” she said. “</w:t>
      </w:r>
      <w:r w:rsidR="00646892" w:rsidRPr="00AC7CCD">
        <w:rPr>
          <w:rFonts w:eastAsia="Times New Roman" w:cs="Times New Roman"/>
          <w:szCs w:val="24"/>
        </w:rPr>
        <w:t>Still,</w:t>
      </w:r>
      <w:r w:rsidRPr="00AC7CCD">
        <w:rPr>
          <w:rFonts w:eastAsia="Times New Roman" w:cs="Times New Roman"/>
          <w:szCs w:val="24"/>
        </w:rPr>
        <w:t xml:space="preserve"> too many people calling him a ‘hero’ or saying the photo’s fake. We need an emotional pivot.”</w:t>
      </w:r>
    </w:p>
    <w:p w14:paraId="387951E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Her deputy, a former Buzzfeed </w:t>
      </w:r>
      <w:proofErr w:type="gramStart"/>
      <w:r w:rsidRPr="00AC7CCD">
        <w:rPr>
          <w:rFonts w:eastAsia="Times New Roman" w:cs="Times New Roman"/>
          <w:szCs w:val="24"/>
        </w:rPr>
        <w:t>writer</w:t>
      </w:r>
      <w:proofErr w:type="gramEnd"/>
      <w:r w:rsidRPr="00AC7CCD">
        <w:rPr>
          <w:rFonts w:eastAsia="Times New Roman" w:cs="Times New Roman"/>
          <w:szCs w:val="24"/>
        </w:rPr>
        <w:t xml:space="preserve"> turned narrative engineer, nodded. “Already deployed Story Set B. Local high school coach says Matt made ‘militia-style threats’ after a football game in 2021. We’ve got audio, AI-enhanced.”</w:t>
      </w:r>
    </w:p>
    <w:p w14:paraId="2147308F"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Cass raised an eyebrow. “Real?”</w:t>
      </w:r>
    </w:p>
    <w:p w14:paraId="431E8F2D"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lastRenderedPageBreak/>
        <w:t>He smirked. “Doesn’t matter. It’s believable.”</w:t>
      </w:r>
    </w:p>
    <w:p w14:paraId="06679827" w14:textId="40E6A32A"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Another analyst chimed in. “Rolling out a three-minute timeline explainer with drone footage, protest photos, and a voiceover from a retired general saying </w:t>
      </w:r>
      <w:r w:rsidR="00785771">
        <w:rPr>
          <w:rFonts w:eastAsia="Times New Roman" w:cs="Times New Roman"/>
          <w:szCs w:val="24"/>
        </w:rPr>
        <w:t>Maldini</w:t>
      </w:r>
      <w:r w:rsidRPr="00AC7CCD">
        <w:rPr>
          <w:rFonts w:eastAsia="Times New Roman" w:cs="Times New Roman"/>
          <w:szCs w:val="24"/>
        </w:rPr>
        <w:t xml:space="preserve"> ‘represents a clear example of post-combat radicalization.’"</w:t>
      </w:r>
    </w:p>
    <w:p w14:paraId="4F44CBBC"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Cass clicked over to the national outlets. The talking points were already seeded. Within hours, they’d go live.</w:t>
      </w:r>
    </w:p>
    <w:p w14:paraId="1D48D4A6" w14:textId="77777777" w:rsidR="00AC7CCD" w:rsidRPr="00AC7CCD" w:rsidRDefault="00AC7CCD" w:rsidP="00AC7CCD">
      <w:pPr>
        <w:numPr>
          <w:ilvl w:val="0"/>
          <w:numId w:val="10"/>
        </w:numPr>
        <w:spacing w:before="100" w:beforeAutospacing="1" w:after="100" w:afterAutospacing="1"/>
        <w:rPr>
          <w:rFonts w:eastAsia="Times New Roman" w:cs="Times New Roman"/>
          <w:szCs w:val="24"/>
        </w:rPr>
      </w:pPr>
      <w:r w:rsidRPr="00AC7CCD">
        <w:rPr>
          <w:rFonts w:eastAsia="Times New Roman" w:cs="Times New Roman"/>
          <w:i/>
          <w:iCs/>
          <w:szCs w:val="24"/>
        </w:rPr>
        <w:t xml:space="preserve">"How AI Saved Us </w:t>
      </w:r>
      <w:proofErr w:type="gramStart"/>
      <w:r w:rsidRPr="00AC7CCD">
        <w:rPr>
          <w:rFonts w:eastAsia="Times New Roman" w:cs="Times New Roman"/>
          <w:i/>
          <w:iCs/>
          <w:szCs w:val="24"/>
        </w:rPr>
        <w:t>From</w:t>
      </w:r>
      <w:proofErr w:type="gramEnd"/>
      <w:r w:rsidRPr="00AC7CCD">
        <w:rPr>
          <w:rFonts w:eastAsia="Times New Roman" w:cs="Times New Roman"/>
          <w:i/>
          <w:iCs/>
          <w:szCs w:val="24"/>
        </w:rPr>
        <w:t xml:space="preserve"> a Domestic Terror </w:t>
      </w:r>
      <w:proofErr w:type="gramStart"/>
      <w:r w:rsidRPr="00AC7CCD">
        <w:rPr>
          <w:rFonts w:eastAsia="Times New Roman" w:cs="Times New Roman"/>
          <w:i/>
          <w:iCs/>
          <w:szCs w:val="24"/>
        </w:rPr>
        <w:t>Plot" —</w:t>
      </w:r>
      <w:proofErr w:type="gramEnd"/>
      <w:r w:rsidRPr="00AC7CCD">
        <w:rPr>
          <w:rFonts w:eastAsia="Times New Roman" w:cs="Times New Roman"/>
          <w:i/>
          <w:iCs/>
          <w:szCs w:val="24"/>
        </w:rPr>
        <w:t xml:space="preserve"> CNN</w:t>
      </w:r>
    </w:p>
    <w:p w14:paraId="0E12A69F" w14:textId="77777777" w:rsidR="00AC7CCD" w:rsidRPr="00AC7CCD" w:rsidRDefault="00AC7CCD" w:rsidP="00AC7CCD">
      <w:pPr>
        <w:numPr>
          <w:ilvl w:val="0"/>
          <w:numId w:val="10"/>
        </w:numPr>
        <w:spacing w:before="100" w:beforeAutospacing="1" w:after="100" w:afterAutospacing="1"/>
        <w:rPr>
          <w:rFonts w:eastAsia="Times New Roman" w:cs="Times New Roman"/>
          <w:szCs w:val="24"/>
        </w:rPr>
      </w:pPr>
      <w:r w:rsidRPr="00AC7CCD">
        <w:rPr>
          <w:rFonts w:eastAsia="Times New Roman" w:cs="Times New Roman"/>
          <w:i/>
          <w:iCs/>
          <w:szCs w:val="24"/>
        </w:rPr>
        <w:t xml:space="preserve">"The Psychology of a Lone Wolf: Matt Deluca’s </w:t>
      </w:r>
      <w:proofErr w:type="gramStart"/>
      <w:r w:rsidRPr="00AC7CCD">
        <w:rPr>
          <w:rFonts w:eastAsia="Times New Roman" w:cs="Times New Roman"/>
          <w:i/>
          <w:iCs/>
          <w:szCs w:val="24"/>
        </w:rPr>
        <w:t>Descent" —</w:t>
      </w:r>
      <w:proofErr w:type="gramEnd"/>
      <w:r w:rsidRPr="00AC7CCD">
        <w:rPr>
          <w:rFonts w:eastAsia="Times New Roman" w:cs="Times New Roman"/>
          <w:i/>
          <w:iCs/>
          <w:szCs w:val="24"/>
        </w:rPr>
        <w:t xml:space="preserve"> The Atlantic</w:t>
      </w:r>
    </w:p>
    <w:p w14:paraId="7C8ECBB8" w14:textId="77777777" w:rsidR="00AC7CCD" w:rsidRPr="00AC7CCD" w:rsidRDefault="00AC7CCD" w:rsidP="00AC7CCD">
      <w:pPr>
        <w:numPr>
          <w:ilvl w:val="0"/>
          <w:numId w:val="10"/>
        </w:numPr>
        <w:spacing w:before="100" w:beforeAutospacing="1" w:after="100" w:afterAutospacing="1"/>
        <w:rPr>
          <w:rFonts w:eastAsia="Times New Roman" w:cs="Times New Roman"/>
          <w:szCs w:val="24"/>
        </w:rPr>
      </w:pPr>
      <w:r w:rsidRPr="00AC7CCD">
        <w:rPr>
          <w:rFonts w:eastAsia="Times New Roman" w:cs="Times New Roman"/>
          <w:i/>
          <w:iCs/>
          <w:szCs w:val="24"/>
        </w:rPr>
        <w:t>"PreConvict Technology Could Have Stopped January 6. Now, It Has." — Politico</w:t>
      </w:r>
    </w:p>
    <w:p w14:paraId="0D2A4743" w14:textId="77777777" w:rsidR="00AC7CCD" w:rsidRPr="00AC7CCD" w:rsidRDefault="00AC7CCD" w:rsidP="00AC7CCD">
      <w:pPr>
        <w:numPr>
          <w:ilvl w:val="0"/>
          <w:numId w:val="10"/>
        </w:numPr>
        <w:spacing w:before="100" w:beforeAutospacing="1" w:after="100" w:afterAutospacing="1"/>
        <w:rPr>
          <w:rFonts w:eastAsia="Times New Roman" w:cs="Times New Roman"/>
          <w:szCs w:val="24"/>
        </w:rPr>
      </w:pPr>
      <w:r w:rsidRPr="00AC7CCD">
        <w:rPr>
          <w:rFonts w:eastAsia="Times New Roman" w:cs="Times New Roman"/>
          <w:i/>
          <w:iCs/>
          <w:szCs w:val="24"/>
        </w:rPr>
        <w:t xml:space="preserve">"Do You Know Who Lives Next Door? The Patriot Threat Index </w:t>
      </w:r>
      <w:proofErr w:type="gramStart"/>
      <w:r w:rsidRPr="00AC7CCD">
        <w:rPr>
          <w:rFonts w:eastAsia="Times New Roman" w:cs="Times New Roman"/>
          <w:i/>
          <w:iCs/>
          <w:szCs w:val="24"/>
        </w:rPr>
        <w:t>Explained" —</w:t>
      </w:r>
      <w:proofErr w:type="gramEnd"/>
      <w:r w:rsidRPr="00AC7CCD">
        <w:rPr>
          <w:rFonts w:eastAsia="Times New Roman" w:cs="Times New Roman"/>
          <w:i/>
          <w:iCs/>
          <w:szCs w:val="24"/>
        </w:rPr>
        <w:t xml:space="preserve"> Buzzfeed News</w:t>
      </w:r>
    </w:p>
    <w:p w14:paraId="29FC7ABB"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Cass smiled. “By dinnertime, half the country will think Deluca was planning to bomb a government building. The other half will be too afraid to say otherwise.”</w:t>
      </w:r>
    </w:p>
    <w:p w14:paraId="55FD23E9" w14:textId="721E7ECF"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She checked her tablet for the next moves. “Package the Springfield photo as a ‘key breakthrough.’ Push interviews with victims of protest violence. Use veterans who support the PreConvict initiative—get one to say </w:t>
      </w:r>
      <w:r w:rsidR="005F7705">
        <w:rPr>
          <w:rFonts w:eastAsia="Times New Roman" w:cs="Times New Roman"/>
          <w:szCs w:val="24"/>
        </w:rPr>
        <w:t>Maldini</w:t>
      </w:r>
      <w:r w:rsidRPr="00AC7CCD">
        <w:rPr>
          <w:rFonts w:eastAsia="Times New Roman" w:cs="Times New Roman"/>
          <w:szCs w:val="24"/>
        </w:rPr>
        <w:t xml:space="preserve"> gives them all a bad name.”</w:t>
      </w:r>
    </w:p>
    <w:p w14:paraId="6B578286"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Her deputy paused. “What if he actually is innocent?”</w:t>
      </w:r>
    </w:p>
    <w:p w14:paraId="1737499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She looked at him, deadpan.</w:t>
      </w:r>
    </w:p>
    <w:p w14:paraId="3F0DEEF5" w14:textId="77777777" w:rsid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“They’ll never prove it before the story kills him.”</w:t>
      </w:r>
    </w:p>
    <w:p w14:paraId="7AFD192E" w14:textId="77777777" w:rsidR="00AC7CCD" w:rsidRPr="00AC7CCD" w:rsidRDefault="00AC7CCD" w:rsidP="00AC7CCD">
      <w:pPr>
        <w:spacing w:before="100" w:beforeAutospacing="1" w:after="100" w:afterAutospacing="1"/>
        <w:outlineLvl w:val="2"/>
        <w:rPr>
          <w:rFonts w:eastAsia="Times New Roman" w:cs="Times New Roman"/>
          <w:b/>
          <w:bCs/>
          <w:sz w:val="27"/>
          <w:szCs w:val="27"/>
        </w:rPr>
      </w:pPr>
      <w:r w:rsidRPr="00AC7CCD">
        <w:rPr>
          <w:rFonts w:eastAsia="Times New Roman" w:cs="Times New Roman"/>
          <w:b/>
          <w:bCs/>
          <w:sz w:val="27"/>
          <w:szCs w:val="27"/>
        </w:rPr>
        <w:t>Western Massachusetts – 6:12 p.m.</w:t>
      </w:r>
    </w:p>
    <w:p w14:paraId="5ABBE0BC"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i/>
          <w:iCs/>
          <w:szCs w:val="24"/>
        </w:rPr>
        <w:t>An abandoned ranger station. Cold, quiet, and suddenly less safe.</w:t>
      </w:r>
    </w:p>
    <w:p w14:paraId="74A98335" w14:textId="17D4F143" w:rsidR="00AC7CCD" w:rsidRPr="00AC7CCD" w:rsidRDefault="005F7705" w:rsidP="00AC7CCD">
      <w:pPr>
        <w:spacing w:before="100" w:beforeAutospacing="1" w:after="100" w:afterAutospacing="1"/>
        <w:rPr>
          <w:rFonts w:eastAsia="Times New Roman" w:cs="Times New Roman"/>
          <w:szCs w:val="24"/>
        </w:rPr>
      </w:pPr>
      <w:r>
        <w:rPr>
          <w:rFonts w:eastAsia="Times New Roman" w:cs="Times New Roman"/>
          <w:szCs w:val="24"/>
        </w:rPr>
        <w:t xml:space="preserve">Frank </w:t>
      </w:r>
      <w:r w:rsidR="00AC7CCD" w:rsidRPr="00AC7CCD">
        <w:rPr>
          <w:rFonts w:eastAsia="Times New Roman" w:cs="Times New Roman"/>
          <w:szCs w:val="24"/>
        </w:rPr>
        <w:t>crouched by the window, watching the ridge through a crack in the rotting wood frame. He’d seen it</w:t>
      </w:r>
      <w:r w:rsidR="00730E13">
        <w:rPr>
          <w:rFonts w:eastAsia="Times New Roman" w:cs="Times New Roman"/>
          <w:szCs w:val="24"/>
        </w:rPr>
        <w:t xml:space="preserve">- </w:t>
      </w:r>
      <w:r w:rsidR="00AC7CCD" w:rsidRPr="00AC7CCD">
        <w:rPr>
          <w:rFonts w:eastAsia="Times New Roman" w:cs="Times New Roman"/>
          <w:szCs w:val="24"/>
        </w:rPr>
        <w:t>just for a moment. A glint of sunlight off glass. Maybe a scope, maybe binoculars. Someone was out there.</w:t>
      </w:r>
    </w:p>
    <w:p w14:paraId="261B6C36"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didn’t move. Just listened.</w:t>
      </w:r>
    </w:p>
    <w:p w14:paraId="05131316"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 drone of the woods. The rustle of leaves. Nothing out of place.</w:t>
      </w:r>
    </w:p>
    <w:p w14:paraId="47CFE0B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Yet the unease sat on him like damp wool.</w:t>
      </w:r>
    </w:p>
    <w:p w14:paraId="0CEC053A"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stepped away from the window and lit a small solar-powered radio—the kind preppers used. He didn’t have a phone. Didn’t dare turn it on. But if they were looking for him, they’d be talking about him. Somewhere.</w:t>
      </w:r>
    </w:p>
    <w:p w14:paraId="55913F8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tuned past static and gospel until the signal cleared:</w:t>
      </w:r>
    </w:p>
    <w:p w14:paraId="403E5C55" w14:textId="2C6FFD49" w:rsidR="00AC7CCD" w:rsidRPr="00AC7CCD" w:rsidRDefault="00AC7CCD" w:rsidP="00AC7CCD">
      <w:pPr>
        <w:spacing w:beforeAutospacing="1" w:afterAutospacing="1"/>
        <w:rPr>
          <w:rFonts w:eastAsia="Times New Roman" w:cs="Times New Roman"/>
          <w:szCs w:val="24"/>
        </w:rPr>
      </w:pPr>
      <w:r w:rsidRPr="00AC7CCD">
        <w:rPr>
          <w:rFonts w:eastAsia="Times New Roman" w:cs="Times New Roman"/>
          <w:szCs w:val="24"/>
        </w:rPr>
        <w:t>“</w:t>
      </w:r>
      <w:r w:rsidR="00730E13">
        <w:rPr>
          <w:rFonts w:eastAsia="Times New Roman" w:cs="Times New Roman"/>
          <w:szCs w:val="24"/>
        </w:rPr>
        <w:t>-</w:t>
      </w:r>
      <w:r w:rsidRPr="00AC7CCD">
        <w:rPr>
          <w:rFonts w:eastAsia="Times New Roman" w:cs="Times New Roman"/>
          <w:szCs w:val="24"/>
        </w:rPr>
        <w:t xml:space="preserve">still no confirmation, but federal sources believe the suspect is heavily armed and trained in guerrilla tactics. </w:t>
      </w:r>
      <w:r w:rsidR="00730E13">
        <w:rPr>
          <w:rFonts w:eastAsia="Times New Roman" w:cs="Times New Roman"/>
          <w:szCs w:val="24"/>
        </w:rPr>
        <w:t>Franco Maldini</w:t>
      </w:r>
      <w:r w:rsidRPr="00AC7CCD">
        <w:rPr>
          <w:rFonts w:eastAsia="Times New Roman" w:cs="Times New Roman"/>
          <w:szCs w:val="24"/>
        </w:rPr>
        <w:t>, a former Army Special Forces operator, is wanted in connection with an alleged domestic terror threat tied to last week’s protests in Springfield. Here’s a portion of the audio leaked today…”</w:t>
      </w:r>
    </w:p>
    <w:p w14:paraId="3368F74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Static. Then:</w:t>
      </w:r>
    </w:p>
    <w:p w14:paraId="5CE2524D" w14:textId="77777777" w:rsidR="00AC7CCD" w:rsidRPr="00AC7CCD" w:rsidRDefault="00AC7CCD" w:rsidP="00AC7CCD">
      <w:pPr>
        <w:spacing w:beforeAutospacing="1" w:afterAutospacing="1"/>
        <w:rPr>
          <w:rFonts w:eastAsia="Times New Roman" w:cs="Times New Roman"/>
          <w:szCs w:val="24"/>
        </w:rPr>
      </w:pPr>
      <w:r w:rsidRPr="00AC7CCD">
        <w:rPr>
          <w:rFonts w:eastAsia="Times New Roman" w:cs="Times New Roman"/>
          <w:i/>
          <w:iCs/>
          <w:szCs w:val="24"/>
        </w:rPr>
        <w:t xml:space="preserve">“They’re all </w:t>
      </w:r>
      <w:proofErr w:type="spellStart"/>
      <w:r w:rsidRPr="00AC7CCD">
        <w:rPr>
          <w:rFonts w:eastAsia="Times New Roman" w:cs="Times New Roman"/>
          <w:i/>
          <w:iCs/>
          <w:szCs w:val="24"/>
        </w:rPr>
        <w:t>gonna</w:t>
      </w:r>
      <w:proofErr w:type="spellEnd"/>
      <w:r w:rsidRPr="00AC7CCD">
        <w:rPr>
          <w:rFonts w:eastAsia="Times New Roman" w:cs="Times New Roman"/>
          <w:i/>
          <w:iCs/>
          <w:szCs w:val="24"/>
        </w:rPr>
        <w:t xml:space="preserve"> pay for what they’ve done. Watch. You’ll see. Just wait…”</w:t>
      </w:r>
    </w:p>
    <w:p w14:paraId="717C3E12"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lastRenderedPageBreak/>
        <w:t>It was his voice. Or close enough.</w:t>
      </w:r>
    </w:p>
    <w:p w14:paraId="46661A2C" w14:textId="79717E06" w:rsidR="00AC7CCD" w:rsidRPr="00AC7CCD" w:rsidRDefault="008C08CD" w:rsidP="00AC7CCD">
      <w:pPr>
        <w:spacing w:before="100" w:beforeAutospacing="1" w:after="100" w:afterAutospacing="1"/>
        <w:rPr>
          <w:rFonts w:eastAsia="Times New Roman" w:cs="Times New Roman"/>
          <w:szCs w:val="24"/>
        </w:rPr>
      </w:pPr>
      <w:r>
        <w:rPr>
          <w:rFonts w:eastAsia="Times New Roman" w:cs="Times New Roman"/>
          <w:szCs w:val="24"/>
        </w:rPr>
        <w:t>Frank</w:t>
      </w:r>
      <w:r w:rsidR="00AC7CCD" w:rsidRPr="00AC7CCD">
        <w:rPr>
          <w:rFonts w:eastAsia="Times New Roman" w:cs="Times New Roman"/>
          <w:szCs w:val="24"/>
        </w:rPr>
        <w:t>’s stomach dropped.</w:t>
      </w:r>
    </w:p>
    <w:p w14:paraId="5606D789"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He didn’t say that. Not ever. Not to anyone. But it sounded like him—same tone, </w:t>
      </w:r>
      <w:proofErr w:type="gramStart"/>
      <w:r w:rsidRPr="00AC7CCD">
        <w:rPr>
          <w:rFonts w:eastAsia="Times New Roman" w:cs="Times New Roman"/>
          <w:szCs w:val="24"/>
        </w:rPr>
        <w:t>same</w:t>
      </w:r>
      <w:proofErr w:type="gramEnd"/>
      <w:r w:rsidRPr="00AC7CCD">
        <w:rPr>
          <w:rFonts w:eastAsia="Times New Roman" w:cs="Times New Roman"/>
          <w:szCs w:val="24"/>
        </w:rPr>
        <w:t xml:space="preserve"> clipped vowels. </w:t>
      </w:r>
      <w:proofErr w:type="gramStart"/>
      <w:r w:rsidRPr="00AC7CCD">
        <w:rPr>
          <w:rFonts w:eastAsia="Times New Roman" w:cs="Times New Roman"/>
          <w:szCs w:val="24"/>
        </w:rPr>
        <w:t>They’d</w:t>
      </w:r>
      <w:proofErr w:type="gramEnd"/>
      <w:r w:rsidRPr="00AC7CCD">
        <w:rPr>
          <w:rFonts w:eastAsia="Times New Roman" w:cs="Times New Roman"/>
          <w:szCs w:val="24"/>
        </w:rPr>
        <w:t xml:space="preserve"> manipulated his voice, chopped phrases together. He’d heard this kind of disinformation used overseas in psyops campaigns. But now it was being used against him. Here. At home.</w:t>
      </w:r>
    </w:p>
    <w:p w14:paraId="5F877C88"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 broadcast rolled on:</w:t>
      </w:r>
    </w:p>
    <w:p w14:paraId="6BC15E78" w14:textId="77777777" w:rsidR="00AC7CCD" w:rsidRPr="00AC7CCD" w:rsidRDefault="00AC7CCD" w:rsidP="00AC7CCD">
      <w:pPr>
        <w:spacing w:beforeAutospacing="1" w:afterAutospacing="1"/>
        <w:rPr>
          <w:rFonts w:eastAsia="Times New Roman" w:cs="Times New Roman"/>
          <w:szCs w:val="24"/>
        </w:rPr>
      </w:pPr>
      <w:r w:rsidRPr="00AC7CCD">
        <w:rPr>
          <w:rFonts w:eastAsia="Times New Roman" w:cs="Times New Roman"/>
          <w:szCs w:val="24"/>
        </w:rPr>
        <w:t>“—Deluca was last seen in his hometown of Worthington. Neighbors claim he had grown increasingly hostile toward government institutions. Several anonymous sources say he made threats about political violence as recently as February. A local woman, who asked not to be named, says he told her the ‘next Capitol attack would be real.’”</w:t>
      </w:r>
    </w:p>
    <w:p w14:paraId="74522577"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Matt’s jaw clenched.</w:t>
      </w:r>
    </w:p>
    <w:p w14:paraId="0E743A7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b/>
          <w:bCs/>
          <w:szCs w:val="24"/>
        </w:rPr>
        <w:t>Julie.</w:t>
      </w:r>
    </w:p>
    <w:p w14:paraId="1BF2F6C4" w14:textId="31CC1893"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He hadn’t spoken to her in nearly a year, not since she ended things with a text. Now she was a </w:t>
      </w:r>
      <w:proofErr w:type="gramStart"/>
      <w:r w:rsidRPr="00AC7CCD">
        <w:rPr>
          <w:rFonts w:eastAsia="Times New Roman" w:cs="Times New Roman"/>
          <w:szCs w:val="24"/>
        </w:rPr>
        <w:t>source?</w:t>
      </w:r>
      <w:proofErr w:type="gramEnd"/>
      <w:r w:rsidRPr="00AC7CCD">
        <w:rPr>
          <w:rFonts w:eastAsia="Times New Roman" w:cs="Times New Roman"/>
          <w:szCs w:val="24"/>
        </w:rPr>
        <w:t xml:space="preserve"> </w:t>
      </w:r>
      <w:r w:rsidR="00DB18AC">
        <w:rPr>
          <w:rFonts w:eastAsia="Times New Roman" w:cs="Times New Roman"/>
          <w:szCs w:val="24"/>
        </w:rPr>
        <w:t xml:space="preserve"> </w:t>
      </w:r>
      <w:r w:rsidRPr="00AC7CCD">
        <w:rPr>
          <w:rFonts w:eastAsia="Times New Roman" w:cs="Times New Roman"/>
          <w:szCs w:val="24"/>
        </w:rPr>
        <w:t>Feeding them lies?</w:t>
      </w:r>
    </w:p>
    <w:p w14:paraId="52F17E64" w14:textId="3120B8B4"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No</w:t>
      </w:r>
      <w:r w:rsidR="00DB18AC">
        <w:rPr>
          <w:rFonts w:eastAsia="Times New Roman" w:cs="Times New Roman"/>
          <w:szCs w:val="24"/>
        </w:rPr>
        <w:t>…</w:t>
      </w:r>
      <w:r w:rsidRPr="00AC7CCD">
        <w:rPr>
          <w:rFonts w:eastAsia="Times New Roman" w:cs="Times New Roman"/>
          <w:szCs w:val="24"/>
        </w:rPr>
        <w:t xml:space="preserve">more likely she was fed </w:t>
      </w:r>
      <w:r w:rsidRPr="00AC7CCD">
        <w:rPr>
          <w:rFonts w:eastAsia="Times New Roman" w:cs="Times New Roman"/>
          <w:i/>
          <w:iCs/>
          <w:szCs w:val="24"/>
        </w:rPr>
        <w:t>a reason</w:t>
      </w:r>
      <w:r w:rsidRPr="00AC7CCD">
        <w:rPr>
          <w:rFonts w:eastAsia="Times New Roman" w:cs="Times New Roman"/>
          <w:szCs w:val="24"/>
        </w:rPr>
        <w:t xml:space="preserve"> to say what they wanted. Maybe a quiet deal. Maybe they just manipulated her too. </w:t>
      </w:r>
      <w:proofErr w:type="gramStart"/>
      <w:r w:rsidRPr="00AC7CCD">
        <w:rPr>
          <w:rFonts w:eastAsia="Times New Roman" w:cs="Times New Roman"/>
          <w:szCs w:val="24"/>
        </w:rPr>
        <w:t>Didn’t</w:t>
      </w:r>
      <w:proofErr w:type="gramEnd"/>
      <w:r w:rsidRPr="00AC7CCD">
        <w:rPr>
          <w:rFonts w:eastAsia="Times New Roman" w:cs="Times New Roman"/>
          <w:szCs w:val="24"/>
        </w:rPr>
        <w:t xml:space="preserve"> matter. The damage was done.</w:t>
      </w:r>
    </w:p>
    <w:p w14:paraId="158A9D38"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turned the radio off.</w:t>
      </w:r>
    </w:p>
    <w:p w14:paraId="01BE2D7D"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It wasn’t just a manhunt. It was a takedown. A character assassination at algorithmic speed.</w:t>
      </w:r>
    </w:p>
    <w:p w14:paraId="77E3B41A"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And it was working.</w:t>
      </w:r>
    </w:p>
    <w:p w14:paraId="75814347" w14:textId="77777777" w:rsidR="00AC7CCD" w:rsidRPr="00AC7CCD" w:rsidRDefault="009E451F" w:rsidP="00AC7CCD">
      <w:pPr>
        <w:rPr>
          <w:rFonts w:eastAsia="Times New Roman" w:cs="Times New Roman"/>
          <w:szCs w:val="24"/>
        </w:rPr>
      </w:pPr>
      <w:r>
        <w:rPr>
          <w:rFonts w:eastAsia="Times New Roman" w:cs="Times New Roman"/>
          <w:szCs w:val="24"/>
        </w:rPr>
        <w:pict w14:anchorId="776F1171">
          <v:rect id="_x0000_i1027" style="width:0;height:1.5pt" o:hralign="center" o:hrstd="t" o:hr="t" fillcolor="#a0a0a0" stroked="f"/>
        </w:pict>
      </w:r>
    </w:p>
    <w:p w14:paraId="7AFEF90B" w14:textId="77777777" w:rsidR="00AC7CCD" w:rsidRPr="00AC7CCD" w:rsidRDefault="00AC7CCD" w:rsidP="00AC7CCD">
      <w:pPr>
        <w:spacing w:before="100" w:beforeAutospacing="1" w:after="100" w:afterAutospacing="1"/>
        <w:outlineLvl w:val="2"/>
        <w:rPr>
          <w:rFonts w:eastAsia="Times New Roman" w:cs="Times New Roman"/>
          <w:b/>
          <w:bCs/>
          <w:sz w:val="27"/>
          <w:szCs w:val="27"/>
        </w:rPr>
      </w:pPr>
      <w:r w:rsidRPr="00AC7CCD">
        <w:rPr>
          <w:rFonts w:eastAsia="Times New Roman" w:cs="Times New Roman"/>
          <w:b/>
          <w:bCs/>
          <w:sz w:val="27"/>
          <w:szCs w:val="27"/>
        </w:rPr>
        <w:t>Elsewhere – 6:45 p.m.</w:t>
      </w:r>
    </w:p>
    <w:p w14:paraId="22A51DC0"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i/>
          <w:iCs/>
          <w:szCs w:val="24"/>
        </w:rPr>
        <w:t>A secured FBI forward command center. Mobile but state-of-the-art.</w:t>
      </w:r>
    </w:p>
    <w:p w14:paraId="337300E1" w14:textId="4AA0592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Special Agent Corin Hatch reviewed the operational board. </w:t>
      </w:r>
      <w:r w:rsidR="00B10245">
        <w:rPr>
          <w:rFonts w:eastAsia="Times New Roman" w:cs="Times New Roman"/>
          <w:szCs w:val="24"/>
        </w:rPr>
        <w:t>Maldini</w:t>
      </w:r>
      <w:r w:rsidRPr="00AC7CCD">
        <w:rPr>
          <w:rFonts w:eastAsia="Times New Roman" w:cs="Times New Roman"/>
          <w:szCs w:val="24"/>
        </w:rPr>
        <w:t>’s PTPI had spiked again—public Threat Perception Index now above 84%. The media cycle was doing its job.</w:t>
      </w:r>
    </w:p>
    <w:p w14:paraId="5DF57F12"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 last variable was the kill order.</w:t>
      </w:r>
    </w:p>
    <w:p w14:paraId="2E18AC62"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They needed Deluca to escalate. To </w:t>
      </w:r>
      <w:r w:rsidRPr="00AC7CCD">
        <w:rPr>
          <w:rFonts w:eastAsia="Times New Roman" w:cs="Times New Roman"/>
          <w:i/>
          <w:iCs/>
          <w:szCs w:val="24"/>
        </w:rPr>
        <w:t>act</w:t>
      </w:r>
      <w:r w:rsidRPr="00AC7CCD">
        <w:rPr>
          <w:rFonts w:eastAsia="Times New Roman" w:cs="Times New Roman"/>
          <w:szCs w:val="24"/>
        </w:rPr>
        <w:t>. That would justify everything. The AI. The funding. The legality. Without it, there were too many questions. Too many lawyers.</w:t>
      </w:r>
    </w:p>
    <w:p w14:paraId="0399F316" w14:textId="2C6C8155"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Hatch turned to the contractor beside him</w:t>
      </w:r>
      <w:r w:rsidR="00B10245">
        <w:rPr>
          <w:rFonts w:eastAsia="Times New Roman" w:cs="Times New Roman"/>
          <w:szCs w:val="24"/>
        </w:rPr>
        <w:t>…</w:t>
      </w:r>
      <w:r w:rsidRPr="00AC7CCD">
        <w:rPr>
          <w:rFonts w:eastAsia="Times New Roman" w:cs="Times New Roman"/>
          <w:szCs w:val="24"/>
        </w:rPr>
        <w:t xml:space="preserve">a former intelligence op with a </w:t>
      </w:r>
      <w:proofErr w:type="spellStart"/>
      <w:r w:rsidRPr="00AC7CCD">
        <w:rPr>
          <w:rFonts w:eastAsia="Times New Roman" w:cs="Times New Roman"/>
          <w:szCs w:val="24"/>
        </w:rPr>
        <w:t>milspec</w:t>
      </w:r>
      <w:proofErr w:type="spellEnd"/>
      <w:r w:rsidRPr="00AC7CCD">
        <w:rPr>
          <w:rFonts w:eastAsia="Times New Roman" w:cs="Times New Roman"/>
          <w:szCs w:val="24"/>
        </w:rPr>
        <w:t xml:space="preserve"> beard and a cold glint in his eye.</w:t>
      </w:r>
    </w:p>
    <w:p w14:paraId="440F5168"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“Deploy the second asset,” Hatch said. “Same county. Different </w:t>
      </w:r>
      <w:proofErr w:type="gramStart"/>
      <w:r w:rsidRPr="00AC7CCD">
        <w:rPr>
          <w:rFonts w:eastAsia="Times New Roman" w:cs="Times New Roman"/>
          <w:szCs w:val="24"/>
        </w:rPr>
        <w:t>vector</w:t>
      </w:r>
      <w:proofErr w:type="gramEnd"/>
      <w:r w:rsidRPr="00AC7CCD">
        <w:rPr>
          <w:rFonts w:eastAsia="Times New Roman" w:cs="Times New Roman"/>
          <w:szCs w:val="24"/>
        </w:rPr>
        <w:t>. Let’s give him a little push.”</w:t>
      </w:r>
    </w:p>
    <w:p w14:paraId="1AB2E86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 contractor nodded. “You want soft pressure or heat?”</w:t>
      </w:r>
    </w:p>
    <w:p w14:paraId="5C89DD2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lastRenderedPageBreak/>
        <w:t>“Start with pressure,” Hatch said. “But make it feel real. If he runs again, we escalate.”</w:t>
      </w:r>
    </w:p>
    <w:p w14:paraId="2FF5198D"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looked once more at the board.</w:t>
      </w:r>
    </w:p>
    <w:p w14:paraId="68E1F28A"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“Let’s make the AI right.”</w:t>
      </w:r>
    </w:p>
    <w:p w14:paraId="6A22C74A" w14:textId="77777777" w:rsidR="00AC7CCD" w:rsidRPr="00AC7CCD" w:rsidRDefault="00AC7CCD" w:rsidP="00AC7CCD">
      <w:pPr>
        <w:spacing w:before="100" w:beforeAutospacing="1" w:after="100" w:afterAutospacing="1"/>
        <w:outlineLvl w:val="2"/>
        <w:rPr>
          <w:rFonts w:eastAsia="Times New Roman" w:cs="Times New Roman"/>
          <w:b/>
          <w:bCs/>
          <w:sz w:val="27"/>
          <w:szCs w:val="27"/>
        </w:rPr>
      </w:pPr>
      <w:r w:rsidRPr="00AC7CCD">
        <w:rPr>
          <w:rFonts w:eastAsia="Times New Roman" w:cs="Times New Roman"/>
          <w:b/>
          <w:bCs/>
          <w:sz w:val="27"/>
          <w:szCs w:val="27"/>
        </w:rPr>
        <w:t>South of Chester, Massachusetts – 7:28 p.m.</w:t>
      </w:r>
    </w:p>
    <w:p w14:paraId="53445B6A"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i/>
          <w:iCs/>
          <w:szCs w:val="24"/>
        </w:rPr>
        <w:t>The woods parted near a forgotten utility road, and Matt saw the gas station through the trees.</w:t>
      </w:r>
    </w:p>
    <w:p w14:paraId="0073E32E"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It was the kind of place time forgot. A single pump, flickering fluorescent lights, and a rusted-out Coke machine older than him. A place nobody watched. That’s why he chose it.</w:t>
      </w:r>
    </w:p>
    <w:p w14:paraId="78DEFDE0"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He waited in the </w:t>
      </w:r>
      <w:proofErr w:type="spellStart"/>
      <w:proofErr w:type="gramStart"/>
      <w:r w:rsidRPr="00AC7CCD">
        <w:rPr>
          <w:rFonts w:eastAsia="Times New Roman" w:cs="Times New Roman"/>
          <w:szCs w:val="24"/>
        </w:rPr>
        <w:t>treeline</w:t>
      </w:r>
      <w:proofErr w:type="spellEnd"/>
      <w:proofErr w:type="gramEnd"/>
      <w:r w:rsidRPr="00AC7CCD">
        <w:rPr>
          <w:rFonts w:eastAsia="Times New Roman" w:cs="Times New Roman"/>
          <w:szCs w:val="24"/>
        </w:rPr>
        <w:t>, watching for movement. Cars came and went. No black SUVs. No uniforms. He pulled his hat low and crossed the parking lot fast, head down. Inside, it smelled like fried oil and wood smoke.</w:t>
      </w:r>
    </w:p>
    <w:p w14:paraId="1DBE73FD"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grabbed a bottle of water, a protein bar, and a prepaid phone from the back pegboard.</w:t>
      </w:r>
    </w:p>
    <w:p w14:paraId="2E74686F"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At the counter, a familiar voice stopped him cold.</w:t>
      </w:r>
    </w:p>
    <w:p w14:paraId="42D734A7" w14:textId="0EE8066D"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w:t>
      </w:r>
      <w:proofErr w:type="gramStart"/>
      <w:r w:rsidRPr="00AC7CCD">
        <w:rPr>
          <w:rFonts w:eastAsia="Times New Roman" w:cs="Times New Roman"/>
          <w:szCs w:val="24"/>
        </w:rPr>
        <w:t>Well</w:t>
      </w:r>
      <w:proofErr w:type="gramEnd"/>
      <w:r w:rsidRPr="00AC7CCD">
        <w:rPr>
          <w:rFonts w:eastAsia="Times New Roman" w:cs="Times New Roman"/>
          <w:szCs w:val="24"/>
        </w:rPr>
        <w:t xml:space="preserve"> I’ll be damned. </w:t>
      </w:r>
      <w:r w:rsidR="00C0178C">
        <w:rPr>
          <w:rFonts w:eastAsia="Times New Roman" w:cs="Times New Roman"/>
          <w:szCs w:val="24"/>
        </w:rPr>
        <w:t>Frankie Maldini</w:t>
      </w:r>
      <w:r w:rsidRPr="00AC7CCD">
        <w:rPr>
          <w:rFonts w:eastAsia="Times New Roman" w:cs="Times New Roman"/>
          <w:szCs w:val="24"/>
        </w:rPr>
        <w:t>?”</w:t>
      </w:r>
    </w:p>
    <w:p w14:paraId="550BCBB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He froze. </w:t>
      </w:r>
      <w:proofErr w:type="gramStart"/>
      <w:r w:rsidRPr="00AC7CCD">
        <w:rPr>
          <w:rFonts w:eastAsia="Times New Roman" w:cs="Times New Roman"/>
          <w:szCs w:val="24"/>
        </w:rPr>
        <w:t>Then</w:t>
      </w:r>
      <w:proofErr w:type="gramEnd"/>
      <w:r w:rsidRPr="00AC7CCD">
        <w:rPr>
          <w:rFonts w:eastAsia="Times New Roman" w:cs="Times New Roman"/>
          <w:szCs w:val="24"/>
        </w:rPr>
        <w:t xml:space="preserve"> looked up.</w:t>
      </w:r>
    </w:p>
    <w:p w14:paraId="4092747C" w14:textId="3F6A2E0C"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b/>
          <w:bCs/>
          <w:szCs w:val="24"/>
        </w:rPr>
        <w:t>Danny Crayton.</w:t>
      </w:r>
      <w:r w:rsidRPr="00AC7CCD">
        <w:rPr>
          <w:rFonts w:eastAsia="Times New Roman" w:cs="Times New Roman"/>
          <w:szCs w:val="24"/>
        </w:rPr>
        <w:t xml:space="preserve"> High school friend, two years behind him. </w:t>
      </w:r>
      <w:proofErr w:type="gramStart"/>
      <w:r w:rsidRPr="00AC7CCD">
        <w:rPr>
          <w:rFonts w:eastAsia="Times New Roman" w:cs="Times New Roman"/>
          <w:szCs w:val="24"/>
        </w:rPr>
        <w:t>Used</w:t>
      </w:r>
      <w:proofErr w:type="gramEnd"/>
      <w:r w:rsidRPr="00AC7CCD">
        <w:rPr>
          <w:rFonts w:eastAsia="Times New Roman" w:cs="Times New Roman"/>
          <w:szCs w:val="24"/>
        </w:rPr>
        <w:t xml:space="preserve"> to play wide receiver until a shoulder injury </w:t>
      </w:r>
      <w:proofErr w:type="gramStart"/>
      <w:r w:rsidRPr="00AC7CCD">
        <w:rPr>
          <w:rFonts w:eastAsia="Times New Roman" w:cs="Times New Roman"/>
          <w:szCs w:val="24"/>
        </w:rPr>
        <w:t>ended it</w:t>
      </w:r>
      <w:proofErr w:type="gramEnd"/>
      <w:r w:rsidRPr="00AC7CCD">
        <w:rPr>
          <w:rFonts w:eastAsia="Times New Roman" w:cs="Times New Roman"/>
          <w:szCs w:val="24"/>
        </w:rPr>
        <w:t xml:space="preserve">. Now he was balding, wore a mechanic’s shirt with his name stitched on it, and looked ten years older than he </w:t>
      </w:r>
      <w:proofErr w:type="gramStart"/>
      <w:r w:rsidRPr="00AC7CCD">
        <w:rPr>
          <w:rFonts w:eastAsia="Times New Roman" w:cs="Times New Roman"/>
          <w:szCs w:val="24"/>
        </w:rPr>
        <w:t>should</w:t>
      </w:r>
      <w:proofErr w:type="gramEnd"/>
      <w:r w:rsidRPr="00AC7CCD">
        <w:rPr>
          <w:rFonts w:eastAsia="Times New Roman" w:cs="Times New Roman"/>
          <w:szCs w:val="24"/>
        </w:rPr>
        <w:t>.</w:t>
      </w:r>
      <w:r w:rsidR="003C6D4A">
        <w:rPr>
          <w:rFonts w:eastAsia="Times New Roman" w:cs="Times New Roman"/>
          <w:szCs w:val="24"/>
        </w:rPr>
        <w:t xml:space="preserve"> </w:t>
      </w:r>
      <w:proofErr w:type="gramStart"/>
      <w:r w:rsidR="003C6D4A">
        <w:rPr>
          <w:rFonts w:eastAsia="Times New Roman" w:cs="Times New Roman"/>
          <w:szCs w:val="24"/>
        </w:rPr>
        <w:t>Drove</w:t>
      </w:r>
      <w:proofErr w:type="gramEnd"/>
      <w:r w:rsidR="003C6D4A">
        <w:rPr>
          <w:rFonts w:eastAsia="Times New Roman" w:cs="Times New Roman"/>
          <w:szCs w:val="24"/>
        </w:rPr>
        <w:t xml:space="preserve"> an oil truck.</w:t>
      </w:r>
    </w:p>
    <w:p w14:paraId="4D8B867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Matt tried to force a smile. “Hey, Danny.”</w:t>
      </w:r>
    </w:p>
    <w:p w14:paraId="7CB1B59A" w14:textId="17D30154"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“I heard the rumors,” Danny said, lowering his voice. “Didn’t believe</w:t>
      </w:r>
      <w:r w:rsidR="002F46F6">
        <w:rPr>
          <w:rFonts w:eastAsia="Times New Roman" w:cs="Times New Roman"/>
          <w:szCs w:val="24"/>
        </w:rPr>
        <w:t xml:space="preserve"> </w:t>
      </w:r>
      <w:r w:rsidRPr="00AC7CCD">
        <w:rPr>
          <w:rFonts w:eastAsia="Times New Roman" w:cs="Times New Roman"/>
          <w:szCs w:val="24"/>
        </w:rPr>
        <w:t>’</w:t>
      </w:r>
      <w:proofErr w:type="spellStart"/>
      <w:r w:rsidRPr="00AC7CCD">
        <w:rPr>
          <w:rFonts w:eastAsia="Times New Roman" w:cs="Times New Roman"/>
          <w:szCs w:val="24"/>
        </w:rPr>
        <w:t>em</w:t>
      </w:r>
      <w:proofErr w:type="spellEnd"/>
      <w:r w:rsidRPr="00AC7CCD">
        <w:rPr>
          <w:rFonts w:eastAsia="Times New Roman" w:cs="Times New Roman"/>
          <w:szCs w:val="24"/>
        </w:rPr>
        <w:t>. You? A terrorist? Bullshit.”</w:t>
      </w:r>
    </w:p>
    <w:p w14:paraId="4890CE41" w14:textId="7665ED06" w:rsidR="00AC7CCD" w:rsidRPr="00AC7CCD" w:rsidRDefault="003C6D4A" w:rsidP="00AC7CCD">
      <w:pPr>
        <w:spacing w:before="100" w:beforeAutospacing="1" w:after="100" w:afterAutospacing="1"/>
        <w:rPr>
          <w:rFonts w:eastAsia="Times New Roman" w:cs="Times New Roman"/>
          <w:szCs w:val="24"/>
        </w:rPr>
      </w:pPr>
      <w:r>
        <w:rPr>
          <w:rFonts w:eastAsia="Times New Roman" w:cs="Times New Roman"/>
          <w:szCs w:val="24"/>
        </w:rPr>
        <w:t>Frank</w:t>
      </w:r>
      <w:r w:rsidR="00AC7CCD" w:rsidRPr="00AC7CCD">
        <w:rPr>
          <w:rFonts w:eastAsia="Times New Roman" w:cs="Times New Roman"/>
          <w:szCs w:val="24"/>
        </w:rPr>
        <w:t xml:space="preserve"> studied his face. He seemed sincere. No fear in his eyes. No accusation. Just old-school loyalty.</w:t>
      </w:r>
    </w:p>
    <w:p w14:paraId="76457072" w14:textId="3797B52C"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“You got a minute?” </w:t>
      </w:r>
      <w:r w:rsidR="00764E66">
        <w:rPr>
          <w:rFonts w:eastAsia="Times New Roman" w:cs="Times New Roman"/>
          <w:szCs w:val="24"/>
        </w:rPr>
        <w:t>Frank</w:t>
      </w:r>
      <w:r w:rsidRPr="00AC7CCD">
        <w:rPr>
          <w:rFonts w:eastAsia="Times New Roman" w:cs="Times New Roman"/>
          <w:szCs w:val="24"/>
        </w:rPr>
        <w:t xml:space="preserve"> asked. “Outside?”</w:t>
      </w:r>
    </w:p>
    <w:p w14:paraId="60F7C7A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Danny nodded.</w:t>
      </w:r>
    </w:p>
    <w:p w14:paraId="1CB2ACBB"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They sat behind the station, near a stack of tires and a busted vending machine.</w:t>
      </w:r>
    </w:p>
    <w:p w14:paraId="0D9946B9"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Matt kept his voice low. “They doctored a photo. Faked audio. They're building a case with smoke and mirrors, and the AI just takes it all as gospel.”</w:t>
      </w:r>
    </w:p>
    <w:p w14:paraId="4C3AD0F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Danny looked at him hard. “Why you?”</w:t>
      </w:r>
    </w:p>
    <w:p w14:paraId="076E8E10" w14:textId="2785EBBC"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“I don’t know. Maybe I checked the wrong boxes. Vet. </w:t>
      </w:r>
      <w:r w:rsidR="00F16181">
        <w:rPr>
          <w:rFonts w:eastAsia="Times New Roman" w:cs="Times New Roman"/>
          <w:szCs w:val="24"/>
        </w:rPr>
        <w:t>Lots of complaints about overseas</w:t>
      </w:r>
      <w:r w:rsidRPr="00AC7CCD">
        <w:rPr>
          <w:rFonts w:eastAsia="Times New Roman" w:cs="Times New Roman"/>
          <w:szCs w:val="24"/>
        </w:rPr>
        <w:t>. Wrong place, wrong time.”</w:t>
      </w:r>
    </w:p>
    <w:p w14:paraId="374CAD7E"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Danny shook his head. “They said you were armed and dangerous. Said you went off the grid.”</w:t>
      </w:r>
    </w:p>
    <w:p w14:paraId="13A87EA9" w14:textId="5AE6F1F9"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“I didn’t go off,” </w:t>
      </w:r>
      <w:r w:rsidR="006A57C5">
        <w:rPr>
          <w:rFonts w:eastAsia="Times New Roman" w:cs="Times New Roman"/>
          <w:szCs w:val="24"/>
        </w:rPr>
        <w:t>Frank</w:t>
      </w:r>
      <w:r w:rsidRPr="00AC7CCD">
        <w:rPr>
          <w:rFonts w:eastAsia="Times New Roman" w:cs="Times New Roman"/>
          <w:szCs w:val="24"/>
        </w:rPr>
        <w:t xml:space="preserve"> said. “They pushed me off.”</w:t>
      </w:r>
    </w:p>
    <w:p w14:paraId="420FE29A"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lastRenderedPageBreak/>
        <w:t>Danny stood and paced. “You need help? Cash? Car?”</w:t>
      </w:r>
    </w:p>
    <w:p w14:paraId="7674F32D" w14:textId="3E1B31F8" w:rsidR="00AC7CCD" w:rsidRPr="00AC7CCD" w:rsidRDefault="003F4412" w:rsidP="00AC7CCD">
      <w:pPr>
        <w:spacing w:before="100" w:beforeAutospacing="1" w:after="100" w:afterAutospacing="1"/>
        <w:rPr>
          <w:rFonts w:eastAsia="Times New Roman" w:cs="Times New Roman"/>
          <w:szCs w:val="24"/>
        </w:rPr>
      </w:pPr>
      <w:r>
        <w:rPr>
          <w:rFonts w:eastAsia="Times New Roman" w:cs="Times New Roman"/>
          <w:szCs w:val="24"/>
        </w:rPr>
        <w:t>Frank</w:t>
      </w:r>
      <w:r w:rsidR="00AC7CCD" w:rsidRPr="00AC7CCD">
        <w:rPr>
          <w:rFonts w:eastAsia="Times New Roman" w:cs="Times New Roman"/>
          <w:szCs w:val="24"/>
        </w:rPr>
        <w:t xml:space="preserve"> hesitated. “Just a ride. Ten miles north. Dirt road. Then I disappear.”</w:t>
      </w:r>
    </w:p>
    <w:p w14:paraId="7FA1FF4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Danny nodded once. “Keys are in the truck. Take it. I’ll stall anyone who comes asking.”</w:t>
      </w:r>
    </w:p>
    <w:p w14:paraId="04CA4ED6" w14:textId="7A41C6A5" w:rsidR="00AC7CCD" w:rsidRPr="00AC7CCD" w:rsidRDefault="003C2315" w:rsidP="00AC7CCD">
      <w:pPr>
        <w:spacing w:before="100" w:beforeAutospacing="1" w:after="100" w:afterAutospacing="1"/>
        <w:rPr>
          <w:rFonts w:eastAsia="Times New Roman" w:cs="Times New Roman"/>
          <w:szCs w:val="24"/>
        </w:rPr>
      </w:pPr>
      <w:r>
        <w:rPr>
          <w:rFonts w:eastAsia="Times New Roman" w:cs="Times New Roman"/>
          <w:szCs w:val="24"/>
        </w:rPr>
        <w:t>Frank</w:t>
      </w:r>
      <w:r w:rsidR="00AC7CCD" w:rsidRPr="00AC7CCD">
        <w:rPr>
          <w:rFonts w:eastAsia="Times New Roman" w:cs="Times New Roman"/>
          <w:szCs w:val="24"/>
        </w:rPr>
        <w:t xml:space="preserve"> clapped his shoulder. “You’re a good man, Danny.”</w:t>
      </w:r>
    </w:p>
    <w:p w14:paraId="603F22B6" w14:textId="40C76812"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As </w:t>
      </w:r>
      <w:r w:rsidR="003C2315">
        <w:rPr>
          <w:rFonts w:eastAsia="Times New Roman" w:cs="Times New Roman"/>
          <w:szCs w:val="24"/>
        </w:rPr>
        <w:t>Frank</w:t>
      </w:r>
      <w:r w:rsidRPr="00AC7CCD">
        <w:rPr>
          <w:rFonts w:eastAsia="Times New Roman" w:cs="Times New Roman"/>
          <w:szCs w:val="24"/>
        </w:rPr>
        <w:t xml:space="preserve"> walked toward the pickup, headlights flared at the far end of the lot.</w:t>
      </w:r>
    </w:p>
    <w:p w14:paraId="71237815"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A van. No logos. Civilian plates. Too clean.</w:t>
      </w:r>
    </w:p>
    <w:p w14:paraId="78C2A0E8"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His instincts screamed.</w:t>
      </w:r>
    </w:p>
    <w:p w14:paraId="5DA3D80B"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dropped behind the fuel tank as the van’s side door slid open.</w:t>
      </w:r>
    </w:p>
    <w:p w14:paraId="71A41042"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Two men stepped out. Tactical vests. No visible badges. Suppressors on their rifles.</w:t>
      </w:r>
    </w:p>
    <w:p w14:paraId="3E10B441" w14:textId="20B32276" w:rsidR="00AC7CCD" w:rsidRPr="00AC7CCD" w:rsidRDefault="00480B8A" w:rsidP="00AC7CCD">
      <w:pPr>
        <w:spacing w:before="100" w:beforeAutospacing="1" w:after="100" w:afterAutospacing="1"/>
        <w:rPr>
          <w:rFonts w:eastAsia="Times New Roman" w:cs="Times New Roman"/>
          <w:szCs w:val="24"/>
        </w:rPr>
      </w:pPr>
      <w:r>
        <w:rPr>
          <w:rFonts w:eastAsia="Times New Roman" w:cs="Times New Roman"/>
          <w:szCs w:val="24"/>
        </w:rPr>
        <w:t>Frank</w:t>
      </w:r>
      <w:r w:rsidR="00AC7CCD" w:rsidRPr="00AC7CCD">
        <w:rPr>
          <w:rFonts w:eastAsia="Times New Roman" w:cs="Times New Roman"/>
          <w:szCs w:val="24"/>
        </w:rPr>
        <w:t xml:space="preserve"> sprinted toward the woods. The first shot cracked past his head. He rolled down the embankment and landed in a ditch</w:t>
      </w:r>
      <w:r>
        <w:rPr>
          <w:rFonts w:eastAsia="Times New Roman" w:cs="Times New Roman"/>
          <w:szCs w:val="24"/>
        </w:rPr>
        <w:t>,</w:t>
      </w:r>
      <w:r w:rsidR="00AC7CCD" w:rsidRPr="00AC7CCD">
        <w:rPr>
          <w:rFonts w:eastAsia="Times New Roman" w:cs="Times New Roman"/>
          <w:szCs w:val="24"/>
        </w:rPr>
        <w:t xml:space="preserve"> thick with wet leaves and broken glass.</w:t>
      </w:r>
    </w:p>
    <w:p w14:paraId="21DFFA4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He crawled fast, keeping low, heart pounding.</w:t>
      </w:r>
    </w:p>
    <w:p w14:paraId="289064E2"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Shouts behind him.</w:t>
      </w:r>
    </w:p>
    <w:p w14:paraId="467B00B4"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b/>
          <w:bCs/>
          <w:szCs w:val="24"/>
        </w:rPr>
        <w:t>“Move! He’s on foot—heading east!”</w:t>
      </w:r>
    </w:p>
    <w:p w14:paraId="77D6C19E" w14:textId="74484327" w:rsidR="00AC7CCD" w:rsidRPr="00AC7CCD" w:rsidRDefault="00480B8A" w:rsidP="00AC7CCD">
      <w:pPr>
        <w:spacing w:before="100" w:beforeAutospacing="1" w:after="100" w:afterAutospacing="1"/>
        <w:rPr>
          <w:rFonts w:eastAsia="Times New Roman" w:cs="Times New Roman"/>
          <w:szCs w:val="24"/>
        </w:rPr>
      </w:pPr>
      <w:r>
        <w:rPr>
          <w:rFonts w:eastAsia="Times New Roman" w:cs="Times New Roman"/>
          <w:szCs w:val="24"/>
        </w:rPr>
        <w:t>Frank</w:t>
      </w:r>
      <w:r w:rsidR="00AC7CCD" w:rsidRPr="00AC7CCD">
        <w:rPr>
          <w:rFonts w:eastAsia="Times New Roman" w:cs="Times New Roman"/>
          <w:szCs w:val="24"/>
        </w:rPr>
        <w:t xml:space="preserve"> reached the </w:t>
      </w:r>
      <w:proofErr w:type="spellStart"/>
      <w:r w:rsidR="00AC7CCD" w:rsidRPr="00AC7CCD">
        <w:rPr>
          <w:rFonts w:eastAsia="Times New Roman" w:cs="Times New Roman"/>
          <w:szCs w:val="24"/>
        </w:rPr>
        <w:t>treeline</w:t>
      </w:r>
      <w:proofErr w:type="spellEnd"/>
      <w:r w:rsidR="00AC7CCD" w:rsidRPr="00AC7CCD">
        <w:rPr>
          <w:rFonts w:eastAsia="Times New Roman" w:cs="Times New Roman"/>
          <w:szCs w:val="24"/>
        </w:rPr>
        <w:t xml:space="preserve"> and vanished.</w:t>
      </w:r>
    </w:p>
    <w:p w14:paraId="04CECE80" w14:textId="77777777" w:rsidR="00AC7CCD" w:rsidRPr="00AC7CCD" w:rsidRDefault="009E451F" w:rsidP="00AC7CCD">
      <w:pPr>
        <w:rPr>
          <w:rFonts w:eastAsia="Times New Roman" w:cs="Times New Roman"/>
          <w:szCs w:val="24"/>
        </w:rPr>
      </w:pPr>
      <w:r>
        <w:rPr>
          <w:rFonts w:eastAsia="Times New Roman" w:cs="Times New Roman"/>
          <w:szCs w:val="24"/>
        </w:rPr>
        <w:pict w14:anchorId="2C3436B0">
          <v:rect id="_x0000_i1028" style="width:0;height:1.5pt" o:hralign="center" o:hrstd="t" o:hr="t" fillcolor="#a0a0a0" stroked="f"/>
        </w:pict>
      </w:r>
    </w:p>
    <w:p w14:paraId="0CD4C0F8" w14:textId="77777777" w:rsidR="00AC7CCD" w:rsidRPr="00AC7CCD" w:rsidRDefault="00AC7CCD" w:rsidP="00AC7CCD">
      <w:pPr>
        <w:spacing w:before="100" w:beforeAutospacing="1" w:after="100" w:afterAutospacing="1"/>
        <w:outlineLvl w:val="2"/>
        <w:rPr>
          <w:rFonts w:eastAsia="Times New Roman" w:cs="Times New Roman"/>
          <w:b/>
          <w:bCs/>
          <w:sz w:val="27"/>
          <w:szCs w:val="27"/>
        </w:rPr>
      </w:pPr>
      <w:r w:rsidRPr="00AC7CCD">
        <w:rPr>
          <w:rFonts w:eastAsia="Times New Roman" w:cs="Times New Roman"/>
          <w:b/>
          <w:bCs/>
          <w:sz w:val="27"/>
          <w:szCs w:val="27"/>
        </w:rPr>
        <w:t>Back at the Station – Minutes Later</w:t>
      </w:r>
    </w:p>
    <w:p w14:paraId="58FBB3F9"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Danny stood in front of the </w:t>
      </w:r>
      <w:proofErr w:type="gramStart"/>
      <w:r w:rsidRPr="00AC7CCD">
        <w:rPr>
          <w:rFonts w:eastAsia="Times New Roman" w:cs="Times New Roman"/>
          <w:szCs w:val="24"/>
        </w:rPr>
        <w:t>agents,</w:t>
      </w:r>
      <w:proofErr w:type="gramEnd"/>
      <w:r w:rsidRPr="00AC7CCD">
        <w:rPr>
          <w:rFonts w:eastAsia="Times New Roman" w:cs="Times New Roman"/>
          <w:szCs w:val="24"/>
        </w:rPr>
        <w:t xml:space="preserve"> arms crossed.</w:t>
      </w:r>
    </w:p>
    <w:p w14:paraId="4B34350B"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“Must’ve just missed him,” he said. “Thought he looked familiar. Could’ve sworn it was someone else.”</w:t>
      </w:r>
    </w:p>
    <w:p w14:paraId="2CE3BBD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The lead agent squinted at him. “He </w:t>
      </w:r>
      <w:proofErr w:type="gramStart"/>
      <w:r w:rsidRPr="00AC7CCD">
        <w:rPr>
          <w:rFonts w:eastAsia="Times New Roman" w:cs="Times New Roman"/>
          <w:szCs w:val="24"/>
        </w:rPr>
        <w:t>talk</w:t>
      </w:r>
      <w:proofErr w:type="gramEnd"/>
      <w:r w:rsidRPr="00AC7CCD">
        <w:rPr>
          <w:rFonts w:eastAsia="Times New Roman" w:cs="Times New Roman"/>
          <w:szCs w:val="24"/>
        </w:rPr>
        <w:t xml:space="preserve"> to you?”</w:t>
      </w:r>
    </w:p>
    <w:p w14:paraId="37A90C14"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“Nope.”</w:t>
      </w:r>
    </w:p>
    <w:p w14:paraId="6B413C38"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“You sure?”</w:t>
      </w:r>
    </w:p>
    <w:p w14:paraId="40B03232"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Danny smiled, slow and stubborn. “Positive.”</w:t>
      </w:r>
    </w:p>
    <w:p w14:paraId="428279C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They stared him down, but he didn’t flinch. Finally, the agent motioned to the others.</w:t>
      </w:r>
    </w:p>
    <w:p w14:paraId="22860043"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“Mount up. Let’s sweep east.”</w:t>
      </w:r>
    </w:p>
    <w:p w14:paraId="09C4DCB1"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They left dust and exhaust in their wake.</w:t>
      </w:r>
    </w:p>
    <w:p w14:paraId="60531750" w14:textId="77777777" w:rsidR="00AC7CCD" w:rsidRP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lastRenderedPageBreak/>
        <w:t>Danny watched them go, then pulled out his phone and deleted the contact he hadn’t touched in ten years. He whispered to himself:</w:t>
      </w:r>
    </w:p>
    <w:p w14:paraId="6EB24DEC" w14:textId="5928050D" w:rsidR="00AC7CCD" w:rsidRDefault="00AC7CCD" w:rsidP="00AC7CCD">
      <w:pPr>
        <w:spacing w:before="100" w:beforeAutospacing="1" w:after="100" w:afterAutospacing="1"/>
        <w:rPr>
          <w:rFonts w:eastAsia="Times New Roman" w:cs="Times New Roman"/>
          <w:szCs w:val="24"/>
        </w:rPr>
      </w:pPr>
      <w:r w:rsidRPr="00AC7CCD">
        <w:rPr>
          <w:rFonts w:eastAsia="Times New Roman" w:cs="Times New Roman"/>
          <w:szCs w:val="24"/>
        </w:rPr>
        <w:t xml:space="preserve">“Be safe, </w:t>
      </w:r>
      <w:r w:rsidR="00AD56D1">
        <w:rPr>
          <w:rFonts w:eastAsia="Times New Roman" w:cs="Times New Roman"/>
          <w:szCs w:val="24"/>
        </w:rPr>
        <w:t>Frank</w:t>
      </w:r>
      <w:r w:rsidRPr="00AC7CCD">
        <w:rPr>
          <w:rFonts w:eastAsia="Times New Roman" w:cs="Times New Roman"/>
          <w:szCs w:val="24"/>
        </w:rPr>
        <w:t>ie. Whatever this is</w:t>
      </w:r>
      <w:r w:rsidR="00AD56D1">
        <w:rPr>
          <w:rFonts w:eastAsia="Times New Roman" w:cs="Times New Roman"/>
          <w:szCs w:val="24"/>
        </w:rPr>
        <w:t>…</w:t>
      </w:r>
      <w:r w:rsidRPr="00AC7CCD">
        <w:rPr>
          <w:rFonts w:eastAsia="Times New Roman" w:cs="Times New Roman"/>
          <w:szCs w:val="24"/>
        </w:rPr>
        <w:t>you didn’t deserve it.”</w:t>
      </w:r>
    </w:p>
    <w:p w14:paraId="3D1C77EE" w14:textId="77777777" w:rsidR="00C36CFA" w:rsidRPr="00C36CFA" w:rsidRDefault="00C36CFA" w:rsidP="00620CC0">
      <w:pPr>
        <w:spacing w:after="100" w:afterAutospacing="1"/>
        <w:rPr>
          <w:rFonts w:eastAsia="Times New Roman" w:cs="Times New Roman"/>
          <w:szCs w:val="24"/>
        </w:rPr>
      </w:pPr>
      <w:r w:rsidRPr="00C36CFA">
        <w:rPr>
          <w:rFonts w:eastAsia="Times New Roman" w:cs="Times New Roman"/>
          <w:szCs w:val="24"/>
        </w:rPr>
        <w:t>The screen flickered in the dim light, tracking heat signatures as they dissolved into alleyways and rooftops.</w:t>
      </w:r>
    </w:p>
    <w:p w14:paraId="0831AA8C" w14:textId="77777777" w:rsidR="00C36CFA" w:rsidRPr="00C36CFA" w:rsidRDefault="00C36CFA" w:rsidP="00620CC0">
      <w:pPr>
        <w:spacing w:after="100" w:afterAutospacing="1"/>
        <w:rPr>
          <w:rFonts w:eastAsia="Times New Roman" w:cs="Times New Roman"/>
          <w:szCs w:val="24"/>
        </w:rPr>
      </w:pPr>
      <w:r w:rsidRPr="00C36CFA">
        <w:rPr>
          <w:rFonts w:eastAsia="Times New Roman" w:cs="Times New Roman"/>
          <w:szCs w:val="24"/>
        </w:rPr>
        <w:t>“Subject has left the area. No contact with Deane. No local assist.”</w:t>
      </w:r>
    </w:p>
    <w:p w14:paraId="74688277" w14:textId="77777777" w:rsidR="00C36CFA" w:rsidRPr="00C36CFA" w:rsidRDefault="00C36CFA" w:rsidP="00620CC0">
      <w:pPr>
        <w:spacing w:after="100" w:afterAutospacing="1"/>
        <w:rPr>
          <w:rFonts w:eastAsia="Times New Roman" w:cs="Times New Roman"/>
          <w:szCs w:val="24"/>
        </w:rPr>
      </w:pPr>
      <w:r w:rsidRPr="00C36CFA">
        <w:rPr>
          <w:rFonts w:eastAsia="Times New Roman" w:cs="Times New Roman"/>
          <w:szCs w:val="24"/>
        </w:rPr>
        <w:t xml:space="preserve">“As </w:t>
      </w:r>
      <w:proofErr w:type="gramStart"/>
      <w:r w:rsidRPr="00C36CFA">
        <w:rPr>
          <w:rFonts w:eastAsia="Times New Roman" w:cs="Times New Roman"/>
          <w:szCs w:val="24"/>
        </w:rPr>
        <w:t>expected</w:t>
      </w:r>
      <w:proofErr w:type="gramEnd"/>
      <w:r w:rsidRPr="00C36CFA">
        <w:rPr>
          <w:rFonts w:eastAsia="Times New Roman" w:cs="Times New Roman"/>
          <w:szCs w:val="24"/>
        </w:rPr>
        <w:t>. He’s still acting on instinct. That’s the baseline we need.”</w:t>
      </w:r>
    </w:p>
    <w:p w14:paraId="6862059D" w14:textId="77777777" w:rsidR="00C36CFA" w:rsidRPr="00C36CFA" w:rsidRDefault="00C36CFA" w:rsidP="00620CC0">
      <w:pPr>
        <w:spacing w:after="100" w:afterAutospacing="1"/>
        <w:rPr>
          <w:rFonts w:eastAsia="Times New Roman" w:cs="Times New Roman"/>
          <w:szCs w:val="24"/>
        </w:rPr>
      </w:pPr>
      <w:r w:rsidRPr="00C36CFA">
        <w:rPr>
          <w:rFonts w:eastAsia="Times New Roman" w:cs="Times New Roman"/>
          <w:szCs w:val="24"/>
        </w:rPr>
        <w:t>A long silence. Just the hum of servers. A scrolling string of model projections danced across the screen.</w:t>
      </w:r>
    </w:p>
    <w:p w14:paraId="137E57F1" w14:textId="77777777" w:rsidR="00C36CFA" w:rsidRPr="00C36CFA" w:rsidRDefault="00C36CFA" w:rsidP="00620CC0">
      <w:pPr>
        <w:spacing w:after="100" w:afterAutospacing="1"/>
        <w:rPr>
          <w:rFonts w:eastAsia="Times New Roman" w:cs="Times New Roman"/>
          <w:szCs w:val="24"/>
        </w:rPr>
      </w:pPr>
      <w:r w:rsidRPr="00C36CFA">
        <w:rPr>
          <w:rFonts w:eastAsia="Times New Roman" w:cs="Times New Roman"/>
          <w:szCs w:val="24"/>
        </w:rPr>
        <w:t>“The media will frame it as random. Protest escalation. Wrong place, wrong time.”</w:t>
      </w:r>
    </w:p>
    <w:p w14:paraId="71006E59" w14:textId="77777777" w:rsidR="00C36CFA" w:rsidRPr="00C36CFA" w:rsidRDefault="00C36CFA" w:rsidP="00620CC0">
      <w:pPr>
        <w:spacing w:after="100" w:afterAutospacing="1"/>
        <w:rPr>
          <w:rFonts w:eastAsia="Times New Roman" w:cs="Times New Roman"/>
          <w:szCs w:val="24"/>
        </w:rPr>
      </w:pPr>
      <w:r w:rsidRPr="00C36CFA">
        <w:rPr>
          <w:rFonts w:eastAsia="Times New Roman" w:cs="Times New Roman"/>
          <w:szCs w:val="24"/>
        </w:rPr>
        <w:t>“Let them. This isn’t about optics. It’s about proving convergence. The simulation predicted 87.4% compliance within Phase Two.”</w:t>
      </w:r>
    </w:p>
    <w:p w14:paraId="38963635" w14:textId="77777777" w:rsidR="00C36CFA" w:rsidRPr="00C36CFA" w:rsidRDefault="00C36CFA" w:rsidP="00620CC0">
      <w:pPr>
        <w:spacing w:after="100" w:afterAutospacing="1"/>
        <w:rPr>
          <w:rFonts w:eastAsia="Times New Roman" w:cs="Times New Roman"/>
          <w:szCs w:val="24"/>
        </w:rPr>
      </w:pPr>
      <w:r w:rsidRPr="00C36CFA">
        <w:rPr>
          <w:rFonts w:eastAsia="Times New Roman" w:cs="Times New Roman"/>
          <w:szCs w:val="24"/>
        </w:rPr>
        <w:t>“And the trigger event?”</w:t>
      </w:r>
    </w:p>
    <w:p w14:paraId="75AA5C0D" w14:textId="77777777" w:rsidR="00C36CFA" w:rsidRPr="00C36CFA" w:rsidRDefault="00C36CFA" w:rsidP="00620CC0">
      <w:pPr>
        <w:spacing w:after="100" w:afterAutospacing="1"/>
        <w:rPr>
          <w:rFonts w:eastAsia="Times New Roman" w:cs="Times New Roman"/>
          <w:szCs w:val="24"/>
        </w:rPr>
      </w:pPr>
      <w:r w:rsidRPr="00C36CFA">
        <w:rPr>
          <w:rFonts w:eastAsia="Times New Roman" w:cs="Times New Roman"/>
          <w:szCs w:val="24"/>
        </w:rPr>
        <w:t>“Coming. Let him run. Every step he takes now… we gave him.”</w:t>
      </w:r>
    </w:p>
    <w:p w14:paraId="239A65E5" w14:textId="77777777" w:rsidR="00C36CFA" w:rsidRPr="00C36CFA" w:rsidRDefault="00C36CFA" w:rsidP="00620CC0">
      <w:pPr>
        <w:spacing w:after="100" w:afterAutospacing="1"/>
        <w:rPr>
          <w:rFonts w:eastAsia="Times New Roman" w:cs="Times New Roman"/>
          <w:szCs w:val="24"/>
        </w:rPr>
      </w:pPr>
      <w:r w:rsidRPr="00C36CFA">
        <w:rPr>
          <w:rFonts w:eastAsia="Times New Roman" w:cs="Times New Roman"/>
          <w:szCs w:val="24"/>
        </w:rPr>
        <w:t>The screen blinked again—</w:t>
      </w:r>
      <w:r w:rsidRPr="00C36CFA">
        <w:rPr>
          <w:rFonts w:eastAsia="Times New Roman" w:cs="Times New Roman"/>
          <w:b/>
          <w:bCs/>
          <w:szCs w:val="24"/>
        </w:rPr>
        <w:t>FRANK MARINO: ACTIVE VARIABLE. THREAT VECTOR RISING</w:t>
      </w:r>
      <w:r w:rsidRPr="00C36CFA">
        <w:rPr>
          <w:rFonts w:eastAsia="Times New Roman" w:cs="Times New Roman"/>
          <w:szCs w:val="24"/>
        </w:rPr>
        <w:t>.</w:t>
      </w:r>
    </w:p>
    <w:p w14:paraId="7543CFBD" w14:textId="77777777" w:rsidR="00C36CFA" w:rsidRPr="00C36CFA" w:rsidRDefault="00C36CFA" w:rsidP="00620CC0">
      <w:pPr>
        <w:spacing w:after="100" w:afterAutospacing="1"/>
        <w:rPr>
          <w:rFonts w:eastAsia="Times New Roman" w:cs="Times New Roman"/>
          <w:szCs w:val="24"/>
        </w:rPr>
      </w:pPr>
      <w:r w:rsidRPr="00C36CFA">
        <w:rPr>
          <w:rFonts w:eastAsia="Times New Roman" w:cs="Times New Roman"/>
          <w:szCs w:val="24"/>
        </w:rPr>
        <w:t>The voice behind the monitor leaned forward.</w:t>
      </w:r>
    </w:p>
    <w:p w14:paraId="458585CA" w14:textId="77777777" w:rsidR="00C36CFA" w:rsidRPr="00C36CFA" w:rsidRDefault="00C36CFA" w:rsidP="00620CC0">
      <w:pPr>
        <w:spacing w:after="100" w:afterAutospacing="1"/>
        <w:rPr>
          <w:rFonts w:eastAsia="Times New Roman" w:cs="Times New Roman"/>
          <w:szCs w:val="24"/>
        </w:rPr>
      </w:pPr>
      <w:r w:rsidRPr="00C36CFA">
        <w:rPr>
          <w:rFonts w:eastAsia="Times New Roman" w:cs="Times New Roman"/>
          <w:szCs w:val="24"/>
        </w:rPr>
        <w:t>“Let’s see if the human mind is still sovereign.”</w:t>
      </w:r>
    </w:p>
    <w:p w14:paraId="279257E4" w14:textId="77777777" w:rsidR="00C36CFA" w:rsidRPr="00AC7CCD" w:rsidRDefault="00C36CFA" w:rsidP="00620CC0">
      <w:pPr>
        <w:spacing w:after="100" w:afterAutospacing="1"/>
        <w:rPr>
          <w:rFonts w:eastAsia="Times New Roman" w:cs="Times New Roman"/>
          <w:szCs w:val="24"/>
        </w:rPr>
      </w:pPr>
    </w:p>
    <w:p w14:paraId="1C6F76DD" w14:textId="0104843C" w:rsidR="00F52A1C" w:rsidRPr="00F52A1C" w:rsidRDefault="00F52A1C" w:rsidP="00F52A1C">
      <w:pPr>
        <w:spacing w:before="100" w:beforeAutospacing="1" w:after="100" w:afterAutospacing="1"/>
        <w:outlineLvl w:val="2"/>
        <w:rPr>
          <w:rFonts w:eastAsia="Times New Roman" w:cs="Times New Roman"/>
          <w:b/>
          <w:bCs/>
          <w:sz w:val="27"/>
          <w:szCs w:val="27"/>
          <w:u w:val="single"/>
        </w:rPr>
      </w:pPr>
      <w:r w:rsidRPr="00F52A1C">
        <w:rPr>
          <w:rFonts w:eastAsia="Times New Roman" w:cs="Times New Roman"/>
          <w:b/>
          <w:bCs/>
          <w:sz w:val="27"/>
          <w:szCs w:val="27"/>
          <w:u w:val="single"/>
        </w:rPr>
        <w:t>Chapter Three</w:t>
      </w:r>
      <w:r w:rsidRPr="005D669A">
        <w:rPr>
          <w:rFonts w:eastAsia="Times New Roman" w:cs="Times New Roman"/>
          <w:b/>
          <w:bCs/>
          <w:sz w:val="27"/>
          <w:szCs w:val="27"/>
          <w:u w:val="single"/>
        </w:rPr>
        <w:t xml:space="preserve"> Command Performance</w:t>
      </w:r>
    </w:p>
    <w:p w14:paraId="7B2FBED1"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b/>
          <w:bCs/>
          <w:szCs w:val="24"/>
        </w:rPr>
        <w:t>Washington, D.C. – The Atrium Room, Le Jardin Bleu</w:t>
      </w:r>
      <w:r w:rsidRPr="00F52A1C">
        <w:rPr>
          <w:rFonts w:eastAsia="Times New Roman" w:cs="Times New Roman"/>
          <w:szCs w:val="24"/>
        </w:rPr>
        <w:br/>
      </w:r>
      <w:r w:rsidRPr="00F52A1C">
        <w:rPr>
          <w:rFonts w:eastAsia="Times New Roman" w:cs="Times New Roman"/>
          <w:i/>
          <w:iCs/>
          <w:szCs w:val="24"/>
        </w:rPr>
        <w:t>8:12 p.m. – Four blocks from the Capitol, light-years from reality</w:t>
      </w:r>
    </w:p>
    <w:p w14:paraId="71B86384"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The wine cost more than most Americans made in a week. The oysters were flown in from Brittany that morning. The marbled wagyu didn’t touch a grill—it was gently warmed under a silver cloche to preserve its “textural poetry.”</w:t>
      </w:r>
    </w:p>
    <w:p w14:paraId="49CEA814"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Senator </w:t>
      </w:r>
      <w:r w:rsidRPr="00F52A1C">
        <w:rPr>
          <w:rFonts w:eastAsia="Times New Roman" w:cs="Times New Roman"/>
          <w:b/>
          <w:bCs/>
          <w:szCs w:val="24"/>
        </w:rPr>
        <w:t>Rhodes Gallinger</w:t>
      </w:r>
      <w:r w:rsidRPr="00F52A1C">
        <w:rPr>
          <w:rFonts w:eastAsia="Times New Roman" w:cs="Times New Roman"/>
          <w:szCs w:val="24"/>
        </w:rPr>
        <w:t xml:space="preserve"> (R–VA), ranking member of the Homeland Oversight Committee, dabbed the corner of his mouth with a linen napkin and chuckled.</w:t>
      </w:r>
    </w:p>
    <w:p w14:paraId="1812DB1D"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“I’ll say this—if the AI flagged that Deluca boy at ninety-seven percent, I don’t give a damn if he sings in the church choir. We finally have something we can </w:t>
      </w:r>
      <w:r w:rsidRPr="00F52A1C">
        <w:rPr>
          <w:rFonts w:eastAsia="Times New Roman" w:cs="Times New Roman"/>
          <w:i/>
          <w:iCs/>
          <w:szCs w:val="24"/>
        </w:rPr>
        <w:t>sell</w:t>
      </w:r>
      <w:r w:rsidRPr="00F52A1C">
        <w:rPr>
          <w:rFonts w:eastAsia="Times New Roman" w:cs="Times New Roman"/>
          <w:szCs w:val="24"/>
        </w:rPr>
        <w:t>.”</w:t>
      </w:r>
    </w:p>
    <w:p w14:paraId="266CA4D4"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Across the table, </w:t>
      </w:r>
      <w:r w:rsidRPr="00F52A1C">
        <w:rPr>
          <w:rFonts w:eastAsia="Times New Roman" w:cs="Times New Roman"/>
          <w:b/>
          <w:bCs/>
          <w:szCs w:val="24"/>
        </w:rPr>
        <w:t>Senator Clarice Yung</w:t>
      </w:r>
      <w:r w:rsidRPr="00F52A1C">
        <w:rPr>
          <w:rFonts w:eastAsia="Times New Roman" w:cs="Times New Roman"/>
          <w:szCs w:val="24"/>
        </w:rPr>
        <w:t xml:space="preserve"> (D–CA) swirled her wine, her earrings catching the chandelier light. “Don’t get too cocky, Rhodes. You’re not the only one with a committee seat. The tech sector loves this program—and they fund my side of the aisle too.”</w:t>
      </w:r>
    </w:p>
    <w:p w14:paraId="30FC22D2" w14:textId="1BB92BFD"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Their laughter was low and knowing. An expensive kind of laughter. They didn’t have to fake </w:t>
      </w:r>
      <w:r w:rsidR="00A82267" w:rsidRPr="00F52A1C">
        <w:rPr>
          <w:rFonts w:eastAsia="Times New Roman" w:cs="Times New Roman"/>
          <w:szCs w:val="24"/>
        </w:rPr>
        <w:t>a camaraderie</w:t>
      </w:r>
      <w:r w:rsidRPr="00F52A1C">
        <w:rPr>
          <w:rFonts w:eastAsia="Times New Roman" w:cs="Times New Roman"/>
          <w:szCs w:val="24"/>
        </w:rPr>
        <w:t xml:space="preserve"> when there were billions on the table.</w:t>
      </w:r>
    </w:p>
    <w:p w14:paraId="53D0A8E8"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lastRenderedPageBreak/>
        <w:t>Their guest of honor arrived late, escorted by Capitol Tech’s chief lobbyist.</w:t>
      </w:r>
    </w:p>
    <w:p w14:paraId="06ECA53A"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b/>
          <w:bCs/>
          <w:szCs w:val="24"/>
        </w:rPr>
        <w:t>Graham Kessler</w:t>
      </w:r>
      <w:r w:rsidRPr="00F52A1C">
        <w:rPr>
          <w:rFonts w:eastAsia="Times New Roman" w:cs="Times New Roman"/>
          <w:szCs w:val="24"/>
        </w:rPr>
        <w:t>, former undersecretary of defense, now a high-paid “consultant” with a portfolio of defense tech startups—Capitol Tech’s hidden hand in government circles.</w:t>
      </w:r>
    </w:p>
    <w:p w14:paraId="3F8B467C"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Kessler slid into the booth like he owned the room. “Sorry, traffic. Democracy bottlenecks around five p.m.”</w:t>
      </w:r>
    </w:p>
    <w:p w14:paraId="5D1BE786"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Gallinger grinned. “What’s the word from Voss and the rest of your pirates?”</w:t>
      </w:r>
    </w:p>
    <w:p w14:paraId="128DEFC7" w14:textId="149C3261"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“They’re giddy,” Kessler said. “</w:t>
      </w:r>
      <w:r w:rsidR="00BC5919">
        <w:rPr>
          <w:rFonts w:eastAsia="Times New Roman" w:cs="Times New Roman"/>
          <w:szCs w:val="24"/>
        </w:rPr>
        <w:t>Maldini</w:t>
      </w:r>
      <w:r w:rsidRPr="00F52A1C">
        <w:rPr>
          <w:rFonts w:eastAsia="Times New Roman" w:cs="Times New Roman"/>
          <w:szCs w:val="24"/>
        </w:rPr>
        <w:t xml:space="preserve">’s profile is trending globally. More importantly, it's shifted the narrative from </w:t>
      </w:r>
      <w:r w:rsidRPr="00F52A1C">
        <w:rPr>
          <w:rFonts w:eastAsia="Times New Roman" w:cs="Times New Roman"/>
          <w:i/>
          <w:iCs/>
          <w:szCs w:val="24"/>
        </w:rPr>
        <w:t>'is PreConvict ethical?'</w:t>
      </w:r>
      <w:r w:rsidRPr="00F52A1C">
        <w:rPr>
          <w:rFonts w:eastAsia="Times New Roman" w:cs="Times New Roman"/>
          <w:szCs w:val="24"/>
        </w:rPr>
        <w:t xml:space="preserve"> to </w:t>
      </w:r>
      <w:r w:rsidRPr="00F52A1C">
        <w:rPr>
          <w:rFonts w:eastAsia="Times New Roman" w:cs="Times New Roman"/>
          <w:i/>
          <w:iCs/>
          <w:szCs w:val="24"/>
        </w:rPr>
        <w:t>'how many lives might it save?'</w:t>
      </w:r>
      <w:r w:rsidRPr="00F52A1C">
        <w:rPr>
          <w:rFonts w:eastAsia="Times New Roman" w:cs="Times New Roman"/>
          <w:szCs w:val="24"/>
        </w:rPr>
        <w:t xml:space="preserve"> And if he slips up—”</w:t>
      </w:r>
    </w:p>
    <w:p w14:paraId="6A344E94"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“Which he will,” Yung added.</w:t>
      </w:r>
    </w:p>
    <w:p w14:paraId="73B760D3"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“—then we push for the national rollout by August. Emergency powers, expedited oversight waivers, the whole playbook.”</w:t>
      </w:r>
    </w:p>
    <w:p w14:paraId="5D0A6F6B"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Gallinger leaned back, satisfied. “That’ll go well in the Rust Belt. Flag-waving, </w:t>
      </w:r>
      <w:proofErr w:type="gramStart"/>
      <w:r w:rsidRPr="00F52A1C">
        <w:rPr>
          <w:rFonts w:eastAsia="Times New Roman" w:cs="Times New Roman"/>
          <w:szCs w:val="24"/>
        </w:rPr>
        <w:t>fear-mongering</w:t>
      </w:r>
      <w:proofErr w:type="gramEnd"/>
      <w:r w:rsidRPr="00F52A1C">
        <w:rPr>
          <w:rFonts w:eastAsia="Times New Roman" w:cs="Times New Roman"/>
          <w:szCs w:val="24"/>
        </w:rPr>
        <w:t>. Bread and butter.”</w:t>
      </w:r>
    </w:p>
    <w:p w14:paraId="746143F2"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Yung raised an eyebrow. “We’ll need a counterbalance. Civil liberty fig leaves. A minority co-sponsor.”</w:t>
      </w:r>
    </w:p>
    <w:p w14:paraId="52788037" w14:textId="731B4A19"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“Get someone from Colorado or Maine,” Kessler said, already half-texting someone. “Throw in language about ‘community review boards’ and an ‘algorithmic fairness audit.’ </w:t>
      </w:r>
      <w:r w:rsidR="00BC5919" w:rsidRPr="00F52A1C">
        <w:rPr>
          <w:rFonts w:eastAsia="Times New Roman" w:cs="Times New Roman"/>
          <w:szCs w:val="24"/>
        </w:rPr>
        <w:t>It doesn’t</w:t>
      </w:r>
      <w:r w:rsidRPr="00F52A1C">
        <w:rPr>
          <w:rFonts w:eastAsia="Times New Roman" w:cs="Times New Roman"/>
          <w:szCs w:val="24"/>
        </w:rPr>
        <w:t xml:space="preserve"> matter. The real controls stay with us.”</w:t>
      </w:r>
    </w:p>
    <w:p w14:paraId="73DBADFF"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A waiter appeared with another bottle. Gallinger waved him off with practiced disdain.</w:t>
      </w:r>
    </w:p>
    <w:p w14:paraId="4DAEFEAE" w14:textId="70B8DF25"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Across the room, </w:t>
      </w:r>
      <w:r w:rsidRPr="00F52A1C">
        <w:rPr>
          <w:rFonts w:eastAsia="Times New Roman" w:cs="Times New Roman"/>
          <w:b/>
          <w:bCs/>
          <w:szCs w:val="24"/>
        </w:rPr>
        <w:t>Admiral Maren Huxley</w:t>
      </w:r>
      <w:r w:rsidRPr="00F52A1C">
        <w:rPr>
          <w:rFonts w:eastAsia="Times New Roman" w:cs="Times New Roman"/>
          <w:szCs w:val="24"/>
        </w:rPr>
        <w:t xml:space="preserve"> watched them quietly from a corner table. Retired, but still sharp. Her face</w:t>
      </w:r>
      <w:r w:rsidR="00BC5919">
        <w:rPr>
          <w:rFonts w:eastAsia="Times New Roman" w:cs="Times New Roman"/>
          <w:szCs w:val="24"/>
        </w:rPr>
        <w:t xml:space="preserve">, </w:t>
      </w:r>
      <w:r w:rsidR="00BC5919" w:rsidRPr="00F52A1C">
        <w:rPr>
          <w:rFonts w:eastAsia="Times New Roman" w:cs="Times New Roman"/>
          <w:szCs w:val="24"/>
        </w:rPr>
        <w:t>unreadable</w:t>
      </w:r>
      <w:r w:rsidRPr="00F52A1C">
        <w:rPr>
          <w:rFonts w:eastAsia="Times New Roman" w:cs="Times New Roman"/>
          <w:szCs w:val="24"/>
        </w:rPr>
        <w:t>. She nursed a</w:t>
      </w:r>
      <w:r w:rsidR="00F55946">
        <w:rPr>
          <w:rFonts w:eastAsia="Times New Roman" w:cs="Times New Roman"/>
          <w:szCs w:val="24"/>
        </w:rPr>
        <w:t xml:space="preserve"> </w:t>
      </w:r>
      <w:r w:rsidRPr="00F52A1C">
        <w:rPr>
          <w:rFonts w:eastAsia="Times New Roman" w:cs="Times New Roman"/>
          <w:szCs w:val="24"/>
        </w:rPr>
        <w:t>scotch</w:t>
      </w:r>
      <w:r w:rsidR="003B5D5A">
        <w:rPr>
          <w:rFonts w:eastAsia="Times New Roman" w:cs="Times New Roman"/>
          <w:szCs w:val="24"/>
        </w:rPr>
        <w:t xml:space="preserve">, </w:t>
      </w:r>
      <w:r w:rsidR="00F55946">
        <w:rPr>
          <w:rFonts w:eastAsia="Times New Roman" w:cs="Times New Roman"/>
          <w:szCs w:val="24"/>
        </w:rPr>
        <w:t>Johnny Walker</w:t>
      </w:r>
      <w:r w:rsidR="003B5D5A">
        <w:rPr>
          <w:rFonts w:eastAsia="Times New Roman" w:cs="Times New Roman"/>
          <w:szCs w:val="24"/>
        </w:rPr>
        <w:t xml:space="preserve"> Blue neat, </w:t>
      </w:r>
      <w:r w:rsidRPr="00F52A1C">
        <w:rPr>
          <w:rFonts w:eastAsia="Times New Roman" w:cs="Times New Roman"/>
          <w:szCs w:val="24"/>
        </w:rPr>
        <w:t>listening without listening.</w:t>
      </w:r>
    </w:p>
    <w:p w14:paraId="4D6D3A8B" w14:textId="76A9F11F"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Beside her sat </w:t>
      </w:r>
      <w:r w:rsidRPr="00F52A1C">
        <w:rPr>
          <w:rFonts w:eastAsia="Times New Roman" w:cs="Times New Roman"/>
          <w:b/>
          <w:bCs/>
          <w:szCs w:val="24"/>
        </w:rPr>
        <w:t>Congressman Elias Burr</w:t>
      </w:r>
      <w:r w:rsidRPr="00F52A1C">
        <w:rPr>
          <w:rFonts w:eastAsia="Times New Roman" w:cs="Times New Roman"/>
          <w:szCs w:val="24"/>
        </w:rPr>
        <w:t xml:space="preserve">, independent from Vermont. </w:t>
      </w:r>
      <w:r w:rsidR="00035C34">
        <w:rPr>
          <w:rFonts w:eastAsia="Times New Roman" w:cs="Times New Roman"/>
          <w:szCs w:val="24"/>
        </w:rPr>
        <w:t>Unknow Loyalties</w:t>
      </w:r>
      <w:r w:rsidR="000B63F0">
        <w:rPr>
          <w:rFonts w:eastAsia="Times New Roman" w:cs="Times New Roman"/>
          <w:szCs w:val="24"/>
        </w:rPr>
        <w:t xml:space="preserve">, </w:t>
      </w:r>
      <w:r w:rsidRPr="00F52A1C">
        <w:rPr>
          <w:rFonts w:eastAsia="Times New Roman" w:cs="Times New Roman"/>
          <w:szCs w:val="24"/>
        </w:rPr>
        <w:t>unpopular, and inconvenient.</w:t>
      </w:r>
    </w:p>
    <w:p w14:paraId="726BBE76"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“They’re planning it like a party,” Burr muttered.</w:t>
      </w:r>
    </w:p>
    <w:p w14:paraId="2A769826"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Huxley nodded. “They think they’re safe.”</w:t>
      </w:r>
    </w:p>
    <w:p w14:paraId="22B7B735" w14:textId="4A2B0DAF"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“They forget </w:t>
      </w:r>
      <w:r w:rsidR="000B63F0">
        <w:rPr>
          <w:rFonts w:eastAsia="Times New Roman" w:cs="Times New Roman"/>
          <w:szCs w:val="24"/>
        </w:rPr>
        <w:t>Maldini</w:t>
      </w:r>
      <w:r w:rsidRPr="00F52A1C">
        <w:rPr>
          <w:rFonts w:eastAsia="Times New Roman" w:cs="Times New Roman"/>
          <w:szCs w:val="24"/>
        </w:rPr>
        <w:t xml:space="preserve"> wasn’t bred in a lab. He’s real. And if the system’s wrong once, it can be wrong a thousand times.”</w:t>
      </w:r>
    </w:p>
    <w:p w14:paraId="7CFC3814"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Huxley’s eyes didn’t move. “You want to challenge </w:t>
      </w:r>
      <w:proofErr w:type="gramStart"/>
      <w:r w:rsidRPr="00F52A1C">
        <w:rPr>
          <w:rFonts w:eastAsia="Times New Roman" w:cs="Times New Roman"/>
          <w:szCs w:val="24"/>
        </w:rPr>
        <w:t>them,</w:t>
      </w:r>
      <w:proofErr w:type="gramEnd"/>
      <w:r w:rsidRPr="00F52A1C">
        <w:rPr>
          <w:rFonts w:eastAsia="Times New Roman" w:cs="Times New Roman"/>
          <w:szCs w:val="24"/>
        </w:rPr>
        <w:t xml:space="preserve"> you’ll need more than facts.”</w:t>
      </w:r>
    </w:p>
    <w:p w14:paraId="73005092"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leaned forward. “I want truth.”</w:t>
      </w:r>
    </w:p>
    <w:p w14:paraId="6E1FF43C"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She finally looked at him. “Then prepare for war.”</w:t>
      </w:r>
    </w:p>
    <w:p w14:paraId="1C25A0B5" w14:textId="77777777" w:rsidR="00F52A1C" w:rsidRPr="00F52A1C" w:rsidRDefault="00F52A1C" w:rsidP="00F52A1C">
      <w:pPr>
        <w:spacing w:before="100" w:beforeAutospacing="1" w:after="100" w:afterAutospacing="1"/>
        <w:outlineLvl w:val="2"/>
        <w:rPr>
          <w:rFonts w:eastAsia="Times New Roman" w:cs="Times New Roman"/>
          <w:b/>
          <w:bCs/>
          <w:sz w:val="27"/>
          <w:szCs w:val="27"/>
        </w:rPr>
      </w:pPr>
      <w:r w:rsidRPr="00F52A1C">
        <w:rPr>
          <w:rFonts w:eastAsia="Times New Roman" w:cs="Times New Roman"/>
          <w:b/>
          <w:bCs/>
          <w:sz w:val="27"/>
          <w:szCs w:val="27"/>
        </w:rPr>
        <w:t>Capitol Hill – 9:06 p.m.</w:t>
      </w:r>
    </w:p>
    <w:p w14:paraId="6A93013D"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i/>
          <w:iCs/>
          <w:szCs w:val="24"/>
        </w:rPr>
        <w:t>They walked in silence past the marble pillars and manicured hedges of a city designed to impress and conceal.</w:t>
      </w:r>
    </w:p>
    <w:p w14:paraId="24A377EC"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lastRenderedPageBreak/>
        <w:t>Congressman Elias Burr pulled his collar tighter against the wind. “You saw their faces,” he said. “They weren’t gloating. They were reciting lines. Gallinger, Yung, Kessler—hell, even the waiter knew when to clear the plates. It was choreographed.”</w:t>
      </w:r>
    </w:p>
    <w:p w14:paraId="2E3C6EC1"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Admiral Maren Huxley’s steps were sharp and precise, like a woman who’d never fully left the Navy. “It’s not their play,” she said flatly. “They’re just making it look palatable for public consumption.”</w:t>
      </w:r>
    </w:p>
    <w:p w14:paraId="5F71A9AB"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They reached a waiting black sedan. No driver. Huxley unlocked it with a tap on her phone.</w:t>
      </w:r>
    </w:p>
    <w:p w14:paraId="2686F0DF"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Burr slid into the passenger seat. “I keep asking myself why Deluca. Why </w:t>
      </w:r>
      <w:r w:rsidRPr="00F52A1C">
        <w:rPr>
          <w:rFonts w:eastAsia="Times New Roman" w:cs="Times New Roman"/>
          <w:i/>
          <w:iCs/>
          <w:szCs w:val="24"/>
        </w:rPr>
        <w:t>him</w:t>
      </w:r>
      <w:r w:rsidRPr="00F52A1C">
        <w:rPr>
          <w:rFonts w:eastAsia="Times New Roman" w:cs="Times New Roman"/>
          <w:szCs w:val="24"/>
        </w:rPr>
        <w:t xml:space="preserve">? </w:t>
      </w:r>
      <w:proofErr w:type="gramStart"/>
      <w:r w:rsidRPr="00F52A1C">
        <w:rPr>
          <w:rFonts w:eastAsia="Times New Roman" w:cs="Times New Roman"/>
          <w:szCs w:val="24"/>
        </w:rPr>
        <w:t>A guy</w:t>
      </w:r>
      <w:proofErr w:type="gramEnd"/>
      <w:r w:rsidRPr="00F52A1C">
        <w:rPr>
          <w:rFonts w:eastAsia="Times New Roman" w:cs="Times New Roman"/>
          <w:szCs w:val="24"/>
        </w:rPr>
        <w:t xml:space="preserve"> who served, kept quiet, stayed out of the spotlight. He’s not a revolutionary.”</w:t>
      </w:r>
    </w:p>
    <w:p w14:paraId="21D35622"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“No,” Huxley agreed. “But he fits the model they want people to fear. Ex-military. Gun owner. Rural. Speaks his mind. No institutional leash.”</w:t>
      </w:r>
    </w:p>
    <w:p w14:paraId="439C15E4"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turned to her. “You’re saying he was picked?”</w:t>
      </w:r>
    </w:p>
    <w:p w14:paraId="5600A6DD"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“I’m saying the algorithm they’re selling wasn’t calibrated to </w:t>
      </w:r>
      <w:r w:rsidRPr="00F52A1C">
        <w:rPr>
          <w:rFonts w:eastAsia="Times New Roman" w:cs="Times New Roman"/>
          <w:i/>
          <w:iCs/>
          <w:szCs w:val="24"/>
        </w:rPr>
        <w:t>predict</w:t>
      </w:r>
      <w:r w:rsidRPr="00F52A1C">
        <w:rPr>
          <w:rFonts w:eastAsia="Times New Roman" w:cs="Times New Roman"/>
          <w:szCs w:val="24"/>
        </w:rPr>
        <w:t xml:space="preserve"> violence. It was trained to </w:t>
      </w:r>
      <w:r w:rsidRPr="00F52A1C">
        <w:rPr>
          <w:rFonts w:eastAsia="Times New Roman" w:cs="Times New Roman"/>
          <w:i/>
          <w:iCs/>
          <w:szCs w:val="24"/>
        </w:rPr>
        <w:t>validate</w:t>
      </w:r>
      <w:r w:rsidRPr="00F52A1C">
        <w:rPr>
          <w:rFonts w:eastAsia="Times New Roman" w:cs="Times New Roman"/>
          <w:szCs w:val="24"/>
        </w:rPr>
        <w:t xml:space="preserve"> targets. They fed it what they wanted to see—and it spat out </w:t>
      </w:r>
      <w:proofErr w:type="gramStart"/>
      <w:r w:rsidRPr="00F52A1C">
        <w:rPr>
          <w:rFonts w:eastAsia="Times New Roman" w:cs="Times New Roman"/>
          <w:szCs w:val="24"/>
        </w:rPr>
        <w:t>Deluca.”</w:t>
      </w:r>
      <w:proofErr w:type="gramEnd"/>
    </w:p>
    <w:p w14:paraId="720E60B9"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shook his head, disgusted. “This isn’t data science. It’s predictive persecution.”</w:t>
      </w:r>
    </w:p>
    <w:p w14:paraId="2CA17D63"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“And it's working,” Huxley said. “Public trust in the program has doubled in the last week. They don’t even need evidence. The score is enough.”</w:t>
      </w:r>
    </w:p>
    <w:p w14:paraId="4A541342"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stared out the window at the Lincoln Memorial glowing in the distance. “How deep does this go?”</w:t>
      </w:r>
    </w:p>
    <w:p w14:paraId="1673B215"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She hesitated, then tapped her dashboard. The screen lit up, revealing a map of D.C.—but layered with </w:t>
      </w:r>
      <w:proofErr w:type="gramStart"/>
      <w:r w:rsidRPr="00F52A1C">
        <w:rPr>
          <w:rFonts w:eastAsia="Times New Roman" w:cs="Times New Roman"/>
          <w:szCs w:val="24"/>
        </w:rPr>
        <w:t>ghosted</w:t>
      </w:r>
      <w:proofErr w:type="gramEnd"/>
      <w:r w:rsidRPr="00F52A1C">
        <w:rPr>
          <w:rFonts w:eastAsia="Times New Roman" w:cs="Times New Roman"/>
          <w:szCs w:val="24"/>
        </w:rPr>
        <w:t xml:space="preserve"> grids, data flows, hidden nodes.</w:t>
      </w:r>
    </w:p>
    <w:p w14:paraId="6F8380B4"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“This,” she said, “is a shadow net. Private servers, closed-loop data channels, biometric tracking APIs piggybacked on DMV and DHS systems. They don’t call it a surveillance state. They call it an ‘ecosystem.’”</w:t>
      </w:r>
    </w:p>
    <w:p w14:paraId="22ED789F"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squinted at the screen. “Who’s behind it?”</w:t>
      </w:r>
    </w:p>
    <w:p w14:paraId="0B392FBA"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“That’s the fun part,” Huxley replied. “On paper? Nobody. The initiative is run by a ‘private-public alliance’—Capitol Tech, Forward Solutions, and the ‘Community Integrity Council.’ All of them funded through endowments, venture capital, or defense innovation grants. All of them with backdoors into federal systems.”</w:t>
      </w:r>
    </w:p>
    <w:p w14:paraId="2BE89C62"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“And not one elected official has actual oversight?”</w:t>
      </w:r>
    </w:p>
    <w:p w14:paraId="15C41CB8"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“Not really. The ones who think they do are handed summaries—clean ones. Sanitized. The real operations run parallel.”</w:t>
      </w:r>
    </w:p>
    <w:p w14:paraId="1F8E6C67"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ran a hand over his face. “Jesus. We built a second government and let Silicon Valley drive it.”</w:t>
      </w:r>
    </w:p>
    <w:p w14:paraId="35E16FAE"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“No,” Huxley corrected. “We let them convince us it was </w:t>
      </w:r>
      <w:r w:rsidRPr="00F52A1C">
        <w:rPr>
          <w:rFonts w:eastAsia="Times New Roman" w:cs="Times New Roman"/>
          <w:i/>
          <w:iCs/>
          <w:szCs w:val="24"/>
        </w:rPr>
        <w:t>smart governance.</w:t>
      </w:r>
      <w:r w:rsidRPr="00F52A1C">
        <w:rPr>
          <w:rFonts w:eastAsia="Times New Roman" w:cs="Times New Roman"/>
          <w:szCs w:val="24"/>
        </w:rPr>
        <w:t xml:space="preserve"> Efficient. Ethical. ‘Foresight-driven.’ All the buzzwords. And now they're testing its limits.”</w:t>
      </w:r>
    </w:p>
    <w:p w14:paraId="24862BE5"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looked at her. “You have proof?”</w:t>
      </w:r>
    </w:p>
    <w:p w14:paraId="4A4EC72F"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lastRenderedPageBreak/>
        <w:t xml:space="preserve">She nodded slowly. “A leak. Not big enough to break it wide, but enough to trace where they want this to go. They needed a test case. Matt Deluca wasn’t just </w:t>
      </w:r>
      <w:proofErr w:type="gramStart"/>
      <w:r w:rsidRPr="00F52A1C">
        <w:rPr>
          <w:rFonts w:eastAsia="Times New Roman" w:cs="Times New Roman"/>
          <w:szCs w:val="24"/>
        </w:rPr>
        <w:t>chosen—</w:t>
      </w:r>
      <w:proofErr w:type="gramEnd"/>
      <w:r w:rsidRPr="00F52A1C">
        <w:rPr>
          <w:rFonts w:eastAsia="Times New Roman" w:cs="Times New Roman"/>
          <w:szCs w:val="24"/>
        </w:rPr>
        <w:t xml:space="preserve">he was </w:t>
      </w:r>
      <w:r w:rsidRPr="00F52A1C">
        <w:rPr>
          <w:rFonts w:eastAsia="Times New Roman" w:cs="Times New Roman"/>
          <w:i/>
          <w:iCs/>
          <w:szCs w:val="24"/>
        </w:rPr>
        <w:t>crafted.</w:t>
      </w:r>
      <w:r w:rsidRPr="00F52A1C">
        <w:rPr>
          <w:rFonts w:eastAsia="Times New Roman" w:cs="Times New Roman"/>
          <w:szCs w:val="24"/>
        </w:rPr>
        <w:t xml:space="preserve"> Nudged. Misrepresented. The protest incident? His image was </w:t>
      </w:r>
      <w:r w:rsidRPr="00F52A1C">
        <w:rPr>
          <w:rFonts w:eastAsia="Times New Roman" w:cs="Times New Roman"/>
          <w:i/>
          <w:iCs/>
          <w:szCs w:val="24"/>
        </w:rPr>
        <w:t>altered.</w:t>
      </w:r>
      <w:r w:rsidRPr="00F52A1C">
        <w:rPr>
          <w:rFonts w:eastAsia="Times New Roman" w:cs="Times New Roman"/>
          <w:szCs w:val="24"/>
        </w:rPr>
        <w:t xml:space="preserve"> His file seeded with whispers and anonymous reports.”</w:t>
      </w:r>
    </w:p>
    <w:p w14:paraId="4B3C2B7E"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“Lies,” Burr muttered.</w:t>
      </w:r>
    </w:p>
    <w:p w14:paraId="5E5D5D4F"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“Engineered lies. But now they’re truth—because the score says so.”</w:t>
      </w:r>
    </w:p>
    <w:p w14:paraId="3ED1860D"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Burr leaned back, staring at the ceiling. “We need to find him.”</w:t>
      </w:r>
    </w:p>
    <w:p w14:paraId="07107F36" w14:textId="77777777" w:rsidR="00F52A1C" w:rsidRPr="00F52A1C" w:rsidRDefault="00F52A1C" w:rsidP="00F52A1C">
      <w:pPr>
        <w:spacing w:before="100" w:beforeAutospacing="1" w:after="100" w:afterAutospacing="1"/>
        <w:rPr>
          <w:rFonts w:eastAsia="Times New Roman" w:cs="Times New Roman"/>
          <w:szCs w:val="24"/>
        </w:rPr>
      </w:pPr>
      <w:r w:rsidRPr="00F52A1C">
        <w:rPr>
          <w:rFonts w:eastAsia="Times New Roman" w:cs="Times New Roman"/>
          <w:szCs w:val="24"/>
        </w:rPr>
        <w:t xml:space="preserve">Huxley turned the key and started the car. “We do. But not to protect </w:t>
      </w:r>
      <w:r w:rsidRPr="00F52A1C">
        <w:rPr>
          <w:rFonts w:eastAsia="Times New Roman" w:cs="Times New Roman"/>
          <w:i/>
          <w:iCs/>
          <w:szCs w:val="24"/>
        </w:rPr>
        <w:t>him</w:t>
      </w:r>
      <w:r w:rsidRPr="00F52A1C">
        <w:rPr>
          <w:rFonts w:eastAsia="Times New Roman" w:cs="Times New Roman"/>
          <w:szCs w:val="24"/>
        </w:rPr>
        <w:t>. To stop what comes next.”</w:t>
      </w:r>
    </w:p>
    <w:p w14:paraId="536ECA34" w14:textId="77777777" w:rsidR="00F7055C" w:rsidRPr="00F7055C" w:rsidRDefault="00F7055C" w:rsidP="00F7055C">
      <w:pPr>
        <w:spacing w:before="100" w:beforeAutospacing="1" w:after="100" w:afterAutospacing="1"/>
        <w:outlineLvl w:val="2"/>
        <w:rPr>
          <w:rFonts w:eastAsia="Times New Roman" w:cs="Times New Roman"/>
          <w:b/>
          <w:bCs/>
          <w:sz w:val="27"/>
          <w:szCs w:val="27"/>
        </w:rPr>
      </w:pPr>
      <w:r w:rsidRPr="00F7055C">
        <w:rPr>
          <w:rFonts w:eastAsia="Times New Roman" w:cs="Times New Roman"/>
          <w:b/>
          <w:bCs/>
          <w:sz w:val="27"/>
          <w:szCs w:val="27"/>
        </w:rPr>
        <w:t>Alexandria, Virginia – 10:21 p.m.</w:t>
      </w:r>
    </w:p>
    <w:p w14:paraId="5C501770"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i/>
          <w:iCs/>
          <w:szCs w:val="24"/>
        </w:rPr>
        <w:t>The apartment building used to be something else. Maybe a halfway house. Maybe a forgotten motel. Now it was just forgotten.</w:t>
      </w:r>
    </w:p>
    <w:p w14:paraId="07A008C5"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Burr squinted through the windshield. “This is where your lead lives?”</w:t>
      </w:r>
    </w:p>
    <w:p w14:paraId="217D2251"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Huxley nodded. “Name’s </w:t>
      </w:r>
      <w:r w:rsidRPr="00F7055C">
        <w:rPr>
          <w:rFonts w:eastAsia="Times New Roman" w:cs="Times New Roman"/>
          <w:b/>
          <w:bCs/>
          <w:szCs w:val="24"/>
        </w:rPr>
        <w:t>Owen Trask</w:t>
      </w:r>
      <w:r w:rsidRPr="00F7055C">
        <w:rPr>
          <w:rFonts w:eastAsia="Times New Roman" w:cs="Times New Roman"/>
          <w:szCs w:val="24"/>
        </w:rPr>
        <w:t>. Former intel contractor. Real work was in data intake—backend vetting for threat profiles. Officially, he processes flagged metadata. Unofficially, he’s a cleanup tech. If they want someone untraceable, they send it through him.”</w:t>
      </w:r>
    </w:p>
    <w:p w14:paraId="589A5278"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“And he’s working tables at a five-star place now?”</w:t>
      </w:r>
    </w:p>
    <w:p w14:paraId="335AA5A7"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“He’s been </w:t>
      </w:r>
      <w:proofErr w:type="gramStart"/>
      <w:r w:rsidRPr="00F7055C">
        <w:rPr>
          <w:rFonts w:eastAsia="Times New Roman" w:cs="Times New Roman"/>
          <w:szCs w:val="24"/>
        </w:rPr>
        <w:t>off-book</w:t>
      </w:r>
      <w:proofErr w:type="gramEnd"/>
      <w:r w:rsidRPr="00F7055C">
        <w:rPr>
          <w:rFonts w:eastAsia="Times New Roman" w:cs="Times New Roman"/>
          <w:szCs w:val="24"/>
        </w:rPr>
        <w:t xml:space="preserve"> for a year,” she said. “Disappeared after an internal disagreement over an AI escalation protocol. I ran across his file three months ago. Didn't connect the dots until tonight—he was at that table for a reason.”</w:t>
      </w:r>
    </w:p>
    <w:p w14:paraId="3791CC43"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They climbed the cracked concrete steps and approached Apartment 3B. Huxley didn’t knock with her </w:t>
      </w:r>
      <w:proofErr w:type="gramStart"/>
      <w:r w:rsidRPr="00F7055C">
        <w:rPr>
          <w:rFonts w:eastAsia="Times New Roman" w:cs="Times New Roman"/>
          <w:szCs w:val="24"/>
        </w:rPr>
        <w:t>hand—</w:t>
      </w:r>
      <w:proofErr w:type="gramEnd"/>
      <w:r w:rsidRPr="00F7055C">
        <w:rPr>
          <w:rFonts w:eastAsia="Times New Roman" w:cs="Times New Roman"/>
          <w:szCs w:val="24"/>
        </w:rPr>
        <w:t xml:space="preserve">she used a short pattern: </w:t>
      </w:r>
      <w:r w:rsidRPr="00F7055C">
        <w:rPr>
          <w:rFonts w:eastAsia="Times New Roman" w:cs="Times New Roman"/>
          <w:b/>
          <w:bCs/>
          <w:szCs w:val="24"/>
        </w:rPr>
        <w:t>two, pause, two, one.</w:t>
      </w:r>
    </w:p>
    <w:p w14:paraId="6F5602F3"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After a long silence, the door opened two inches. A chain held it in place. A wary eye peered through.</w:t>
      </w:r>
    </w:p>
    <w:p w14:paraId="51BC1199"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“Trask,” Huxley said evenly. “Maren Huxley. Former Deputy Joint Ops. This is Elias Burr, U.S. House. You know why we’re here.”</w:t>
      </w:r>
    </w:p>
    <w:p w14:paraId="36FBF505"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The chain slid free.</w:t>
      </w:r>
    </w:p>
    <w:p w14:paraId="7AF3A3DE"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Owen Trask looked like someone who hadn’t slept in weeks. Thin, eyes red. One arm bore a tremor he didn’t try to hide. His T-shirt read </w:t>
      </w:r>
      <w:r w:rsidRPr="00F7055C">
        <w:rPr>
          <w:rFonts w:eastAsia="Times New Roman" w:cs="Times New Roman"/>
          <w:b/>
          <w:bCs/>
          <w:szCs w:val="24"/>
        </w:rPr>
        <w:t>‘AI Is Not Neutral’</w:t>
      </w:r>
      <w:r w:rsidRPr="00F7055C">
        <w:rPr>
          <w:rFonts w:eastAsia="Times New Roman" w:cs="Times New Roman"/>
          <w:szCs w:val="24"/>
        </w:rPr>
        <w:t>—faded, cracked at the seams.</w:t>
      </w:r>
    </w:p>
    <w:p w14:paraId="6FE280CB"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“You picked a hell of a time to find me,” he said, stepping back.</w:t>
      </w:r>
    </w:p>
    <w:p w14:paraId="5F73E368"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They entered. The place was a shoebox of paranoia: windows taped, camera lenses covered, laptop with its mic physically disabled. In the corner, a corkboard </w:t>
      </w:r>
      <w:proofErr w:type="gramStart"/>
      <w:r w:rsidRPr="00F7055C">
        <w:rPr>
          <w:rFonts w:eastAsia="Times New Roman" w:cs="Times New Roman"/>
          <w:szCs w:val="24"/>
        </w:rPr>
        <w:t>draped</w:t>
      </w:r>
      <w:proofErr w:type="gramEnd"/>
      <w:r w:rsidRPr="00F7055C">
        <w:rPr>
          <w:rFonts w:eastAsia="Times New Roman" w:cs="Times New Roman"/>
          <w:szCs w:val="24"/>
        </w:rPr>
        <w:t xml:space="preserve"> with pinned documents, network maps, and red yarn.</w:t>
      </w:r>
    </w:p>
    <w:p w14:paraId="7BE7E9C4"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Burr walked toward it. “I’ve seen crazier in movies.”</w:t>
      </w:r>
    </w:p>
    <w:p w14:paraId="0AFFEE01"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Trask </w:t>
      </w:r>
      <w:proofErr w:type="gramStart"/>
      <w:r w:rsidRPr="00F7055C">
        <w:rPr>
          <w:rFonts w:eastAsia="Times New Roman" w:cs="Times New Roman"/>
          <w:szCs w:val="24"/>
        </w:rPr>
        <w:t>let</w:t>
      </w:r>
      <w:proofErr w:type="gramEnd"/>
      <w:r w:rsidRPr="00F7055C">
        <w:rPr>
          <w:rFonts w:eastAsia="Times New Roman" w:cs="Times New Roman"/>
          <w:szCs w:val="24"/>
        </w:rPr>
        <w:t xml:space="preserve"> out </w:t>
      </w:r>
      <w:proofErr w:type="gramStart"/>
      <w:r w:rsidRPr="00F7055C">
        <w:rPr>
          <w:rFonts w:eastAsia="Times New Roman" w:cs="Times New Roman"/>
          <w:szCs w:val="24"/>
        </w:rPr>
        <w:t>a breath</w:t>
      </w:r>
      <w:proofErr w:type="gramEnd"/>
      <w:r w:rsidRPr="00F7055C">
        <w:rPr>
          <w:rFonts w:eastAsia="Times New Roman" w:cs="Times New Roman"/>
          <w:szCs w:val="24"/>
        </w:rPr>
        <w:t>. “It’s not crazy if it’s true.”</w:t>
      </w:r>
    </w:p>
    <w:p w14:paraId="175A6220"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lastRenderedPageBreak/>
        <w:t>Huxley spoke gently. “You were at Le Jardin tonight. You heard what they said.”</w:t>
      </w:r>
    </w:p>
    <w:p w14:paraId="01731D3A"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“I hear everything. And not just tonight. You think those people turn off their mics when they leave meetings? Hell, half of them forget they’re wearing smartwatches synced to proprietary cloud servers.”</w:t>
      </w:r>
    </w:p>
    <w:p w14:paraId="3834E501"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He opened a drawer and pulled out a slim drive.</w:t>
      </w:r>
    </w:p>
    <w:p w14:paraId="60423446"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“This,” he said, placing it on the table, “is a partial dump from Capitol Tech’s closed server relay. Includes audio from tonight. But more importantly</w:t>
      </w:r>
      <w:proofErr w:type="gramStart"/>
      <w:r w:rsidRPr="00F7055C">
        <w:rPr>
          <w:rFonts w:eastAsia="Times New Roman" w:cs="Times New Roman"/>
          <w:szCs w:val="24"/>
        </w:rPr>
        <w:t>—metadata</w:t>
      </w:r>
      <w:proofErr w:type="gramEnd"/>
      <w:r w:rsidRPr="00F7055C">
        <w:rPr>
          <w:rFonts w:eastAsia="Times New Roman" w:cs="Times New Roman"/>
          <w:szCs w:val="24"/>
        </w:rPr>
        <w:t xml:space="preserve"> on Deluca’s score manipulation. Timestamps, access credentials, voice signatures.”</w:t>
      </w:r>
    </w:p>
    <w:p w14:paraId="66DC4FB9"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Burr leaned forward. “This could break the whole program.”</w:t>
      </w:r>
    </w:p>
    <w:p w14:paraId="2CEB546F"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Trask didn’t smile. “Or it could get us all killed. Capitol Tech’s not a company anymore. It’s an organism. It learns. It defends itself.”</w:t>
      </w:r>
    </w:p>
    <w:p w14:paraId="5B12F333"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A bang from downstairs cut him off. Not loud. But sharp. Metallic.</w:t>
      </w:r>
    </w:p>
    <w:p w14:paraId="0108D34F"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Huxley’s sidearm was in her hand before Burr even reacted. “Back exit?” she asked.</w:t>
      </w:r>
    </w:p>
    <w:p w14:paraId="4A9F20C4"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Trask nodded toward the bathroom. “Window to the fire escape.”</w:t>
      </w:r>
    </w:p>
    <w:p w14:paraId="55B8D958"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Another </w:t>
      </w:r>
      <w:proofErr w:type="gramStart"/>
      <w:r w:rsidRPr="00F7055C">
        <w:rPr>
          <w:rFonts w:eastAsia="Times New Roman" w:cs="Times New Roman"/>
          <w:szCs w:val="24"/>
        </w:rPr>
        <w:t>sound—a</w:t>
      </w:r>
      <w:proofErr w:type="gramEnd"/>
      <w:r w:rsidRPr="00F7055C">
        <w:rPr>
          <w:rFonts w:eastAsia="Times New Roman" w:cs="Times New Roman"/>
          <w:szCs w:val="24"/>
        </w:rPr>
        <w:t xml:space="preserve"> boot on a step.</w:t>
      </w:r>
    </w:p>
    <w:p w14:paraId="2F76D79E"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Burr grabbed the drive. “We leave now.”</w:t>
      </w:r>
    </w:p>
    <w:p w14:paraId="7D3A8948"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They moved fast. Out the back, down the fire escape into the alley. Behind them, 3B's door burst open.</w:t>
      </w:r>
    </w:p>
    <w:p w14:paraId="49B19AE6"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Trask led them three blocks on foot before stopping in a narrow alley lit only by a broken vending machine.</w:t>
      </w:r>
    </w:p>
    <w:p w14:paraId="3D903A41"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“This is where I go off-grid,” he said, breathless. “I’ve got another drop location. I’ll send you the rest of the files from there. But don’t contact me again unless it’s clean.”</w:t>
      </w:r>
    </w:p>
    <w:p w14:paraId="61179B24"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 xml:space="preserve">He turned to Burr. “Deluca’s not the first. Just the first one they </w:t>
      </w:r>
      <w:r w:rsidRPr="00F7055C">
        <w:rPr>
          <w:rFonts w:eastAsia="Times New Roman" w:cs="Times New Roman"/>
          <w:i/>
          <w:iCs/>
          <w:szCs w:val="24"/>
        </w:rPr>
        <w:t>made public.</w:t>
      </w:r>
      <w:r w:rsidRPr="00F7055C">
        <w:rPr>
          <w:rFonts w:eastAsia="Times New Roman" w:cs="Times New Roman"/>
          <w:szCs w:val="24"/>
        </w:rPr>
        <w:t xml:space="preserve"> There are </w:t>
      </w:r>
      <w:proofErr w:type="gramStart"/>
      <w:r w:rsidRPr="00F7055C">
        <w:rPr>
          <w:rFonts w:eastAsia="Times New Roman" w:cs="Times New Roman"/>
          <w:szCs w:val="24"/>
        </w:rPr>
        <w:t>others—</w:t>
      </w:r>
      <w:proofErr w:type="gramEnd"/>
      <w:r w:rsidRPr="00F7055C">
        <w:rPr>
          <w:rFonts w:eastAsia="Times New Roman" w:cs="Times New Roman"/>
          <w:szCs w:val="24"/>
        </w:rPr>
        <w:t>quieter, dirtier. He's the start of a rollout.”</w:t>
      </w:r>
    </w:p>
    <w:p w14:paraId="61A79183"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And then he was gone.</w:t>
      </w:r>
    </w:p>
    <w:p w14:paraId="74863BD5"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Burr and Huxley stood in silence.</w:t>
      </w:r>
    </w:p>
    <w:p w14:paraId="5CB25423"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“So,” Burr finally said, “we have a stolen drive, a hunted witness, and a program built to bury truth under code.”</w:t>
      </w:r>
    </w:p>
    <w:p w14:paraId="4052A2FF" w14:textId="77777777" w:rsidR="00F7055C" w:rsidRPr="00F7055C" w:rsidRDefault="00F7055C" w:rsidP="00F7055C">
      <w:pPr>
        <w:spacing w:before="100" w:beforeAutospacing="1" w:after="100" w:afterAutospacing="1"/>
        <w:rPr>
          <w:rFonts w:eastAsia="Times New Roman" w:cs="Times New Roman"/>
          <w:szCs w:val="24"/>
        </w:rPr>
      </w:pPr>
      <w:r w:rsidRPr="00F7055C">
        <w:rPr>
          <w:rFonts w:eastAsia="Times New Roman" w:cs="Times New Roman"/>
          <w:szCs w:val="24"/>
        </w:rPr>
        <w:t>Huxley didn’t smile. “Just another night in Washington.”</w:t>
      </w:r>
    </w:p>
    <w:p w14:paraId="5666151E" w14:textId="77777777" w:rsidR="005D669A" w:rsidRPr="005D669A" w:rsidRDefault="005D669A" w:rsidP="005D669A">
      <w:pPr>
        <w:spacing w:before="100" w:beforeAutospacing="1" w:after="100" w:afterAutospacing="1"/>
        <w:outlineLvl w:val="2"/>
        <w:rPr>
          <w:rFonts w:eastAsia="Times New Roman" w:cs="Times New Roman"/>
          <w:b/>
          <w:bCs/>
          <w:sz w:val="27"/>
          <w:szCs w:val="27"/>
        </w:rPr>
      </w:pPr>
      <w:r w:rsidRPr="005D669A">
        <w:rPr>
          <w:rFonts w:eastAsia="Times New Roman" w:cs="Times New Roman"/>
          <w:b/>
          <w:bCs/>
          <w:sz w:val="27"/>
          <w:szCs w:val="27"/>
        </w:rPr>
        <w:t>Stockbridge, MA – 7:42 p.m.</w:t>
      </w:r>
    </w:p>
    <w:p w14:paraId="2544FC23"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The </w:t>
      </w:r>
      <w:r w:rsidRPr="005D669A">
        <w:rPr>
          <w:rFonts w:eastAsia="Times New Roman" w:cs="Times New Roman"/>
          <w:b/>
          <w:bCs/>
          <w:szCs w:val="24"/>
        </w:rPr>
        <w:t>Lion’s Den</w:t>
      </w:r>
      <w:r w:rsidRPr="005D669A">
        <w:rPr>
          <w:rFonts w:eastAsia="Times New Roman" w:cs="Times New Roman"/>
          <w:szCs w:val="24"/>
        </w:rPr>
        <w:t xml:space="preserve"> at the </w:t>
      </w:r>
      <w:r w:rsidRPr="005D669A">
        <w:rPr>
          <w:rFonts w:eastAsia="Times New Roman" w:cs="Times New Roman"/>
          <w:b/>
          <w:bCs/>
          <w:szCs w:val="24"/>
        </w:rPr>
        <w:t>Red Lion Inn</w:t>
      </w:r>
      <w:r w:rsidRPr="005D669A">
        <w:rPr>
          <w:rFonts w:eastAsia="Times New Roman" w:cs="Times New Roman"/>
          <w:szCs w:val="24"/>
        </w:rPr>
        <w:t xml:space="preserve"> was a sanctuary for the elite, a place where power brokers met in the shadows of Berkshire County’s quiet elegance. The warm glow of candlelight flickered against the old beams of the historic tavern, creating a scene that might have been lifted from a Victorian-era painting. It was a world </w:t>
      </w:r>
      <w:r w:rsidRPr="005D669A">
        <w:rPr>
          <w:rFonts w:eastAsia="Times New Roman" w:cs="Times New Roman"/>
          <w:szCs w:val="24"/>
        </w:rPr>
        <w:lastRenderedPageBreak/>
        <w:t>apart from the cold, steel reality of government buildings and the sterile halls of surveillance rooms. Here, over heavy steaks and imported wines, the real deals were made.</w:t>
      </w:r>
    </w:p>
    <w:p w14:paraId="62899531"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At the center of the table sat </w:t>
      </w:r>
      <w:r w:rsidRPr="005D669A">
        <w:rPr>
          <w:rFonts w:eastAsia="Times New Roman" w:cs="Times New Roman"/>
          <w:b/>
          <w:bCs/>
          <w:szCs w:val="24"/>
        </w:rPr>
        <w:t>Arthur Wentworth</w:t>
      </w:r>
      <w:r w:rsidRPr="005D669A">
        <w:rPr>
          <w:rFonts w:eastAsia="Times New Roman" w:cs="Times New Roman"/>
          <w:szCs w:val="24"/>
        </w:rPr>
        <w:t xml:space="preserve">, a former senator turned lobbyist, the kind of man who knew how to wield influence like a weapon. To his right, </w:t>
      </w:r>
      <w:r w:rsidRPr="005D669A">
        <w:rPr>
          <w:rFonts w:eastAsia="Times New Roman" w:cs="Times New Roman"/>
          <w:b/>
          <w:bCs/>
          <w:szCs w:val="24"/>
        </w:rPr>
        <w:t>Katherine Roth</w:t>
      </w:r>
      <w:r w:rsidRPr="005D669A">
        <w:rPr>
          <w:rFonts w:eastAsia="Times New Roman" w:cs="Times New Roman"/>
          <w:szCs w:val="24"/>
        </w:rPr>
        <w:t>, a political consultant with ties to the most powerful PACs in Washington, leaned forward slightly, eyes narrowing as she discussed the latest developments.</w:t>
      </w:r>
    </w:p>
    <w:p w14:paraId="532D67C5"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“We need to make sure this doesn’t get out of hand,” Wentworth said, his voice low but urgent. “The Deluca issue is a distraction at best and a potential liability at worst.”</w:t>
      </w:r>
    </w:p>
    <w:p w14:paraId="0FF2CAC9"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Roth </w:t>
      </w:r>
      <w:proofErr w:type="gramStart"/>
      <w:r w:rsidRPr="005D669A">
        <w:rPr>
          <w:rFonts w:eastAsia="Times New Roman" w:cs="Times New Roman"/>
          <w:szCs w:val="24"/>
        </w:rPr>
        <w:t>nodded,</w:t>
      </w:r>
      <w:proofErr w:type="gramEnd"/>
      <w:r w:rsidRPr="005D669A">
        <w:rPr>
          <w:rFonts w:eastAsia="Times New Roman" w:cs="Times New Roman"/>
          <w:szCs w:val="24"/>
        </w:rPr>
        <w:t xml:space="preserve"> her lips pressed into a thin line. “We’ve had local sightings in the Berkshires. Rumors mostly. But we can’t ignore it. The longer he’s out there, the more damage he can do.”</w:t>
      </w:r>
    </w:p>
    <w:p w14:paraId="705A28CE"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Across the table, </w:t>
      </w:r>
      <w:r w:rsidRPr="005D669A">
        <w:rPr>
          <w:rFonts w:eastAsia="Times New Roman" w:cs="Times New Roman"/>
          <w:b/>
          <w:bCs/>
          <w:szCs w:val="24"/>
        </w:rPr>
        <w:t>Daniel Huxley</w:t>
      </w:r>
      <w:r w:rsidRPr="005D669A">
        <w:rPr>
          <w:rFonts w:eastAsia="Times New Roman" w:cs="Times New Roman"/>
          <w:szCs w:val="24"/>
        </w:rPr>
        <w:t xml:space="preserve">, a former military contractor now entrenched in the wealth of Silicon Valley, let out a slow chuckle. “Huxley’s not </w:t>
      </w:r>
      <w:proofErr w:type="spellStart"/>
      <w:r w:rsidRPr="005D669A">
        <w:rPr>
          <w:rFonts w:eastAsia="Times New Roman" w:cs="Times New Roman"/>
          <w:szCs w:val="24"/>
        </w:rPr>
        <w:t>gonna</w:t>
      </w:r>
      <w:proofErr w:type="spellEnd"/>
      <w:r w:rsidRPr="005D669A">
        <w:rPr>
          <w:rFonts w:eastAsia="Times New Roman" w:cs="Times New Roman"/>
          <w:szCs w:val="24"/>
        </w:rPr>
        <w:t xml:space="preserve"> let it go that far. You’ve got to understand, they’re </w:t>
      </w:r>
      <w:r w:rsidRPr="005D669A">
        <w:rPr>
          <w:rFonts w:eastAsia="Times New Roman" w:cs="Times New Roman"/>
          <w:b/>
          <w:bCs/>
          <w:szCs w:val="24"/>
        </w:rPr>
        <w:t>playing</w:t>
      </w:r>
      <w:r w:rsidRPr="005D669A">
        <w:rPr>
          <w:rFonts w:eastAsia="Times New Roman" w:cs="Times New Roman"/>
          <w:szCs w:val="24"/>
        </w:rPr>
        <w:t xml:space="preserve"> this. The AI, the pre-crime </w:t>
      </w:r>
      <w:proofErr w:type="gramStart"/>
      <w:r w:rsidRPr="005D669A">
        <w:rPr>
          <w:rFonts w:eastAsia="Times New Roman" w:cs="Times New Roman"/>
          <w:szCs w:val="24"/>
        </w:rPr>
        <w:t>profiling—it’s</w:t>
      </w:r>
      <w:proofErr w:type="gramEnd"/>
      <w:r w:rsidRPr="005D669A">
        <w:rPr>
          <w:rFonts w:eastAsia="Times New Roman" w:cs="Times New Roman"/>
          <w:szCs w:val="24"/>
        </w:rPr>
        <w:t xml:space="preserve"> all a show. It’s meant to galvanize the people.”</w:t>
      </w:r>
    </w:p>
    <w:p w14:paraId="4DDC51FC"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Roth’s fingers tapped lightly on the edge of her wine glass. “We’ve already generated the narrative. It’s all over the news now. We’ve got them hooked. The public's </w:t>
      </w:r>
      <w:r w:rsidRPr="005D669A">
        <w:rPr>
          <w:rFonts w:eastAsia="Times New Roman" w:cs="Times New Roman"/>
          <w:i/>
          <w:iCs/>
          <w:szCs w:val="24"/>
        </w:rPr>
        <w:t>buying</w:t>
      </w:r>
      <w:r w:rsidRPr="005D669A">
        <w:rPr>
          <w:rFonts w:eastAsia="Times New Roman" w:cs="Times New Roman"/>
          <w:szCs w:val="24"/>
        </w:rPr>
        <w:t xml:space="preserve"> the idea of Matt as a violent radical. This is just a matter of cleaning up the loose ends.”</w:t>
      </w:r>
    </w:p>
    <w:p w14:paraId="184200CC"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Wentworth cleared his throat, casting a quick glance around the room. “We can’t let it escalate. We need to show the local government investigators that we’re still in control. They’re nervous, unsure. They see Deluca as an isolated incident, but we can’t afford to let them think it’s just one man. They need to understand the bigger picture here. They need to understand that they’re part of something </w:t>
      </w:r>
      <w:r w:rsidRPr="005D669A">
        <w:rPr>
          <w:rFonts w:eastAsia="Times New Roman" w:cs="Times New Roman"/>
          <w:b/>
          <w:bCs/>
          <w:szCs w:val="24"/>
        </w:rPr>
        <w:t>greater</w:t>
      </w:r>
      <w:r w:rsidRPr="005D669A">
        <w:rPr>
          <w:rFonts w:eastAsia="Times New Roman" w:cs="Times New Roman"/>
          <w:szCs w:val="24"/>
        </w:rPr>
        <w:t>.”</w:t>
      </w:r>
    </w:p>
    <w:p w14:paraId="37255A31"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“Exactly,” Roth said, a faint smile crossing her lips. “We’ll make sure they’re on our side. The Red Lion Inn isn’t just for </w:t>
      </w:r>
      <w:proofErr w:type="gramStart"/>
      <w:r w:rsidRPr="005D669A">
        <w:rPr>
          <w:rFonts w:eastAsia="Times New Roman" w:cs="Times New Roman"/>
          <w:szCs w:val="24"/>
        </w:rPr>
        <w:t>the tourists</w:t>
      </w:r>
      <w:proofErr w:type="gramEnd"/>
      <w:r w:rsidRPr="005D669A">
        <w:rPr>
          <w:rFonts w:eastAsia="Times New Roman" w:cs="Times New Roman"/>
          <w:szCs w:val="24"/>
        </w:rPr>
        <w:t xml:space="preserve">. We need them to understand that everything we do here is part of the </w:t>
      </w:r>
      <w:r w:rsidRPr="005D669A">
        <w:rPr>
          <w:rFonts w:eastAsia="Times New Roman" w:cs="Times New Roman"/>
          <w:b/>
          <w:bCs/>
          <w:szCs w:val="24"/>
        </w:rPr>
        <w:t>greater good</w:t>
      </w:r>
      <w:r w:rsidRPr="005D669A">
        <w:rPr>
          <w:rFonts w:eastAsia="Times New Roman" w:cs="Times New Roman"/>
          <w:szCs w:val="24"/>
        </w:rPr>
        <w:t>.”</w:t>
      </w:r>
    </w:p>
    <w:p w14:paraId="2F01D99A"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“Or at least, the </w:t>
      </w:r>
      <w:r w:rsidRPr="005D669A">
        <w:rPr>
          <w:rFonts w:eastAsia="Times New Roman" w:cs="Times New Roman"/>
          <w:b/>
          <w:bCs/>
          <w:szCs w:val="24"/>
        </w:rPr>
        <w:t>greater plan</w:t>
      </w:r>
      <w:r w:rsidRPr="005D669A">
        <w:rPr>
          <w:rFonts w:eastAsia="Times New Roman" w:cs="Times New Roman"/>
          <w:szCs w:val="24"/>
        </w:rPr>
        <w:t>,” Huxley added, swirling his wine.</w:t>
      </w:r>
    </w:p>
    <w:p w14:paraId="7505AD94"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A young </w:t>
      </w:r>
      <w:r w:rsidRPr="005D669A">
        <w:rPr>
          <w:rFonts w:eastAsia="Times New Roman" w:cs="Times New Roman"/>
          <w:b/>
          <w:bCs/>
          <w:szCs w:val="24"/>
        </w:rPr>
        <w:t>local investigator</w:t>
      </w:r>
      <w:r w:rsidRPr="005D669A">
        <w:rPr>
          <w:rFonts w:eastAsia="Times New Roman" w:cs="Times New Roman"/>
          <w:szCs w:val="24"/>
        </w:rPr>
        <w:t xml:space="preserve">, sitting at the far end of the table, shifted uncomfortably </w:t>
      </w:r>
      <w:proofErr w:type="gramStart"/>
      <w:r w:rsidRPr="005D669A">
        <w:rPr>
          <w:rFonts w:eastAsia="Times New Roman" w:cs="Times New Roman"/>
          <w:szCs w:val="24"/>
        </w:rPr>
        <w:t>in</w:t>
      </w:r>
      <w:proofErr w:type="gramEnd"/>
      <w:r w:rsidRPr="005D669A">
        <w:rPr>
          <w:rFonts w:eastAsia="Times New Roman" w:cs="Times New Roman"/>
          <w:szCs w:val="24"/>
        </w:rPr>
        <w:t xml:space="preserve"> his seat. He was new to the world of high-stakes politics and influence, having only recently been tasked with looking into the rumors surrounding Matt. The man’s nervousness was palpable, his eyes darting between the players at the table.</w:t>
      </w:r>
    </w:p>
    <w:p w14:paraId="75E0EF4A"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“Are we sure this is the right approach?” the investigator asked hesitantly. “We’re still getting conflicting reports from the local authorities in the Berkshires. I mean, Matt Deluca... he doesn’t seem like the kind of person who’d just snap, not based on what we’re seeing.”</w:t>
      </w:r>
    </w:p>
    <w:p w14:paraId="5148D2B5"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Roth’s smile tightened. “The narrative is everything. The narrative is what the public believes. Deluca’s not a person to them anymore. He’s a symbol. We’ve built the story. It’s </w:t>
      </w:r>
      <w:r w:rsidRPr="005D669A">
        <w:rPr>
          <w:rFonts w:eastAsia="Times New Roman" w:cs="Times New Roman"/>
          <w:b/>
          <w:bCs/>
          <w:szCs w:val="24"/>
        </w:rPr>
        <w:t>written</w:t>
      </w:r>
      <w:r w:rsidRPr="005D669A">
        <w:rPr>
          <w:rFonts w:eastAsia="Times New Roman" w:cs="Times New Roman"/>
          <w:szCs w:val="24"/>
        </w:rPr>
        <w:t>. Now it’s time for everyone to play their part.”</w:t>
      </w:r>
    </w:p>
    <w:p w14:paraId="71C84816"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Wentworth’s voice dropped, the room growing quieter. “We’re not just controlling the story. We’re controlling the </w:t>
      </w:r>
      <w:r w:rsidRPr="005D669A">
        <w:rPr>
          <w:rFonts w:eastAsia="Times New Roman" w:cs="Times New Roman"/>
          <w:b/>
          <w:bCs/>
          <w:szCs w:val="24"/>
        </w:rPr>
        <w:t>reaction</w:t>
      </w:r>
      <w:r w:rsidRPr="005D669A">
        <w:rPr>
          <w:rFonts w:eastAsia="Times New Roman" w:cs="Times New Roman"/>
          <w:szCs w:val="24"/>
        </w:rPr>
        <w:t xml:space="preserve">. The local investigators will follow our lead. They’ll see what we’ve seen. They’ll </w:t>
      </w:r>
      <w:r w:rsidRPr="005D669A">
        <w:rPr>
          <w:rFonts w:eastAsia="Times New Roman" w:cs="Times New Roman"/>
          <w:i/>
          <w:iCs/>
          <w:szCs w:val="24"/>
        </w:rPr>
        <w:t>want</w:t>
      </w:r>
      <w:r w:rsidRPr="005D669A">
        <w:rPr>
          <w:rFonts w:eastAsia="Times New Roman" w:cs="Times New Roman"/>
          <w:szCs w:val="24"/>
        </w:rPr>
        <w:t xml:space="preserve"> to believe it. Because if they don’t, their lives will get much harder, much faster.”</w:t>
      </w:r>
    </w:p>
    <w:p w14:paraId="2B826822"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The investigator swallowed, clearly uneasy. “</w:t>
      </w:r>
      <w:proofErr w:type="gramStart"/>
      <w:r w:rsidRPr="005D669A">
        <w:rPr>
          <w:rFonts w:eastAsia="Times New Roman" w:cs="Times New Roman"/>
          <w:szCs w:val="24"/>
        </w:rPr>
        <w:t>So</w:t>
      </w:r>
      <w:proofErr w:type="gramEnd"/>
      <w:r w:rsidRPr="005D669A">
        <w:rPr>
          <w:rFonts w:eastAsia="Times New Roman" w:cs="Times New Roman"/>
          <w:szCs w:val="24"/>
        </w:rPr>
        <w:t xml:space="preserve"> you’re saying... if I don’t fall in line…”</w:t>
      </w:r>
    </w:p>
    <w:p w14:paraId="44E1A8CF"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lastRenderedPageBreak/>
        <w:t xml:space="preserve">Roth leaned forward slightly, her eyes sharp and unblinking. “If you don’t fall in line, </w:t>
      </w:r>
      <w:r w:rsidRPr="005D669A">
        <w:rPr>
          <w:rFonts w:eastAsia="Times New Roman" w:cs="Times New Roman"/>
          <w:b/>
          <w:bCs/>
          <w:szCs w:val="24"/>
        </w:rPr>
        <w:t>your career will be a footnote</w:t>
      </w:r>
      <w:r w:rsidRPr="005D669A">
        <w:rPr>
          <w:rFonts w:eastAsia="Times New Roman" w:cs="Times New Roman"/>
          <w:szCs w:val="24"/>
        </w:rPr>
        <w:t>. And you won’t get to write it.”</w:t>
      </w:r>
    </w:p>
    <w:p w14:paraId="2015D97A"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The investigator didn’t respond. He couldn’t. The words hung in the air like a threat that had already been spoken.</w:t>
      </w:r>
    </w:p>
    <w:p w14:paraId="0144F3B7"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As the meeting continued, Wentworth, Roth, and Huxley fell into their quiet, calculating rhythm. It wasn’t about Matt Deluca anymore. Not really. He was just another pawn in their grand design, and they were orchestrating everything—the chaos, </w:t>
      </w:r>
      <w:proofErr w:type="gramStart"/>
      <w:r w:rsidRPr="005D669A">
        <w:rPr>
          <w:rFonts w:eastAsia="Times New Roman" w:cs="Times New Roman"/>
          <w:szCs w:val="24"/>
        </w:rPr>
        <w:t>the public</w:t>
      </w:r>
      <w:proofErr w:type="gramEnd"/>
      <w:r w:rsidRPr="005D669A">
        <w:rPr>
          <w:rFonts w:eastAsia="Times New Roman" w:cs="Times New Roman"/>
          <w:szCs w:val="24"/>
        </w:rPr>
        <w:t xml:space="preserve"> fear, </w:t>
      </w:r>
      <w:proofErr w:type="gramStart"/>
      <w:r w:rsidRPr="005D669A">
        <w:rPr>
          <w:rFonts w:eastAsia="Times New Roman" w:cs="Times New Roman"/>
          <w:szCs w:val="24"/>
        </w:rPr>
        <w:t>the manipulated</w:t>
      </w:r>
      <w:proofErr w:type="gramEnd"/>
      <w:r w:rsidRPr="005D669A">
        <w:rPr>
          <w:rFonts w:eastAsia="Times New Roman" w:cs="Times New Roman"/>
          <w:szCs w:val="24"/>
        </w:rPr>
        <w:t xml:space="preserve"> </w:t>
      </w:r>
      <w:proofErr w:type="gramStart"/>
      <w:r w:rsidRPr="005D669A">
        <w:rPr>
          <w:rFonts w:eastAsia="Times New Roman" w:cs="Times New Roman"/>
          <w:szCs w:val="24"/>
        </w:rPr>
        <w:t>truth—all</w:t>
      </w:r>
      <w:proofErr w:type="gramEnd"/>
      <w:r w:rsidRPr="005D669A">
        <w:rPr>
          <w:rFonts w:eastAsia="Times New Roman" w:cs="Times New Roman"/>
          <w:szCs w:val="24"/>
        </w:rPr>
        <w:t xml:space="preserve"> of it.</w:t>
      </w:r>
    </w:p>
    <w:p w14:paraId="4D467784"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The power dynamics were shifting, and no one in this room was willing to let anyone else take control.</w:t>
      </w:r>
    </w:p>
    <w:p w14:paraId="2363DA19"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By the time the plates were cleared and the wine flowed freely again, the meeting had concluded. Wentworth raised his glass in a small, satisfied toast.</w:t>
      </w:r>
    </w:p>
    <w:p w14:paraId="48B2B98A"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“To a future that’s safer... for us.”</w:t>
      </w:r>
    </w:p>
    <w:p w14:paraId="0B84AF6A"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The others joined him, their voices low but unified. In the back of the room, the investigator’s unease still lingered, but he knew better than to voice it. The game was in motion, and he was just another piece to be moved.</w:t>
      </w:r>
    </w:p>
    <w:p w14:paraId="4A3BB9B8" w14:textId="77777777" w:rsidR="005D669A" w:rsidRPr="005D669A" w:rsidRDefault="005D669A" w:rsidP="005D669A">
      <w:pPr>
        <w:spacing w:before="100" w:beforeAutospacing="1" w:after="100" w:afterAutospacing="1"/>
        <w:outlineLvl w:val="2"/>
        <w:rPr>
          <w:rFonts w:eastAsia="Times New Roman" w:cs="Times New Roman"/>
          <w:b/>
          <w:bCs/>
          <w:sz w:val="27"/>
          <w:szCs w:val="27"/>
        </w:rPr>
      </w:pPr>
      <w:r w:rsidRPr="005D669A">
        <w:rPr>
          <w:rFonts w:eastAsia="Times New Roman" w:cs="Times New Roman"/>
          <w:b/>
          <w:bCs/>
          <w:sz w:val="27"/>
          <w:szCs w:val="27"/>
        </w:rPr>
        <w:t>Chapter 4: The Tightening Noose</w:t>
      </w:r>
    </w:p>
    <w:p w14:paraId="7050A14E" w14:textId="77777777" w:rsidR="005D669A" w:rsidRPr="005D669A" w:rsidRDefault="009E451F" w:rsidP="005D669A">
      <w:pPr>
        <w:rPr>
          <w:rFonts w:eastAsia="Times New Roman" w:cs="Times New Roman"/>
          <w:szCs w:val="24"/>
        </w:rPr>
      </w:pPr>
      <w:r>
        <w:rPr>
          <w:rFonts w:eastAsia="Times New Roman" w:cs="Times New Roman"/>
          <w:szCs w:val="24"/>
        </w:rPr>
        <w:pict w14:anchorId="5B0177DD">
          <v:rect id="_x0000_i1029" style="width:0;height:1.5pt" o:hralign="center" o:hrstd="t" o:hr="t" fillcolor="#a0a0a0" stroked="f"/>
        </w:pict>
      </w:r>
    </w:p>
    <w:p w14:paraId="604928E4"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Matt had learned a lot in his years of special forces service, but nothing had prepared him for this. The feeling of being hunted, like a wounded animal trapped in a corner, had a sharp, distinct edge to it. The country he’d fought for had now become the prison that was closing in on him.</w:t>
      </w:r>
    </w:p>
    <w:p w14:paraId="71B2A0E5"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It was still early morning when he set the burner phone on the small, battered table in his rented room—a modest spot in a no-name town just beyond the Berkshires. The phone had become his lifeline, but even that was precarious. He had to trust the connection, but who else could he trust anymore? Everyone he once knew seemed to be part of the machinery that wanted him either captured or eliminated.</w:t>
      </w:r>
    </w:p>
    <w:p w14:paraId="6CD36ADF"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The </w:t>
      </w:r>
      <w:r w:rsidRPr="005D669A">
        <w:rPr>
          <w:rFonts w:eastAsia="Times New Roman" w:cs="Times New Roman"/>
          <w:b/>
          <w:bCs/>
          <w:szCs w:val="24"/>
        </w:rPr>
        <w:t>AI system</w:t>
      </w:r>
      <w:r w:rsidRPr="005D669A">
        <w:rPr>
          <w:rFonts w:eastAsia="Times New Roman" w:cs="Times New Roman"/>
          <w:szCs w:val="24"/>
        </w:rPr>
        <w:t xml:space="preserve"> was everywhere. Every step, every decision, was being watched. The moment he moved outside his shelter, cameras tracked his every motion. Digital surveillance systems—like invisible chains—shackled him, even in the remote wilderness. There were </w:t>
      </w:r>
      <w:r w:rsidRPr="005D669A">
        <w:rPr>
          <w:rFonts w:eastAsia="Times New Roman" w:cs="Times New Roman"/>
          <w:b/>
          <w:bCs/>
          <w:szCs w:val="24"/>
        </w:rPr>
        <w:t>rumors</w:t>
      </w:r>
      <w:r w:rsidRPr="005D669A">
        <w:rPr>
          <w:rFonts w:eastAsia="Times New Roman" w:cs="Times New Roman"/>
          <w:szCs w:val="24"/>
        </w:rPr>
        <w:t xml:space="preserve"> about him being spotted in various towns, but </w:t>
      </w:r>
      <w:proofErr w:type="gramStart"/>
      <w:r w:rsidRPr="005D669A">
        <w:rPr>
          <w:rFonts w:eastAsia="Times New Roman" w:cs="Times New Roman"/>
          <w:szCs w:val="24"/>
        </w:rPr>
        <w:t>they</w:t>
      </w:r>
      <w:proofErr w:type="gramEnd"/>
      <w:r w:rsidRPr="005D669A">
        <w:rPr>
          <w:rFonts w:eastAsia="Times New Roman" w:cs="Times New Roman"/>
          <w:szCs w:val="24"/>
        </w:rPr>
        <w:t xml:space="preserve"> were still unconfirmed sightings. What did it matter? They all started to look the same. There was no safe place left.</w:t>
      </w:r>
    </w:p>
    <w:p w14:paraId="05B7EC9E"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A part of him—deep down—wondered if there was anyone who still cared enough to help him. But as he tapped out a message on the burner, his finger hovered over the screen. </w:t>
      </w:r>
      <w:r w:rsidRPr="005D669A">
        <w:rPr>
          <w:rFonts w:eastAsia="Times New Roman" w:cs="Times New Roman"/>
          <w:b/>
          <w:bCs/>
          <w:szCs w:val="24"/>
        </w:rPr>
        <w:t>Should I reach out?</w:t>
      </w:r>
      <w:r w:rsidRPr="005D669A">
        <w:rPr>
          <w:rFonts w:eastAsia="Times New Roman" w:cs="Times New Roman"/>
          <w:szCs w:val="24"/>
        </w:rPr>
        <w:t xml:space="preserve"> What if it was a trap? What if the moment he made contact, they’d have him? The paranoia gnawed at him.</w:t>
      </w:r>
    </w:p>
    <w:p w14:paraId="7BFD29C2"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The message was simple:</w:t>
      </w:r>
    </w:p>
    <w:p w14:paraId="3A37F8CE"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b/>
          <w:bCs/>
          <w:szCs w:val="24"/>
        </w:rPr>
        <w:t>“Mattie, I need help. I’m being set up. You know what they did to me. Can we talk?”</w:t>
      </w:r>
    </w:p>
    <w:p w14:paraId="1050BE19"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He hesitated before hitting </w:t>
      </w:r>
      <w:r w:rsidRPr="005D669A">
        <w:rPr>
          <w:rFonts w:eastAsia="Times New Roman" w:cs="Times New Roman"/>
          <w:b/>
          <w:bCs/>
          <w:szCs w:val="24"/>
        </w:rPr>
        <w:t>send</w:t>
      </w:r>
      <w:r w:rsidRPr="005D669A">
        <w:rPr>
          <w:rFonts w:eastAsia="Times New Roman" w:cs="Times New Roman"/>
          <w:szCs w:val="24"/>
        </w:rPr>
        <w:t>. Then he immediately deleted the message from the phone’s history.</w:t>
      </w:r>
    </w:p>
    <w:p w14:paraId="04996E99"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lastRenderedPageBreak/>
        <w:t xml:space="preserve">His instincts told him to lay low. But the truth was, he couldn’t run forever. He needed information. There were pieces missing. He needed to know who was pulling the strings and why they had targeted him. And somewhere deep in his gut, he knew the </w:t>
      </w:r>
      <w:r w:rsidRPr="005D669A">
        <w:rPr>
          <w:rFonts w:eastAsia="Times New Roman" w:cs="Times New Roman"/>
          <w:b/>
          <w:bCs/>
          <w:szCs w:val="24"/>
        </w:rPr>
        <w:t>people behind this program</w:t>
      </w:r>
      <w:r w:rsidRPr="005D669A">
        <w:rPr>
          <w:rFonts w:eastAsia="Times New Roman" w:cs="Times New Roman"/>
          <w:szCs w:val="24"/>
        </w:rPr>
        <w:t xml:space="preserve"> weren’t just looking to control </w:t>
      </w:r>
      <w:proofErr w:type="gramStart"/>
      <w:r w:rsidRPr="005D669A">
        <w:rPr>
          <w:rFonts w:eastAsia="Times New Roman" w:cs="Times New Roman"/>
          <w:szCs w:val="24"/>
        </w:rPr>
        <w:t>him—</w:t>
      </w:r>
      <w:proofErr w:type="gramEnd"/>
      <w:r w:rsidRPr="005D669A">
        <w:rPr>
          <w:rFonts w:eastAsia="Times New Roman" w:cs="Times New Roman"/>
          <w:szCs w:val="24"/>
        </w:rPr>
        <w:t xml:space="preserve">they were after something bigger. Matt was a small part of a much more dangerous game. </w:t>
      </w:r>
      <w:r w:rsidRPr="005D669A">
        <w:rPr>
          <w:rFonts w:eastAsia="Times New Roman" w:cs="Times New Roman"/>
          <w:b/>
          <w:bCs/>
          <w:szCs w:val="24"/>
        </w:rPr>
        <w:t>The pre-convict system</w:t>
      </w:r>
      <w:r w:rsidRPr="005D669A">
        <w:rPr>
          <w:rFonts w:eastAsia="Times New Roman" w:cs="Times New Roman"/>
          <w:szCs w:val="24"/>
        </w:rPr>
        <w:t xml:space="preserve"> was the </w:t>
      </w:r>
      <w:r w:rsidRPr="005D669A">
        <w:rPr>
          <w:rFonts w:eastAsia="Times New Roman" w:cs="Times New Roman"/>
          <w:b/>
          <w:bCs/>
          <w:szCs w:val="24"/>
        </w:rPr>
        <w:t>future</w:t>
      </w:r>
      <w:r w:rsidRPr="005D669A">
        <w:rPr>
          <w:rFonts w:eastAsia="Times New Roman" w:cs="Times New Roman"/>
          <w:szCs w:val="24"/>
        </w:rPr>
        <w:t>, and he was a casualty, caught in the gears.</w:t>
      </w:r>
    </w:p>
    <w:p w14:paraId="0D3488D3" w14:textId="77777777" w:rsidR="005D669A" w:rsidRPr="005D669A" w:rsidRDefault="009E451F" w:rsidP="005D669A">
      <w:pPr>
        <w:rPr>
          <w:rFonts w:eastAsia="Times New Roman" w:cs="Times New Roman"/>
          <w:szCs w:val="24"/>
        </w:rPr>
      </w:pPr>
      <w:r>
        <w:rPr>
          <w:rFonts w:eastAsia="Times New Roman" w:cs="Times New Roman"/>
          <w:szCs w:val="24"/>
        </w:rPr>
        <w:pict w14:anchorId="6260355F">
          <v:rect id="_x0000_i1030" style="width:0;height:1.5pt" o:hralign="center" o:hrstd="t" o:hr="t" fillcolor="#a0a0a0" stroked="f"/>
        </w:pict>
      </w:r>
    </w:p>
    <w:p w14:paraId="3371C4B2" w14:textId="3D967E25"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Later that day, he moved through the </w:t>
      </w:r>
      <w:r w:rsidRPr="005D669A">
        <w:rPr>
          <w:rFonts w:eastAsia="Times New Roman" w:cs="Times New Roman"/>
          <w:b/>
          <w:bCs/>
          <w:szCs w:val="24"/>
        </w:rPr>
        <w:t>Berkshires</w:t>
      </w:r>
      <w:r w:rsidRPr="005D669A">
        <w:rPr>
          <w:rFonts w:eastAsia="Times New Roman" w:cs="Times New Roman"/>
          <w:szCs w:val="24"/>
        </w:rPr>
        <w:t xml:space="preserve"> like a shadow, taking long detours</w:t>
      </w:r>
      <w:r>
        <w:rPr>
          <w:rFonts w:eastAsia="Times New Roman" w:cs="Times New Roman"/>
          <w:szCs w:val="24"/>
        </w:rPr>
        <w:t xml:space="preserve"> away from Route 20</w:t>
      </w:r>
      <w:r w:rsidRPr="005D669A">
        <w:rPr>
          <w:rFonts w:eastAsia="Times New Roman" w:cs="Times New Roman"/>
          <w:szCs w:val="24"/>
        </w:rPr>
        <w:t xml:space="preserve"> to avoid any roadblocks or authorities. He kept to the back roads, staying out of sight. But the longer he stayed hidden, the more isolated he became. He had no real </w:t>
      </w:r>
      <w:proofErr w:type="gramStart"/>
      <w:r w:rsidRPr="005D669A">
        <w:rPr>
          <w:rFonts w:eastAsia="Times New Roman" w:cs="Times New Roman"/>
          <w:szCs w:val="24"/>
        </w:rPr>
        <w:t>plan—</w:t>
      </w:r>
      <w:proofErr w:type="gramEnd"/>
      <w:r w:rsidRPr="005D669A">
        <w:rPr>
          <w:rFonts w:eastAsia="Times New Roman" w:cs="Times New Roman"/>
          <w:szCs w:val="24"/>
        </w:rPr>
        <w:t>just a vague instinct to get out, to find something, someone, that could give him an edge.</w:t>
      </w:r>
    </w:p>
    <w:p w14:paraId="2E93A36D"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As night fell, Matt ended up in a small town near </w:t>
      </w:r>
      <w:r w:rsidRPr="005D669A">
        <w:rPr>
          <w:rFonts w:eastAsia="Times New Roman" w:cs="Times New Roman"/>
          <w:b/>
          <w:bCs/>
          <w:szCs w:val="24"/>
        </w:rPr>
        <w:t>Chatham, NY</w:t>
      </w:r>
      <w:r w:rsidRPr="005D669A">
        <w:rPr>
          <w:rFonts w:eastAsia="Times New Roman" w:cs="Times New Roman"/>
          <w:szCs w:val="24"/>
        </w:rPr>
        <w:t xml:space="preserve">, not far from where he’d served with a friend from his Army days. His old buddy </w:t>
      </w:r>
      <w:r w:rsidRPr="005D669A">
        <w:rPr>
          <w:rFonts w:eastAsia="Times New Roman" w:cs="Times New Roman"/>
          <w:b/>
          <w:bCs/>
          <w:szCs w:val="24"/>
        </w:rPr>
        <w:t>Jake</w:t>
      </w:r>
      <w:r w:rsidRPr="005D669A">
        <w:rPr>
          <w:rFonts w:eastAsia="Times New Roman" w:cs="Times New Roman"/>
          <w:szCs w:val="24"/>
        </w:rPr>
        <w:t xml:space="preserve">, a former special forces medic turned </w:t>
      </w:r>
      <w:r w:rsidRPr="005D669A">
        <w:rPr>
          <w:rFonts w:eastAsia="Times New Roman" w:cs="Times New Roman"/>
          <w:b/>
          <w:bCs/>
          <w:szCs w:val="24"/>
        </w:rPr>
        <w:t>Surge Tech</w:t>
      </w:r>
      <w:r w:rsidRPr="005D669A">
        <w:rPr>
          <w:rFonts w:eastAsia="Times New Roman" w:cs="Times New Roman"/>
          <w:szCs w:val="24"/>
        </w:rPr>
        <w:t>, was someone Matt could trust. The guy had seen the worst of the worst in Afghanistan, and unlike the others, he never changed. The world around him might have twisted, but Jake was still Jake.</w:t>
      </w:r>
    </w:p>
    <w:p w14:paraId="70F1605D"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Matt knocked quietly on the door of the small, weather-worn house that Jake had called home for the last few years. The door swung open almost instantly.</w:t>
      </w:r>
    </w:p>
    <w:p w14:paraId="770AD2D5"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“Mattie?” Jake said, the surprise </w:t>
      </w:r>
      <w:proofErr w:type="gramStart"/>
      <w:r w:rsidRPr="005D669A">
        <w:rPr>
          <w:rFonts w:eastAsia="Times New Roman" w:cs="Times New Roman"/>
          <w:szCs w:val="24"/>
        </w:rPr>
        <w:t>clear</w:t>
      </w:r>
      <w:proofErr w:type="gramEnd"/>
      <w:r w:rsidRPr="005D669A">
        <w:rPr>
          <w:rFonts w:eastAsia="Times New Roman" w:cs="Times New Roman"/>
          <w:szCs w:val="24"/>
        </w:rPr>
        <w:t xml:space="preserve"> in his voice, but his tone warm. “Hell, I thought you were a ghost. What the hell are you doing here?”</w:t>
      </w:r>
    </w:p>
    <w:p w14:paraId="754729BD"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Without waiting for an answer, Jake pulled him inside. “You look like hell. You’re not safe here, man. I know what’s going on. </w:t>
      </w:r>
      <w:r w:rsidRPr="005D669A">
        <w:rPr>
          <w:rFonts w:eastAsia="Times New Roman" w:cs="Times New Roman"/>
          <w:b/>
          <w:bCs/>
          <w:szCs w:val="24"/>
        </w:rPr>
        <w:t>The score.</w:t>
      </w:r>
      <w:r w:rsidRPr="005D669A">
        <w:rPr>
          <w:rFonts w:eastAsia="Times New Roman" w:cs="Times New Roman"/>
          <w:szCs w:val="24"/>
        </w:rPr>
        <w:t xml:space="preserve"> It’s all over the news. They’ve labeled you. People are saying things. They’re going to </w:t>
      </w:r>
      <w:r w:rsidRPr="005D669A">
        <w:rPr>
          <w:rFonts w:eastAsia="Times New Roman" w:cs="Times New Roman"/>
          <w:b/>
          <w:bCs/>
          <w:szCs w:val="24"/>
        </w:rPr>
        <w:t>come for you.</w:t>
      </w:r>
      <w:r w:rsidRPr="005D669A">
        <w:rPr>
          <w:rFonts w:eastAsia="Times New Roman" w:cs="Times New Roman"/>
          <w:szCs w:val="24"/>
        </w:rPr>
        <w:t>”</w:t>
      </w:r>
    </w:p>
    <w:p w14:paraId="46193B4F"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Matt stood in the dimly lit kitchen, trying to make sense of the situation. He didn’t need anyone to tell him the score had gone up. He could feel the weight of </w:t>
      </w:r>
      <w:proofErr w:type="gramStart"/>
      <w:r w:rsidRPr="005D669A">
        <w:rPr>
          <w:rFonts w:eastAsia="Times New Roman" w:cs="Times New Roman"/>
          <w:szCs w:val="24"/>
        </w:rPr>
        <w:t>it—</w:t>
      </w:r>
      <w:proofErr w:type="gramEnd"/>
      <w:r w:rsidRPr="005D669A">
        <w:rPr>
          <w:rFonts w:eastAsia="Times New Roman" w:cs="Times New Roman"/>
          <w:szCs w:val="24"/>
        </w:rPr>
        <w:t>the eyes on him, the pressure. Everything was out of his control.</w:t>
      </w:r>
    </w:p>
    <w:p w14:paraId="51052515"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“I need a phone,” Matt said quietly, “something I can use to get in touch with someone without them tracing it.”</w:t>
      </w:r>
    </w:p>
    <w:p w14:paraId="4D6C793C"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Jake’s eyes narrowed, but he nodded. “I can get you something. You know the deal—no names, no nothing. There’s a guy over at Berkshire Medical who... Well, I can’t say more. But he’ll help. He’s got a </w:t>
      </w:r>
      <w:proofErr w:type="gramStart"/>
      <w:r w:rsidRPr="005D669A">
        <w:rPr>
          <w:rFonts w:eastAsia="Times New Roman" w:cs="Times New Roman"/>
          <w:szCs w:val="24"/>
        </w:rPr>
        <w:t>phone</w:t>
      </w:r>
      <w:proofErr w:type="gramEnd"/>
      <w:r w:rsidRPr="005D669A">
        <w:rPr>
          <w:rFonts w:eastAsia="Times New Roman" w:cs="Times New Roman"/>
          <w:szCs w:val="24"/>
        </w:rPr>
        <w:t xml:space="preserve"> from a guy who passed away last week. No one’s </w:t>
      </w:r>
      <w:proofErr w:type="spellStart"/>
      <w:r w:rsidRPr="005D669A">
        <w:rPr>
          <w:rFonts w:eastAsia="Times New Roman" w:cs="Times New Roman"/>
          <w:szCs w:val="24"/>
        </w:rPr>
        <w:t>gonna</w:t>
      </w:r>
      <w:proofErr w:type="spellEnd"/>
      <w:r w:rsidRPr="005D669A">
        <w:rPr>
          <w:rFonts w:eastAsia="Times New Roman" w:cs="Times New Roman"/>
          <w:szCs w:val="24"/>
        </w:rPr>
        <w:t xml:space="preserve"> ask questions. You get in, you get out. It’s not perfect, but it’ll give you a few weeks.”</w:t>
      </w:r>
    </w:p>
    <w:p w14:paraId="5573CE22"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Matt nodded grimly. “Thanks, Jake. I’ll be out of your hair in no time.”</w:t>
      </w:r>
    </w:p>
    <w:p w14:paraId="56B7D84D"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Jake clapped him on the back. “No, you won’t. This isn’t about being out of anyone’s hair. You’re in this now, Mattie. The more you try to run, the tighter they pull.”</w:t>
      </w:r>
    </w:p>
    <w:p w14:paraId="65F1D5AA"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The conversation shifted after that, and Matt started feeling the weight of everything pressing down on him. He couldn’t trust the system. He couldn’t trust anyone, even in a small town like Chatham. No one was safe. He felt like a </w:t>
      </w:r>
      <w:r w:rsidRPr="005D669A">
        <w:rPr>
          <w:rFonts w:eastAsia="Times New Roman" w:cs="Times New Roman"/>
          <w:b/>
          <w:bCs/>
          <w:szCs w:val="24"/>
        </w:rPr>
        <w:t>ghost</w:t>
      </w:r>
      <w:r w:rsidRPr="005D669A">
        <w:rPr>
          <w:rFonts w:eastAsia="Times New Roman" w:cs="Times New Roman"/>
          <w:szCs w:val="24"/>
        </w:rPr>
        <w:t xml:space="preserve"> in his own life, trying to stay ahead of the storm but knowing that it was only a matter of time before it swallowed him whole.</w:t>
      </w:r>
    </w:p>
    <w:p w14:paraId="099ED6D8" w14:textId="77777777" w:rsidR="005D669A" w:rsidRPr="005D669A" w:rsidRDefault="009E451F" w:rsidP="005D669A">
      <w:pPr>
        <w:rPr>
          <w:rFonts w:eastAsia="Times New Roman" w:cs="Times New Roman"/>
          <w:szCs w:val="24"/>
        </w:rPr>
      </w:pPr>
      <w:r>
        <w:rPr>
          <w:rFonts w:eastAsia="Times New Roman" w:cs="Times New Roman"/>
          <w:szCs w:val="24"/>
        </w:rPr>
        <w:pict w14:anchorId="1FEC606B">
          <v:rect id="_x0000_i1031" style="width:0;height:1.5pt" o:hralign="center" o:hrstd="t" o:hr="t" fillcolor="#a0a0a0" stroked="f"/>
        </w:pict>
      </w:r>
    </w:p>
    <w:p w14:paraId="2DA4C827" w14:textId="77777777" w:rsidR="005D669A" w:rsidRPr="005D669A" w:rsidRDefault="005D669A" w:rsidP="005D669A">
      <w:pPr>
        <w:spacing w:before="100" w:beforeAutospacing="1" w:after="100" w:afterAutospacing="1"/>
        <w:outlineLvl w:val="2"/>
        <w:rPr>
          <w:rFonts w:eastAsia="Times New Roman" w:cs="Times New Roman"/>
          <w:b/>
          <w:bCs/>
          <w:sz w:val="27"/>
          <w:szCs w:val="27"/>
        </w:rPr>
      </w:pPr>
      <w:r w:rsidRPr="005D669A">
        <w:rPr>
          <w:rFonts w:eastAsia="Times New Roman" w:cs="Times New Roman"/>
          <w:b/>
          <w:bCs/>
          <w:sz w:val="27"/>
          <w:szCs w:val="27"/>
        </w:rPr>
        <w:lastRenderedPageBreak/>
        <w:t>Elsewhere – D.C.</w:t>
      </w:r>
    </w:p>
    <w:p w14:paraId="259F560A"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Back in Washington, the </w:t>
      </w:r>
      <w:r w:rsidRPr="005D669A">
        <w:rPr>
          <w:rFonts w:eastAsia="Times New Roman" w:cs="Times New Roman"/>
          <w:b/>
          <w:bCs/>
          <w:szCs w:val="24"/>
        </w:rPr>
        <w:t>political machine</w:t>
      </w:r>
      <w:r w:rsidRPr="005D669A">
        <w:rPr>
          <w:rFonts w:eastAsia="Times New Roman" w:cs="Times New Roman"/>
          <w:szCs w:val="24"/>
        </w:rPr>
        <w:t xml:space="preserve"> was gearing up for the next phase. It wasn’t just about catching Matt Deluca anymore. It was about making sure </w:t>
      </w:r>
      <w:r w:rsidRPr="005D669A">
        <w:rPr>
          <w:rFonts w:eastAsia="Times New Roman" w:cs="Times New Roman"/>
          <w:b/>
          <w:bCs/>
          <w:szCs w:val="24"/>
        </w:rPr>
        <w:t>everyone understood</w:t>
      </w:r>
      <w:r w:rsidRPr="005D669A">
        <w:rPr>
          <w:rFonts w:eastAsia="Times New Roman" w:cs="Times New Roman"/>
          <w:szCs w:val="24"/>
        </w:rPr>
        <w:t xml:space="preserve"> the power of the pre-convict system.</w:t>
      </w:r>
    </w:p>
    <w:p w14:paraId="6CB47740"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Roth, Wentworth, and Huxley were in full coordination. The </w:t>
      </w:r>
      <w:r w:rsidRPr="005D669A">
        <w:rPr>
          <w:rFonts w:eastAsia="Times New Roman" w:cs="Times New Roman"/>
          <w:b/>
          <w:bCs/>
          <w:szCs w:val="24"/>
        </w:rPr>
        <w:t>spin</w:t>
      </w:r>
      <w:r w:rsidRPr="005D669A">
        <w:rPr>
          <w:rFonts w:eastAsia="Times New Roman" w:cs="Times New Roman"/>
          <w:szCs w:val="24"/>
        </w:rPr>
        <w:t xml:space="preserve"> was rolling out with military precision. Public trust in the system was at an all-time high, and Matt’s case had become a </w:t>
      </w:r>
      <w:r w:rsidRPr="005D669A">
        <w:rPr>
          <w:rFonts w:eastAsia="Times New Roman" w:cs="Times New Roman"/>
          <w:b/>
          <w:bCs/>
          <w:szCs w:val="24"/>
        </w:rPr>
        <w:t>rallying cry</w:t>
      </w:r>
      <w:r w:rsidRPr="005D669A">
        <w:rPr>
          <w:rFonts w:eastAsia="Times New Roman" w:cs="Times New Roman"/>
          <w:szCs w:val="24"/>
        </w:rPr>
        <w:t xml:space="preserve"> for supporters of the government program.</w:t>
      </w:r>
    </w:p>
    <w:p w14:paraId="624FC63D"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The local investigator in </w:t>
      </w:r>
      <w:r w:rsidRPr="005D669A">
        <w:rPr>
          <w:rFonts w:eastAsia="Times New Roman" w:cs="Times New Roman"/>
          <w:b/>
          <w:bCs/>
          <w:szCs w:val="24"/>
        </w:rPr>
        <w:t>Stockbridge</w:t>
      </w:r>
      <w:r w:rsidRPr="005D669A">
        <w:rPr>
          <w:rFonts w:eastAsia="Times New Roman" w:cs="Times New Roman"/>
          <w:szCs w:val="24"/>
        </w:rPr>
        <w:t xml:space="preserve"> received a directive to ensure that all official narratives painted Matt as a growing threat. In a few days, the manhunt would escalate, and the pressure would mount on everyone involved. But for now, all they could do was watch and wait.</w:t>
      </w:r>
    </w:p>
    <w:p w14:paraId="79123E63" w14:textId="77777777" w:rsidR="00EC6640" w:rsidRPr="00EC6640" w:rsidRDefault="00EC6640" w:rsidP="00EC6640">
      <w:pPr>
        <w:spacing w:before="100" w:beforeAutospacing="1" w:after="100" w:afterAutospacing="1"/>
        <w:rPr>
          <w:rFonts w:eastAsia="Times New Roman" w:cs="Times New Roman"/>
          <w:szCs w:val="24"/>
        </w:rPr>
      </w:pPr>
      <w:r w:rsidRPr="00EC6640">
        <w:rPr>
          <w:rFonts w:eastAsia="Times New Roman" w:cs="Times New Roman"/>
          <w:szCs w:val="24"/>
        </w:rPr>
        <w:t>After Matt leaves Jake’s place, a notification flashes on the screen of the burner phone. Cold and clinical.</w:t>
      </w:r>
    </w:p>
    <w:p w14:paraId="4BF05D71" w14:textId="77777777" w:rsidR="00EC6640" w:rsidRPr="00EC6640" w:rsidRDefault="00EC6640" w:rsidP="00EC6640">
      <w:pPr>
        <w:spacing w:before="100" w:beforeAutospacing="1" w:after="100" w:afterAutospacing="1"/>
        <w:rPr>
          <w:rFonts w:eastAsia="Times New Roman" w:cs="Times New Roman"/>
          <w:szCs w:val="24"/>
        </w:rPr>
      </w:pPr>
      <w:r w:rsidRPr="00EC6640">
        <w:rPr>
          <w:rFonts w:eastAsia="Times New Roman" w:cs="Times New Roman"/>
          <w:b/>
          <w:bCs/>
          <w:szCs w:val="24"/>
        </w:rPr>
        <w:t>Pre-Conviction Trial Date Scheduled:</w:t>
      </w:r>
      <w:r w:rsidRPr="00EC6640">
        <w:rPr>
          <w:rFonts w:eastAsia="Times New Roman" w:cs="Times New Roman"/>
          <w:szCs w:val="24"/>
        </w:rPr>
        <w:br/>
      </w:r>
      <w:r w:rsidRPr="00EC6640">
        <w:rPr>
          <w:rFonts w:eastAsia="Times New Roman" w:cs="Times New Roman"/>
          <w:b/>
          <w:bCs/>
          <w:szCs w:val="24"/>
        </w:rPr>
        <w:t>Date:</w:t>
      </w:r>
      <w:r w:rsidRPr="00EC6640">
        <w:rPr>
          <w:rFonts w:eastAsia="Times New Roman" w:cs="Times New Roman"/>
          <w:szCs w:val="24"/>
        </w:rPr>
        <w:t xml:space="preserve"> August 30, 2025</w:t>
      </w:r>
      <w:r w:rsidRPr="00EC6640">
        <w:rPr>
          <w:rFonts w:eastAsia="Times New Roman" w:cs="Times New Roman"/>
          <w:szCs w:val="24"/>
        </w:rPr>
        <w:br/>
      </w:r>
      <w:r w:rsidRPr="00EC6640">
        <w:rPr>
          <w:rFonts w:eastAsia="Times New Roman" w:cs="Times New Roman"/>
          <w:b/>
          <w:bCs/>
          <w:szCs w:val="24"/>
        </w:rPr>
        <w:t>Location:</w:t>
      </w:r>
      <w:r w:rsidRPr="00EC6640">
        <w:rPr>
          <w:rFonts w:eastAsia="Times New Roman" w:cs="Times New Roman"/>
          <w:szCs w:val="24"/>
        </w:rPr>
        <w:t xml:space="preserve"> Federal District Court, Washington, D.C.</w:t>
      </w:r>
      <w:r w:rsidRPr="00EC6640">
        <w:rPr>
          <w:rFonts w:eastAsia="Times New Roman" w:cs="Times New Roman"/>
          <w:szCs w:val="24"/>
        </w:rPr>
        <w:br/>
      </w:r>
      <w:r w:rsidRPr="00EC6640">
        <w:rPr>
          <w:rFonts w:eastAsia="Times New Roman" w:cs="Times New Roman"/>
          <w:b/>
          <w:bCs/>
          <w:szCs w:val="24"/>
        </w:rPr>
        <w:t>Charges:</w:t>
      </w:r>
      <w:r w:rsidRPr="00EC6640">
        <w:rPr>
          <w:rFonts w:eastAsia="Times New Roman" w:cs="Times New Roman"/>
          <w:szCs w:val="24"/>
        </w:rPr>
        <w:t xml:space="preserve"> Political Violence / Attempted Political Murder (Pre-Conviction)</w:t>
      </w:r>
      <w:r w:rsidRPr="00EC6640">
        <w:rPr>
          <w:rFonts w:eastAsia="Times New Roman" w:cs="Times New Roman"/>
          <w:szCs w:val="24"/>
        </w:rPr>
        <w:br/>
      </w:r>
      <w:r w:rsidRPr="00EC6640">
        <w:rPr>
          <w:rFonts w:eastAsia="Times New Roman" w:cs="Times New Roman"/>
          <w:b/>
          <w:bCs/>
          <w:szCs w:val="24"/>
        </w:rPr>
        <w:t>Defendant:</w:t>
      </w:r>
      <w:r w:rsidRPr="00EC6640">
        <w:rPr>
          <w:rFonts w:eastAsia="Times New Roman" w:cs="Times New Roman"/>
          <w:szCs w:val="24"/>
        </w:rPr>
        <w:t xml:space="preserve"> Matteo Deluca</w:t>
      </w:r>
    </w:p>
    <w:p w14:paraId="5F3D8D18" w14:textId="77777777" w:rsidR="00EC6640" w:rsidRPr="00EC6640" w:rsidRDefault="00EC6640" w:rsidP="00EC6640">
      <w:pPr>
        <w:spacing w:before="100" w:beforeAutospacing="1" w:after="100" w:afterAutospacing="1"/>
        <w:rPr>
          <w:rFonts w:eastAsia="Times New Roman" w:cs="Times New Roman"/>
          <w:szCs w:val="24"/>
        </w:rPr>
      </w:pPr>
      <w:r w:rsidRPr="00EC6640">
        <w:rPr>
          <w:rFonts w:eastAsia="Times New Roman" w:cs="Times New Roman"/>
          <w:szCs w:val="24"/>
        </w:rPr>
        <w:t xml:space="preserve">The date hits like a punch to the chest. August 30. The anniversary of the day the last U.S. troops pulled out of Afghanistan. The day the war ended—at least, on paper. Matt had buried friends on that soil. Fought in towns no one in Washington could pronounce. And now, four years later, his own government had chosen that date to </w:t>
      </w:r>
      <w:r w:rsidRPr="00EC6640">
        <w:rPr>
          <w:rFonts w:eastAsia="Times New Roman" w:cs="Times New Roman"/>
          <w:b/>
          <w:bCs/>
          <w:szCs w:val="24"/>
        </w:rPr>
        <w:t>pre-convict him of a crime he hadn’t committed</w:t>
      </w:r>
      <w:r w:rsidRPr="00EC6640">
        <w:rPr>
          <w:rFonts w:eastAsia="Times New Roman" w:cs="Times New Roman"/>
          <w:szCs w:val="24"/>
        </w:rPr>
        <w:t>.</w:t>
      </w:r>
    </w:p>
    <w:p w14:paraId="575AB1C7" w14:textId="4F05DB86" w:rsidR="00EC6640" w:rsidRPr="00EC6640" w:rsidRDefault="00EC6640" w:rsidP="00EC6640">
      <w:pPr>
        <w:spacing w:before="100" w:beforeAutospacing="1" w:after="100" w:afterAutospacing="1"/>
        <w:rPr>
          <w:rFonts w:eastAsia="Times New Roman" w:cs="Times New Roman"/>
          <w:szCs w:val="24"/>
        </w:rPr>
      </w:pPr>
      <w:r w:rsidRPr="00EC6640">
        <w:rPr>
          <w:rFonts w:eastAsia="Times New Roman" w:cs="Times New Roman"/>
          <w:szCs w:val="24"/>
        </w:rPr>
        <w:t xml:space="preserve">There would be no defense. No jury. Just a pre-determined verdict pushed forward by an algorithm and a government eager for validation. The irony wasn't lost on him. He had survived war. But now, </w:t>
      </w:r>
      <w:r w:rsidRPr="00EC6640">
        <w:rPr>
          <w:rFonts w:eastAsia="Times New Roman" w:cs="Times New Roman"/>
          <w:b/>
          <w:bCs/>
          <w:szCs w:val="24"/>
        </w:rPr>
        <w:t>he was the war</w:t>
      </w:r>
      <w:r w:rsidRPr="00EC6640">
        <w:rPr>
          <w:rFonts w:eastAsia="Times New Roman" w:cs="Times New Roman"/>
          <w:szCs w:val="24"/>
        </w:rPr>
        <w:t xml:space="preserve"> symbol, a sacrifice, dressed up as justice.</w:t>
      </w:r>
    </w:p>
    <w:p w14:paraId="18E174C4" w14:textId="08888991"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w:t>
      </w:r>
    </w:p>
    <w:p w14:paraId="1C493136" w14:textId="77777777" w:rsidR="005D669A" w:rsidRPr="005D669A" w:rsidRDefault="009E451F" w:rsidP="005D669A">
      <w:pPr>
        <w:rPr>
          <w:rFonts w:eastAsia="Times New Roman" w:cs="Times New Roman"/>
          <w:szCs w:val="24"/>
        </w:rPr>
      </w:pPr>
      <w:r>
        <w:rPr>
          <w:rFonts w:eastAsia="Times New Roman" w:cs="Times New Roman"/>
          <w:szCs w:val="24"/>
        </w:rPr>
        <w:pict w14:anchorId="16582C98">
          <v:rect id="_x0000_i1032" style="width:0;height:1.5pt" o:hralign="center" o:hrstd="t" o:hr="t" fillcolor="#a0a0a0" stroked="f"/>
        </w:pict>
      </w:r>
    </w:p>
    <w:p w14:paraId="3EF1AC53" w14:textId="77777777" w:rsidR="005D669A" w:rsidRPr="005D669A" w:rsidRDefault="005D669A" w:rsidP="005D669A">
      <w:pPr>
        <w:spacing w:before="100" w:beforeAutospacing="1" w:after="100" w:afterAutospacing="1"/>
        <w:outlineLvl w:val="2"/>
        <w:rPr>
          <w:rFonts w:eastAsia="Times New Roman" w:cs="Times New Roman"/>
          <w:b/>
          <w:bCs/>
          <w:sz w:val="27"/>
          <w:szCs w:val="27"/>
        </w:rPr>
      </w:pPr>
      <w:r w:rsidRPr="005D669A">
        <w:rPr>
          <w:rFonts w:eastAsia="Times New Roman" w:cs="Times New Roman"/>
          <w:b/>
          <w:bCs/>
          <w:sz w:val="27"/>
          <w:szCs w:val="27"/>
        </w:rPr>
        <w:t>Elsewhere – D.C.</w:t>
      </w:r>
    </w:p>
    <w:p w14:paraId="586CBF79" w14:textId="77777777" w:rsidR="005D669A" w:rsidRPr="005D669A" w:rsidRDefault="005D669A" w:rsidP="005D669A">
      <w:pPr>
        <w:spacing w:before="100" w:beforeAutospacing="1" w:after="100" w:afterAutospacing="1"/>
        <w:rPr>
          <w:rFonts w:eastAsia="Times New Roman" w:cs="Times New Roman"/>
          <w:szCs w:val="24"/>
        </w:rPr>
      </w:pPr>
      <w:r w:rsidRPr="005D669A">
        <w:rPr>
          <w:rFonts w:eastAsia="Times New Roman" w:cs="Times New Roman"/>
          <w:szCs w:val="24"/>
        </w:rPr>
        <w:t xml:space="preserve">In Washington, the wheels of the </w:t>
      </w:r>
      <w:r w:rsidRPr="005D669A">
        <w:rPr>
          <w:rFonts w:eastAsia="Times New Roman" w:cs="Times New Roman"/>
          <w:b/>
          <w:bCs/>
          <w:szCs w:val="24"/>
        </w:rPr>
        <w:t>pre-crime</w:t>
      </w:r>
      <w:r w:rsidRPr="005D669A">
        <w:rPr>
          <w:rFonts w:eastAsia="Times New Roman" w:cs="Times New Roman"/>
          <w:szCs w:val="24"/>
        </w:rPr>
        <w:t xml:space="preserve"> system were turning at full speed. The </w:t>
      </w:r>
      <w:r w:rsidRPr="005D669A">
        <w:rPr>
          <w:rFonts w:eastAsia="Times New Roman" w:cs="Times New Roman"/>
          <w:b/>
          <w:bCs/>
          <w:szCs w:val="24"/>
        </w:rPr>
        <w:t>trial date</w:t>
      </w:r>
      <w:r w:rsidRPr="005D669A">
        <w:rPr>
          <w:rFonts w:eastAsia="Times New Roman" w:cs="Times New Roman"/>
          <w:szCs w:val="24"/>
        </w:rPr>
        <w:t xml:space="preserve"> was set. It wasn’t about whether Matt would show up; it was about </w:t>
      </w:r>
      <w:proofErr w:type="gramStart"/>
      <w:r w:rsidRPr="005D669A">
        <w:rPr>
          <w:rFonts w:eastAsia="Times New Roman" w:cs="Times New Roman"/>
          <w:szCs w:val="24"/>
        </w:rPr>
        <w:t>making</w:t>
      </w:r>
      <w:proofErr w:type="gramEnd"/>
      <w:r w:rsidRPr="005D669A">
        <w:rPr>
          <w:rFonts w:eastAsia="Times New Roman" w:cs="Times New Roman"/>
          <w:szCs w:val="24"/>
        </w:rPr>
        <w:t xml:space="preserve"> an example of him. The government, the corporations behind </w:t>
      </w:r>
      <w:proofErr w:type="gramStart"/>
      <w:r w:rsidRPr="005D669A">
        <w:rPr>
          <w:rFonts w:eastAsia="Times New Roman" w:cs="Times New Roman"/>
          <w:szCs w:val="24"/>
        </w:rPr>
        <w:t>the AI</w:t>
      </w:r>
      <w:proofErr w:type="gramEnd"/>
      <w:r w:rsidRPr="005D669A">
        <w:rPr>
          <w:rFonts w:eastAsia="Times New Roman" w:cs="Times New Roman"/>
          <w:szCs w:val="24"/>
        </w:rPr>
        <w:t xml:space="preserve">, and the powerful forces trying to push the pre-crime agenda were all playing their part. They needed to show the </w:t>
      </w:r>
      <w:r w:rsidRPr="005D669A">
        <w:rPr>
          <w:rFonts w:eastAsia="Times New Roman" w:cs="Times New Roman"/>
          <w:b/>
          <w:bCs/>
          <w:szCs w:val="24"/>
        </w:rPr>
        <w:t>public</w:t>
      </w:r>
      <w:r w:rsidRPr="005D669A">
        <w:rPr>
          <w:rFonts w:eastAsia="Times New Roman" w:cs="Times New Roman"/>
          <w:szCs w:val="24"/>
        </w:rPr>
        <w:t xml:space="preserve"> that this system worked, that it was </w:t>
      </w:r>
      <w:r w:rsidRPr="005D669A">
        <w:rPr>
          <w:rFonts w:eastAsia="Times New Roman" w:cs="Times New Roman"/>
          <w:b/>
          <w:bCs/>
          <w:szCs w:val="24"/>
        </w:rPr>
        <w:t>necessary</w:t>
      </w:r>
      <w:r w:rsidRPr="005D669A">
        <w:rPr>
          <w:rFonts w:eastAsia="Times New Roman" w:cs="Times New Roman"/>
          <w:szCs w:val="24"/>
        </w:rPr>
        <w:t>, and that anyone who stood against it would be crushed.</w:t>
      </w:r>
    </w:p>
    <w:p w14:paraId="22BB0AD6" w14:textId="77777777" w:rsidR="00EC6640" w:rsidRPr="00EC6640" w:rsidRDefault="00EC6640" w:rsidP="00EC6640">
      <w:pPr>
        <w:spacing w:before="100" w:beforeAutospacing="1" w:after="100" w:afterAutospacing="1"/>
        <w:outlineLvl w:val="2"/>
        <w:rPr>
          <w:rFonts w:eastAsia="Times New Roman" w:cs="Times New Roman"/>
          <w:b/>
          <w:bCs/>
          <w:sz w:val="27"/>
          <w:szCs w:val="27"/>
        </w:rPr>
      </w:pPr>
      <w:r w:rsidRPr="00EC6640">
        <w:rPr>
          <w:rFonts w:eastAsia="Times New Roman" w:cs="Times New Roman"/>
          <w:b/>
          <w:bCs/>
          <w:sz w:val="27"/>
          <w:szCs w:val="27"/>
        </w:rPr>
        <w:t>Chapter 5: The War at Home</w:t>
      </w:r>
    </w:p>
    <w:p w14:paraId="7C9B7E71" w14:textId="77777777" w:rsidR="00EC6640" w:rsidRPr="00EC6640" w:rsidRDefault="00EC6640" w:rsidP="00EC6640">
      <w:pPr>
        <w:spacing w:before="100" w:beforeAutospacing="1" w:after="100" w:afterAutospacing="1"/>
        <w:rPr>
          <w:rFonts w:eastAsia="Times New Roman" w:cs="Times New Roman"/>
          <w:szCs w:val="24"/>
        </w:rPr>
      </w:pPr>
      <w:r w:rsidRPr="00EC6640">
        <w:rPr>
          <w:rFonts w:eastAsia="Times New Roman" w:cs="Times New Roman"/>
          <w:szCs w:val="24"/>
        </w:rPr>
        <w:t>Washington, D.C.</w:t>
      </w:r>
      <w:r w:rsidRPr="00EC6640">
        <w:rPr>
          <w:rFonts w:eastAsia="Times New Roman" w:cs="Times New Roman"/>
          <w:szCs w:val="24"/>
        </w:rPr>
        <w:br/>
        <w:t>August 15, 2025</w:t>
      </w:r>
    </w:p>
    <w:p w14:paraId="744EB8EC" w14:textId="77777777" w:rsidR="00EC6640" w:rsidRPr="00EC6640" w:rsidRDefault="00EC6640" w:rsidP="00EC6640">
      <w:pPr>
        <w:spacing w:before="100" w:beforeAutospacing="1" w:after="100" w:afterAutospacing="1"/>
        <w:rPr>
          <w:rFonts w:eastAsia="Times New Roman" w:cs="Times New Roman"/>
          <w:szCs w:val="24"/>
        </w:rPr>
      </w:pPr>
      <w:r w:rsidRPr="00EC6640">
        <w:rPr>
          <w:rFonts w:eastAsia="Times New Roman" w:cs="Times New Roman"/>
          <w:szCs w:val="24"/>
        </w:rPr>
        <w:t>The message was clear, and it was everywhere.</w:t>
      </w:r>
    </w:p>
    <w:p w14:paraId="0B1929F4" w14:textId="77777777" w:rsidR="00EC6640" w:rsidRPr="00EC6640" w:rsidRDefault="00EC6640" w:rsidP="00EC6640">
      <w:pPr>
        <w:spacing w:before="100" w:beforeAutospacing="1" w:after="100" w:afterAutospacing="1"/>
        <w:rPr>
          <w:rFonts w:eastAsia="Times New Roman" w:cs="Times New Roman"/>
          <w:szCs w:val="24"/>
        </w:rPr>
      </w:pPr>
      <w:r w:rsidRPr="00EC6640">
        <w:rPr>
          <w:rFonts w:eastAsia="Times New Roman" w:cs="Times New Roman"/>
          <w:b/>
          <w:bCs/>
          <w:szCs w:val="24"/>
        </w:rPr>
        <w:lastRenderedPageBreak/>
        <w:t>"August 30th: Never Again."</w:t>
      </w:r>
      <w:r w:rsidRPr="00EC6640">
        <w:rPr>
          <w:rFonts w:eastAsia="Times New Roman" w:cs="Times New Roman"/>
          <w:szCs w:val="24"/>
        </w:rPr>
        <w:br/>
      </w:r>
      <w:r w:rsidRPr="00EC6640">
        <w:rPr>
          <w:rFonts w:eastAsia="Times New Roman" w:cs="Times New Roman"/>
          <w:b/>
          <w:bCs/>
          <w:szCs w:val="24"/>
        </w:rPr>
        <w:t>"From Kabul to the Capitol — Peace Through Prevention."</w:t>
      </w:r>
      <w:r w:rsidRPr="00EC6640">
        <w:rPr>
          <w:rFonts w:eastAsia="Times New Roman" w:cs="Times New Roman"/>
          <w:szCs w:val="24"/>
        </w:rPr>
        <w:br/>
      </w:r>
      <w:r w:rsidRPr="00EC6640">
        <w:rPr>
          <w:rFonts w:eastAsia="Times New Roman" w:cs="Times New Roman"/>
          <w:b/>
          <w:bCs/>
          <w:szCs w:val="24"/>
        </w:rPr>
        <w:t xml:space="preserve">"Justice for Tomorrow, </w:t>
      </w:r>
      <w:proofErr w:type="gramStart"/>
      <w:r w:rsidRPr="00EC6640">
        <w:rPr>
          <w:rFonts w:eastAsia="Times New Roman" w:cs="Times New Roman"/>
          <w:b/>
          <w:bCs/>
          <w:szCs w:val="24"/>
        </w:rPr>
        <w:t>Today</w:t>
      </w:r>
      <w:proofErr w:type="gramEnd"/>
      <w:r w:rsidRPr="00EC6640">
        <w:rPr>
          <w:rFonts w:eastAsia="Times New Roman" w:cs="Times New Roman"/>
          <w:b/>
          <w:bCs/>
          <w:szCs w:val="24"/>
        </w:rPr>
        <w:t>."</w:t>
      </w:r>
    </w:p>
    <w:p w14:paraId="5F6B1EA0" w14:textId="77777777" w:rsidR="00EC6640" w:rsidRPr="00EC6640" w:rsidRDefault="00EC6640" w:rsidP="00EC6640">
      <w:pPr>
        <w:spacing w:before="100" w:beforeAutospacing="1" w:after="100" w:afterAutospacing="1"/>
        <w:rPr>
          <w:rFonts w:eastAsia="Times New Roman" w:cs="Times New Roman"/>
          <w:szCs w:val="24"/>
        </w:rPr>
      </w:pPr>
      <w:r w:rsidRPr="00EC6640">
        <w:rPr>
          <w:rFonts w:eastAsia="Times New Roman" w:cs="Times New Roman"/>
          <w:szCs w:val="24"/>
        </w:rPr>
        <w:t xml:space="preserve">The slogans blanketed digital billboards, news </w:t>
      </w:r>
      <w:proofErr w:type="gramStart"/>
      <w:r w:rsidRPr="00EC6640">
        <w:rPr>
          <w:rFonts w:eastAsia="Times New Roman" w:cs="Times New Roman"/>
          <w:szCs w:val="24"/>
        </w:rPr>
        <w:t>tickers</w:t>
      </w:r>
      <w:proofErr w:type="gramEnd"/>
      <w:r w:rsidRPr="00EC6640">
        <w:rPr>
          <w:rFonts w:eastAsia="Times New Roman" w:cs="Times New Roman"/>
          <w:szCs w:val="24"/>
        </w:rPr>
        <w:t>, even social media feeds of influencers who had quietly signed contracts with agencies representing defense-tech investors. Across the nation, Americans were being told that a new kind of war was being won—not against terrorists in far-off countries, but against "domestic threats" who "hid in plain sight."</w:t>
      </w:r>
    </w:p>
    <w:p w14:paraId="2B82C7AD" w14:textId="77777777" w:rsidR="00EC6640" w:rsidRPr="00EC6640" w:rsidRDefault="00EC6640" w:rsidP="00EC6640">
      <w:pPr>
        <w:spacing w:before="100" w:beforeAutospacing="1" w:after="100" w:afterAutospacing="1"/>
        <w:rPr>
          <w:rFonts w:eastAsia="Times New Roman" w:cs="Times New Roman"/>
          <w:szCs w:val="24"/>
        </w:rPr>
      </w:pPr>
      <w:r w:rsidRPr="00EC6640">
        <w:rPr>
          <w:rFonts w:eastAsia="Times New Roman" w:cs="Times New Roman"/>
          <w:szCs w:val="24"/>
        </w:rPr>
        <w:t xml:space="preserve">At a press-only roundtable inside the </w:t>
      </w:r>
      <w:r w:rsidRPr="00EC6640">
        <w:rPr>
          <w:rFonts w:eastAsia="Times New Roman" w:cs="Times New Roman"/>
          <w:b/>
          <w:bCs/>
          <w:szCs w:val="24"/>
        </w:rPr>
        <w:t>Executive Office Building</w:t>
      </w:r>
      <w:r w:rsidRPr="00EC6640">
        <w:rPr>
          <w:rFonts w:eastAsia="Times New Roman" w:cs="Times New Roman"/>
          <w:szCs w:val="24"/>
        </w:rPr>
        <w:t xml:space="preserve">, </w:t>
      </w:r>
      <w:r w:rsidRPr="00EC6640">
        <w:rPr>
          <w:rFonts w:eastAsia="Times New Roman" w:cs="Times New Roman"/>
          <w:b/>
          <w:bCs/>
          <w:szCs w:val="24"/>
        </w:rPr>
        <w:t>Deputy Director Roland Huxley</w:t>
      </w:r>
      <w:r w:rsidRPr="00EC6640">
        <w:rPr>
          <w:rFonts w:eastAsia="Times New Roman" w:cs="Times New Roman"/>
          <w:szCs w:val="24"/>
        </w:rPr>
        <w:t xml:space="preserve"> sat beside a hand-picked panel of retired generals, tech executives, and media anchors. He wore a thin smile, composed but calculated, as he leaned toward the microphone.</w:t>
      </w:r>
    </w:p>
    <w:p w14:paraId="533312BC" w14:textId="77777777" w:rsidR="00EC6640" w:rsidRPr="00EC6640" w:rsidRDefault="00EC6640" w:rsidP="00EC6640">
      <w:pPr>
        <w:spacing w:beforeAutospacing="1" w:afterAutospacing="1"/>
        <w:rPr>
          <w:rFonts w:eastAsia="Times New Roman" w:cs="Times New Roman"/>
          <w:szCs w:val="24"/>
        </w:rPr>
      </w:pPr>
      <w:r w:rsidRPr="00EC6640">
        <w:rPr>
          <w:rFonts w:eastAsia="Times New Roman" w:cs="Times New Roman"/>
          <w:szCs w:val="24"/>
        </w:rPr>
        <w:t xml:space="preserve">“It’s poetic, in a way. August 30th marked the end of one era. Now it marks the beginning of another. A safer one. A smarter one. The world doesn’t end wars </w:t>
      </w:r>
      <w:proofErr w:type="gramStart"/>
      <w:r w:rsidRPr="00EC6640">
        <w:rPr>
          <w:rFonts w:eastAsia="Times New Roman" w:cs="Times New Roman"/>
          <w:szCs w:val="24"/>
        </w:rPr>
        <w:t>anymore—</w:t>
      </w:r>
      <w:proofErr w:type="gramEnd"/>
      <w:r w:rsidRPr="00EC6640">
        <w:rPr>
          <w:rFonts w:eastAsia="Times New Roman" w:cs="Times New Roman"/>
          <w:szCs w:val="24"/>
        </w:rPr>
        <w:t>it anticipates them. That’s what the Pre-Conviction Framework gives us.”</w:t>
      </w:r>
    </w:p>
    <w:p w14:paraId="69629CCC" w14:textId="77777777" w:rsidR="00EC6640" w:rsidRPr="00EC6640" w:rsidRDefault="00EC6640" w:rsidP="00EC6640">
      <w:pPr>
        <w:spacing w:before="100" w:beforeAutospacing="1" w:after="100" w:afterAutospacing="1"/>
        <w:rPr>
          <w:rFonts w:eastAsia="Times New Roman" w:cs="Times New Roman"/>
          <w:szCs w:val="24"/>
        </w:rPr>
      </w:pPr>
      <w:r w:rsidRPr="00EC6640">
        <w:rPr>
          <w:rFonts w:eastAsia="Times New Roman" w:cs="Times New Roman"/>
          <w:szCs w:val="24"/>
        </w:rPr>
        <w:t xml:space="preserve">The journalists </w:t>
      </w:r>
      <w:proofErr w:type="gramStart"/>
      <w:r w:rsidRPr="00EC6640">
        <w:rPr>
          <w:rFonts w:eastAsia="Times New Roman" w:cs="Times New Roman"/>
          <w:szCs w:val="24"/>
        </w:rPr>
        <w:t>nodded,</w:t>
      </w:r>
      <w:proofErr w:type="gramEnd"/>
      <w:r w:rsidRPr="00EC6640">
        <w:rPr>
          <w:rFonts w:eastAsia="Times New Roman" w:cs="Times New Roman"/>
          <w:szCs w:val="24"/>
        </w:rPr>
        <w:t xml:space="preserve"> their follow-up questions more performative than probing. A few even smiled. Most had already received the briefing packet—and the off-the-record talking points—earlier that morning.</w:t>
      </w:r>
    </w:p>
    <w:p w14:paraId="07262A89" w14:textId="77777777" w:rsidR="00EC6640" w:rsidRPr="00EC6640" w:rsidRDefault="00EC6640" w:rsidP="00EC6640">
      <w:pPr>
        <w:spacing w:before="100" w:beforeAutospacing="1" w:after="100" w:afterAutospacing="1"/>
        <w:rPr>
          <w:rFonts w:eastAsia="Times New Roman" w:cs="Times New Roman"/>
          <w:szCs w:val="24"/>
        </w:rPr>
      </w:pPr>
      <w:r w:rsidRPr="00EC6640">
        <w:rPr>
          <w:rFonts w:eastAsia="Times New Roman" w:cs="Times New Roman"/>
          <w:szCs w:val="24"/>
        </w:rPr>
        <w:t xml:space="preserve">Meanwhile, in a war room across the Potomac, </w:t>
      </w:r>
      <w:r w:rsidRPr="00EC6640">
        <w:rPr>
          <w:rFonts w:eastAsia="Times New Roman" w:cs="Times New Roman"/>
          <w:b/>
          <w:bCs/>
          <w:szCs w:val="24"/>
        </w:rPr>
        <w:t>Vivian Roth</w:t>
      </w:r>
      <w:r w:rsidRPr="00EC6640">
        <w:rPr>
          <w:rFonts w:eastAsia="Times New Roman" w:cs="Times New Roman"/>
          <w:szCs w:val="24"/>
        </w:rPr>
        <w:t xml:space="preserve">, flanked by intelligence officers and Black Ridge consultants, oversaw the launch of </w:t>
      </w:r>
      <w:r w:rsidRPr="00EC6640">
        <w:rPr>
          <w:rFonts w:eastAsia="Times New Roman" w:cs="Times New Roman"/>
          <w:b/>
          <w:bCs/>
          <w:szCs w:val="24"/>
        </w:rPr>
        <w:t>Operation Echo Directive</w:t>
      </w:r>
      <w:r w:rsidRPr="00EC6640">
        <w:rPr>
          <w:rFonts w:eastAsia="Times New Roman" w:cs="Times New Roman"/>
          <w:szCs w:val="24"/>
        </w:rPr>
        <w:t>—a domestic perception campaign designed to align the narrative across news, social, and search platforms.</w:t>
      </w:r>
    </w:p>
    <w:p w14:paraId="5E3A76E0" w14:textId="77777777" w:rsidR="00EC6640" w:rsidRPr="00EC6640" w:rsidRDefault="00EC6640" w:rsidP="00EC6640">
      <w:pPr>
        <w:spacing w:before="100" w:beforeAutospacing="1" w:after="100" w:afterAutospacing="1"/>
        <w:rPr>
          <w:rFonts w:eastAsia="Times New Roman" w:cs="Times New Roman"/>
          <w:szCs w:val="24"/>
        </w:rPr>
      </w:pPr>
      <w:r w:rsidRPr="00EC6640">
        <w:rPr>
          <w:rFonts w:eastAsia="Times New Roman" w:cs="Times New Roman"/>
          <w:szCs w:val="24"/>
        </w:rPr>
        <w:t>The plan was simple:</w:t>
      </w:r>
    </w:p>
    <w:p w14:paraId="03EF568E" w14:textId="77777777" w:rsidR="00EC6640" w:rsidRPr="00EC6640" w:rsidRDefault="00EC6640" w:rsidP="00EC6640">
      <w:pPr>
        <w:numPr>
          <w:ilvl w:val="0"/>
          <w:numId w:val="11"/>
        </w:numPr>
        <w:spacing w:before="100" w:beforeAutospacing="1" w:after="100" w:afterAutospacing="1"/>
        <w:rPr>
          <w:rFonts w:eastAsia="Times New Roman" w:cs="Times New Roman"/>
          <w:szCs w:val="24"/>
        </w:rPr>
      </w:pPr>
      <w:r w:rsidRPr="00EC6640">
        <w:rPr>
          <w:rFonts w:eastAsia="Times New Roman" w:cs="Times New Roman"/>
          <w:szCs w:val="24"/>
        </w:rPr>
        <w:t xml:space="preserve">Link Matt Deluca’s case to the </w:t>
      </w:r>
      <w:r w:rsidRPr="00EC6640">
        <w:rPr>
          <w:rFonts w:eastAsia="Times New Roman" w:cs="Times New Roman"/>
          <w:b/>
          <w:bCs/>
          <w:szCs w:val="24"/>
        </w:rPr>
        <w:t>lessons of Afghanistan</w:t>
      </w:r>
      <w:r w:rsidRPr="00EC6640">
        <w:rPr>
          <w:rFonts w:eastAsia="Times New Roman" w:cs="Times New Roman"/>
          <w:szCs w:val="24"/>
        </w:rPr>
        <w:t>.</w:t>
      </w:r>
    </w:p>
    <w:p w14:paraId="0FD83DA3" w14:textId="77777777" w:rsidR="00EC6640" w:rsidRPr="00EC6640" w:rsidRDefault="00EC6640" w:rsidP="00EC6640">
      <w:pPr>
        <w:numPr>
          <w:ilvl w:val="0"/>
          <w:numId w:val="11"/>
        </w:numPr>
        <w:spacing w:before="100" w:beforeAutospacing="1" w:after="100" w:afterAutospacing="1"/>
        <w:rPr>
          <w:rFonts w:eastAsia="Times New Roman" w:cs="Times New Roman"/>
          <w:szCs w:val="24"/>
        </w:rPr>
      </w:pPr>
      <w:r w:rsidRPr="00EC6640">
        <w:rPr>
          <w:rFonts w:eastAsia="Times New Roman" w:cs="Times New Roman"/>
          <w:szCs w:val="24"/>
        </w:rPr>
        <w:t xml:space="preserve">Position the </w:t>
      </w:r>
      <w:r w:rsidRPr="00EC6640">
        <w:rPr>
          <w:rFonts w:eastAsia="Times New Roman" w:cs="Times New Roman"/>
          <w:b/>
          <w:bCs/>
          <w:szCs w:val="24"/>
        </w:rPr>
        <w:t>trial</w:t>
      </w:r>
      <w:r w:rsidRPr="00EC6640">
        <w:rPr>
          <w:rFonts w:eastAsia="Times New Roman" w:cs="Times New Roman"/>
          <w:szCs w:val="24"/>
        </w:rPr>
        <w:t xml:space="preserve"> as a reflection of America's growth, not its failure.</w:t>
      </w:r>
    </w:p>
    <w:p w14:paraId="75C14498" w14:textId="77777777" w:rsidR="00EC6640" w:rsidRPr="00EC6640" w:rsidRDefault="00EC6640" w:rsidP="00EC6640">
      <w:pPr>
        <w:numPr>
          <w:ilvl w:val="0"/>
          <w:numId w:val="11"/>
        </w:numPr>
        <w:spacing w:before="100" w:beforeAutospacing="1" w:after="100" w:afterAutospacing="1"/>
        <w:rPr>
          <w:rFonts w:eastAsia="Times New Roman" w:cs="Times New Roman"/>
          <w:szCs w:val="24"/>
        </w:rPr>
      </w:pPr>
      <w:r w:rsidRPr="00EC6640">
        <w:rPr>
          <w:rFonts w:eastAsia="Times New Roman" w:cs="Times New Roman"/>
          <w:szCs w:val="24"/>
        </w:rPr>
        <w:t>Downplay Matt’s service record, emphasize his “radicalization indicators.”</w:t>
      </w:r>
    </w:p>
    <w:p w14:paraId="127165C5" w14:textId="77777777" w:rsidR="00EC6640" w:rsidRPr="00EC6640" w:rsidRDefault="00EC6640" w:rsidP="00EC6640">
      <w:pPr>
        <w:numPr>
          <w:ilvl w:val="0"/>
          <w:numId w:val="11"/>
        </w:numPr>
        <w:spacing w:before="100" w:beforeAutospacing="1" w:after="100" w:afterAutospacing="1"/>
        <w:rPr>
          <w:rFonts w:eastAsia="Times New Roman" w:cs="Times New Roman"/>
          <w:szCs w:val="24"/>
        </w:rPr>
      </w:pPr>
      <w:r w:rsidRPr="00EC6640">
        <w:rPr>
          <w:rFonts w:eastAsia="Times New Roman" w:cs="Times New Roman"/>
          <w:szCs w:val="24"/>
        </w:rPr>
        <w:t xml:space="preserve">Shift blame from system flaws to </w:t>
      </w:r>
      <w:r w:rsidRPr="00EC6640">
        <w:rPr>
          <w:rFonts w:eastAsia="Times New Roman" w:cs="Times New Roman"/>
          <w:b/>
          <w:bCs/>
          <w:szCs w:val="24"/>
        </w:rPr>
        <w:t>human unpredictability</w:t>
      </w:r>
      <w:r w:rsidRPr="00EC6640">
        <w:rPr>
          <w:rFonts w:eastAsia="Times New Roman" w:cs="Times New Roman"/>
          <w:szCs w:val="24"/>
        </w:rPr>
        <w:t>.</w:t>
      </w:r>
    </w:p>
    <w:p w14:paraId="2359F56F" w14:textId="77777777" w:rsidR="00EC6640" w:rsidRPr="00EC6640" w:rsidRDefault="00EC6640" w:rsidP="00EC6640">
      <w:pPr>
        <w:numPr>
          <w:ilvl w:val="0"/>
          <w:numId w:val="11"/>
        </w:numPr>
        <w:spacing w:before="100" w:beforeAutospacing="1" w:after="100" w:afterAutospacing="1"/>
        <w:rPr>
          <w:rFonts w:eastAsia="Times New Roman" w:cs="Times New Roman"/>
          <w:szCs w:val="24"/>
        </w:rPr>
      </w:pPr>
      <w:r w:rsidRPr="00EC6640">
        <w:rPr>
          <w:rFonts w:eastAsia="Times New Roman" w:cs="Times New Roman"/>
          <w:szCs w:val="24"/>
        </w:rPr>
        <w:t>Use emotion. Always use emotion.</w:t>
      </w:r>
    </w:p>
    <w:p w14:paraId="4D296603" w14:textId="77777777" w:rsidR="00EC6640" w:rsidRPr="00EC6640" w:rsidRDefault="00EC6640" w:rsidP="00EC6640">
      <w:pPr>
        <w:spacing w:before="100" w:beforeAutospacing="1" w:after="100" w:afterAutospacing="1"/>
        <w:rPr>
          <w:rFonts w:eastAsia="Times New Roman" w:cs="Times New Roman"/>
          <w:szCs w:val="24"/>
        </w:rPr>
      </w:pPr>
      <w:r w:rsidRPr="00EC6640">
        <w:rPr>
          <w:rFonts w:eastAsia="Times New Roman" w:cs="Times New Roman"/>
          <w:szCs w:val="24"/>
        </w:rPr>
        <w:t xml:space="preserve">The AI that had flagged Matt as a threat was now being used to optimize the messaging campaign about him. Everything from phrasing to tone </w:t>
      </w:r>
      <w:proofErr w:type="gramStart"/>
      <w:r w:rsidRPr="00EC6640">
        <w:rPr>
          <w:rFonts w:eastAsia="Times New Roman" w:cs="Times New Roman"/>
          <w:szCs w:val="24"/>
        </w:rPr>
        <w:t>was A/B</w:t>
      </w:r>
      <w:proofErr w:type="gramEnd"/>
      <w:r w:rsidRPr="00EC6640">
        <w:rPr>
          <w:rFonts w:eastAsia="Times New Roman" w:cs="Times New Roman"/>
          <w:szCs w:val="24"/>
        </w:rPr>
        <w:t xml:space="preserve"> tested on live audiences in real time. If a headline didn’t spark outrage or fear, it was replaced in seconds.</w:t>
      </w:r>
    </w:p>
    <w:p w14:paraId="483B4DE4" w14:textId="77777777" w:rsidR="00EC6640" w:rsidRPr="00EC6640" w:rsidRDefault="00EC6640" w:rsidP="00EC6640">
      <w:pPr>
        <w:spacing w:before="100" w:beforeAutospacing="1" w:after="100" w:afterAutospacing="1"/>
        <w:rPr>
          <w:rFonts w:eastAsia="Times New Roman" w:cs="Times New Roman"/>
          <w:szCs w:val="24"/>
        </w:rPr>
      </w:pPr>
      <w:r w:rsidRPr="00EC6640">
        <w:rPr>
          <w:rFonts w:eastAsia="Times New Roman" w:cs="Times New Roman"/>
          <w:szCs w:val="24"/>
        </w:rPr>
        <w:t>Across every screen in America, Matt was becoming exactly what they needed him to be.</w:t>
      </w:r>
    </w:p>
    <w:p w14:paraId="262804A3" w14:textId="77777777" w:rsidR="00EC6640" w:rsidRPr="00EC6640" w:rsidRDefault="009E451F" w:rsidP="00EC6640">
      <w:pPr>
        <w:rPr>
          <w:rFonts w:eastAsia="Times New Roman" w:cs="Times New Roman"/>
          <w:szCs w:val="24"/>
        </w:rPr>
      </w:pPr>
      <w:r>
        <w:rPr>
          <w:rFonts w:eastAsia="Times New Roman" w:cs="Times New Roman"/>
          <w:szCs w:val="24"/>
        </w:rPr>
        <w:pict w14:anchorId="2B6F16AB">
          <v:rect id="_x0000_i1033" style="width:0;height:1.5pt" o:hralign="center" o:hrstd="t" o:hr="t" fillcolor="#a0a0a0" stroked="f"/>
        </w:pict>
      </w:r>
    </w:p>
    <w:p w14:paraId="6846AEC3" w14:textId="77777777" w:rsidR="00EC6640" w:rsidRPr="00EC6640" w:rsidRDefault="00EC6640" w:rsidP="00EC6640">
      <w:pPr>
        <w:spacing w:before="100" w:beforeAutospacing="1" w:after="100" w:afterAutospacing="1"/>
        <w:rPr>
          <w:rFonts w:eastAsia="Times New Roman" w:cs="Times New Roman"/>
          <w:szCs w:val="24"/>
        </w:rPr>
      </w:pPr>
      <w:r w:rsidRPr="00EC6640">
        <w:rPr>
          <w:rFonts w:eastAsia="Times New Roman" w:cs="Times New Roman"/>
          <w:b/>
          <w:bCs/>
          <w:szCs w:val="24"/>
        </w:rPr>
        <w:t>Meanwhile, in the Berkshires...</w:t>
      </w:r>
    </w:p>
    <w:p w14:paraId="7AAB6EF7" w14:textId="77777777" w:rsidR="00EC6640" w:rsidRPr="00EC6640" w:rsidRDefault="00EC6640" w:rsidP="00EC6640">
      <w:pPr>
        <w:spacing w:before="100" w:beforeAutospacing="1" w:after="100" w:afterAutospacing="1"/>
        <w:rPr>
          <w:rFonts w:eastAsia="Times New Roman" w:cs="Times New Roman"/>
          <w:szCs w:val="24"/>
        </w:rPr>
      </w:pPr>
      <w:r w:rsidRPr="00EC6640">
        <w:rPr>
          <w:rFonts w:eastAsia="Times New Roman" w:cs="Times New Roman"/>
          <w:szCs w:val="24"/>
        </w:rPr>
        <w:t>Matt sat in the passenger seat of a beat-up Subaru, staring blankly at a rest stop TV through the window of a gas station. On it, a news anchor spoke reverently about the upcoming trial, standing in front of a backdrop of folded American flags and digital graphics showing exploding IEDs and Middle Eastern landscapes. A subtle fade transitioned the image into a black-and-white photo of Matt in uniform—then to the now-infamous manipulated photo of him at the protest.</w:t>
      </w:r>
    </w:p>
    <w:p w14:paraId="1DCCEACD" w14:textId="77777777" w:rsidR="00EC6640" w:rsidRPr="00EC6640" w:rsidRDefault="00EC6640" w:rsidP="00EC6640">
      <w:pPr>
        <w:spacing w:beforeAutospacing="1" w:afterAutospacing="1"/>
        <w:rPr>
          <w:rFonts w:eastAsia="Times New Roman" w:cs="Times New Roman"/>
          <w:szCs w:val="24"/>
        </w:rPr>
      </w:pPr>
      <w:r w:rsidRPr="00EC6640">
        <w:rPr>
          <w:rFonts w:eastAsia="Times New Roman" w:cs="Times New Roman"/>
          <w:szCs w:val="24"/>
        </w:rPr>
        <w:t>“...Deluca’s descent into radicalism mirrors a growing trend of post-war disillusionment. Officials say he is the first pre-convicted suspect under the new framework whose profile hit a 98.6% confidence rating.”</w:t>
      </w:r>
    </w:p>
    <w:p w14:paraId="595871B2" w14:textId="77777777" w:rsidR="00EC6640" w:rsidRPr="00EC6640" w:rsidRDefault="00EC6640" w:rsidP="00EC6640">
      <w:pPr>
        <w:spacing w:before="100" w:beforeAutospacing="1" w:after="100" w:afterAutospacing="1"/>
        <w:rPr>
          <w:rFonts w:eastAsia="Times New Roman" w:cs="Times New Roman"/>
          <w:szCs w:val="24"/>
        </w:rPr>
      </w:pPr>
      <w:r w:rsidRPr="00EC6640">
        <w:rPr>
          <w:rFonts w:eastAsia="Times New Roman" w:cs="Times New Roman"/>
          <w:szCs w:val="24"/>
        </w:rPr>
        <w:lastRenderedPageBreak/>
        <w:t>He turned away from the screen.</w:t>
      </w:r>
    </w:p>
    <w:p w14:paraId="310E8E7C" w14:textId="77777777" w:rsidR="00EC6640" w:rsidRPr="00EC6640" w:rsidRDefault="00EC6640" w:rsidP="00EC6640">
      <w:pPr>
        <w:spacing w:before="100" w:beforeAutospacing="1" w:after="100" w:afterAutospacing="1"/>
        <w:rPr>
          <w:rFonts w:eastAsia="Times New Roman" w:cs="Times New Roman"/>
          <w:szCs w:val="24"/>
        </w:rPr>
      </w:pPr>
      <w:r w:rsidRPr="00EC6640">
        <w:rPr>
          <w:rFonts w:eastAsia="Times New Roman" w:cs="Times New Roman"/>
          <w:szCs w:val="24"/>
        </w:rPr>
        <w:t>“You’re trending,” Jake muttered, his eyes fixed on the road. “They’re building you into a monster, Mattie.”</w:t>
      </w:r>
    </w:p>
    <w:p w14:paraId="167CF634" w14:textId="77777777" w:rsidR="00EC6640" w:rsidRPr="00EC6640" w:rsidRDefault="00EC6640" w:rsidP="00EC6640">
      <w:pPr>
        <w:spacing w:before="100" w:beforeAutospacing="1" w:after="100" w:afterAutospacing="1"/>
        <w:rPr>
          <w:rFonts w:eastAsia="Times New Roman" w:cs="Times New Roman"/>
          <w:szCs w:val="24"/>
        </w:rPr>
      </w:pPr>
      <w:r w:rsidRPr="00EC6640">
        <w:rPr>
          <w:rFonts w:eastAsia="Times New Roman" w:cs="Times New Roman"/>
          <w:szCs w:val="24"/>
        </w:rPr>
        <w:t>“They already decided I was,” Matt replied quietly. “Now they just need the show to sell it.”</w:t>
      </w:r>
    </w:p>
    <w:p w14:paraId="28574D4C" w14:textId="77777777" w:rsidR="00610E59" w:rsidRPr="00610E59" w:rsidRDefault="00610E59" w:rsidP="00610E59">
      <w:pPr>
        <w:spacing w:before="100" w:beforeAutospacing="1" w:after="100" w:afterAutospacing="1"/>
        <w:outlineLvl w:val="2"/>
        <w:rPr>
          <w:rFonts w:eastAsia="Times New Roman" w:cs="Times New Roman"/>
          <w:b/>
          <w:bCs/>
          <w:sz w:val="27"/>
          <w:szCs w:val="27"/>
        </w:rPr>
      </w:pPr>
      <w:r w:rsidRPr="00610E59">
        <w:rPr>
          <w:rFonts w:eastAsia="Times New Roman" w:cs="Times New Roman"/>
          <w:b/>
          <w:bCs/>
          <w:sz w:val="27"/>
          <w:szCs w:val="27"/>
        </w:rPr>
        <w:t>Chapter 5 — Matt's Survival]</w:t>
      </w:r>
    </w:p>
    <w:p w14:paraId="383D1E8C"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b/>
          <w:bCs/>
          <w:szCs w:val="24"/>
        </w:rPr>
        <w:t>Beartown State Forest</w:t>
      </w:r>
      <w:r w:rsidRPr="00610E59">
        <w:rPr>
          <w:rFonts w:eastAsia="Times New Roman" w:cs="Times New Roman"/>
          <w:szCs w:val="24"/>
        </w:rPr>
        <w:br/>
      </w:r>
      <w:r w:rsidRPr="00610E59">
        <w:rPr>
          <w:rFonts w:eastAsia="Times New Roman" w:cs="Times New Roman"/>
          <w:b/>
          <w:bCs/>
          <w:szCs w:val="24"/>
        </w:rPr>
        <w:t>August 16, 2025</w:t>
      </w:r>
    </w:p>
    <w:p w14:paraId="1BC9B4B5"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The nights were colder than he remembered for August. Damp, too. The kind of chill that crept into your joints and stayed there like a warning.</w:t>
      </w:r>
    </w:p>
    <w:p w14:paraId="2426410C"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Matt crouched near the base of a granite outcrop, carefully turning a fish over the embers of a tiny fire. He'd caught it in the still shallows of a kettle pond near one of the disused trails — one of the few things still coming easy to him. Water came from the lake, filtered through a battered squeeze bottle from his rucksack. Food had been harder. Mostly, it was fish, the occasional squirrel, or a vacuum-sealed MRE he’d kept since he’d bugged out.</w:t>
      </w:r>
    </w:p>
    <w:p w14:paraId="6A9A3329"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 xml:space="preserve">He chewed slowly, eyes scanning the </w:t>
      </w:r>
      <w:proofErr w:type="spellStart"/>
      <w:r w:rsidRPr="00610E59">
        <w:rPr>
          <w:rFonts w:eastAsia="Times New Roman" w:cs="Times New Roman"/>
          <w:szCs w:val="24"/>
        </w:rPr>
        <w:t>treeline</w:t>
      </w:r>
      <w:proofErr w:type="spellEnd"/>
      <w:r w:rsidRPr="00610E59">
        <w:rPr>
          <w:rFonts w:eastAsia="Times New Roman" w:cs="Times New Roman"/>
          <w:szCs w:val="24"/>
        </w:rPr>
        <w:t xml:space="preserve">. The burner phone was nearly dead, no longer safe to use anyway. And the money—what little he'd had—was down to single digits. A few crumpled twenties, </w:t>
      </w:r>
      <w:proofErr w:type="gramStart"/>
      <w:r w:rsidRPr="00610E59">
        <w:rPr>
          <w:rFonts w:eastAsia="Times New Roman" w:cs="Times New Roman"/>
          <w:szCs w:val="24"/>
        </w:rPr>
        <w:t>a ten</w:t>
      </w:r>
      <w:proofErr w:type="gramEnd"/>
      <w:r w:rsidRPr="00610E59">
        <w:rPr>
          <w:rFonts w:eastAsia="Times New Roman" w:cs="Times New Roman"/>
          <w:szCs w:val="24"/>
        </w:rPr>
        <w:t>, and a couple of quarters. Even in towns where people looked the other way, cash didn’t stretch far.</w:t>
      </w:r>
    </w:p>
    <w:p w14:paraId="38A9A8E0"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 xml:space="preserve">For shelter, he’d broken into an abandoned </w:t>
      </w:r>
      <w:r w:rsidRPr="00610E59">
        <w:rPr>
          <w:rFonts w:eastAsia="Times New Roman" w:cs="Times New Roman"/>
          <w:b/>
          <w:bCs/>
          <w:szCs w:val="24"/>
        </w:rPr>
        <w:t xml:space="preserve">seasonal </w:t>
      </w:r>
      <w:proofErr w:type="spellStart"/>
      <w:r w:rsidRPr="00610E59">
        <w:rPr>
          <w:rFonts w:eastAsia="Times New Roman" w:cs="Times New Roman"/>
          <w:b/>
          <w:bCs/>
          <w:szCs w:val="24"/>
        </w:rPr>
        <w:t>lakehouse</w:t>
      </w:r>
      <w:proofErr w:type="spellEnd"/>
      <w:r w:rsidRPr="00610E59">
        <w:rPr>
          <w:rFonts w:eastAsia="Times New Roman" w:cs="Times New Roman"/>
          <w:szCs w:val="24"/>
        </w:rPr>
        <w:t xml:space="preserve"> tucked deep inside the woods of Beartown State Forest — the kind only summer people used, with sun-bleached canoes and a boat key still hanging on a rusty nail. The lock had been garbage. The generator was dead, but it had a roof, a wood stove, and even a few cans of food in a cupboard: expired soup, saltines, black coffee.</w:t>
      </w:r>
    </w:p>
    <w:p w14:paraId="5FC07250"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It felt like a gift from a ghost.</w:t>
      </w:r>
    </w:p>
    <w:p w14:paraId="74EE5834"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Tonight, he was using it as a meeting place. Jake had agreed to bring a second burner — another unregistered phone from a patient who'd passed away alone at Berkshire Medical, no next of kin, no digital trail. The hospital kept their possessions for 90 days. Jake just made sure this one disappeared a little early.</w:t>
      </w:r>
    </w:p>
    <w:p w14:paraId="76BAA75E"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 xml:space="preserve">They had pre-arranged the meeting spot in a handwritten note passed quietly the last time Matt came through Chatham. No calls. No texts. Just a time, a general location, and a phrase scratched into a slip of paper: </w:t>
      </w:r>
      <w:r w:rsidRPr="00610E59">
        <w:rPr>
          <w:rFonts w:eastAsia="Times New Roman" w:cs="Times New Roman"/>
          <w:i/>
          <w:iCs/>
          <w:szCs w:val="24"/>
        </w:rPr>
        <w:t>“Blue canoe under the porch.”</w:t>
      </w:r>
    </w:p>
    <w:p w14:paraId="71B3B150"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He checked his watch. Ten minutes until dark. If Jake was coming, it’d be soon.</w:t>
      </w:r>
    </w:p>
    <w:p w14:paraId="56867158" w14:textId="77777777" w:rsidR="00610E59" w:rsidRPr="00610E59" w:rsidRDefault="00610E59" w:rsidP="00610E59">
      <w:pPr>
        <w:spacing w:before="100" w:beforeAutospacing="1" w:after="100" w:afterAutospacing="1"/>
        <w:outlineLvl w:val="2"/>
        <w:rPr>
          <w:rFonts w:eastAsia="Times New Roman" w:cs="Times New Roman"/>
          <w:b/>
          <w:bCs/>
          <w:sz w:val="27"/>
          <w:szCs w:val="27"/>
        </w:rPr>
      </w:pPr>
      <w:r w:rsidRPr="00610E59">
        <w:rPr>
          <w:rFonts w:eastAsia="Times New Roman" w:cs="Times New Roman"/>
          <w:b/>
          <w:bCs/>
          <w:sz w:val="27"/>
          <w:szCs w:val="27"/>
        </w:rPr>
        <w:t>Chapter 5 — Lakehouse Meeting]</w:t>
      </w:r>
    </w:p>
    <w:p w14:paraId="7EB72A10"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 xml:space="preserve">The woods around the </w:t>
      </w:r>
      <w:proofErr w:type="spellStart"/>
      <w:r w:rsidRPr="00610E59">
        <w:rPr>
          <w:rFonts w:eastAsia="Times New Roman" w:cs="Times New Roman"/>
          <w:szCs w:val="24"/>
        </w:rPr>
        <w:t>lakehouse</w:t>
      </w:r>
      <w:proofErr w:type="spellEnd"/>
      <w:r w:rsidRPr="00610E59">
        <w:rPr>
          <w:rFonts w:eastAsia="Times New Roman" w:cs="Times New Roman"/>
          <w:szCs w:val="24"/>
        </w:rPr>
        <w:t xml:space="preserve"> had gone silent. Not just quiet—</w:t>
      </w:r>
      <w:r w:rsidRPr="00610E59">
        <w:rPr>
          <w:rFonts w:eastAsia="Times New Roman" w:cs="Times New Roman"/>
          <w:i/>
          <w:iCs/>
          <w:szCs w:val="24"/>
        </w:rPr>
        <w:t>silent</w:t>
      </w:r>
      <w:r w:rsidRPr="00610E59">
        <w:rPr>
          <w:rFonts w:eastAsia="Times New Roman" w:cs="Times New Roman"/>
          <w:szCs w:val="24"/>
        </w:rPr>
        <w:t>. No frogs. No night birds. Not even the breeze that had whispered through the trees all day.</w:t>
      </w:r>
    </w:p>
    <w:p w14:paraId="53D593A2"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Matt felt it in his gut before he heard the soft crunch of tires on gravel.</w:t>
      </w:r>
    </w:p>
    <w:p w14:paraId="438D9660"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He stepped back into the shadows near the dock, one hand on the butt of his pistol, eyes locked on the approach. The headlights were off. Whoever it was knew what they were doing.</w:t>
      </w:r>
    </w:p>
    <w:p w14:paraId="29CEC9A0"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lastRenderedPageBreak/>
        <w:t>The old Subaru coasted to a stop behind a curtain of trees, hidden from the road. Matt recognized it and exhaled slowly, stepping into the clearing.</w:t>
      </w:r>
    </w:p>
    <w:p w14:paraId="7D19D66A"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“Jesus, Mattie,” Jake said, climbing out. “You look like hell.”</w:t>
      </w:r>
    </w:p>
    <w:p w14:paraId="634391CC"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“Better than being dead,” Matt said. “You bring the phone?”</w:t>
      </w:r>
    </w:p>
    <w:p w14:paraId="323D3187"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Jake handed over a plastic sandwich bag. Inside was a basic flip phone, still in hospital inventory wrap. “Clean. Belonged to an old Navy vet. No family. Died two weeks ago. No one’s coming for it.”</w:t>
      </w:r>
    </w:p>
    <w:p w14:paraId="70A1C987"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Matt nodded, tucking it away. “Thanks.”</w:t>
      </w:r>
    </w:p>
    <w:p w14:paraId="09BD36CF"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Jake didn’t smile. He pulled out a paper bag. “Also brought you this. Canned stuff, protein bars, a real sandwich... Thought you could use it.”</w:t>
      </w:r>
    </w:p>
    <w:p w14:paraId="3AEC52EE"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Matt’s throat tightened at the smell of actual food. “You didn’t have to—”</w:t>
      </w:r>
    </w:p>
    <w:p w14:paraId="173642FD"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 xml:space="preserve">Jake cut him off. “I </w:t>
      </w:r>
      <w:r w:rsidRPr="00610E59">
        <w:rPr>
          <w:rFonts w:eastAsia="Times New Roman" w:cs="Times New Roman"/>
          <w:i/>
          <w:iCs/>
          <w:szCs w:val="24"/>
        </w:rPr>
        <w:t>wanted</w:t>
      </w:r>
      <w:r w:rsidRPr="00610E59">
        <w:rPr>
          <w:rFonts w:eastAsia="Times New Roman" w:cs="Times New Roman"/>
          <w:szCs w:val="24"/>
        </w:rPr>
        <w:t xml:space="preserve"> to. And I’ve got news.”</w:t>
      </w:r>
    </w:p>
    <w:p w14:paraId="17B4A52D"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Matt tensed. “Go on.”</w:t>
      </w:r>
    </w:p>
    <w:p w14:paraId="08316AD8"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“There’s chatter. The feds were in Stockbridge yesterday. Not just the local guy—they brought people in. Suits. They met with some state law enforcement types at the Red Lion Inn. In the back bar. The Lion’s Den.”</w:t>
      </w:r>
    </w:p>
    <w:p w14:paraId="6ADC9C7C"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Matt frowned. “They make a show of it?”</w:t>
      </w:r>
    </w:p>
    <w:p w14:paraId="2C6C2DD8"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“Subtle but expensive. Lobster, wine. Same old playbook.” Jake paused. “They’re trying to push the locals into helping more aggressively. Saying you’re dangerous, maybe armed, maybe mentally unstable.”</w:t>
      </w:r>
    </w:p>
    <w:p w14:paraId="4D27876B"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“I haven’t done anything,” Matt said quietly.</w:t>
      </w:r>
    </w:p>
    <w:p w14:paraId="0082E672"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 xml:space="preserve">Jake looked away. “I know that. But they don’t care. Or they </w:t>
      </w:r>
      <w:r w:rsidRPr="00610E59">
        <w:rPr>
          <w:rFonts w:eastAsia="Times New Roman" w:cs="Times New Roman"/>
          <w:i/>
          <w:iCs/>
          <w:szCs w:val="24"/>
        </w:rPr>
        <w:t>do</w:t>
      </w:r>
      <w:r w:rsidRPr="00610E59">
        <w:rPr>
          <w:rFonts w:eastAsia="Times New Roman" w:cs="Times New Roman"/>
          <w:szCs w:val="24"/>
        </w:rPr>
        <w:t>, and they’re doing it anyway.”</w:t>
      </w:r>
    </w:p>
    <w:p w14:paraId="38CF5D56"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Matt took a long breath and looked back toward the forest.</w:t>
      </w:r>
    </w:p>
    <w:p w14:paraId="063C6F62"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“Time to move again,” he muttered.</w:t>
      </w:r>
    </w:p>
    <w:p w14:paraId="5789B7F3"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Jake reached into his coat one last time and handed him a folded piece of paper.</w:t>
      </w:r>
    </w:p>
    <w:p w14:paraId="5962CBB4"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“What’s this?” Matt asked.</w:t>
      </w:r>
    </w:p>
    <w:p w14:paraId="3E2D9DD8"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 xml:space="preserve">“A place in Vermont. </w:t>
      </w:r>
      <w:proofErr w:type="gramStart"/>
      <w:r w:rsidRPr="00610E59">
        <w:rPr>
          <w:rFonts w:eastAsia="Times New Roman" w:cs="Times New Roman"/>
          <w:szCs w:val="24"/>
        </w:rPr>
        <w:t>Used</w:t>
      </w:r>
      <w:proofErr w:type="gramEnd"/>
      <w:r w:rsidRPr="00610E59">
        <w:rPr>
          <w:rFonts w:eastAsia="Times New Roman" w:cs="Times New Roman"/>
          <w:szCs w:val="24"/>
        </w:rPr>
        <w:t xml:space="preserve"> to be an old logging shack. Off-grid, quiet. My cousin used it for hunting. He’s gone now, but the key’s still under the back tire of the ATV. There’s food. Maybe even fuel if you’re lucky.”</w:t>
      </w:r>
    </w:p>
    <w:p w14:paraId="770D3F0F"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Matt took the paper, held it for a beat, then nodded once.</w:t>
      </w:r>
    </w:p>
    <w:p w14:paraId="52390940"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“Thanks, brother.”</w:t>
      </w:r>
    </w:p>
    <w:p w14:paraId="7124BE2E" w14:textId="77777777" w:rsidR="00610E59" w:rsidRP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Jake gave him a look only someone from war can give—equal parts grief and loyalty.</w:t>
      </w:r>
    </w:p>
    <w:p w14:paraId="29A0D410" w14:textId="77777777" w:rsidR="00610E59" w:rsidRDefault="00610E59" w:rsidP="00610E59">
      <w:pPr>
        <w:spacing w:before="100" w:beforeAutospacing="1" w:after="100" w:afterAutospacing="1"/>
        <w:rPr>
          <w:rFonts w:eastAsia="Times New Roman" w:cs="Times New Roman"/>
          <w:szCs w:val="24"/>
        </w:rPr>
      </w:pPr>
      <w:r w:rsidRPr="00610E59">
        <w:rPr>
          <w:rFonts w:eastAsia="Times New Roman" w:cs="Times New Roman"/>
          <w:szCs w:val="24"/>
        </w:rPr>
        <w:t xml:space="preserve">“Stay alive, Mattie. That’s all you </w:t>
      </w:r>
      <w:proofErr w:type="spellStart"/>
      <w:r w:rsidRPr="00610E59">
        <w:rPr>
          <w:rFonts w:eastAsia="Times New Roman" w:cs="Times New Roman"/>
          <w:szCs w:val="24"/>
        </w:rPr>
        <w:t>gotta</w:t>
      </w:r>
      <w:proofErr w:type="spellEnd"/>
      <w:r w:rsidRPr="00610E59">
        <w:rPr>
          <w:rFonts w:eastAsia="Times New Roman" w:cs="Times New Roman"/>
          <w:szCs w:val="24"/>
        </w:rPr>
        <w:t xml:space="preserve"> do.”</w:t>
      </w:r>
    </w:p>
    <w:p w14:paraId="538D60C4"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b/>
          <w:bCs/>
          <w:szCs w:val="24"/>
        </w:rPr>
        <w:lastRenderedPageBreak/>
        <w:t>Chapter 6: Into the Fort</w:t>
      </w:r>
    </w:p>
    <w:p w14:paraId="71C61D3C"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b/>
          <w:bCs/>
          <w:szCs w:val="24"/>
        </w:rPr>
        <w:t>Springfield, Massachusetts</w:t>
      </w:r>
      <w:r w:rsidRPr="00DD01C5">
        <w:rPr>
          <w:rFonts w:eastAsia="Times New Roman" w:cs="Times New Roman"/>
          <w:szCs w:val="24"/>
        </w:rPr>
        <w:br/>
      </w:r>
      <w:r w:rsidRPr="00DD01C5">
        <w:rPr>
          <w:rFonts w:eastAsia="Times New Roman" w:cs="Times New Roman"/>
          <w:b/>
          <w:bCs/>
          <w:szCs w:val="24"/>
        </w:rPr>
        <w:t>August 20, 2025</w:t>
      </w:r>
    </w:p>
    <w:p w14:paraId="585C856D"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Matt sat in the back booth of a run-down bar across from The Student Prince, a cracked bowl of peanuts in front of him and a glass of flat soda to keep the staff from asking questions. Outside, the city pulsed with Friday-night noise: idling engines, bursts of laughter, the occasional siren. Across the street, the restaurant known by insiders as "The Fort" glowed with warm, golden light.</w:t>
      </w:r>
    </w:p>
    <w:p w14:paraId="70777F89"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Everyone who was anyone came to The Fort. Judges, federal contractors, state and federal law enforcement, defense attorneys, and politicians. For decades, it had been Springfield's hidden nucleus of power. Matt knew it from a few old missions and even more old friends. But tonight, he wasn’t here to reminisce. He was here for intel.</w:t>
      </w:r>
    </w:p>
    <w:p w14:paraId="33649BEA"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He had already made his move.</w:t>
      </w:r>
    </w:p>
    <w:p w14:paraId="35BE1E46"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 xml:space="preserve">Earlier that day, using a secure chat app through a burner account labeled </w:t>
      </w:r>
      <w:r w:rsidRPr="00DD01C5">
        <w:rPr>
          <w:rFonts w:eastAsia="Times New Roman" w:cs="Times New Roman"/>
          <w:i/>
          <w:iCs/>
          <w:szCs w:val="24"/>
        </w:rPr>
        <w:t>FortLeak_37</w:t>
      </w:r>
      <w:r w:rsidRPr="00DD01C5">
        <w:rPr>
          <w:rFonts w:eastAsia="Times New Roman" w:cs="Times New Roman"/>
          <w:szCs w:val="24"/>
        </w:rPr>
        <w:t>, Matt had reached out to a freelance investigative reporter named Lena Choi. She’d been ousted from the Boston Globe for refusing to rewrite a piece exposing the influence of tech lobbies on the pre-crime program. She had credibility, guts, and most importantly, reach. He told her there would be a meeting at The Fort that night. One involving names tied to the Department of Homeland Security and the Pre-Conviction rollout.</w:t>
      </w:r>
    </w:p>
    <w:p w14:paraId="599C3B18"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Matt didn’t want to go inside. It was too hot. Too risky. But Lena could. She’d play it like she was just covering Springfield nightlife. He fed her just enough: Look for the man in the tan suit with a cane and a government badge. Sit two booths away. Order wine and listen.</w:t>
      </w:r>
    </w:p>
    <w:p w14:paraId="5993F57D"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Matt wasn’t blind out there, either. He tapped into the restaurant’s point-of-sale Bluetooth, an old SIGINT trick from his Army days. When certain cards were swiped near the terminal, he got brief audio blips—clipped, poor quality, but enough to piece together fragments.</w:t>
      </w:r>
    </w:p>
    <w:p w14:paraId="1C3D9A39"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What he heard sent a chill down his spine:</w:t>
      </w:r>
    </w:p>
    <w:p w14:paraId="02524012" w14:textId="77777777" w:rsidR="00DD01C5" w:rsidRPr="00DD01C5" w:rsidRDefault="00DD01C5" w:rsidP="00DD01C5">
      <w:pPr>
        <w:spacing w:beforeAutospacing="1" w:afterAutospacing="1"/>
        <w:rPr>
          <w:rFonts w:eastAsia="Times New Roman" w:cs="Times New Roman"/>
          <w:szCs w:val="24"/>
        </w:rPr>
      </w:pPr>
      <w:r w:rsidRPr="00DD01C5">
        <w:rPr>
          <w:rFonts w:eastAsia="Times New Roman" w:cs="Times New Roman"/>
          <w:szCs w:val="24"/>
        </w:rPr>
        <w:t>“...yes, we pushed the score—we had to. The model wasn’t moving on its own, and we needed to show...”</w:t>
      </w:r>
      <w:r w:rsidRPr="00DD01C5">
        <w:rPr>
          <w:rFonts w:eastAsia="Times New Roman" w:cs="Times New Roman"/>
          <w:szCs w:val="24"/>
        </w:rPr>
        <w:br/>
        <w:t>“...Deluca is a trial balloon. If the public buys in, we scale up.”</w:t>
      </w:r>
      <w:r w:rsidRPr="00DD01C5">
        <w:rPr>
          <w:rFonts w:eastAsia="Times New Roman" w:cs="Times New Roman"/>
          <w:szCs w:val="24"/>
        </w:rPr>
        <w:br/>
        <w:t>“...Let the incident come. It always does.”</w:t>
      </w:r>
    </w:p>
    <w:p w14:paraId="2870B155"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 xml:space="preserve">They weren’t stopping him. They were </w:t>
      </w:r>
      <w:r w:rsidRPr="00DD01C5">
        <w:rPr>
          <w:rFonts w:eastAsia="Times New Roman" w:cs="Times New Roman"/>
          <w:i/>
          <w:iCs/>
          <w:szCs w:val="24"/>
        </w:rPr>
        <w:t>waiting</w:t>
      </w:r>
      <w:r w:rsidRPr="00DD01C5">
        <w:rPr>
          <w:rFonts w:eastAsia="Times New Roman" w:cs="Times New Roman"/>
          <w:szCs w:val="24"/>
        </w:rPr>
        <w:t xml:space="preserve"> for him to fall. To act. They had stacked the deck and were now just </w:t>
      </w:r>
      <w:proofErr w:type="gramStart"/>
      <w:r w:rsidRPr="00DD01C5">
        <w:rPr>
          <w:rFonts w:eastAsia="Times New Roman" w:cs="Times New Roman"/>
          <w:szCs w:val="24"/>
        </w:rPr>
        <w:t>playing</w:t>
      </w:r>
      <w:proofErr w:type="gramEnd"/>
      <w:r w:rsidRPr="00DD01C5">
        <w:rPr>
          <w:rFonts w:eastAsia="Times New Roman" w:cs="Times New Roman"/>
          <w:szCs w:val="24"/>
        </w:rPr>
        <w:t xml:space="preserve"> the clock.</w:t>
      </w:r>
    </w:p>
    <w:p w14:paraId="064FC59A"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He left immediately.</w:t>
      </w:r>
    </w:p>
    <w:p w14:paraId="3D5C6682"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 xml:space="preserve">Ten minutes later, Matt found Lena hiding under a railway awning three blocks from the Fort. Her hair was a mess. Her face </w:t>
      </w:r>
      <w:proofErr w:type="gramStart"/>
      <w:r w:rsidRPr="00DD01C5">
        <w:rPr>
          <w:rFonts w:eastAsia="Times New Roman" w:cs="Times New Roman"/>
          <w:szCs w:val="24"/>
        </w:rPr>
        <w:t>pale</w:t>
      </w:r>
      <w:proofErr w:type="gramEnd"/>
      <w:r w:rsidRPr="00DD01C5">
        <w:rPr>
          <w:rFonts w:eastAsia="Times New Roman" w:cs="Times New Roman"/>
          <w:szCs w:val="24"/>
        </w:rPr>
        <w:t>.</w:t>
      </w:r>
    </w:p>
    <w:p w14:paraId="1CD56098"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 xml:space="preserve">“Who the hell </w:t>
      </w:r>
      <w:r w:rsidRPr="00DD01C5">
        <w:rPr>
          <w:rFonts w:eastAsia="Times New Roman" w:cs="Times New Roman"/>
          <w:i/>
          <w:iCs/>
          <w:szCs w:val="24"/>
        </w:rPr>
        <w:t>are</w:t>
      </w:r>
      <w:r w:rsidRPr="00DD01C5">
        <w:rPr>
          <w:rFonts w:eastAsia="Times New Roman" w:cs="Times New Roman"/>
          <w:szCs w:val="24"/>
        </w:rPr>
        <w:t xml:space="preserve"> you?” she demanded.</w:t>
      </w:r>
    </w:p>
    <w:p w14:paraId="40E7791E"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“Someone who’s already on the list,” Matt replied. “And you just joined me.”</w:t>
      </w:r>
    </w:p>
    <w:p w14:paraId="0B1E3BD5"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She pulled a folded paper from inside her jacket. One of the few things she had salvaged before being chased from the restaurant.</w:t>
      </w:r>
    </w:p>
    <w:p w14:paraId="21EA1C3E"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lastRenderedPageBreak/>
        <w:t>“A guy gave this to me at the Worcester courthouse three days ago. Said to hand it off if anything ever went sideways.”</w:t>
      </w:r>
    </w:p>
    <w:p w14:paraId="2D4A4367"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 xml:space="preserve">Matt unfolded it. The cipher was basic—a transposition pattern he cracked in seconds. It was a contact list. Activists, former judges, whistleblower engineers. And one name that stood out: </w:t>
      </w:r>
      <w:r w:rsidRPr="00DD01C5">
        <w:rPr>
          <w:rFonts w:eastAsia="Times New Roman" w:cs="Times New Roman"/>
          <w:b/>
          <w:bCs/>
          <w:szCs w:val="24"/>
        </w:rPr>
        <w:t>Kendrick Hale</w:t>
      </w:r>
      <w:r w:rsidRPr="00DD01C5">
        <w:rPr>
          <w:rFonts w:eastAsia="Times New Roman" w:cs="Times New Roman"/>
          <w:szCs w:val="24"/>
        </w:rPr>
        <w:t>, a New Haven civil rights attorney who had filed thirteen lawsuits challenging the legality of pre-conviction scoring.</w:t>
      </w:r>
    </w:p>
    <w:p w14:paraId="150887D5"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 xml:space="preserve">Lena spoke quietly. “These lawsuits are DOA. Judges are too scared, too bought, or too leveraged. The public wants safety after the cities burned, after the border </w:t>
      </w:r>
      <w:proofErr w:type="gramStart"/>
      <w:r w:rsidRPr="00DD01C5">
        <w:rPr>
          <w:rFonts w:eastAsia="Times New Roman" w:cs="Times New Roman"/>
          <w:szCs w:val="24"/>
        </w:rPr>
        <w:t>collapses</w:t>
      </w:r>
      <w:proofErr w:type="gramEnd"/>
      <w:r w:rsidRPr="00DD01C5">
        <w:rPr>
          <w:rFonts w:eastAsia="Times New Roman" w:cs="Times New Roman"/>
          <w:szCs w:val="24"/>
        </w:rPr>
        <w:t>, after the police were gutted. The media fans the flames. The mob screams for justice, and this...” she gestured around them, “...this is what it looks like when a system eats its own.”</w:t>
      </w:r>
    </w:p>
    <w:p w14:paraId="034FBFD0"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Matt listened. The city buzzed around them like a hive.</w:t>
      </w:r>
    </w:p>
    <w:p w14:paraId="257E4257"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“You’re the poster boy now,” Lena continued. “They needed someone with the perfect background—veteran, gun owner, some political opinions they can twist. You were always going to be first.”</w:t>
      </w:r>
    </w:p>
    <w:p w14:paraId="77C3CAC9"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Matt didn’t argue. Because she was right. And worse, because he was starting to believe it.</w:t>
      </w:r>
    </w:p>
    <w:p w14:paraId="2D47874B"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They had made him a monster before he’d done anything. And now they were waiting for him to become it.</w:t>
      </w:r>
    </w:p>
    <w:p w14:paraId="2C1E0EE8"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But now he had names. And Kendrick Hale might be his only shot at turning this around.</w:t>
      </w:r>
    </w:p>
    <w:p w14:paraId="182E98C6"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If the system didn’t get to him first.</w:t>
      </w:r>
    </w:p>
    <w:p w14:paraId="4EA7AA23" w14:textId="77777777" w:rsidR="00DD01C5" w:rsidRPr="00DD01C5" w:rsidRDefault="009E451F" w:rsidP="00DD01C5">
      <w:pPr>
        <w:rPr>
          <w:rFonts w:eastAsia="Times New Roman" w:cs="Times New Roman"/>
          <w:szCs w:val="24"/>
        </w:rPr>
      </w:pPr>
      <w:r>
        <w:rPr>
          <w:rFonts w:eastAsia="Times New Roman" w:cs="Times New Roman"/>
          <w:szCs w:val="24"/>
        </w:rPr>
        <w:pict w14:anchorId="1ED103D9">
          <v:rect id="_x0000_i1034" style="width:0;height:1.5pt" o:hralign="center" o:hrstd="t" o:hr="t" fillcolor="#a0a0a0" stroked="f"/>
        </w:pict>
      </w:r>
    </w:p>
    <w:p w14:paraId="1136E220"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b/>
          <w:bCs/>
          <w:szCs w:val="24"/>
        </w:rPr>
        <w:t>Washington, D.C.</w:t>
      </w:r>
      <w:r w:rsidRPr="00DD01C5">
        <w:rPr>
          <w:rFonts w:eastAsia="Times New Roman" w:cs="Times New Roman"/>
          <w:szCs w:val="24"/>
        </w:rPr>
        <w:br/>
      </w:r>
      <w:r w:rsidRPr="00DD01C5">
        <w:rPr>
          <w:rFonts w:eastAsia="Times New Roman" w:cs="Times New Roman"/>
          <w:b/>
          <w:bCs/>
          <w:szCs w:val="24"/>
        </w:rPr>
        <w:t>August 21, 2025</w:t>
      </w:r>
    </w:p>
    <w:p w14:paraId="018D9E33"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“Goddammit.”</w:t>
      </w:r>
    </w:p>
    <w:p w14:paraId="30FAC353"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The word cracked through the silence like a whip. Deputy Director Alton Burr slammed the screen of his tablet face-down onto the conference table, breathing hard through his nose. The room—cold, gray, sterile—sat atop one of the more innocuous federal buildings in D.C., its windows blacked out and soundproofed.</w:t>
      </w:r>
    </w:p>
    <w:p w14:paraId="1F2414DB"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Huxley didn’t flinch. He stood at the far end of the room, arms crossed, watching the others file in one by one: legal advisors, tech liaisons, two officers from Homeland, and a woman from the Department of Justice whose sharp suit and sharper eyes gave away her real clearance level.</w:t>
      </w:r>
    </w:p>
    <w:p w14:paraId="4640E266"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“Deluca was seen in Springfield,” Burr growled. “And then, guess what? A reporter. Lena f***</w:t>
      </w:r>
      <w:proofErr w:type="spellStart"/>
      <w:r w:rsidRPr="00DD01C5">
        <w:rPr>
          <w:rFonts w:eastAsia="Times New Roman" w:cs="Times New Roman"/>
          <w:szCs w:val="24"/>
        </w:rPr>
        <w:t>ing</w:t>
      </w:r>
      <w:proofErr w:type="spellEnd"/>
      <w:r w:rsidRPr="00DD01C5">
        <w:rPr>
          <w:rFonts w:eastAsia="Times New Roman" w:cs="Times New Roman"/>
          <w:szCs w:val="24"/>
        </w:rPr>
        <w:t xml:space="preserve"> Choi. She’s on footage near The Fort. Now she’s disappeared.”</w:t>
      </w:r>
    </w:p>
    <w:p w14:paraId="423A342A"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“Jesus,” someone muttered.</w:t>
      </w:r>
    </w:p>
    <w:p w14:paraId="4DF00DF7"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“They made contact,” Burr continued. “We found fragments on local wireless traffic—ciphered chatter, low-bitrate data movement, burner devices. He’s not acting like a cornered animal. He’s coordinating.”</w:t>
      </w:r>
    </w:p>
    <w:p w14:paraId="0D54AD5A"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The woman from DOJ, Eleanor Pike, tapped her pen against the rim of her notepad. “That means we’ve failed to isolate him socially. The psychological play isn’t working. That’s a problem.”</w:t>
      </w:r>
    </w:p>
    <w:p w14:paraId="048B0966"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lastRenderedPageBreak/>
        <w:t>“It’s more than that,” Huxley cut in, voice low. “He has a list. Somehow, Hale’s network reached him. That means we’ve got a leak somewhere inside the suppression pipeline—maybe even someone in the judiciary.”</w:t>
      </w:r>
    </w:p>
    <w:p w14:paraId="64F44E44"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A murmur spread through the room like a virus.</w:t>
      </w:r>
    </w:p>
    <w:p w14:paraId="0B6B7A19"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Pike didn’t blink. “</w:t>
      </w:r>
      <w:proofErr w:type="gramStart"/>
      <w:r w:rsidRPr="00DD01C5">
        <w:rPr>
          <w:rFonts w:eastAsia="Times New Roman" w:cs="Times New Roman"/>
          <w:szCs w:val="24"/>
        </w:rPr>
        <w:t>So</w:t>
      </w:r>
      <w:proofErr w:type="gramEnd"/>
      <w:r w:rsidRPr="00DD01C5">
        <w:rPr>
          <w:rFonts w:eastAsia="Times New Roman" w:cs="Times New Roman"/>
          <w:szCs w:val="24"/>
        </w:rPr>
        <w:t xml:space="preserve"> fix it. Contain it.”</w:t>
      </w:r>
    </w:p>
    <w:p w14:paraId="3537BA12"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 xml:space="preserve">Burr leaned </w:t>
      </w:r>
      <w:proofErr w:type="gramStart"/>
      <w:r w:rsidRPr="00DD01C5">
        <w:rPr>
          <w:rFonts w:eastAsia="Times New Roman" w:cs="Times New Roman"/>
          <w:szCs w:val="24"/>
        </w:rPr>
        <w:t>forward,</w:t>
      </w:r>
      <w:proofErr w:type="gramEnd"/>
      <w:r w:rsidRPr="00DD01C5">
        <w:rPr>
          <w:rFonts w:eastAsia="Times New Roman" w:cs="Times New Roman"/>
          <w:szCs w:val="24"/>
        </w:rPr>
        <w:t xml:space="preserve"> fists planted. “No, we go scorched earth. We cut Hale out of the narrative before he becomes a </w:t>
      </w:r>
      <w:proofErr w:type="spellStart"/>
      <w:r w:rsidRPr="00DD01C5">
        <w:rPr>
          <w:rFonts w:eastAsia="Times New Roman" w:cs="Times New Roman"/>
          <w:szCs w:val="24"/>
        </w:rPr>
        <w:t>f</w:t>
      </w:r>
      <w:r w:rsidRPr="00DD01C5">
        <w:rPr>
          <w:rFonts w:eastAsia="Times New Roman" w:cs="Times New Roman"/>
          <w:b/>
          <w:bCs/>
          <w:i/>
          <w:iCs/>
          <w:szCs w:val="24"/>
        </w:rPr>
        <w:t>ing</w:t>
      </w:r>
      <w:proofErr w:type="spellEnd"/>
      <w:r w:rsidRPr="00DD01C5">
        <w:rPr>
          <w:rFonts w:eastAsia="Times New Roman" w:cs="Times New Roman"/>
          <w:b/>
          <w:bCs/>
          <w:i/>
          <w:iCs/>
          <w:szCs w:val="24"/>
        </w:rPr>
        <w:t xml:space="preserve"> martyr. We </w:t>
      </w:r>
      <w:proofErr w:type="gramStart"/>
      <w:r w:rsidRPr="00DD01C5">
        <w:rPr>
          <w:rFonts w:eastAsia="Times New Roman" w:cs="Times New Roman"/>
          <w:b/>
          <w:bCs/>
          <w:i/>
          <w:iCs/>
          <w:szCs w:val="24"/>
        </w:rPr>
        <w:t>black-bag</w:t>
      </w:r>
      <w:proofErr w:type="gramEnd"/>
      <w:r w:rsidRPr="00DD01C5">
        <w:rPr>
          <w:rFonts w:eastAsia="Times New Roman" w:cs="Times New Roman"/>
          <w:b/>
          <w:bCs/>
          <w:i/>
          <w:iCs/>
          <w:szCs w:val="24"/>
        </w:rPr>
        <w:t xml:space="preserve"> the pipeline and flood </w:t>
      </w:r>
      <w:proofErr w:type="gramStart"/>
      <w:r w:rsidRPr="00DD01C5">
        <w:rPr>
          <w:rFonts w:eastAsia="Times New Roman" w:cs="Times New Roman"/>
          <w:b/>
          <w:bCs/>
          <w:i/>
          <w:iCs/>
          <w:szCs w:val="24"/>
        </w:rPr>
        <w:t>social</w:t>
      </w:r>
      <w:proofErr w:type="gramEnd"/>
      <w:r w:rsidRPr="00DD01C5">
        <w:rPr>
          <w:rFonts w:eastAsia="Times New Roman" w:cs="Times New Roman"/>
          <w:b/>
          <w:bCs/>
          <w:i/>
          <w:iCs/>
          <w:szCs w:val="24"/>
        </w:rPr>
        <w:t xml:space="preserve">. Deluca goes from confused vet to active domestic terrorist. We </w:t>
      </w:r>
      <w:proofErr w:type="gramStart"/>
      <w:r w:rsidRPr="00DD01C5">
        <w:rPr>
          <w:rFonts w:eastAsia="Times New Roman" w:cs="Times New Roman"/>
          <w:b/>
          <w:bCs/>
          <w:i/>
          <w:iCs/>
          <w:szCs w:val="24"/>
        </w:rPr>
        <w:t>bump</w:t>
      </w:r>
      <w:proofErr w:type="gramEnd"/>
      <w:r w:rsidRPr="00DD01C5">
        <w:rPr>
          <w:rFonts w:eastAsia="Times New Roman" w:cs="Times New Roman"/>
          <w:b/>
          <w:bCs/>
          <w:i/>
          <w:iCs/>
          <w:szCs w:val="24"/>
        </w:rPr>
        <w:t xml:space="preserve"> the score again. Trigger pre-conviction trial. Fast-track the </w:t>
      </w:r>
      <w:proofErr w:type="spellStart"/>
      <w:r w:rsidRPr="00DD01C5">
        <w:rPr>
          <w:rFonts w:eastAsia="Times New Roman" w:cs="Times New Roman"/>
          <w:b/>
          <w:bCs/>
          <w:i/>
          <w:iCs/>
          <w:szCs w:val="24"/>
        </w:rPr>
        <w:t>f</w:t>
      </w:r>
      <w:r w:rsidRPr="00DD01C5">
        <w:rPr>
          <w:rFonts w:eastAsia="Times New Roman" w:cs="Times New Roman"/>
          <w:szCs w:val="24"/>
        </w:rPr>
        <w:t>ing</w:t>
      </w:r>
      <w:proofErr w:type="spellEnd"/>
      <w:r w:rsidRPr="00DD01C5">
        <w:rPr>
          <w:rFonts w:eastAsia="Times New Roman" w:cs="Times New Roman"/>
          <w:szCs w:val="24"/>
        </w:rPr>
        <w:t xml:space="preserve"> rollout.”</w:t>
      </w:r>
    </w:p>
    <w:p w14:paraId="35EA05BA"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“Push it through Boston,” Pike added. “Sympathetic judge, bad optics for resistance. We’ll have public support by nightfall.”</w:t>
      </w:r>
    </w:p>
    <w:p w14:paraId="6DEA8B75"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 xml:space="preserve">Someone else raised </w:t>
      </w:r>
      <w:proofErr w:type="gramStart"/>
      <w:r w:rsidRPr="00DD01C5">
        <w:rPr>
          <w:rFonts w:eastAsia="Times New Roman" w:cs="Times New Roman"/>
          <w:szCs w:val="24"/>
        </w:rPr>
        <w:t>a hand</w:t>
      </w:r>
      <w:proofErr w:type="gramEnd"/>
      <w:r w:rsidRPr="00DD01C5">
        <w:rPr>
          <w:rFonts w:eastAsia="Times New Roman" w:cs="Times New Roman"/>
          <w:szCs w:val="24"/>
        </w:rPr>
        <w:t xml:space="preserve"> hesitantly. “Won’t that risk </w:t>
      </w:r>
      <w:proofErr w:type="gramStart"/>
      <w:r w:rsidRPr="00DD01C5">
        <w:rPr>
          <w:rFonts w:eastAsia="Times New Roman" w:cs="Times New Roman"/>
          <w:szCs w:val="24"/>
        </w:rPr>
        <w:t>overplaying</w:t>
      </w:r>
      <w:proofErr w:type="gramEnd"/>
      <w:r w:rsidRPr="00DD01C5">
        <w:rPr>
          <w:rFonts w:eastAsia="Times New Roman" w:cs="Times New Roman"/>
          <w:szCs w:val="24"/>
        </w:rPr>
        <w:t xml:space="preserve"> it?”</w:t>
      </w:r>
    </w:p>
    <w:p w14:paraId="59F4EE01"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 xml:space="preserve">“No,” Huxley snapped. “We’re past the point of caution. He’s already a symbol. We just decide </w:t>
      </w:r>
      <w:r w:rsidRPr="00DD01C5">
        <w:rPr>
          <w:rFonts w:eastAsia="Times New Roman" w:cs="Times New Roman"/>
          <w:i/>
          <w:iCs/>
          <w:szCs w:val="24"/>
        </w:rPr>
        <w:t>what</w:t>
      </w:r>
      <w:r w:rsidRPr="00DD01C5">
        <w:rPr>
          <w:rFonts w:eastAsia="Times New Roman" w:cs="Times New Roman"/>
          <w:szCs w:val="24"/>
        </w:rPr>
        <w:t xml:space="preserve"> kind.”</w:t>
      </w:r>
    </w:p>
    <w:p w14:paraId="245B88C9"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Silence fell again. The kind that tastes like blood.</w:t>
      </w:r>
    </w:p>
    <w:p w14:paraId="669B5A7D"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Then Burr said quietly, “I want Hale dead by the weekend. Make it clean, make it confusing. Let the news suggest suicide, illness, anything but state action. We’ll release photos of him shaking hands with extremists. We’ll bury him under his own f***</w:t>
      </w:r>
      <w:proofErr w:type="spellStart"/>
      <w:r w:rsidRPr="00DD01C5">
        <w:rPr>
          <w:rFonts w:eastAsia="Times New Roman" w:cs="Times New Roman"/>
          <w:szCs w:val="24"/>
        </w:rPr>
        <w:t>ing</w:t>
      </w:r>
      <w:proofErr w:type="spellEnd"/>
      <w:r w:rsidRPr="00DD01C5">
        <w:rPr>
          <w:rFonts w:eastAsia="Times New Roman" w:cs="Times New Roman"/>
          <w:szCs w:val="24"/>
        </w:rPr>
        <w:t xml:space="preserve"> virtue.”</w:t>
      </w:r>
    </w:p>
    <w:p w14:paraId="70EB5495"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Pike nodded once. “I'll prep the DOJ narrative.”</w:t>
      </w:r>
    </w:p>
    <w:p w14:paraId="0F18DCE8"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“And Deluca?” a tech advisor asked.</w:t>
      </w:r>
    </w:p>
    <w:p w14:paraId="47DF5EA9"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 xml:space="preserve">Huxley’s jaw clenched. “Let him run. It’s what the public expects now. He thinks he’s hunting </w:t>
      </w:r>
      <w:proofErr w:type="gramStart"/>
      <w:r w:rsidRPr="00DD01C5">
        <w:rPr>
          <w:rFonts w:eastAsia="Times New Roman" w:cs="Times New Roman"/>
          <w:szCs w:val="24"/>
        </w:rPr>
        <w:t>truth—good</w:t>
      </w:r>
      <w:proofErr w:type="gramEnd"/>
      <w:r w:rsidRPr="00DD01C5">
        <w:rPr>
          <w:rFonts w:eastAsia="Times New Roman" w:cs="Times New Roman"/>
          <w:szCs w:val="24"/>
        </w:rPr>
        <w:t>. We’ll feed him breadcrumbs until we’re ready to box him in. But next time, he doesn't get to walk away.”</w:t>
      </w:r>
    </w:p>
    <w:p w14:paraId="5F3F63F1"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As the room emptied, Burr stayed behind, staring out at the Capitol dome.</w:t>
      </w:r>
    </w:p>
    <w:p w14:paraId="1DE9F9A2"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“They still think they’re in charge,” he muttered.</w:t>
      </w:r>
    </w:p>
    <w:p w14:paraId="341A709A" w14:textId="77777777" w:rsid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Huxley heard him. “Let them. Politicians are just actors. We write the script.”</w:t>
      </w:r>
    </w:p>
    <w:p w14:paraId="4F40103F"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b/>
          <w:bCs/>
          <w:szCs w:val="24"/>
        </w:rPr>
        <w:t>Somewhere near Otis, Massachusetts</w:t>
      </w:r>
      <w:r w:rsidRPr="00DD01C5">
        <w:rPr>
          <w:rFonts w:eastAsia="Times New Roman" w:cs="Times New Roman"/>
          <w:szCs w:val="24"/>
        </w:rPr>
        <w:br/>
      </w:r>
      <w:r w:rsidRPr="00DD01C5">
        <w:rPr>
          <w:rFonts w:eastAsia="Times New Roman" w:cs="Times New Roman"/>
          <w:b/>
          <w:bCs/>
          <w:szCs w:val="24"/>
        </w:rPr>
        <w:t>August 22, 2025</w:t>
      </w:r>
    </w:p>
    <w:p w14:paraId="67BC1AF3"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The morning after Hale’s death felt colder than it should have. Matt stood by the lake’s edge near a small, decaying dock that jutted into the mist. The lake house—abandoned for the season—was quiet behind him. Lena sat on the porch, holding a thermal cup of coffee like it was the last warmth left in the world.</w:t>
      </w:r>
    </w:p>
    <w:p w14:paraId="3662C2DB"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 xml:space="preserve">Matt had barely slept. Hale was gone. Not just </w:t>
      </w:r>
      <w:proofErr w:type="gramStart"/>
      <w:r w:rsidRPr="00DD01C5">
        <w:rPr>
          <w:rFonts w:eastAsia="Times New Roman" w:cs="Times New Roman"/>
          <w:szCs w:val="24"/>
        </w:rPr>
        <w:t>dead—</w:t>
      </w:r>
      <w:r w:rsidRPr="00DD01C5">
        <w:rPr>
          <w:rFonts w:eastAsia="Times New Roman" w:cs="Times New Roman"/>
          <w:i/>
          <w:iCs/>
          <w:szCs w:val="24"/>
        </w:rPr>
        <w:t>erased</w:t>
      </w:r>
      <w:proofErr w:type="gramEnd"/>
      <w:r w:rsidRPr="00DD01C5">
        <w:rPr>
          <w:rFonts w:eastAsia="Times New Roman" w:cs="Times New Roman"/>
          <w:szCs w:val="24"/>
        </w:rPr>
        <w:t>. Within hours, news feeds claimed the civil rights attorney had died of a stroke. Then came the hit pieces. Photos out of context. Old statements twisted. Rumors of foreign connections. They turned a man who risked everything for the Constitution into a paranoid crank who’d spiraled into delusion.</w:t>
      </w:r>
    </w:p>
    <w:p w14:paraId="05DA1897"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Matt knew the signs. This wasn’t just character assassination. This was war. Psychological, surgical, and absolute.</w:t>
      </w:r>
    </w:p>
    <w:p w14:paraId="1AEE01D8"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lastRenderedPageBreak/>
        <w:t>“I need to move,” he said, not turning toward Lena.</w:t>
      </w:r>
    </w:p>
    <w:p w14:paraId="37C97CA8"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She didn’t ask where. She understood. Time was running out, and the story was tightening like a noose.</w:t>
      </w:r>
    </w:p>
    <w:p w14:paraId="47C013EB"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“You’re not going to like it,” she finally said, her voice low. “But there’s one person left on Hale’s contact list that might matter. They’re in Boston.”</w:t>
      </w:r>
    </w:p>
    <w:p w14:paraId="2EC904E0"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Matt turned.</w:t>
      </w:r>
    </w:p>
    <w:p w14:paraId="70CCCB6E"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 xml:space="preserve">“A guy named Bishop. He used to work contracts in </w:t>
      </w:r>
      <w:proofErr w:type="gramStart"/>
      <w:r w:rsidRPr="00DD01C5">
        <w:rPr>
          <w:rFonts w:eastAsia="Times New Roman" w:cs="Times New Roman"/>
          <w:szCs w:val="24"/>
        </w:rPr>
        <w:t>SIGINT,</w:t>
      </w:r>
      <w:proofErr w:type="gramEnd"/>
      <w:r w:rsidRPr="00DD01C5">
        <w:rPr>
          <w:rFonts w:eastAsia="Times New Roman" w:cs="Times New Roman"/>
          <w:szCs w:val="24"/>
        </w:rPr>
        <w:t xml:space="preserve"> cyber operations. Now consults for a nonprofit, technically, but it’s just a shell for dissenters trying to stay above water. Hale called him the last firewall.”</w:t>
      </w:r>
    </w:p>
    <w:p w14:paraId="7BA534CB"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Matt exhaled slowly. Boston meant surveillance, pressure, plate readers. The heart of the rollout. But if Bishop could prove the scoring algorithm was manipulated—if there was even a shred of verifiable code or testimony—it might still be possible to fight.</w:t>
      </w:r>
    </w:p>
    <w:p w14:paraId="0BE73713"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 xml:space="preserve">“I’ll need a ride to Lee,” he said. “From there I can take Route 20 the rest of the way. </w:t>
      </w:r>
      <w:proofErr w:type="gramStart"/>
      <w:r w:rsidRPr="00DD01C5">
        <w:rPr>
          <w:rFonts w:eastAsia="Times New Roman" w:cs="Times New Roman"/>
          <w:szCs w:val="24"/>
        </w:rPr>
        <w:t>No</w:t>
      </w:r>
      <w:proofErr w:type="gramEnd"/>
      <w:r w:rsidRPr="00DD01C5">
        <w:rPr>
          <w:rFonts w:eastAsia="Times New Roman" w:cs="Times New Roman"/>
          <w:szCs w:val="24"/>
        </w:rPr>
        <w:t xml:space="preserve"> I-90. Too many eyes.”</w:t>
      </w:r>
    </w:p>
    <w:p w14:paraId="403899F6"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“I’ll get you there,” Lena replied.</w:t>
      </w:r>
    </w:p>
    <w:p w14:paraId="567745D6"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Matt turned back toward the lake, his jaw tightening. “They wanted me to run. To react. To spiral.”</w:t>
      </w:r>
    </w:p>
    <w:p w14:paraId="38BF09EB"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Lena stood and walked up beside him. “Then don’t.”</w:t>
      </w:r>
    </w:p>
    <w:p w14:paraId="13EC5AC9"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He nodded. “I won’t. I’m going to make them watch.”</w:t>
      </w:r>
    </w:p>
    <w:p w14:paraId="0946986F" w14:textId="77777777" w:rsidR="00DD01C5" w:rsidRPr="00DD01C5" w:rsidRDefault="00DD01C5" w:rsidP="00DD01C5">
      <w:pPr>
        <w:spacing w:before="100" w:beforeAutospacing="1" w:after="100" w:afterAutospacing="1"/>
        <w:rPr>
          <w:rFonts w:eastAsia="Times New Roman" w:cs="Times New Roman"/>
          <w:szCs w:val="24"/>
        </w:rPr>
      </w:pPr>
    </w:p>
    <w:p w14:paraId="3B94E203"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b/>
          <w:bCs/>
          <w:szCs w:val="24"/>
        </w:rPr>
        <w:t>Chapter 7: The Last Firewall</w:t>
      </w:r>
    </w:p>
    <w:p w14:paraId="59AF64AE"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b/>
          <w:bCs/>
          <w:szCs w:val="24"/>
        </w:rPr>
        <w:t>Western Massachusetts to Boston</w:t>
      </w:r>
      <w:r w:rsidRPr="00DF462A">
        <w:rPr>
          <w:rFonts w:eastAsia="Times New Roman" w:cs="Times New Roman"/>
          <w:szCs w:val="24"/>
        </w:rPr>
        <w:br/>
      </w:r>
      <w:r w:rsidRPr="00DF462A">
        <w:rPr>
          <w:rFonts w:eastAsia="Times New Roman" w:cs="Times New Roman"/>
          <w:b/>
          <w:bCs/>
          <w:szCs w:val="24"/>
        </w:rPr>
        <w:t>August 22, 2025</w:t>
      </w:r>
    </w:p>
    <w:p w14:paraId="38B64E03"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The Ford Ranger coughed twice as Matt pulled onto Route 20 just outside Lee, Massachusetts. He had a half tank of gas, a backpack with two changes of clothes, a small cache of protein bars, iodine tablets for water, a burner phone with a dying battery, and just under $280 in mixed bills. The road ahead wound through towns that didn’t ask questions, the kind that looked the other way so long as you bought coffee and paid in cash.</w:t>
      </w:r>
    </w:p>
    <w:p w14:paraId="44DBAB05"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He kept the truck slow and steady. No toll roads. No interstates. No license plate cameras. Every movement now was a calculation, a gamble between exposure and progress. He wasn’t just fleeing anymore. He was chasing something—a thread of truth buried in algorithms, surveillance, and dead men’s lies.</w:t>
      </w:r>
    </w:p>
    <w:p w14:paraId="3A3CC82B"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Matt had nearly run out of money two days ago. But the lake house he found nestled in Beartown State Forest had saved him. The place had clearly been shut up for the season. He broke in through a loose window, left the place untouched, slept three nights wrapped in wool blankets he returned neatly folded. Water came from the lake. Food from ration bars and the occasional gas station run in disguise—ball cap low, jacket high.</w:t>
      </w:r>
    </w:p>
    <w:p w14:paraId="48D7DBEF"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That’s where the friend came in.</w:t>
      </w:r>
    </w:p>
    <w:p w14:paraId="1C1D3026"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 xml:space="preserve">His old unit medic, Ray Gomez, now worked at Berkshire Medical Center in Pittsfield, MA as a surgical tech. Ray wasn’t the type to ask questions. They </w:t>
      </w:r>
      <w:proofErr w:type="gramStart"/>
      <w:r w:rsidRPr="00DF462A">
        <w:rPr>
          <w:rFonts w:eastAsia="Times New Roman" w:cs="Times New Roman"/>
          <w:szCs w:val="24"/>
        </w:rPr>
        <w:t>had served</w:t>
      </w:r>
      <w:proofErr w:type="gramEnd"/>
      <w:r w:rsidRPr="00DF462A">
        <w:rPr>
          <w:rFonts w:eastAsia="Times New Roman" w:cs="Times New Roman"/>
          <w:szCs w:val="24"/>
        </w:rPr>
        <w:t xml:space="preserve"> together in Nangarhar. Ray owed him. </w:t>
      </w:r>
      <w:proofErr w:type="gramStart"/>
      <w:r w:rsidRPr="00DF462A">
        <w:rPr>
          <w:rFonts w:eastAsia="Times New Roman" w:cs="Times New Roman"/>
          <w:szCs w:val="24"/>
        </w:rPr>
        <w:t>So</w:t>
      </w:r>
      <w:proofErr w:type="gramEnd"/>
      <w:r w:rsidRPr="00DF462A">
        <w:rPr>
          <w:rFonts w:eastAsia="Times New Roman" w:cs="Times New Roman"/>
          <w:szCs w:val="24"/>
        </w:rPr>
        <w:t xml:space="preserve"> when Matt </w:t>
      </w:r>
      <w:r w:rsidRPr="00DF462A">
        <w:rPr>
          <w:rFonts w:eastAsia="Times New Roman" w:cs="Times New Roman"/>
          <w:szCs w:val="24"/>
        </w:rPr>
        <w:lastRenderedPageBreak/>
        <w:t xml:space="preserve">called using a coded phrase they hadn’t used in years, Ray showed up at a prearranged spot with something priceless: a smartphone from a deceased patient, untraceable for a few weeks. Someone without kin, paperwork </w:t>
      </w:r>
      <w:proofErr w:type="gramStart"/>
      <w:r w:rsidRPr="00DF462A">
        <w:rPr>
          <w:rFonts w:eastAsia="Times New Roman" w:cs="Times New Roman"/>
          <w:szCs w:val="24"/>
        </w:rPr>
        <w:t>slow</w:t>
      </w:r>
      <w:proofErr w:type="gramEnd"/>
      <w:r w:rsidRPr="00DF462A">
        <w:rPr>
          <w:rFonts w:eastAsia="Times New Roman" w:cs="Times New Roman"/>
          <w:szCs w:val="24"/>
        </w:rPr>
        <w:t xml:space="preserve"> to process. It wouldn’t last long, but it bought Matt time.</w:t>
      </w:r>
    </w:p>
    <w:p w14:paraId="26CCF0DB"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 xml:space="preserve">Now, Boston </w:t>
      </w:r>
      <w:proofErr w:type="gramStart"/>
      <w:r w:rsidRPr="00DF462A">
        <w:rPr>
          <w:rFonts w:eastAsia="Times New Roman" w:cs="Times New Roman"/>
          <w:szCs w:val="24"/>
        </w:rPr>
        <w:t>loomed</w:t>
      </w:r>
      <w:proofErr w:type="gramEnd"/>
      <w:r w:rsidRPr="00DF462A">
        <w:rPr>
          <w:rFonts w:eastAsia="Times New Roman" w:cs="Times New Roman"/>
          <w:szCs w:val="24"/>
        </w:rPr>
        <w:t>. The city would be thick with surveillance, but it was also loud and fast and dirty enough to hide in if you knew the corners. And more importantly, it was where Bishop lived.</w:t>
      </w:r>
    </w:p>
    <w:p w14:paraId="1F40CD3D"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Bishop had been a name on the list. A former cyber-ops specialist who had gone dark after testifying in a closed hearing about predictive analytics abuse in counterterrorism. Now he ran a nonprofit advocacy group for digital rights that no one had heard of. But Hale trusted him. Called him the last firewall.</w:t>
      </w:r>
    </w:p>
    <w:p w14:paraId="140E622C"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 xml:space="preserve">The plan was to get into Boston, meet Bishop, and find proof—real, irrefutable, technical proof—that the pre-conviction score algorithm had been manipulated. Matt knew it in his bones. The riot in Springfield had been staged. He hadn’t even planned to be there. He’d traveled for a job lead sent through a veterans' resume </w:t>
      </w:r>
      <w:proofErr w:type="gramStart"/>
      <w:r w:rsidRPr="00DF462A">
        <w:rPr>
          <w:rFonts w:eastAsia="Times New Roman" w:cs="Times New Roman"/>
          <w:szCs w:val="24"/>
        </w:rPr>
        <w:t>platform—</w:t>
      </w:r>
      <w:proofErr w:type="gramEnd"/>
      <w:r w:rsidRPr="00DF462A">
        <w:rPr>
          <w:rFonts w:eastAsia="Times New Roman" w:cs="Times New Roman"/>
          <w:szCs w:val="24"/>
        </w:rPr>
        <w:t>something he now believed had been bait.</w:t>
      </w:r>
    </w:p>
    <w:p w14:paraId="06D8F0A1"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When the protest erupted, it turned violent fast. Media was already there, ready with long lenses and slick graphics. Then came the photo—Matt, blurred but clearly recognizable, in the background of a thrown punch. It went viral within hours.</w:t>
      </w:r>
    </w:p>
    <w:p w14:paraId="4B93FE45"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Then came the digital framing.</w:t>
      </w:r>
    </w:p>
    <w:p w14:paraId="078E763C"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Old posts from a private veterans’ forum, quotes taken out of context, AI-scraped sentiment analysis twisted to serve a narrative. Matt wasn’t just a guy caught near a riot anymore. He was a profile. A data model. A “high-likelihood pre-offender.”</w:t>
      </w:r>
    </w:p>
    <w:p w14:paraId="7F5A951D"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He was the chosen subject. The test case.</w:t>
      </w:r>
    </w:p>
    <w:p w14:paraId="51177803"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Now he needed to prove it.</w:t>
      </w:r>
    </w:p>
    <w:p w14:paraId="0C63FC4F"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 xml:space="preserve">Matt pulled off the road at a shuttered farm stand near Weston and used his new phone to text a number Ray had scrawled on a bandage wrapper. It pinged </w:t>
      </w:r>
      <w:proofErr w:type="gramStart"/>
      <w:r w:rsidRPr="00DF462A">
        <w:rPr>
          <w:rFonts w:eastAsia="Times New Roman" w:cs="Times New Roman"/>
          <w:szCs w:val="24"/>
        </w:rPr>
        <w:t>once, then</w:t>
      </w:r>
      <w:proofErr w:type="gramEnd"/>
      <w:r w:rsidRPr="00DF462A">
        <w:rPr>
          <w:rFonts w:eastAsia="Times New Roman" w:cs="Times New Roman"/>
          <w:szCs w:val="24"/>
        </w:rPr>
        <w:t xml:space="preserve"> again. A single word returned:</w:t>
      </w:r>
    </w:p>
    <w:p w14:paraId="72D327C8"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b/>
          <w:bCs/>
          <w:szCs w:val="24"/>
        </w:rPr>
        <w:t>Tonight. Fenway. Behind the Wall. 11:30. Come alone.</w:t>
      </w:r>
    </w:p>
    <w:p w14:paraId="29AA0FA1"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Matt erased the message, pulled the truck back onto Route 20, and headed east toward the lights.</w:t>
      </w:r>
    </w:p>
    <w:p w14:paraId="7C266395" w14:textId="77777777" w:rsidR="00DF462A" w:rsidRPr="00DF462A" w:rsidRDefault="009E451F" w:rsidP="00DF462A">
      <w:pPr>
        <w:rPr>
          <w:rFonts w:eastAsia="Times New Roman" w:cs="Times New Roman"/>
          <w:szCs w:val="24"/>
        </w:rPr>
      </w:pPr>
      <w:r>
        <w:rPr>
          <w:rFonts w:eastAsia="Times New Roman" w:cs="Times New Roman"/>
          <w:szCs w:val="24"/>
        </w:rPr>
        <w:pict w14:anchorId="5DDB27DB">
          <v:rect id="_x0000_i1035" style="width:0;height:1.5pt" o:hralign="center" o:hrstd="t" o:hr="t" fillcolor="#a0a0a0" stroked="f"/>
        </w:pict>
      </w:r>
    </w:p>
    <w:p w14:paraId="67C751FF"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b/>
          <w:bCs/>
          <w:szCs w:val="24"/>
        </w:rPr>
        <w:t>Washington, D.C. – Private Meeting Room, DuPont Circle</w:t>
      </w:r>
    </w:p>
    <w:p w14:paraId="64A1A20A"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 xml:space="preserve">The room was </w:t>
      </w:r>
      <w:proofErr w:type="gramStart"/>
      <w:r w:rsidRPr="00DF462A">
        <w:rPr>
          <w:rFonts w:eastAsia="Times New Roman" w:cs="Times New Roman"/>
          <w:szCs w:val="24"/>
        </w:rPr>
        <w:t>soundproofed</w:t>
      </w:r>
      <w:proofErr w:type="gramEnd"/>
      <w:r w:rsidRPr="00DF462A">
        <w:rPr>
          <w:rFonts w:eastAsia="Times New Roman" w:cs="Times New Roman"/>
          <w:szCs w:val="24"/>
        </w:rPr>
        <w:t xml:space="preserve"> and expensive, a soft hush rolling off the velvet-paneled walls and oil paintings of forgotten Secretaries of Commerce. A waiter from a private club served espresso and mineral water. The men and women in the room ignored him.</w:t>
      </w:r>
    </w:p>
    <w:p w14:paraId="27D243E2"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 xml:space="preserve">Huxley stood by the </w:t>
      </w:r>
      <w:proofErr w:type="gramStart"/>
      <w:r w:rsidRPr="00DF462A">
        <w:rPr>
          <w:rFonts w:eastAsia="Times New Roman" w:cs="Times New Roman"/>
          <w:szCs w:val="24"/>
        </w:rPr>
        <w:t>window,</w:t>
      </w:r>
      <w:proofErr w:type="gramEnd"/>
      <w:r w:rsidRPr="00DF462A">
        <w:rPr>
          <w:rFonts w:eastAsia="Times New Roman" w:cs="Times New Roman"/>
          <w:szCs w:val="24"/>
        </w:rPr>
        <w:t xml:space="preserve"> his hands clasped behind his back like a visiting general. He wasn't military, but he spoke like it. Controlled. Decisive. He turned as the door clicked shut.</w:t>
      </w:r>
    </w:p>
    <w:p w14:paraId="4882FE4E"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“Deluca is in motion again,” he said.</w:t>
      </w:r>
    </w:p>
    <w:p w14:paraId="6462E1EE"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lastRenderedPageBreak/>
        <w:t xml:space="preserve">Burr, broader and </w:t>
      </w:r>
      <w:proofErr w:type="gramStart"/>
      <w:r w:rsidRPr="00DF462A">
        <w:rPr>
          <w:rFonts w:eastAsia="Times New Roman" w:cs="Times New Roman"/>
          <w:szCs w:val="24"/>
        </w:rPr>
        <w:t>slower-moving</w:t>
      </w:r>
      <w:proofErr w:type="gramEnd"/>
      <w:r w:rsidRPr="00DF462A">
        <w:rPr>
          <w:rFonts w:eastAsia="Times New Roman" w:cs="Times New Roman"/>
          <w:szCs w:val="24"/>
        </w:rPr>
        <w:t xml:space="preserve">, tapped a tablet. “We think he’s going to Boston. </w:t>
      </w:r>
      <w:proofErr w:type="gramStart"/>
      <w:r w:rsidRPr="00DF462A">
        <w:rPr>
          <w:rFonts w:eastAsia="Times New Roman" w:cs="Times New Roman"/>
          <w:szCs w:val="24"/>
        </w:rPr>
        <w:t>Took</w:t>
      </w:r>
      <w:proofErr w:type="gramEnd"/>
      <w:r w:rsidRPr="00DF462A">
        <w:rPr>
          <w:rFonts w:eastAsia="Times New Roman" w:cs="Times New Roman"/>
          <w:szCs w:val="24"/>
        </w:rPr>
        <w:t xml:space="preserve"> Route 20. Smart move—he’s avoiding license plate readers.”</w:t>
      </w:r>
    </w:p>
    <w:p w14:paraId="4082615F"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Senator Kirwan, D-MA, leaned forward. “And you let him?”</w:t>
      </w:r>
    </w:p>
    <w:p w14:paraId="64DE414B"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Burr didn’t look up. “He’s not the target. Not really.”</w:t>
      </w:r>
    </w:p>
    <w:p w14:paraId="3D7BB489"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“Excuse me?”</w:t>
      </w:r>
    </w:p>
    <w:p w14:paraId="4DC9C0E3"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 xml:space="preserve">Huxley stepped in. “He’s the </w:t>
      </w:r>
      <w:r w:rsidRPr="00DF462A">
        <w:rPr>
          <w:rFonts w:eastAsia="Times New Roman" w:cs="Times New Roman"/>
          <w:i/>
          <w:iCs/>
          <w:szCs w:val="24"/>
        </w:rPr>
        <w:t>subject</w:t>
      </w:r>
      <w:r w:rsidRPr="00DF462A">
        <w:rPr>
          <w:rFonts w:eastAsia="Times New Roman" w:cs="Times New Roman"/>
          <w:szCs w:val="24"/>
        </w:rPr>
        <w:t>, Senator. The test environment. We let the simulation run its course. That’s the whole point of Project Northbridge.”</w:t>
      </w:r>
    </w:p>
    <w:p w14:paraId="4FF9AB7E"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Kirwan looked like she’d swallowed ice. “You’re saying he’s bait?”</w:t>
      </w:r>
    </w:p>
    <w:p w14:paraId="3834D13F"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 xml:space="preserve">“We’re saying,” Burr replied calmly, “that we’ve built the ideal adversary. Decorated. Angry. Off-grid. We gave the public a threat they already </w:t>
      </w:r>
      <w:proofErr w:type="gramStart"/>
      <w:r w:rsidRPr="00DF462A">
        <w:rPr>
          <w:rFonts w:eastAsia="Times New Roman" w:cs="Times New Roman"/>
          <w:szCs w:val="24"/>
        </w:rPr>
        <w:t>believe</w:t>
      </w:r>
      <w:proofErr w:type="gramEnd"/>
      <w:r w:rsidRPr="00DF462A">
        <w:rPr>
          <w:rFonts w:eastAsia="Times New Roman" w:cs="Times New Roman"/>
          <w:szCs w:val="24"/>
        </w:rPr>
        <w:t xml:space="preserve"> in. Now we offer them a solution.”</w:t>
      </w:r>
    </w:p>
    <w:p w14:paraId="5D4C3ADF"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“A manufactured hero... turned threat,” Huxley added. “And when he breaks—on camera, in public—the system is vindicated.”</w:t>
      </w:r>
    </w:p>
    <w:p w14:paraId="507B66CF"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“And if he doesn’t?” Kirwan asked.</w:t>
      </w:r>
    </w:p>
    <w:p w14:paraId="2923FF53"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“We make sure he does,” Burr said without hesitation. “The model is self-fulfilling.”</w:t>
      </w:r>
    </w:p>
    <w:p w14:paraId="6506CABF"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Silence fell, heavy with complicity.</w:t>
      </w:r>
    </w:p>
    <w:p w14:paraId="509CF90C"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And then the senator nodded slowly, her voice dry. “Just make sure you get it on video.”</w:t>
      </w:r>
    </w:p>
    <w:p w14:paraId="5BD1F0A0" w14:textId="77777777" w:rsidR="00DF462A" w:rsidRPr="00DF462A" w:rsidRDefault="00DF462A" w:rsidP="00DF462A">
      <w:pPr>
        <w:spacing w:before="100" w:beforeAutospacing="1" w:after="100" w:afterAutospacing="1"/>
        <w:rPr>
          <w:rFonts w:eastAsia="Times New Roman" w:cs="Times New Roman"/>
          <w:szCs w:val="24"/>
        </w:rPr>
      </w:pPr>
      <w:proofErr w:type="spellStart"/>
      <w:r w:rsidRPr="00DF462A">
        <w:rPr>
          <w:rFonts w:eastAsia="Times New Roman" w:cs="Times New Roman"/>
          <w:b/>
          <w:bCs/>
          <w:szCs w:val="24"/>
        </w:rPr>
        <w:t>hapter</w:t>
      </w:r>
      <w:proofErr w:type="spellEnd"/>
      <w:r w:rsidRPr="00DF462A">
        <w:rPr>
          <w:rFonts w:eastAsia="Times New Roman" w:cs="Times New Roman"/>
          <w:b/>
          <w:bCs/>
          <w:szCs w:val="24"/>
        </w:rPr>
        <w:t xml:space="preserve"> 8: Through the Cracks</w:t>
      </w:r>
      <w:r w:rsidRPr="00DF462A">
        <w:rPr>
          <w:rFonts w:eastAsia="Times New Roman" w:cs="Times New Roman"/>
          <w:szCs w:val="24"/>
        </w:rPr>
        <w:br/>
      </w:r>
      <w:r w:rsidRPr="00DF462A">
        <w:rPr>
          <w:rFonts w:eastAsia="Times New Roman" w:cs="Times New Roman"/>
          <w:b/>
          <w:bCs/>
          <w:szCs w:val="24"/>
        </w:rPr>
        <w:t>Boston, Massachusetts – August 22, 2025, Night</w:t>
      </w:r>
    </w:p>
    <w:p w14:paraId="20091A72"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The air near Fenway Park still held the electricity of the game, long over, the sidewalks slick with beer foam and the echoes of street performers working the stragglers. Matt moved like smoke—head low, backpack tight against him, the hoodie casting shadows over his face.</w:t>
      </w:r>
    </w:p>
    <w:p w14:paraId="18485112"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 xml:space="preserve">He hadn’t been to Boston in years. Not since his mother died. The city had changed. More cameras. More drones. Fewer faces that looked you in the eye. But some places never changed. The dirty brick alleys behind </w:t>
      </w:r>
      <w:proofErr w:type="gramStart"/>
      <w:r w:rsidRPr="00DF462A">
        <w:rPr>
          <w:rFonts w:eastAsia="Times New Roman" w:cs="Times New Roman"/>
          <w:szCs w:val="24"/>
        </w:rPr>
        <w:t>Fenway</w:t>
      </w:r>
      <w:proofErr w:type="gramEnd"/>
      <w:r w:rsidRPr="00DF462A">
        <w:rPr>
          <w:rFonts w:eastAsia="Times New Roman" w:cs="Times New Roman"/>
          <w:szCs w:val="24"/>
        </w:rPr>
        <w:t xml:space="preserve"> still reeked of piss and old clams. It was exactly the kind of place you’d hide if you were trying not to be seen.</w:t>
      </w:r>
    </w:p>
    <w:p w14:paraId="295AE839"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He waited behind the Green Monster, heart pounding with each passing shadow. Then he saw the figure.</w:t>
      </w:r>
    </w:p>
    <w:p w14:paraId="1F8B8D87"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Bishop.</w:t>
      </w:r>
    </w:p>
    <w:p w14:paraId="47C13E12"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Older than he expected. Lean. Thin-framed glasses, not trying to look like a spook. Just another worn-out tech guy, forgotten by the system he helped build. But when he spoke, it was clear he’d never stopped paying attention.</w:t>
      </w:r>
    </w:p>
    <w:p w14:paraId="5B77240F"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“You brought a phone?” Bishop asked.</w:t>
      </w:r>
    </w:p>
    <w:p w14:paraId="04AF4665"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Matt handed it over.</w:t>
      </w:r>
    </w:p>
    <w:p w14:paraId="532C363B"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lastRenderedPageBreak/>
        <w:t>Bishop dropped it into a small black pouch that hissed slightly as he sealed it. “EMP shielding. Never carry it turned on. You know better.”</w:t>
      </w:r>
    </w:p>
    <w:p w14:paraId="62294F59"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“I’m tired,” Matt replied.</w:t>
      </w:r>
    </w:p>
    <w:p w14:paraId="65D5E1F8"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Bishop didn’t laugh. “You should be.”</w:t>
      </w:r>
    </w:p>
    <w:p w14:paraId="594AE2B9"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They ducked into a maintenance tunnel. Five minutes of turns, then a door, a freight elevator, and suddenly they were under the city. Literally. Bishop’s “office” was a secure sub-basement beneath a decommissioned MIT lab, retooled to serve as a safehouse and dark-net operations hub.</w:t>
      </w:r>
    </w:p>
    <w:p w14:paraId="28E8C82C"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“You’re not going to like this,” Bishop said as he booted a terminal. The screen flickered with neural network visualizations, node mapping, and predictive analytics overlays.</w:t>
      </w:r>
    </w:p>
    <w:p w14:paraId="05540838"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“I already don’t.”</w:t>
      </w:r>
    </w:p>
    <w:p w14:paraId="03CC03B8"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“The Springfield riot—it was seeded. The city received anonymous tips warning of violence weeks in advance. Multiple jurisdictions ran drills for riot control. But no one intervened. The crowd was agitated using planted actors. Same faces showed up at three different protests in three different states.”</w:t>
      </w:r>
    </w:p>
    <w:p w14:paraId="44B7663C"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Matt stared, trying to suppress the sick churn in his stomach.</w:t>
      </w:r>
    </w:p>
    <w:p w14:paraId="4AD9F512"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 xml:space="preserve">“You were already on the shortlist,” Bishop continued. “The withdrawal anniversary. Your post went viral </w:t>
      </w:r>
      <w:proofErr w:type="gramStart"/>
      <w:r w:rsidRPr="00DF462A">
        <w:rPr>
          <w:rFonts w:eastAsia="Times New Roman" w:cs="Times New Roman"/>
          <w:szCs w:val="24"/>
        </w:rPr>
        <w:t>in</w:t>
      </w:r>
      <w:proofErr w:type="gramEnd"/>
      <w:r w:rsidRPr="00DF462A">
        <w:rPr>
          <w:rFonts w:eastAsia="Times New Roman" w:cs="Times New Roman"/>
          <w:szCs w:val="24"/>
        </w:rPr>
        <w:t xml:space="preserve"> </w:t>
      </w:r>
      <w:proofErr w:type="gramStart"/>
      <w:r w:rsidRPr="00DF462A">
        <w:rPr>
          <w:rFonts w:eastAsia="Times New Roman" w:cs="Times New Roman"/>
          <w:szCs w:val="24"/>
        </w:rPr>
        <w:t>niche mil</w:t>
      </w:r>
      <w:proofErr w:type="gramEnd"/>
      <w:r w:rsidRPr="00DF462A">
        <w:rPr>
          <w:rFonts w:eastAsia="Times New Roman" w:cs="Times New Roman"/>
          <w:szCs w:val="24"/>
        </w:rPr>
        <w:t>-vet channels. You said what half of us thought—that it was a betrayal, that it dishonored the dead.”</w:t>
      </w:r>
    </w:p>
    <w:p w14:paraId="269B953F"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“I didn’t threaten anyone.”</w:t>
      </w:r>
    </w:p>
    <w:p w14:paraId="39B96655"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“You didn’t have to,” Bishop replied. “They just needed the algorithm to say you might.”</w:t>
      </w:r>
    </w:p>
    <w:p w14:paraId="1897998E"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Matt sat heavily. “</w:t>
      </w:r>
      <w:proofErr w:type="gramStart"/>
      <w:r w:rsidRPr="00DF462A">
        <w:rPr>
          <w:rFonts w:eastAsia="Times New Roman" w:cs="Times New Roman"/>
          <w:szCs w:val="24"/>
        </w:rPr>
        <w:t>So</w:t>
      </w:r>
      <w:proofErr w:type="gramEnd"/>
      <w:r w:rsidRPr="00DF462A">
        <w:rPr>
          <w:rFonts w:eastAsia="Times New Roman" w:cs="Times New Roman"/>
          <w:szCs w:val="24"/>
        </w:rPr>
        <w:t xml:space="preserve"> this was never about justice.”</w:t>
      </w:r>
    </w:p>
    <w:p w14:paraId="0AEAABCA"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 xml:space="preserve">“It was about </w:t>
      </w:r>
      <w:r w:rsidRPr="00DF462A">
        <w:rPr>
          <w:rFonts w:eastAsia="Times New Roman" w:cs="Times New Roman"/>
          <w:i/>
          <w:iCs/>
          <w:szCs w:val="24"/>
        </w:rPr>
        <w:t>compliance</w:t>
      </w:r>
      <w:r w:rsidRPr="00DF462A">
        <w:rPr>
          <w:rFonts w:eastAsia="Times New Roman" w:cs="Times New Roman"/>
          <w:szCs w:val="24"/>
        </w:rPr>
        <w:t>,” Bishop said. “Fear creates unity. A common enemy. They needed someone with a face, a voice. Not too crazy, not too clean. You were just patriotic enough to be dangerous.”</w:t>
      </w:r>
    </w:p>
    <w:p w14:paraId="67CD17A2"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Matt’s voice was low. “What now?”</w:t>
      </w:r>
    </w:p>
    <w:p w14:paraId="421084FB"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Bishop turned toward another screen. “There’s a location. South Boston. They’re holding a closed-door symposium—government, tech execs, Pentagon liaisons. Off-books. You crash that meeting, you’ll get proof. Maybe even names.”</w:t>
      </w:r>
    </w:p>
    <w:p w14:paraId="0ECA76F1"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Matt stood. “What’s the catch?”</w:t>
      </w:r>
    </w:p>
    <w:p w14:paraId="0841A24B"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“You’ll have to break in. And walk out alive.”</w:t>
      </w:r>
    </w:p>
    <w:p w14:paraId="58FBC733" w14:textId="77777777" w:rsidR="00DF462A" w:rsidRPr="00DF462A" w:rsidRDefault="009E451F" w:rsidP="00DF462A">
      <w:pPr>
        <w:rPr>
          <w:rFonts w:eastAsia="Times New Roman" w:cs="Times New Roman"/>
          <w:szCs w:val="24"/>
        </w:rPr>
      </w:pPr>
      <w:r>
        <w:rPr>
          <w:rFonts w:eastAsia="Times New Roman" w:cs="Times New Roman"/>
          <w:szCs w:val="24"/>
        </w:rPr>
        <w:pict w14:anchorId="00F5412C">
          <v:rect id="_x0000_i1036" style="width:0;height:1.5pt" o:hralign="center" o:hrstd="t" o:hr="t" fillcolor="#a0a0a0" stroked="f"/>
        </w:pict>
      </w:r>
    </w:p>
    <w:p w14:paraId="4E15D2F5"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b/>
          <w:bCs/>
          <w:szCs w:val="24"/>
        </w:rPr>
        <w:t>Washington, D.C. – Later that Night</w:t>
      </w:r>
    </w:p>
    <w:p w14:paraId="364ADC44"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The mood had shifted in the DuPont Circle room. Burr’s tablet buzzed, and he tapped in silence.</w:t>
      </w:r>
    </w:p>
    <w:p w14:paraId="70F0FFAE"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“He’s in Boston,” Burr said quietly.</w:t>
      </w:r>
    </w:p>
    <w:p w14:paraId="688DB463"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lastRenderedPageBreak/>
        <w:t>Kirwan raised an eyebrow. “Still letting the leash out?”</w:t>
      </w:r>
    </w:p>
    <w:p w14:paraId="1F4E35AC"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Huxley poured another drink, neat and amber. “It’s not a leash. It’s a tether.”</w:t>
      </w:r>
    </w:p>
    <w:p w14:paraId="166DDD0E"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“But he’s poking the hornet’s nest,” Kirwan warned. “You can’t keep letting him move freely.”</w:t>
      </w:r>
    </w:p>
    <w:p w14:paraId="0FC62633"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Burr smiled faintly. “That’s the beauty of the system. We don’t need to stop him. We just need to keep watching. He’ll deliver everything we need to justify the next phase.”</w:t>
      </w:r>
    </w:p>
    <w:p w14:paraId="3FB42A46"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“And if he slips the leash entirely?”</w:t>
      </w:r>
    </w:p>
    <w:p w14:paraId="7DC69EA9" w14:textId="77777777" w:rsidR="00DF462A" w:rsidRPr="00DF462A" w:rsidRDefault="00DF462A" w:rsidP="00DF462A">
      <w:pPr>
        <w:spacing w:before="100" w:beforeAutospacing="1" w:after="100" w:afterAutospacing="1"/>
        <w:rPr>
          <w:rFonts w:eastAsia="Times New Roman" w:cs="Times New Roman"/>
          <w:szCs w:val="24"/>
        </w:rPr>
      </w:pPr>
      <w:r w:rsidRPr="00DF462A">
        <w:rPr>
          <w:rFonts w:eastAsia="Times New Roman" w:cs="Times New Roman"/>
          <w:szCs w:val="24"/>
        </w:rPr>
        <w:t>“Then we frame the finale,” Huxley said flatly. “Publicly. Violently. End of story.”</w:t>
      </w:r>
    </w:p>
    <w:p w14:paraId="5FCAB27D"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b/>
          <w:bCs/>
          <w:szCs w:val="24"/>
        </w:rPr>
        <w:t>Chapter 9: The Tipping Point</w:t>
      </w:r>
    </w:p>
    <w:p w14:paraId="7E2E4072"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b/>
          <w:bCs/>
          <w:szCs w:val="24"/>
        </w:rPr>
        <w:t>Providence, Rhode Island</w:t>
      </w:r>
      <w:r w:rsidRPr="00401207">
        <w:rPr>
          <w:rFonts w:eastAsia="Times New Roman" w:cs="Times New Roman"/>
          <w:szCs w:val="24"/>
        </w:rPr>
        <w:br/>
      </w:r>
      <w:r w:rsidRPr="00401207">
        <w:rPr>
          <w:rFonts w:eastAsia="Times New Roman" w:cs="Times New Roman"/>
          <w:b/>
          <w:bCs/>
          <w:szCs w:val="24"/>
        </w:rPr>
        <w:t>August 24, 2025</w:t>
      </w:r>
    </w:p>
    <w:p w14:paraId="4F6B49DA"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The door slammed open just as Matt grabbed the stack of files from the desk. He was already on the move, pulling a gun from under his jacket and spinning toward the entrance, his instincts from years in the field kicking in. Kendrick Hale was slower, caught off guard by the sudden intrusion. The sound of footsteps echoed in the hallway, growing closer.</w:t>
      </w:r>
    </w:p>
    <w:p w14:paraId="61FD1486"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Matt’s eyes flicked to the office window. It was too late to escape through the front. The back entrance was already blocked. He wasn’t going to make it out clean.</w:t>
      </w:r>
    </w:p>
    <w:p w14:paraId="45093AD6"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“Get down!” he snapped at Hale, shoving him under the desk just as a figure appeared in the doorway.</w:t>
      </w:r>
    </w:p>
    <w:p w14:paraId="0E22FBA3"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It was a man in a black tactical suit, his face hidden behind a mask, gun raised. Behind him, Matt could see a few more men—heavily armed, moving in with the kind of precision that meant they weren’t just law enforcement. They were something else.</w:t>
      </w:r>
    </w:p>
    <w:p w14:paraId="6F1C5229"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 xml:space="preserve">“Matt Deluca,” the man in the front said, his voice cold and clipped. “Come with us. Quietly. We don’t need to make this harder than it </w:t>
      </w:r>
      <w:proofErr w:type="gramStart"/>
      <w:r w:rsidRPr="00401207">
        <w:rPr>
          <w:rFonts w:eastAsia="Times New Roman" w:cs="Times New Roman"/>
          <w:szCs w:val="24"/>
        </w:rPr>
        <w:t>has to</w:t>
      </w:r>
      <w:proofErr w:type="gramEnd"/>
      <w:r w:rsidRPr="00401207">
        <w:rPr>
          <w:rFonts w:eastAsia="Times New Roman" w:cs="Times New Roman"/>
          <w:szCs w:val="24"/>
        </w:rPr>
        <w:t xml:space="preserve"> be.”</w:t>
      </w:r>
    </w:p>
    <w:p w14:paraId="2C88E6B5"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Matt’s mind raced. He wasn’t going back. Not without a fight. Not when he was so close.</w:t>
      </w:r>
    </w:p>
    <w:p w14:paraId="1B077251"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Instead of complying, Matt lunged forward, knocking the man aside and grabbing Hale by the arm. “We need to move, now!”</w:t>
      </w:r>
    </w:p>
    <w:p w14:paraId="07B9489F"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“Move where?” Hale sputtered, panic flashing in his eyes.</w:t>
      </w:r>
    </w:p>
    <w:p w14:paraId="6A23C244"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“The sewers, underground,” Matt muttered, already looking for an escape route. “The evidence you have can save us. But not if we let them capture us.”</w:t>
      </w:r>
    </w:p>
    <w:p w14:paraId="78E0A7FB"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Gunfire erupted, sending shards of glass flying across the room. Matt instinctively ducked, dragging Hale with him behind a heavy filing cabinet. The sound of footsteps followed. These men were trained. They weren’t just trying to apprehend them—they were there to eliminate them.</w:t>
      </w:r>
    </w:p>
    <w:p w14:paraId="5D993CFF"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“This is bad,” Hale whispered. “You can’t take on all of them. They’ve got backup.”</w:t>
      </w:r>
    </w:p>
    <w:p w14:paraId="5AC5E35E"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lastRenderedPageBreak/>
        <w:t>“We don’t need to take them on,” Matt growled, his mind spinning. “We need to disappear. Now.”</w:t>
      </w:r>
    </w:p>
    <w:p w14:paraId="74B07A17"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Without thinking, Matt shot the lock off the office window, slamming the frame open. He motioned for Hale to follow, and the two of them climbed out into the alley below, taking cover behind a dumpster.</w:t>
      </w:r>
    </w:p>
    <w:p w14:paraId="3148C89B"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The air was thick with adrenaline as Matt glanced back up at the office. They’d be searching for them soon. He had no idea how many were after him now, but he had learned one thing—he was in too deep. These people had no intention of stopping.</w:t>
      </w:r>
    </w:p>
    <w:p w14:paraId="5044ACB6"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“You have a car?” Matt asked Hale, his breath ragged.</w:t>
      </w:r>
    </w:p>
    <w:p w14:paraId="75A2AA1D"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Hale nodded, his hand shaking as he pulled out his keys. “I don’t know how much longer we can keep running, Matt.”</w:t>
      </w:r>
    </w:p>
    <w:p w14:paraId="7C651F3B"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“Just drive,” Matt snapped, as they moved out of the alley and onto the street.</w:t>
      </w:r>
    </w:p>
    <w:p w14:paraId="4E6C0EA6" w14:textId="77777777" w:rsidR="00401207" w:rsidRPr="00401207" w:rsidRDefault="009E451F" w:rsidP="00401207">
      <w:pPr>
        <w:rPr>
          <w:rFonts w:eastAsia="Times New Roman" w:cs="Times New Roman"/>
          <w:szCs w:val="24"/>
        </w:rPr>
      </w:pPr>
      <w:r>
        <w:rPr>
          <w:rFonts w:eastAsia="Times New Roman" w:cs="Times New Roman"/>
          <w:szCs w:val="24"/>
        </w:rPr>
        <w:pict w14:anchorId="6195134E">
          <v:rect id="_x0000_i1037" style="width:0;height:1.5pt" o:hralign="center" o:hrstd="t" o:hr="t" fillcolor="#a0a0a0" stroked="f"/>
        </w:pict>
      </w:r>
    </w:p>
    <w:p w14:paraId="227AC5A8"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b/>
          <w:bCs/>
          <w:szCs w:val="24"/>
        </w:rPr>
        <w:t>Boston, Massachusetts</w:t>
      </w:r>
      <w:r w:rsidRPr="00401207">
        <w:rPr>
          <w:rFonts w:eastAsia="Times New Roman" w:cs="Times New Roman"/>
          <w:szCs w:val="24"/>
        </w:rPr>
        <w:br/>
      </w:r>
      <w:r w:rsidRPr="00401207">
        <w:rPr>
          <w:rFonts w:eastAsia="Times New Roman" w:cs="Times New Roman"/>
          <w:b/>
          <w:bCs/>
          <w:szCs w:val="24"/>
        </w:rPr>
        <w:t>August 25, 2025</w:t>
      </w:r>
    </w:p>
    <w:p w14:paraId="5AFD7F38"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By the time they reached the outskirts of Boston, Matt felt the walls closing in. It was nearly 2 a.m., and they’d been driving nonstop, avoiding any main roads and sticking to the smaller back streets to avoid being caught by plate readers or surveillance. But Matt knew it was only a matter of time before they were spotted. Every mile they put between them and Providence only served to increase the tension. They were pushing their luck.</w:t>
      </w:r>
    </w:p>
    <w:p w14:paraId="4A06623B"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 xml:space="preserve">“We’re getting close,” Hale said, glancing at Matt. “But you need to realize something—this isn’t just a battle to expose the truth anymore. It’s a fight to survive. If we don’t find a way to stay ahead, we won’t make </w:t>
      </w:r>
      <w:proofErr w:type="gramStart"/>
      <w:r w:rsidRPr="00401207">
        <w:rPr>
          <w:rFonts w:eastAsia="Times New Roman" w:cs="Times New Roman"/>
          <w:szCs w:val="24"/>
        </w:rPr>
        <w:t>it.”</w:t>
      </w:r>
      <w:proofErr w:type="gramEnd"/>
    </w:p>
    <w:p w14:paraId="71F357EF"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Matt’s jaw tightened. “I know. But we don’t have a choice. The pre-conviction program is just the tip of the iceberg. If we don’t take this down, they’ll start wiping out anyone who’s a threat to them. It’s bigger than just me.”</w:t>
      </w:r>
    </w:p>
    <w:p w14:paraId="1F81583F"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 xml:space="preserve">Hale was silent for a long time, his fingers gripping the steering wheel as they passed through another intersection. “You really believe </w:t>
      </w:r>
      <w:proofErr w:type="gramStart"/>
      <w:r w:rsidRPr="00401207">
        <w:rPr>
          <w:rFonts w:eastAsia="Times New Roman" w:cs="Times New Roman"/>
          <w:szCs w:val="24"/>
        </w:rPr>
        <w:t>that,</w:t>
      </w:r>
      <w:proofErr w:type="gramEnd"/>
      <w:r w:rsidRPr="00401207">
        <w:rPr>
          <w:rFonts w:eastAsia="Times New Roman" w:cs="Times New Roman"/>
          <w:szCs w:val="24"/>
        </w:rPr>
        <w:t xml:space="preserve"> don’t you?”</w:t>
      </w:r>
    </w:p>
    <w:p w14:paraId="40233C6F"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“I do.”</w:t>
      </w:r>
    </w:p>
    <w:p w14:paraId="22D2361C"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“Then what’s next? You can’t stay on the run forever.”</w:t>
      </w:r>
    </w:p>
    <w:p w14:paraId="75728418"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Matt’s mind raced. There had to be a way to flip the script, to use the evidence they had to expose the conspiracy before they silenced them both. But as he considered it, he realized the road ahead was narrowing.</w:t>
      </w:r>
    </w:p>
    <w:p w14:paraId="45428833"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 xml:space="preserve">They pulled into a small parking garage, hidden behind a nondescript building on the outskirts of Boston. The kind of place no one would think </w:t>
      </w:r>
      <w:proofErr w:type="gramStart"/>
      <w:r w:rsidRPr="00401207">
        <w:rPr>
          <w:rFonts w:eastAsia="Times New Roman" w:cs="Times New Roman"/>
          <w:szCs w:val="24"/>
        </w:rPr>
        <w:t>to look</w:t>
      </w:r>
      <w:proofErr w:type="gramEnd"/>
      <w:r w:rsidRPr="00401207">
        <w:rPr>
          <w:rFonts w:eastAsia="Times New Roman" w:cs="Times New Roman"/>
          <w:szCs w:val="24"/>
        </w:rPr>
        <w:t>.</w:t>
      </w:r>
    </w:p>
    <w:p w14:paraId="246FF38E"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Matt checked his phone. Another message.</w:t>
      </w:r>
    </w:p>
    <w:p w14:paraId="75DF5F0E"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b/>
          <w:bCs/>
          <w:szCs w:val="24"/>
        </w:rPr>
        <w:t>“The clock’s ticking. They’ve started the next phase. The public’s been prepped. We’re close to the tipping point.”</w:t>
      </w:r>
    </w:p>
    <w:p w14:paraId="154E9F70"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lastRenderedPageBreak/>
        <w:t>It was from Lena. He was on the edge of something, and he could feel it.</w:t>
      </w:r>
    </w:p>
    <w:p w14:paraId="04474F34"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“Alright,” Matt said. “Let’s take the fight to them.”</w:t>
      </w:r>
    </w:p>
    <w:p w14:paraId="3EB62441" w14:textId="77777777" w:rsidR="00401207" w:rsidRPr="00401207" w:rsidRDefault="009E451F" w:rsidP="00401207">
      <w:pPr>
        <w:rPr>
          <w:rFonts w:eastAsia="Times New Roman" w:cs="Times New Roman"/>
          <w:szCs w:val="24"/>
        </w:rPr>
      </w:pPr>
      <w:r>
        <w:rPr>
          <w:rFonts w:eastAsia="Times New Roman" w:cs="Times New Roman"/>
          <w:szCs w:val="24"/>
        </w:rPr>
        <w:pict w14:anchorId="2F1273B9">
          <v:rect id="_x0000_i1038" style="width:0;height:1.5pt" o:hralign="center" o:hrstd="t" o:hr="t" fillcolor="#a0a0a0" stroked="f"/>
        </w:pict>
      </w:r>
    </w:p>
    <w:p w14:paraId="6C99AB73"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b/>
          <w:bCs/>
          <w:szCs w:val="24"/>
        </w:rPr>
        <w:t>Boston, Massachusetts</w:t>
      </w:r>
      <w:r w:rsidRPr="00401207">
        <w:rPr>
          <w:rFonts w:eastAsia="Times New Roman" w:cs="Times New Roman"/>
          <w:szCs w:val="24"/>
        </w:rPr>
        <w:br/>
      </w:r>
      <w:r w:rsidRPr="00401207">
        <w:rPr>
          <w:rFonts w:eastAsia="Times New Roman" w:cs="Times New Roman"/>
          <w:b/>
          <w:bCs/>
          <w:szCs w:val="24"/>
        </w:rPr>
        <w:t>August 26, 2025</w:t>
      </w:r>
    </w:p>
    <w:p w14:paraId="5E5352D0"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The following day, everything changed.</w:t>
      </w:r>
    </w:p>
    <w:p w14:paraId="3D9CCF1A"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 xml:space="preserve">Hale had gone silent in the car, his expression growing darker </w:t>
      </w:r>
      <w:proofErr w:type="gramStart"/>
      <w:r w:rsidRPr="00401207">
        <w:rPr>
          <w:rFonts w:eastAsia="Times New Roman" w:cs="Times New Roman"/>
          <w:szCs w:val="24"/>
        </w:rPr>
        <w:t>the closer</w:t>
      </w:r>
      <w:proofErr w:type="gramEnd"/>
      <w:r w:rsidRPr="00401207">
        <w:rPr>
          <w:rFonts w:eastAsia="Times New Roman" w:cs="Times New Roman"/>
          <w:szCs w:val="24"/>
        </w:rPr>
        <w:t xml:space="preserve"> they got to their next rendezvous. Matt had a gut feeling something was wrong, but he pushed it aside, too focused on their next steps.</w:t>
      </w:r>
    </w:p>
    <w:p w14:paraId="43C1F49B"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They stopped at an isolated diner for coffee, checking for surveillance and keeping their heads low. Hale went inside to pay for gas, but when he came back, his face was ashen. “We’ve got company.”</w:t>
      </w:r>
    </w:p>
    <w:p w14:paraId="02D1C830"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Before Matt could react, shots rang out. One hit the back of the car, the others pinging off the metal. Matt pulled his weapon, instinctively pushing Hale into the passenger seat. “Get down!”</w:t>
      </w:r>
    </w:p>
    <w:p w14:paraId="44F97FCD"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But it was too late.</w:t>
      </w:r>
    </w:p>
    <w:p w14:paraId="32A8B551"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A flash of movement behind them. A burst of gunfire. Hale’s body jerked, and he slumped to the side, blood pooling on the seat.</w:t>
      </w:r>
    </w:p>
    <w:p w14:paraId="0D40A6BE"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“No!” Matt shouted, reaching over to try to stabilize him. But Hale was gone.</w:t>
      </w:r>
    </w:p>
    <w:p w14:paraId="044970FD"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The world around Matt slowed. He was too late. The man who had given him a sliver of hope was now gone, just another casualty in the web of conspiracy that had already claimed too many lives.</w:t>
      </w:r>
    </w:p>
    <w:p w14:paraId="10804299"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Matt felt a sharp pang of guilt but quickly forced it down. There was no time to mourn. There was only time to fight. He slammed the car into gear, flooring the accelerator. His target had just become clear: the people behind Hale’s murder, the ones who had manipulated the entire system, were now his enemies. And he would make them pay.</w:t>
      </w:r>
    </w:p>
    <w:p w14:paraId="2387B343"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The war had just escalated, and there was no turning back.</w:t>
      </w:r>
    </w:p>
    <w:p w14:paraId="27F4D65A" w14:textId="77777777" w:rsidR="00401207" w:rsidRPr="00401207" w:rsidRDefault="009E451F" w:rsidP="00401207">
      <w:pPr>
        <w:rPr>
          <w:rFonts w:eastAsia="Times New Roman" w:cs="Times New Roman"/>
          <w:szCs w:val="24"/>
        </w:rPr>
      </w:pPr>
      <w:r>
        <w:rPr>
          <w:rFonts w:eastAsia="Times New Roman" w:cs="Times New Roman"/>
          <w:szCs w:val="24"/>
        </w:rPr>
        <w:pict w14:anchorId="71EE589F">
          <v:rect id="_x0000_i1039" style="width:0;height:1.5pt" o:hralign="center" o:hrstd="t" o:hr="t" fillcolor="#a0a0a0" stroked="f"/>
        </w:pict>
      </w:r>
    </w:p>
    <w:p w14:paraId="76CFF955" w14:textId="77777777" w:rsidR="00401207" w:rsidRPr="00401207" w:rsidRDefault="00401207" w:rsidP="00401207">
      <w:pPr>
        <w:spacing w:before="100" w:beforeAutospacing="1" w:after="100" w:afterAutospacing="1"/>
        <w:rPr>
          <w:rFonts w:eastAsia="Times New Roman" w:cs="Times New Roman"/>
          <w:szCs w:val="24"/>
        </w:rPr>
      </w:pPr>
      <w:r w:rsidRPr="00401207">
        <w:rPr>
          <w:rFonts w:eastAsia="Times New Roman" w:cs="Times New Roman"/>
          <w:szCs w:val="24"/>
        </w:rPr>
        <w:t>Matt’s drive toward vengeance had shifted course. Hale’s death was no longer just a tragic loss—it was a galvanizing moment, a reminder that there was no escaping the dark forces he was up against. He wasn’t just running from them anymore. He was hunting them.</w:t>
      </w:r>
    </w:p>
    <w:p w14:paraId="0204E62F"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b/>
          <w:bCs/>
          <w:szCs w:val="24"/>
        </w:rPr>
        <w:t>The Clock Winds Down</w:t>
      </w:r>
    </w:p>
    <w:p w14:paraId="10FF3DDE"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b/>
          <w:bCs/>
          <w:szCs w:val="24"/>
        </w:rPr>
        <w:t>Washington, D.C.</w:t>
      </w:r>
      <w:r w:rsidRPr="00DD01C5">
        <w:rPr>
          <w:rFonts w:eastAsia="Times New Roman" w:cs="Times New Roman"/>
          <w:szCs w:val="24"/>
        </w:rPr>
        <w:br/>
      </w:r>
      <w:r w:rsidRPr="00DD01C5">
        <w:rPr>
          <w:rFonts w:eastAsia="Times New Roman" w:cs="Times New Roman"/>
          <w:b/>
          <w:bCs/>
          <w:szCs w:val="24"/>
        </w:rPr>
        <w:t>August 26, 2025</w:t>
      </w:r>
    </w:p>
    <w:p w14:paraId="2AF5283F"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In a high-rise conference room, the soft hum of air conditioning was the only sound breaking the silence. A dark mahogany table stretched across the room, its polished surface gleaming under the stark fluorescent lights. At one end, three men sat in tailored suits, their faces betraying nothing of the chaos unfolding across the country.</w:t>
      </w:r>
    </w:p>
    <w:p w14:paraId="1A15C504"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lastRenderedPageBreak/>
        <w:t>“We’ve lost Hale,” one of them said, his voice like steel—cold, controlled.</w:t>
      </w:r>
    </w:p>
    <w:p w14:paraId="5033F2E8"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“We knew it was coming,” replied the man sitting to his left, adjusting his glasses. “The problem with martyring someone like him is that it always inspires more dissent. We’ve already seen the early stirrings. His death won’t silence the opposition—it will only embolden them. We need to act swiftly to prevent further fallout.”</w:t>
      </w:r>
    </w:p>
    <w:p w14:paraId="73FAA0EB"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The third man, an older figure with graying hair and a permanent scowl, tapped his fingers rhythmically on the table. “We can’t afford more delays. Deluca is our primary target. The longer he’s on the run, the greater the risk of exposure.”</w:t>
      </w:r>
    </w:p>
    <w:p w14:paraId="70FC5420"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“Deluca will do what we want,” the first man replied. “He’ll make the mistake we’ve been waiting for. The program’s designed to force people like him into a corner. He’s already made one wrong move by going after Hale. If he keeps running, he’s going to slip up. And then, when he does, we’ll have him.”</w:t>
      </w:r>
    </w:p>
    <w:p w14:paraId="1B343A1A"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The others nodded, a shared understanding settling in. They were playing a dangerous game. The algorithm was doing its job, shaping Deluca into the perfect scapegoat for the public’s growing frustration with violence and instability. And once they had their man, it would be almost impossible for anyone to question the system.</w:t>
      </w:r>
    </w:p>
    <w:p w14:paraId="3DA5AF44"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 xml:space="preserve">“But Hale’s death complicates things,” the second conspirator pressed. “We need to spin this, turn it into something that fits our narrative. We can’t let </w:t>
      </w:r>
      <w:proofErr w:type="gramStart"/>
      <w:r w:rsidRPr="00DD01C5">
        <w:rPr>
          <w:rFonts w:eastAsia="Times New Roman" w:cs="Times New Roman"/>
          <w:szCs w:val="24"/>
        </w:rPr>
        <w:t>the people</w:t>
      </w:r>
      <w:proofErr w:type="gramEnd"/>
      <w:r w:rsidRPr="00DD01C5">
        <w:rPr>
          <w:rFonts w:eastAsia="Times New Roman" w:cs="Times New Roman"/>
          <w:szCs w:val="24"/>
        </w:rPr>
        <w:t xml:space="preserve"> think he was just another victim of our system. We need to make sure they believe he was an enemy of the state—someone who was trying to destroy everything we’ve built.”</w:t>
      </w:r>
    </w:p>
    <w:p w14:paraId="1841A9E8"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“And Deluca,” the first conspirator added, “we use him to solidify our position. Make sure everyone believes his actions prove the system works. The laws are right. He’s the proof. The pre-conviction program is saving lives.”</w:t>
      </w:r>
    </w:p>
    <w:p w14:paraId="2A1FF9D5"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 xml:space="preserve">The older man leaned back in his chair, looking out the window toward the city skyline. “We need to be careful. If we push too hard, too fast, it’ll backfire. People will see it for what it </w:t>
      </w:r>
      <w:proofErr w:type="gramStart"/>
      <w:r w:rsidRPr="00DD01C5">
        <w:rPr>
          <w:rFonts w:eastAsia="Times New Roman" w:cs="Times New Roman"/>
          <w:szCs w:val="24"/>
        </w:rPr>
        <w:t>is—a</w:t>
      </w:r>
      <w:proofErr w:type="gramEnd"/>
      <w:r w:rsidRPr="00DD01C5">
        <w:rPr>
          <w:rFonts w:eastAsia="Times New Roman" w:cs="Times New Roman"/>
          <w:szCs w:val="24"/>
        </w:rPr>
        <w:t xml:space="preserve"> manipulation. We’re close to the tipping point. Everything hinges on public perception.”</w:t>
      </w:r>
    </w:p>
    <w:p w14:paraId="27C01DF9"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The first conspirator glanced down at his phone, the screen glowing briefly before he looked up with an icy resolve. “We don’t have the luxury of playing it slow anymore. Deluca has become the face of the enemy. His every move will play into our hands. And once we control the narrative, once we own the truth, the rest will fall into place.”</w:t>
      </w:r>
    </w:p>
    <w:p w14:paraId="104A98C6"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He pressed a button on his phone. A few seconds later, the doors opened, and a man in a black suit stepped inside. His eyes darted quickly between the men at the table.</w:t>
      </w:r>
    </w:p>
    <w:p w14:paraId="18D3AA11"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“We’ve got a problem,” the new arrival said, his voice tense. “Deluca’s contact is still alive. We’ve traced his movements to Boston, but he’s operating under a different alias now. A leak has surfaced—someone close to Hale gave information to the media. If this gets out, it could spiral.”</w:t>
      </w:r>
    </w:p>
    <w:p w14:paraId="0B300241"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The older man straightened in his chair. “We take care of it. No more distractions. Make sure the leak is contained. I want everything tied up in the next twenty-four hours.”</w:t>
      </w:r>
    </w:p>
    <w:p w14:paraId="4BD3344E"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A moment of silence passed before the first conspirator nodded. “Agreed. And we’ll use Hale’s death to our advantage. We paint him as a threat to national security. We tie him to Deluca. If anyone questions us, we’ll have the story they want.”</w:t>
      </w:r>
    </w:p>
    <w:p w14:paraId="008A7320"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lastRenderedPageBreak/>
        <w:t>The man in the black suit hesitated before responding. “What about Deluca?”</w:t>
      </w:r>
    </w:p>
    <w:p w14:paraId="5A6F3D7C"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“We let him make the next move,” the first conspirator said, his voice firm. “The more desperate he gets, the more mistakes he’ll make. He’ll come to us eventually, or we’ll take him down before he gets that far.”</w:t>
      </w:r>
    </w:p>
    <w:p w14:paraId="789693FD"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The door clicked shut as the man left, his footsteps echoing down the hallway. The three men sat in quiet contemplation, the weight of their plan settling in the room like a heavy fog.</w:t>
      </w:r>
    </w:p>
    <w:p w14:paraId="43B84353"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They had controlled every piece of this puzzle so far. The narrative was theirs to shape, and it would be shaped in their favor. Deluca was the key to everything.</w:t>
      </w:r>
    </w:p>
    <w:p w14:paraId="0EFBAF15"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And once he fell into their trap, there would be no one left to stop them.</w:t>
      </w:r>
    </w:p>
    <w:p w14:paraId="687869A1" w14:textId="77777777" w:rsidR="00DD01C5" w:rsidRPr="00DD01C5" w:rsidRDefault="009E451F" w:rsidP="00DD01C5">
      <w:pPr>
        <w:rPr>
          <w:rFonts w:eastAsia="Times New Roman" w:cs="Times New Roman"/>
          <w:szCs w:val="24"/>
        </w:rPr>
      </w:pPr>
      <w:r>
        <w:rPr>
          <w:rFonts w:eastAsia="Times New Roman" w:cs="Times New Roman"/>
          <w:szCs w:val="24"/>
        </w:rPr>
        <w:pict w14:anchorId="1CF51A76">
          <v:rect id="_x0000_i1040" style="width:0;height:1.5pt" o:hralign="center" o:hrstd="t" o:hr="t" fillcolor="#a0a0a0" stroked="f"/>
        </w:pict>
      </w:r>
    </w:p>
    <w:p w14:paraId="6E793DBF"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b/>
          <w:bCs/>
          <w:szCs w:val="24"/>
        </w:rPr>
        <w:t>Boston, Massachusetts</w:t>
      </w:r>
      <w:r w:rsidRPr="00DD01C5">
        <w:rPr>
          <w:rFonts w:eastAsia="Times New Roman" w:cs="Times New Roman"/>
          <w:szCs w:val="24"/>
        </w:rPr>
        <w:br/>
      </w:r>
      <w:r w:rsidRPr="00DD01C5">
        <w:rPr>
          <w:rFonts w:eastAsia="Times New Roman" w:cs="Times New Roman"/>
          <w:b/>
          <w:bCs/>
          <w:szCs w:val="24"/>
        </w:rPr>
        <w:t>August 26, 2025</w:t>
      </w:r>
    </w:p>
    <w:p w14:paraId="3C42B6AF"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Back on the streets of Boston, Matt’s world had narrowed to a single purpose—survival. But with Hale dead and his hope of uncovering the truth slipping further away, Matt knew the stakes had just escalated. The conspiracy was real, and the clock was ticking. His only shot at stopping it all was to stay ahead of the storm, to continue running.</w:t>
      </w:r>
    </w:p>
    <w:p w14:paraId="6667196F"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 xml:space="preserve">But every step he took, every place he hid, was another calculated move in their game. He wasn’t just a fugitive </w:t>
      </w:r>
      <w:proofErr w:type="gramStart"/>
      <w:r w:rsidRPr="00DD01C5">
        <w:rPr>
          <w:rFonts w:eastAsia="Times New Roman" w:cs="Times New Roman"/>
          <w:szCs w:val="24"/>
        </w:rPr>
        <w:t>anymore—</w:t>
      </w:r>
      <w:proofErr w:type="gramEnd"/>
      <w:r w:rsidRPr="00DD01C5">
        <w:rPr>
          <w:rFonts w:eastAsia="Times New Roman" w:cs="Times New Roman"/>
          <w:szCs w:val="24"/>
        </w:rPr>
        <w:t>he was the pawn in a much larger scheme, one that had already determined his fate.</w:t>
      </w:r>
    </w:p>
    <w:p w14:paraId="1C47AA91"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 xml:space="preserve">Now, as the city lights blurred past him, Matt could almost hear the conspirators’ words echo in his head. </w:t>
      </w:r>
      <w:r w:rsidRPr="00DD01C5">
        <w:rPr>
          <w:rFonts w:eastAsia="Times New Roman" w:cs="Times New Roman"/>
          <w:b/>
          <w:bCs/>
          <w:szCs w:val="24"/>
        </w:rPr>
        <w:t>They’re waiting for you to fall, Matt. They’ve made sure of it.</w:t>
      </w:r>
    </w:p>
    <w:p w14:paraId="04673E18"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 xml:space="preserve">But Matt </w:t>
      </w:r>
      <w:proofErr w:type="gramStart"/>
      <w:r w:rsidRPr="00DD01C5">
        <w:rPr>
          <w:rFonts w:eastAsia="Times New Roman" w:cs="Times New Roman"/>
          <w:szCs w:val="24"/>
        </w:rPr>
        <w:t>wasn’t</w:t>
      </w:r>
      <w:proofErr w:type="gramEnd"/>
      <w:r w:rsidRPr="00DD01C5">
        <w:rPr>
          <w:rFonts w:eastAsia="Times New Roman" w:cs="Times New Roman"/>
          <w:szCs w:val="24"/>
        </w:rPr>
        <w:t xml:space="preserve"> done yet. He had one final chance to change the narrative.</w:t>
      </w:r>
    </w:p>
    <w:p w14:paraId="07C5C1CA" w14:textId="77777777" w:rsidR="00DD01C5" w:rsidRPr="00DD01C5" w:rsidRDefault="00DD01C5" w:rsidP="00DD01C5">
      <w:pPr>
        <w:spacing w:before="100" w:beforeAutospacing="1" w:after="100" w:afterAutospacing="1"/>
        <w:rPr>
          <w:rFonts w:eastAsia="Times New Roman" w:cs="Times New Roman"/>
          <w:szCs w:val="24"/>
        </w:rPr>
      </w:pPr>
      <w:r w:rsidRPr="00DD01C5">
        <w:rPr>
          <w:rFonts w:eastAsia="Times New Roman" w:cs="Times New Roman"/>
          <w:szCs w:val="24"/>
        </w:rPr>
        <w:t>And he was going to take it.</w:t>
      </w:r>
    </w:p>
    <w:p w14:paraId="0582C496" w14:textId="77777777" w:rsidR="000D18BA" w:rsidRPr="00610E59" w:rsidRDefault="000D18BA" w:rsidP="00401207">
      <w:pPr>
        <w:spacing w:before="100" w:beforeAutospacing="1" w:after="100" w:afterAutospacing="1"/>
        <w:rPr>
          <w:rFonts w:eastAsia="Times New Roman" w:cs="Times New Roman"/>
          <w:szCs w:val="24"/>
        </w:rPr>
      </w:pPr>
    </w:p>
    <w:sectPr w:rsidR="000D18BA" w:rsidRPr="00610E59" w:rsidSect="0031033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02E445B"/>
    <w:multiLevelType w:val="multilevel"/>
    <w:tmpl w:val="44584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032197"/>
    <w:multiLevelType w:val="multilevel"/>
    <w:tmpl w:val="8AA08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4598520">
    <w:abstractNumId w:val="8"/>
  </w:num>
  <w:num w:numId="2" w16cid:durableId="1191605086">
    <w:abstractNumId w:val="6"/>
  </w:num>
  <w:num w:numId="3" w16cid:durableId="1233543063">
    <w:abstractNumId w:val="5"/>
  </w:num>
  <w:num w:numId="4" w16cid:durableId="2037850659">
    <w:abstractNumId w:val="4"/>
  </w:num>
  <w:num w:numId="5" w16cid:durableId="1333946508">
    <w:abstractNumId w:val="7"/>
  </w:num>
  <w:num w:numId="6" w16cid:durableId="1136339911">
    <w:abstractNumId w:val="3"/>
  </w:num>
  <w:num w:numId="7" w16cid:durableId="599484505">
    <w:abstractNumId w:val="2"/>
  </w:num>
  <w:num w:numId="8" w16cid:durableId="356664893">
    <w:abstractNumId w:val="1"/>
  </w:num>
  <w:num w:numId="9" w16cid:durableId="2000382580">
    <w:abstractNumId w:val="0"/>
  </w:num>
  <w:num w:numId="10" w16cid:durableId="1469929885">
    <w:abstractNumId w:val="9"/>
  </w:num>
  <w:num w:numId="11" w16cid:durableId="18843184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582"/>
    <w:rsid w:val="000007CB"/>
    <w:rsid w:val="0000597C"/>
    <w:rsid w:val="00006F96"/>
    <w:rsid w:val="00015CAA"/>
    <w:rsid w:val="000213A3"/>
    <w:rsid w:val="00026287"/>
    <w:rsid w:val="00034616"/>
    <w:rsid w:val="00035C34"/>
    <w:rsid w:val="000426E2"/>
    <w:rsid w:val="000446F2"/>
    <w:rsid w:val="00052E62"/>
    <w:rsid w:val="0006063C"/>
    <w:rsid w:val="0006358C"/>
    <w:rsid w:val="00090C16"/>
    <w:rsid w:val="000A6C30"/>
    <w:rsid w:val="000B406A"/>
    <w:rsid w:val="000B63F0"/>
    <w:rsid w:val="000B688A"/>
    <w:rsid w:val="000D18BA"/>
    <w:rsid w:val="000F2596"/>
    <w:rsid w:val="00123F48"/>
    <w:rsid w:val="001307DF"/>
    <w:rsid w:val="00136B4B"/>
    <w:rsid w:val="0015074B"/>
    <w:rsid w:val="00186917"/>
    <w:rsid w:val="0019320F"/>
    <w:rsid w:val="00196C72"/>
    <w:rsid w:val="001A7672"/>
    <w:rsid w:val="001D379A"/>
    <w:rsid w:val="001E646B"/>
    <w:rsid w:val="001F2771"/>
    <w:rsid w:val="00206AA4"/>
    <w:rsid w:val="002163F7"/>
    <w:rsid w:val="002245F6"/>
    <w:rsid w:val="00225CCD"/>
    <w:rsid w:val="00233E36"/>
    <w:rsid w:val="0025205A"/>
    <w:rsid w:val="0029639D"/>
    <w:rsid w:val="002B00D1"/>
    <w:rsid w:val="002C4DA1"/>
    <w:rsid w:val="002D0752"/>
    <w:rsid w:val="002E2246"/>
    <w:rsid w:val="002F1822"/>
    <w:rsid w:val="002F3508"/>
    <w:rsid w:val="002F46F6"/>
    <w:rsid w:val="003034EA"/>
    <w:rsid w:val="00310333"/>
    <w:rsid w:val="00317485"/>
    <w:rsid w:val="00326F90"/>
    <w:rsid w:val="003509F2"/>
    <w:rsid w:val="0037047B"/>
    <w:rsid w:val="003934AD"/>
    <w:rsid w:val="003A1206"/>
    <w:rsid w:val="003A6F9E"/>
    <w:rsid w:val="003B394F"/>
    <w:rsid w:val="003B5D5A"/>
    <w:rsid w:val="003C2315"/>
    <w:rsid w:val="003C6CB4"/>
    <w:rsid w:val="003C6D4A"/>
    <w:rsid w:val="003E77E9"/>
    <w:rsid w:val="003F4412"/>
    <w:rsid w:val="00400EFB"/>
    <w:rsid w:val="00401207"/>
    <w:rsid w:val="004235A7"/>
    <w:rsid w:val="00423C47"/>
    <w:rsid w:val="00426B5E"/>
    <w:rsid w:val="004369E8"/>
    <w:rsid w:val="00437BAD"/>
    <w:rsid w:val="00440798"/>
    <w:rsid w:val="004424DC"/>
    <w:rsid w:val="00443332"/>
    <w:rsid w:val="00445D50"/>
    <w:rsid w:val="0045550D"/>
    <w:rsid w:val="0046657F"/>
    <w:rsid w:val="00466859"/>
    <w:rsid w:val="00466A56"/>
    <w:rsid w:val="0047098C"/>
    <w:rsid w:val="00480B8A"/>
    <w:rsid w:val="004843DC"/>
    <w:rsid w:val="004A09F0"/>
    <w:rsid w:val="004A5695"/>
    <w:rsid w:val="004C4491"/>
    <w:rsid w:val="004E7F28"/>
    <w:rsid w:val="005139D4"/>
    <w:rsid w:val="005252F4"/>
    <w:rsid w:val="0052778F"/>
    <w:rsid w:val="00532715"/>
    <w:rsid w:val="005369E3"/>
    <w:rsid w:val="00545982"/>
    <w:rsid w:val="00545F05"/>
    <w:rsid w:val="0055578C"/>
    <w:rsid w:val="00582F16"/>
    <w:rsid w:val="005863EF"/>
    <w:rsid w:val="00586FBF"/>
    <w:rsid w:val="00593AD7"/>
    <w:rsid w:val="005B4E6C"/>
    <w:rsid w:val="005D06AA"/>
    <w:rsid w:val="005D669A"/>
    <w:rsid w:val="005F7705"/>
    <w:rsid w:val="006029C6"/>
    <w:rsid w:val="00603ED7"/>
    <w:rsid w:val="00606629"/>
    <w:rsid w:val="00610E59"/>
    <w:rsid w:val="00620CC0"/>
    <w:rsid w:val="00624BD8"/>
    <w:rsid w:val="00635DE7"/>
    <w:rsid w:val="006418C7"/>
    <w:rsid w:val="006422E4"/>
    <w:rsid w:val="00643670"/>
    <w:rsid w:val="00646892"/>
    <w:rsid w:val="0064772F"/>
    <w:rsid w:val="00657ACC"/>
    <w:rsid w:val="006602FB"/>
    <w:rsid w:val="00660B87"/>
    <w:rsid w:val="00665C49"/>
    <w:rsid w:val="0066682B"/>
    <w:rsid w:val="006A04E7"/>
    <w:rsid w:val="006A57C5"/>
    <w:rsid w:val="006B1C3B"/>
    <w:rsid w:val="006E1E8D"/>
    <w:rsid w:val="006E60F4"/>
    <w:rsid w:val="006F5BDD"/>
    <w:rsid w:val="0072216C"/>
    <w:rsid w:val="007269B4"/>
    <w:rsid w:val="00730E13"/>
    <w:rsid w:val="0075684F"/>
    <w:rsid w:val="00764E66"/>
    <w:rsid w:val="00785771"/>
    <w:rsid w:val="00791B88"/>
    <w:rsid w:val="007A2651"/>
    <w:rsid w:val="007A67B5"/>
    <w:rsid w:val="008102D0"/>
    <w:rsid w:val="008106A9"/>
    <w:rsid w:val="008109E1"/>
    <w:rsid w:val="00812D39"/>
    <w:rsid w:val="00821FE9"/>
    <w:rsid w:val="008320F1"/>
    <w:rsid w:val="00847B81"/>
    <w:rsid w:val="008568B7"/>
    <w:rsid w:val="00860E7C"/>
    <w:rsid w:val="00861DFC"/>
    <w:rsid w:val="0089686A"/>
    <w:rsid w:val="008C08CD"/>
    <w:rsid w:val="008F2D90"/>
    <w:rsid w:val="00912098"/>
    <w:rsid w:val="00926F20"/>
    <w:rsid w:val="00971F20"/>
    <w:rsid w:val="00980CC3"/>
    <w:rsid w:val="00981BCB"/>
    <w:rsid w:val="009B7338"/>
    <w:rsid w:val="009C25D6"/>
    <w:rsid w:val="009C52CB"/>
    <w:rsid w:val="009E451F"/>
    <w:rsid w:val="009F479E"/>
    <w:rsid w:val="009F51CA"/>
    <w:rsid w:val="009F5B18"/>
    <w:rsid w:val="00A05B38"/>
    <w:rsid w:val="00A063C7"/>
    <w:rsid w:val="00A10196"/>
    <w:rsid w:val="00A15EA0"/>
    <w:rsid w:val="00A26FB6"/>
    <w:rsid w:val="00A32E09"/>
    <w:rsid w:val="00A354FC"/>
    <w:rsid w:val="00A428E9"/>
    <w:rsid w:val="00A67808"/>
    <w:rsid w:val="00A747B3"/>
    <w:rsid w:val="00A82267"/>
    <w:rsid w:val="00A951D6"/>
    <w:rsid w:val="00A9709F"/>
    <w:rsid w:val="00AA1D8D"/>
    <w:rsid w:val="00AB3450"/>
    <w:rsid w:val="00AB559F"/>
    <w:rsid w:val="00AC7CCD"/>
    <w:rsid w:val="00AC7D7D"/>
    <w:rsid w:val="00AD1CDE"/>
    <w:rsid w:val="00AD56D1"/>
    <w:rsid w:val="00AD6B5E"/>
    <w:rsid w:val="00AF3143"/>
    <w:rsid w:val="00AF6F6E"/>
    <w:rsid w:val="00B00060"/>
    <w:rsid w:val="00B02E63"/>
    <w:rsid w:val="00B10245"/>
    <w:rsid w:val="00B16FFC"/>
    <w:rsid w:val="00B33B34"/>
    <w:rsid w:val="00B429AC"/>
    <w:rsid w:val="00B43EB6"/>
    <w:rsid w:val="00B4423C"/>
    <w:rsid w:val="00B47730"/>
    <w:rsid w:val="00B5094A"/>
    <w:rsid w:val="00B564C9"/>
    <w:rsid w:val="00B73390"/>
    <w:rsid w:val="00B803A9"/>
    <w:rsid w:val="00B8212C"/>
    <w:rsid w:val="00B90EE4"/>
    <w:rsid w:val="00B96738"/>
    <w:rsid w:val="00BB5C26"/>
    <w:rsid w:val="00BC25AC"/>
    <w:rsid w:val="00BC5919"/>
    <w:rsid w:val="00BE7313"/>
    <w:rsid w:val="00C0178C"/>
    <w:rsid w:val="00C11D39"/>
    <w:rsid w:val="00C15A1A"/>
    <w:rsid w:val="00C36CFA"/>
    <w:rsid w:val="00C73A16"/>
    <w:rsid w:val="00C94178"/>
    <w:rsid w:val="00C943D2"/>
    <w:rsid w:val="00C94994"/>
    <w:rsid w:val="00CA2F42"/>
    <w:rsid w:val="00CB0664"/>
    <w:rsid w:val="00CB1FB3"/>
    <w:rsid w:val="00CB6FE8"/>
    <w:rsid w:val="00CC1A3A"/>
    <w:rsid w:val="00CD0CC2"/>
    <w:rsid w:val="00CF29DB"/>
    <w:rsid w:val="00D00DF6"/>
    <w:rsid w:val="00D03212"/>
    <w:rsid w:val="00D12F38"/>
    <w:rsid w:val="00D1420B"/>
    <w:rsid w:val="00D20BC8"/>
    <w:rsid w:val="00D31047"/>
    <w:rsid w:val="00D3207A"/>
    <w:rsid w:val="00D36B36"/>
    <w:rsid w:val="00D46E3E"/>
    <w:rsid w:val="00D54C1D"/>
    <w:rsid w:val="00D56C61"/>
    <w:rsid w:val="00D57C24"/>
    <w:rsid w:val="00D620A1"/>
    <w:rsid w:val="00D7686D"/>
    <w:rsid w:val="00D87B73"/>
    <w:rsid w:val="00DB0C60"/>
    <w:rsid w:val="00DB1309"/>
    <w:rsid w:val="00DB18AC"/>
    <w:rsid w:val="00DC2E41"/>
    <w:rsid w:val="00DD01C5"/>
    <w:rsid w:val="00DE1D6F"/>
    <w:rsid w:val="00DF17C0"/>
    <w:rsid w:val="00DF462A"/>
    <w:rsid w:val="00DF64FF"/>
    <w:rsid w:val="00E06AAA"/>
    <w:rsid w:val="00E11431"/>
    <w:rsid w:val="00E3425B"/>
    <w:rsid w:val="00E4379A"/>
    <w:rsid w:val="00E61253"/>
    <w:rsid w:val="00E769DF"/>
    <w:rsid w:val="00EC6640"/>
    <w:rsid w:val="00ED1E0E"/>
    <w:rsid w:val="00ED525E"/>
    <w:rsid w:val="00EE0148"/>
    <w:rsid w:val="00EE58CC"/>
    <w:rsid w:val="00F039C0"/>
    <w:rsid w:val="00F137BD"/>
    <w:rsid w:val="00F16181"/>
    <w:rsid w:val="00F24473"/>
    <w:rsid w:val="00F469D1"/>
    <w:rsid w:val="00F52A1C"/>
    <w:rsid w:val="00F55946"/>
    <w:rsid w:val="00F7055C"/>
    <w:rsid w:val="00F763D6"/>
    <w:rsid w:val="00FA31D9"/>
    <w:rsid w:val="00FC693F"/>
    <w:rsid w:val="00FD04BE"/>
    <w:rsid w:val="00FE6110"/>
    <w:rsid w:val="00FF0C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2"/>
    <o:shapelayout v:ext="edit">
      <o:idmap v:ext="edit" data="1"/>
    </o:shapelayout>
  </w:shapeDefaults>
  <w:decimalSymbol w:val="."/>
  <w:listSeparator w:val=","/>
  <w14:docId w14:val="78577787"/>
  <w14:defaultImageDpi w14:val="300"/>
  <w15:docId w15:val="{EFA86B5E-ADAC-466E-B831-396A49F2D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24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0D18BA"/>
    <w:pPr>
      <w:spacing w:before="100" w:beforeAutospacing="1" w:after="100" w:afterAutospacing="1"/>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09754">
      <w:bodyDiv w:val="1"/>
      <w:marLeft w:val="0"/>
      <w:marRight w:val="0"/>
      <w:marTop w:val="0"/>
      <w:marBottom w:val="0"/>
      <w:divBdr>
        <w:top w:val="none" w:sz="0" w:space="0" w:color="auto"/>
        <w:left w:val="none" w:sz="0" w:space="0" w:color="auto"/>
        <w:bottom w:val="none" w:sz="0" w:space="0" w:color="auto"/>
        <w:right w:val="none" w:sz="0" w:space="0" w:color="auto"/>
      </w:divBdr>
    </w:div>
    <w:div w:id="153617962">
      <w:bodyDiv w:val="1"/>
      <w:marLeft w:val="0"/>
      <w:marRight w:val="0"/>
      <w:marTop w:val="0"/>
      <w:marBottom w:val="0"/>
      <w:divBdr>
        <w:top w:val="none" w:sz="0" w:space="0" w:color="auto"/>
        <w:left w:val="none" w:sz="0" w:space="0" w:color="auto"/>
        <w:bottom w:val="none" w:sz="0" w:space="0" w:color="auto"/>
        <w:right w:val="none" w:sz="0" w:space="0" w:color="auto"/>
      </w:divBdr>
    </w:div>
    <w:div w:id="230770278">
      <w:bodyDiv w:val="1"/>
      <w:marLeft w:val="0"/>
      <w:marRight w:val="0"/>
      <w:marTop w:val="0"/>
      <w:marBottom w:val="0"/>
      <w:divBdr>
        <w:top w:val="none" w:sz="0" w:space="0" w:color="auto"/>
        <w:left w:val="none" w:sz="0" w:space="0" w:color="auto"/>
        <w:bottom w:val="none" w:sz="0" w:space="0" w:color="auto"/>
        <w:right w:val="none" w:sz="0" w:space="0" w:color="auto"/>
      </w:divBdr>
      <w:divsChild>
        <w:div w:id="806707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3588937">
      <w:bodyDiv w:val="1"/>
      <w:marLeft w:val="0"/>
      <w:marRight w:val="0"/>
      <w:marTop w:val="0"/>
      <w:marBottom w:val="0"/>
      <w:divBdr>
        <w:top w:val="none" w:sz="0" w:space="0" w:color="auto"/>
        <w:left w:val="none" w:sz="0" w:space="0" w:color="auto"/>
        <w:bottom w:val="none" w:sz="0" w:space="0" w:color="auto"/>
        <w:right w:val="none" w:sz="0" w:space="0" w:color="auto"/>
      </w:divBdr>
    </w:div>
    <w:div w:id="299040803">
      <w:bodyDiv w:val="1"/>
      <w:marLeft w:val="0"/>
      <w:marRight w:val="0"/>
      <w:marTop w:val="0"/>
      <w:marBottom w:val="0"/>
      <w:divBdr>
        <w:top w:val="none" w:sz="0" w:space="0" w:color="auto"/>
        <w:left w:val="none" w:sz="0" w:space="0" w:color="auto"/>
        <w:bottom w:val="none" w:sz="0" w:space="0" w:color="auto"/>
        <w:right w:val="none" w:sz="0" w:space="0" w:color="auto"/>
      </w:divBdr>
    </w:div>
    <w:div w:id="351346865">
      <w:bodyDiv w:val="1"/>
      <w:marLeft w:val="0"/>
      <w:marRight w:val="0"/>
      <w:marTop w:val="0"/>
      <w:marBottom w:val="0"/>
      <w:divBdr>
        <w:top w:val="none" w:sz="0" w:space="0" w:color="auto"/>
        <w:left w:val="none" w:sz="0" w:space="0" w:color="auto"/>
        <w:bottom w:val="none" w:sz="0" w:space="0" w:color="auto"/>
        <w:right w:val="none" w:sz="0" w:space="0" w:color="auto"/>
      </w:divBdr>
    </w:div>
    <w:div w:id="436994851">
      <w:bodyDiv w:val="1"/>
      <w:marLeft w:val="0"/>
      <w:marRight w:val="0"/>
      <w:marTop w:val="0"/>
      <w:marBottom w:val="0"/>
      <w:divBdr>
        <w:top w:val="none" w:sz="0" w:space="0" w:color="auto"/>
        <w:left w:val="none" w:sz="0" w:space="0" w:color="auto"/>
        <w:bottom w:val="none" w:sz="0" w:space="0" w:color="auto"/>
        <w:right w:val="none" w:sz="0" w:space="0" w:color="auto"/>
      </w:divBdr>
    </w:div>
    <w:div w:id="438646434">
      <w:bodyDiv w:val="1"/>
      <w:marLeft w:val="0"/>
      <w:marRight w:val="0"/>
      <w:marTop w:val="0"/>
      <w:marBottom w:val="0"/>
      <w:divBdr>
        <w:top w:val="none" w:sz="0" w:space="0" w:color="auto"/>
        <w:left w:val="none" w:sz="0" w:space="0" w:color="auto"/>
        <w:bottom w:val="none" w:sz="0" w:space="0" w:color="auto"/>
        <w:right w:val="none" w:sz="0" w:space="0" w:color="auto"/>
      </w:divBdr>
    </w:div>
    <w:div w:id="444353447">
      <w:bodyDiv w:val="1"/>
      <w:marLeft w:val="0"/>
      <w:marRight w:val="0"/>
      <w:marTop w:val="0"/>
      <w:marBottom w:val="0"/>
      <w:divBdr>
        <w:top w:val="none" w:sz="0" w:space="0" w:color="auto"/>
        <w:left w:val="none" w:sz="0" w:space="0" w:color="auto"/>
        <w:bottom w:val="none" w:sz="0" w:space="0" w:color="auto"/>
        <w:right w:val="none" w:sz="0" w:space="0" w:color="auto"/>
      </w:divBdr>
    </w:div>
    <w:div w:id="766081844">
      <w:bodyDiv w:val="1"/>
      <w:marLeft w:val="0"/>
      <w:marRight w:val="0"/>
      <w:marTop w:val="0"/>
      <w:marBottom w:val="0"/>
      <w:divBdr>
        <w:top w:val="none" w:sz="0" w:space="0" w:color="auto"/>
        <w:left w:val="none" w:sz="0" w:space="0" w:color="auto"/>
        <w:bottom w:val="none" w:sz="0" w:space="0" w:color="auto"/>
        <w:right w:val="none" w:sz="0" w:space="0" w:color="auto"/>
      </w:divBdr>
      <w:divsChild>
        <w:div w:id="154495177">
          <w:marLeft w:val="0"/>
          <w:marRight w:val="0"/>
          <w:marTop w:val="0"/>
          <w:marBottom w:val="0"/>
          <w:divBdr>
            <w:top w:val="none" w:sz="0" w:space="0" w:color="auto"/>
            <w:left w:val="none" w:sz="0" w:space="0" w:color="auto"/>
            <w:bottom w:val="none" w:sz="0" w:space="0" w:color="auto"/>
            <w:right w:val="none" w:sz="0" w:space="0" w:color="auto"/>
          </w:divBdr>
          <w:divsChild>
            <w:div w:id="1359312628">
              <w:marLeft w:val="0"/>
              <w:marRight w:val="0"/>
              <w:marTop w:val="0"/>
              <w:marBottom w:val="0"/>
              <w:divBdr>
                <w:top w:val="none" w:sz="0" w:space="0" w:color="auto"/>
                <w:left w:val="none" w:sz="0" w:space="0" w:color="auto"/>
                <w:bottom w:val="none" w:sz="0" w:space="0" w:color="auto"/>
                <w:right w:val="none" w:sz="0" w:space="0" w:color="auto"/>
              </w:divBdr>
              <w:divsChild>
                <w:div w:id="2119643041">
                  <w:marLeft w:val="0"/>
                  <w:marRight w:val="0"/>
                  <w:marTop w:val="0"/>
                  <w:marBottom w:val="0"/>
                  <w:divBdr>
                    <w:top w:val="none" w:sz="0" w:space="0" w:color="auto"/>
                    <w:left w:val="none" w:sz="0" w:space="0" w:color="auto"/>
                    <w:bottom w:val="none" w:sz="0" w:space="0" w:color="auto"/>
                    <w:right w:val="none" w:sz="0" w:space="0" w:color="auto"/>
                  </w:divBdr>
                  <w:divsChild>
                    <w:div w:id="1950694047">
                      <w:marLeft w:val="0"/>
                      <w:marRight w:val="0"/>
                      <w:marTop w:val="0"/>
                      <w:marBottom w:val="0"/>
                      <w:divBdr>
                        <w:top w:val="none" w:sz="0" w:space="0" w:color="auto"/>
                        <w:left w:val="none" w:sz="0" w:space="0" w:color="auto"/>
                        <w:bottom w:val="none" w:sz="0" w:space="0" w:color="auto"/>
                        <w:right w:val="none" w:sz="0" w:space="0" w:color="auto"/>
                      </w:divBdr>
                      <w:divsChild>
                        <w:div w:id="1956017814">
                          <w:marLeft w:val="0"/>
                          <w:marRight w:val="0"/>
                          <w:marTop w:val="0"/>
                          <w:marBottom w:val="0"/>
                          <w:divBdr>
                            <w:top w:val="none" w:sz="0" w:space="0" w:color="auto"/>
                            <w:left w:val="none" w:sz="0" w:space="0" w:color="auto"/>
                            <w:bottom w:val="none" w:sz="0" w:space="0" w:color="auto"/>
                            <w:right w:val="none" w:sz="0" w:space="0" w:color="auto"/>
                          </w:divBdr>
                          <w:divsChild>
                            <w:div w:id="985471931">
                              <w:marLeft w:val="0"/>
                              <w:marRight w:val="0"/>
                              <w:marTop w:val="0"/>
                              <w:marBottom w:val="0"/>
                              <w:divBdr>
                                <w:top w:val="none" w:sz="0" w:space="0" w:color="auto"/>
                                <w:left w:val="none" w:sz="0" w:space="0" w:color="auto"/>
                                <w:bottom w:val="none" w:sz="0" w:space="0" w:color="auto"/>
                                <w:right w:val="none" w:sz="0" w:space="0" w:color="auto"/>
                              </w:divBdr>
                              <w:divsChild>
                                <w:div w:id="964845990">
                                  <w:marLeft w:val="0"/>
                                  <w:marRight w:val="0"/>
                                  <w:marTop w:val="0"/>
                                  <w:marBottom w:val="0"/>
                                  <w:divBdr>
                                    <w:top w:val="none" w:sz="0" w:space="0" w:color="auto"/>
                                    <w:left w:val="none" w:sz="0" w:space="0" w:color="auto"/>
                                    <w:bottom w:val="none" w:sz="0" w:space="0" w:color="auto"/>
                                    <w:right w:val="none" w:sz="0" w:space="0" w:color="auto"/>
                                  </w:divBdr>
                                  <w:divsChild>
                                    <w:div w:id="1220050814">
                                      <w:marLeft w:val="0"/>
                                      <w:marRight w:val="0"/>
                                      <w:marTop w:val="0"/>
                                      <w:marBottom w:val="0"/>
                                      <w:divBdr>
                                        <w:top w:val="none" w:sz="0" w:space="0" w:color="auto"/>
                                        <w:left w:val="none" w:sz="0" w:space="0" w:color="auto"/>
                                        <w:bottom w:val="none" w:sz="0" w:space="0" w:color="auto"/>
                                        <w:right w:val="none" w:sz="0" w:space="0" w:color="auto"/>
                                      </w:divBdr>
                                      <w:divsChild>
                                        <w:div w:id="1637486506">
                                          <w:marLeft w:val="0"/>
                                          <w:marRight w:val="0"/>
                                          <w:marTop w:val="0"/>
                                          <w:marBottom w:val="0"/>
                                          <w:divBdr>
                                            <w:top w:val="none" w:sz="0" w:space="0" w:color="auto"/>
                                            <w:left w:val="none" w:sz="0" w:space="0" w:color="auto"/>
                                            <w:bottom w:val="none" w:sz="0" w:space="0" w:color="auto"/>
                                            <w:right w:val="none" w:sz="0" w:space="0" w:color="auto"/>
                                          </w:divBdr>
                                          <w:divsChild>
                                            <w:div w:id="1363282614">
                                              <w:marLeft w:val="0"/>
                                              <w:marRight w:val="0"/>
                                              <w:marTop w:val="0"/>
                                              <w:marBottom w:val="0"/>
                                              <w:divBdr>
                                                <w:top w:val="none" w:sz="0" w:space="0" w:color="auto"/>
                                                <w:left w:val="none" w:sz="0" w:space="0" w:color="auto"/>
                                                <w:bottom w:val="none" w:sz="0" w:space="0" w:color="auto"/>
                                                <w:right w:val="none" w:sz="0" w:space="0" w:color="auto"/>
                                              </w:divBdr>
                                              <w:divsChild>
                                                <w:div w:id="330714843">
                                                  <w:marLeft w:val="0"/>
                                                  <w:marRight w:val="0"/>
                                                  <w:marTop w:val="0"/>
                                                  <w:marBottom w:val="0"/>
                                                  <w:divBdr>
                                                    <w:top w:val="none" w:sz="0" w:space="0" w:color="auto"/>
                                                    <w:left w:val="none" w:sz="0" w:space="0" w:color="auto"/>
                                                    <w:bottom w:val="none" w:sz="0" w:space="0" w:color="auto"/>
                                                    <w:right w:val="none" w:sz="0" w:space="0" w:color="auto"/>
                                                  </w:divBdr>
                                                  <w:divsChild>
                                                    <w:div w:id="1634752986">
                                                      <w:marLeft w:val="0"/>
                                                      <w:marRight w:val="0"/>
                                                      <w:marTop w:val="0"/>
                                                      <w:marBottom w:val="0"/>
                                                      <w:divBdr>
                                                        <w:top w:val="none" w:sz="0" w:space="0" w:color="auto"/>
                                                        <w:left w:val="none" w:sz="0" w:space="0" w:color="auto"/>
                                                        <w:bottom w:val="none" w:sz="0" w:space="0" w:color="auto"/>
                                                        <w:right w:val="none" w:sz="0" w:space="0" w:color="auto"/>
                                                      </w:divBdr>
                                                      <w:divsChild>
                                                        <w:div w:id="921371755">
                                                          <w:blockQuote w:val="1"/>
                                                          <w:marLeft w:val="720"/>
                                                          <w:marRight w:val="720"/>
                                                          <w:marTop w:val="100"/>
                                                          <w:marBottom w:val="100"/>
                                                          <w:divBdr>
                                                            <w:top w:val="none" w:sz="0" w:space="0" w:color="auto"/>
                                                            <w:left w:val="none" w:sz="0" w:space="0" w:color="auto"/>
                                                            <w:bottom w:val="none" w:sz="0" w:space="0" w:color="auto"/>
                                                            <w:right w:val="none" w:sz="0" w:space="0" w:color="auto"/>
                                                          </w:divBdr>
                                                        </w:div>
                                                        <w:div w:id="3467147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90469142">
                                          <w:marLeft w:val="0"/>
                                          <w:marRight w:val="0"/>
                                          <w:marTop w:val="0"/>
                                          <w:marBottom w:val="0"/>
                                          <w:divBdr>
                                            <w:top w:val="none" w:sz="0" w:space="0" w:color="auto"/>
                                            <w:left w:val="none" w:sz="0" w:space="0" w:color="auto"/>
                                            <w:bottom w:val="none" w:sz="0" w:space="0" w:color="auto"/>
                                            <w:right w:val="none" w:sz="0" w:space="0" w:color="auto"/>
                                          </w:divBdr>
                                          <w:divsChild>
                                            <w:div w:id="2008550701">
                                              <w:marLeft w:val="0"/>
                                              <w:marRight w:val="0"/>
                                              <w:marTop w:val="0"/>
                                              <w:marBottom w:val="0"/>
                                              <w:divBdr>
                                                <w:top w:val="none" w:sz="0" w:space="0" w:color="auto"/>
                                                <w:left w:val="none" w:sz="0" w:space="0" w:color="auto"/>
                                                <w:bottom w:val="none" w:sz="0" w:space="0" w:color="auto"/>
                                                <w:right w:val="none" w:sz="0" w:space="0" w:color="auto"/>
                                              </w:divBdr>
                                              <w:divsChild>
                                                <w:div w:id="202802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96656910">
          <w:marLeft w:val="0"/>
          <w:marRight w:val="0"/>
          <w:marTop w:val="0"/>
          <w:marBottom w:val="0"/>
          <w:divBdr>
            <w:top w:val="none" w:sz="0" w:space="0" w:color="auto"/>
            <w:left w:val="none" w:sz="0" w:space="0" w:color="auto"/>
            <w:bottom w:val="none" w:sz="0" w:space="0" w:color="auto"/>
            <w:right w:val="none" w:sz="0" w:space="0" w:color="auto"/>
          </w:divBdr>
          <w:divsChild>
            <w:div w:id="1271084370">
              <w:marLeft w:val="0"/>
              <w:marRight w:val="0"/>
              <w:marTop w:val="0"/>
              <w:marBottom w:val="0"/>
              <w:divBdr>
                <w:top w:val="none" w:sz="0" w:space="0" w:color="auto"/>
                <w:left w:val="none" w:sz="0" w:space="0" w:color="auto"/>
                <w:bottom w:val="none" w:sz="0" w:space="0" w:color="auto"/>
                <w:right w:val="none" w:sz="0" w:space="0" w:color="auto"/>
              </w:divBdr>
              <w:divsChild>
                <w:div w:id="1556816013">
                  <w:marLeft w:val="0"/>
                  <w:marRight w:val="0"/>
                  <w:marTop w:val="0"/>
                  <w:marBottom w:val="0"/>
                  <w:divBdr>
                    <w:top w:val="none" w:sz="0" w:space="0" w:color="auto"/>
                    <w:left w:val="none" w:sz="0" w:space="0" w:color="auto"/>
                    <w:bottom w:val="none" w:sz="0" w:space="0" w:color="auto"/>
                    <w:right w:val="none" w:sz="0" w:space="0" w:color="auto"/>
                  </w:divBdr>
                  <w:divsChild>
                    <w:div w:id="680662363">
                      <w:marLeft w:val="0"/>
                      <w:marRight w:val="0"/>
                      <w:marTop w:val="0"/>
                      <w:marBottom w:val="0"/>
                      <w:divBdr>
                        <w:top w:val="none" w:sz="0" w:space="0" w:color="auto"/>
                        <w:left w:val="none" w:sz="0" w:space="0" w:color="auto"/>
                        <w:bottom w:val="none" w:sz="0" w:space="0" w:color="auto"/>
                        <w:right w:val="none" w:sz="0" w:space="0" w:color="auto"/>
                      </w:divBdr>
                      <w:divsChild>
                        <w:div w:id="174078547">
                          <w:marLeft w:val="0"/>
                          <w:marRight w:val="0"/>
                          <w:marTop w:val="0"/>
                          <w:marBottom w:val="0"/>
                          <w:divBdr>
                            <w:top w:val="none" w:sz="0" w:space="0" w:color="auto"/>
                            <w:left w:val="none" w:sz="0" w:space="0" w:color="auto"/>
                            <w:bottom w:val="none" w:sz="0" w:space="0" w:color="auto"/>
                            <w:right w:val="none" w:sz="0" w:space="0" w:color="auto"/>
                          </w:divBdr>
                          <w:divsChild>
                            <w:div w:id="181671124">
                              <w:marLeft w:val="0"/>
                              <w:marRight w:val="0"/>
                              <w:marTop w:val="0"/>
                              <w:marBottom w:val="0"/>
                              <w:divBdr>
                                <w:top w:val="none" w:sz="0" w:space="0" w:color="auto"/>
                                <w:left w:val="none" w:sz="0" w:space="0" w:color="auto"/>
                                <w:bottom w:val="none" w:sz="0" w:space="0" w:color="auto"/>
                                <w:right w:val="none" w:sz="0" w:space="0" w:color="auto"/>
                              </w:divBdr>
                              <w:divsChild>
                                <w:div w:id="1799298267">
                                  <w:marLeft w:val="0"/>
                                  <w:marRight w:val="0"/>
                                  <w:marTop w:val="0"/>
                                  <w:marBottom w:val="0"/>
                                  <w:divBdr>
                                    <w:top w:val="none" w:sz="0" w:space="0" w:color="auto"/>
                                    <w:left w:val="none" w:sz="0" w:space="0" w:color="auto"/>
                                    <w:bottom w:val="none" w:sz="0" w:space="0" w:color="auto"/>
                                    <w:right w:val="none" w:sz="0" w:space="0" w:color="auto"/>
                                  </w:divBdr>
                                  <w:divsChild>
                                    <w:div w:id="474879297">
                                      <w:marLeft w:val="0"/>
                                      <w:marRight w:val="0"/>
                                      <w:marTop w:val="0"/>
                                      <w:marBottom w:val="0"/>
                                      <w:divBdr>
                                        <w:top w:val="none" w:sz="0" w:space="0" w:color="auto"/>
                                        <w:left w:val="none" w:sz="0" w:space="0" w:color="auto"/>
                                        <w:bottom w:val="none" w:sz="0" w:space="0" w:color="auto"/>
                                        <w:right w:val="none" w:sz="0" w:space="0" w:color="auto"/>
                                      </w:divBdr>
                                      <w:divsChild>
                                        <w:div w:id="1171288506">
                                          <w:marLeft w:val="0"/>
                                          <w:marRight w:val="0"/>
                                          <w:marTop w:val="0"/>
                                          <w:marBottom w:val="0"/>
                                          <w:divBdr>
                                            <w:top w:val="none" w:sz="0" w:space="0" w:color="auto"/>
                                            <w:left w:val="none" w:sz="0" w:space="0" w:color="auto"/>
                                            <w:bottom w:val="none" w:sz="0" w:space="0" w:color="auto"/>
                                            <w:right w:val="none" w:sz="0" w:space="0" w:color="auto"/>
                                          </w:divBdr>
                                          <w:divsChild>
                                            <w:div w:id="920600365">
                                              <w:marLeft w:val="0"/>
                                              <w:marRight w:val="0"/>
                                              <w:marTop w:val="0"/>
                                              <w:marBottom w:val="0"/>
                                              <w:divBdr>
                                                <w:top w:val="none" w:sz="0" w:space="0" w:color="auto"/>
                                                <w:left w:val="none" w:sz="0" w:space="0" w:color="auto"/>
                                                <w:bottom w:val="none" w:sz="0" w:space="0" w:color="auto"/>
                                                <w:right w:val="none" w:sz="0" w:space="0" w:color="auto"/>
                                              </w:divBdr>
                                              <w:divsChild>
                                                <w:div w:id="1745570619">
                                                  <w:marLeft w:val="0"/>
                                                  <w:marRight w:val="0"/>
                                                  <w:marTop w:val="0"/>
                                                  <w:marBottom w:val="0"/>
                                                  <w:divBdr>
                                                    <w:top w:val="none" w:sz="0" w:space="0" w:color="auto"/>
                                                    <w:left w:val="none" w:sz="0" w:space="0" w:color="auto"/>
                                                    <w:bottom w:val="none" w:sz="0" w:space="0" w:color="auto"/>
                                                    <w:right w:val="none" w:sz="0" w:space="0" w:color="auto"/>
                                                  </w:divBdr>
                                                  <w:divsChild>
                                                    <w:div w:id="1247688290">
                                                      <w:marLeft w:val="0"/>
                                                      <w:marRight w:val="0"/>
                                                      <w:marTop w:val="0"/>
                                                      <w:marBottom w:val="0"/>
                                                      <w:divBdr>
                                                        <w:top w:val="none" w:sz="0" w:space="0" w:color="auto"/>
                                                        <w:left w:val="none" w:sz="0" w:space="0" w:color="auto"/>
                                                        <w:bottom w:val="none" w:sz="0" w:space="0" w:color="auto"/>
                                                        <w:right w:val="none" w:sz="0" w:space="0" w:color="auto"/>
                                                      </w:divBdr>
                                                      <w:divsChild>
                                                        <w:div w:id="2126382382">
                                                          <w:marLeft w:val="0"/>
                                                          <w:marRight w:val="0"/>
                                                          <w:marTop w:val="0"/>
                                                          <w:marBottom w:val="0"/>
                                                          <w:divBdr>
                                                            <w:top w:val="none" w:sz="0" w:space="0" w:color="auto"/>
                                                            <w:left w:val="none" w:sz="0" w:space="0" w:color="auto"/>
                                                            <w:bottom w:val="none" w:sz="0" w:space="0" w:color="auto"/>
                                                            <w:right w:val="none" w:sz="0" w:space="0" w:color="auto"/>
                                                          </w:divBdr>
                                                          <w:divsChild>
                                                            <w:div w:id="370233516">
                                                              <w:marLeft w:val="0"/>
                                                              <w:marRight w:val="0"/>
                                                              <w:marTop w:val="0"/>
                                                              <w:marBottom w:val="0"/>
                                                              <w:divBdr>
                                                                <w:top w:val="none" w:sz="0" w:space="0" w:color="auto"/>
                                                                <w:left w:val="none" w:sz="0" w:space="0" w:color="auto"/>
                                                                <w:bottom w:val="none" w:sz="0" w:space="0" w:color="auto"/>
                                                                <w:right w:val="none" w:sz="0" w:space="0" w:color="auto"/>
                                                              </w:divBdr>
                                                              <w:divsChild>
                                                                <w:div w:id="207284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50341876">
      <w:bodyDiv w:val="1"/>
      <w:marLeft w:val="0"/>
      <w:marRight w:val="0"/>
      <w:marTop w:val="0"/>
      <w:marBottom w:val="0"/>
      <w:divBdr>
        <w:top w:val="none" w:sz="0" w:space="0" w:color="auto"/>
        <w:left w:val="none" w:sz="0" w:space="0" w:color="auto"/>
        <w:bottom w:val="none" w:sz="0" w:space="0" w:color="auto"/>
        <w:right w:val="none" w:sz="0" w:space="0" w:color="auto"/>
      </w:divBdr>
    </w:div>
    <w:div w:id="865482569">
      <w:bodyDiv w:val="1"/>
      <w:marLeft w:val="0"/>
      <w:marRight w:val="0"/>
      <w:marTop w:val="0"/>
      <w:marBottom w:val="0"/>
      <w:divBdr>
        <w:top w:val="none" w:sz="0" w:space="0" w:color="auto"/>
        <w:left w:val="none" w:sz="0" w:space="0" w:color="auto"/>
        <w:bottom w:val="none" w:sz="0" w:space="0" w:color="auto"/>
        <w:right w:val="none" w:sz="0" w:space="0" w:color="auto"/>
      </w:divBdr>
    </w:div>
    <w:div w:id="891648895">
      <w:bodyDiv w:val="1"/>
      <w:marLeft w:val="0"/>
      <w:marRight w:val="0"/>
      <w:marTop w:val="0"/>
      <w:marBottom w:val="0"/>
      <w:divBdr>
        <w:top w:val="none" w:sz="0" w:space="0" w:color="auto"/>
        <w:left w:val="none" w:sz="0" w:space="0" w:color="auto"/>
        <w:bottom w:val="none" w:sz="0" w:space="0" w:color="auto"/>
        <w:right w:val="none" w:sz="0" w:space="0" w:color="auto"/>
      </w:divBdr>
    </w:div>
    <w:div w:id="960573293">
      <w:bodyDiv w:val="1"/>
      <w:marLeft w:val="0"/>
      <w:marRight w:val="0"/>
      <w:marTop w:val="0"/>
      <w:marBottom w:val="0"/>
      <w:divBdr>
        <w:top w:val="none" w:sz="0" w:space="0" w:color="auto"/>
        <w:left w:val="none" w:sz="0" w:space="0" w:color="auto"/>
        <w:bottom w:val="none" w:sz="0" w:space="0" w:color="auto"/>
        <w:right w:val="none" w:sz="0" w:space="0" w:color="auto"/>
      </w:divBdr>
    </w:div>
    <w:div w:id="1067338566">
      <w:bodyDiv w:val="1"/>
      <w:marLeft w:val="0"/>
      <w:marRight w:val="0"/>
      <w:marTop w:val="0"/>
      <w:marBottom w:val="0"/>
      <w:divBdr>
        <w:top w:val="none" w:sz="0" w:space="0" w:color="auto"/>
        <w:left w:val="none" w:sz="0" w:space="0" w:color="auto"/>
        <w:bottom w:val="none" w:sz="0" w:space="0" w:color="auto"/>
        <w:right w:val="none" w:sz="0" w:space="0" w:color="auto"/>
      </w:divBdr>
    </w:div>
    <w:div w:id="1077284937">
      <w:bodyDiv w:val="1"/>
      <w:marLeft w:val="0"/>
      <w:marRight w:val="0"/>
      <w:marTop w:val="0"/>
      <w:marBottom w:val="0"/>
      <w:divBdr>
        <w:top w:val="none" w:sz="0" w:space="0" w:color="auto"/>
        <w:left w:val="none" w:sz="0" w:space="0" w:color="auto"/>
        <w:bottom w:val="none" w:sz="0" w:space="0" w:color="auto"/>
        <w:right w:val="none" w:sz="0" w:space="0" w:color="auto"/>
      </w:divBdr>
    </w:div>
    <w:div w:id="1115096865">
      <w:bodyDiv w:val="1"/>
      <w:marLeft w:val="0"/>
      <w:marRight w:val="0"/>
      <w:marTop w:val="0"/>
      <w:marBottom w:val="0"/>
      <w:divBdr>
        <w:top w:val="none" w:sz="0" w:space="0" w:color="auto"/>
        <w:left w:val="none" w:sz="0" w:space="0" w:color="auto"/>
        <w:bottom w:val="none" w:sz="0" w:space="0" w:color="auto"/>
        <w:right w:val="none" w:sz="0" w:space="0" w:color="auto"/>
      </w:divBdr>
    </w:div>
    <w:div w:id="1214343699">
      <w:bodyDiv w:val="1"/>
      <w:marLeft w:val="0"/>
      <w:marRight w:val="0"/>
      <w:marTop w:val="0"/>
      <w:marBottom w:val="0"/>
      <w:divBdr>
        <w:top w:val="none" w:sz="0" w:space="0" w:color="auto"/>
        <w:left w:val="none" w:sz="0" w:space="0" w:color="auto"/>
        <w:bottom w:val="none" w:sz="0" w:space="0" w:color="auto"/>
        <w:right w:val="none" w:sz="0" w:space="0" w:color="auto"/>
      </w:divBdr>
    </w:div>
    <w:div w:id="1245996337">
      <w:bodyDiv w:val="1"/>
      <w:marLeft w:val="0"/>
      <w:marRight w:val="0"/>
      <w:marTop w:val="0"/>
      <w:marBottom w:val="0"/>
      <w:divBdr>
        <w:top w:val="none" w:sz="0" w:space="0" w:color="auto"/>
        <w:left w:val="none" w:sz="0" w:space="0" w:color="auto"/>
        <w:bottom w:val="none" w:sz="0" w:space="0" w:color="auto"/>
        <w:right w:val="none" w:sz="0" w:space="0" w:color="auto"/>
      </w:divBdr>
    </w:div>
    <w:div w:id="1287854866">
      <w:bodyDiv w:val="1"/>
      <w:marLeft w:val="0"/>
      <w:marRight w:val="0"/>
      <w:marTop w:val="0"/>
      <w:marBottom w:val="0"/>
      <w:divBdr>
        <w:top w:val="none" w:sz="0" w:space="0" w:color="auto"/>
        <w:left w:val="none" w:sz="0" w:space="0" w:color="auto"/>
        <w:bottom w:val="none" w:sz="0" w:space="0" w:color="auto"/>
        <w:right w:val="none" w:sz="0" w:space="0" w:color="auto"/>
      </w:divBdr>
    </w:div>
    <w:div w:id="1288241572">
      <w:bodyDiv w:val="1"/>
      <w:marLeft w:val="0"/>
      <w:marRight w:val="0"/>
      <w:marTop w:val="0"/>
      <w:marBottom w:val="0"/>
      <w:divBdr>
        <w:top w:val="none" w:sz="0" w:space="0" w:color="auto"/>
        <w:left w:val="none" w:sz="0" w:space="0" w:color="auto"/>
        <w:bottom w:val="none" w:sz="0" w:space="0" w:color="auto"/>
        <w:right w:val="none" w:sz="0" w:space="0" w:color="auto"/>
      </w:divBdr>
    </w:div>
    <w:div w:id="1289705265">
      <w:bodyDiv w:val="1"/>
      <w:marLeft w:val="0"/>
      <w:marRight w:val="0"/>
      <w:marTop w:val="0"/>
      <w:marBottom w:val="0"/>
      <w:divBdr>
        <w:top w:val="none" w:sz="0" w:space="0" w:color="auto"/>
        <w:left w:val="none" w:sz="0" w:space="0" w:color="auto"/>
        <w:bottom w:val="none" w:sz="0" w:space="0" w:color="auto"/>
        <w:right w:val="none" w:sz="0" w:space="0" w:color="auto"/>
      </w:divBdr>
    </w:div>
    <w:div w:id="1301232942">
      <w:bodyDiv w:val="1"/>
      <w:marLeft w:val="0"/>
      <w:marRight w:val="0"/>
      <w:marTop w:val="0"/>
      <w:marBottom w:val="0"/>
      <w:divBdr>
        <w:top w:val="none" w:sz="0" w:space="0" w:color="auto"/>
        <w:left w:val="none" w:sz="0" w:space="0" w:color="auto"/>
        <w:bottom w:val="none" w:sz="0" w:space="0" w:color="auto"/>
        <w:right w:val="none" w:sz="0" w:space="0" w:color="auto"/>
      </w:divBdr>
      <w:divsChild>
        <w:div w:id="1035740871">
          <w:marLeft w:val="0"/>
          <w:marRight w:val="0"/>
          <w:marTop w:val="0"/>
          <w:marBottom w:val="0"/>
          <w:divBdr>
            <w:top w:val="none" w:sz="0" w:space="0" w:color="auto"/>
            <w:left w:val="none" w:sz="0" w:space="0" w:color="auto"/>
            <w:bottom w:val="none" w:sz="0" w:space="0" w:color="auto"/>
            <w:right w:val="none" w:sz="0" w:space="0" w:color="auto"/>
          </w:divBdr>
          <w:divsChild>
            <w:div w:id="2093432391">
              <w:marLeft w:val="0"/>
              <w:marRight w:val="0"/>
              <w:marTop w:val="0"/>
              <w:marBottom w:val="0"/>
              <w:divBdr>
                <w:top w:val="none" w:sz="0" w:space="0" w:color="auto"/>
                <w:left w:val="none" w:sz="0" w:space="0" w:color="auto"/>
                <w:bottom w:val="none" w:sz="0" w:space="0" w:color="auto"/>
                <w:right w:val="none" w:sz="0" w:space="0" w:color="auto"/>
              </w:divBdr>
              <w:divsChild>
                <w:div w:id="1206066788">
                  <w:marLeft w:val="0"/>
                  <w:marRight w:val="0"/>
                  <w:marTop w:val="0"/>
                  <w:marBottom w:val="0"/>
                  <w:divBdr>
                    <w:top w:val="none" w:sz="0" w:space="0" w:color="auto"/>
                    <w:left w:val="none" w:sz="0" w:space="0" w:color="auto"/>
                    <w:bottom w:val="none" w:sz="0" w:space="0" w:color="auto"/>
                    <w:right w:val="none" w:sz="0" w:space="0" w:color="auto"/>
                  </w:divBdr>
                  <w:divsChild>
                    <w:div w:id="372922009">
                      <w:marLeft w:val="0"/>
                      <w:marRight w:val="0"/>
                      <w:marTop w:val="0"/>
                      <w:marBottom w:val="0"/>
                      <w:divBdr>
                        <w:top w:val="none" w:sz="0" w:space="0" w:color="auto"/>
                        <w:left w:val="none" w:sz="0" w:space="0" w:color="auto"/>
                        <w:bottom w:val="none" w:sz="0" w:space="0" w:color="auto"/>
                        <w:right w:val="none" w:sz="0" w:space="0" w:color="auto"/>
                      </w:divBdr>
                      <w:divsChild>
                        <w:div w:id="468665359">
                          <w:marLeft w:val="0"/>
                          <w:marRight w:val="0"/>
                          <w:marTop w:val="0"/>
                          <w:marBottom w:val="0"/>
                          <w:divBdr>
                            <w:top w:val="none" w:sz="0" w:space="0" w:color="auto"/>
                            <w:left w:val="none" w:sz="0" w:space="0" w:color="auto"/>
                            <w:bottom w:val="none" w:sz="0" w:space="0" w:color="auto"/>
                            <w:right w:val="none" w:sz="0" w:space="0" w:color="auto"/>
                          </w:divBdr>
                          <w:divsChild>
                            <w:div w:id="812865016">
                              <w:marLeft w:val="0"/>
                              <w:marRight w:val="0"/>
                              <w:marTop w:val="0"/>
                              <w:marBottom w:val="0"/>
                              <w:divBdr>
                                <w:top w:val="none" w:sz="0" w:space="0" w:color="auto"/>
                                <w:left w:val="none" w:sz="0" w:space="0" w:color="auto"/>
                                <w:bottom w:val="none" w:sz="0" w:space="0" w:color="auto"/>
                                <w:right w:val="none" w:sz="0" w:space="0" w:color="auto"/>
                              </w:divBdr>
                              <w:divsChild>
                                <w:div w:id="855000097">
                                  <w:marLeft w:val="0"/>
                                  <w:marRight w:val="0"/>
                                  <w:marTop w:val="0"/>
                                  <w:marBottom w:val="0"/>
                                  <w:divBdr>
                                    <w:top w:val="none" w:sz="0" w:space="0" w:color="auto"/>
                                    <w:left w:val="none" w:sz="0" w:space="0" w:color="auto"/>
                                    <w:bottom w:val="none" w:sz="0" w:space="0" w:color="auto"/>
                                    <w:right w:val="none" w:sz="0" w:space="0" w:color="auto"/>
                                  </w:divBdr>
                                  <w:divsChild>
                                    <w:div w:id="1414741364">
                                      <w:marLeft w:val="0"/>
                                      <w:marRight w:val="0"/>
                                      <w:marTop w:val="0"/>
                                      <w:marBottom w:val="0"/>
                                      <w:divBdr>
                                        <w:top w:val="none" w:sz="0" w:space="0" w:color="auto"/>
                                        <w:left w:val="none" w:sz="0" w:space="0" w:color="auto"/>
                                        <w:bottom w:val="none" w:sz="0" w:space="0" w:color="auto"/>
                                        <w:right w:val="none" w:sz="0" w:space="0" w:color="auto"/>
                                      </w:divBdr>
                                      <w:divsChild>
                                        <w:div w:id="1152715801">
                                          <w:marLeft w:val="0"/>
                                          <w:marRight w:val="0"/>
                                          <w:marTop w:val="0"/>
                                          <w:marBottom w:val="0"/>
                                          <w:divBdr>
                                            <w:top w:val="none" w:sz="0" w:space="0" w:color="auto"/>
                                            <w:left w:val="none" w:sz="0" w:space="0" w:color="auto"/>
                                            <w:bottom w:val="none" w:sz="0" w:space="0" w:color="auto"/>
                                            <w:right w:val="none" w:sz="0" w:space="0" w:color="auto"/>
                                          </w:divBdr>
                                          <w:divsChild>
                                            <w:div w:id="794716262">
                                              <w:marLeft w:val="0"/>
                                              <w:marRight w:val="0"/>
                                              <w:marTop w:val="0"/>
                                              <w:marBottom w:val="0"/>
                                              <w:divBdr>
                                                <w:top w:val="none" w:sz="0" w:space="0" w:color="auto"/>
                                                <w:left w:val="none" w:sz="0" w:space="0" w:color="auto"/>
                                                <w:bottom w:val="none" w:sz="0" w:space="0" w:color="auto"/>
                                                <w:right w:val="none" w:sz="0" w:space="0" w:color="auto"/>
                                              </w:divBdr>
                                              <w:divsChild>
                                                <w:div w:id="581959708">
                                                  <w:marLeft w:val="0"/>
                                                  <w:marRight w:val="0"/>
                                                  <w:marTop w:val="0"/>
                                                  <w:marBottom w:val="0"/>
                                                  <w:divBdr>
                                                    <w:top w:val="none" w:sz="0" w:space="0" w:color="auto"/>
                                                    <w:left w:val="none" w:sz="0" w:space="0" w:color="auto"/>
                                                    <w:bottom w:val="none" w:sz="0" w:space="0" w:color="auto"/>
                                                    <w:right w:val="none" w:sz="0" w:space="0" w:color="auto"/>
                                                  </w:divBdr>
                                                  <w:divsChild>
                                                    <w:div w:id="42757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782737">
                                          <w:marLeft w:val="0"/>
                                          <w:marRight w:val="0"/>
                                          <w:marTop w:val="0"/>
                                          <w:marBottom w:val="0"/>
                                          <w:divBdr>
                                            <w:top w:val="none" w:sz="0" w:space="0" w:color="auto"/>
                                            <w:left w:val="none" w:sz="0" w:space="0" w:color="auto"/>
                                            <w:bottom w:val="none" w:sz="0" w:space="0" w:color="auto"/>
                                            <w:right w:val="none" w:sz="0" w:space="0" w:color="auto"/>
                                          </w:divBdr>
                                          <w:divsChild>
                                            <w:div w:id="25640107">
                                              <w:marLeft w:val="0"/>
                                              <w:marRight w:val="0"/>
                                              <w:marTop w:val="0"/>
                                              <w:marBottom w:val="0"/>
                                              <w:divBdr>
                                                <w:top w:val="none" w:sz="0" w:space="0" w:color="auto"/>
                                                <w:left w:val="none" w:sz="0" w:space="0" w:color="auto"/>
                                                <w:bottom w:val="none" w:sz="0" w:space="0" w:color="auto"/>
                                                <w:right w:val="none" w:sz="0" w:space="0" w:color="auto"/>
                                              </w:divBdr>
                                              <w:divsChild>
                                                <w:div w:id="65171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3836671">
          <w:marLeft w:val="0"/>
          <w:marRight w:val="0"/>
          <w:marTop w:val="0"/>
          <w:marBottom w:val="0"/>
          <w:divBdr>
            <w:top w:val="none" w:sz="0" w:space="0" w:color="auto"/>
            <w:left w:val="none" w:sz="0" w:space="0" w:color="auto"/>
            <w:bottom w:val="none" w:sz="0" w:space="0" w:color="auto"/>
            <w:right w:val="none" w:sz="0" w:space="0" w:color="auto"/>
          </w:divBdr>
          <w:divsChild>
            <w:div w:id="896086561">
              <w:marLeft w:val="0"/>
              <w:marRight w:val="0"/>
              <w:marTop w:val="0"/>
              <w:marBottom w:val="0"/>
              <w:divBdr>
                <w:top w:val="none" w:sz="0" w:space="0" w:color="auto"/>
                <w:left w:val="none" w:sz="0" w:space="0" w:color="auto"/>
                <w:bottom w:val="none" w:sz="0" w:space="0" w:color="auto"/>
                <w:right w:val="none" w:sz="0" w:space="0" w:color="auto"/>
              </w:divBdr>
              <w:divsChild>
                <w:div w:id="1573084698">
                  <w:marLeft w:val="0"/>
                  <w:marRight w:val="0"/>
                  <w:marTop w:val="0"/>
                  <w:marBottom w:val="0"/>
                  <w:divBdr>
                    <w:top w:val="none" w:sz="0" w:space="0" w:color="auto"/>
                    <w:left w:val="none" w:sz="0" w:space="0" w:color="auto"/>
                    <w:bottom w:val="none" w:sz="0" w:space="0" w:color="auto"/>
                    <w:right w:val="none" w:sz="0" w:space="0" w:color="auto"/>
                  </w:divBdr>
                  <w:divsChild>
                    <w:div w:id="955872880">
                      <w:marLeft w:val="0"/>
                      <w:marRight w:val="0"/>
                      <w:marTop w:val="0"/>
                      <w:marBottom w:val="0"/>
                      <w:divBdr>
                        <w:top w:val="none" w:sz="0" w:space="0" w:color="auto"/>
                        <w:left w:val="none" w:sz="0" w:space="0" w:color="auto"/>
                        <w:bottom w:val="none" w:sz="0" w:space="0" w:color="auto"/>
                        <w:right w:val="none" w:sz="0" w:space="0" w:color="auto"/>
                      </w:divBdr>
                      <w:divsChild>
                        <w:div w:id="377825454">
                          <w:marLeft w:val="0"/>
                          <w:marRight w:val="0"/>
                          <w:marTop w:val="0"/>
                          <w:marBottom w:val="0"/>
                          <w:divBdr>
                            <w:top w:val="none" w:sz="0" w:space="0" w:color="auto"/>
                            <w:left w:val="none" w:sz="0" w:space="0" w:color="auto"/>
                            <w:bottom w:val="none" w:sz="0" w:space="0" w:color="auto"/>
                            <w:right w:val="none" w:sz="0" w:space="0" w:color="auto"/>
                          </w:divBdr>
                          <w:divsChild>
                            <w:div w:id="1650592109">
                              <w:marLeft w:val="0"/>
                              <w:marRight w:val="0"/>
                              <w:marTop w:val="0"/>
                              <w:marBottom w:val="0"/>
                              <w:divBdr>
                                <w:top w:val="none" w:sz="0" w:space="0" w:color="auto"/>
                                <w:left w:val="none" w:sz="0" w:space="0" w:color="auto"/>
                                <w:bottom w:val="none" w:sz="0" w:space="0" w:color="auto"/>
                                <w:right w:val="none" w:sz="0" w:space="0" w:color="auto"/>
                              </w:divBdr>
                              <w:divsChild>
                                <w:div w:id="189799455">
                                  <w:marLeft w:val="0"/>
                                  <w:marRight w:val="0"/>
                                  <w:marTop w:val="0"/>
                                  <w:marBottom w:val="0"/>
                                  <w:divBdr>
                                    <w:top w:val="none" w:sz="0" w:space="0" w:color="auto"/>
                                    <w:left w:val="none" w:sz="0" w:space="0" w:color="auto"/>
                                    <w:bottom w:val="none" w:sz="0" w:space="0" w:color="auto"/>
                                    <w:right w:val="none" w:sz="0" w:space="0" w:color="auto"/>
                                  </w:divBdr>
                                  <w:divsChild>
                                    <w:div w:id="1939024359">
                                      <w:marLeft w:val="0"/>
                                      <w:marRight w:val="0"/>
                                      <w:marTop w:val="0"/>
                                      <w:marBottom w:val="0"/>
                                      <w:divBdr>
                                        <w:top w:val="none" w:sz="0" w:space="0" w:color="auto"/>
                                        <w:left w:val="none" w:sz="0" w:space="0" w:color="auto"/>
                                        <w:bottom w:val="none" w:sz="0" w:space="0" w:color="auto"/>
                                        <w:right w:val="none" w:sz="0" w:space="0" w:color="auto"/>
                                      </w:divBdr>
                                      <w:divsChild>
                                        <w:div w:id="1098866551">
                                          <w:marLeft w:val="0"/>
                                          <w:marRight w:val="0"/>
                                          <w:marTop w:val="0"/>
                                          <w:marBottom w:val="0"/>
                                          <w:divBdr>
                                            <w:top w:val="none" w:sz="0" w:space="0" w:color="auto"/>
                                            <w:left w:val="none" w:sz="0" w:space="0" w:color="auto"/>
                                            <w:bottom w:val="none" w:sz="0" w:space="0" w:color="auto"/>
                                            <w:right w:val="none" w:sz="0" w:space="0" w:color="auto"/>
                                          </w:divBdr>
                                          <w:divsChild>
                                            <w:div w:id="441463653">
                                              <w:marLeft w:val="0"/>
                                              <w:marRight w:val="0"/>
                                              <w:marTop w:val="0"/>
                                              <w:marBottom w:val="0"/>
                                              <w:divBdr>
                                                <w:top w:val="none" w:sz="0" w:space="0" w:color="auto"/>
                                                <w:left w:val="none" w:sz="0" w:space="0" w:color="auto"/>
                                                <w:bottom w:val="none" w:sz="0" w:space="0" w:color="auto"/>
                                                <w:right w:val="none" w:sz="0" w:space="0" w:color="auto"/>
                                              </w:divBdr>
                                              <w:divsChild>
                                                <w:div w:id="688338902">
                                                  <w:marLeft w:val="0"/>
                                                  <w:marRight w:val="0"/>
                                                  <w:marTop w:val="0"/>
                                                  <w:marBottom w:val="0"/>
                                                  <w:divBdr>
                                                    <w:top w:val="none" w:sz="0" w:space="0" w:color="auto"/>
                                                    <w:left w:val="none" w:sz="0" w:space="0" w:color="auto"/>
                                                    <w:bottom w:val="none" w:sz="0" w:space="0" w:color="auto"/>
                                                    <w:right w:val="none" w:sz="0" w:space="0" w:color="auto"/>
                                                  </w:divBdr>
                                                  <w:divsChild>
                                                    <w:div w:id="528883565">
                                                      <w:marLeft w:val="0"/>
                                                      <w:marRight w:val="0"/>
                                                      <w:marTop w:val="0"/>
                                                      <w:marBottom w:val="0"/>
                                                      <w:divBdr>
                                                        <w:top w:val="none" w:sz="0" w:space="0" w:color="auto"/>
                                                        <w:left w:val="none" w:sz="0" w:space="0" w:color="auto"/>
                                                        <w:bottom w:val="none" w:sz="0" w:space="0" w:color="auto"/>
                                                        <w:right w:val="none" w:sz="0" w:space="0" w:color="auto"/>
                                                      </w:divBdr>
                                                      <w:divsChild>
                                                        <w:div w:id="1927033060">
                                                          <w:marLeft w:val="0"/>
                                                          <w:marRight w:val="0"/>
                                                          <w:marTop w:val="0"/>
                                                          <w:marBottom w:val="0"/>
                                                          <w:divBdr>
                                                            <w:top w:val="none" w:sz="0" w:space="0" w:color="auto"/>
                                                            <w:left w:val="none" w:sz="0" w:space="0" w:color="auto"/>
                                                            <w:bottom w:val="none" w:sz="0" w:space="0" w:color="auto"/>
                                                            <w:right w:val="none" w:sz="0" w:space="0" w:color="auto"/>
                                                          </w:divBdr>
                                                          <w:divsChild>
                                                            <w:div w:id="1332875959">
                                                              <w:marLeft w:val="0"/>
                                                              <w:marRight w:val="0"/>
                                                              <w:marTop w:val="0"/>
                                                              <w:marBottom w:val="0"/>
                                                              <w:divBdr>
                                                                <w:top w:val="none" w:sz="0" w:space="0" w:color="auto"/>
                                                                <w:left w:val="none" w:sz="0" w:space="0" w:color="auto"/>
                                                                <w:bottom w:val="none" w:sz="0" w:space="0" w:color="auto"/>
                                                                <w:right w:val="none" w:sz="0" w:space="0" w:color="auto"/>
                                                              </w:divBdr>
                                                              <w:divsChild>
                                                                <w:div w:id="65807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99085734">
      <w:bodyDiv w:val="1"/>
      <w:marLeft w:val="0"/>
      <w:marRight w:val="0"/>
      <w:marTop w:val="0"/>
      <w:marBottom w:val="0"/>
      <w:divBdr>
        <w:top w:val="none" w:sz="0" w:space="0" w:color="auto"/>
        <w:left w:val="none" w:sz="0" w:space="0" w:color="auto"/>
        <w:bottom w:val="none" w:sz="0" w:space="0" w:color="auto"/>
        <w:right w:val="none" w:sz="0" w:space="0" w:color="auto"/>
      </w:divBdr>
    </w:div>
    <w:div w:id="1472361038">
      <w:bodyDiv w:val="1"/>
      <w:marLeft w:val="0"/>
      <w:marRight w:val="0"/>
      <w:marTop w:val="0"/>
      <w:marBottom w:val="0"/>
      <w:divBdr>
        <w:top w:val="none" w:sz="0" w:space="0" w:color="auto"/>
        <w:left w:val="none" w:sz="0" w:space="0" w:color="auto"/>
        <w:bottom w:val="none" w:sz="0" w:space="0" w:color="auto"/>
        <w:right w:val="none" w:sz="0" w:space="0" w:color="auto"/>
      </w:divBdr>
    </w:div>
    <w:div w:id="1566530088">
      <w:bodyDiv w:val="1"/>
      <w:marLeft w:val="0"/>
      <w:marRight w:val="0"/>
      <w:marTop w:val="0"/>
      <w:marBottom w:val="0"/>
      <w:divBdr>
        <w:top w:val="none" w:sz="0" w:space="0" w:color="auto"/>
        <w:left w:val="none" w:sz="0" w:space="0" w:color="auto"/>
        <w:bottom w:val="none" w:sz="0" w:space="0" w:color="auto"/>
        <w:right w:val="none" w:sz="0" w:space="0" w:color="auto"/>
      </w:divBdr>
      <w:divsChild>
        <w:div w:id="329723881">
          <w:blockQuote w:val="1"/>
          <w:marLeft w:val="720"/>
          <w:marRight w:val="720"/>
          <w:marTop w:val="100"/>
          <w:marBottom w:val="100"/>
          <w:divBdr>
            <w:top w:val="none" w:sz="0" w:space="0" w:color="auto"/>
            <w:left w:val="none" w:sz="0" w:space="0" w:color="auto"/>
            <w:bottom w:val="none" w:sz="0" w:space="0" w:color="auto"/>
            <w:right w:val="none" w:sz="0" w:space="0" w:color="auto"/>
          </w:divBdr>
        </w:div>
        <w:div w:id="485171313">
          <w:blockQuote w:val="1"/>
          <w:marLeft w:val="720"/>
          <w:marRight w:val="720"/>
          <w:marTop w:val="100"/>
          <w:marBottom w:val="100"/>
          <w:divBdr>
            <w:top w:val="none" w:sz="0" w:space="0" w:color="auto"/>
            <w:left w:val="none" w:sz="0" w:space="0" w:color="auto"/>
            <w:bottom w:val="none" w:sz="0" w:space="0" w:color="auto"/>
            <w:right w:val="none" w:sz="0" w:space="0" w:color="auto"/>
          </w:divBdr>
        </w:div>
        <w:div w:id="565646520">
          <w:blockQuote w:val="1"/>
          <w:marLeft w:val="720"/>
          <w:marRight w:val="720"/>
          <w:marTop w:val="100"/>
          <w:marBottom w:val="100"/>
          <w:divBdr>
            <w:top w:val="none" w:sz="0" w:space="0" w:color="auto"/>
            <w:left w:val="none" w:sz="0" w:space="0" w:color="auto"/>
            <w:bottom w:val="none" w:sz="0" w:space="0" w:color="auto"/>
            <w:right w:val="none" w:sz="0" w:space="0" w:color="auto"/>
          </w:divBdr>
        </w:div>
        <w:div w:id="18120162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8098094">
      <w:bodyDiv w:val="1"/>
      <w:marLeft w:val="0"/>
      <w:marRight w:val="0"/>
      <w:marTop w:val="0"/>
      <w:marBottom w:val="0"/>
      <w:divBdr>
        <w:top w:val="none" w:sz="0" w:space="0" w:color="auto"/>
        <w:left w:val="none" w:sz="0" w:space="0" w:color="auto"/>
        <w:bottom w:val="none" w:sz="0" w:space="0" w:color="auto"/>
        <w:right w:val="none" w:sz="0" w:space="0" w:color="auto"/>
      </w:divBdr>
    </w:div>
    <w:div w:id="1690795322">
      <w:bodyDiv w:val="1"/>
      <w:marLeft w:val="0"/>
      <w:marRight w:val="0"/>
      <w:marTop w:val="0"/>
      <w:marBottom w:val="0"/>
      <w:divBdr>
        <w:top w:val="none" w:sz="0" w:space="0" w:color="auto"/>
        <w:left w:val="none" w:sz="0" w:space="0" w:color="auto"/>
        <w:bottom w:val="none" w:sz="0" w:space="0" w:color="auto"/>
        <w:right w:val="none" w:sz="0" w:space="0" w:color="auto"/>
      </w:divBdr>
    </w:div>
    <w:div w:id="1770735230">
      <w:bodyDiv w:val="1"/>
      <w:marLeft w:val="0"/>
      <w:marRight w:val="0"/>
      <w:marTop w:val="0"/>
      <w:marBottom w:val="0"/>
      <w:divBdr>
        <w:top w:val="none" w:sz="0" w:space="0" w:color="auto"/>
        <w:left w:val="none" w:sz="0" w:space="0" w:color="auto"/>
        <w:bottom w:val="none" w:sz="0" w:space="0" w:color="auto"/>
        <w:right w:val="none" w:sz="0" w:space="0" w:color="auto"/>
      </w:divBdr>
      <w:divsChild>
        <w:div w:id="731201617">
          <w:blockQuote w:val="1"/>
          <w:marLeft w:val="720"/>
          <w:marRight w:val="720"/>
          <w:marTop w:val="100"/>
          <w:marBottom w:val="100"/>
          <w:divBdr>
            <w:top w:val="none" w:sz="0" w:space="0" w:color="auto"/>
            <w:left w:val="none" w:sz="0" w:space="0" w:color="auto"/>
            <w:bottom w:val="none" w:sz="0" w:space="0" w:color="auto"/>
            <w:right w:val="none" w:sz="0" w:space="0" w:color="auto"/>
          </w:divBdr>
        </w:div>
        <w:div w:id="1901478429">
          <w:marLeft w:val="0"/>
          <w:marRight w:val="0"/>
          <w:marTop w:val="0"/>
          <w:marBottom w:val="0"/>
          <w:divBdr>
            <w:top w:val="none" w:sz="0" w:space="0" w:color="auto"/>
            <w:left w:val="none" w:sz="0" w:space="0" w:color="auto"/>
            <w:bottom w:val="none" w:sz="0" w:space="0" w:color="auto"/>
            <w:right w:val="none" w:sz="0" w:space="0" w:color="auto"/>
          </w:divBdr>
        </w:div>
      </w:divsChild>
    </w:div>
    <w:div w:id="1809129319">
      <w:bodyDiv w:val="1"/>
      <w:marLeft w:val="0"/>
      <w:marRight w:val="0"/>
      <w:marTop w:val="0"/>
      <w:marBottom w:val="0"/>
      <w:divBdr>
        <w:top w:val="none" w:sz="0" w:space="0" w:color="auto"/>
        <w:left w:val="none" w:sz="0" w:space="0" w:color="auto"/>
        <w:bottom w:val="none" w:sz="0" w:space="0" w:color="auto"/>
        <w:right w:val="none" w:sz="0" w:space="0" w:color="auto"/>
      </w:divBdr>
      <w:divsChild>
        <w:div w:id="6333668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9399735">
      <w:bodyDiv w:val="1"/>
      <w:marLeft w:val="0"/>
      <w:marRight w:val="0"/>
      <w:marTop w:val="0"/>
      <w:marBottom w:val="0"/>
      <w:divBdr>
        <w:top w:val="none" w:sz="0" w:space="0" w:color="auto"/>
        <w:left w:val="none" w:sz="0" w:space="0" w:color="auto"/>
        <w:bottom w:val="none" w:sz="0" w:space="0" w:color="auto"/>
        <w:right w:val="none" w:sz="0" w:space="0" w:color="auto"/>
      </w:divBdr>
    </w:div>
    <w:div w:id="1822961235">
      <w:bodyDiv w:val="1"/>
      <w:marLeft w:val="0"/>
      <w:marRight w:val="0"/>
      <w:marTop w:val="0"/>
      <w:marBottom w:val="0"/>
      <w:divBdr>
        <w:top w:val="none" w:sz="0" w:space="0" w:color="auto"/>
        <w:left w:val="none" w:sz="0" w:space="0" w:color="auto"/>
        <w:bottom w:val="none" w:sz="0" w:space="0" w:color="auto"/>
        <w:right w:val="none" w:sz="0" w:space="0" w:color="auto"/>
      </w:divBdr>
    </w:div>
    <w:div w:id="1880585596">
      <w:bodyDiv w:val="1"/>
      <w:marLeft w:val="0"/>
      <w:marRight w:val="0"/>
      <w:marTop w:val="0"/>
      <w:marBottom w:val="0"/>
      <w:divBdr>
        <w:top w:val="none" w:sz="0" w:space="0" w:color="auto"/>
        <w:left w:val="none" w:sz="0" w:space="0" w:color="auto"/>
        <w:bottom w:val="none" w:sz="0" w:space="0" w:color="auto"/>
        <w:right w:val="none" w:sz="0" w:space="0" w:color="auto"/>
      </w:divBdr>
      <w:divsChild>
        <w:div w:id="251397100">
          <w:blockQuote w:val="1"/>
          <w:marLeft w:val="720"/>
          <w:marRight w:val="720"/>
          <w:marTop w:val="100"/>
          <w:marBottom w:val="100"/>
          <w:divBdr>
            <w:top w:val="none" w:sz="0" w:space="0" w:color="auto"/>
            <w:left w:val="none" w:sz="0" w:space="0" w:color="auto"/>
            <w:bottom w:val="none" w:sz="0" w:space="0" w:color="auto"/>
            <w:right w:val="none" w:sz="0" w:space="0" w:color="auto"/>
          </w:divBdr>
        </w:div>
        <w:div w:id="2130315605">
          <w:blockQuote w:val="1"/>
          <w:marLeft w:val="720"/>
          <w:marRight w:val="720"/>
          <w:marTop w:val="100"/>
          <w:marBottom w:val="100"/>
          <w:divBdr>
            <w:top w:val="none" w:sz="0" w:space="0" w:color="auto"/>
            <w:left w:val="none" w:sz="0" w:space="0" w:color="auto"/>
            <w:bottom w:val="none" w:sz="0" w:space="0" w:color="auto"/>
            <w:right w:val="none" w:sz="0" w:space="0" w:color="auto"/>
          </w:divBdr>
        </w:div>
        <w:div w:id="466319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2036410">
      <w:bodyDiv w:val="1"/>
      <w:marLeft w:val="0"/>
      <w:marRight w:val="0"/>
      <w:marTop w:val="0"/>
      <w:marBottom w:val="0"/>
      <w:divBdr>
        <w:top w:val="none" w:sz="0" w:space="0" w:color="auto"/>
        <w:left w:val="none" w:sz="0" w:space="0" w:color="auto"/>
        <w:bottom w:val="none" w:sz="0" w:space="0" w:color="auto"/>
        <w:right w:val="none" w:sz="0" w:space="0" w:color="auto"/>
      </w:divBdr>
    </w:div>
    <w:div w:id="2011905109">
      <w:bodyDiv w:val="1"/>
      <w:marLeft w:val="0"/>
      <w:marRight w:val="0"/>
      <w:marTop w:val="0"/>
      <w:marBottom w:val="0"/>
      <w:divBdr>
        <w:top w:val="none" w:sz="0" w:space="0" w:color="auto"/>
        <w:left w:val="none" w:sz="0" w:space="0" w:color="auto"/>
        <w:bottom w:val="none" w:sz="0" w:space="0" w:color="auto"/>
        <w:right w:val="none" w:sz="0" w:space="0" w:color="auto"/>
      </w:divBdr>
    </w:div>
    <w:div w:id="2032875543">
      <w:bodyDiv w:val="1"/>
      <w:marLeft w:val="0"/>
      <w:marRight w:val="0"/>
      <w:marTop w:val="0"/>
      <w:marBottom w:val="0"/>
      <w:divBdr>
        <w:top w:val="none" w:sz="0" w:space="0" w:color="auto"/>
        <w:left w:val="none" w:sz="0" w:space="0" w:color="auto"/>
        <w:bottom w:val="none" w:sz="0" w:space="0" w:color="auto"/>
        <w:right w:val="none" w:sz="0" w:space="0" w:color="auto"/>
      </w:divBdr>
      <w:divsChild>
        <w:div w:id="2002276044">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eb4425a1-30d0-4cf3-a093-e7aec1c2804d}" enabled="1" method="Standard" siteId="{87789cc7-933c-4e19-99b3-73a1953e3df7}" removed="0"/>
</clbl:labelList>
</file>

<file path=docProps/app.xml><?xml version="1.0" encoding="utf-8"?>
<Properties xmlns="http://schemas.openxmlformats.org/officeDocument/2006/extended-properties" xmlns:vt="http://schemas.openxmlformats.org/officeDocument/2006/docPropsVTypes">
  <Template>Normal</Template>
  <TotalTime>1</TotalTime>
  <Pages>37</Pages>
  <Words>13327</Words>
  <Characters>75966</Characters>
  <Application>Microsoft Office Word</Application>
  <DocSecurity>0</DocSecurity>
  <Lines>633</Lines>
  <Paragraphs>178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89115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DePalma, Stephen A - Xylem</cp:lastModifiedBy>
  <cp:revision>2</cp:revision>
  <dcterms:created xsi:type="dcterms:W3CDTF">2025-05-09T17:00:00Z</dcterms:created>
  <dcterms:modified xsi:type="dcterms:W3CDTF">2025-05-09T17:00:00Z</dcterms:modified>
  <cp:category/>
</cp:coreProperties>
</file>