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w:t>
      </w:r>
    </w:p>
    <w:p>
      <w:r>
        <w:t>The Tree</w:t>
        <w:br/>
      </w:r>
    </w:p>
    <w:p>
      <w:r>
        <w:t>Stories don’t always begin with once upon a time. Some begin in the middle of an ordinary day, when something slips into your life that doesn’t belong there.</w:t>
        <w:br/>
        <w:br/>
        <w:t>For Emily, it began with a scrap of paper.</w:t>
        <w:br/>
        <w:br/>
        <w:t>The morning had started like any other. Same cracked sidewalk beneath her shoes, same line of brick houses with porches sagging tiredly toward the street. The bus wheezed and hissed at the corner as always, belching gray exhaust into the air. Emily tugged her backpack higher, resigned to another slow day of lectures, worksheets, and watching the clock.</w:t>
        <w:br/>
        <w:br/>
        <w:t>That’s why she noticed the paper.</w:t>
        <w:br/>
        <w:br/>
        <w:t>It skittered against the curb, caught in a restless wind like it wanted to get away. She bent down, brushing grit from her knees, and pinned it with her fingers before it could dart off again.</w:t>
        <w:br/>
        <w:br/>
        <w:t>A single line, scrawled in uneven ink:</w:t>
        <w:br/>
        <w:br/>
        <w:t>Go to the big tree after school.</w:t>
        <w:br/>
        <w:br/>
        <w:t>Her stomach tightened. She flipped it over, half-expecting more—an explanation, a signature, something—but the back was blank. The words sat heavy in her palm, stark against the white.</w:t>
        <w:br/>
        <w:br/>
        <w:t>She glanced around. Empty lawns. A dog barking behind a fence. No one watching.</w:t>
        <w:br/>
        <w:br/>
        <w:t>The bus door clattered shut. Emily shoved the note into her pocket and ran, the letters burning against her leg like they were written in fire.</w:t>
        <w:br/>
        <w:br/>
        <w:t>All day, the words gnawed at her. In first period she caught herself reaching for the note again, fingertips smoothing the crease until the teacher barked her name. By third period she had almost convinced herself it was a prank. But then—</w:t>
        <w:br/>
        <w:br/>
        <w:t>“Em!”</w:t>
        <w:br/>
        <w:br/>
        <w:t>Jules’ voice cut through the hallway din. Her cousin skidded to a stop, cheeks flushed, eyes bright with something that wasn’t laughter. She shoved a crumpled slip into Emily’s hand.</w:t>
        <w:br/>
        <w:br/>
        <w:t>The same words. The same strange, blotched letters.</w:t>
        <w:br/>
        <w:br/>
        <w:t>Emily froze. “Someone wants us both there.”</w:t>
        <w:br/>
        <w:br/>
        <w:t>Jules’ mouth twitched nervously, but a spark of excitement lit her eyes. “Then we go.”</w:t>
        <w:br/>
        <w:br/>
        <w:t>⸻</w:t>
        <w:br/>
        <w:br/>
        <w:t>The rest of the day dragged. Every tick of the clock pulled them closer to the final bell, closer to whatever waited under the tree. Emily’s stomach churned, her pencil tapping against her desk until Katy—her worst enemy since last year’s concert solo—hissed for her to stop. Emily didn’t even care.</w:t>
        <w:br/>
        <w:br/>
        <w:t>She barely tasted lunch. Barely heard the dismissal bell. By the time she and Jules walked toward the edge of town, her palms were damp, and her heart was hammering as if she already knew her life had tilted.</w:t>
        <w:br/>
        <w:br/>
        <w:t>The Big Tree was older than the streets themselves. It stood at the far end of a field, roots buckled out of the earth like the bones of a giant. A dozen children linking arms couldn’t have encircled its trunk. Its branches clawed into the sky, black against the bruised gold of evening.</w:t>
        <w:br/>
        <w:br/>
        <w:t>They had always known the tree. Every kid in town whispered about it—how lightning had struck it three times without toppling it, how names carved in its bark sometimes vanished overnight. But Emily had never stood beneath it this close, not with the shadows so long and the air so sharp with autumn smoke.</w:t>
        <w:br/>
        <w:br/>
        <w:t>“Do you think it’s a joke?” Jules whispered.</w:t>
        <w:br/>
        <w:br/>
        <w:t>Emily opened her mouth, but a shimmer kindled in the shadows.</w:t>
        <w:br/>
        <w:br/>
        <w:t>It wasn’t firelight. It wasn’t anything she could name.</w:t>
        <w:br/>
        <w:br/>
        <w:t>A woman stepped through the glow.</w:t>
        <w:br/>
        <w:br/>
        <w:t>She was tall, cloaked in gray, her presence magnetic and unsettling, like standing too close to a storm. Her eyes caught the last of the sunlight and seemed to hold it, too bright, too strange.</w:t>
        <w:br/>
        <w:br/>
        <w:t>“My name is Meagan,” she said. Her voice was low and steady, a tone threaded with both kindness and command. “I sent you the notes.”</w:t>
        <w:br/>
        <w:br/>
        <w:t>Emily’s throat closed. “Why?”</w:t>
        <w:br/>
        <w:br/>
        <w:t>“Because you’re needed.”</w:t>
        <w:br/>
        <w:br/>
        <w:t>The words carried weight, as if they belonged to something much older than the woman who spoke them.</w:t>
        <w:br/>
        <w:br/>
        <w:t>Meagan turned toward the tree. She raised her hand and pressed her palm to the bark.</w:t>
        <w:br/>
        <w:br/>
        <w:t>A rhythm. Gentle. Certain. A cadence that didn’t belong to knocking, but to remembering.</w:t>
        <w:br/>
        <w:br/>
        <w:t>The bark rippled like water. Slowly, it parted, glowing from within.</w:t>
        <w:br/>
        <w:br/>
        <w:t>On the other side stretched a world the girls had never seen—mist curling over hills, rooftops of stone and timber, and far in the distance, the shadow of a castle rising against the clouds.</w:t>
        <w:br/>
        <w:br/>
        <w:t>The air that spilled through the opening smelled of pine and smoke, wild and alive.</w:t>
        <w:br/>
        <w:br/>
        <w:t>Jules’ hand found Emily’s, their fingers lacing tight. “We’ll go together.”</w:t>
        <w:br/>
        <w:br/>
        <w:t>Emily swallowed. She knew once they stepped through, nothing would ever be the same.</w:t>
        <w:br/>
        <w:br/>
        <w:t>But still—they stepped forward.</w:t>
        <w:br/>
        <w:br/>
        <w:t>Through the bark, into the light, and out of their world possibly forever.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