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2</w:t>
      </w:r>
    </w:p>
    <w:p>
      <w:r>
        <w:t>The Keeper and the Guard</w:t>
      </w:r>
    </w:p>
    <w:p>
      <w:r>
        <w:t>The air on the other side of the portal was cool and damp, heavy with the smell of stone and smoke. Twilight pressed low against the sky, and in the distance the jagged outline of a fortress rose from the mist.</w:t>
        <w:br/>
        <w:br/>
        <w:t>Emily barely had time to take it in. One blink ago she had been in her own world—sidewalks, buses, and classrooms—and now this. Her heart lurched with the suddenness of it, a thousand questions clawing at her mind. Where are we? How do we get home?</w:t>
        <w:br/>
        <w:br/>
        <w:t>Before she could ask, a shadow lunged from the trees.</w:t>
        <w:br/>
        <w:br/>
        <w:t>A tall young man stepped forward, seizing Jules by the arm with startling force. His grip was unshakable.</w:t>
        <w:br/>
        <w:br/>
        <w:t>“HEY!” Emily cried, rushing forward.</w:t>
        <w:br/>
        <w:br/>
        <w:t>The boy didn’t flinch. His dark hair fell across ice-blue eyes, sharp and unyielding. He looked older, hardened in a way that unsettled her. “She’s coming with me,” he said flatly.</w:t>
        <w:br/>
        <w:br/>
        <w:t>“Let her go!” Emily demanded, her voice breaking with fear.</w:t>
        <w:br/>
        <w:br/>
        <w:t>Meagan’s hand darted out, stopping her. “Don’t,” she whispered urgently. “He’s one of the Rebel’s guards. You can’t fight him here.”</w:t>
        <w:br/>
        <w:br/>
        <w:t>The boy jerked Jules forward. “Move.”</w:t>
        <w:br/>
        <w:br/>
        <w:t>Jules twisted, her blond hair whipping across her shoulders. “Where are you taking me?”</w:t>
        <w:br/>
        <w:br/>
        <w:t>He didn’t answer—only dragged her closer to the looming fortress.</w:t>
        <w:br/>
        <w:br/>
        <w:t>---</w:t>
        <w:br/>
        <w:br/>
        <w:t>Jules</w:t>
        <w:br/>
        <w:br/>
        <w:t>The stone corridors were cold and echoing, every step swallowed in silence. The man’s grip never loosened. From another guard’s voice, she caught his name—Jack.</w:t>
        <w:br/>
        <w:br/>
        <w:t>Paintings loomed on the walls as they walked. One showed a battlefield alive with knights locked in combat. Another, a crown lifted high as soldiers cheered. Jules forced her gaze away, but then—</w:t>
        <w:br/>
        <w:br/>
        <w:t>Her breath caught.</w:t>
        <w:br/>
        <w:br/>
        <w:t>A portrait of a woman stood in a green field, regal and commanding, with a small child at her side. The little girl wore a crooked tiara, golden hair shining in the painted sun. Something about it tugged at Jules, familiar in a way she couldn’t explain. But Jack pulled her forward before she could linger.</w:t>
        <w:br/>
        <w:br/>
        <w:t>“Why are you going so fast?” she snapped.</w:t>
        <w:br/>
        <w:br/>
        <w:t>No response.</w:t>
        <w:br/>
        <w:br/>
        <w:t>She planted her heels, refusing to move another step. “Listen here—you’d better let me go, because I’m not taking another step until—”</w:t>
        <w:br/>
        <w:br/>
        <w:t>Jack spun, eyes like ice catching light. For a moment, neither moved. Then he spoke, softer than she expected.</w:t>
        <w:br/>
        <w:br/>
        <w:t>“You’ll understand soon enough.”</w:t>
        <w:br/>
        <w:br/>
        <w:t>Before she could reply, a column of armored men turned the corner. Rebel guards. They surrounded her with precise steps—not rough, but deliberate, as though she mattered more than she understood.</w:t>
        <w:br/>
        <w:br/>
        <w:t>Her stomach tightened as they marched her toward a pair of towering black doors.</w:t>
        <w:br/>
        <w:br/>
        <w:t>---</w:t>
        <w:br/>
        <w:br/>
        <w:t>Emily</w:t>
        <w:br/>
        <w:br/>
        <w:t>Far across the fields, Emily stumbled out of the trees behind Meagan. They had run hard, lungs burning, and her mind reeled. Only hours ago she’d been at school, thinking about homework and lunch. Now Jules was gone, taken by strangers, and she was chasing through a world that felt like it belonged in a storybook gone wrong.</w:t>
        <w:br/>
        <w:br/>
        <w:t>“This way,” Meagan urged, her voice steady though her eyes betrayed unease. “The Keeper will help us.”</w:t>
        <w:br/>
        <w:br/>
        <w:t>Emily clung to the words—the Keeper, someone who could explain all this. She held onto the hope like a lifeline, until they broke through the tree line.</w:t>
        <w:br/>
        <w:br/>
        <w:t>Her heart plummeted.</w:t>
        <w:br/>
        <w:br/>
        <w:t>The Keeper’s house was nothing but ruins. Blackened beams clawed at the sky. Ash blanketed the earth. Smoke still curled from the wreckage, stinging Emily’s eyes.</w:t>
        <w:br/>
        <w:br/>
        <w:t>Meagan staggered forward, pressing a trembling hand to her mouth. “No… We’re too late.”</w:t>
        <w:br/>
        <w:br/>
        <w:t>Emily stepped carefully into the ruins, boots crunching over charred wood. A broken door lay splintered in the dirt. Her voice wavered. “What could’ve done this?”</w:t>
        <w:br/>
        <w:br/>
        <w:t>Meagan’s answer was tight. “Not what. Who.”</w:t>
        <w:br/>
        <w:br/>
        <w:t>Emily turned to her, searching for more, but Meagan’s gaze stayed fixed on the ruins, jaw clenched, shoulders trembling.</w:t>
        <w:br/>
        <w:br/>
        <w:t>The Keeper was gone.</w:t>
        <w:br/>
        <w:t>And with him, their first fragile hope of answers.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