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3</w:t>
      </w:r>
    </w:p>
    <w:p>
      <w:pPr>
        <w:pStyle w:val="Heading2"/>
      </w:pPr>
      <w:r>
        <w:t>The Throne of Alandra</w:t>
      </w:r>
    </w:p>
    <w:p>
      <w:r>
        <w:t>Ash swirled around their feet as Emily and Meagan stood before the wreckage of the Keeper’s home. The beams were blackened, clawing at the sky like skeletal fingers, and smoke still curled faintly from the ruins. The smell of char and ruin clung to the air, thick enough that Emily covered her mouth with her sleeve.</w:t>
        <w:br/>
        <w:br/>
        <w:t>She hugged her arms tight. “It’s gone. Everything. What do we do now?”</w:t>
        <w:br/>
        <w:br/>
        <w:t>Meagan’s eyes stayed fixed on the destruction, unreadable, though the tremor in her jaw betrayed her grief. “We can’t stay here. Whoever did this might still be close.”</w:t>
        <w:br/>
        <w:br/>
        <w:t>Emily swallowed, her throat tight. The ashes crackled faintly beneath her boots as she shifted. “But… where do we go?”</w:t>
        <w:br/>
        <w:br/>
        <w:t>Meagan finally turned, her expression firm, though her eyes carried something unspoken. “To the king. If anyone can help us, it’s him.”</w:t>
        <w:br/>
        <w:br/>
        <w:t>“The king?” Emily’s voice wavered. The word felt heavy, unreal, like something from the pages of history. “Will he even listen to us?”</w:t>
        <w:br/>
        <w:br/>
        <w:t>“He’ll listen to me,” Meagan said quietly, but her gaze flickered away for half a breath, shadowed with thoughts she didn’t share. She placed a hand on Emily’s shoulder, steady and grounding. “Come. We don’t have time to waste.”</w:t>
        <w:br/>
        <w:br/>
        <w:t>Emily glanced back once at the burned house—the fallen beams, the ash drifting upward like a prayer unanswered. The note that had started all this felt miles away, like a scrap of another life. Then she forced her legs to move, following Meagan down the road. Their shadows stretched long in the smoke-stained twilight, like figures being pulled into a story they couldn’t yet understand.</w:t>
        <w:br/>
        <w:br/>
        <w:t>---</w:t>
        <w:br/>
        <w:br/>
        <w:t>Jules</w:t>
        <w:br/>
        <w:br/>
        <w:t>Her boots scraped against the stone as Jack marched her forward, the black doors looming ever closer. The air was colder here, heavy with the damp echo of the fortress, and each step seemed to deepen the silence pressing in on her.</w:t>
        <w:br/>
        <w:br/>
        <w:t>Jules tried to steady her breath, but the weight of the place pressed on all sides. The walls rose high, lined with torches that spat smoke into the vaulted dark. Shadows lurked between the flames, shifting with every step she took.</w:t>
        <w:br/>
        <w:br/>
        <w:t>The towering doors groaned open.</w:t>
        <w:br/>
        <w:br/>
        <w:t>The throne room spread wide before her—high ceilings that arched like the ribs of a giant, banners tattered but proud swaying faintly overhead. At the far end, on a raised dais, a man waited.</w:t>
        <w:br/>
        <w:br/>
        <w:t>The Rebel.</w:t>
        <w:br/>
        <w:br/>
        <w:t>Jules had braced for a monster—something twisted, brutal. Instead, the sight of him unsettled her in another way. Broad-shouldered, his dark tunic threaded with silver, his hair falling just so across his brow. His storm-blue eyes caught hers as though no one else in the world existed.</w:t>
        <w:br/>
        <w:br/>
        <w:t>“Bring her to me,” he commanded, voice smooth as velvet, a tone that seemed to both welcome and ensnare.</w:t>
        <w:br/>
        <w:br/>
        <w:t>Jack shoved her forward, the push sharp between her shoulder blades. Jules’ pulse quickened as the distance between them closed.</w:t>
        <w:br/>
        <w:br/>
        <w:t>The Rebel descended the steps slowly, each movement deliberate, calculated. Torches flickered across the silver in his tunic, throwing him into both shadow and light.</w:t>
        <w:br/>
        <w:br/>
        <w:t>“So,” he murmured when he reached her, a smile touching his lips—measured, not cruel. “The girl from the tales. I have waited a long time to meet you.”</w:t>
        <w:br/>
        <w:br/>
        <w:t>Jules stiffened, though curiosity tangled with fear in her chest. Her breath hitched. She caught Jack’s glance from the corner of her eye—his fists clenched, his expression sharp with a warning.</w:t>
        <w:br/>
        <w:br/>
        <w:t>I am not your enemy.</w:t>
        <w:br/>
        <w:br/>
        <w:t>The words weren’t spoken. But Jules felt them all the same.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