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Chapter 4</w:t>
      </w:r>
    </w:p>
    <w:p>
      <w:pPr>
        <w:pStyle w:val="Heading2"/>
      </w:pPr>
      <w:r>
        <w:t>The Garden and the Throne</w:t>
      </w:r>
    </w:p>
    <w:p>
      <w:r>
        <w:t xml:space="preserve">The Rebel’s eyes held Jules in place—storm-blue, steady, unreadable. </w:t>
        <w:br/>
        <w:t>“You will stay here as my guest,” he said, voice smooth as velvet. “You are… important to me.”</w:t>
        <w:br/>
        <w:br/>
        <w:t>Jules swallowed. “Why me?”</w:t>
        <w:br/>
        <w:br/>
        <w:t xml:space="preserve">A faint smile tugged at his mouth, more secret than kind. </w:t>
        <w:br/>
        <w:t>“In time, you’ll understand.”</w:t>
        <w:br/>
        <w:br/>
        <w:t>He turned slightly. “Jack—show her the gardens. The moonlight suits Alandra.”</w:t>
        <w:br/>
        <w:br/>
        <w:t>Jack bowed his head. “Yes, my lord.”</w:t>
        <w:br/>
        <w:br/>
        <w:t>He guided Jules from the throne room. The heavy doors boomed shut behind them, and the press of court and soldiers fell away, replaced by the soft hush of night.</w:t>
        <w:br/>
        <w:br/>
        <w:t>They stepped beneath stone arches into a wide garden silvered by moonlight. Lanterns swung gently from iron hooks, washing the hedges in warm light. A fountain whispered at the center, its water catching the stars.</w:t>
        <w:br/>
        <w:br/>
        <w:t>Jack said nothing at first. He walked beside her with his hands clasped behind his back, more companion than captor. In the quiet, Jules felt her heartbeat slow.</w:t>
        <w:br/>
        <w:br/>
        <w:t>“This was my mother’s place,” he said at last. “She told me flowers don’t know how to lie.”</w:t>
        <w:br/>
        <w:br/>
        <w:t xml:space="preserve">Jules glanced at him. In the garden’s light, he looked softer—still rugged, still every inch a soldier, but different from the man who’d dragged her through the halls. </w:t>
        <w:br/>
        <w:t>“What do these flowers say about you?” she asked.</w:t>
        <w:br/>
        <w:br/>
        <w:t xml:space="preserve">He considered that, then gave a quiet, almost embarrassed laugh. </w:t>
        <w:br/>
        <w:t>“That I’m trying very hard to be someone I’m not sure I can be.”</w:t>
        <w:br/>
        <w:br/>
        <w:t>They walked on. Crickets sang. The breeze tugged at the leaves.</w:t>
        <w:br/>
        <w:br/>
        <w:t>“I don’t know what to think of you,” Jules admitted, surprising herself.</w:t>
        <w:br/>
        <w:br/>
        <w:t>“That makes two of us,” Jack said, meeting her gaze for a heartbeat too long and then looking away.</w:t>
        <w:br/>
        <w:br/>
        <w:t>They circled back toward the palace. At a carved door in a quiet corridor, Jack paused and pushed it open.</w:t>
        <w:br/>
        <w:br/>
        <w:t>Jules stopped on the threshold. The room was breathtaking—rich rugs softening the stone, a canopy bed veiled in pale silk, windows opening to the silvered garden. A vase of fresh flowers glowed on a small table, as if someone had placed them there moments ago.</w:t>
        <w:br/>
        <w:br/>
        <w:t>“Why would he give me a room like this?” she asked, suspicion and wonder tangling.</w:t>
        <w:br/>
        <w:br/>
        <w:t>Jack’s jaw tightened. “Because you matter. More than you realize.” He stepped back, careful not to cross inside. “Rest. If you need anything, call. I’ll be near.”</w:t>
        <w:br/>
        <w:br/>
        <w:t>For a moment Jules thought to stop him, to ask what he meant, but the words didn’t come. He inclined his head and left, the latch settling softly behind him.</w:t>
        <w:br/>
        <w:br/>
        <w:t>Jules stood alone in the golden hush, a beautiful room pressing its comfort around a heart that didn’t know which way to turn.</w:t>
        <w:br/>
        <w:br/>
        <w:t>⸻</w:t>
        <w:br/>
        <w:br/>
        <w:t>Across the valley, Emily and Meagan reached the city as evening gathered. The castle rose above them, its towers catching the last light. Guards moved swiftly when the two approached, spears crossing—then lowering as recognition flickered over Meagan’s face and bearing.</w:t>
        <w:br/>
        <w:br/>
        <w:t>“Open the gate,” one guard called. “Make way.”</w:t>
        <w:br/>
        <w:br/>
        <w:t>They were escorted across a torchlit courtyard, then through long corridors where tapestries stirred in the night breeze and servants paused to bow. Emily tried to keep her chin high, though awe tugged at her. Everywhere they went, eyes followed Meagan with quiet reverence.</w:t>
        <w:br/>
        <w:br/>
        <w:t>They stopped at a broad set of doors.</w:t>
        <w:br/>
        <w:br/>
        <w:t>“The Hall of Echoes,” the steward said, his voice low. “Wait here.”</w:t>
        <w:br/>
        <w:br/>
        <w:t>The doors opened a few minutes later with a low groan.</w:t>
        <w:br/>
        <w:br/>
        <w:t>“All rise for His Majesty, King William of Alandra!”</w:t>
        <w:br/>
        <w:br/>
        <w:t>The king entered with measured steps, a handful of guards fanning behind him. He had the look of a man who had stood through storms and learned which way the wind could turn. His gaze found Meagan first—warmth stirred there—then settled on Emily, weighing, steady.</w:t>
        <w:br/>
        <w:br/>
        <w:t>Meagan bowed. “Your Majesty.”</w:t>
        <w:br/>
        <w:br/>
        <w:t>“Welcome,” King William said, his voice filling the chamber without effort. “You arrive out of smoke.” His eyes sharpened. “Speak.”</w:t>
        <w:br/>
        <w:br/>
        <w:t>Meagan kept her tone even. “The Keeper’s house is gone, sire. Burned to the ground.”</w:t>
        <w:br/>
        <w:br/>
        <w:t>A shadow crossed the king’s features. “And the girl who came through with you?”</w:t>
        <w:br/>
        <w:br/>
        <w:t>“Taken,” Meagan said. “We believe by the Rebel’s men.”</w:t>
        <w:br/>
        <w:br/>
        <w:t>Emily stepped forward, heartbeat hammering. “Please—she’s my cousin. We need help.”</w:t>
        <w:br/>
        <w:br/>
        <w:t>For an instant, her voice faltered. The thought of Jules alone in some dark place, maybe afraid, maybe calling for her—it pulled sharp through her chest. Emily clenched her fists and steadied herself, because she couldn’t fall apart here.</w:t>
        <w:br/>
        <w:br/>
        <w:t>King William studied them both, then turned to a captain at his right. “Prepare the map-room.”</w:t>
        <w:br/>
        <w:br/>
        <w:t>He looked back to Meagan and Emily. “You will tell me everything. Where the smoke rode the wind. What path the soldiers took. If we are to retrieve your cousin, we must move before dawn.”</w:t>
        <w:br/>
        <w:br/>
        <w:t>He gestured for them to follow. The guards shifted; the doors to the inner halls opened.</w:t>
        <w:br/>
        <w:br/>
        <w:t>Emily glanced at Meagan, who gave a single, steady nod.</w:t>
        <w:br/>
        <w:br/>
        <w:t>They stepped after the king—toward plans and peril, and the first move in a game already underway.</w:t>
        <w:br/>
        <w:br/>
        <w:t>*And far away, in a silent golden room, Jules lay awake beneath silk and starlight, not knowing how quickly the kingdom had begun to turn around her name.*</w:t>
        <w:br/>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