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5</w:t>
      </w:r>
    </w:p>
    <w:p>
      <w:pPr>
        <w:pStyle w:val="Heading2"/>
      </w:pPr>
      <w:r>
        <w:t>The Captured and the Enticed</w:t>
      </w:r>
    </w:p>
    <w:p>
      <w:r>
        <w:t>Dawn bled across the fortress stones, pale and cold, when Jules stirred. The weight of yesterday still pressed heavy on her chest. A knock broke the silence.</w:t>
      </w:r>
    </w:p>
    <w:p>
      <w:r>
        <w:t>“Jules.”</w:t>
      </w:r>
    </w:p>
    <w:p>
      <w:r>
        <w:t>It was Jack’s voice.</w:t>
      </w:r>
    </w:p>
    <w:p>
      <w:r>
        <w:t>She slipped into a robe before unlatching the door. Jack stood there, broad-shouldered, his expression unreadable.</w:t>
      </w:r>
    </w:p>
    <w:p>
      <w:r>
        <w:t>“They’ve been seen,” he said without greeting. “Your cousin and Meagan. Scouts tracked them during the night.”</w:t>
      </w:r>
    </w:p>
    <w:p>
      <w:r>
        <w:t>Jules blinked, her stomach tightening. “Seen? Where?”</w:t>
      </w:r>
    </w:p>
    <w:p>
      <w:r>
        <w:t>“On the eastern edge of the forest. It won’t be long before they’re here.”</w:t>
      </w:r>
    </w:p>
    <w:p>
      <w:r>
        <w:t>Before she could press him for more, he added quietly, “You’ll want to be ready.”</w:t>
      </w:r>
    </w:p>
    <w:p>
      <w:r>
        <w:t>———</w:t>
      </w:r>
    </w:p>
    <w:p>
      <w:r>
        <w:t>Emily &amp; Meagan</w:t>
      </w:r>
    </w:p>
    <w:p>
      <w:r>
        <w:t>Branches cracked behind them, closer and closer, until it was no longer the forest they heard but the pursuit itself—boots slamming earth, armor clattering, the metallic tang of iron chasing on the wind. Meagan’s grip on Emily’s hand was iron.</w:t>
      </w:r>
    </w:p>
    <w:p>
      <w:r>
        <w:t>“Faster!” she hissed, her breath ragged.</w:t>
      </w:r>
    </w:p>
    <w:p>
      <w:r>
        <w:t>Emily’s chest burned as they tore through the undergrowth, thorns lashing her arms. Every shadow seemed alive, every rustle a soldier waiting to strike.</w:t>
      </w:r>
    </w:p>
    <w:p>
      <w:r>
        <w:t>Then the forest erupted. Dark figures burst from the trees, swords flashing in the pale dawn.</w:t>
      </w:r>
    </w:p>
    <w:p>
      <w:r>
        <w:t>“Run!” Meagan shoved Emily forward, spinning to meet the first guard. Steel clashed. Sparks flew. Her strikes were vicious, wild with desperation.</w:t>
      </w:r>
    </w:p>
    <w:p>
      <w:r>
        <w:t>Emily stumbled, searching for anything to defend herself. She grabbed a heavy branch, swung it hard—only for a scout to catch it mid-swing, wrenching it from her hands like it was nothing. A gauntlet clamped around her arm. She cried out, trying to pull free.</w:t>
      </w:r>
    </w:p>
    <w:p>
      <w:r>
        <w:t>“Don’t touch her!” Meagan snarled, lunging at the man who held Emily. Two more soldiers crashed into her, forcing her down. She bit, kicked, fought like a cornered wolf. Chains rattled, then snapped around her wrists, yanked so tight she gasped in pain. The sound of them was louder than her cries, a verdict delivered before judgment had even been spoken.</w:t>
      </w:r>
    </w:p>
    <w:p>
      <w:r>
        <w:t>Emily twisted in her captor’s hold, heart racing. “Stop! You’re hurting her!”</w:t>
      </w:r>
    </w:p>
    <w:p>
      <w:r>
        <w:t>The scout restraining her shook his head. His grip was firm but careful, almost protective. “The chains aren’t for you, girl,” he said. His voice was low, measured. “We know who we’re after.”</w:t>
      </w:r>
    </w:p>
    <w:p>
      <w:r>
        <w:t>Meagan spat in the dirt, still struggling though it was useless. Fury radiated from her, even bound.</w:t>
      </w:r>
    </w:p>
    <w:p>
      <w:r>
        <w:t>Emily, though seized, was treated differently. The men didn’t bind her, only closed ranks around her like she was fragile glass. But the difference—their choice to shackle Meagan, not her—sent an icy dread twisting in Emily’s stomach.</w:t>
      </w:r>
    </w:p>
    <w:p>
      <w:r>
        <w:t>As they were dragged toward the looming fortress, Emily looked back once. Meagan’s face was twisted in fury and pain, but her eyes found Emily’s—and in them was something else. Not fear. Warning.</w:t>
      </w:r>
    </w:p>
    <w:p>
      <w:r>
        <w:t>———</w:t>
      </w:r>
    </w:p>
    <w:p>
      <w:r>
        <w:t>Jules</w:t>
      </w:r>
    </w:p>
    <w:p>
      <w:r>
        <w:t>Later that morning, Jules walked beside Jack through the fortress garden. The air was cool, filled with the scent of damp earth and roses climbing the stone walls.</w:t>
      </w:r>
    </w:p>
    <w:p>
      <w:r>
        <w:t>“You knew this would happen,” Jules accused. “You said they’d been seen—and now they’re captured.”</w:t>
      </w:r>
    </w:p>
    <w:p>
      <w:r>
        <w:t>Jack’s jaw tightened. “I warned you.”</w:t>
      </w:r>
    </w:p>
    <w:p>
      <w:r>
        <w:t>She spun on him. “And you’re just fine with it? Emily is my cousin! She’s—she’s everything to me!”</w:t>
      </w:r>
    </w:p>
    <w:p>
      <w:r>
        <w:t>His eyes met hers, sharp but not unkind. “Emily is safe, Jules. But Meagan’s chains are not without cause. You should be asking yourself why.”</w:t>
      </w:r>
    </w:p>
    <w:p>
      <w:r>
        <w:t>The words struck deep, filling Jules with confusion. She wanted to defend Meagan, but the truth was she hardly knew her at all.</w:t>
      </w:r>
    </w:p>
    <w:p>
      <w:r>
        <w:t>Before she could answer, a stir rippled through the courtyard. Guards appeared, escorting two figures across the stone path—Emily, walking unbound though surrounded, and Meagan, shackled, dragged forward in heavy chains.</w:t>
      </w:r>
    </w:p>
    <w:p>
      <w:r>
        <w:t>Jules’ breath caught. She fell into step behind them, heart pounding, as the procession pushed through the towering doors of the fortress. Against her will, she followed, slipping inside just as the throne room groaned open.</w:t>
      </w:r>
    </w:p>
    <w:p>
      <w:r>
        <w:t>———</w:t>
      </w:r>
    </w:p>
    <w:p>
      <w:r>
        <w:t>The Throne Room</w:t>
      </w:r>
    </w:p>
    <w:p>
      <w:r>
        <w:t>The Rebel waited.</w:t>
      </w:r>
    </w:p>
    <w:p>
      <w:r>
        <w:t>He descended from his dais with deliberate grace, his storm-blue eyes fixing first on Meagan, then Emily. His voice was low, smooth, commanding.</w:t>
      </w:r>
    </w:p>
    <w:p>
      <w:r>
        <w:t>“Separate them.”</w:t>
      </w:r>
    </w:p>
    <w:p>
      <w:r>
        <w:t>Emily flinched. “Wait—no—”</w:t>
      </w:r>
    </w:p>
    <w:p>
      <w:r>
        <w:t>Guards seized Meagan and pulled her toward a stairwell that plunged into the dungeon depths. The heavy chains rattled louder, echoing against stone, until the sound faded beyond the doors.</w:t>
      </w:r>
    </w:p>
    <w:p>
      <w:r>
        <w:t>“You can’t!” Emily cried. “She hasn’t done anything!”</w:t>
      </w:r>
    </w:p>
    <w:p>
      <w:r>
        <w:t>The Rebel’s gaze flicked back to her, silencing her protest. For a moment, she felt the weight of his presence—intense, calculating, as if he could peel back her very thoughts.</w:t>
      </w:r>
    </w:p>
    <w:p>
      <w:r>
        <w:t>“You,” he said softly, “are not like her. You will be treated with respect.”</w:t>
      </w:r>
    </w:p>
    <w:p>
      <w:r>
        <w:t>He turned to a guard. “See that she is shown to chambers of her own. Comfort. Privacy. Let her rest.”</w:t>
      </w:r>
    </w:p>
    <w:p>
      <w:r>
        <w:t>Emily’s breath shook. She wanted to argue, to demand Meagan’s release, but the force in his eyes rooted her in place.</w:t>
      </w:r>
    </w:p>
    <w:p>
      <w:r>
        <w:t>The guard bowed. “Yes, my lord.”</w:t>
      </w:r>
    </w:p>
    <w:p>
      <w:r>
        <w:t>The Rebel’s hand lingered at his side, fingers flexing slightly, as if to dismiss them. Yet when Emily was led away, she felt his gaze still upon her, heavy and unsettling—as though she was a piece of some puzzle he had already begun to solve.</w:t>
      </w:r>
    </w:p>
    <w:p>
      <w:r>
        <w:t>———</w:t>
      </w:r>
    </w:p>
    <w:p>
      <w:r>
        <w:t>The Courtyard</w:t>
      </w:r>
    </w:p>
    <w:p>
      <w:r>
        <w:t>Jules hurried after them, her heart racing. Relief bloomed in her chest when she saw Emily being escorted gently—unbound, even shown care.</w:t>
      </w:r>
    </w:p>
    <w:p>
      <w:r>
        <w:t>But the memory of Meagan being dragged into darkness hardened her resolve.</w:t>
      </w:r>
    </w:p>
    <w:p>
      <w:r>
        <w:t>“Emily!” Jules rushed forward, her voice breaking with both joy and fear.</w:t>
      </w:r>
    </w:p>
    <w:p>
      <w:r>
        <w:t>Emily’s face lit briefly, then dimmed when she saw the distance in Jules’ eyes.</w:t>
      </w:r>
    </w:p>
    <w:p>
      <w:r>
        <w:t>“What are you doing here?” Emily asked.</w:t>
      </w:r>
    </w:p>
    <w:p>
      <w:r>
        <w:t>“I should be asking you,” Jules shot back. “Why are you with her?” She nodded toward the stairwell where Meagan had vanished moments ago.</w:t>
      </w:r>
    </w:p>
    <w:p>
      <w:r>
        <w:t>Emily’s voice rose. “Because she’s helped me! Because she isn’t the monster they’re making her out to be!”</w:t>
      </w:r>
    </w:p>
    <w:p>
      <w:r>
        <w:t>“Jack says she’s dangerous. That everything wrong here is because of her,” Jules snapped, her hands trembling. “And you’re defending her?”</w:t>
      </w:r>
    </w:p>
    <w:p>
      <w:r>
        <w:t>Emily’s cheeks flushed hot with fury. “Jack? You’ve known him one night, Jules! And you believe him over me?”</w:t>
      </w:r>
    </w:p>
    <w:p>
      <w:r>
        <w:t>The words landed like a strike. Jules opened her mouth, then closed it again, torn in two.</w:t>
      </w:r>
    </w:p>
    <w:p>
      <w:r>
        <w:t>“Please,” Emily whispered, stepping closer. “Don’t let them twist you. Meagan isn’t the enemy.”</w:t>
      </w:r>
    </w:p>
    <w:p>
      <w:r>
        <w:t>Jules’ eyes stung, but her voice was flat. “Then why does it feel like everything’s breaking because of her?”</w:t>
      </w:r>
    </w:p>
    <w:p>
      <w:r>
        <w:t>The guards stepped between them, steering Emily gently toward the archway that led deeper into the fortress. Jules watched her go, her heart splintering, her trust unraveling.</w:t>
      </w:r>
    </w:p>
    <w:p>
      <w:r>
        <w:t>And high above, from the dais of the throne room, the Rebel watched the scene unfold, his storm-dark eyes unreadable—yet satisfied.</w:t>
      </w:r>
    </w:p>
    <w:p>
      <w:r>
        <w:t>———</w:t>
      </w:r>
    </w:p>
    <w:p>
      <w:r>
        <w:t>That Night</w:t>
      </w:r>
    </w:p>
    <w:p>
      <w:r>
        <w:t>Emily was shown to a chamber as fine as Jules’, draped in silk and warmed by a glowing fire. Meagan, meanwhile, was locked in the dripping dark below, the weight of chains pressing down on her.</w:t>
      </w:r>
    </w:p>
    <w:p>
      <w:r>
        <w:t>And Jules lay awake, the voices of Emily and Jack warring in her mind. Below, chains scraped stone as Meagan endured the dark. And above them all, in the silence of his chambers, the Rebel wove his plans tighter, a web no one had yet seen but already felt.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