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7</w:t>
        <w:br/>
        <w:t>The Garden and the Rebel</w:t>
      </w:r>
    </w:p>
    <w:p>
      <w:r>
        <w:br/>
        <w:t>Morning found Emily awake before the fire. Coals breathed a low orange glow across a chamber dressed in royal comfort—damask curtains banded with gold, a carved wardrobe polished to a soft shine, a rug thick enough to hush her steps. The colors—deep purples, warm golds—should have felt safe. They didn’t.</w:t>
        <w:br/>
        <w:br/>
        <w:t>A soft knock. Two maids slipped in with a practiced curtsy, arms full: a silver pot of spiced tea, a plate of honeyed bread, slices of pear and plum that caught the light, and a folded gown of pale blue brocade edged with tiny stitches.</w:t>
        <w:br/>
        <w:br/>
        <w:t>“For you, miss,” the elder said, laying the tray by the hearth. “You’re to be shown every courtesy.”</w:t>
        <w:br/>
        <w:br/>
        <w:t>Emily’s voice came thin. “Why me? Why… like this, when my friend is in chains?”</w:t>
        <w:br/>
        <w:br/>
        <w:t>The younger maid hesitated, shifting the tray as if it suddenly weighed double. The elder lowered her eyes. “We don’t know, miss. We hear only what we’re told. Some are meant for favor, others for… warning.” Her voice cracked, and she added quickly, “Forgive me.”</w:t>
        <w:br/>
        <w:br/>
        <w:t>Emily stepped closer. “You’ve seen her, haven’t you? Meagan.”</w:t>
        <w:br/>
        <w:br/>
        <w:t>The younger maid bit her lip and gave the smallest nod. “She’s kept in the lower cells. They… don’t feed her well. But she doesn’t bow her head. Not once.” A flicker of admiration touched her voice before fear shoved it back down.</w:t>
        <w:br/>
        <w:br/>
        <w:t>The elder maid smoothed the sleeve of the gown where it shone in the firelight. “It isn’t our place to say more. Ring the bell if you need anything.” Another curtsy; the door clicked shut; silence rushed back in.</w:t>
        <w:br/>
        <w:br/>
        <w:t>Emily stared at the food until the steam died. She managed two sips of tea that sat like stones, then stood so quickly the chair legs scraped the rug. The walls felt too close. She needed air—any air that wasn’t scented with hearth smoke and worry.</w:t>
        <w:br/>
        <w:br/>
        <w:t>She eased the door open. Two guards lingered at the far end of the corridor, speaking in low voices. Neither looked up as she stepped out and turned away. Their indifference pricked more than a command would have, but she didn’t slow. Down a stair. Under an arch where ivy curled over stone. Toward light.</w:t>
        <w:br/>
        <w:br/>
        <w:t>The garden met her in a cool rush of morning—roses beaded with dew, bees drifting lazily between blossoms, fountain water tapping like little bells. She breathed until the tightness in her chest loosened a notch. Then voices, low and steady, tugged her around a hedge.</w:t>
        <w:br/>
        <w:br/>
        <w:t>Jules stood with Jack in a nook beneath an elm. He wasn’t in armor, only a worn leather jerkin and travel boots, a ribbon of old scar visible along his forearm where his sleeve had slipped. His blue eyes—so like clear sky after rain—held on Jules with a gentleness Emily had not yet seen in him.</w:t>
        <w:br/>
        <w:br/>
        <w:t>“You’re stronger than you think,” he said, voice quiet. “Stronger than she gives you credit for.”</w:t>
        <w:br/>
        <w:br/>
        <w:t>Jules’ mouth tilted, unsure but warmed by the words. She hovered a little closer than “just friends.”</w:t>
        <w:br/>
        <w:br/>
        <w:t xml:space="preserve">Something inside Emily buckled. Relief—Jules was alive, here—crashed into a smaller, meaner ache. That place beside her cousin, the easy closeness, felt suddenly occupied by someone else. </w:t>
        <w:br/>
        <w:t>It had always been her hand Jules grabbed first when fear closed in. Her laugh Jules shared across the dark. Now that space—once hers alone—seemed taken, filled by someone whose presence she could not push aside.</w:t>
        <w:br/>
        <w:br/>
        <w:t>“Jules,” Emily blurted, stepping out from the hedge.</w:t>
        <w:br/>
        <w:br/>
        <w:t>They both turned. Jules’ face lit, relief and brightness at once. “Emily!”</w:t>
        <w:br/>
        <w:br/>
        <w:t>Emily took her hands and held on. “Please. Tell me why they’re doing this. They brought me tea and fruit and a gown like I’m a princess. Meagan’s in the dark. Why am I treated like this while she suffers? What do they want from me?”</w:t>
        <w:br/>
        <w:br/>
        <w:t>Words tumbled too fast. She couldn’t stop them.</w:t>
        <w:br/>
        <w:br/>
        <w:t>Jules glanced at Jack, then back. “Em, I—I don’t know everything yet.”</w:t>
        <w:br/>
        <w:br/>
        <w:t>Jack’s voice slipped in, even and controlled. “Meagan is not what she seems. Your treatment is… different. The master sees worth.”</w:t>
        <w:br/>
        <w:br/>
        <w:t>“Worth?” Emily recoiled. “I’m not a coin to be weighed.” She searched Jules’ face, desperate. “This isn’t right. Say it isn’t.”</w:t>
        <w:br/>
        <w:br/>
        <w:t>Jules flinched. “I don’t want any of this to hurt you.”</w:t>
        <w:br/>
        <w:br/>
        <w:t>“It already does.” Emily pulled her hands free. “And you’re standing with him.”</w:t>
        <w:br/>
        <w:br/>
        <w:t>Jack’s jaw set, but he stepped back a pace, eyes flicking between them. “I’ll give you two a moment.” He nodded to Jules—soft, almost protective—and turned down the path, disappearing beneath the arch.</w:t>
        <w:br/>
        <w:br/>
        <w:t>Emily watched him go, then faced her cousin. “You used to choose me first.”</w:t>
        <w:br/>
        <w:br/>
        <w:t>“That isn’t fair,” Jules whispered, stung. “Everything is tangled. I’m trying—”</w:t>
        <w:br/>
        <w:br/>
        <w:t>“So try harder.” Emily swallowed, the hurt hot behind her eyes. “Meagan believed in us when we had no path at all. I need you to believe in her now. In me.”</w:t>
        <w:br/>
        <w:br/>
        <w:t>Jules’ answer snagged in her throat. Words wouldn’t come.</w:t>
        <w:br/>
        <w:br/>
        <w:t>Emily’s chin trembled. “I feel like I’m losing you.” The confession landed in the quiet like a dropped stone. She turned before Jules could see the tears, skirts snapping softly as she strode back toward the doors and vanished into the fortress.</w:t>
        <w:br/>
        <w:br/>
        <w:t>Jules stayed small beneath the elm, Emily’s words folding around her like cold wind. She rubbed her arms and moved because standing still hurt. Past the fountain. Past a row of yews trained into arches. Deeper, where the garden forgot to be pretty.</w:t>
        <w:br/>
        <w:br/>
        <w:t>Here the ivy thickened, veiling a narrow opening in the wall. Jules slipped through. A short stair sank into dimness. Cool air feathered her skin; torchlight flickered below. Voices rose, steadier now—one commanding, one obedient. She stilled, every muscle taut.</w:t>
        <w:br/>
        <w:br/>
        <w:t>“…the younger one is pliable,” the commanding voice said. “She will break as I choose her to. A touch of kindness now, and she will bow her head willingly when the time comes. Better than chains. She will thank me for her cage.”</w:t>
        <w:br/>
        <w:br/>
        <w:t>A low laugh from another man.</w:t>
        <w:br/>
        <w:br/>
        <w:t>The Rebel’s voice sharpened. “As for the outlaw—Meagan’s defiance will serve me longer. Let her rage. It paints me as just to the people when I spare her. And when I decide she has outlived her use, her death will draw the very loyalty I require. Even a martyr can serve me, if she dies on my terms.”</w:t>
        <w:br/>
        <w:br/>
        <w:t>Jules’ breath caught. Her skin prickled cold, sweat needling along her spine. Her pulse thundered so loud she feared it would give her away. He wasn’t just cruel—he was calculating, every kindness a trap, every punishment a tool.</w:t>
        <w:br/>
        <w:br/>
        <w:t>“And the king?” a guard asked, cautious.</w:t>
        <w:br/>
        <w:br/>
        <w:t>The Rebel’s silence stretched before his voice cut like steel. “The king has ruled long enough. His throne rots beneath him, and the people rot with it. His death will break the last chain of loyalty that binds this land to a dying crown. When the blood dries, I will stand where he fell. They will not mourn him—they will thank me.”</w:t>
        <w:br/>
        <w:br/>
        <w:t>Another voice murmured assent. The Rebel continued, voice low and steady, dripping with certainty. “This kingdom was broken long before I touched it. I will grind it to dust and build it new with my hand at the crown. And when it stands, they will call me savior, though I ruin them to save them.”</w:t>
        <w:br/>
        <w:br/>
        <w:t>That was the moment Jules knew. Meagan’s warnings weren’t hysteria. Jack’s loyalty was tragically misplaced. The Rebel wasn’t a misunderstood leader—he was a man who would burn everything and everyone to make himself king.</w:t>
        <w:br/>
        <w:br/>
        <w:t>She backed away—too quickly. A loose stone grated underfoot. A hand clamped on her wrist.</w:t>
        <w:br/>
        <w:br/>
        <w:t>“Caught,” a guard grunted, dragging her forward.</w:t>
        <w:br/>
        <w:br/>
        <w:t>The chamber widened, torchlight spilling across maps and steel. And there he was.</w:t>
        <w:br/>
        <w:br/>
        <w:t>The Rebel.</w:t>
        <w:br/>
        <w:br/>
        <w:t>Younger than legend, but marked by it—dark hair combed back with silver threading his temples, his face cut sharp as stone, handsome in a dangerous way. Storm-blue eyes, Jack’s eyes if they had hardened to ice. They missed nothing.</w:t>
        <w:br/>
        <w:br/>
        <w:t>The guard shoved Jules forward. She stumbled into the circle of light.</w:t>
        <w:br/>
        <w:br/>
        <w:t>The Rebel moved as if the room tilted him closer—swift, silent, inevitable. He tipped her chin with two fingers, forcing her gaze into his.</w:t>
        <w:br/>
        <w:br/>
        <w:t>“Curiosity,” he murmured, almost approving. “It crowns some and crushes the rest.”</w:t>
        <w:br/>
        <w:br/>
        <w:t>Jules trembled, but words rushed out before she could stop them. “You twist kindness into chains. You talk of saving, but you’ll ruin everything. You don’t care about Jack. Or Emily. Or anyone.”</w:t>
        <w:br/>
        <w:br/>
        <w:t xml:space="preserve">His eyes narrowed. Then, with sudden violence, his hand struck across her cheek. The sound cracked the chamber air. Pain bloomed white-hot, staggering her sideways. </w:t>
        <w:br/>
        <w:t>For a moment, there was only silence—the torches sputtering, the ring in her ears, the dizzy lurch of the floor tilting beneath her—before his voice thundered to fill the void.</w:t>
        <w:br/>
        <w:br/>
        <w:t>Now his voice rose, filling the chamber with storm. “You dare speak to me of care? I am the only one who dares to shape this broken land! Children, outlaws, even my own blood—you are tools, all of you, and I will use you until you splinter in my hand. Defy me, and you will beg for chains before I am finished.”</w:t>
        <w:br/>
        <w:br/>
        <w:t>Jules reeled, cheek aflame, but her voice—shaking though it was—rose back to meet his. “You’ll never be king. You’ll never be anything but a coward who hides behind fear.”</w:t>
        <w:br/>
        <w:br/>
        <w:t>The Rebel’s mouth curved—not in humor, but in cold satisfaction. “And yet fear moves kingdoms when love cannot. Remember that.”</w:t>
        <w:br/>
        <w:br/>
        <w:t>He flicked his hand toward the guards. “Take her to her chamber. Bolts drawn.”</w:t>
        <w:br/>
        <w:br/>
        <w:t>They pulled her back. At the threshold, his voice carried again, dark and final: “Tell my son I wait for him.”</w:t>
        <w:br/>
        <w:br/>
        <w:t>Jules’ knees threatened to give, but she stayed upright until the stair swallowed her back into shadow.</w:t>
        <w:br/>
        <w:br/>
        <w:t>At her door, the guards sealed her in. One lingered, slipping back inside a moment later. Wordless, he crossed to the hearth, pressed a hidden stone, and revealed the faint seam of an escape tunnel.</w:t>
        <w:br/>
        <w:br/>
        <w:t xml:space="preserve">His eyes flickered with something Jules hadn’t seen in any of the others—fire. She realized with a start she had passed him before in the hall, never once setting him apart from the others. Now, in the hush of the chamber, she noticed the faint scar tugging at his temple, the quiet steadiness in his gaze. </w:t>
        <w:br/>
        <w:t>“He thinks every man here is his. He’s wrong. If you mean to fight him, start by surviving. This tunnel will keep you breathing long enough to matter.”</w:t>
        <w:br/>
        <w:br/>
        <w:t>Then he was gone.</w:t>
        <w:br/>
        <w:br/>
        <w:t>Jules knelt by the hearth, palm pressed to the cold draft. Her cheek still burned. Her heart thundered with terror, rage, and a thin thread of hope.</w:t>
        <w:br/>
        <w:br/>
        <w:t>She had learned more in one night than she ever wished to know:</w:t>
        <w:br/>
        <w:t>The Rebel’s mask of strength was nothing but cruelty sharpened into strategy.</w:t>
        <w:br/>
        <w:t>Meagan had spoken truth.</w:t>
        <w:br/>
        <w:t>Jack’s loyalty was tangled in blood and lies.</w:t>
        <w:br/>
        <w:br/>
        <w:t>And Jules was not trapped—not entirely.</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