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8</w:t>
        <w:br/>
        <w:t>Threads of Control</w:t>
      </w:r>
    </w:p>
    <w:p>
      <w:r>
        <w:br/>
        <w:t>The fire in Jules’ chamber had burned low, shadows pooling like water in the corners. She sat curled near the hearth, her cheek still smarting from the Rebel’s hand. Yet it was not the pain that consumed her—it was the words of the guard. His eyes had carried a defiance she had not seen in any of the others.</w:t>
        <w:br/>
        <w:br/>
        <w:t>He thinks every man here is his. He’s wrong. If you mean to fight him, start by surviving. This tunnel will keep you breathing long enough to matter.</w:t>
        <w:br/>
        <w:br/>
        <w:t>Her fingers traced the faint seam in the stone where the hidden passage yawned in silence. Hope had come to her cloaked in secrecy, and for the first time since she’d been dragged inside these walls, escape was not a dream—it was a possibility. Still, fear coiled with it. Every breath seemed louder than it should, every shift of the coals a threat. She drew her knees tighter, whispering into the quiet:</w:t>
        <w:br/>
        <w:br/>
        <w:t>“I will matter.”</w:t>
        <w:br/>
        <w:br/>
        <w:t>—</w:t>
        <w:br/>
        <w:br/>
        <w:t>Outside, the night garden stirred. Jack moved quickly along the gravel path, senses sharpened by unease. He had heard something—words, sharp and low, spilling from the concealed chamber beyond the hedges. The sound had driven him forward before thought could catch him.</w:t>
        <w:br/>
        <w:br/>
        <w:t>But he didn’t reach the passage.</w:t>
        <w:br/>
        <w:br/>
        <w:t>A hand seized his shoulder. “The master calls,” a guard said flatly.</w:t>
        <w:br/>
        <w:br/>
        <w:t>Jack’s pulse spiked. He wanted to shake free, to demand space, but the weight in the soldier’s eyes left no room. He followed, boots crunching against the path, until the torchlit hall swallowed him whole.</w:t>
        <w:br/>
        <w:br/>
        <w:t>—</w:t>
        <w:br/>
        <w:br/>
        <w:t>The Rebel stood waiting at the center of a war table, maps and daggers scattered like bones. Shadows carved harsh lines across his face. When he turned, his gaze fell on Jack with a mixture of possession and contempt.</w:t>
        <w:br/>
        <w:br/>
        <w:t>“You were listening,” he said—not a question, but a sentence.</w:t>
        <w:br/>
        <w:br/>
        <w:t>“I heard enough,” Jack replied.</w:t>
        <w:br/>
        <w:br/>
        <w:t>“Then you know the truth.” The Rebel’s voice rose, steel edged with fire. “This kingdom is mine to unmake and rebuild. Every chain, every kindness, every death serves that purpose. Even you.”</w:t>
        <w:br/>
        <w:br/>
        <w:t>Jack stiffened. “I am not yours to use.”</w:t>
        <w:br/>
        <w:br/>
        <w:t>The Rebel circled the table, voice tightening like a noose. “Do not fool yourself. I see the way Jules affects you. The way your eyes shift when her name is spoken, the way your jaw tenses when she is near. That girl is the thread that binds you tighter than any chain I could forge. And it only strengthens my hold over you. I need no shackles, no blade at your back—your fear for her is leash enough. So long as she lives within my grasp, you will never betray me, no matter what your heart desires.”</w:t>
        <w:br/>
        <w:br/>
        <w:t>Rage lit Jack’s chest, hot and blinding. “You will not touch her.”</w:t>
        <w:br/>
        <w:br/>
        <w:t>The Rebel leaned closer, his words cutting like poisoned blades. “Touch her? I need only keep her breathing. That is enough to command you. But Jules is not the only piece on this board. Do you think I waste kindness on Emily for nothing? She is pliable—grateful for crumbs of comfort. Her loyalty will not need to be taken; she will offer it freely, believing it her choice.”</w:t>
        <w:br/>
        <w:br/>
        <w:t>Jack’s stomach turned, but the Rebel pressed harder.</w:t>
        <w:br/>
        <w:br/>
        <w:t>“And then there is Meagan. The outlaw fights, and in her fight the people see me as merciful when I let her live. Later, when she has served her purpose, her death will crown me as just. Even her defiance bends to my will in the end. They all bend. Even you.”</w:t>
        <w:br/>
        <w:br/>
        <w:t>“You’re wrong,” Jack forced out. “Emily sees more than you think. And Meagan…” His voice caught, a memory flickering of whispers he had overheard from the dungeon. “She will never bow, not even at the end. She’s stronger than you’ll ever admit.”</w:t>
        <w:br/>
        <w:br/>
        <w:t>“Stronger?” The Rebel’s mouth twisted. “Strength is a flame, and flames die when I snuff the air from them. She fights, but she fights in my dungeon. She eats when I allow it. She breathes because I permit it. Even her rebellion is mine to shape.”</w:t>
        <w:br/>
        <w:br/>
        <w:t>Jack’s jaw locked. “You think you own every thread, but you don’t. You’ll see.”</w:t>
        <w:br/>
        <w:br/>
        <w:t>The Rebel snapped back, eyes flashing. “And Jules? Jules is already mine by the simple fact that you love her. Every breath she takes binds you tighter. Every look in her eyes makes you weaker. It is her presence that leashes you, and it is my power that keeps her within these walls. Never forget where your strength begins—and ends.”</w:t>
        <w:br/>
        <w:br/>
        <w:t>Jack lunged, fury breaking loose, but the guards caught him fast, steel pressing to his ribs. His father leaned in close, whispering low and venomous: “Your loyalty is not choice—it is blood. And blood always returns to me.”</w:t>
        <w:br/>
        <w:br/>
        <w:t>Jack tore free, shoving past the guards, ignoring the Rebel’s command that chased him down the corridor. His breath came ragged, but his feet found their course—straight to Jules’ chamber.</w:t>
        <w:br/>
        <w:br/>
        <w:t>—</w:t>
        <w:br/>
        <w:br/>
        <w:t>The door shut behind him, and the sight of her—small by the hearth, cheek still red—snapped something inside.</w:t>
        <w:br/>
        <w:br/>
        <w:t>“Jules.” His voice was raw. “He—he means to use you. He spoke of Emily, of Meagan. Of all of us. We’re nothing to him but pieces.”</w:t>
        <w:br/>
        <w:br/>
        <w:t>Jules rose, steadier than she felt. “I heard him too. I know what he is. And the maids—they whispered to me before, about Meagan. How she’s suffering below while we sit in comfort. I can’t stop thinking of her.”</w:t>
        <w:br/>
        <w:br/>
        <w:t>Their eyes locked, the weight of truth pressing in. Jules touched her cheek, then the hearthstone. “There’s a way out. A guard showed me. He’s not loyal to the Rebel. Not all of them are.”</w:t>
        <w:br/>
        <w:br/>
        <w:t>Jack stared, stunned. “A way out?”</w:t>
        <w:br/>
        <w:br/>
        <w:t>She nodded. “Through here. Beneath the wall. But we’ll need more than courage—we’ll need a plan.”</w:t>
        <w:br/>
        <w:br/>
        <w:t>Jack crossed the room in two strides, his hand closing over hers where it rested on the cold stone. For the first time in what felt like forever, hope trembled between them.</w:t>
        <w:br/>
        <w:br/>
        <w:t>The Rebel thought he held every thread. But together, Jules and Jack began to weave one of their own.</w:t>
        <w:br/>
        <w:br/>
        <w:t>Jules pressed her palm against the hearthstone, feeling the hidden seam whisper of escape. Hope surged—but so did resolve. “Not yet,” she breathed. “We don’t leave without Emily. Or Meagan.”</w:t>
        <w:br/>
        <w:br/>
        <w:t>—</w:t>
        <w:br/>
        <w:br/>
        <w:t>The Escape</w:t>
        <w:br/>
        <w:br/>
        <w:t xml:space="preserve">The seam in the hearthstone still whispered of freedom, but Jules’ chest tightened. </w:t>
        <w:br/>
        <w:t xml:space="preserve">“Not yet,” she said. “We don’t leave without Emily. Or Meagan.”  </w:t>
        <w:br/>
        <w:br/>
        <w:t>Jack’s jaw hardened. “Then we’ll outthink them. But once we begin, there’s no turning back.”</w:t>
        <w:br/>
        <w:br/>
        <w:t>Emily’s Chamber</w:t>
        <w:br/>
        <w:br/>
        <w:t xml:space="preserve">Two guards lounged outside Emily’s door, spears crossed, eyes dulled by routine.  </w:t>
        <w:br/>
        <w:br/>
        <w:t xml:space="preserve">Jules straightened her shoulders, heart hammering. “Let me try.”  </w:t>
        <w:br/>
        <w:br/>
        <w:t xml:space="preserve">Before Jack could object, she walked into the torchlight with steady steps, her face pale but defiant. The guards stiffened.  </w:t>
        <w:br/>
        <w:br/>
        <w:t xml:space="preserve">“The master summons Emily,” Jules said, her voice sharp, commanding in a way she didn’t know she possessed. “At once.”  </w:t>
        <w:br/>
        <w:br/>
        <w:t xml:space="preserve">One guard frowned. “We’ve heard no word of this.”  </w:t>
        <w:br/>
        <w:br/>
        <w:t xml:space="preserve">“You have now.” Jules tilted her chin. “Or will you be the ones to explain why his orders were delayed?”  </w:t>
        <w:br/>
        <w:br/>
        <w:t xml:space="preserve">The man faltered. Fear of the Rebel outweighed suspicion. He jerked his head to the other. “Go ask the captain.”  </w:t>
        <w:br/>
        <w:br/>
        <w:t xml:space="preserve">The second guard hurried down the corridor.  </w:t>
        <w:br/>
        <w:br/>
        <w:t xml:space="preserve">That left only one—and Jack was waiting. He stumbled into the torchlight, a heavy goblet in hand. With a clatter, he sloshed wine across the guard’s boots. “Clumsy fool!” he muttered, ducking low as if to mop the spill.  </w:t>
        <w:br/>
        <w:br/>
        <w:t xml:space="preserve">The guard snapped, “Watch what you’re—” but he never finished. Jack surged up, cracking the goblet down hard against the man’s skull. The soldier slumped against the wall and slid to the floor, unconscious.  </w:t>
        <w:br/>
        <w:br/>
        <w:t xml:space="preserve">Jules had already snatched the key from his belt. She and Jack dragged the body into the shadows, then hurried to the door.  </w:t>
        <w:br/>
        <w:br/>
        <w:t xml:space="preserve">It creaked open. Emily gasped when she saw them—then froze, her eyes darting between Jules and Jack.  </w:t>
        <w:br/>
        <w:br/>
        <w:t xml:space="preserve">“What—? Jules, what’s happening? And why is he—” Her voice shook, equal parts relief and suspicion.  </w:t>
        <w:br/>
        <w:br/>
        <w:t xml:space="preserve">“No time,” Jules whispered urgently, gripping her cousin’s hands. “You have to trust me. Please.”  </w:t>
        <w:br/>
        <w:br/>
        <w:t xml:space="preserve">Emily’s brow furrowed, confusion sharp in her eyes. She glanced once more at Jack, then at the dark corridor beyond her door. Voices echoed faintly from far away.  </w:t>
        <w:br/>
        <w:br/>
        <w:t xml:space="preserve">Her lips trembled. “Something’s gone wrong, hasn’t it?”  </w:t>
        <w:br/>
        <w:br/>
        <w:t xml:space="preserve">Jules squeezed her hands tighter. “Yes. But if you stay here, it’ll be worse.”  </w:t>
        <w:br/>
        <w:br/>
        <w:t xml:space="preserve">For a heartbeat Emily hesitated, her chest rising and falling in quick, shallow breaths. Her lips parted, as if to argue, but the fear in her eyes collapsed into a silent nod.  </w:t>
        <w:br/>
        <w:br/>
        <w:t>Jules pulled her close, whispering fiercely, “We’re getting Meagan. Then we run.”</w:t>
        <w:br/>
        <w:br/>
        <w:t>The Descent</w:t>
        <w:br/>
        <w:br/>
        <w:t xml:space="preserve">Jack led them swiftly, his steps soundless against the stone. Emily clung to Jules’ arm, still trembling, her eyes wide as though every shadow might reach for her.  </w:t>
        <w:br/>
        <w:br/>
        <w:t xml:space="preserve">“The dungeons,” Jack murmured, his jaw set. “I know the way.”  </w:t>
        <w:br/>
        <w:br/>
        <w:t xml:space="preserve">They slipped through twisting corridors, the fortress groaning with restless life. Each turn tightened the air; the torches hissed against damp stone. Twice Jack yanked them into the hollow of a stairwell, his hand clamped tight around Jules’ wrist, holding her still as patrols stormed past.  </w:t>
        <w:br/>
        <w:br/>
        <w:t xml:space="preserve">Emily pressed close, her breath shallow, staring at him with wary confusion. He moved like one who belonged here—yet every motion betrayed urgency, rebellion. Questions burned in her, but she dared not speak them.  </w:t>
        <w:br/>
        <w:br/>
        <w:t xml:space="preserve">The deeper they went, the colder the air grew. Water dripped from above, echoing in the silence. At last Jack halted before a black iron door, barred heavy and scarred by time. Beyond it came the faint clink of metal.  </w:t>
        <w:br/>
        <w:br/>
        <w:t xml:space="preserve">Emily’s breath caught. Jules’ pulse throbbed in her throat.  </w:t>
        <w:br/>
        <w:br/>
        <w:t>Jack leaned close, voice low. “The dungeon. She’s inside.”</w:t>
        <w:br/>
        <w:br/>
        <w:t>The Dungeon</w:t>
        <w:br/>
        <w:br/>
        <w:t xml:space="preserve">The heavy door groaned as they forced it open, spilling them into a passage that stank of mold and misery. Torches sputtered along the walls, their light casting bars of shadow through rows of narrow cells.  </w:t>
        <w:br/>
        <w:br/>
        <w:t xml:space="preserve">Faint metal clinked in the distance. A cough rattled, weak, broken. They hurried past dark mouths of stone until Jules’ heart seized—there.  </w:t>
        <w:br/>
        <w:br/>
        <w:t xml:space="preserve">Meagan.  </w:t>
        <w:br/>
        <w:br/>
        <w:t xml:space="preserve">She was chained against the wall of a far cell, her body frail and slumped. Her wrists were raw, dark with dried blood, her lips cracked. Yet when her head lifted, her eyes still sparked with a stubborn ember of defiance.  </w:t>
        <w:br/>
        <w:br/>
        <w:t xml:space="preserve">Jules surged forward but froze.  </w:t>
        <w:br/>
        <w:br/>
        <w:t xml:space="preserve">Two guards lingered farther down the chamber, well within sight but not at Meagan’s door. They sat at a small table, tearing bread and muttering in low tones, their spears leaned against the wall. And worse—just behind them hung the heavy ring of keys. Keys to the cells. Keys to the shackles.  </w:t>
        <w:br/>
        <w:br/>
        <w:t xml:space="preserve">The drip of water. The scrape of boots. The pounding of Jules’ heart. Every sound seemed loud enough to betray them.  </w:t>
        <w:br/>
        <w:br/>
        <w:t xml:space="preserve">Jack crouched, his hand closing around a loose stone from the floor. His eyes found Jules’, steady, unflinching—trust me.  </w:t>
        <w:br/>
        <w:br/>
        <w:t xml:space="preserve">He hurled it into the far passage.  </w:t>
        <w:br/>
        <w:br/>
        <w:t xml:space="preserve">The crack split the silence like a snapped bone, echoing down the black halls. Both guards jerked to their feet, startled.  </w:t>
        <w:br/>
        <w:br/>
        <w:t xml:space="preserve">“What was that?” one hissed.  </w:t>
        <w:br/>
        <w:br/>
        <w:t xml:space="preserve">“Not rats,” the other muttered, already snatching up a torch. “Too heavy. Too close.”  </w:t>
        <w:br/>
        <w:br/>
        <w:t xml:space="preserve">They seized their spears and strode off toward the sound, boots hammering. Their light dwindled, their voices fading.  </w:t>
        <w:br/>
        <w:br/>
        <w:t xml:space="preserve">“Now,” Jack rasped.  </w:t>
        <w:br/>
        <w:br/>
        <w:t xml:space="preserve">They bolted across the chamber. Emily’s hands shook as she snatched the keys, the ring clanging against the stone. Jules shoved the first iron into the lock.  </w:t>
        <w:br/>
        <w:br/>
        <w:t xml:space="preserve">The cell door screeched open. Chains rattled. Meagan sagged forward into Jules’ arms. Her body was little more than bone and exhaustion, yet her cracked lips curved.  </w:t>
        <w:br/>
        <w:br/>
        <w:t xml:space="preserve">“Took you… long enough,” she whispered.  </w:t>
        <w:br/>
        <w:br/>
        <w:t>But the echo of shouts surged again. The guards had found nothing—and they were coming back.</w:t>
        <w:br/>
        <w:br/>
        <w:t>The Flight</w:t>
        <w:br/>
        <w:br/>
        <w:t xml:space="preserve">They tore through the passage, Meagan’s weight slowing them, her bare feet slipping on slick stone. Every stumble wrenched Jules’ chest—each second they lost brought the enemy closer. Behind them, torches flared, boots pounded, voices thundered.  </w:t>
        <w:br/>
        <w:br/>
        <w:t>The chase roared louder, closer—shadows leaping across the walls as though the fortress itself had come alive to swallow them whole.</w:t>
        <w:br/>
        <w:br/>
        <w:t>The Tunnel</w:t>
        <w:br/>
        <w:br/>
        <w:t xml:space="preserve">They burst back into Jules’ chamber, slamming the door behind them. Jack threw the bolt just as a spearhead punched through the wood.  </w:t>
        <w:br/>
        <w:br/>
        <w:t xml:space="preserve">“Jules!” Jack barked, his voice sharp above the chaos. “The hearth—now!”  </w:t>
        <w:br/>
        <w:br/>
        <w:t xml:space="preserve">Her hands shook as she pressed the hidden stone. For a breath—nothing. Panic clawed her throat. Boots thundered in the corridor, fists pounded the door, the girls clung to one another, terror choking their breath.  </w:t>
        <w:br/>
        <w:br/>
        <w:t xml:space="preserve">Then—with a grinding roar—the hearth shuddered. The seam split, widening as the stone slid back to reveal a jagged throat of black. Cold air rushed up from the depths.  </w:t>
        <w:br/>
        <w:br/>
        <w:t xml:space="preserve">Emily went first, gripping Jules’ hand before dropping. The world spun in a wild plunge—air whipping her face, walls scraping her arms. Darkness swallowed her scream until, at last, she struck rough ground below with a bone-jarring thud.  </w:t>
        <w:br/>
        <w:br/>
        <w:t xml:space="preserve">Meagan wavered, her body trembling, but Jules and Jack hauled her forward. With one last ragged breath, she pitched into the void, her cry echoing until the darkness devoured it whole.  </w:t>
        <w:br/>
        <w:br/>
        <w:t xml:space="preserve">Jules followed, her chest burning, her heart thundering. She slid into the black and landed hard beside the others.  </w:t>
        <w:br/>
        <w:br/>
        <w:t xml:space="preserve">Above, the chamber door split with a thunderous crack. Soldiers poured in as Jack pressed his palm desperately against the hearthstone. With a roar of stone on stone, the hearth began to grind shut.  </w:t>
        <w:br/>
        <w:br/>
        <w:t xml:space="preserve">He hurled himself into the tunnel barely in time, the jagged mouth closing at his heels.  </w:t>
        <w:br/>
        <w:br/>
        <w:t xml:space="preserve">The four fugitives lay gasping in the damp dark, listening to the muffled roar of soldiers overhead. The fortress had lost them—for now.  </w:t>
        <w:br/>
        <w:br/>
        <w:t xml:space="preserve">Jack raised the torch, breath ragged. “Now,” he said grimly, “we run.”  </w:t>
        <w:br/>
        <w:br/>
        <w:t>And they did—stumbling, staggering, hearts pounding as the earth itself seemed to carry them toward freedom.</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