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9</w:t>
      </w:r>
    </w:p>
    <w:p>
      <w:pPr>
        <w:pStyle w:val="Heading2"/>
      </w:pPr>
      <w:r>
        <w:t>The Long Road</w:t>
      </w:r>
    </w:p>
    <w:p>
      <w:r>
        <w:br/>
        <w:t>The tunnel seemed endless, twisting down into the bowels of the earth, the air growing colder with each step. Their breaths came ragged, echoing against stone, but no one dared slow. Behind them, the muffled roar of soldiers faded, swallowed by distance and rock.</w:t>
        <w:br/>
        <w:br/>
        <w:t>At last, the passage leveled, narrowing into a corridor braced with timber beams that groaned beneath the weight of the fortress above. Meagan stumbled, and Jack caught her, urging her on.</w:t>
        <w:br/>
        <w:br/>
        <w:t>“Not much farther,” she whispered, though her voice shook with exhaustion.</w:t>
        <w:br/>
        <w:br/>
        <w:t>The tunnel widened abruptly, ending at a sheer wall of brick. For a heartbeat despair clawed at them—trapped. But Meagan pressed her hand to the stones in a rhythm Jules remembered from before, a soft cadence that seemed impossibly loud in the silence.</w:t>
        <w:br/>
        <w:br/>
        <w:t>A low rumble answered. The wall shuddered, dust raining down as it split open, revealing a stairwell carved from packed dirt. Each step crumbled underfoot as they climbed toward the faint promise of air above.</w:t>
        <w:br/>
        <w:br/>
        <w:t>At the top of the stairwell, Jules stumbled against a timber post. Her hand struck something tucked into the shadows—a leather satchel, stiff with age but intact. She froze, tugged it free, and opened it.</w:t>
        <w:br/>
        <w:br/>
        <w:t>Inside lay dried strips of meat, hard-baked bread, two flasks, and a battered flint-box.</w:t>
        <w:br/>
        <w:br/>
        <w:t>“Someone left this,” she whispered, voice tight with disbelief. “Not hours ago. Years, maybe. Waiting.”</w:t>
        <w:br/>
        <w:br/>
        <w:t>Jack’s gaze sharpened, troubled. He reached in and pulled out the flint-box, turning it in his hand. “This wasn’t chance,” he muttered. “Someone prepared for an escape.”</w:t>
        <w:br/>
        <w:br/>
        <w:t>Only when they reached the crest did they dare to stop. Jack turned, scanning the darkness below, but nothing stirred. The enemy was lost in the labyrinth behind them.</w:t>
        <w:br/>
        <w:br/>
        <w:t>Fresh wind touched their faces—sharp, cool, alive. They stepped into the open meadow, where scattered sunflowers nodded in the breeze.</w:t>
        <w:br/>
        <w:br/>
        <w:t>———</w:t>
        <w:br/>
        <w:br/>
        <w:t>“This feels safe,” Jules muttered sarcastically.</w:t>
        <w:br/>
        <w:br/>
        <w:t>Jack came up last and stood beside her. Together they took in the meadow, sunlight spilling over the swaying heads of flowers.</w:t>
        <w:br/>
        <w:br/>
        <w:t>They all breathed deeply, knowing they would never set foot inside that palace again—at least not until the Rebel was defeated.</w:t>
        <w:br/>
        <w:br/>
        <w:t>“So… where do we go now?” Emily asked.</w:t>
        <w:br/>
        <w:br/>
        <w:t>Jack’s jaw tightened. “To Shalda. It’s a city on the border of Alandra and Zana—our former enemy. Traders, messengers, people who don’t ask questions. If we have any chance of finding allies—or getting word to King William—it’s there.”</w:t>
        <w:br/>
        <w:br/>
        <w:t>———</w:t>
        <w:br/>
        <w:br/>
        <w:t>They crossed the meadow quickly, slipping into the shadows of a hedgerow where the road bent out of sight. Jack set a swift pace, keeping them off the beaten track.</w:t>
        <w:br/>
        <w:br/>
        <w:t>For a while, no one spoke. The air itself seemed too fragile, as though a word too loud might shatter their narrow lead.</w:t>
        <w:br/>
        <w:br/>
        <w:t>At last Jack muttered, more to himself than the others, “Things will never be the same now.”</w:t>
        <w:br/>
        <w:br/>
        <w:t>Jules’ head turned, her voice edged with bitterness. “He paraded me like a prize. Like I was nothing but a token to gloat over.” Her hands clenched before falling uselessly to her sides.</w:t>
        <w:br/>
        <w:br/>
        <w:t>Meagan’s eyes flickered but she didn’t look back. “That’s his way. Spectacle. Control.”</w:t>
        <w:br/>
        <w:br/>
        <w:t>Emily’s face tightened. “He made it feel like some were meant for favor, others for punishment. None of it was fair. None of it made sense.”</w:t>
        <w:br/>
        <w:br/>
        <w:t>Jack’s hand flexed at his side. His voice was low, hard. “Don’t mistake blood for loyalty. I am nothing of his.”</w:t>
        <w:br/>
        <w:br/>
        <w:t>Silence followed, heavier than words, as they pressed on into the countryside.</w:t>
        <w:br/>
        <w:br/>
        <w:t>———</w:t>
        <w:br/>
        <w:br/>
        <w:t>Back at the Fortress</w:t>
        <w:br/>
        <w:br/>
        <w:t>The Rebel swept into Jules’ vacated chamber like a storm contained by stone. Guards stood at rigid attention, others knelt by the hearth, prying at the mantle with iron bars. Dust streaked the floor where the secret seam had split.</w:t>
        <w:br/>
        <w:br/>
        <w:t>“They slipped through here,” one of the men said, sweat shining on his brow. “A hidden passage.”</w:t>
        <w:br/>
        <w:br/>
        <w:t>The Rebel’s gaze raked the room. He touched the edge of the hearthstone where faint scratches still marked the surface, then straightened slowly, anger radiating like heat.</w:t>
        <w:br/>
        <w:br/>
        <w:t>“Four prisoners vanish beneath my roof,” he said, his voice silken but deadly. “And my own blood among them.”</w:t>
        <w:br/>
        <w:br/>
        <w:t>The captain swallowed hard. “We’ve already sent riders to scour the road—”</w:t>
        <w:br/>
        <w:br/>
        <w:t>“Not enough.” The Rebel’s tone sharpened. “Hawks in the sky. Hounds on the ground. Light the watchfires to every border town. If they breathe, I want the breath dragged from them.”</w:t>
        <w:br/>
        <w:br/>
        <w:t>A guard shifted uneasily. “And if they resist?”</w:t>
        <w:br/>
        <w:br/>
        <w:t>The Rebel’s eyes narrowed. “Emily clings to defiance, but it will not last. I decide how and when she yields. Jules remains useful for spectacle. As for my son…” His lip curled. “He will either kneel, or he will break. Both paths lead to me.”</w:t>
        <w:br/>
        <w:br/>
        <w:t>The chamber crackled with fear. Horns blared soon after, and the fortress shook with motion: soldiers pouring into the courtyards, hounds loosed, hawks rising black against the dawn sky.</w:t>
        <w:br/>
        <w:br/>
        <w:t>The hunt had begun.</w:t>
        <w:br/>
        <w:br/>
        <w:t>———</w:t>
        <w:br/>
        <w:br/>
        <w:t>The Fugitives</w:t>
        <w:br/>
        <w:br/>
        <w:t>They pressed deeper into the countryside, every step carrying them farther from the fortress—but closer to the dangers of the open road.</w:t>
        <w:br/>
        <w:br/>
        <w:t>By a low stream, Jack motioned them to rest. Meagan sat heavily on a stone, her wrists still raw. Emily knelt to wrap them with a torn strip from her gown, while Jules scanned the far ridge, tense as a drawn bow.</w:t>
        <w:br/>
        <w:br/>
        <w:t>Jack crouched by the water, filling their flasks and drinking deep before speaking. “They’ll be on us soon. He won’t rest until we’re found.”</w:t>
        <w:br/>
        <w:br/>
        <w:t>“Then we have to stay ahead,” Jules said.</w:t>
        <w:br/>
        <w:br/>
        <w:t>“And quiet,” Meagan added, her voice iron beneath the weariness. “The Rebel will use every ear in these fields. Spies, farmers, even children who think a coin worth more than strangers’ lives. Trust no one until we reach Shalda.”</w:t>
        <w:br/>
        <w:br/>
        <w:t>Emily’s hand tightened on Meagan’s. “How far is it?”</w:t>
        <w:br/>
        <w:br/>
        <w:t>“A long road,” Jack said. He stood, eyes fixed on the horizon. “And it only gets harder from here.”</w:t>
        <w:br/>
        <w:br/>
        <w:t>———</w:t>
        <w:br/>
        <w:br/>
        <w:t>That Night</w:t>
        <w:br/>
        <w:br/>
        <w:t>By nightfall, they found a hollow beneath a thicket of hawthorn where they could risk a small fire. Jack gathered dry sticks; Meagan struck sparks with the flint-box until the flames caught. The thin glow painted their faces—pale, bruised, resolute.</w:t>
        <w:br/>
        <w:br/>
        <w:t>They ate sparingly from the satchel: strips of meat shared between them, hard bread softened in water from the stream. It was little enough, but it steadied them, giving a fragile strength.</w:t>
        <w:br/>
        <w:br/>
        <w:t>For a time they said nothing, the crackle of fire and the distant call of night birds filling the silence. Then Emily leaned forward, eyes wide, her words spilling out in a rush.</w:t>
        <w:br/>
        <w:br/>
        <w:t>“I don’t understand—how did we even do it? That wall, that tunnel… how could anyone have found it? Who discovered it? How did you know?”</w:t>
        <w:br/>
        <w:br/>
        <w:t>Her voice carried more awe than suspicion, trembling with relief and disbelief.</w:t>
        <w:br/>
        <w:br/>
        <w:t>Jules shook her head slowly, her own eyes reflecting the firelight. “I don’t know. That guard… the way he revealed it—like he’d been waiting for us. And the maid—” she let out a breath, half-astonished—“who would have thought anyone in that place had the courage to turn against him? I never imagined there were cracks in his fortress at all.”</w:t>
        <w:br/>
        <w:br/>
        <w:t>Meagan’s gaze dropped, voice hushed. “Every tyrant thinks his chains are unbreakable. But sometimes even the smallest hand can find the weak links.”</w:t>
        <w:br/>
        <w:br/>
        <w:t>Emily’s wonder deepened. “So it wasn’t just luck. Someone chose to help us.”</w:t>
        <w:br/>
        <w:br/>
        <w:t>Jack stirred the fire with a stick, his face unreadable. For a moment, his jaw flexed, as if he might speak a name—but he stopped, staring into the flames instead.</w:t>
        <w:br/>
        <w:br/>
        <w:t>Jules’ eyes caught a glint as he shifted. A knife, small, worn, slipped partly from his boot. At first it looked ordinary—until the firelight struck the hilt. She leaned forward, breath catching.</w:t>
        <w:br/>
        <w:br/>
        <w:t>“Jack… that crest.” Her voice was hushed. “It’s the old king’s seal. Where did you get this?”</w:t>
        <w:br/>
        <w:br/>
        <w:t>Jack’s hand closed around the knife. His thumb brushed the faint markings, half-vanished with age. He held it for a long moment, as if weighing whether to speak.</w:t>
        <w:br/>
        <w:br/>
        <w:t>“My mother gave it to me,” he said finally. His voice was low, tight. “She told me to keep it safe. Said one day I’d understand why.” His jaw worked, the shadow of grief in his eyes. “After she died, it was all I had left of her.”</w:t>
        <w:br/>
        <w:br/>
        <w:t>He slid it back into his boot, reverent, protective. “Not much in steel,” he murmured, “but worth more than iron.”</w:t>
        <w:br/>
        <w:br/>
        <w:t>The fire cracked, sparks flaring upward. None of them spoke. The weight of the moment—of Jack’s loss, of the knife’s mystery—pressed in as heavy as the night.</w:t>
        <w:br/>
        <w:br/>
        <w:t>Silence lingered, heavy with things unsaid. The flames sank lower, and one by one they lay down, the weight of pursuit pressing in even through the fragile hope of firelight.</w:t>
        <w:br/>
        <w:br/>
        <w:t>Above them, the stars wheeled. And far across the plains, a hunting horn echoed faint and distant.</w:t>
        <w:br/>
        <w:br/>
        <w:t>The Rebel’s search had not slowed.</w:t>
        <w:br/>
        <w:br/>
        <w:t>Shalda lay ahead, a city of shifting allegiances, where survival might depend not on swords but on whispers.</w:t>
        <w:br/>
        <w:br/>
        <w:t>And so the fugitives closed their eyes, knowing that tomorrow the long road would demand more of them still.</w:t>
        <w:br/>
        <w:br/>
        <w:t>———</w:t>
        <w:br/>
        <w:br/>
        <w:t>The Dark Pass</w:t>
        <w:br/>
        <w:br/>
        <w:t>By dawn, they were moving again. Jack pushed them hard, urging them toward the mountains that loomed on the horizon.</w:t>
        <w:br/>
        <w:br/>
        <w:t>“The Dark Pass,” he said. “It’s patrolled by the King’s soldiers. My father won’t risk his men crossing there—not openly. If we reach it, we buy time.”</w:t>
        <w:br/>
        <w:br/>
        <w:t>Meagan nodded grimly. “I’ve heard the same. It’s our only chance.”</w:t>
        <w:br/>
        <w:br/>
        <w:t>The thought of safety spurred them on. But danger closed in faster than they hoped. Midmorning, the pounding of hooves echoed along the ridgeline. Jack yanked them into the brush, crouching low as a column of Rebel soldiers thundered past, hounds baying at their heels. The fugitives held their breath, hearts hammering, until the last rider vanished.</w:t>
        <w:br/>
        <w:br/>
        <w:t>They pressed on, skirting ravines and streams, their strength thinning with every mile.</w:t>
        <w:br/>
        <w:br/>
        <w:t>By afternoon, the pass was in sight—a cleft in the mountains, dark with shadow but lined with banners that marked the King’s claim.</w:t>
        <w:br/>
        <w:br/>
        <w:t>“Almost there,” Jack urged.</w:t>
        <w:br/>
        <w:br/>
        <w:t>A shout rang out behind them. A scouting party had spotted their flight. Soldiers broke from the trees, charging down the slope.</w:t>
        <w:br/>
        <w:br/>
        <w:t>They sprinted for the pass. The ground pitched uneven, rocks tearing at their feet. Emily and Meagan surged ahead, skirts flying, desperation lending speed.</w:t>
        <w:br/>
        <w:br/>
        <w:t>Jules stumbled, her foot twisting hard against a stone. Pain shot up her leg and she fell with a cry. Jack skidded to a halt.</w:t>
        <w:br/>
        <w:br/>
        <w:t>“Leave me,” she gasped.</w:t>
        <w:br/>
        <w:br/>
        <w:t>“Never.” Jack hauled her up, slinging her arm over his shoulder. When she faltered again, he lifted her bodily, carrying her despite her protests.</w:t>
        <w:br/>
        <w:br/>
        <w:t>Arrows hissed through the air. One thudded into the dirt just behind them; another whispered past Jules’ head, so close she felt the rush of air. The next would strike true.</w:t>
        <w:br/>
        <w:br/>
        <w:t>Jack pushed himself harder, lungs burning. Ahead, Emily and Meagan vanished into the shadows of the pass, shouting their names.</w:t>
        <w:br/>
        <w:br/>
        <w:t>The soldiers closed fast. Another arrow flew—this one grazing Jules’ arm, hot blood streaking down. She bit back a cry.</w:t>
        <w:br/>
        <w:br/>
        <w:t>Then, with a final staggering burst, Jack crossed the boundary stones. The soldiers reined in sharply—their orders clear: do not cross into the King’s patrolled lands. They wheeled back, snarling in frustration, while Jack collapsed to his knees with Jules still in his arms.</w:t>
        <w:br/>
        <w:br/>
        <w:t>Emily and Meagan rushed to them, voices breaking with relief.</w:t>
        <w:br/>
        <w:br/>
        <w:t>They were shaken, bloodied, breathless—but alive.</w:t>
        <w:br/>
        <w:br/>
        <w:t>The Dark Pass had held.</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