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10</w:t>
        <w:br/>
        <w:t>The Knife and the Pass</w:t>
      </w:r>
    </w:p>
    <w:p>
      <w:r>
        <w:t>The night’s flight still clung to them. Jack could feel the echo of Jules’ weight in his arms, the way she had cried out when her ankle twisted on the stones. They had barely reached the Dark Pass before the King’s banners forced the rebels to halt, and though the pursuit had broken off, the memory of pounding hooves haunted every silence.</w:t>
        <w:br/>
        <w:br/>
        <w:t>Now the pass stretched before them, grim and narrow, and the real struggle began. Jules’ ankle throbbed with each step, her arm stiff from the graze of the arrow. She tried to walk as if unhurt, but the strain was written on her face.</w:t>
        <w:br/>
        <w:br/>
        <w:t>“I can keep going,” she insisted, though her voice cracked with the effort.</w:t>
        <w:br/>
        <w:br/>
        <w:t>Jack’s hand tightened on her arm. He said nothing, but his jaw was set hard against the truth—they could not keep this pace much longer.</w:t>
        <w:br/>
        <w:br/>
        <w:t>The Dark Pass rose before them like a scar cleft into the mountains. Dark pines crowded the ridges, their branches whispering in the wind. Though the banners of the King’s patrols marked the boundary stones, safety here was only relative. Every echo of hooves or cry of a hawk kept them taut with fear.</w:t>
        <w:br/>
        <w:br/>
        <w:t>But the greatest danger wasn’t behind them. It was beside them.</w:t>
        <w:br/>
        <w:br/>
        <w:t>Jules stumbled again, her ankle twisted from the flight, her arm still raw where the arrow had grazed her. Every step sent fire up her leg. She gritted her teeth, determined to keep pace, but her strength bled out faster than her will.</w:t>
        <w:br/>
        <w:br/>
        <w:t>“I can keep going,” she insisted when Jack slowed. But the words rang hollow—her voice cracked with pain, her breath coming shallow.</w:t>
        <w:br/>
        <w:br/>
        <w:t>Emily tried to hide her impatience, though it flickered in her eyes. “If we don’t move faster—”</w:t>
        <w:br/>
        <w:br/>
        <w:t>“We’ll move as fast as she can bear,” Jack cut in sharply.</w:t>
        <w:br/>
        <w:br/>
        <w:t>Meagan slipped under Jules’ good arm, steadying her. “Don’t waste your strength proving what we already know. You’re hurt.”</w:t>
        <w:br/>
        <w:br/>
        <w:t>Still Jules pressed on, her pride and guilt binding her tighter than any chain. Each stumble slowed them, each falter reminding Jack of how far Shalda lay ahead. His jaw worked harder with every mile.</w:t>
        <w:br/>
        <w:br/>
        <w:t>At last, on a narrow slope of shale, Jules crumpled to her knees, clutching her side. Jack dropped beside her, fury sparking—not at her, but at the weight pressing in from every direction.</w:t>
        <w:br/>
        <w:br/>
        <w:t>“This won’t work,” he snapped. His hand dug into his boot and drew the small knife—the one with the faint crest on the hilt. He held it up, its blade dull but still carrying the weight of memory. “We need a horse. A wagon. Something. She can’t walk all the way to Shalda like this.”</w:t>
        <w:br/>
        <w:br/>
        <w:t>Jules’ head shot up, her face pale, her eyes blazing through tears. “Not that. Jack—you can’t.”</w:t>
        <w:br/>
        <w:br/>
        <w:t>He didn’t look at her. His thumb rubbed the hilt, slow and aching.</w:t>
        <w:br/>
        <w:br/>
        <w:t>“You said it was all you had of her,” Jules whispered. Her voice broke. “Don’t trade it because of me. Don’t lose her memory just to drag me forward.”</w:t>
        <w:br/>
        <w:br/>
        <w:t>At that, his gaze snapped to hers, fierce, unyielding. “What good is a memory if you’re not here to share it with me?”</w:t>
        <w:br/>
        <w:br/>
        <w:t>Her breath hitched. For a moment, neither of them moved, the knife trembling between them like the hinge of fate.</w:t>
        <w:br/>
        <w:br/>
        <w:t>Then Jack rose, jaw set, and strode toward the patrol fires burning just inside the pass.</w:t>
        <w:br/>
        <w:br/>
        <w:t>⸻</w:t>
        <w:br/>
        <w:br/>
        <w:t>The King’s patrol captain was wary at first, eyes narrowing at the battered fugitives. His men shifted, hands on their weapons, until Jack held out the knife.</w:t>
        <w:br/>
        <w:br/>
        <w:t>The captain took it, turning the hilt under the light. His brows lifted. “This mark… old, but known.” His gaze flicked to Jack. “You value it.”</w:t>
        <w:br/>
        <w:br/>
        <w:t>Jack’s voice was iron. “I value her more.”</w:t>
        <w:br/>
        <w:br/>
        <w:t>The silence stretched. Then the captain barked an order. A soldier brought forward a bay horse with a worn but sturdy saddle. Another dropped a bundle at Jack’s feet—bread, dried fish, a small flask of oil.</w:t>
        <w:br/>
        <w:br/>
        <w:t>“Take it,” the captain said. “And don’t linger. Shalda waits, and it eats men alive quicker than any blade.”</w:t>
        <w:br/>
        <w:br/>
        <w:t>Jack bowed his head once, clipped, and returned to Jules. He lifted her gently onto the horse, his hands steady though his heart ached.</w:t>
        <w:br/>
        <w:br/>
        <w:t>⸻</w:t>
        <w:br/>
        <w:br/>
        <w:t>By dusk, the crooked rooftops of Shanly came into view—a small way-town perched at the edge of the foothills. The town was no jewel—just a patchwork of muddy lanes, timber frames, and the smell of woodsmoke—but to the fugitives, it felt like breath after drowning.</w:t>
        <w:br/>
        <w:br/>
        <w:t>Jack led them to the back quarter, where an old cartwright named Thalen greeted him with wide eyes and a curse. “Boy, you’ve grown into your father’s stubborn shadow.” But his hands softened when he saw Jules pale and trembling on the horse. He gave them bread, a coil of rope, a lantern, and promised them a wagon by dawn.</w:t>
        <w:br/>
        <w:br/>
        <w:t>When he pressed a bundle of dried apples into Emily’s hands, she blinked in surprise.</w:t>
        <w:br/>
        <w:br/>
        <w:t>“For you,” he said gruffly. “You look like someone who still knows how to smile. Don’t let the road take that from you.”</w:t>
        <w:br/>
        <w:br/>
        <w:t>Emily’s grin lit her whole face, and she clutched the gift as if it were treasure.</w:t>
        <w:br/>
        <w:br/>
        <w:t>⸻</w:t>
        <w:br/>
        <w:br/>
        <w:t>That night, camped just outside Shanly’s walls, the fire burned low. The air smelled of pine tar and smoke from the chimneys above.</w:t>
        <w:br/>
        <w:br/>
        <w:t>Talk turned to what lay ahead.</w:t>
        <w:br/>
        <w:br/>
        <w:t>“Shalda,” Jack said quietly, his eyes on the flames. “The city of shifting loyalties. It may be the only place we can disappear.”</w:t>
        <w:br/>
        <w:br/>
        <w:t>“Disappear?” Emily asked.</w:t>
        <w:br/>
        <w:br/>
        <w:t>Meagan’s gaze was shadowed. “Shalda speaks two languages at once. One in coin, one in whispers. Merchants haggle in the open, but their words hide debts, secrets, allegiances. Everyone is selling something—sometimes not goods, but information.”</w:t>
        <w:br/>
        <w:br/>
        <w:t>Emily frowned. “So how do we know who to trust?”</w:t>
        <w:br/>
        <w:br/>
        <w:t>“You don’t,” Meagan answered. “Not until you find the right hands. The Waymarket is the heart of it—coppersmiths hammering kettles, spice stalls thick with saffron and smoke, crowds pressing shoulder to shoulder where thieves slip through like shadows. Look for the stall with copper pots glazed in cracked blue.” She lowered her voice. “That’s where the lamplighter keeps watch.”</w:t>
        <w:br/>
        <w:br/>
        <w:t>“The lamplighter?” Emily’s eyes brightened.</w:t>
        <w:br/>
        <w:br/>
        <w:t>“They call them Keepers,” Meagan said. “They tend more than flame. If you tell him ‘Rowan’s house burned,’ he’ll know who sent you. If he answers ‘but the ashes glow,’ he’s safe. Through him, we may find the allies we need.”</w:t>
        <w:br/>
        <w:br/>
        <w:t>Silence lingered after that, heavy with both dread and hope.</w:t>
        <w:br/>
        <w:br/>
        <w:t>⸻</w:t>
        <w:br/>
        <w:br/>
        <w:t>Later, when the others had drifted to sleep, Jules stirred in the firelight. She turned to Jack, her face pale but softened by gratitude.</w:t>
        <w:br/>
        <w:br/>
        <w:t>“You gave up your mother’s knife… for me.”</w:t>
        <w:br/>
        <w:br/>
        <w:t>Jack shook his head. “For us. For tomorrow.”</w:t>
        <w:br/>
        <w:br/>
        <w:t>Her eyes glistened. Slowly, she reached up, brushing her fingers against his cheek. He caught her hand gently, his thumb tracing her knuckles. For a heartbeat, the weight of the world lifted, leaving only the fragile spark of something unspoken.</w:t>
        <w:br/>
        <w:br/>
        <w:t>Neither moved closer. Neither pulled away.</w:t>
        <w:br/>
        <w:br/>
        <w:t>The fire sank lower, and the night deepened, carrying them forward to the city that waited like a coin tossed in the dark—Shalda.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