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11</w:t>
        <w:br/>
        <w:t>Ashes Before Dawn</w:t>
      </w:r>
    </w:p>
    <w:p>
      <w:r>
        <w:t>The stars were paling when Jack stirred the others awake. Shanly still slept beyond its crooked rooftops, smoke from the chimneys lying low in the valley.</w:t>
        <w:br/>
        <w:br/>
        <w:t>Jules blinked against the gray light, shifting stiffly to sit up. Her hair was mussed, her face pale, but when Jack crouched beside her, she managed a tired smile.</w:t>
        <w:br/>
        <w:br/>
        <w:t>“You didn’t sleep,” she murmured.</w:t>
        <w:br/>
        <w:br/>
        <w:t>Jack shrugged, brushing ashes from his sleeve. “Somebody had to keep the fire from wandering.”</w:t>
        <w:br/>
        <w:br/>
        <w:t>She reached out, her fingers brushing his hand. “You always carry too much.”</w:t>
        <w:br/>
        <w:br/>
        <w:t>For a moment, the world was still. He squeezed her hand gently, then helped her to her feet. “Come on. Dawn won’t wait for us.”</w:t>
        <w:br/>
        <w:br/>
        <w:t>The others moved like shadows, tightening packs and stamping out the last embers of their campfire. Beyond the trees, Thalen’s cart-house held their wagon and pair of mules, stabled safe for the night.</w:t>
        <w:br/>
        <w:br/>
        <w:t>For a breath, there was peace—the kind that comes just before the world remembers you exist.</w:t>
        <w:br/>
        <w:br/>
        <w:t>Then Meagan stiffened. “Do you smell that?”</w:t>
        <w:br/>
        <w:br/>
        <w:t>At first it was only a hint beneath pine and damp earth. Then the wind shifted, and smoke rolled thick and acrid from Shanly’s back quarter.</w:t>
        <w:br/>
        <w:br/>
        <w:t>Flames leapt suddenly into the night, swallowing a roof in the lower lanes. In seconds the glow spread, painting crooked timbers in savage orange. Shouts rose, bells clanged, villagers rushed with buckets.</w:t>
        <w:br/>
        <w:br/>
        <w:t>Emily’s face blanched. “That’s where—”</w:t>
        <w:br/>
        <w:br/>
        <w:t>“The cart-house,” Jack finished, his voice hard. His jaw locked. “Thalen’s place.”</w:t>
        <w:br/>
        <w:br/>
        <w:t>Before anyone could stop him, he was already running toward the blaze.</w:t>
        <w:br/>
        <w:br/>
        <w:t>“Jack!” Jules’ cry split the air, but he didn’t slow.</w:t>
        <w:br/>
        <w:br/>
        <w:t>She tried to follow, but Meagan caught her arm, pulling her back. Jules fought her grip, her voice breaking. “He’ll be killed!”</w:t>
        <w:br/>
        <w:br/>
        <w:t>The cart-house roared like a furnace, sparks spinning into the sky. Flames chewed through rafters and beams, the doors already sagging inward. Inside, the mules shrieked and kicked against their stalls.</w:t>
        <w:br/>
        <w:br/>
        <w:t>Jack plunged into the smoke, untying halters with raw hands. The first mule reared, nearly striking him, but he forced it toward the open air. He loosed the second, slapping its haunch until both bolted clear of the collapsing cart-house.</w:t>
        <w:br/>
        <w:br/>
        <w:t>Only then did he turn to the wagon. Its timbers were smoldering, the iron fittings too hot to touch. Smoke clawed his throat, searing his lungs, but he heaved against the shafts, dragging it inch by inch toward the doorway. A rafter split with a scream of timber and crashed down behind him, sparks showering his back. He staggered, hauling until his arms felt torn from their sockets.</w:t>
        <w:br/>
        <w:br/>
        <w:t>A voice rang from the chaos—Thalen’s, hoarse with smoke. “Jack! Leave it! Run, boy!”</w:t>
        <w:br/>
        <w:br/>
        <w:t>But Jack didn’t stop. With a final desperate lurch, the wagon broke free into the night. He shoved it clear, then collapsed to his knees, coughing, his sleeve scorched and his cheek cut by flying debris.</w:t>
        <w:br/>
        <w:br/>
        <w:t>Jules stumbled to his side, tears streaking through soot, while Meagan and Emily threw themselves at the flames gnawing the wagon. Smoke stung their eyes, sparks bit at their skin, but inch by inch they beat the fire back until the wood smoldered, charred but intact.</w:t>
        <w:br/>
        <w:br/>
        <w:t>Jack’s hands trembled as he pushed upright, staring at the wagon as though it were both salvation and betrayal.</w:t>
        <w:br/>
        <w:br/>
        <w:t>“Thalen’s cart-house…” His voice was raw, hoarse. “He gave this to us. Now he’s left with ashes.”</w:t>
        <w:br/>
        <w:br/>
        <w:t>Through the smoke, they glimpsed Thalen among the villagers, a bucket in his hands, shouting orders as he fought the fire consuming his home. His eyes caught Jack’s for only a moment, fierce and grief-stricken. Then another roof beam crashed, dragging him back into the chaos.</w:t>
        <w:br/>
        <w:br/>
        <w:t>Meagan gripped Jack’s arm, steady. “Better his cart-house than your lives. That’s what he’d say.”</w:t>
        <w:br/>
        <w:br/>
        <w:t>But Jack’s jaw stayed clenched, shame and fury warring in his eyes. He turned away from the flames, dragging the wagon toward the road. “Then I’ll make it count. We ride now.”</w:t>
        <w:br/>
        <w:br/>
        <w:t>The mules, wild-eyed and trembling, had bolted toward the edge of the trees where they had camped the night before. Emily and Meagan ran to catch their halters, coaxing them back with soft voices, while Jules steadied Jack on his feet. By frantic effort they hitched the pair to the wagon, the animals still snorting against the smoke.</w:t>
        <w:br/>
        <w:br/>
        <w:t>Behind them, Shanly’s quarter blazed, villagers shouting into the dark. Cloaked figures slipped from the alleys, vanishing like smoke.</w:t>
        <w:br/>
        <w:br/>
        <w:t>“They set it,” Meagan said, her voice low, deadly certain. “Rebels. They thought we were inside.”</w:t>
        <w:br/>
        <w:br/>
        <w:t>“They wanted ashes,” Jack growled. He seized the reins with blackened hands. “Then we’ll give them dust on the road.”</w:t>
        <w:br/>
        <w:br/>
        <w:t>The mules balked at the smoke but obeyed, hooves striking sparks on the cobbles. The wagon creaked forward, battered but whole, wheels crunching as they fled Shanly. Behind them, fire devoured Thalen’s cart-house, painting the night with a false dawn.</w:t>
        <w:br/>
        <w:br/>
        <w:t>Only when the town fell behind did Emily speak, clutching the bundle of dried apples Thalen had pressed into her hands.</w:t>
        <w:br/>
        <w:br/>
        <w:t>“If they’ll burn a town just to kill us,” she whispered, “what will they do in Shalda?”</w:t>
        <w:br/>
        <w:br/>
        <w:t>No one answered. Jack only snapped the reins, his eyes fixed on the road east, where the true dawn waited—and the city of shifting loyalties loomed.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