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12</w:t>
        <w:br/>
        <w:br/>
        <w:t>The Road to Shalda</w:t>
      </w:r>
    </w:p>
    <w:p>
      <w:r>
        <w:t>In the light of dawn, Shanly broke behind them in silence. Smoke still lingered low in the valley, curling above the crooked rooftops as the mules pulled the wagon east. The road wound narrow between ragged fields and patches of wood, the air still carrying a faint tang of ash whenever the wind shifted. No one spoke much as the cart rattled steady beneath them.</w:t>
        <w:br/>
        <w:br/>
        <w:t>Jules sat beside Jack on the bench, the hem of his cloak drawn around her shoulders against the bite of the wind. She stole glances at him now and then—the hard set of his jaw, the way his hands knew the reins without looking, as though he had driven wagons his whole life.</w:t>
        <w:br/>
        <w:br/>
        <w:t>“You’ve done this before,” she said finally.</w:t>
        <w:br/>
        <w:br/>
        <w:t>He raised a brow. “Driven mules?”</w:t>
        <w:br/>
        <w:br/>
        <w:t>“Kept people moving. Made choices for everyone else.”</w:t>
        <w:br/>
        <w:br/>
        <w:t>For a long time he didn’t answer. Then, softly: “Someone has to.”</w:t>
        <w:br/>
        <w:br/>
        <w:t>She wanted to ask more, but Emily had leaned forward from the back, chin resting on her knees. Her voice cut the silence, small but edged with thought. “Do you think Thalen will rebuild?”</w:t>
        <w:br/>
        <w:br/>
        <w:t>Jack’s hands tightened on the reins. “He’ll try. He always tries. But a man can only build so many times before the world takes more than it gives back.”</w:t>
        <w:br/>
        <w:br/>
        <w:t>No one answered that.</w:t>
        <w:br/>
        <w:br/>
        <w:t>⸻</w:t>
        <w:br/>
        <w:br/>
        <w:t>By late afternoon they had crossed into lowland country, where the road wove through marshy ground. The fields here lay abandoned—fences broken, roofs sagging. Once there had been farms; now only crows picked among the stubble.</w:t>
        <w:br/>
        <w:br/>
        <w:t>Emily hugged herself, watching the empty windows as they passed. “Feels like the houses are staring.”</w:t>
        <w:br/>
        <w:br/>
        <w:t>“They are,” Meagan said quietly. “Every one of them holds a story cut short. War does that.”</w:t>
        <w:br/>
        <w:br/>
        <w:t>Jules shivered, though the wind was calm.</w:t>
        <w:br/>
        <w:br/>
        <w:t>⸻</w:t>
        <w:br/>
        <w:br/>
        <w:t>They camped that night in a hollow of trees where the road bent east. Jack and Meagan set the mules close, tethering them low where roots gave good footing. The girls gathered what deadwood they could, enough for a small fire that licked at the dark but no higher.</w:t>
        <w:br/>
        <w:br/>
        <w:t>They ate sparingly from the satchel found in the tunnel—bread soaked soft in water, thin strips of dried meat, a pear sliced carefully into four pieces. Emily made herself laugh at how solemn they all looked holding their tiny portions. “Like it’s a feast,” she said, but her voice wavered.</w:t>
        <w:br/>
        <w:br/>
        <w:t>Jules nudged her with an elbow. “Then call it one. You always were good at pretending until it felt true.”</w:t>
        <w:br/>
        <w:br/>
        <w:t>Emily looked at her sharply, then softened. “You remembered that.”</w:t>
        <w:br/>
        <w:br/>
        <w:t>Jules didn’t say more, but the corner of her mouth lifted, just slightly.</w:t>
        <w:br/>
        <w:br/>
        <w:t>⸻</w:t>
        <w:br/>
        <w:br/>
        <w:t>Much later, the fire burned low, the stars sharp overhead. The others slept, curled close against the chill. Jack took first watch, leaning against the wagon wheel, his eyes tracing every flicker in the shadows.</w:t>
        <w:br/>
        <w:br/>
        <w:t>A sound came soft—branches shifting where no wind stirred. Then another, closer. Jack’s head lifted.</w:t>
        <w:br/>
        <w:br/>
        <w:t>From the brush, figures slipped forward. Not men, not soldiers. Thin shapes, barely more than boys. Their clothes hung ragged, their eyes hollow with hunger. One reached a hand toward the mule’s halter; another crept toward the provisions by the fire.</w:t>
        <w:br/>
        <w:br/>
        <w:t>Jack stood silently, letting the firelight catch his outline. His height, his stance, was enough to make two of them falter. Still, one darted closer, fingers brushing the leather strap of the satchel.</w:t>
        <w:br/>
        <w:br/>
        <w:t>“Stop,” Jack said, his voice low, steady.</w:t>
        <w:br/>
        <w:br/>
        <w:t>The boy froze. His eyes, wide and startled, were not cruel but desperate. He looked no older than Emily. Another behind him clutched a stick, holding it more like a shield than a weapon.</w:t>
        <w:br/>
        <w:br/>
        <w:t>Meagan stirred, already on her feet. “Go,” she said sharply. “Back to your holes before you’re dragged into one for good.”</w:t>
        <w:br/>
        <w:br/>
        <w:t>The boys hesitated, their hollow faces flickering in the firelight. Jules pushed herself up, brushing soot from her skirt. “They’re starving.”</w:t>
        <w:br/>
        <w:br/>
        <w:t>“They’ll take everything we have,” Meagan countered, her voice like flint.</w:t>
        <w:br/>
        <w:br/>
        <w:t>Jules swallowed, then knelt quickly by the satchel. She pulled out two pieces of bread and one strip of meat, leaving their stores lighter. She walked forward slowly, placing the food on the ground between them.</w:t>
        <w:br/>
        <w:br/>
        <w:t>The boys stared. For a moment none moved. Then the smallest crept forward, snatched it up, and fled into the dark, the others scattering after him like shadows torn from the fire.</w:t>
        <w:br/>
        <w:br/>
        <w:t>Only silence remained.</w:t>
        <w:br/>
        <w:br/>
        <w:t>Jack’s eyes stayed on the black trees. “They’ll tell others.”</w:t>
        <w:br/>
        <w:br/>
        <w:t>“Then let them,” Jules said softly, her voice trembling but firm. “Better that than watch them starve.”</w:t>
        <w:br/>
        <w:br/>
        <w:t>Meagan said nothing, her arms crossed tight across her chest. But when she finally sat down again, her hands trembled as they covered her face.</w:t>
        <w:br/>
        <w:br/>
        <w:t>Later, when the others slept again, she whispered into the dark, so low Jules barely heard:</w:t>
        <w:br/>
        <w:t>“I used to be the one who gave bread. Before war. Before chains and knives. The King said kindness was strength—that compassion turned back more darkness than blades ever could. But I’ve let fear harden me. I’ve let his shadow change me.”</w:t>
        <w:br/>
        <w:br/>
        <w:t>Her voice cracked, and she lowered her hands. “I don’t want to forget what he taught. I don’t want to forget who I was meant to be.”</w:t>
        <w:br/>
        <w:br/>
        <w:t>Jules touched her arm gently. “Then don’t forget. You’re still here. Still choosing. That fight alone proves you’re not lost.”</w:t>
        <w:br/>
        <w:br/>
        <w:t>Meagan closed her eyes, and for the first time in a long while, her expression softened.</w:t>
        <w:br/>
        <w:br/>
        <w:t>⸻</w:t>
        <w:br/>
        <w:br/>
        <w:t>Sleep came fitfully after that. When Jules woke again, the fire was only embers. Jack still sat near, one hand resting on the reins as if even in rest he guarded what was theirs.</w:t>
        <w:br/>
        <w:br/>
        <w:t>“Why didn’t you chase them off harsher?” Jules whispered.</w:t>
        <w:br/>
        <w:br/>
        <w:t>He drew a long breath, his gaze still fixed on the dark. “Because I keep wondering—what if I’d been born there instead of here? Hungry, nameless, stealing just to last another night. Would I have been any different?”</w:t>
        <w:br/>
        <w:br/>
        <w:t>Jules studied him in the dim glow, the shape of his face caught between shadow and light. “You always carry too much.”</w:t>
        <w:br/>
        <w:br/>
        <w:t>His gaze flicked to hers then, quiet, unreadable. But his hand shifted, brushing against hers where it rested on the wagon board. Neither moved it away.</w:t>
        <w:br/>
        <w:br/>
        <w:t>For a long time they sat like that, a fragile stillness binding them more than words.</w:t>
        <w:br/>
        <w:br/>
        <w:t>⸻</w:t>
        <w:br/>
        <w:br/>
        <w:t>The next day stretched long. The mules pulled steady, their hooves thudding the packed road. Hills rose and fell, fields gave way to patches of forest. Once they passed a burned wagon overturned in the ditch, its wheels black, its goods scattered and spoiled. Jules pressed her hand to her mouth, but Jack steered them past without a word.</w:t>
        <w:br/>
        <w:br/>
        <w:t>Emily, though, spotted a trunk half-buried in the wreckage. “Wait—there.”</w:t>
        <w:br/>
        <w:br/>
        <w:t>They halted, and together the girls dragged it free. The latch hung broken, the lid scorched at the edges, but inside they found clothes folded and stacked: rough traveling cloaks, a strip of linen, tunics patched but still whole. They loaded it onto their wagon, and no one said more than a murmur of thanks that it hadn’t burned entirely.</w:t>
        <w:br/>
        <w:br/>
        <w:t>Jack said nothing, but Jules caught the thought in his eyes: how survival often came from what others had lost.</w:t>
        <w:br/>
        <w:br/>
        <w:t>⸻</w:t>
        <w:br/>
        <w:br/>
        <w:t>By evening, when their shadows stretched long across the grass, the land began to change. Roads widened, more traveled; the trees thinned, replaced by scrub and stone. On the horizon, rising from the haze of smoke and spires, Shalda came into view.</w:t>
        <w:br/>
        <w:br/>
        <w:t>It was no jewel. It was a sprawl of rooftops and crooked towers, a city caught between grandeur and ruin. Smoke curled from chimneys, bells tolled faintly, and banners whipped ragged in the wind. Even from the distance, it looked alive in a way that made the heart quicken.</w:t>
        <w:br/>
        <w:br/>
        <w:t>Emily gripped the side of the wagon, her eyes wide. “It’s real,” she whispered.</w:t>
        <w:br/>
        <w:br/>
        <w:t>“More real than you think,” Meagan murmured. Her face was shadowed, but her voice carried a steadier note than the night before. “Every choice we make there will matter.”</w:t>
        <w:br/>
        <w:br/>
        <w:t>Jack guided the reins onward, his gaze fixed on the city, but Jules saw the tension in his jaw, the thoughts he held close. She touched his arm, gentle. He glanced at her, and though neither spoke, something passed between them—something fragile, uncertain, but undeniable.</w:t>
        <w:br/>
        <w:br/>
        <w:t>⸻</w:t>
        <w:br/>
        <w:br/>
        <w:t>The closer they drew, the clearer the city became. Smoke curled not only from hearths but from smithies and dye-houses. Towers jutted in uneven rows—some gleaming with tiled roofs, others broken and listing like rotten teeth. The outer lanes sprawled with shanties of patched wood and canvas, while deeper in the city walls rose higher, richer, stitched with the banners of merchant houses.</w:t>
        <w:br/>
        <w:br/>
        <w:t>“It doesn’t look like one place,” Emily whispered, her wide eyes tracing the sprawl. “It looks like ten cities fighting to sit on the same street.”</w:t>
        <w:br/>
        <w:br/>
        <w:t>“That’s not far off,” Meagan said. Her voice held both warning and awe. “Shalda thrives on division. Wealth beside ruin. Loyalty beside betrayal. Every man sells what another is desperate to buy. Even truth has a price.”</w:t>
        <w:br/>
        <w:br/>
        <w:t>Jules hugged her arms. “And we’re just supposed to walk in?”</w:t>
        <w:br/>
        <w:br/>
        <w:t>“We walk carefully,” Meagan said. “And we remember that every glance, every word, can be traded for coin.”</w:t>
        <w:br/>
        <w:br/>
        <w:t>Jack had been silent, the reins loose in his hands, but his shoulders were tense. Jules glanced at him—and then it struck her. His sharp jaw, his storm-blue eyes. The resemblance.</w:t>
        <w:br/>
        <w:br/>
        <w:t>She caught her breath. “Jack. If anyone here knows your face…”</w:t>
        <w:br/>
        <w:br/>
        <w:t>The words hung heavy.</w:t>
        <w:br/>
        <w:br/>
        <w:t>Meagan’s eyes narrowed as she studied him. “She’s right. You carry your father’s mark too clearly. In the wrong quarter, a whisper would be enough to bring a mob—or worse, the Rebel’s men hunting with open hands.”</w:t>
        <w:br/>
        <w:br/>
        <w:t>Emily shifted uneasily. “Then what do we do?”</w:t>
        <w:br/>
        <w:br/>
        <w:t>Jack’s voice was flat. “I won’t hide.”</w:t>
        <w:br/>
        <w:br/>
        <w:t>“You must,” Meagan pressed, her tone firm but not unkind. “Not for your sake. For theirs.” She nodded toward the girls. “One glance too long, one merchant who remembers the shape of the Rebel’s eyes, and you doom them all. Disguise is not cowardice—it’s survival.”</w:t>
        <w:br/>
        <w:br/>
        <w:t>Jack’s jaw worked, but he said nothing.</w:t>
        <w:br/>
        <w:br/>
        <w:t>Jules’ eyes drifted to the trunk they had pulled from the overturned wagon earlier that day. “Wait,” she whispered. “The clothes.”</w:t>
        <w:br/>
        <w:br/>
        <w:t>Emily caught on first, already tugging it open. The scent of smoke and old cedar rose as she pulled free a rough wool cloak, patched but sturdy. “This will do.”</w:t>
        <w:br/>
        <w:br/>
        <w:t>Meagan nodded quickly, snatching up a strip of linen from the same chest. She pressed the cloak into Jack’s hands, then drew the linen across his jaw and mouth like a traveler’s dust-wrap. “Keep the hood low. The less of your face they see, the better.”</w:t>
        <w:br/>
        <w:br/>
        <w:t>Emily tilted her head, studying him with a half-smile. “You look less like the Rebel’s son and more like some weary mule-driver.”</w:t>
        <w:br/>
        <w:br/>
        <w:t>“Good,” Meagan said firmly. “Fortunate we found that chest when we did—without it, we’d be walking into Shalda exposed and vulnerable.”</w:t>
        <w:br/>
        <w:br/>
        <w:t>⸻</w:t>
        <w:br/>
        <w:br/>
        <w:t>The wagon rolled on, wheels crunching the stones of the outer road. The gates of Shalda loomed nearer, their iron teeth gaping wide. Torches flared along the walls, casting long shadows across the road where travelers queued to enter.</w:t>
        <w:br/>
        <w:br/>
        <w:t>Meagan’s voice lowered to a murmur. “This is where the game begins. Once we step through those gates, we are in a city that listens with both ears and both eyes. So we speak little, watch much, and trust only when the right words are given back.”</w:t>
        <w:br/>
        <w:br/>
        <w:t>Her hand brushed the side of the wagon where the flasks and bread sat. “Rowan’s house burned,” she whispered.</w:t>
        <w:br/>
        <w:br/>
        <w:t>Jules and Emily echoed the words softly, fixing them in memory.</w:t>
        <w:br/>
        <w:br/>
        <w:t>Meagan’s gaze sharpened. “And if the Keeper answers, ‘but the ashes glow’—then, and only then, do we follow.”</w:t>
        <w:br/>
        <w:br/>
        <w:t>The gates loomed larger. The hum of the crowd thickened. The scent of spices and smoke drifted on the air, tangled with voices haggling in a dozen accents.</w:t>
        <w:br/>
        <w:br/>
        <w:t>Jack steadied the reins. The mules stepped forward, their shadows long beneath the firelight.</w:t>
        <w:br/>
        <w:br/>
        <w:t>And the fugitives crossed into Shalda—the city of shifting loyalties, where survival itself could be bought or stolen, and where their path would be decided not by swords but by whispers.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