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Chapter 13</w:t>
        <w:br/>
        <w:br/>
        <w:t>The Keeper’s Flame</w:t>
      </w:r>
    </w:p>
    <w:p>
      <w:r>
        <w:br/>
        <w:br/>
        <w:t>The wagon clattered through the gates of Shalda just as the evening lamps were being lit. Torches flared along the walls, and the heavy gates groaned shut behind them, sealing them inside a city already humming with restless life.</w:t>
        <w:br/>
        <w:br/>
        <w:t>Two guards lounged at the archway, halberds crossed. Their eyes swept over the wagon, the cloaked figures, the weary mules. One stepped forward, his voice rough but steady.</w:t>
        <w:br/>
        <w:br/>
        <w:t>“Business?”</w:t>
        <w:br/>
        <w:br/>
        <w:t>“Supplies,” Jack said evenly, keeping his head low.</w:t>
        <w:br/>
        <w:br/>
        <w:t>The guard studied him for a beat too long, then grunted. “See that you pay your levy. Market taxes have doubled. You’ll find collectors near the square.”</w:t>
        <w:br/>
        <w:br/>
        <w:t>Emily shrank back, but Meagan’s steady hand on her shoulder urged silence. The guard lifted his weapon, and the wagon rattled forward.</w:t>
        <w:br/>
        <w:br/>
        <w:t>Inside the gates, the world burst wide.</w:t>
        <w:br/>
        <w:br/>
        <w:t>Jules sat stiff on the bench beside Jack, her hood low, the rough wool cloak from the salvaged trunk pulled tight. The mules tossed their heads at the noise—hawkers crying prices, wheels grinding on cobblestones, the sharp calls of children darting through the crowd with baskets of figs or handfuls of copper nails.</w:t>
        <w:br/>
        <w:br/>
        <w:t>Shalda was no single place. It was ten cities stitched together, each tugging against the seams of the others. The outer lanes sprawled with patched shanties of wood and canvas, smoke curling from crooked chimneys. Deeper in, towers jutted with tiled roofs, their banners faded but still proud. Narrow alleys spilled spice and sweat, coin and whispers, in equal measure.</w:t>
        <w:br/>
        <w:br/>
        <w:t>Emily craned her neck, wide-eyed. “It feels alive… like it’s breathing.”</w:t>
        <w:br/>
        <w:br/>
        <w:t>“Alive,” Meagan murmured, “and listening. Every step here is heard, every word repeated. Walk carefully.”</w:t>
        <w:br/>
        <w:br/>
        <w:t>Jack guided the wagon off the main road, toward a narrower lane where the noise thinned. They passed a tannery, the sharp stink of hides making Jules gag, then a row of shuttered bakeries—windows dark though the day’s business should have still been running. A woman with hollow cheeks banged on one of the doors, shouting that her children had nothing left to eat. Inside, no one answered.</w:t>
        <w:br/>
        <w:br/>
        <w:t>“Where now?” Jack asked quietly.</w:t>
        <w:br/>
        <w:br/>
        <w:t>“The Waymarket,” Meagan said, her eyes sharp under her hood. “If the Keeper still watches, he’ll be there.”</w:t>
        <w:br/>
        <w:br/>
        <w:t>⸻</w:t>
        <w:br/>
        <w:br/>
        <w:t>The Waymarket bloomed at the city’s heart, a knot of streets braided into a square. Stalls crowded shoulder to shoulder: copper pots shining under soot-smudged lanterns, bolts of dyed cloth hanging like banners, fish laid out on wet boards. The smell was thick—smoke and brine, saffron and sweat. Shouts tangled in the air: vendors calling prices, children darting with baskets, donkeys braying under loads of firewood.</w:t>
        <w:br/>
        <w:br/>
        <w:t>But under the clamor, Jules caught murmurs. A man grumbled that bread had doubled in price since last week. A woman clutched a sack of onions, hissing that she’d seen fights break out in the alleys when flour ran short. At one shuttered stall, two men argued whether the king’s men were hoarding grain for themselves. Their voices were low, angry, the kind that spread faster than fire.</w:t>
        <w:br/>
        <w:br/>
        <w:t>Jack pulled the wagon into a shadowed corner where an old fountain stood dry. The mules stamped nervously, ears twitching at the noise. Meagan stepped forward, pressing coins into the hand of a sharp-eyed boy. “Two coppers to watch the wagon,” she told him. He grinned and leaned against the fountain with practiced ease, already shooing away loiterers. “They’ll be here when you return,” he promised. Only then did Meagan nod. “Now we can go.”</w:t>
        <w:br/>
        <w:br/>
        <w:t>She scanned the rows of stalls, her gaze narrowing. “There.”</w:t>
        <w:br/>
        <w:br/>
        <w:t>At first it looked plain: copper lamps in neat rows, their bellies glowing faintly with oil-fed light. But Jules noticed one tucked near the back, its surface faintly glazed in cracked blue. Meagan had told them to watch for that sign—it was how the Keepers marked their own.</w:t>
        <w:br/>
        <w:br/>
        <w:t>Behind the counter stood a man with graying hair tied at his neck, a leather apron dusted with soot. His hands moved with practiced ease, trimming a wick with his little finger, coaxing a flame steady.</w:t>
        <w:br/>
        <w:br/>
        <w:t>Meagan stepped forward first. Jules followed, her heart hammering.</w:t>
        <w:br/>
        <w:br/>
        <w:t>The man adjusted another lamp as though he hadn’t seen them. “Can I offer you a light for your table? Strong flame, doesn’t gutter in the draft.”</w:t>
        <w:br/>
        <w:br/>
        <w:t>Meagan’s voice was low, firm. “Rowan’s house burned.”</w:t>
        <w:br/>
        <w:br/>
        <w:t>The lamplighter’s hands paused. His eyes, dark and precise, lifted to hers. For a heartbeat he said nothing. Then, mildly: “But the ashes glow.”</w:t>
        <w:br/>
        <w:br/>
        <w:t>He raised the counter’s end. “Back room’s cooler than the street. Mind the step.”</w:t>
        <w:br/>
        <w:br/>
        <w:t>⸻</w:t>
        <w:br/>
        <w:br/>
        <w:t>The back room smelled of metal and tallow. Lamps of every size lined a shelf, their glass bellies catching flecks of sunlight from a high slit window. On a worktable lay a scatter of brass gears and half-trimmed wicks.</w:t>
        <w:br/>
        <w:br/>
        <w:t>At first, Jules saw nothing remarkable. But then the man crossed to a tall lamp in the corner and twisted its base with the ease of long habit. The flame inside guttered, then steadied again—yet the movement stirred something deeper. A panel in the back wall gave a faint sigh, swinging open on hinges disguised as lamp brackets.</w:t>
        <w:br/>
        <w:br/>
        <w:t>Inside the hollow was no treasure chest, but something weightier: a ledger, bound in worn leather, its corners rubbed smooth by years of hands. It rested in a cradle of iron so it could not be lifted without unlocking a second catch. The man pressed two fingers against the hidden clasp, and only then did the book come free.</w:t>
        <w:br/>
        <w:br/>
        <w:t>He set it on the bench, the strap still fastened. The air seemed to change with it—like the room itself held its breath.</w:t>
        <w:br/>
        <w:br/>
        <w:t>“This,” he said quietly, “never lies in the open. If it ever fell into the wrong hands, the whole city’s defenses would burn in a single night.”</w:t>
        <w:br/>
        <w:br/>
        <w:t>The lamplighter set a thumb on the strap but did not unfasten it yet. “You made noise getting here,” he said, his tone measured. “Four souls vanish from a fortress, and Shalda wakes talking in its sleep.”</w:t>
        <w:br/>
        <w:br/>
        <w:t>“We had no choice,” Meagan said. “And little time.”</w:t>
        <w:br/>
        <w:br/>
        <w:t>“No one in this quarter does,” he replied. His mouth tilted, not quite a smile. “You used the words, and you were not followed—well enough. Names?”</w:t>
        <w:br/>
        <w:br/>
        <w:t>“No,” Meagan said at once.</w:t>
        <w:br/>
        <w:br/>
        <w:t>“Good.” He nodded. “Names are worth more than coin here. Keep yours close.” He dipped his head slightly. “I am called Erick by some and Keeper by those who need me. Take whichever suits you.”</w:t>
        <w:br/>
        <w:br/>
        <w:t>Jules found her voice. “You’re the one we were told to find.”</w:t>
        <w:br/>
        <w:br/>
        <w:t>“I am one of them.” He tapped a glass chimney, making the soot bloom. “Keepers tend more than flame. We light what others would rather see dark.”</w:t>
        <w:br/>
        <w:br/>
        <w:t>He did not look at Jack while he spoke, but Jules felt the way his attention circled the room—aware, measuring.</w:t>
        <w:br/>
        <w:br/>
        <w:t>“We need to know the Rebel’s plan,” Meagan said. “Whispers are enough to flee by, not enough to fight with. The king will need proof.”</w:t>
        <w:br/>
        <w:br/>
        <w:t>“Of course he will.” Erick’s eyes scanned toward the market beyond the wall. “And that proof cannot come from me. If a Keeper is seen watching too closely, if we are caught following wagons, the whole network falls. We can pass whispers, tilt lamps—but we cannot risk exposure.” His gaze steadied on Meagan. “That is why you were sent here. Outsiders can move unnoticed where we cannot.”</w:t>
        <w:br/>
        <w:br/>
        <w:t>He opened the ledger. The pages were crowded with tight, slanted marks—routes, prices, not-real names. His blunt finger stilled halfway down a page. “You’ve come just in time. Tomorrow at dusk, three caravans will take grain from the river platforms. House Naril counts coin. House Steren weighs sacks. House Vay keeps ledgers under its apron.”</w:t>
        <w:br/>
        <w:br/>
        <w:t>Emily blinked. “What does that even mean? Counts coin, weighs sacks, keeps ledgers?”</w:t>
        <w:br/>
        <w:br/>
        <w:t>Erick’s mouth tilted—patient, but firm. “It means each house controls part of the grain trade. Naril pays the workers and handles the money. Steren makes sure the loads are measured fair. Vay writes everything down in the records. Together they keep one another honest—or they should. But tomorrow night, two of those houses will betray that trust. They’ll shutter their stalls early, send wagons into alleys, and the food will vanish into the Rebel’s storehouses. Watch carefully. Bring me which houses. Bring me the captain with a red thread sewn under his cuff instead of minding his men. That name will carry to the king’s hand before dawn.”</w:t>
        <w:br/>
        <w:br/>
        <w:t>Emily frowned. “The red thread—what does that mean?”</w:t>
        <w:br/>
        <w:br/>
        <w:t>“It marks loyalty,” Erick said grimly. “A quiet sign worn by officers who’ve sold themselves to the Rebel. A thread sewn inside the cuff, where only the right eyes would notice. It is how they know one another. If you see it, you’ve found a man already turned.”</w:t>
        <w:br/>
        <w:br/>
        <w:t>Emily’s eyes widened. “You can do that?”</w:t>
        <w:br/>
        <w:br/>
        <w:t>Erick lifted a lamp, tilting it. “Night lines. Flame tower to tower, window to window. A Keeper’s lamp can speak across a city. And one steady flame, carried through the old postern at the third hour, means a sealed letter rides before morning.”</w:t>
        <w:br/>
        <w:br/>
        <w:t>He set it down, the flame steady. “We’ve been at this longer than your Rebel has been sharpening knives. He is loud. We are patient.”</w:t>
        <w:br/>
        <w:br/>
        <w:t>Silence pressed close. The market’s noise felt a world away.</w:t>
        <w:br/>
        <w:br/>
        <w:t>Meagan drew a breath. “We’ll watch the platforms. We’ll bring you proof.”</w:t>
        <w:br/>
        <w:br/>
        <w:t>Erick nodded once. “Good. And when you’ve done, you’ll need a roof and a safe place for your wagon. I’ll not have the mules stolen while you sleep.” He tore a small strip of parchment from his ledger, scrawled a mark on it, and pressed it into Meagan’s hand. “Show this at the bakery on Farrier’s Lane. Ask for the back loft. The ovens are loud, the neighbors nosy, and that is just the way we like it. No one will ask who you are. Tell the boy at the door you come from Erick, and he’ll see your wagon is kept behind the shuttered stalls. Your animals will be safe. And so will you.”</w:t>
        <w:br/>
        <w:br/>
        <w:t>Then he lifted the counter’s end. “Go out separately,” he said. “Two and two. Meet by the broken lion at the square’s far corner.” His gaze lingered on Jack’s hood. “And keep your shadow where your face would be. Men in this city sell what they notice.”</w:t>
        <w:br/>
        <w:br/>
        <w:t>⸻</w:t>
        <w:br/>
        <w:br/>
        <w:t>They slipped back into the crush of the Waymarket, splitting into pairs—Emily with Meagan, Jules with Jack.</w:t>
        <w:br/>
        <w:br/>
        <w:t>The market pressed close again, bright and rough and alive. Jules and Jack walked shoulder to shoulder along the cluttered edge of the street. Once, a boy darted in front of them with a string of tin birds. Jules stumbled, but before she could fall, Jack’s arm shot out, catching her firmly around the waist. For a heartbeat he didn’t let go, his hand steady against her side, holding her closer than he ever had.</w:t>
        <w:br/>
        <w:br/>
        <w:t>Jules’s breath caught. She should have stepped back, but she didn’t.</w:t>
        <w:br/>
        <w:br/>
        <w:t>Jack’s eyes met hers, storm-bright under his hood. He let his hand linger just a moment longer than necessary—long enough to mean something—before guiding her steady on her feet.</w:t>
        <w:br/>
        <w:br/>
        <w:t>Neither said a word, but the silence between them felt louder than the market’s roar.</w:t>
        <w:br/>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