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Chapter 14</w:t>
        <w:br/>
        <w:t>Shadows and Signals</w:t>
        <w:br/>
        <w:br/>
        <w:t>⸻</w:t>
        <w:br/>
        <w:br/>
        <w:t>Scene 1 – The Secret of Shalda</w:t>
        <w:br/>
        <w:br/>
        <w:t>Meagan led them away from the Waymarket’s chaos, but then she paused, her gaze sliding back toward the dry fountain where their wagon and mules waited under the sharp-eyed boy’s watch.</w:t>
        <w:br/>
        <w:br/>
        <w:t>“We can’t leave it here,” she murmured. “Too many eyes. The Keeper’s mark won’t shield a wagon from thieves.”</w:t>
        <w:br/>
        <w:br/>
        <w:t>Jack frowned. “And where do we put it?”</w:t>
        <w:br/>
        <w:br/>
        <w:t>“Somewhere less obvious,” Meagan replied. She crossed to the boy, pressed another coin into his palm, and whispered a few words. His eyes brightened, and he darted off down a side lane, motioning for them to follow.</w:t>
        <w:br/>
        <w:br/>
        <w:t>They guided the mules slowly through the crowded street until the boy stopped at a narrow courtyard, half-hidden behind sagging stalls of cloth. A shuttered canopy covered one wall, leaving just enough space to wheel the wagon inside. The boy tugged a rope, and a faded tarpaulin dropped, disguising the entry.</w:t>
        <w:br/>
        <w:br/>
        <w:t>“No one bothers this place,” he said with a crooked grin. “Too many spiders.”</w:t>
        <w:br/>
        <w:br/>
        <w:t>“Good,” Meagan said. She gave him another copper. “Keep your mouth shut, and there’ll be more next time we meet.”</w:t>
        <w:br/>
        <w:br/>
        <w:t>The boy nodded solemnly and vanished into the crowd.</w:t>
        <w:br/>
        <w:br/>
        <w:t>With the wagon secured, Meagan turned back to them, her expression grave. “Now we can go.”</w:t>
        <w:br/>
        <w:br/>
        <w:t>⸻</w:t>
        <w:br/>
        <w:br/>
        <w:t>She led them down a narrow lane where the noise dulled to the hum of distant bells. Stone walls pressed close, and the air grew damp, smelling faintly of earth and ash.</w:t>
        <w:br/>
        <w:br/>
        <w:t>Jules felt Jack stiffen beside her. “Where are we going? This doesn’t look like—”</w:t>
        <w:br/>
        <w:br/>
        <w:t>“Trust me,” Meagan said, her voice firm but low.</w:t>
        <w:br/>
        <w:br/>
        <w:t>The alley ended in a heavy wooden door set into the side of an ancient tower. Its surface was scarred with age, banded in black iron, the keyhole long rusted shut. To anyone else, it looked abandoned.</w:t>
        <w:br/>
        <w:br/>
        <w:t>Meagan placed her palm flat against the door, and Jules saw her close her eyes. For a moment, nothing happened. Then the faintest pulse shimmered under her hand—like the slow beat of a heart, just as it had throbbed in the roots of the great tree when they first crossed into this world. The wood itself seemed to stir.</w:t>
        <w:br/>
        <w:br/>
        <w:t>A soft crack echoed, and the iron bands shifted, not breaking but bending, as if they were reeds in water. The door sighed open, revealing a stair spiraling down into darkness.</w:t>
        <w:br/>
        <w:br/>
        <w:t>Emily gasped. “How did—?”</w:t>
        <w:br/>
        <w:br/>
        <w:t>“The Keepers mark what belongs to them,” Meagan said. “And if you’ve been given their trust, the city itself answers.”</w:t>
        <w:br/>
        <w:br/>
        <w:t>They descended into the cool chamber below. The air smelled of stone and candle wax, thick with age. Along the walls, Jules saw faint carvings—circles and slanted lines, like the lamp symbols Erick had shown them in the ledger. They weren’t words exactly, but they pulsed faintly, glowing blue like coals hidden under ash.</w:t>
        <w:br/>
        <w:br/>
        <w:t>Jules slowed, her eyes catching on one mark unlike the rest. Two lilies interwoven with a flame. The carving was sharp, not worn, as if it had been etched only a handful of years ago.</w:t>
        <w:br/>
        <w:br/>
        <w:t>She tilted her head. “This one looks… newer. Why is it different?”</w:t>
        <w:br/>
        <w:br/>
        <w:t>Meagan’s face tightened. For a moment she said nothing, then answered carefully. “Some marks are left when a vow is made—or remembered. This one was carved to honor a union. A marriage.”</w:t>
        <w:br/>
        <w:br/>
        <w:t>Jules blinked, puzzled. “Whose?”</w:t>
        <w:br/>
        <w:br/>
        <w:t>“That isn’t for me to say,” Meagan replied softly. “Not yet.”</w:t>
        <w:br/>
        <w:br/>
        <w:t>Jack frowned, his gaze shifting to her. “And how do you know all this? It’s as though the city itself answers to you.”</w:t>
        <w:br/>
        <w:br/>
        <w:t>For the first time, Meagan hesitated. “Because some doors only open for those they recognize.” She looked down the dark stair, her voice low. “And the Keepers have long memories.”</w:t>
        <w:br/>
        <w:br/>
        <w:t>Emily’s brow furrowed. “Who are you, really?”</w:t>
        <w:br/>
        <w:br/>
        <w:t>But Meagan only pressed forward into the chamber, her cloak trailing through the dust. She did not answer.</w:t>
        <w:br/>
        <w:br/>
        <w:t>They moved deeper. Niches cut into the stone held old lamp-frames and shallow bowls, their rims soot-black. On one wall, a slate shelf waited beneath a row of iron hooks. Meagan reached up and pressed a hidden catch; a narrow panel slid aside, revealing a wrapped bundle and a small tin box sealed in wax.</w:t>
        <w:br/>
        <w:br/>
        <w:t>“This is why we came,” she said quietly. “Erick could not risk fetching these himself. These are tools the Keepers use to send messages safely. Runners can be caught, but these carry news faster than any man on foot.”</w:t>
        <w:br/>
        <w:br/>
        <w:t>She set the tin aside and unwrapped the bundle piece by piece so they could see. First came a folded cloth map, inked with waymarks and safe routes. Then two thin iron tokens shaped like tiny flames. “These are relay tokens,” she explained. “Show one to a Keeper, and they’ll know you can be trusted to pass a message forward.” Last, she drew out a palm-sized slate with a chalk stub bound to it. “And this—this is for the towers. A single mark drawn here can be copied in light signals across the city, window to window, tower to tower.”</w:t>
        <w:br/>
        <w:br/>
        <w:t>Emily’s mouth parted in awe. “So it’s like… like the city can talk to itself.”</w:t>
        <w:br/>
        <w:br/>
        <w:t>Meagan nodded. “Exactly. And tomorrow, when the caravans move, these may be the only way to outpace the Rebel’s men.”</w:t>
        <w:br/>
        <w:br/>
        <w:t>Jack’s gaze had drifted to a low stone shelf. A bundle lay there, wrapped in faded leather. Something about it tugged at him. He crouched, pulled the ties loose, and drew out a knife in a sheath blackened with age. The hilt was etched with a faint lamp-mark—identical to the symbol on the blade he had once bartered away to save them.</w:t>
        <w:br/>
        <w:br/>
        <w:t>Jules gasped. “Jack—that’s the same mark. The same as the knife you traded—for the horse.”</w:t>
        <w:br/>
        <w:br/>
        <w:t>Jack’s breath hitched. His hand tightened around the hilt, eyes burning. “I thought I’d never see one again. That blade was more than steel to me. And now—” He shook his head, overcome. “How can it be that another finds its way back to me?”</w:t>
        <w:br/>
        <w:br/>
        <w:t>Meagan’s eyes softened. She stepped closer, laying a hand briefly on the hilt before letting it go. “That belonged to a Keeper who did not live to see this lair used again. Take it, Jack. Such things find their rightful hands in time.”</w:t>
        <w:br/>
        <w:br/>
        <w:t>He swallowed hard and nodded once.</w:t>
        <w:br/>
        <w:br/>
        <w:t>Meagan repacked the map, tokens, and slate beneath her cloak. “We’re done here. Tomorrow night brings the caravans. Tonight, we eat, we plan, and we sleep where no one asks questions.”</w:t>
        <w:br/>
        <w:br/>
        <w:t>For a moment, the four stood silent in the shadow of the chamber, feeling the weight of history press close around them. Jules shivered, sensing they had stepped into something greater than any one of them could carry alone.</w:t>
        <w:br/>
        <w:br/>
        <w:t>⸻</w:t>
        <w:br/>
        <w:br/>
        <w:t>Scene 2 – The Rebel Uneasy</w:t>
        <w:br/>
        <w:br/>
        <w:t>Far from Shalda’s lamps, the Rebel’s fortress brooded under the weight of firelit halls. His council chamber was lined with banners of deep red and black, their edges scorched from torch smoke. The man himself stood before the long table, hands braced on the wood, staring at maps inked with supply routes and guard rotations.</w:t>
        <w:br/>
        <w:br/>
        <w:t>A scout, mud-spattered from travel, bowed low. “My lord. Reports from Shanly. The fugitives slipped our lines by the western path. They reached Dark Pass—under the king’s patrol. Our riders wouldn’t cross that boundary without orders. By the time we tried to flank them, they were gone into the gullies.”</w:t>
        <w:br/>
        <w:br/>
        <w:t>The Rebel’s jaw set. “Where now?”</w:t>
        <w:br/>
        <w:br/>
        <w:t>“They’ve gone toward Shalda,” the scout said. “Locals swear they traveled under cloaks with a covered wagon. Four souls—the same count.”</w:t>
        <w:br/>
        <w:br/>
        <w:t>The Rebel’s face darkened. “Shalda.” He tapped the map with a finger, tracing the trade-arteries that converged there. “Of course. They would run straight for the city I cannot afford to lose.”</w:t>
        <w:br/>
        <w:br/>
        <w:t>One of his captains leaned forward. “Shall I increase the patrols, my lord?”</w:t>
        <w:br/>
        <w:br/>
        <w:t>“Quietly,” the Rebel said, voice edged. “I will not spook the city. If they stir Shalda against me, the whole plan begins to fray.”</w:t>
        <w:br/>
        <w:br/>
        <w:t>He paced before the fire. “My hold there is not yet absolute. The caravans, the weigh-houses, the storehouses—they bend, but not all have broken. If those fugitives meddle—if they turn even one gatekeeper or weigh-master—my work unravels.”</w:t>
        <w:br/>
        <w:br/>
        <w:t>The chamber fell silent. Only the crackle of the fire dared answer.</w:t>
        <w:br/>
        <w:br/>
        <w:t>“Double the eyes in Shalda,” he ordered at last. “I want whispers brought to me before they’re spoken. If the fugitives are there, I will know. And when they act, we will be ready.”</w:t>
        <w:br/>
        <w:br/>
        <w:t>⸻</w:t>
        <w:br/>
        <w:br/>
        <w:t>Scene 3 – The Bakery Loft</w:t>
        <w:br/>
        <w:br/>
        <w:t>When they finally emerged from the hidden chamber, night pressed close around Shalda. Lanterns swayed on iron hooks, painting the alleys gold and shadow. The four retraced their steps to the courtyard where their wagon lay hidden, the tarpaulin still in place. The boy from earlier was nowhere to be seen.</w:t>
        <w:br/>
        <w:br/>
        <w:t>Meagan tugged the cloth aside, checked the mules, and nodded. “Good. Erick’s mark will see us the rest of the way.”</w:t>
        <w:br/>
        <w:br/>
        <w:t>They wound carefully through the alleys until the smell of yeast and warm bread drifted to meet them. Ahead, a low building leaned against its neighbors, smoke curling from the chimney. A wooden sign, carved with nothing more than a wheat stalk, swung gently in the breeze.</w:t>
        <w:br/>
        <w:br/>
        <w:t>Jack rapped once at the side door. A shutter slid open, revealing a narrow pair of eyes.</w:t>
        <w:br/>
        <w:br/>
        <w:t>“We’ve come from Erick,” Meagan said, slipping the strip of parchment through the crack.</w:t>
        <w:br/>
        <w:br/>
        <w:t>The eyes studied it, then the shutter snapped shut. Bolts scraped, the door creaked open, and a boy barely older than Emily gestured them inside. “Quick, quick. Bring the animals round.”</w:t>
        <w:br/>
        <w:br/>
        <w:t>They guided the wagon into a back lane where a space had been cleared behind shuttered stalls. The boy tugged the reins expertly and whistled. “These’ll be safe here. No one steals bread-wagon mules—too stubborn to lead.”</w:t>
        <w:br/>
        <w:br/>
        <w:t>Inside, the bakery glowed with heat. The owner, a round man with arms like kneaded dough, was leaning over the counter, scolding the cook.</w:t>
        <w:br/>
        <w:br/>
        <w:t>“You call that stew? I asked for something hearty, not bathwater with onions!”</w:t>
        <w:br/>
        <w:br/>
        <w:t>The cook didn’t even look up from the pot. “If you wanted flavor, you should’ve paid for spices.”</w:t>
        <w:br/>
        <w:br/>
        <w:t>The baker huffed, turning to the newcomers as if appealing to a jury. “You hear that? Insolence, right in my own kitchen.”</w:t>
        <w:br/>
        <w:br/>
        <w:t>Meagan’s mouth twitched. “At least he’s honest.”</w:t>
        <w:br/>
        <w:br/>
        <w:t>Emily giggled. Jules bit her lip to hide a smile, and Jack muttered under his breath, “Better honest bathwater than poisoned spice.”</w:t>
        <w:br/>
        <w:br/>
        <w:t>The cook smirked. “See? Someone appreciates me.”</w:t>
        <w:br/>
        <w:br/>
        <w:t>The baker groaned and waved them toward the table. “Sit. Eat. Just don’t encourage him, or we’ll all be stuck with onion stew for the rest of our days.”</w:t>
        <w:br/>
        <w:br/>
        <w:t>Bowls of steaming stew and hunks of warm bread landed in front of them. The first spoonful was plain, but it was hot, and it was enough.</w:t>
        <w:br/>
        <w:br/>
        <w:t>The cook paused when Jack drew his knife to cut the crust. He squinted at the blade, snorted, then disappeared into the kitchen. A moment later he returned and set a small whetstone on the table beside Jack’s bowl.</w:t>
        <w:br/>
        <w:br/>
        <w:t>“That edge won’t last the night.”</w:t>
        <w:br/>
        <w:br/>
        <w:t>Jack raised a brow. “And what do you suggest?”</w:t>
        <w:br/>
        <w:br/>
        <w:t>With a grunt, the cook dropped into his chair. “Trade: sharpen that knife quiet, and you don’t complain about my stew.”</w:t>
        <w:br/>
        <w:br/>
        <w:t>Around them, low talk rose and fell—complaints about flour cut short, a mutter that the weigh-house had closed early, a tired joke about thin soup and thinner purses. No one looked twice at the “cousins from the coast.”</w:t>
        <w:br/>
        <w:br/>
        <w:t>After they ate, the baker’s boy led them up a narrow stair to a loft above the ovens—a warm room with two pallets and a small window that peered over tiled roofs.</w:t>
        <w:br/>
        <w:br/>
        <w:t>Meagan set the wrapped map and tokens beneath her cloak. “We rest in watches. Tomorrow we look, we listen, and we bring the Keeper what he needs.”</w:t>
        <w:br/>
        <w:br/>
        <w:t>Jack nodded. “I’ll take first.”</w:t>
        <w:br/>
        <w:br/>
        <w:t>Jules lingered by the small window, the city a scatter of embers beyond the glass. Jack joined her, silent, his shoulder brushing hers as he leaned to see the rooftops. Neither moved away.</w:t>
        <w:br/>
        <w:br/>
        <w:t>Jules drew a slow breath, steadying herself. “It almost looks peaceful from here.”</w:t>
        <w:br/>
        <w:br/>
        <w:t>“Almost,” Jack said. His voice was quiet, but closer than she expected.</w:t>
        <w:br/>
        <w:br/>
        <w:t>Their eyes met briefly, a glance that lingered longer than it should have, before Jules turned back to the window.</w:t>
        <w:br/>
        <w:br/>
        <w:t>The last voices from below dwindled into quiet. Shalda lay beyond the glass, its streets waiting in uneasy shadow.</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