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Chapter 15</w:t>
      </w:r>
    </w:p>
    <w:p>
      <w:r>
        <w:t>Shadows and Signals</w:t>
      </w:r>
    </w:p>
    <w:p/>
    <w:p>
      <w:r>
        <w:t>⸻</w:t>
      </w:r>
    </w:p>
    <w:p/>
    <w:p>
      <w:r>
        <w:t>Scene 1 – Night Watch</w:t>
      </w:r>
    </w:p>
    <w:p/>
    <w:p>
      <w:r>
        <w:t>The floorboards creaked softly with the settling heat of the day. Jules pressed her palm to the cool pane; the city shifted uneasily, alive in the dark, and every sound pressed too close.</w:t>
      </w:r>
    </w:p>
    <w:p/>
    <w:p>
      <w:r>
        <w:t>Jack had taken the first watch, as he’d promised. He sat near the loft door, back against the wall. The knife lay across his knees, and the whetstone rested on a folded cloth beside him. He drew the blade along it in steady strokes—measured, patient, each scrape loud in the hush of the room.</w:t>
      </w:r>
    </w:p>
    <w:p/>
    <w:p>
      <w:r>
        <w:t>The others tried for rest, though none found it easily. Emily tossed beneath her blanket, whispering questions into the dark—“What if someone finds us? What if the Rebel knows we’re here?”—until Meagan soothed her with a hand on her shoulder. Meagan herself stayed in shadow, hood drawn close, her silence heavier than words.</w:t>
      </w:r>
    </w:p>
    <w:p/>
    <w:p>
      <w:r>
        <w:t>Jules lingered by the narrow opening, chin on her knees, watching the lamps of Shalda shimmer like scattered embers across the rooftops. She envied the way the city seemed to sleep while they could not.</w:t>
      </w:r>
    </w:p>
    <w:p/>
    <w:p>
      <w:r>
        <w:t>Movement caught her eye—a shadow slipping quick through the alley below. Her heart lurched, but as she leaned forward, she saw it clearly: only a boy, no older than twelve, darting past with a bundle of kindling strapped to his back. He paused once beneath the lamplight, glanced around nervously, then vanished between the stalls.</w:t>
      </w:r>
    </w:p>
    <w:p/>
    <w:p>
      <w:r>
        <w:t>Jules let out a breath she hadn’t realized she was holding.</w:t>
      </w:r>
    </w:p>
    <w:p/>
    <w:p>
      <w:r>
        <w:t>But then—another figure followed. Broader, heavier, stride too precise for a street rat. A hood drawn too carefully, a clasp gleaming faintly as it caught the lamplight. Not just anyone. A soldier’s gait. A Rebel cloak.</w:t>
      </w:r>
    </w:p>
    <w:p/>
    <w:p>
      <w:r>
        <w:t>Her breath hitched, sharper this time. She pressed back against the wall, eyes locked on the figure until it melted into shadow and vanished.</w:t>
      </w:r>
    </w:p>
    <w:p/>
    <w:p>
      <w:r>
        <w:t>She kept her gaze fixed on the alley even after the man was gone. And then, for the briefest moment, she thought she saw another set of eyes—just a boy, barefoot, sitting on a stoop with a crust of bread. The boy watched the alley as if weighing something unseen. Then, as a draft stirred the street, he darted off into the shadows.</w:t>
      </w:r>
    </w:p>
    <w:p/>
    <w:p>
      <w:r>
        <w:t>Jules’s stomach twisted. Too many eyes. Always too many.</w:t>
      </w:r>
    </w:p>
    <w:p/>
    <w:p>
      <w:r>
        <w:t>“Jules?” Emily’s whisper cut through the silence. “What did you see?”</w:t>
      </w:r>
    </w:p>
    <w:p/>
    <w:p>
      <w:r>
        <w:t>Jules shook her head quickly. “Nothing… just someone passing.” But her voice was thin, and Jack’s head rose. He didn’t press her, but his hand settled tighter on the knife again.</w:t>
      </w:r>
    </w:p>
    <w:p/>
    <w:p>
      <w:r>
        <w:t>Emily sat up, hugging her knees. “What if they’re looking for us already? What if they know we’re here?”</w:t>
      </w:r>
    </w:p>
    <w:p/>
    <w:p>
      <w:r>
        <w:t>“They don’t,” Jack said flatly. “If they did, we wouldn’t still be breathing.”</w:t>
      </w:r>
    </w:p>
    <w:p/>
    <w:p>
      <w:r>
        <w:t>Emily’s lip trembled. “But what if they find out? What if tomorrow we walk straight into them?”</w:t>
      </w:r>
    </w:p>
    <w:p/>
    <w:p>
      <w:r>
        <w:t>Jules turned from the view, meeting her cousin’s wide eyes. “That’s why we keep watch. That’s why we have each other. We won’t be caught off guard again.”</w:t>
      </w:r>
    </w:p>
    <w:p/>
    <w:p>
      <w:r>
        <w:t>Emily blinked, then whispered, “Do you think the king even knows what’s happening here?”</w:t>
      </w:r>
    </w:p>
    <w:p/>
    <w:p>
      <w:r>
        <w:t>Meagan’s voice came soft but edged with steel. “He will. That’s why we came.”</w:t>
      </w:r>
    </w:p>
    <w:p/>
    <w:p>
      <w:r>
        <w:t>For a long moment, silence held them. Every timber groan and drifting footstep outside seemed too sharp, too near.</w:t>
      </w:r>
    </w:p>
    <w:p/>
    <w:p>
      <w:r>
        <w:t>The voices of men rose faintly from a distant street—laughter, a cart wheel dragging. Harmless. But the memory of the cloaked figure lingered in Jules’s chest like a weight.</w:t>
      </w:r>
    </w:p>
    <w:p/>
    <w:p>
      <w:r>
        <w:t>Jack slid the knife back into its sheath with a quiet scrape. “Sleep if you can. Tomorrow will be worse.”</w:t>
      </w:r>
    </w:p>
    <w:p/>
    <w:p>
      <w:r>
        <w:t>No one argued.</w:t>
      </w:r>
    </w:p>
    <w:p/>
    <w:p>
      <w:r>
        <w:t>⸻</w:t>
      </w:r>
    </w:p>
    <w:p/>
    <w:p>
      <w:r>
        <w:t>Scene 2 – A Quiet Reveal</w:t>
      </w:r>
    </w:p>
    <w:p/>
    <w:p>
      <w:r>
        <w:t>The loft settled into uneasy stillness. Emily eventually curled against her blanket, breathing shallow but steady. Meagan sat with her back to the wall, eyes half-lidded, though Jules doubted she slept.</w:t>
      </w:r>
    </w:p>
    <w:p/>
    <w:p>
      <w:r>
        <w:t>Jules stayed near the opening. Beyond it, the city stretched like a restless sea of rooftops, dark chimneys jutting against the stars. A dog barked somewhere far off. Closer, a cart wheel thudded over cobblestones and faded into silence. Shalda never fully slept; it only shifted in its dreams.</w:t>
      </w:r>
    </w:p>
    <w:p/>
    <w:p>
      <w:r>
        <w:t>Behind her, the scrape of boots whispered against the boards. Jack rose from his post, his shadow long in the lamplight as he came to stand beside her. For a while, neither spoke. His shoulder brushed hers as he leaned to see the street, the quiet weight of him strangely grounding.</w:t>
      </w:r>
    </w:p>
    <w:p/>
    <w:p>
      <w:r>
        <w:t>Jules nudged his elbow lightly with two fingers, a small gesture in the dark. Jack glanced down, then tapped her knuckles back, quick. A silent promise. A signal between them, fragile but real.</w:t>
      </w:r>
    </w:p>
    <w:p/>
    <w:p>
      <w:r>
        <w:t>“You’re not sleeping,” he murmured, his voice low so it wouldn’t wake the others.</w:t>
      </w:r>
    </w:p>
    <w:p/>
    <w:p>
      <w:r>
        <w:t>“Neither are you,” she whispered back.</w:t>
      </w:r>
    </w:p>
    <w:p/>
    <w:p>
      <w:r>
        <w:t>“Can’t.” His eyes stayed on the rooftops. “Every time I close my eyes, I see him—what the Rebel would do if we were caught.”</w:t>
      </w:r>
    </w:p>
    <w:p/>
    <w:p>
      <w:r>
        <w:t>Her throat tightened. “Don’t say that.”</w:t>
      </w:r>
    </w:p>
    <w:p/>
    <w:p>
      <w:r>
        <w:t>He turned then, softer. “I won’t let it happen.”</w:t>
      </w:r>
    </w:p>
    <w:p/>
    <w:p>
      <w:r>
        <w:t>Something in his tone made her believe him, even if she knew he couldn’t promise such things. She looked away, heart unsteady.</w:t>
      </w:r>
    </w:p>
    <w:p/>
    <w:p>
      <w:r>
        <w:t>After a pause, Jules leaned closer, keeping her voice barely above a whisper. “Jack… I didn’t tell Emily the truth earlier. That man I saw in the alley—it wasn’t just anyone. He walked like a soldier. Cloak clasp, stride—he was one of the Rebel’s.”</w:t>
      </w:r>
    </w:p>
    <w:p/>
    <w:p>
      <w:r>
        <w:t>Jack’s jaw tightened. He didn’t look at her, but his hand shifted on the hilt of his knife. “You’re certain?”</w:t>
      </w:r>
    </w:p>
    <w:p/>
    <w:p>
      <w:r>
        <w:t>She nodded. “Certain.”</w:t>
      </w:r>
    </w:p>
    <w:p/>
    <w:p>
      <w:r>
        <w:t>He exhaled slowly through his nose. “Then we stay sharper. No mistakes. If they’re already here, we can’t afford to be seen.”</w:t>
      </w:r>
    </w:p>
    <w:p/>
    <w:p>
      <w:r>
        <w:t>Their eyes met in the dim light. Neither said more, but Jules felt the weight of his resolve settle over her like a shield.</w:t>
      </w:r>
    </w:p>
    <w:p/>
    <w:p>
      <w:r>
        <w:t>From across the room, Emily stirred, her blanket rustling. “Jules?” she whispered.</w:t>
      </w:r>
    </w:p>
    <w:p/>
    <w:p>
      <w:r>
        <w:t>Jules sighed. “Go back to sleep.”</w:t>
      </w:r>
    </w:p>
    <w:p/>
    <w:p>
      <w:r>
        <w:t>But Emily pushed herself up on her elbows, eyes wide in the dim. “That mark in the tunnel—the lilies with the flame. What did it mean? You looked at it like you knew.”</w:t>
      </w:r>
    </w:p>
    <w:p/>
    <w:p>
      <w:r>
        <w:t>Jules hesitated. “I didn’t. It just felt… important.”</w:t>
      </w:r>
    </w:p>
    <w:p/>
    <w:p>
      <w:r>
        <w:t>Emily shook her head stubbornly. “Meagan said it was for a marriage. Whose marriage?”</w:t>
      </w:r>
    </w:p>
    <w:p/>
    <w:p>
      <w:r>
        <w:t>The loft went very still. Even the sounds of the street seemed to hold. Meagan’s gaze shifted toward them, her expression shadowed. For a heartbeat, Jules thought she might answer.</w:t>
      </w:r>
    </w:p>
    <w:p/>
    <w:p>
      <w:r>
        <w:t>Instead, Meagan said slowly, carefully, “Some vows are carved in stone so they cannot be forgotten. That is all you need to know tonight.”</w:t>
      </w:r>
    </w:p>
    <w:p/>
    <w:p>
      <w:r>
        <w:t>Emily frowned. “But you knew how to open that door. You knew things even Erick didn’t tell us. Who are you, Meagan? Really?”</w:t>
      </w:r>
    </w:p>
    <w:p/>
    <w:p>
      <w:r>
        <w:t>The silence stretched, thick as smoke. Jules could hear the uneven beat of her own heart, and she thought—just for an instant—that Meagan’s lips parted, that she might finally reveal what she’d kept buried.</w:t>
      </w:r>
    </w:p>
    <w:p/>
    <w:p>
      <w:r>
        <w:t>But the stair creaked. Heavy footsteps climbed, and the baker appeared, carrying a plate with a heel of bread and a small crock of butter.</w:t>
      </w:r>
    </w:p>
    <w:p/>
    <w:p>
      <w:r>
        <w:t>“You’ll need strength tomorrow,” he muttered, setting it down on the floor. His eyes swept across the four of them, unreadable, before he lumbered back down the steps without another word.</w:t>
      </w:r>
    </w:p>
    <w:p/>
    <w:p>
      <w:r>
        <w:t>The moment dissolved. Emily sank back with a frustrated sigh, clutching her blanket tight. Jack returned to his post, knife in hand, though his gaze lingered on Meagan longer than before. And Meagan—silent, composed—closed her eyes as if to shut them all out, the secret still locked behind her calm.</w:t>
      </w:r>
    </w:p>
    <w:p/>
    <w:p>
      <w:r>
        <w:t>Jules stayed near the wall, the city stretched before her like a restless ocean. Her fingers pressed unconsciously against her knuckles where Jack had tapped them. She let her breath out slowly, but the mark of the lilies burned in her thoughts, bright and unshakable, as though it had been carved there too.</w:t>
      </w:r>
    </w:p>
    <w:p/>
    <w:p>
      <w:r>
        <w:t>Jack’s jaw clenched. He didn’t speak, but the Rebel’s words returned to him unbidden: The king starves the people to bind them tighter. He shoved the thought down like it burned. He was here, with them. He’d chosen this. And yet… the lie still pressed against the edges of his mind like a blade he couldn’t quite sheathe.</w:t>
      </w:r>
    </w:p>
    <w:p/>
    <w:p>
      <w:r>
        <w:t>Jules pressed her forehead to the wood. For one aching moment she imagined the rooftops bending into familiar shapes—her street back home, the lamplight spilling across her mother’s kitchen table. But Shalda was not home. And the thought of her parents, asleep in another world, made her chest tighten until she forced herself to breathe.</w:t>
      </w:r>
    </w:p>
    <w:p/>
    <w:p>
      <w:r>
        <w:t>Meagan shifted, pulling the tokens briefly into view before tucking them back. “See the flame cut into the iron? If two Keepers meet, they touch them together. If both are true, the mark will glow for a breath. If one is false, it stays dark.”</w:t>
      </w:r>
    </w:p>
    <w:p/>
    <w:p>
      <w:r>
        <w:t>Emily’s eyes widened. “So it’s like… like a secret handshake, but with light?”</w:t>
      </w:r>
    </w:p>
    <w:p/>
    <w:p>
      <w:r>
        <w:t>Meagan’s mouth curved faintly. “Something like that.”</w:t>
      </w:r>
    </w:p>
    <w:p/>
    <w:p>
      <w:r>
        <w:t>Meagan’s eyes shifted aside, her voice low. “The Keepers guard vows older than thrones… vows my family once swore.”</w:t>
      </w:r>
    </w:p>
    <w:p>
      <w:r>
        <w:t>She stopped herself there, lips pressing into a hard line. Emily leaned forward, but Meagan’s silence stretched like a wall.</w:t>
      </w:r>
    </w:p>
    <w:p/>
    <w:p>
      <w:r>
        <w:t>⸻</w:t>
      </w:r>
    </w:p>
    <w:p/>
    <w:p>
      <w:r>
        <w:t>Scene 3 – The Rebel’s Deception</w:t>
      </w:r>
    </w:p>
    <w:p/>
    <w:p>
      <w:r>
        <w:t>Far from the bakery’s loft, the Rebel’s fortress brooded with torchlight and iron shadow. He had dismissed his captains, but their absence left the chamber echoing with a different presence: memory. He could still see Jack’s face across the table, still hear the sharp edge of his own voice as he wove the lie that bound the boy.</w:t>
      </w:r>
    </w:p>
    <w:p/>
    <w:p>
      <w:r>
        <w:t>You’ve seen the hunger, Jack. Empty bakeries. Mothers boiling weeds for their children. Do you think that is chance? He had spoken the words steady, almost sorrowful, as though they grieved him. It is the king. He hoards the grain and strangles the people. He starves them so they’ll cling to him as their only savior.</w:t>
      </w:r>
    </w:p>
    <w:p/>
    <w:p>
      <w:r>
        <w:t>His hand had traced the river lines on the map, the platforms, the storehouses. I fight to break that chain. I steal from the king to give back to the people. I am not the villain here—I am the only one standing between them and destruction.</w:t>
      </w:r>
    </w:p>
    <w:p/>
    <w:p>
      <w:r>
        <w:t>Then, like a blade turned, his voice had hardened. But the king’s spies are clever. Meagan is one of them. She wears loyalty like a cloak, but beneath it, she is his hand in Shalda. She whispers in shadows and delivers his commands. She uses her beauty as her mask—men see her face, hear her voice, and never suspect the destruction she carries.</w:t>
      </w:r>
    </w:p>
    <w:p/>
    <w:p>
      <w:r>
        <w:t>His gaze, even now in memory, shifted toward Jack, his mouth curving in a grim line.</w:t>
      </w:r>
    </w:p>
    <w:p/>
    <w:p>
      <w:r>
        <w:t>And the girls? Cover. No one questions a woman traveling with kin. Do you think it accident they were with her? They are pawns, shields to hide behind while she poisons cities in the king’s name.</w:t>
      </w:r>
    </w:p>
    <w:p/>
    <w:p>
      <w:r>
        <w:t>He had stepped close, lowering his voice like a vow whispered in the dark. I do not chain children, Jack. I chain spies. If I free her, more will starve. If I let her go, the king tightens his fist. You must see it. Fight with me, and we can end this hunger. Fail me, and the people will fall.</w:t>
      </w:r>
    </w:p>
    <w:p/>
    <w:p>
      <w:r>
        <w:t>Even now, those words burned in Jack’s chest—heavy as truth, though they had been lies. And the Rebel knew it. That was the brilliance of the web he’d spun: a story so sharp it cut even after it was gone.</w:t>
      </w:r>
    </w:p>
    <w:p/>
    <w:p>
      <w:r>
        <w:t>He clenched a fist over the maps. Shalda was slipping. If those fugitives pierced his tale—if even one person doubted—his carefully woven deception would unravel.</w:t>
      </w:r>
    </w:p>
    <w:p/>
    <w:p>
      <w:r>
        <w:t>“Watch the caravans,” he ordered the shadows gathering at the door. “And watch the faces in the crowd. If they stir Shalda against me, I will know.”</w:t>
      </w:r>
    </w:p>
    <w:p/>
    <w:p>
      <w:r>
        <w:t>The torches spat, smoke curling toward the high beams. His eyes blazed like coals.</w:t>
      </w:r>
    </w:p>
    <w:p/>
    <w:p>
      <w:r>
        <w:t>“Better they burn,” he muttered, “than the people see the truth.”</w:t>
      </w:r>
    </w:p>
    <w:p/>
    <w:p>
      <w:r>
        <w:t>He turned back to the map, lips curling in a rare smile. Jack had believed once. And belief, he knew, was slow to die.</w:t>
      </w:r>
    </w:p>
    <w:p/>
    <w:p>
      <w:r>
        <w:t>⸻</w:t>
      </w:r>
    </w:p>
    <w:p/>
    <w:p>
      <w:r>
        <w:t>Scene 4 – The City Stirs</w:t>
      </w:r>
    </w:p>
    <w:p/>
    <w:p>
      <w:r>
        <w:t>Morning bled gray across Shalda’s rooftops. The loft was thick with the damp chill of dawn, the warmth of the ovens below now banked low. Jules stretched stiffly from her perch near the wall; Jack had not moved far from the door, the knife still close.</w:t>
      </w:r>
    </w:p>
    <w:p/>
    <w:p>
      <w:r>
        <w:t>The bakery below was already alive. Voices drifted up through the floorboards—murmurs, sharp complaints, the shuffle of coins. When they descended, the little shop was crowded with early customers.</w:t>
      </w:r>
    </w:p>
    <w:p/>
    <w:p>
      <w:r>
        <w:t>A woman slammed a copper on the counter. “Half a loaf, and smaller than last week. You’re cheating us!”</w:t>
      </w:r>
    </w:p>
    <w:p/>
    <w:p>
      <w:r>
        <w:t>The baker grunted. “Flour costs more every morning. I can’t knead bread from air.”</w:t>
      </w:r>
    </w:p>
    <w:p/>
    <w:p>
      <w:r>
        <w:t>Another man muttered darkly to no one in particular, “Weigh-house shut its doors early last night. My brother swears wagons rolled straight into the alleys.”</w:t>
      </w:r>
    </w:p>
    <w:p/>
    <w:p>
      <w:r>
        <w:t>Emily edged closer to Jules, whispering, “They’re all saying the same things.”</w:t>
      </w:r>
    </w:p>
    <w:p/>
    <w:p>
      <w:r>
        <w:t>Jules nodded, uneasy. She caught snatches everywhere: a cart overturned by the docks, children scuffling over scraps, a rumor that the king’s men had seized a granary and locked it against the poor. None of it could be proved, but all of it fed fear.</w:t>
      </w:r>
    </w:p>
    <w:p/>
    <w:p>
      <w:r>
        <w:t>Meagan lingered near the door, her hood shadowing her face. “We listen. Nothing more. Until tonight, we stay unseen.”</w:t>
      </w:r>
    </w:p>
    <w:p/>
    <w:p>
      <w:r>
        <w:t>Jack leaned against the wall, arms crossed, gaze sharp. “And if the Rebel’s already watching?”</w:t>
      </w:r>
    </w:p>
    <w:p/>
    <w:p>
      <w:r>
        <w:t>“Then we make sure we see him first,” Meagan replied.</w:t>
      </w:r>
    </w:p>
    <w:p/>
    <w:p>
      <w:r>
        <w:t>Outside, the city clattered awake—iron-shod hooves on stone, hawkers crying meager wares, shutters creaking open. But beneath the noise ran an edge like frayed rope: a city straining, ready to snap.</w:t>
      </w:r>
    </w:p>
    <w:p/>
    <w:p>
      <w:r>
        <w:t>“The wagons won’t leave on time anyway,” a man grumbled over his loaf. “Never do. Carters too slow, guards too busy counting their own coin.”</w:t>
      </w:r>
    </w:p>
    <w:p/>
    <w:p>
      <w:r>
        <w:t>Jack, listening from the corner, stored the words away. Late wagons might mean shadows for cover—or a trap waiting to be sprung.</w:t>
      </w:r>
    </w:p>
    <w:p/>
    <w:p>
      <w:r>
        <w:t>⸻</w:t>
      </w:r>
    </w:p>
    <w:p/>
    <w:p>
      <w:r>
        <w:t>Scene 5 – Threads of Danger</w:t>
      </w:r>
    </w:p>
    <w:p/>
    <w:p>
      <w:r>
        <w:t>By late afternoon, the light went thin and yellow. They kept to the loft and the alley behind the bakery, saving their faces from the streets.</w:t>
      </w:r>
    </w:p>
    <w:p/>
    <w:p>
      <w:r>
        <w:t>They prepared without speaking much. Meagan checked the relay tokens twice, then tucked them into a hidden pocket in her cloak. Jules studied the cloth map until each waymark and alley bend sat behind her eyes like a second sight. Emily practiced on the little slate, drawing and wiping signals until the chalk dusted her fingertips. Jack set the new knife on his belt and the whetstone beside it, then checked the straps on the mules’ tack.</w:t>
      </w:r>
    </w:p>
    <w:p/>
    <w:p>
      <w:r>
        <w:t>They split the work for nightfall: Meagan and Emily would watch the ledgers at House Vay from a shadowed arch; Jules would take Steren’s scales; Jack would drift the river edge near Naril’s coin tables, just another weary driver with an eye on prices.</w:t>
      </w:r>
    </w:p>
    <w:p/>
    <w:p>
      <w:r>
        <w:t>“Meet if things go wrong,” Meagan told them, tapping a point on the map. “Here—by the broken lion. If we’re scattered, we wait there until we’re four again.”</w:t>
      </w:r>
    </w:p>
    <w:p/>
    <w:p>
      <w:r>
        <w:t>Dusk pooled in the streets like ink. One by one, lamps woke in windows and along the lanes. The city seemed to whisper as shutters closed and bolts slid home.</w:t>
      </w:r>
    </w:p>
    <w:p/>
    <w:p>
      <w:r>
        <w:t>They lifted their hoods. Outside, Shalda’s lamps flared to life, and the night stretched ahead—full of eyes, and secrets, and the proof they had come to find.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