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16</w:t>
        <w:br/>
        <w:t>Stakeout</w:t>
      </w:r>
    </w:p>
    <w:p>
      <w:pPr>
        <w:pStyle w:val="Heading2"/>
      </w:pPr>
      <w:r>
        <w:t>Scene 1 – Naril’s Coin Tables</w:t>
      </w:r>
    </w:p>
    <w:p>
      <w:r>
        <w:t>Night carried a thin wind off the river, sour with grain dust and tar. Jack walked with his shoulders slumped, steps heavy with a carter’s weariness—the look of men who had hauled wagons all day. Their stride sagged from too many sacks, too few coins. Jack mimicked that weight now, a rope looped loosely in his hand as if he’d just tied down a load. His knife stayed hidden at his belt.</w:t>
        <w:br/>
        <w:br/>
        <w:t>Beside him, Jules kept her hood low.</w:t>
        <w:br/>
        <w:br/>
        <w:t>Before they reached Steren’s scales, a shape darted into their path. A boy, thin as a broom handle, palms cupped.</w:t>
        <w:br/>
        <w:br/>
        <w:t>“Sir? Bread ends?”</w:t>
        <w:br/>
        <w:br/>
        <w:t>Jack’s jaw tightened. He reached toward his coat, but before he could move, a woman hurried up and seized the boy’s wrist.</w:t>
        <w:br/>
        <w:br/>
        <w:t>“No begging,” she hissed, dragging him back. Her eyes flicked nervously toward the watchmen under the eaves. “Not tonight.” She pulled him into the shadows, leaving Jack and Jules staring after them.</w:t>
        <w:br/>
        <w:br/>
        <w:t>Jules drew a slow breath, her hood dipping lower. “That might have been the boy I saw last night,” she whispered.</w:t>
        <w:br/>
        <w:br/>
        <w:t>Jack turned to her. “Last night?”</w:t>
        <w:br/>
        <w:br/>
        <w:t>“From the loft window,” she murmured. “He had kindling. Stopped just outside. Watching. Then he ran. Do you think he could be working for the Rebel?”</w:t>
        <w:br/>
        <w:br/>
        <w:t>Jack grunted, unwilling to answer. Instead, when they reached Steren’s scales, he settled her behind a leaning crate, shielded from the street’s view. His thumb brushed her cheek in passing—light as breath, but it left her pulse stumbling. She ducked quickly, hiding the reaction in her hood.</w:t>
        <w:br/>
        <w:br/>
        <w:t>“Stay hidden,” he murmured. “Mark everything. And stay safe.”</w:t>
        <w:br/>
        <w:br/>
        <w:t>Across the lane, a baker argued with a woman whose voice was hoarse from shouting.</w:t>
        <w:br/>
        <w:br/>
        <w:t>“That’s half the size of the loaf yesterday,” she cried, shaking the bread. “And hollow inside.”</w:t>
        <w:br/>
        <w:br/>
        <w:t>The baker snapped back, “Bring me flour that hasn’t doubled in price by dawn, and I’ll bake it thicker.” But his voice faltered, and his eyes slid toward the watchmen, as if to say the fault wasn’t his at all.</w:t>
        <w:br/>
        <w:br/>
        <w:t>Jack moved on, drifting into the line of carters near Naril’s coin tables. This was where Shalda’s lifeblood was measured—grain hauled in from the countryside, weighed on iron scales, prices scratched in chalk, and payment taken in clinking copper and silver. From here, the loads were supposed to flow out to market stalls and bakeries across the city, keeping ovens hot and families fed. Everyone relied on Naril’s ledgers being honest. If the weights were true, the city ate. If not…</w:t>
        <w:br/>
        <w:br/>
        <w:t>The scales ticked and clacked, coins changed hands, bundles were stamped for market—yet at the last moment some were steered away. Wagons rolled into alleys that led nowhere near the stalls. Twice Jack caught the same sly signal: a palm turned, a thumb brushed under a ledger. Once, a guard himself shoved a driver aside and took the reins, steering a wagon off behind shuttered sheds.</w:t>
        <w:br/>
        <w:br/>
        <w:t>Jack frowned, unease knotting in his chest. Why would they be diverting wagons away from the markets… unless they were being hidden somewhere else? But where? And who was stockpiling them? If he could trace one all the way through, it might be the proof they needed.</w:t>
        <w:br/>
        <w:br/>
        <w:t>His mouth thinned. He muttered under his breath, piecing it aloud as if saying it would fix it in his mind:</w:t>
        <w:br/>
        <w:t>“So this means the grain that should stock the stalls never gets there. Shopkeepers pay for full loads, but half—or less—ever reach their counters. The rest is skimmed off, vanished into shadows. Then the shortages drive the price higher, and families can afford less each day. And when the scales don’t match the weights—when a pound is shaved into three-quarters—the little that does reach the stalls costs double.”</w:t>
        <w:br/>
        <w:br/>
        <w:t>He glanced toward the restless line of carts, anger rising in his throat. “It’s a game,” he whispered. “A crooked game where the poor always lose.”</w:t>
        <w:br/>
        <w:br/>
        <w:t>The thought pressed harder: unless they found where those stolen wagons were going, they had nothing but numbers. If he could uncover the hidden storehouses, the lie would unravel. That was the trail they needed to follow—because the ledgers alone would never be enough.</w:t>
      </w:r>
    </w:p>
    <w:p>
      <w:pPr>
        <w:pStyle w:val="Heading2"/>
      </w:pPr>
      <w:r>
        <w:t>Scene 2 – Steren’s Scales</w:t>
      </w:r>
    </w:p>
    <w:p>
      <w:r>
        <w:t>From her post at Steren’s scales, Jules crouched low behind a leaning crate, her slate balanced across her knees. The scales stood in the open square like a pair of iron arms, heavy beams suspended on chains where sacks of grain were hoisted and weighed before passing through the city gates. Every wagon bound for Shalda’s markets was supposed to stop here. The scales were the city’s safeguard: if they were honest, bakers had flour, ovens stayed hot, and families ate. If they were false, the whole city we...</w:t>
        <w:br/>
        <w:br/>
        <w:t>The scales here were smaller than Naril’s, meant for neighborhood bakers and shopkeepers rather than caravans. Naril’s coin tables weighed the bulk shipments—the city’s lifeblood—but Steren’s scales decided what actually reached ovens and shelves. If Naril’s was the river, Steren’s was the stream. And streams fed streets. If Steren’s numbers were false, then whole blocks went hungry. No wonder the Rebel wanted his hand here too: wagons stolen at Naril’s, weights shaved at Steren’s—the people squeezed fro...</w:t>
        <w:br/>
        <w:br/>
        <w:t>Jules pressed her chalk hard to the slate, whispering each tally under her breath so she wouldn’t lose track.</w:t>
        <w:br/>
        <w:t>“That wagon—marked for North Market—turned toward the river instead. That one—two sacks lighter than the scale showed. And that one—never made it past the gate at all.”</w:t>
        <w:br/>
        <w:br/>
        <w:t>Her eyes darted from cart to cart, numbers scratching onto the slate in quick strokes. She had counted dozens before the pattern became impossible to ignore: wagons weighed, stamped, recorded… and then quietly turned away into alleys where no stall waited.</w:t>
        <w:br/>
        <w:br/>
        <w:t>Once, a driver slammed his palm against the table, voice sharp. “That’s a lie—your chalk cheats me of a sack!” The clerk didn’t even look up. He only shrugged, swept the coins aside, and marked the next line. The man cursed, kicked the wheel of his cart, and stalked off, empty-handed but still recorded as “paid in full.” No one in line dared challenge it. Jules’s stomach tightened. On paper, the books stayed clean. In the street, shops starved.</w:t>
        <w:br/>
        <w:br/>
        <w:t>And then she saw it—subtle, almost hidden in plain sight. A man at the ledger brushed his thumb beneath the page, and the driver who stood waiting turned his cart aside, steering down a narrow lane instead of toward the square. It was deliberate. A signal.</w:t>
        <w:br/>
        <w:br/>
        <w:t>Her stomach knotted as the pieces pressed together. If Erick can see the numbers, he can prove it. They weren’t rumors anymore—they were facts. The food was vanishing between the scales and the stalls.</w:t>
        <w:br/>
        <w:br/>
        <w:t>She bit her lip, the ache growing sharper. The shouting she’d heard earlier came back to her—a woman’s voice, angry and cracked: That’s half the size of the loaf yesterday! Now she understood.</w:t>
        <w:br/>
        <w:t>The wagons never reached the market. That’s why the bread is smaller. That’s why shopkeepers are cheated. That’s why families leave with empty hands.</w:t>
        <w:br/>
        <w:br/>
        <w:t>She glanced across the square toward Naril’s coin tables, where Jack lingered in the crowd of carters. His shoulders were taut, his gaze sharp. Whatever he was seeing there, it matched what she saw here. And together, their notes might finally expose the lie choking the city.</w:t>
      </w:r>
    </w:p>
    <w:p>
      <w:r>
        <w:br w:type="page"/>
      </w:r>
    </w:p>
    <w:p>
      <w:r>
        <w:br/>
        <w:t>Scene 3 – House Vay’s Ledger Door</w:t>
        <w:br/>
        <w:br/>
        <w:t>Two streets away, Meagan and Emily kept to their post by House Vay’s ledger door. The counting house crouched against the square like a stone vault, shutters barred over its high windows and iron sconces burning along the eaves.</w:t>
        <w:br/>
        <w:br/>
        <w:t>House Vay was not a bakery or a stall. It was the city’s memory. Every cart that passed Naril’s coin tables or Steren’s scales was meant to be written down here—amount, weight, and owner—so the city could track its grain. On paper, nothing could be lost. On paper, Shalda always had enough.</w:t>
        <w:br/>
        <w:br/>
        <w:t>That was the trap.</w:t>
        <w:br/>
        <w:br/>
        <w:t>If the ledgers were true, no one could argue. A crooked mark in these books mattered more than the empty shelves in the markets. And the Rebel knew it. Everyone trusted Vay’s because the king had established it as a safeguard long ago, a way to keep his subjects protected. The city believed these ledgers were the king’s eyes in Shalda. The king himself trusted it so deeply that, though he’d heard of unrest, he dismissed it—believing his lamplighters and ledgers would never fail. But if the Rebel could gain control here, then the famine would reflect solely on the king, and the people would believe he was creating the shortage on purpose.</w:t>
        <w:br/>
        <w:br/>
        <w:t>Emily crouched beside the fallen arch, slate balanced across her knees. She scratched marks with a bit of chalk as Meagan whispered what to note:</w:t>
        <w:br/>
        <w:t>“Clerk carried in a black-backed ledger, but returned with a red one. Candles still burning long past the bell.”</w:t>
        <w:br/>
        <w:br/>
        <w:t>Emily paused, chalk poised. “Why do I write this?”</w:t>
        <w:br/>
        <w:br/>
        <w:t>“They’re not keeping records, Emily—they’re covering their tracks,” Meagan murmured, eyes never leaving the door. “The weigh-houses send in ledgers with the shortages written plain. But inside, those books are swapped for new ones—‘clean’ ledgers, already prepared, that show every weight as fair. The candles tell the rest. They burn all night because the clerks are forging those false books, copying neat columns until the lies look tidy. By morning, the city believes the grain was delivered. Only we know the truth walked in with the black books and never came out again.”</w:t>
        <w:br/>
        <w:br/>
        <w:t>Emily tilted her head, studying the door. “But do they falsify every record?”</w:t>
        <w:br/>
        <w:br/>
        <w:t>“They must not,” Meagan said firmly. “If every record was false, even fools would notice. But one ledger in twenty swapped, one number in ten erased—over weeks, the city bleeds and no one can trace it. That’s how the Rebel hides his theft.”</w:t>
        <w:br/>
        <w:br/>
        <w:t>From their shadowed post, they watched clerks slip through the door, parchment tucked in their sleeves. Guards carried books instead of blades. Once, a merchant approached, ledger slip in hand, but the guard waved him off, locking the door behind.</w:t>
        <w:br/>
        <w:br/>
        <w:t>Meagan leaned closer to Emily. “You see—they turned him away. That’s because the door shuts when the books are being swapped. If someone complains of a missing load, the numbers are gone before anyone looks. By morning, the new books say nothing was wrong at all. There are no erase marks or adjusted lines. All the books are perfectly in order because they’re replaced with the new ones created by the Rebel’s pawns.”</w:t>
        <w:br/>
        <w:br/>
        <w:t>Emily stared at the heavy door, the torchlight glinting on its hinges. “So the books are lying for them.”</w:t>
        <w:br/>
        <w:br/>
        <w:t>Meagan’s mouth hardened. “Yes. Naril’s takes the grain, Steren’s cheats the weights, and House Vay makes it look clean. It is the chain that strangles Shalda. If Vay falls, the Rebel’s hold begins to crack—but that’s why he guards it most.”</w:t>
        <w:br/>
        <w:br/>
        <w:t>Emily lowered her chalk. “Because everyone knows the king guards Vay’s ledgers, the people think he’s the one starving them.”</w:t>
        <w:br/>
        <w:br/>
        <w:t>“Exactly,” Meagan said, her gaze fixed on the stone vault. “If House Vay says the grain is balanced, the people believe it. They think the king’s eyes are still here. They don’t realize the Rebel has already twisted the books. So when the shelves are empty, who else is there to blame but the crown?”</w:t>
        <w:br/>
        <w:br/>
        <w:t>Emily swallowed hard. “Then if we prove the lie here…”</w:t>
        <w:br/>
        <w:br/>
        <w:t>“…the king sees the truth,” Meagan finished quietly. “That’s why this stakeout matters. If Vay’s books fall, the Rebel’s hold begins to crack. But it’s also why he’ll kill to protect it.”</w:t>
        <w:br/>
        <w:br/>
        <w:t>Emily hesitated, chalk trembling in her hand. “Meagan… how did you even realize they were swapping the books?”</w:t>
        <w:br/>
        <w:br/>
        <w:t>“Because I’ve seen too many ledgers,” Meagan said. “The edges fray, the covers change, the spines wear in different ways. When the book that goes in doesn’t match the one that comes out, something is wrong. That’s the crack in their armor.”</w:t>
        <w:br/>
        <w:br/>
        <w:t>Then Emily spotted it—a smear just above the frame. “Meagan, there—chalk.”</w:t>
        <w:br/>
        <w:br/>
        <w:t>They hurried closer when no one was looking. Emily touched it, rubbing blackened dust between her fingers. “I thought it was soot.”</w:t>
        <w:br/>
        <w:br/>
        <w:t>Meagan’s face hardened. “Not soot. Chalk. A Keeper’s alarm mark. It means: danger, crime, don’t trust what’s inside.”</w:t>
        <w:br/>
        <w:br/>
        <w:t>Emily’s breath stilled. “But it’s smudged. Half-wiped.”</w:t>
        <w:br/>
        <w:br/>
        <w:t>“Yes.” Meagan’s voice was grim. “That means someone inside Vay’s house saw the theft and tried to warn us. And the Rebel’s men found it first. They tried to erase the truth before others could read it.”</w:t>
        <w:br/>
        <w:br/>
        <w:t>Emily set the slate against her chest. “So whoever made that mark—”</w:t>
        <w:br/>
        <w:br/>
        <w:t>“Is in danger,” Meagan cut in. “Any Keeper who dares leave a warning here risks being discovered. If the Rebel uncovers their identity, they’ll be silenced.” She let her hand fall, her gaze still locked on the heavy door. “This is no longer just theft. It’s war against the ones who guard the truth.</w:t>
        <w:br/>
        <w:br/>
        <w:t>If House Vay’s signals are gone, then the web is breaking—and that means Erick could be in danger too.”</w:t>
        <w:br/>
        <w:br/>
        <w:t>Emily shivered, her shoulders tight as stone. The ledger door loomed in front of them, iron-banded and cold, while the city behind still argued over crumbs.</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