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2"/>
        </w:rPr>
        <w:t>Chapter 17 – The Broken Lion</w:t>
      </w:r>
    </w:p>
    <w:p/>
    <w:p>
      <w:r>
        <w:rPr>
          <w:b/>
          <w:sz w:val="28"/>
        </w:rPr>
        <w:t>Scene 1 – Jack Retrieves Jules</w:t>
      </w:r>
    </w:p>
    <w:p>
      <w:r>
        <w:t>Jack kept to the shadows as he doubled back, hugging the walls where torchlight thinned. The alleys stank of grain dust and smoke, the murmur of watchmen echoing at the corners. Every step had to look careless, but every glance measured the dark.</w:t>
        <w:br/>
        <w:br/>
        <w:t>The crate where he’d left her crouched against the wall. He slid into its shadow, quiet as he could—too quiet.</w:t>
        <w:br/>
        <w:br/>
        <w:t>Jules flinched hard when his hand touched her shoulder. Her slate nearly slipped from her lap. “Jack—” The word broke out sharp, then trembled. She pressed it back down, shoulders shaking as if the night’s weight had all come loose at once.</w:t>
        <w:br/>
        <w:br/>
        <w:t>“Easy,” he whispered, crouching beside her. His hand stayed firm at her arm. “It’s me. Only me.”</w:t>
        <w:br/>
        <w:br/>
        <w:t>For a moment she couldn’t speak, only nodded, breaths uneven. Then it spilled—“I thought… when I heard the steps…” She stopped, pressing her face into her sleeve.</w:t>
        <w:br/>
        <w:br/>
        <w:t>Jack let her lean into him, his arm circling just enough to steady her. Her nerves, her fear, the long strain of silence—everything quivered through her frame. He held her until the shaking eased, until her breaths came steadier.</w:t>
        <w:br/>
        <w:br/>
        <w:t>At last she lifted her head. “I kept the tallies,” she whispered, voice ragged but firm. “All of them.”</w:t>
        <w:br/>
        <w:br/>
        <w:t>“I know you did.” He brushed the words low, meant only for her. “That’s enough for now.”</w:t>
        <w:br/>
        <w:br/>
        <w:t>She nodded, wiping her sleeve across her eyes.</w:t>
        <w:br/>
        <w:br/>
        <w:t>Jack rose first, offering his hand. She took it, and he pulled her carefully to her feet. Together they slipped back into the narrow lanes, his steps leading, hers close behind.</w:t>
        <w:br/>
        <w:br/>
        <w:t>Neither spoke much as they wove through the dark. Only once, Jules whispered, “The wagons never reached the stalls.”</w:t>
        <w:br/>
        <w:br/>
        <w:t>“And the scales were never meant to,” Jack answered, just as quiet. After that, silence carried them to the broken lion.</w:t>
      </w:r>
    </w:p>
    <w:p/>
    <w:p>
      <w:r>
        <w:rPr>
          <w:b/>
          <w:sz w:val="28"/>
        </w:rPr>
        <w:t>Scene 2 – The Broken Lion</w:t>
      </w:r>
    </w:p>
    <w:p>
      <w:r>
        <w:t>Meagan’s hand lingered on the heavy door only a moment longer, then fell away. “We’ve seen enough,” she murmured.</w:t>
        <w:br/>
        <w:br/>
        <w:t>Emily clutched her slate tighter, as if the marks on it might vanish too. “Back to the lion?”</w:t>
        <w:br/>
        <w:br/>
        <w:t>Meagan gave a short nod. The alleys ahead ran dark, but standing here any longer was worse. They slipped away from Vay’s house, the iron-banded door shrinking behind them as the sounds of the night shifted inland—a sign-chain ticking in a stray breeze, a broom’s soft scrape two streets over, a stray cart-wheel tapping once against stone before the stillness returned.</w:t>
        <w:br/>
        <w:br/>
        <w:t>The broken lion crouched where the lane bent, its chipped muzzle catching only a thread of torchlight. Jack guided Jules into its shadow, her hand still caught in his until they stopped. The stone beast was weathered and scarred, one paw missing, but it had always been their chosen mark—a place where patrols seldom lingered.</w:t>
        <w:br/>
        <w:br/>
        <w:t>From the opposite lane came two darker shapes. Meagan’s stride was firm, her hood pulled low. Emily hurried close at her side, hugging the slate to her chest like it was something alive. She looked small against the heavy night, but her eyes flicked sharp, scanning for pursuit. Relief crossed her face when she saw Jack and Jules already waiting, quick and bright before she swallowed it down.</w:t>
        <w:br/>
        <w:br/>
        <w:t>For a moment, none of them spoke. They only listened: a shutter creaked somewhere down the lane, a sign-chain ticked again, and somewhere a loose wheel knocked softly against a curb before settling.</w:t>
        <w:br/>
        <w:br/>
        <w:t>Jack was the first to break the silence. His voice came low and even, though it scraped from somewhere deep. “I saw wagons pulled aside. Loads marked for the market, but steered into alleys. The signals weren’t whispered rumors—they were plain as daylight. A palm turned, a thumb under a ledger, and the drivers obeyed. One guard even took the reins himself, cart and all, straight behind shuttered sheds. Every sack stolen was still stamped for the markets. Shopkeepers will pay for grain they’ll never touch.”</w:t>
        <w:br/>
        <w:br/>
        <w:t>He let the words hang a breath before Jules lifted her slate. Her fingers were white on the edge, chalk smudged along her sleeve. “At Steren’s scales, it cut smaller, but it cut all the same. A cart weighed heavy on the beam but rolled out two sacks lighter. Another bore the mark for North Market but turned downriver instead. And one—” She swallowed. “One never made it past the gate at all. The ledgers will show balance, but I wrote every tally. They don’t add.”</w:t>
        <w:br/>
        <w:br/>
        <w:t>Emily shifted, as if the weight of her slate might crush her ribs. Her voice trembled, but the words themselves were sharp. “At Vay’s house, the books are being swapped. I saw black-backed ledgers carried in… and red ones carried out. The candles burn past the bells, scribes copying until their hands cramp. By morning, new ledgers lie ready, neat columns and perfect lines—‘clean’ numbers that match nothing we saw in the streets.” She glanced at Meagan. “A merchant came with a slip, begging for answers. The guards shut the door in his face. His complaint was gone before the ink dried.”</w:t>
        <w:br/>
        <w:br/>
        <w:t>Meagan’s hand brushed Emily’s shoulder, steadying. Her own voice was iron. “And on the frame above the door was a Keeper’s mark—a warning. Smudged. Half-erased. Someone tried to sound alarm, and the Rebel’s men tried to bury it. Naril diverts. Steren cheats. Vay covers. That is the chain. And if the chain holds, the city starves while the Rebel blames the king.”</w:t>
        <w:br/>
        <w:br/>
        <w:t>Silence followed. Only the wind stirred, rattling a shutter loose against stone.</w:t>
        <w:br/>
        <w:br/>
        <w:t>Jules looked at Jack, her face still pale in the torch-glow. “It all points the same way.”</w:t>
        <w:br/>
        <w:br/>
        <w:t>Jack’s jaw worked. He let his eyes sweep over them—their smudged slates, their tired shoulders, the fear none of them spoke aloud. Then he said the thing pressing hardest, the thing they all knew but none had shaped into words yet. “Then where are the wagons? Numbers don’t weigh. Proof has to be more than chalk and scratches. If we don’t find the grain itself, the king will never believe it.”</w:t>
        <w:br/>
        <w:br/>
        <w:t>The thought pressed between them, heavier than the stone lion at their backs. For all they had seen, for all they had written, the night demanded more.</w:t>
      </w:r>
    </w:p>
    <w:p/>
    <w:p>
      <w:r>
        <w:rPr>
          <w:b/>
          <w:sz w:val="28"/>
        </w:rPr>
        <w:t>Scene 3 – The Weight of Betrayal</w:t>
      </w:r>
    </w:p>
    <w:p>
      <w:r>
        <w:t>Jack fell quiet, but something in his face betrayed the fight still inside him—not disbelief, but the hollow ache left by betrayal. His father’s words had been poison, poured slow and steady, and though Jack now saw the truth more clearly with his own eyes, the wound still bled beneath.</w:t>
        <w:br/>
        <w:br/>
        <w:t>Jules noticed it—the distant set of his gaze, the way his shoulders carried more than the night’s weight. Her chest tightened with sympathy. In that moment she didn’t see the fighter, but the son who had been cut adrift by the man meant to anchor him.</w:t>
        <w:br/>
        <w:br/>
        <w:t>She shifted closer, her voice gentler than the night deserved. “You’ve carried more than any one person should, Jack. But what we saw tonight—it wasn’t rumor. It was stolen bread, vanished wagons, marks erased so the truth could never reach the king. The Rebel hides because he knows the people would see him if the proof were plain.”</w:t>
        <w:br/>
        <w:br/>
        <w:t>Her hand brushed his sleeve, so slight it might have been imagined, almost withdrawn as soon as it was given. A fleeting warmth, a quiet promise. “You’re not carrying this alone. Not anymore.”</w:t>
      </w:r>
    </w:p>
    <w:p/>
    <w:p>
      <w:r>
        <w:rPr>
          <w:b/>
          <w:sz w:val="28"/>
        </w:rPr>
        <w:t>Scene 4 – The Ambush</w:t>
      </w:r>
    </w:p>
    <w:p>
      <w:r>
        <w:t>They lingered only a heartbeat longer, the silence stretched taut as a drawn bowstring. The lane ahead was narrow and black, shuttered windows sealed tight, the air carrying the faint tang of smoke and damp stone. None of them wanted to move first.</w:t>
        <w:br/>
        <w:br/>
        <w:t>Jack’s eyes swept the lane—and caught.</w:t>
        <w:br/>
        <w:br/>
        <w:t>A figure leaned where two walls met, too still for a passerby, too intent for chance. Their gazes locked, and in that instant Jack knew. The man’s fingers shifted—two quick taps against his sleeve.</w:t>
        <w:br/>
        <w:br/>
        <w:t>“Move,” Jack hissed.</w:t>
        <w:br/>
        <w:br/>
        <w:t>Two more shapes slid out from crates along the wall. A fourth rose from the slip behind. The trap had been waiting, and now it closed.</w:t>
        <w:br/>
        <w:br/>
        <w:t>The first attacker came fast—the one Jack had seen. Jules barely had time to gasp before Jack shoved her behind him. The man lunged, blade flashing. Jack’s knife-hilt slammed against his wrist, the weapon jarred loose and clattered against the stones. The man staggered, clutching his hand—then Jack drove a kick into his knee. He went down with a cry, writhing on the cobbles.</w:t>
        <w:br/>
        <w:br/>
        <w:t>Another man charged from the side. Jules’s hand darted to a nearby crate stacked with clay jars. She shoved it hard, the jars spilling and shattering across the lane in a spray of shards and dust. The man’s boot slid, ankle twisting; he fell hard to one knee, cursing as he grabbed at the ground for balance.</w:t>
        <w:br/>
        <w:br/>
        <w:t>The third lunged for Emily. She froze, but Meagan snatched up a broken length of wood from the rubbish piled near the wall. As the man reached, she swung with both hands. The makeshift club cracked against his shoulder with a thud that spun him sideways. He hit the wall, dazed, long enough for Meagan to shove Emily forward and bolt with her down the lane.</w:t>
        <w:br/>
        <w:br/>
        <w:t>Behind them, the last attacker pressed from the slip, cutting off retreat. Jack wheeled, his knife back in hand. He slammed shoulder-first into the man, then drove the hilt into his jaw. The figure crumpled against the stones, groaning as Jack tore free.</w:t>
        <w:br/>
        <w:br/>
        <w:t>“Go!” Jack barked.</w:t>
        <w:br/>
        <w:br/>
        <w:t>Jules was already running after Emily and Meagan. Jack backed a step, scanning the sprawled men to be sure none were up, then sprinted to catch the others.</w:t>
        <w:br/>
        <w:br/>
        <w:t>They broke free into the open lane, feet pounding on cobblestones slick with damp. Angry shouts echoed behind them. Then, farther off, a door creaked open and a voice called into the night:</w:t>
        <w:br/>
        <w:br/>
        <w:t>“What’s the noise down there?”</w:t>
        <w:br/>
        <w:br/>
        <w:t>Jack didn’t wait for an answer. The four of them slipped deeper into the dark, the city closing around their flight.</w:t>
      </w:r>
    </w:p>
    <w:p/>
    <w:p>
      <w:r>
        <w:rPr>
          <w:b/>
          <w:sz w:val="28"/>
        </w:rPr>
        <w:t>Scene 5 – In the Shadows</w:t>
      </w:r>
    </w:p>
    <w:p>
      <w:r>
        <w:t>They ran until the lanes bent twice and the shouts behind them thinned into silence. Only then did Meagan veer sharply into a recessed archway where the plaster had crumbled and ivy clung in wiry knots. The four pressed into the gloom, breath loud against the stone.</w:t>
        <w:br/>
        <w:br/>
        <w:t>Jack lingered at the mouth, knife angled low, his gaze fixed on the dark they’d left behind. No footsteps followed. No torches flared. Only the steady drip of water from a broken gutter. At last he let out a breath and slid the knife back beneath his coat.</w:t>
        <w:br/>
        <w:br/>
        <w:t>Jules pulled her hood close, shoulders hunched as if to shrink smaller against the wall. Emily pressed close to Meagan’s side, still catching her breath. Meagan kept her grip on the splintered club she’d taken up, knuckles pale in the dim light.</w:t>
        <w:br/>
        <w:br/>
        <w:t>“We can’t keep running blind,” Jack said, voice rough from the sprint. “Not through every alley in Shalda.”</w:t>
        <w:br/>
        <w:br/>
        <w:t>Jules’s answer came soft but steady. “If we don’t move wisely, we’ll lose more than time.”</w:t>
        <w:br/>
        <w:br/>
        <w:t>Silence stretched, broken only by the drip from the gutter. Emily drew a quick breath. “We have to tell Erick,” she said suddenly. “He’ll know what to do. About the wagons… about how to get this to the king.”</w:t>
        <w:br/>
        <w:br/>
        <w:t>Meagan lowered the club slowly, her face shadowed but her tone firm. “She’s right. Erick knows the lines better than any of us. If there’s a trail to follow, he’ll find it. We warn him, and we decide our next step with him.”</w:t>
        <w:br/>
        <w:br/>
        <w:t>Jack gave one last glance to the lane, then turned back to them. “Then that’s our road.”</w:t>
        <w:br/>
        <w:br/>
        <w:t>As they slipped from the alcove, Jules caught the bend of Jack’s arm, holding to his strength and letting him guide her through the darkened alleys. Meagan shepherded Emily behind, and together they moved on, the night pressing close around them, damp and restless.</w:t>
        <w:br/>
        <w:br/>
        <w:t>The streets ahead gave no promises. But they had a direction.</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