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18 – The Safehouse</w:t>
      </w:r>
    </w:p>
    <w:p>
      <w:pPr>
        <w:pStyle w:val="Heading2"/>
      </w:pPr>
      <w:r>
        <w:t>Scene 1 – Arrival at the Safehouse</w:t>
      </w:r>
    </w:p>
    <w:p>
      <w:r>
        <w:t>The alleys narrowed as they moved east, darker with every turn. Most shutters were closed, doors barred; Shalda slept uneasily beneath the weight of hunger. Only once did they hear the stagger of a drunkard and the scrape of his boots before he vanished down another lane. Every other sound felt too sharp—one cough, one clatter—and all four froze until silence returned.</w:t>
        <w:br/>
        <w:br/>
        <w:t>They reached the crooked square where the dried-up fountain crouched at its center, its basin cracked and furred with moss. Just two days ago they had tethered their mules there, though it felt now like an eternity had passed.</w:t>
        <w:br/>
        <w:br/>
        <w:t>Opposite the fountain stood the small lamplighter’s shop. Its windows caught the faint gleam of torchlight on copper kettles bathed in cracked blue glaze—Meagan’s words echoed through their minds as their eyes settled on the shop.</w:t>
        <w:br/>
        <w:br/>
        <w:t>Jack’s voice came low.</w:t>
        <w:br/>
        <w:t>“Tallies and ledgers won’t topple the Rebel. Until we find the wagons themselves, the king won’t have proof enough to act.”</w:t>
        <w:br/>
        <w:br/>
        <w:t>Meagan gave a short nod, her eyes never leaving the lamplighter’s windows. “Erick will know where to begin. If anyone can trace them, he can.”</w:t>
        <w:br/>
        <w:br/>
        <w:t>Jules’s grip on Jack’s arm tightened. The thought of wagons lost in the city’s shadows, their grain hidden away while families starved, pressed like a stone in her chest. Emily said nothing, but her jaw set as if she felt the same weight.</w:t>
        <w:br/>
        <w:br/>
        <w:t>Jack slowed them at the edge of the square. Jules stayed tight against his arm, her hood brushing his sleeve as they halted in the shadows. Emily hovered close to Meagan, her eyes flicking from corner to corner. Meagan herself still carried the broken length of wood angled low, cloak shifting with each careful breath.</w:t>
        <w:br/>
        <w:br/>
        <w:t>For a long moment, none of them moved. The square lay still. The fountain’s bowl was silent and empty, holding only shadow.</w:t>
        <w:br/>
        <w:br/>
        <w:t>“This is it,” Meagan murmured.</w:t>
        <w:br/>
        <w:br/>
        <w:t>Jack nodded once, his gaze sweeping the windows. Then he crossed the last steps, boots whispering against stone. His hand brushed the door latch.</w:t>
        <w:br/>
        <w:br/>
        <w:t>It gave too easily beneath his touch.</w:t>
        <w:br/>
        <w:br/>
        <w:t>The four froze as one, breath caught in the hush.</w:t>
        <w:br/>
        <w:br/>
        <w:t>Jack’s jaw set. Without a word, he eased the door open.</w:t>
      </w:r>
    </w:p>
    <w:p>
      <w:pPr>
        <w:pStyle w:val="Heading2"/>
      </w:pPr>
      <w:r>
        <w:t>Scene 2 – Inside the Safehouse</w:t>
      </w:r>
    </w:p>
    <w:p>
      <w:r>
        <w:t>The door creaked wide under Jack’s hand, opening on a hush that felt wrong. Smoke clung faint in the air, metallic beneath it, as if the place still remembered fire—and blood.</w:t>
        <w:br/>
        <w:br/>
        <w:t>The shop lay in ruin. A chair sprawled broken on its side, gouging wild arcs across the floorboards. A copper kettle lay shattered near the counter, its blue glaze fractured into jagged shards that caught the torchlight like teeth. Shelves stood half-stripped, papers scattered in drifts across the planks—blank, useless scraps, as if someone had torn out every page that mattered and left decoys behind.</w:t>
        <w:br/>
        <w:br/>
        <w:t>Jules’s breath caught hard. Near the back wall a smear of dark, red, glistened thick in the grain. Not much, but enough to chill the room. Her fingers clenched her skirt, knuckles white. Was it Erick’s? Or had he drawn it from someone else before fleeing? Jack had no answer; his silence was worse than words.</w:t>
        <w:br/>
        <w:br/>
        <w:t>Meagan was already moving, skirts whispering over the wreckage, scanning with eyes that missed nothing. At the far end she reached for the tall lamp in the corner, its base cracked and leaning, the blue glaze smashed in places. She twisted it hesitantly. For a moment nothing happened—then the hidden catch gave, and a panel in the back wall sighed open, hinges disguised as lamp brackets.</w:t>
        <w:br/>
        <w:br/>
        <w:t>Inside yawned the narrow crawl to the Keeper’s chamber.</w:t>
        <w:br/>
        <w:br/>
        <w:t>Empty.</w:t>
        <w:br/>
        <w:br/>
        <w:t>The ledger that should have rested in its iron cradle was gone. The cradle itself sat open, catch sprung.</w:t>
        <w:br/>
        <w:br/>
        <w:t>Meagan’s face shifted—fear first, grief second—but when she spoke her voice was iron.</w:t>
        <w:br/>
        <w:br/>
        <w:t>Jules’s words rushed out. “Did he open it himself? Did he have time? Or… was he forced to give it up?”</w:t>
        <w:br/>
        <w:br/>
        <w:t>Meagan’s gaze swept from the blood smear to the hollow chamber, and her jaw set. “What we do know is this—he fought, and he retrieved the ledger from the chamber. That much we know. All we can hope is that it’s still in his possession… and not theirs.”</w:t>
        <w:br/>
        <w:br/>
        <w:t>Jack crouched by the counter, fingers brushing across a jagged scrap of red wax. He lifted it carefully: a broken seal, the king’s granary mark stamped shallow in its face, snapped as if torn from a cord in violence. He turned it once in the light before passing it silently to Jules.</w:t>
        <w:br/>
        <w:br/>
        <w:t>Her throat tightened as she wrapped it in a strip from her hem. Proof—but heavy with absence.</w:t>
        <w:br/>
        <w:br/>
        <w:t>Meagan reached to the shelf where Erick always kept a chalk mark drawn small and precise. Only half remained, smeared in a hurried wipe. A warning, half-buried, almost silenced.</w:t>
        <w:br/>
        <w:br/>
        <w:t>For a heartbeat the room drowned in stillness. The blood, the broken seal, the stripped chamber—it screamed of ambush, of flight, of something left violently unfinished. Emily’s breath came fast, too loud in the ruined shop.</w:t>
        <w:br/>
        <w:br/>
        <w:t>The wagons were out there still, hidden in the dark, and they could do nothing to reach them. Jules pressed her lips together, biting back the words clawing at her throat. She didn’t speak, but Jack seemed to hear them anyway. His gaze swept the ruin again, then closed hard.</w:t>
        <w:br/>
        <w:br/>
        <w:t>Meagan slammed the secret panel shut, the crack of wood sharp as a verdict. “We don’t assume,” she said flatly. “Not life, not death. But Erick is gone, and the wagons are beyond our reach. If we linger, we’ll join him. At first light, we leave the city and carry what we know to the king.”</w:t>
        <w:br/>
        <w:br/>
        <w:t>Emily’s eyes brimmed, but she nodded, clutching the edge of her cloak tight. Jules lowered her head, the broken seal heavy in her hands. Jack slid his knife back beneath his coat, every muscle rigid.</w:t>
        <w:br/>
        <w:br/>
        <w:t>No one argued. Fear and despair had sharpened into grim resolve.</w:t>
        <w:br/>
        <w:br/>
        <w:t>They gathered what little remained—the broken seal, their slates, the splintered club—and slipped out the way they had come. The square beyond lay still, but the night felt narrower, the city pressed too close.</w:t>
        <w:br/>
        <w:br/>
        <w:t>Behind them, the shop sagged into silence. Copper shards glimmered faint in the shadows, and the smear of blood dried darker with every breath.</w:t>
      </w:r>
    </w:p>
    <w:p>
      <w:pPr>
        <w:pStyle w:val="Heading2"/>
      </w:pPr>
      <w:r>
        <w:t>Scene 3 – Flight Through the Night</w:t>
      </w:r>
    </w:p>
    <w:p>
      <w:r>
        <w:t>Jack eased the door shut behind them. The square lay still, but none of them trusted the silence. Every shadow felt too deep, every window too dark. Whoever had torn through Erick’s shop could still be near.</w:t>
        <w:br/>
        <w:br/>
        <w:t>“Go,” Meagan whispered.</w:t>
        <w:br/>
        <w:br/>
        <w:t>They slipped into the lanes, hoods low, steps quick and quiet. The city pressed close: shutters rattling in the wind, a lone chain clinking, the sudden drip of water spilling from a roof. Each sound snapped their nerves taut.</w:t>
        <w:br/>
        <w:br/>
        <w:t>Jules nearly stumbled on a loose stone; Jack’s hand caught her arm, steadying without a word. Emily’s breath came fast, too loud, and Meagan tugged her closer, cloak wrapping her small frame as they ran.</w:t>
        <w:br/>
        <w:br/>
        <w:t>“Not here,” Jack muttered as they rounded another corner. “Too open.”</w:t>
        <w:br/>
        <w:br/>
        <w:t>Only after they had threaded through a knot of alleys, twisting and doubling back until the way behind blurred, did they slow. Pressed into the shadow of a crumbling wall, all four stood close, breath sharp in the damp air.</w:t>
        <w:br/>
        <w:br/>
        <w:t>A hollow ache caught at Jules’s chest. The wagons were still out there somewhere—hidden in Shalda’s dark—and Erick was the only one who might have led them to the trail. Now he was gone, and the chance with him.</w:t>
        <w:br/>
        <w:br/>
        <w:t>Meagan’s voice broke the silence, fierce but hushed. “Back to the bakery. Off the streets. We wait for dawn, then run.”</w:t>
        <w:br/>
        <w:br/>
        <w:t>No one argued. Fear had already decided for them.</w:t>
        <w:br/>
        <w:br/>
        <w:t>Together they pushed back into the alleys, vanishing into the restless dark.</w:t>
      </w:r>
    </w:p>
    <w:p>
      <w:pPr>
        <w:pStyle w:val="Heading2"/>
      </w:pPr>
      <w:r>
        <w:t>Scene 4 – Return to the Bakery</w:t>
      </w:r>
    </w:p>
    <w:p>
      <w:r>
        <w:t>They didn’t slow until the square and its broken fountain were far behind, the lamplighter’s shop swallowed by shadow. Every corner felt sharp with threat, every shutter a watcher’s eye. They ran until their breaths burned, then cut through the narrowest lanes they could find, doubling back twice before Meagan jerked her chin toward a crooked sign just visible ahead.</w:t>
        <w:br/>
        <w:br/>
        <w:t>The bakery.</w:t>
        <w:br/>
        <w:br/>
        <w:t>Its upper windows were dark, the ovens long cold, but the smell of flour still clung faintly in the plastered walls. Jack reached the side door first, drawing a small skeleton key from his coat. Yet when he set it to the latch, the door shifted under his hand. Unlocked.</w:t>
        <w:br/>
        <w:br/>
        <w:t>He stilled, jaw tightening. The baker was kind—perhaps he’d left it that way for their convenience, knowing they might return late. But the fact pressed wrong. The door had been bolted before.</w:t>
        <w:br/>
        <w:br/>
        <w:t>Jack pushed them quickly inside and drew the bolt across with a sharp scrape. The silence within wrapped close, heavy but blessed compared to the exposed streets.</w:t>
        <w:br/>
        <w:br/>
        <w:t>They climbed to the loft above the storeroom, where rough blankets and their few belongings waited. At first glance, everything looked as they’d left it—the water jug, the bread satchel, their cloaks folded in a heap. But as Jules set her hand on her pack, her brow furrowed.</w:t>
        <w:br/>
        <w:br/>
        <w:t>“Did anyone move this?” she asked quietly.</w:t>
        <w:br/>
        <w:br/>
        <w:t>Emily glanced over, then touched her own things, a crease forming between her eyes. “It feels… different.”</w:t>
        <w:br/>
        <w:br/>
        <w:t>Meagan’s gaze swept the small space, sharp and measuring. Nothing was gone, nothing scattered—but the air itself seemed disturbed, as though unseen eyes had searched and replaced everything too carefully. The unease settled deep, and no one pressed further.</w:t>
        <w:br/>
        <w:br/>
        <w:t>They sank down at last. Jules drew her knees tight, her breaths uneven as if the night had stolen half of them. Emily sat beside her, silent at first, then pressed her face into her hands. Meagan set the splintered club aside and lowered herself slowly, her cloak falling around her like armor she no longer had strength to wear.</w:t>
        <w:br/>
        <w:br/>
        <w:t>Jack stayed standing a moment longer, his frame tense in the dim. Then he slid down, knife laid across his knees. His eyes flicked shut, but not in rest—their weight was too raw for that.</w:t>
        <w:br/>
        <w:br/>
        <w:t>No one spoke for a long time. The images came anyway: the smear of blood in Erick’s shop, the empty chamber, the silence that followed every creak of the ruined floorboards.</w:t>
        <w:br/>
        <w:br/>
        <w:t>Emily finally whispered, voice thready as parchment. “Do you think he’s alive?”</w:t>
        <w:br/>
        <w:br/>
        <w:t>Meagan didn’t answer right away. Her hands, usually so steady, twisted once in her cloak before stilling. “We carry what we can,” she said at last. “By dawn, we leave this city. The king must hear.”</w:t>
        <w:br/>
        <w:br/>
        <w:t>It was no comfort, but it was something to hold onto.</w:t>
        <w:br/>
        <w:br/>
        <w:t>One by one, they stretched out on the blankets, but none truly slept. Each lay awake with the night replaying itself—the ambush in the alleys, the shattered jars, Erick’s blood—or worse, the thought of wagons still hidden somewhere in Shalda while the city starved.</w:t>
        <w:br/>
        <w:br/>
        <w:t>The dark pressed close. Dawn could not come soon enough.</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