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19 – Flight at Dawn</w:t>
      </w:r>
    </w:p>
    <w:p>
      <w:pPr>
        <w:pStyle w:val="Heading2"/>
      </w:pPr>
      <w:r>
        <w:t>Scene 1 – Leaving the Bakery</w:t>
      </w:r>
    </w:p>
    <w:p>
      <w:r>
        <w:t>Sleep had come in scraps, shallow and uneasy, but exhaustion had at last dragged them under. When the first gray of dawn brushed the shutters, the four stirred as if woken by the same breath.</w:t>
        <w:br/>
        <w:br/>
        <w:t>Jack was on his feet first. His knife was already belted, his coat thrown on. “Up,” he said softly. “We can’t linger.”</w:t>
        <w:br/>
        <w:br/>
        <w:t>The loft creaked under hurried movements as Jules and Emily gathered their cloaks, and Meagan folded the blankets tight. No one wasted words; the memory of Erick’s ransacked shop and the blood on its boards had stolen the ease from speech.</w:t>
        <w:br/>
        <w:br/>
        <w:t>Downstairs, the smell of flour and yeast clung faint in the still air. The baker was already stoking the ovens, his broad frame bent over the hearth. He looked up, surprise crossing his flour-streaked face.</w:t>
        <w:br/>
        <w:br/>
        <w:t>“You’re off early,” he said.</w:t>
        <w:br/>
        <w:br/>
        <w:t>Meagan stepped forward, drawing a few coins from her pouch. “We’ll take bread for the road.” Her voice carried steadiness, but her eyes held the weight of what she didn’t say. She hesitated, then added lower, “Your friend Erick… his shop was broken into. He may be in danger.”</w:t>
        <w:br/>
        <w:br/>
        <w:t>The baker’s hands froze on the paddle. His face blanched, lips parting as if to speak, then closing again. He only nodded once, grave and heavy, before wrapping two loaves in cloth and passing them across the counter. “Go carefully,” he murmured.</w:t>
        <w:br/>
        <w:br/>
        <w:t>Outside, the sky was the color of ash, the streets washed pale in the first light. Behind the bakery, their wagon and mules waited where they had been stabled. Jack moved quickly, checking harness and straps with practiced hands. The animals stamped and snorted, restless but ready.</w:t>
        <w:br/>
        <w:br/>
        <w:t>Then he stopped short. The tether post beside them stood bare—the extra horse gone.</w:t>
        <w:br/>
        <w:br/>
        <w:t>The baker, who had followed them out, shook his head slowly. “That animal was here last night. I saw it myself. Now it’s gone.”</w:t>
        <w:br/>
        <w:br/>
        <w:t>Jules’s breath caught. “Maybe Erick—”</w:t>
        <w:br/>
        <w:br/>
        <w:t>Meagan’s voice cut in, low but steady. “If he fled, a horse would carry him farther than he could have managed on foot. It may be the only hope we have.”</w:t>
        <w:br/>
        <w:br/>
        <w:t>Jack pulled the final strap hard, jaw set. “Then we ride with that hope.”</w:t>
        <w:br/>
        <w:br/>
        <w:t>“Up,” he said, offering a hand to each of the girls in turn. He lifted Emily first, then Jules, then steadied Meagan as she climbed. Packs were slid in after them, bread tucked into a satchel at Jules’s feet.</w:t>
        <w:br/>
        <w:br/>
        <w:t>Jack secured the last strap, swung up onto the bench, and gathered the reins. The wagon creaked forward, wheels crunching against the stones as the mules leaned into their harness.</w:t>
        <w:br/>
        <w:br/>
        <w:t>No one spoke at first. The bakery shrank behind them, its crooked chimney swallowed by morning haze. Jules twisted once to look back, her eyes catching the dark square of the loft window where they had tried to sleep. The unease lingered like a shadow following them out of the city.</w:t>
        <w:br/>
        <w:br/>
        <w:t>Later, tucked against the corner of the wagon’s bench, Jules’s fingers brushed something wedged beneath the satchel. A slip of parchment, hastily scrawled.</w:t>
        <w:br/>
        <w:br/>
        <w:t>Gone—took horse. Light kept me. Grateful.</w:t>
        <w:br/>
        <w:br/>
        <w:t>The hand was Erick’s.</w:t>
        <w:br/>
        <w:br/>
        <w:t>Her chest tightened, but she tucked the note quickly into her cloak, saying nothing. Only the faintest spark of hope warmed her silence as the wagon rolled on.</w:t>
        <w:br/>
      </w:r>
    </w:p>
    <w:p>
      <w:pPr>
        <w:pStyle w:val="Heading2"/>
      </w:pPr>
      <w:r>
        <w:t>Scene 2 – Beyond the Gates</w:t>
      </w:r>
    </w:p>
    <w:p>
      <w:r>
        <w:t>The gates of Shalda fell away behind them, swallowed by the gray light of morning. The wagon rolled steady, wheels biting into the ruts of the old road, the mules leaning into their harness with a rhythm that left little room for speech.</w:t>
        <w:br/>
        <w:br/>
        <w:t>Jules held the satchel tight against her knees, the baker’s loaves wrapped inside. She hadn’t spoken of the note—Erick’s jagged hand still pressed in her mind—but the words moved with her, beating like another pulse in her chest.</w:t>
        <w:br/>
        <w:br/>
        <w:t>Jack’s gaze swept the horizon, never still. Fields lay bare on either side, stripped by drought and scavenged clean by hunger. The farther they went, the more the land seemed emptied of color, as if Shalda had spilled its sorrow into the soil.</w:t>
        <w:br/>
        <w:br/>
        <w:t>Emily’s voice broke the silence, small and tight. “Do you think… he’ll find us?”</w:t>
        <w:br/>
        <w:br/>
        <w:t>Meagan’s hand rested briefly on her shoulder. “If he lives, he’ll choose his path. And we must choose ours.”</w:t>
        <w:br/>
        <w:br/>
        <w:t>No one added more. The sound of hooves and wheels filled the hollow between them, louder than words.</w:t>
        <w:br/>
      </w:r>
    </w:p>
    <w:p>
      <w:pPr>
        <w:pStyle w:val="Heading2"/>
      </w:pPr>
      <w:r>
        <w:t>Scene 3 – Flight Through the Plains</w:t>
      </w:r>
    </w:p>
    <w:p>
      <w:r>
        <w:t>The road bent south, carrying them across low ridges where stone thrust sharp from the earth. The wagon jolted over each rise, the mules steady but strained. Jack’s eyes never stopped moving, searching every dip and shadow.</w:t>
        <w:br/>
        <w:br/>
        <w:t>Once, where the earth dipped near a low rise, he reined in. A line of tracks pressed deep into the dirt—hooves, heavier and more numerous than theirs. Fresh.</w:t>
        <w:br/>
        <w:br/>
        <w:t>He said nothing, only guided the mules harder until the prints vanished into stonier ground.</w:t>
        <w:br/>
        <w:br/>
        <w:t>The silence pressed tight. Jules caught Emily’s hand, squeezing once. Emily leaned against her, drawing in the comfort without words. They had walked so much of this road together; whatever distance had grown between them, the bond still held.</w:t>
        <w:br/>
        <w:br/>
        <w:t>By midday the sky had cleared into hard blue. The wagon pressed on beneath it, slow but steady, every mile pulling them farther from Shalda and closer to Alta’s distant gates.</w:t>
        <w:br/>
      </w:r>
    </w:p>
    <w:p>
      <w:pPr>
        <w:pStyle w:val="Heading2"/>
      </w:pPr>
      <w:r>
        <w:t>Scene 4 – First Night Beyond Shalda</w:t>
      </w:r>
    </w:p>
    <w:p>
      <w:r>
        <w:t>They pressed on through the long day, mile after mile putting Shalda farther behind. The wagon rattled over the worn road, mules steady under Jack’s hand. By the time the sun burned low and the horizon blushed with dusk, the city was gone from sight, swallowed by distance and haze. Only then did Jack guide the wagon off into a narrow fold of land where a dry streambed cut between the fields. The banks gave shelter from the wind, and the dip of earth made them less visible from the road.</w:t>
        <w:br/>
        <w:br/>
        <w:t>“We’ll camp here,” Jack said, low.</w:t>
        <w:br/>
        <w:br/>
        <w:t>No fire was lit. The night pressed cool and damp, the only warmth coming from the loaves wrapped in cloth. They tore the bread in silence, each bite small, the taste heavy as stone.</w:t>
        <w:br/>
        <w:br/>
        <w:t>Emily curled close to Meagan, her cloak pulled tight, eyes fixed on the shadowed rim of the streambed. Jack stayed near the mules, stroking their necks until their restless stamping eased.</w:t>
        <w:br/>
        <w:br/>
        <w:t>When at last he sank down beside them, the quiet seemed too deep. Somewhere far off, a lantern’s glow winked once across the plain, then vanished. Jules saw it and stiffened, but Jack only shook his head. “Keep low,” he murmured. “Don’t draw the thought of it closer.”</w:t>
        <w:br/>
        <w:br/>
        <w:t>The hours stretched long. Each time the wind shifted through the grass, Meagan’s hand closed tighter around the splintered length of wood at her side. Emily dozed against her shoulder, but her sleep was thin, broken by starts.</w:t>
        <w:br/>
        <w:br/>
        <w:t>Jules pressed her sleeve against her face, her thoughts circling the missing horse and the path still ahead. Hope and dread tangled until she couldn’t tell them apart.</w:t>
        <w:br/>
        <w:br/>
        <w:t>Jack sat rigid, knife across his lap, eyes on the open plain. He hadn’t spoken since they left the road.</w:t>
        <w:br/>
        <w:br/>
        <w:t>The four of them waited there, bound by the same silence, until the night drew long enough to press them into uneasy sleep.</w:t>
        <w:br/>
      </w:r>
    </w:p>
    <w:p>
      <w:pPr>
        <w:pStyle w:val="Heading2"/>
      </w:pPr>
      <w:r>
        <w:t>Scene 5 – Breaking Camp</w:t>
      </w:r>
    </w:p>
    <w:p>
      <w:r>
        <w:t>The gray of morning crept slow across the streambed, painting the banks in pale light. Jack was already moving, harness in hand, while the others stirred stiffly from their uneasy sleep. The mules stamped and shook their manes, eager for the road, their breath fogging in the chill air.</w:t>
        <w:br/>
        <w:br/>
        <w:t>Before hitching them to the wagon, Jack led the pair to a shallow pool left in the streambed’s bend. They lowered their heads and drank deep, long pulls until their sides eased. Only then, satisfied that they would be strong for the miles ahead, did Jack lead them back and fasten the traces.</w:t>
        <w:br/>
        <w:br/>
        <w:t>Meagan knelt at the pool’s edge to fill their flasks. As the water spilled cool into the leather skins, her eye caught a flicker of movement—a pale butterfly drifting low to the ground. It hovered, then settled near a tuft of grass.</w:t>
        <w:br/>
        <w:br/>
        <w:t>That was when she saw it.</w:t>
        <w:br/>
        <w:br/>
        <w:t>Nestled among the blades was a cluster of slender stalks curled tight, their tips faintly luminous even in daylight. Her breath caught. “Moonroot,” she whispered.</w:t>
        <w:br/>
        <w:br/>
        <w:t>She leaned closer, heart quickening. She had heard of it in Keeper tales but had never thought to see it herself. The roots seemed to glow faintly, as though they had swallowed a sip of starlight and held it fast.</w:t>
        <w:br/>
        <w:br/>
        <w:t>“Come—look!” she called softly over her shoulder. Jules and Emily hurried close, crouching beside her, eyes widening at the strange pale stems.</w:t>
        <w:br/>
        <w:br/>
        <w:t>“What does it mean?” Jules asked, her voice hushed. “Why is it important?”</w:t>
        <w:br/>
        <w:br/>
        <w:t>Meagan gathered a few careful stalks into her cloak. Her hands were gentle, almost reverent. “The Keepers say moonroot is a gift from God. Not magic, not chance—provision. There are stories of it sustaining those who carried the hardest burdens, messengers who might have fallen short if not for His hand guiding them. One Keeper told of being lost for days, near starving. Finding this root gave him strength to deliver the words he carried—words that spared a city from ruin. He said it tasted like the night sky pressed into sweetness.”</w:t>
        <w:br/>
        <w:br/>
        <w:t>Emily’s eyes glowed at the thought. “So it’s like His care made visible.”</w:t>
        <w:br/>
        <w:br/>
        <w:t>Meagan nodded, a quiet smile touching her lips. “Yes. A reminder that we don’t walk alone. The work of the Keepers was never about their cleverness—it was about trusting that God provides the means when the path feels impossible.”</w:t>
        <w:br/>
        <w:br/>
        <w:t>Even Jack, busy with the harness, glanced back once, curiosity sparking in his otherwise steady face.</w:t>
        <w:br/>
        <w:br/>
        <w:t>Meagan tucked the stalks away. “Tonight,” she said softly, almost to herself.</w:t>
        <w:br/>
        <w:br/>
        <w:t>For a moment, the weight of Shalda and its shadows loosened. The four of them carried not just fear into the day, but a secret treasure waiting in the night.</w:t>
        <w:br/>
      </w:r>
    </w:p>
    <w:p>
      <w:pPr>
        <w:pStyle w:val="Heading2"/>
      </w:pPr>
      <w:r>
        <w:t>Scene 6 – On the Road</w:t>
      </w:r>
    </w:p>
    <w:p>
      <w:r>
        <w:t>They loaded the last of the water flasks into the wagon, the leather skins thumping softly against one another as they settled into place. Jack checked the harness once more, then clicked the mules forward. Their hooves pressed steady into the dirt, the wagon rolling smooth as they left the shelter of the streambed behind.</w:t>
        <w:br/>
        <w:br/>
        <w:t>The morning carried a freshness they had not felt in some time. None spoke of it, yet it lingered—the faint lift in their shoulders, the quiet steadiness in their eyes—as if the weight of Shalda’s shadows had lightened just enough to let them breathe.</w:t>
        <w:br/>
        <w:br/>
        <w:t>The road itself was no true road at all, but a track cut rough between fields, less traveled and far safer than the main way. Jack steered carefully, keeping them where the ground stayed hard-packed, away from the open stretches where high grass would betray their passage in broken lines. Every choice of terrain was measured—every hollow and ridge another shield from watching eyes.</w:t>
        <w:br/>
        <w:br/>
        <w:t>Jack’s gaze never left the horizon. Once, where the earth dipped near a low rise, he leaned forward, narrowing on a scatter of prints pressed deep in the dirt. Hoof marks. Fresh. His jaw tightened. Out here no one could say whether they belonged to the Rebel’s men or the king’s patrols. Either way, caution kept him from speaking it aloud. He only guided the mules faster, pressing on until the track lifted into firmer ground.</w:t>
        <w:br/>
        <w:br/>
        <w:t>By midday the sun stood higher, the fields stretching wide and dry around them. The last shimmer of morning dew had long since vanished from the grass, leaving the air warm and still. It was then Meagan leaned forward, eyes narrowing on something beyond the wagon’s wheel track. She lifted her hand quickly.</w:t>
        <w:br/>
        <w:br/>
        <w:t>“Stop a moment.”</w:t>
        <w:br/>
        <w:br/>
        <w:t>Jack drew the reins in, and the wagon eased to a halt. Meagan slipped down, skirts brushing against the tall weeds. She bent low among the stalks, her fingers parting the green until she drew out a small cluster of roots and slender bulbs. Wild onions.</w:t>
        <w:br/>
        <w:br/>
        <w:t>Jules watched her climb back aboard, curiosity tugging at her face. “Do you always notice things like that?”</w:t>
        <w:br/>
        <w:br/>
        <w:t>Meagan settled the satchel at her side. “The Keepers were taught to look past what others walk over. Out here, food hides in plain sight. My skills don’t come close to some I’ve known, but I’ve committed myself to learning all I can.”</w:t>
        <w:br/>
        <w:br/>
        <w:t>Emily leaned forward, wide-eyed. “Then tonight we’ll have more than bread?”</w:t>
        <w:br/>
        <w:br/>
        <w:t>Meagan gave a small laugh, her eyes brightening. “Tonight we will feast like kings.” She chuckled again, softer this time, as if the thought of stew after so many meager meals already warmed her.</w:t>
        <w:br/>
        <w:br/>
        <w:t>Jack urged the wagon forward once more, the mules straining into the traces. The track wound on, bending between dry fields and low stone walls, carrying them farther from Shalda and closer to Alta with every mile.</w:t>
        <w:br/>
        <w:br/>
        <w:t>As the sun sank, the light turned coppery and long shadows spilled across the land. Jack slowed the team, scanning every hollow and ridge. The closer they came to the king’s city, the more likely Rebel patrols would be waiting to intercept them. A single mistake—one careless campfire, one footprint in the wrong place—could betray them before dawn.</w:t>
        <w:br/>
        <w:br/>
        <w:t>He guided the wagon into a fold of land where brush and stone pressed close, the hollow deep enough to hide them from the road. The mules stamped restlessly, ears twitching at the lengthening dark.</w:t>
        <w:br/>
        <w:br/>
        <w:t>“This will do,” Jack said, his voice low. He studied the ground again before adding, “If there’s to be a fire, it must be masked.”</w:t>
        <w:br/>
        <w:br/>
        <w:t>He set them all to work: gathering only dry sticks, snapping them short so they would smolder instead of flare. He cleared a pit with his knife, scooping a shallow hollow against a ridge of stone, and showed them how to stack the wood so the smoke curled sideways, never rising high. Then he positioned the wagon close, shielding the glow from any eyes that might be watching along the ridges.</w:t>
        <w:br/>
        <w:br/>
        <w:t>Only then did he give Meagan a nod. “It’s safe enough. Keep it low.”</w:t>
        <w:br/>
        <w:br/>
        <w:t>Soon a faint fire glimmered in the hollow, its light hidden, its smoke almost invisible. Meagan set to work with the onions she had gathered—and at last, from the folds of her cloak, she drew out the pale stalks of moonroot.</w:t>
        <w:br/>
        <w:br/>
        <w:t>The girls leaned close, wonder brightening their tired faces as she sliced the roots thin and dropped them into the small pot. The scent that rose was unlike anything they had known: sweet, sharp, almost luminous in its freshness, as though the night sky itself had been simmered into broth.</w:t>
        <w:br/>
        <w:br/>
        <w:t>Emily’s eyes widened. “This is what you found this morning?”</w:t>
        <w:br/>
        <w:br/>
        <w:t>Meagan nodded, stirring slowly. “The Keepers tell of it often. They called it God’s provision on the road—strength enough for those who might falter. Tonight, it’s ours.”</w:t>
        <w:br/>
        <w:br/>
        <w:t>They ate by the dim firelight, each spoonful warming more than their stomachs. Beside Jules, Emily leaned close, their shoulders brushing as they ate. The simple contact felt like a bridge rebuilt. They had walked the same path for so long, yet these recent days had set them in different orbits. Now, with warmth between them again, Jules gave her a faint smile, and Emily returned it.</w:t>
        <w:br/>
        <w:br/>
        <w:t>Later, when the bowls were set aside and the fire dimmed to embers, Jules lingered near its glow while the others settled back. Jack shifted closer, his voice quiet, meant for her alone.</w:t>
        <w:br/>
        <w:br/>
        <w:t>“You look lighter tonight,” he said.</w:t>
        <w:br/>
        <w:br/>
        <w:t>She tilted her head, the corner of her mouth lifting. “Maybe you just have that effect on me.”</w:t>
        <w:br/>
        <w:br/>
        <w:t>Jack reached gently, pulling her cloak more firmly around her shoulders, his touch lingering just long enough to draw her closer to his side. “I like seeing you like this,” he murmured.</w:t>
        <w:br/>
        <w:br/>
        <w:t>Jules’s lips parted, caught between surprise and something unspoken. She lowered her gaze, but a smile curved there anyway.</w:t>
        <w:br/>
        <w:br/>
        <w:t>She didn’t answer—only let the silence settle between them.</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