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Chapter 20 – The Gates of Alta</w:t>
      </w:r>
    </w:p>
    <w:p>
      <w:pPr>
        <w:pStyle w:val="Heading1"/>
      </w:pPr>
      <w:r>
        <w:t>Scene 1 – The Rebel’s Near Miss</w:t>
      </w:r>
    </w:p>
    <w:p>
      <w:r>
        <w:t>Scene 1 – The Rebel’s Near Miss</w:t>
      </w:r>
    </w:p>
    <w:p>
      <w:r>
        <w:t>By midmorning the sun was already climbing, hot against the riders’ shoulders as the patrol crested a broken rise. Their captain slowed them with a raised hand, the black horses tossing their heads, breath heavy from the long night’s push.</w:t>
      </w:r>
    </w:p>
    <w:p>
      <w:r>
        <w:t>Below, in a hollow choked with brush, thin wisps of smoke rose faint against the wind.</w:t>
      </w:r>
    </w:p>
    <w:p>
      <w:r>
        <w:t>They descended hard. There, among the rocks, lay the remains of a small camp: ashes smoldering in a shallow pit, the ground still pressed with fresh tracks. A wagon’s wheel-ruts, mule prints, lighter steps of women.</w:t>
      </w:r>
    </w:p>
    <w:p>
      <w:r>
        <w:t>The captain crouched, touching the ash. Warm. Too warm for comfort.</w:t>
        <w:br/>
        <w:t>“They were here not three hours past,” he said.</w:t>
      </w:r>
    </w:p>
    <w:p>
      <w:r>
        <w:t>One of the riders swung down, scanning the ground. “They knew to cut through the low valleys, to skirt the ridges. Dragged brush to soften their trail. Chose gullies where the grass hides the ruts.” He lifted his gaze, flinty with respect. “Careful work. But not enough. We still found them.”</w:t>
      </w:r>
    </w:p>
    <w:p>
      <w:r>
        <w:t>Another spat in the dust. “They’re cautious, but not cautious enough.”</w:t>
      </w:r>
    </w:p>
    <w:p>
      <w:r>
        <w:t>The tracks led northwest. Always northwest—toward Alta.</w:t>
      </w:r>
    </w:p>
    <w:p>
      <w:r>
        <w:t>“They can’t be far ahead,” one soldier said, eagerness tightening his voice.</w:t>
      </w:r>
    </w:p>
    <w:p>
      <w:r>
        <w:t>The captain rose, eyes narrowing toward the horizon. The land rolled uneven, a patchwork of ridges and scattered woods that blurred the distance. Yet through a narrow gap the pale towers of Alta shimmered, hazed by morning light.</w:t>
      </w:r>
    </w:p>
    <w:p>
      <w:r>
        <w:t>He swung into the saddle again. “Ride.”</w:t>
      </w:r>
    </w:p>
    <w:p>
      <w:r>
        <w:t>They pressed forward, hoofbeats pounding, following the winding trace through folds of land. At each rise the trail threatened to vanish, swallowed in broken ground, only to reappear in the dust of a low gully. The chase stretched taut, hope held fast by each fresh mark of mule or wheel.</w:t>
      </w:r>
    </w:p>
    <w:p>
      <w:r>
        <w:t>Then, as they crested the last ridge, the captain yanked his reins hard.</w:t>
      </w:r>
    </w:p>
    <w:p>
      <w:r>
        <w:t>Down below, at the end of the valley road, a wagon rolled steadily through Alta’s gates. The team drove on, the sun flashing once across the iron bands before the guards waved them in and the crowd swallowed them from sight.</w:t>
      </w:r>
    </w:p>
    <w:p>
      <w:r>
        <w:t>The captain’s jaw tightened. “A breath late.”</w:t>
      </w:r>
    </w:p>
    <w:p>
      <w:r>
        <w:t>Frustration broke from one of the riders. “They’re inside. What now?”</w:t>
      </w:r>
    </w:p>
    <w:p>
      <w:r>
        <w:t>The captain’s gaze lingered on the banners streaming above the walls. “Now we ride. The Rebel must hear this from our own mouths. By nightfall he will know they’ve reached Alta—and know we failed him. The king may think they’re safe within stone, but walls crack. And we’ll be here when they come out.”</w:t>
      </w:r>
    </w:p>
    <w:p>
      <w:r>
        <w:t>The column wheeled at his signal, vanishing back into the broken country. But the smolder of the abandoned camp still whispered how narrow the escape had been.</w:t>
      </w:r>
    </w:p>
    <w:p>
      <w:pPr>
        <w:pStyle w:val="Heading1"/>
      </w:pPr>
      <w:r>
        <w:t>Scene 2 – Arrival in Alta</w:t>
      </w:r>
    </w:p>
    <w:p>
      <w:r>
        <w:t>Scene 2 – Arrival in Alta</w:t>
      </w:r>
    </w:p>
    <w:p>
      <w:r>
        <w:t>The wagon crested the last slope, and Alta rose before them—walls pale in the sun, banners streaming, the gates swinging wide as traffic pressed in and out. After the ruin of Shalda, the city’s strength felt unreal: where Shalda’s streets had been hollow with hunger and ash, here markets stirred with color, fountains spilled clean water, and laughter threaded through the press of voices. Guards stood sharp at their posts, their armor bright in the light, not dulled or desperate as the watchmen of Shalda.</w:t>
      </w:r>
    </w:p>
    <w:p>
      <w:r>
        <w:t>Emily leaned forward, eyes wide. “It’s beautiful,” she whispered.</w:t>
      </w:r>
    </w:p>
    <w:p>
      <w:r>
        <w:t>Jules gripped the bench, struggling to take it all in—the towers, the press of voices. For one heartbeat, the weight of pursuit lifted.</w:t>
      </w:r>
    </w:p>
    <w:p>
      <w:r>
        <w:t>Then she looked back.</w:t>
      </w:r>
    </w:p>
    <w:p>
      <w:r>
        <w:t>Far on the ridge they had just crossed, dark shapes broke the skyline—riders, black horses standing stark against the light. The patrol.</w:t>
      </w:r>
    </w:p>
    <w:p>
      <w:r>
        <w:t>Her breath caught. “Jack—”</w:t>
      </w:r>
    </w:p>
    <w:p>
      <w:r>
        <w:t>“I see them.” His voice was low, hard. He tightened the reins, urging the wagon onward. They rolled through the gates.</w:t>
      </w:r>
    </w:p>
    <w:p>
      <w:r>
        <w:t>The patrol was left staring from the rise, too far to reach them, too late to matter.</w:t>
      </w:r>
    </w:p>
    <w:p>
      <w:r>
        <w:t>Inside, Meagan gave a quiet word to the guard at the gate, and at once they were waved through. Respect flashed in the salute, in the way men stepped back for her passage. Jules and Emily exchanged a glance—how could she know this city so well?</w:t>
      </w:r>
    </w:p>
    <w:p>
      <w:r>
        <w:t>Jules turned back to Jack. His jaw was clenched, muscles taut in his arms as he held the reins too tightly. It wasn’t just the chase that wound him so tight—it was this city itself, the king’s fortress, everything he had been taught to despise. The sight of him like this unsettled her, the tension coiled beneath his steady face.</w:t>
      </w:r>
    </w:p>
    <w:p>
      <w:r>
        <w:t>Without pause, Meagan directed Jack upward. The wagon climbed the broad avenue that wound toward the castle keep, past stone arches and carved fountains, until the high doors loomed ahead, etched with the emblems of kings long gone.</w:t>
      </w:r>
    </w:p>
    <w:p>
      <w:r>
        <w:t>Meagan’s voice was steady. “This is home.”</w:t>
      </w:r>
    </w:p>
    <w:p>
      <w:pPr>
        <w:pStyle w:val="Heading1"/>
      </w:pPr>
      <w:r>
        <w:t>Scene 3 – Castle Preparations / Meagan’s Reveal</w:t>
      </w:r>
    </w:p>
    <w:p>
      <w:r>
        <w:t>Scene 3 – Castle Preparations / Meagan’s Reveal</w:t>
      </w:r>
    </w:p>
    <w:p>
      <w:r>
        <w:t>The wagon slowed at the castle’s outer court, where guards in polished mail stepped forward, spears crossed. For a moment Jules’s chest tightened—after so much pursuit, even the sight of armed men made her wary. But then, in a ripple that startled her, the spears lifted and the men bowed low.</w:t>
      </w:r>
    </w:p>
    <w:p>
      <w:r>
        <w:t>“Your Highness,” one said, voice clear. “We’ve awaited you.”</w:t>
      </w:r>
    </w:p>
    <w:p>
      <w:r>
        <w:t>Jules glanced at Emily, confusion flashing between them, before turning to Meagan. But Meagan only inclined her head, her face composed, as though she had worn that greeting all her life.</w:t>
      </w:r>
    </w:p>
    <w:p>
      <w:r>
        <w:t>Inside the gate, attendants hurried forward, bowing again. “The princess has returned,” one murmured, and the words spread like a breath of wind among them.</w:t>
      </w:r>
    </w:p>
    <w:p>
      <w:r>
        <w:t>Emily clutched Jules’s hand. “Princess?” she whispered.</w:t>
      </w:r>
    </w:p>
    <w:p>
      <w:r>
        <w:t>At last Meagan looked at them, steady and unflinching. “I should have told you sooner. I am the king’s daughter—the blood princess of Alta. But I cannot claim the throne until I wed. That is the law of this realm.”</w:t>
      </w:r>
    </w:p>
    <w:p>
      <w:r>
        <w:t>The words fell like stone. Jules stared, unable to shape a reply. Emily’s eyes brimmed with wonder.</w:t>
      </w:r>
    </w:p>
    <w:p>
      <w:r>
        <w:t>Servants parted them then, ushering Jules and Emily to one chamber and Jack to another.</w:t>
      </w:r>
    </w:p>
    <w:p>
      <w:r>
        <w:t>For the girls, steaming baths waited, the water fragrant with salts, spices, and flowers scattered across the surface. Emily laughed softly, dipping her hand to splash a bit of the scented water toward Jules. “We don’t even look like ourselves.”</w:t>
      </w:r>
    </w:p>
    <w:p>
      <w:r>
        <w:t>Jules smiled, brushing the droplets from her sleeve. “Maybe that’s not such a bad thing.”</w:t>
      </w:r>
    </w:p>
    <w:p>
      <w:r>
        <w:t>Later, while attendants wove ribbons into their hair and fastened clasps at their shoulders, Emily leaned nearer, voice low. “After everything… it feels good to remember we’re still girls too.”</w:t>
      </w:r>
    </w:p>
    <w:p>
      <w:r>
        <w:t>Jules reached across, squeezing her hand briefly. In that touch lay all the years of cousinhood and friendship—the shared memories of home, the bond of family that distance and hardship could never unmake.</w:t>
      </w:r>
    </w:p>
    <w:p>
      <w:r>
        <w:t>Then the door opened. Both girls looked up—and stopped short.</w:t>
      </w:r>
    </w:p>
    <w:p>
      <w:r>
        <w:t>Meagan entered, attendants stepping back around her. A silver circlet crowned her brow, her gown deep-hued and edged with emblems of her house. She seemed suddenly distant, regal, every inch the princess she had named herself to be.</w:t>
      </w:r>
    </w:p>
    <w:p>
      <w:r>
        <w:t>Emily’s hand flew to her mouth. Jules could only whisper, “Meagan…”</w:t>
      </w:r>
    </w:p>
    <w:p>
      <w:r>
        <w:t>Their friend’s eyes softened, but she said nothing. The crown spoke for itself.</w:t>
      </w:r>
    </w:p>
    <w:p>
      <w:r>
        <w:t>Meanwhile, Jack had been given his own chamber. He had not resisted the offer of warm water and fine cloth, though the unfamiliar quiet pressed at him. As steam curled from the bath, he leaned on the basin’s edge, thoughts roiling. Meagan—the princess. The king’s blood alive in her veins. No wonder the Rebel would want her gone. Everything he told me… lies? Or half-truths twisted into chains?</w:t>
      </w:r>
    </w:p>
    <w:p>
      <w:r>
        <w:t>He dressed slowly in the garments left for him, the fabric rich but unfamiliar on his shoulders. Yet it wasn’t the cloth that unsettled him—it was what it meant. If the Rebel had poisoned his mind with falsehoods, then this place, this city, this king… might not be what he had been told at all.</w:t>
      </w:r>
    </w:p>
    <w:p>
      <w:r>
        <w:t>When they were brought together again, the girls entered first—Meagan regal in her crown, Emily radiant, and Jules in her gown, her hair gleaming like molten gold in the high light.</w:t>
      </w:r>
    </w:p>
    <w:p>
      <w:r>
        <w:t>Jack froze. For a heartbeat he forgot the hall, the guards, even his doubts. Jules stole the air from his chest. She was no longer the dust-streaked companion of Shalda’s alleys—here she was transformed, shining in a way that struck him through.</w:t>
      </w:r>
    </w:p>
    <w:p>
      <w:r>
        <w:t>He dragged his gaze away, jaw tight, but the mark of that moment lingered in his chest.</w:t>
      </w:r>
    </w:p>
    <w:p>
      <w:pPr>
        <w:pStyle w:val="Heading1"/>
      </w:pPr>
      <w:r>
        <w:t>Scene 4 – The Audience with the King</w:t>
      </w:r>
    </w:p>
    <w:p>
      <w:r>
        <w:t>Scene 4 – The Audience with the King</w:t>
      </w:r>
    </w:p>
    <w:p>
      <w:r>
        <w:t>The high doors swung wide, and they stepped into the king’s hall. Sunlight streamed through tall windows, spilling across marble floors and tapestries that reached toward the vaulted ceiling. Jules’s breath caught.</w:t>
      </w:r>
    </w:p>
    <w:p>
      <w:r>
        <w:t>Her eyes swept the chamber—banners stitched with golden thread, carvings of battles long past, and portraits lining the walls. One in particular drew her as if by invisible pull: a woman standing in a green field, regal and commanding, with a small girl at her side, golden sunlight caught in the painted air. Jules froze. It was the same painting she had glimpsed in the Rebel’s hall, only here the colors glowed brighter, unmarred by dust and shadow. That same woman. That same child. The same vague familiarity tugged at her again—like staring at some reflection of herself she couldn’t quite name.</w:t>
      </w:r>
    </w:p>
    <w:p>
      <w:r>
        <w:t>At the far end of the hall, the king rose slowly from his chair. His beard was silvered, his shoulders still broad though years weighed on him. Yet his eyes shone keen, and when they fell upon Jules and Emily, his composure trembled. Moisture rimmed his eyes, though no words yet passed his lips.</w:t>
      </w:r>
    </w:p>
    <w:p>
      <w:r>
        <w:t>“Come forward,” he said, voice warm but grave.</w:t>
      </w:r>
    </w:p>
    <w:p>
      <w:r>
        <w:t>They approached. Jack kept his shoulders square, every muscle taut, but the girls drew nearer with hesitant reverence.</w:t>
      </w:r>
    </w:p>
    <w:p>
      <w:r>
        <w:t>Meagan broke all formality, suddenly running to him, her arms flung around his neck. The king caught her close, holding her as though no court, no throne, no world could intrude on that moment. His hand trembled against her back before he gently released her, and she stepped aside, eyes bright with tears.</w:t>
      </w:r>
    </w:p>
    <w:p>
      <w:r>
        <w:t>Then she bowed her head. “Father. We bring news that cannot wait.”</w:t>
      </w:r>
    </w:p>
    <w:p>
      <w:r>
        <w:t>The king lifted a hand for silence, then motioned them closer still. “Tell me all.”</w:t>
      </w:r>
    </w:p>
    <w:p>
      <w:r>
        <w:t>And so they did. Jules and Emily added their voices to Meagan’s, halting at times, filling in what they had seen and heard. Of Shalda’s starving streets, the missing grain, the Rebel’s thefts carried out in secret. Of how his men twisted the truth, letting whispers spread that the king himself hoarded food while his people suffered.</w:t>
      </w:r>
    </w:p>
    <w:p>
      <w:r>
        <w:t>Jack, his jaw tight, forced himself to speak of the Keepers—the attacks, the targeting. Meagan told of Erick’s shop, of how his very life had been hunted because of the truths he carried. The Rebel’s hand lay heavy on all of it, bent on silencing those who stood in his way.</w:t>
      </w:r>
    </w:p>
    <w:p>
      <w:r>
        <w:t>When their words ceased, silence filled the hall.</w:t>
      </w:r>
    </w:p>
    <w:p>
      <w:r>
        <w:t>The king did not rush to answer. He lowered his head, hands resting heavy on the arms of his chair. A murmur left his lips—not panic, not despair, but prayer. Quiet, steady.</w:t>
      </w:r>
    </w:p>
    <w:p>
      <w:r>
        <w:t>At length he lifted his gaze, and peace rested there, though sorrow shadowed it. “I have known the Rebel’s bitterness for many years,” he said, voice even. “His envy poisoned him long ago, when Bella chose my son over him. That wound has driven him ever since. He thinks power is won by taking, by starving, by crushing hope beneath fear. But he is wrong.”</w:t>
      </w:r>
    </w:p>
    <w:p>
      <w:r>
        <w:t>Jules’s voice cracked in the stillness. “Bella?” Her hand rose to her mouth. “That’s my mother’s name. My mother… Bella.”</w:t>
      </w:r>
    </w:p>
    <w:p>
      <w:r>
        <w:t>The king’s breath caught. His gaze swept to the portrait Jules had been staring at. Slowly, he nodded, emotion welling in his eyes. “Yes. The same Bella. Your mother once walked these halls. She was my daughter-in-law—wife to my son, heir of this throne.”</w:t>
      </w:r>
    </w:p>
    <w:p>
      <w:r>
        <w:t>The chamber seemed to tilt around Jules. Her knees weakened. Her voice trembled as she spoke, the realization dawning like fire in her chest. “Then… you’re my grandfather. And Meagan—” She turned toward her friend, breath catching. “You’re my aunt.”</w:t>
      </w:r>
    </w:p>
    <w:p>
      <w:r>
        <w:t>For a heartbeat, silence reigned. Then the king’s composure broke. His voice rang through the hall, filled with wonder and aching joy: “My granddaughter.” He came down from the dais with surprising strength, gathering Jules into his arms. His tears fell freely as he pressed her close, his hand cradling the back of her head.</w:t>
      </w:r>
    </w:p>
    <w:p>
      <w:r>
        <w:t>Meagan stepped forward too, wrapping them both in her embrace, her crown slipping askew as she clung to Jules. “My niece,” she whispered, laughter and tears mingling. “My own brother’s child.”</w:t>
      </w:r>
    </w:p>
    <w:p>
      <w:r>
        <w:t>The reunion swelled warm and whole in the center of the hall. Jules clung to them, sobs shuddering through her. “But why? Why didn’t she tell me? Why leave?”</w:t>
      </w:r>
    </w:p>
    <w:p>
      <w:r>
        <w:t>The king’s arm tightened around her, his voice breaking. “Because your father—my son—was slain by the Rebel’s men. And Bella feared the same fate would fall upon you. She bore you away through the portal to save your life. She could not bear the pain of staying, not when every corner of Alta reminded her of what she had lost. She left, never intending to return.”</w:t>
      </w:r>
    </w:p>
    <w:p>
      <w:r>
        <w:t>He drew her gently toward a nearby alcove where a great canvas stood veiled in heavy cloth. With hands that shook, he pulled the covering free. Gasps echoed as the portrait emerged—her father and mother, robed in wedding finery, painted in luminous detail. Bella radiant, her smile full of hope; the prince, Jules’s father, tall and strong, his arm tenderly around her shoulders.</w:t>
      </w:r>
    </w:p>
    <w:p>
      <w:r>
        <w:t>Jules stared, drinking in every line of his face—the curve of his jaw, the warmth in his painted eyes. The father she had never known, and now met only here.</w:t>
      </w:r>
    </w:p>
    <w:p>
      <w:r>
        <w:t>A sudden memory pierced her. Back home—her other home—there had always been a carved bust on the mantel, a face she thought nothing more than one of her mother’s odd decorations. Bella had guarded it closely, never letting it be moved, always brushing dust from its brow. Jules had never understood why. But now, seeing this painted likeness, she knew. That sculpted figure had been her father, kept in silent honor all her life, and she had never realized.</w:t>
      </w:r>
    </w:p>
    <w:p>
      <w:r>
        <w:t>Her tears blurred. “I look like him,” she whispered.</w:t>
      </w:r>
    </w:p>
    <w:p>
      <w:r>
        <w:t>Meagan’s voice trembled beside her. “This is how I remember him… brave, gentle. My brother.”</w:t>
      </w:r>
    </w:p>
    <w:p>
      <w:r>
        <w:t>Jules turned back suddenly, her gaze lifting to the other portrait—the one of the woman in the green field with the child at her side. Her voice wavered. “I saw that painting… in the Rebel’s hall. I couldn’t look away from it, though I didn’t understand why. Why was it there? How could he have had it?”</w:t>
      </w:r>
    </w:p>
    <w:p>
      <w:r>
        <w:t>The king’s eyes darkened as they lingered on the painting. “That portrait here—the one of Bella with the child, Meagan as a girl—the Rebel stole it when he fled these halls. He coveted what he could not have and meant to wound us by tearing her image from our walls. The one you saw in his lair was that theft. So it would remain where it truly belongs, we had this copy painted anew.”</w:t>
      </w:r>
    </w:p>
    <w:p>
      <w:r>
        <w:t>Jules turned back, tears streaming, her voice breaking. “All this time I thought I knew who I was… And now…” She could not finish.</w:t>
      </w:r>
    </w:p>
    <w:p>
      <w:r>
        <w:t>The king put his arm around her. “You are not who you thought, child. You are my granddaughter. The blood of Alta runs strong in you. And there is more you must learn—more of your mother, of your father, of the battles that shaped our fate. Not now. You are weary and hungry, and after our meal, when strength is restored, I will tell you all.”</w:t>
      </w:r>
    </w:p>
    <w:p>
      <w:r>
        <w:t>From the side, Jack’s chest tightened. The Rebel—his father—had slain Jules’s. And now here she stood, radiant in her grief and discovery, a princess of Alta. His shame hollowed him, but worse was the aching pull of love that grew sharper in this moment. He wanted nothing more than to shield her, yet knew it was his own bloodline that had torn her family apart. The contradiction crushed him—longing and guilt, love and despair, tangled beyond untying. For the first time, he questioned not only what he had been told, but whether he deserved the place at her side he so desperately wanted.</w:t>
      </w:r>
    </w:p>
    <w:p>
      <w:r>
        <w:t>At last the king’s gaze turned toward him. “And you. I do not know your name.”</w:t>
      </w:r>
    </w:p>
    <w:p>
      <w:r>
        <w:t>Jack’s breath hitched. For a moment, silence strangled him. Then, forcing the words out: “I am the Rebel’s son.” The sound of it echoed sharp in the hall. His gaze dropped, shame flooding his face. “All my life I was told lies about this place—about you. But standing here, in your presence… I know they cannot be true. I see it. And I am sorry.”</w:t>
      </w:r>
    </w:p>
    <w:p>
      <w:r>
        <w:t>The king did not recoil. Instead, his gaze lingered on Jack, as if searching deeper than blood or name. What he found there softened the lines of his face. He stepped nearer, laying a weathered hand on Jack’s shoulder. “I see truth in you, and a measure of honor your father no longer carries. Son of the Rebel or not, you will not be judged by his sins, but by your own steps from this day forward.”</w:t>
      </w:r>
    </w:p>
    <w:p>
      <w:r>
        <w:t>Jack swallowed hard, unable to answer, but the weight on his chest eased, if only slightly.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