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20 – The Gates of Alta</w:t>
      </w:r>
    </w:p>
    <w:p>
      <w:r>
        <w:t>⸻</w:t>
      </w:r>
    </w:p>
    <w:p>
      <w:r>
        <w:t>Scene 5 – The Rebel’s Riders / Banquet Prelude</w:t>
        <w:br/>
        <w:t>Hooves pounded the earth in a relentless rhythm, throwing dust high into the fading light. The patrol rode hard, black cloaks snapping in the wind, their mounts foaming with sweat yet driven on without mercy. Every stride ate up the distance, but the weight on their captain’s chest pressed heavier than the saddle.</w:t>
        <w:br/>
        <w:t>They had failed.</w:t>
        <w:br/>
        <w:t>Their quarry was inside Alta, walled and shielded by the king’s guard. The plan so carefully laid was tearing at the seams, the mission unraveling before their eyes. What was meant to choke a kingdom into surrender now trembled on the edge of exposure.</w:t>
        <w:br/>
        <w:t>At last the captain reined in at a shallow waterhole, the horses plunging their muzzles into the stream, flanks quivering. Dust swirled as the men slid down, breath ragged.</w:t>
        <w:br/>
        <w:t>One rider spat into the dirt. “If the king already knows, then the Rebel’s cause is crumbling.”</w:t>
        <w:br/>
        <w:t>The captain’s jaw clenched. “Then we ride faster. He must hear it from us before the whispers reach him. By nightfall he will know we failed him—and he will decide how we strike next.”</w:t>
        <w:br/>
        <w:t>Silence followed, broken only by the sound of horses drinking. Then, with a sharp motion, the captain swung back into the saddle. “Ride.”</w:t>
        <w:br/>
        <w:t>They drove their mounts harder still, racing through gullies and over broken ridges, a storm of desperation, fury, and fear. Behind them, Alta’s pale walls glimmered faint in the last light of day. Ahead lay the fortress where their master waited, and the reckoning to come.</w:t>
        <w:br/>
        <w:br/>
        <w:t>Scene 6 – Restless Chambers</w:t>
        <w:br/>
        <w:t>The long corridors of the castle seemed to blur as servants led them back to their chambers. Soft words of welcome and gestures of reverence followed them, but Jules hardly noticed. Her mind was too full, her heart still pounding with revelations too vast to hold.</w:t>
        <w:br/>
        <w:t>At last she and Emily were guided into a room of their own. Curtains drifted at tall windows, stirred by the day’s breeze; candles flickered low, casting a quiet glow. Emily sank onto the edge of the bed, her hands twisted in her lap.</w:t>
        <w:br/>
        <w:t>For a long moment neither spoke. The hush pressed close, heavy with all they had just heard.</w:t>
        <w:br/>
        <w:t>At last Emily whispered, “Jules… your father. He was the king’s son.”</w:t>
        <w:br/>
        <w:t>Jules pressed her palms against her knees, her throat tight. “I never even saw his face until today. All those years—my mother must have carried that grief in silence. And she left everything behind just to keep me safe.”</w:t>
        <w:br/>
        <w:t>Emily’s eyes softened. “It makes sense now, the way she always seemed guarded. She was protecting more than you knew.”</w:t>
        <w:br/>
        <w:t>Jules looked at her, pain shadowing her voice. “But why never tell me? Why keep it hidden?”</w:t>
        <w:br/>
        <w:t>Emily shook her head slowly. “Maybe she thought the truth would only put you in danger sooner. Or maybe she couldn’t bear to speak it without breaking.”</w:t>
        <w:br/>
        <w:t>Jules lowered her gaze, her voice trembling. “And all this time, my grandfather was alive. My aunt. A whole family I never knew.”</w:t>
        <w:br/>
        <w:t>Emily reached for her hand, holding it tight. “Now you do know. And tonight he promised to tell you more. Jules… what else do you think he’s kept?”</w:t>
        <w:br/>
        <w:t>Jules swallowed hard, her father’s painted face flashing in her mind. “I don’t know.”</w:t>
        <w:br/>
        <w:t>Before Emily could reply, a quiet knock stirred the door. Jules rose and opened it to find Jack in the corridor, his shoulders taut, his expression shadowed.</w:t>
        <w:br/>
        <w:t>“I’m sorry,” he said softly. “I know you’re waiting for the king’s summons, but I… I couldn’t stay away. Will you come sit with me? Just for a while?”</w:t>
        <w:br/>
        <w:t>Jules glanced back at Emily. “I’ll be back. I just need to talk with him.”</w:t>
        <w:br/>
        <w:t>Emily gave a small nod, her face tender with understanding.</w:t>
        <w:br/>
        <w:t>Jules slipped into the corridor, pulling the door softly behind her. Together she and Jack walked a short way to a quiet alcove, where tall windows opened on the courtyard below and late sunlight slanted across the stone. There they sat, the hush wrapping around them.</w:t>
        <w:br/>
        <w:t>Jack spoke first, his voice raw. “I can’t escape it—the truth of what my father did. That your father died at his command. That all the lies I believed came from him. How could you ever look at me again? If you never wanted to speak to me after this… I’d understand.”</w:t>
        <w:br/>
        <w:t>Jules’s chest ached at the anguish in his words. She shook her head fiercely. “No. The man I’ve come to know is nothing like the Rebel. You’ve fought for us, protected us, stood with us when you could have turned away. That’s not his doing—that’s you.”</w:t>
        <w:br/>
        <w:t>Her voice faltered, rising on the words before she could stop them. “That’s why my love for you is real and true.”</w:t>
        <w:br/>
        <w:t>The word slipped out like a spark. Heat rushed to her face. She stumbled to cover it. “I mean—my care for you—my trust, that’s what I meant.”</w:t>
        <w:br/>
        <w:t>But Jack didn’t seize on her slip. His gaze dropped, his hand tightening on his knee as though afraid to reach for more than he deserved. “You don’t know what that means to me, Jules. Not now.”</w:t>
        <w:br/>
        <w:t>Her heart pounded, shaken by her own confession, by his restraint. The ache in her deepened—not lessened—because of it.</w:t>
        <w:br/>
        <w:t>At last a servant’s voice carried down the corridor: “The king summons you to dine.”</w:t>
        <w:br/>
        <w:t>Jules and Jack rose, walking back together to rejoin Emily. The three of them returned side by side toward the hall where the rest of Alandra’s secrets waited.</w:t>
        <w:br/>
        <w:br/>
        <w:t>Scene 7 – Dinner with the King</w:t>
        <w:br/>
        <w:t>The dining chamber was small compared to the great hall, set apart in a quiet wing of the castle. A single table stood beneath high-arched windows, its polished surface gleaming in lamplight. No guards, no attendants—only five places prepared. The scent of roasted herbs lingered faintly in the air, mingling with the warmth of bread and broth already set out.</w:t>
        <w:br/>
        <w:t>King William entered last, his step measured but not ceremonial. He motioned for them to sit, his hand resting briefly on Meagan’s shoulder as he passed her chair. “This is not court,” he said softly. “This is family.”</w:t>
        <w:br/>
        <w:t>They sat. For a moment, silence lingered, expectant. Then the king bowed his head, his voice steady but tender. “Lord of heaven and earth, bless this food before us. May it give us strength to bear the truth, courage to face what lies ahead, and unity to stand as one. Amen.”</w:t>
        <w:br/>
        <w:t>Only then did they take bread and broth, the soft clatter of dishes briefly filling the chamber. But the weight of silence pressed heavier than hunger, until at last the king leaned forward, his voice low and steady.</w:t>
        <w:br/>
        <w:t>“You deserve to know the truth—not in fragments, not in shadows, but all of it. What has been kept too long in silence must now be spoken.”</w:t>
        <w:br/>
        <w:t>Jules drew a slow breath, bracing herself. Emily sat close beside her, hands folded tight. Jack kept to the far end, his shoulders taut, eyes fixed on the table.</w:t>
        <w:br/>
        <w:t>The king began with Bella and Grace.</w:t>
        <w:br/>
        <w:t>“They arrived through the portal in the days when Alandra bled under Zana’s war banners. Strangers to our land, yet brave in ways few of our own dared to be. Together, they carried our hopes across the sea to Lynel, bargaining with kings and councils, securing ships and supplies when we had none. Without their courage, Alandra would have fallen. It was they—not our generals—who turned despair into survival.”</w:t>
        <w:br/>
        <w:t>Jules’ heart quickened. Her mother, whom she had known all her life yet never in this light, now stood revealed as the savior of a kingdom.</w:t>
        <w:br/>
        <w:t>Emily swallowed hard. “My mother, too?”</w:t>
        <w:br/>
        <w:t>The king’s eyes softened. “Grace was as steadfast as Bella. They never faltered—sisters in everything but blood. Alandra still stands because of them.”</w:t>
        <w:br/>
        <w:t>A hush settled. Jules and Emily exchanged a glance, wonder and weight mingled in their eyes.</w:t>
        <w:br/>
        <w:t>Then the king’s voice darkened.</w:t>
        <w:br/>
        <w:t>“Bella’s path brought her here, into this palace, into the heart of my family. My son Jonathan saw in her what I had already seen—strength, compassion, light. They wed, and for a brief season joy filled these halls. But joy often breeds envy.”</w:t>
        <w:br/>
        <w:t>Jack’s head lowered, shame shadowing his features.</w:t>
        <w:br/>
        <w:t>“The Rebel was once my son’s closest companion,” William said, his voice weighted with sorrow. “He held high office in this castle, and I loved him as a son. But when Bella chose Jonathan, bitterness took root. Their friendship faltered, his loyalty crumbled, and then came the accident that was no accident. Jonathan’s death bore the Rebel’s shadow. And though he denied it, his flight from these halls was proof enough for most of us.”</w:t>
        <w:br/>
        <w:t>“And in her grief, Bella fled. She carried you, Jules, into the other world, determined you would never be touched by the shadow that consumed her here.”</w:t>
        <w:br/>
        <w:t>Silence lingered until Emily’s voice trembled through it. “But my mother—she followed Bella back?”</w:t>
        <w:br/>
        <w:t>William nodded. “Grace would not be parted from her. Their bond was unbreakable. She chose, as Bella did, so their lives could still be lived side by side.”</w:t>
        <w:br/>
        <w:t>Jules gripped Emily’s hand, both steadied and undone by the truth binding them tighter than they had ever guessed.</w:t>
        <w:br/>
        <w:t>The king’s gaze shifted, sorrow heavy in it. “There is more. After Bella had already fled, fire swept this palace. My queen, Elara, perished in that blaze. It began in the royal wing, fierce and sudden, devouring her chambers before help could reach her. Had I not been called away unexpectedly that night, I too would have perished at her side. Many whispered the Rebel’s hand was behind it, but he denied it, as he denies all things. Proof was never found, yet the wound remains.”</w:t>
        <w:br/>
        <w:t>Meagan’s jaw tightened, her eyes bright with pain long borne in silence. Jules’ hand hovered toward her, words failing, the enormity of loss pressing over them all.</w:t>
        <w:br/>
        <w:t>For a time they ate in silence, each bite tasting of ash more than bread. Then Jules spoke again, her voice searching. “And the Rebel… how does he hold such sway? Why do the people believe him?”</w:t>
        <w:br/>
        <w:t>William leaned back, his expression grave. “Because he has worked for years to weave a web of deception. Subtle at first—carefully crafted so falsehood looked like truth. The Keepers kept him at bay, always a step ahead, but when Shalda fell into ruin and their defenses cracked, he seized the chance. I knew he schemed, but I did not see the full shape of his design until you brought me word from Shalda. Only then did I know his aim was nothing less than my throne. When Meagan crossed the portal to bring you here, we knew we were in peril.”</w:t>
        <w:br/>
        <w:t>His hand tightened briefly on the table. “All you’ve told me is invaluable. And yet…” he exhaled, weary. “The people will ask for proof. Words alone may not be enough.”</w:t>
        <w:br/>
        <w:t>Jack suddenly drew a sharp breath. “The wagons. The hidden wagons—that’s the proof we need. We saw them. We just didn’t have time to bring them out before we had to flee Shalda.”</w:t>
        <w:br/>
        <w:t>Jules turned quickly toward him, her voice steady. “He’s right. They’re still there, hidden in the gullies outside the city. We only need to find them.”</w:t>
        <w:br/>
        <w:t>Emily leaned in, her face alight with urgency. “And when we do, the people will know. They’ll see the truth for themselves.”</w:t>
        <w:br/>
        <w:t>The king’s face shone with grief and grim vindication. “Then that is our charge. Your testimony, joined with that evidence, will shatter the lies he has spun.”</w:t>
        <w:br/>
        <w:t>Emily’s eyes widened, a mix of fear and resolve. Jules felt her throat tighten, the burden of destiny heavy yet unshakable.</w:t>
        <w:br/>
        <w:t>“And Jack,” the king turned toward him, his voice gentling. “Yours may be the hardest path. To stand against your own father is to walk in fire. Yet your presence here, your choice to stand with truth, may undo him more than any sword.”</w:t>
        <w:br/>
        <w:t>Jack’s voice cracked. “If the people see me, they will see his blood in me.”</w:t>
        <w:br/>
        <w:t>“They will also see,” William said firmly, “that blood does not bind destiny. You are not him. Your stand is the proof of it.”</w:t>
        <w:br/>
        <w:t>Jack bowed his head, unable to answer, though the tension in his jaw eased.</w:t>
        <w:br/>
        <w:t>At last the king pushed his bowl aside. The lamps flickered low, the chamber hushed but for the quiet strength of his words. “You must be ready. The Rebel will strike harder, knowing the walls close in. But you are not alone. Together—each of you—you carry what he fears most: truth. That is the light that breaks shadows.”</w:t>
        <w:br/>
        <w:t>Jules’ hand found Emily’s beneath the table. Jack lifted his gaze, meeting hers for one trembling instant before looking away. Meagan sat straighter, her crown catching the light.</w:t>
        <w:br/>
        <w:t>And King William, weathered and resolute, looked upon them all with something more than hope—certainty.</w:t>
        <w:br/>
        <w:t>“The night is only beginning,” he said softly. “But so is your part in the story of Alandra.”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