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76" w:lineRule="auto" w:before="0" w:after="160"/>
        <w:ind w:firstLine="0"/>
        <w:jc w:val="left"/>
      </w:pPr>
      <w:r>
        <w:rPr>
          <w:rFonts w:ascii="Times New Roman" w:hAnsi="Times New Roman" w:eastAsia="Times New Roman"/>
          <w:b w:val="0"/>
          <w:sz w:val="28"/>
        </w:rPr>
        <w:t>Chapter 21 – The Veranda of Alta Castle</w:t>
      </w:r>
    </w:p>
    <w:p>
      <w:pPr>
        <w:spacing w:line="276" w:lineRule="auto" w:before="0" w:after="160"/>
        <w:ind w:firstLine="0"/>
        <w:jc w:val="left"/>
      </w:pPr>
      <w:r>
        <w:rPr>
          <w:rFonts w:ascii="Times New Roman" w:hAnsi="Times New Roman" w:eastAsia="Times New Roman"/>
          <w:b w:val="0"/>
          <w:sz w:val="28"/>
        </w:rPr>
        <w:t>⸻</w:t>
      </w:r>
    </w:p>
    <w:p>
      <w:pPr>
        <w:spacing w:line="276" w:lineRule="auto" w:before="0" w:after="160"/>
        <w:ind w:firstLine="0"/>
        <w:jc w:val="left"/>
      </w:pPr>
      <w:r>
        <w:rPr>
          <w:rFonts w:ascii="Times New Roman" w:hAnsi="Times New Roman" w:eastAsia="Times New Roman"/>
          <w:b/>
          <w:sz w:val="28"/>
        </w:rPr>
        <w:t>Scene 1 – The Warm Light Beyond</w:t>
      </w:r>
    </w:p>
    <w:p>
      <w:pPr>
        <w:spacing w:line="276" w:lineRule="auto" w:before="0" w:after="160"/>
        <w:ind w:firstLine="0"/>
        <w:jc w:val="left"/>
      </w:pPr>
      <w:r>
        <w:rPr>
          <w:rFonts w:ascii="Times New Roman" w:hAnsi="Times New Roman" w:eastAsia="Times New Roman"/>
          <w:b w:val="0"/>
          <w:sz w:val="28"/>
        </w:rPr>
        <w:t>The last of the dishes had been cleared away when servants opened the tall glass doors leading to the veranda.</w:t>
      </w:r>
    </w:p>
    <w:p>
      <w:pPr>
        <w:spacing w:line="276" w:lineRule="auto" w:before="0" w:after="160"/>
        <w:ind w:firstLine="0"/>
        <w:jc w:val="left"/>
      </w:pPr>
      <w:r>
        <w:rPr>
          <w:rFonts w:ascii="Times New Roman" w:hAnsi="Times New Roman" w:eastAsia="Times New Roman"/>
          <w:b w:val="0"/>
          <w:sz w:val="28"/>
        </w:rPr>
        <w:t>Night air drifted in—cool and clean—carrying the faint sound of fountains from the courtyard below. The city lights of Alta shimmered beyond the stone rail, scattering gold across the hills.</w:t>
      </w:r>
    </w:p>
    <w:p>
      <w:pPr>
        <w:spacing w:line="276" w:lineRule="auto" w:before="0" w:after="160"/>
        <w:ind w:firstLine="0"/>
        <w:jc w:val="left"/>
      </w:pPr>
      <w:r>
        <w:rPr>
          <w:rFonts w:ascii="Times New Roman" w:hAnsi="Times New Roman" w:eastAsia="Times New Roman"/>
          <w:b w:val="0"/>
          <w:sz w:val="28"/>
        </w:rPr>
        <w:t>“Come,” the king said gently. “We’ve had enough shadows for one meal. Let the open air steady us.”</w:t>
      </w:r>
    </w:p>
    <w:p>
      <w:pPr>
        <w:spacing w:line="276" w:lineRule="auto" w:before="0" w:after="160"/>
        <w:ind w:firstLine="0"/>
        <w:jc w:val="left"/>
      </w:pPr>
      <w:r>
        <w:rPr>
          <w:rFonts w:ascii="Times New Roman" w:hAnsi="Times New Roman" w:eastAsia="Times New Roman"/>
          <w:b w:val="0"/>
          <w:sz w:val="28"/>
        </w:rPr>
        <w:t>Lanterns glowed along the terrace walls, their flames protected by glass domes etched with the sigil of Alandra. A soft breeze fluttered the draperies at the doorway, carrying the scent of lilac from the gardens below.</w:t>
      </w:r>
    </w:p>
    <w:p>
      <w:pPr>
        <w:spacing w:line="276" w:lineRule="auto" w:before="0" w:after="160"/>
        <w:ind w:firstLine="0"/>
        <w:jc w:val="left"/>
      </w:pPr>
      <w:r>
        <w:rPr>
          <w:rFonts w:ascii="Times New Roman" w:hAnsi="Times New Roman" w:eastAsia="Times New Roman"/>
          <w:b w:val="0"/>
          <w:sz w:val="28"/>
        </w:rPr>
        <w:t>A group of attendants stepped forward bearing trays of steaming mugs. The scent that rose from them was sweet and spiced—warm milk whisked with honey and crushed herbs—a comfort known throughout the kingdom as Heartsfire Cream.</w:t>
      </w:r>
    </w:p>
    <w:p>
      <w:pPr>
        <w:spacing w:line="276" w:lineRule="auto" w:before="0" w:after="160"/>
        <w:ind w:firstLine="0"/>
        <w:jc w:val="left"/>
      </w:pPr>
      <w:r>
        <w:rPr>
          <w:rFonts w:ascii="Times New Roman" w:hAnsi="Times New Roman" w:eastAsia="Times New Roman"/>
          <w:b w:val="0"/>
          <w:sz w:val="28"/>
        </w:rPr>
        <w:t>The mugs were handed around, the porcelain smooth and warm in their hands. Jules inhaled deeply; the aroma reminded her faintly of home—of the rare winter nights when Bella warmed milk with cinnamon and sugar on the stove. Emily smiled after her first cautious sip. “It’s like drinking warmth itself,” she whispered.</w:t>
      </w:r>
    </w:p>
    <w:p>
      <w:pPr>
        <w:spacing w:line="276" w:lineRule="auto" w:before="0" w:after="160"/>
        <w:ind w:firstLine="0"/>
        <w:jc w:val="left"/>
      </w:pPr>
      <w:r>
        <w:rPr>
          <w:rFonts w:ascii="Times New Roman" w:hAnsi="Times New Roman" w:eastAsia="Times New Roman"/>
          <w:b w:val="0"/>
          <w:sz w:val="28"/>
        </w:rPr>
        <w:t>Jack took his in both hands, watching the steam rise before tasting. The sweetness caught him by surprise, soft and earthy. He took another sip, slower this time, letting the warmth spread through him. For the first time since entering the castle, the tension in his shoulders eased.</w:t>
      </w:r>
    </w:p>
    <w:p>
      <w:pPr>
        <w:spacing w:line="276" w:lineRule="auto" w:before="0" w:after="160"/>
        <w:ind w:firstLine="0"/>
        <w:jc w:val="left"/>
      </w:pPr>
      <w:r>
        <w:rPr>
          <w:rFonts w:ascii="Times New Roman" w:hAnsi="Times New Roman" w:eastAsia="Times New Roman"/>
          <w:b w:val="0"/>
          <w:sz w:val="28"/>
        </w:rPr>
        <w:t>The king raised his own cup slightly toward the others. “To peace hard-won—and the courage it will take to keep it here.”</w:t>
      </w:r>
    </w:p>
    <w:p>
      <w:pPr>
        <w:spacing w:line="276" w:lineRule="auto" w:before="0" w:after="160"/>
        <w:ind w:firstLine="0"/>
        <w:jc w:val="left"/>
      </w:pPr>
      <w:r>
        <w:rPr>
          <w:rFonts w:ascii="Times New Roman" w:hAnsi="Times New Roman" w:eastAsia="Times New Roman"/>
          <w:b w:val="0"/>
          <w:sz w:val="28"/>
        </w:rPr>
        <w:t>They drank, the warmth of the Heartsfire Cream settling deep, chasing away the chill that still clung to them from the long days behind. Somewhere below, a nightbird sang, and the quiet rhythm of the fountains filled the pause that followed.</w:t>
      </w:r>
    </w:p>
    <w:p>
      <w:pPr>
        <w:spacing w:line="276" w:lineRule="auto" w:before="0" w:after="160"/>
        <w:ind w:firstLine="0"/>
        <w:jc w:val="left"/>
      </w:pPr>
      <w:r>
        <w:rPr>
          <w:rFonts w:ascii="Times New Roman" w:hAnsi="Times New Roman" w:eastAsia="Times New Roman"/>
          <w:b w:val="0"/>
          <w:sz w:val="28"/>
        </w:rPr>
        <w:t>After a moment, the king set his cup aside and rested a hand on the railing, gazing out over his city. “You’ve heard much tonight,” he began quietly. “But you still deserve to know why you were brought here.”</w:t>
      </w:r>
    </w:p>
    <w:p>
      <w:pPr>
        <w:spacing w:line="276" w:lineRule="auto" w:before="0" w:after="160"/>
        <w:ind w:firstLine="0"/>
        <w:jc w:val="left"/>
      </w:pPr>
      <w:r>
        <w:rPr>
          <w:rFonts w:ascii="Times New Roman" w:hAnsi="Times New Roman" w:eastAsia="Times New Roman"/>
          <w:b w:val="0"/>
          <w:sz w:val="28"/>
        </w:rPr>
        <w:t>⸻</w:t>
      </w:r>
    </w:p>
    <w:p>
      <w:pPr>
        <w:spacing w:line="276" w:lineRule="auto" w:before="0" w:after="160"/>
        <w:ind w:firstLine="0"/>
        <w:jc w:val="left"/>
      </w:pPr>
      <w:r>
        <w:rPr>
          <w:rFonts w:ascii="Times New Roman" w:hAnsi="Times New Roman" w:eastAsia="Times New Roman"/>
          <w:b/>
          <w:sz w:val="28"/>
        </w:rPr>
        <w:t>Scene 2 – The Purpose Revealed</w:t>
      </w:r>
    </w:p>
    <w:p>
      <w:pPr>
        <w:spacing w:line="276" w:lineRule="auto" w:before="0" w:after="160"/>
        <w:ind w:firstLine="0"/>
        <w:jc w:val="left"/>
      </w:pPr>
      <w:r>
        <w:rPr>
          <w:rFonts w:ascii="Times New Roman" w:hAnsi="Times New Roman" w:eastAsia="Times New Roman"/>
          <w:b w:val="0"/>
          <w:sz w:val="28"/>
        </w:rPr>
        <w:t>He turned toward them, the lanterns tracing warm lines across his face. “When I spoke of Bella and Grace, I told you how their courage once saved Alandra—how they crossed the sea to Lynel and returned with aid when we had none. What I did not say is what followed.”</w:t>
      </w:r>
    </w:p>
    <w:p>
      <w:pPr>
        <w:spacing w:line="276" w:lineRule="auto" w:before="0" w:after="160"/>
        <w:ind w:firstLine="0"/>
        <w:jc w:val="left"/>
      </w:pPr>
      <w:r>
        <w:rPr>
          <w:rFonts w:ascii="Times New Roman" w:hAnsi="Times New Roman" w:eastAsia="Times New Roman"/>
          <w:b w:val="0"/>
          <w:sz w:val="28"/>
        </w:rPr>
        <w:t>He paused, his voice deepening. “After Jonathan’s death, I thought all that remained of him were memories and the weight of his absence. Years passed, and the world moved on. Then, only months ago, a sealed packet was found deep within the royal archives—buried among forgotten ledgers, still bound with his seal. It was addressed to me.”</w:t>
      </w:r>
    </w:p>
    <w:p>
      <w:pPr>
        <w:spacing w:line="276" w:lineRule="auto" w:before="0" w:after="160"/>
        <w:ind w:firstLine="0"/>
        <w:jc w:val="left"/>
      </w:pPr>
      <w:r>
        <w:rPr>
          <w:rFonts w:ascii="Times New Roman" w:hAnsi="Times New Roman" w:eastAsia="Times New Roman"/>
          <w:b w:val="0"/>
          <w:sz w:val="28"/>
        </w:rPr>
        <w:t>The king’s gaze lowered, his tone reverent. “I do not believe it surfaced by chance. Too much of what has come to light bears the mark of divine timing. I believe God Himself saw fit to uncover it when our need was greatest.”</w:t>
      </w:r>
    </w:p>
    <w:p>
      <w:pPr>
        <w:spacing w:line="276" w:lineRule="auto" w:before="0" w:after="160"/>
        <w:ind w:firstLine="0"/>
        <w:jc w:val="left"/>
      </w:pPr>
      <w:r>
        <w:rPr>
          <w:rFonts w:ascii="Times New Roman" w:hAnsi="Times New Roman" w:eastAsia="Times New Roman"/>
          <w:b w:val="0"/>
          <w:sz w:val="28"/>
        </w:rPr>
        <w:t>He unfolded the parchment and read aloud, each word deliberate:</w:t>
      </w:r>
    </w:p>
    <w:p>
      <w:pPr>
        <w:spacing w:line="276" w:lineRule="auto" w:before="0" w:after="160"/>
        <w:ind w:firstLine="0"/>
        <w:jc w:val="left"/>
      </w:pPr>
      <w:r>
        <w:rPr>
          <w:rFonts w:ascii="Times New Roman" w:hAnsi="Times New Roman" w:eastAsia="Times New Roman"/>
          <w:b w:val="0"/>
          <w:sz w:val="28"/>
        </w:rPr>
        <w:t>When the crown’s light burns low, seek the joined hands. The elder shall guard the path; the beloved shall guard the door. Two pieces for one purpose — one written, one held. Find them, and you will find the help you need.</w:t>
      </w:r>
    </w:p>
    <w:p>
      <w:pPr>
        <w:spacing w:line="276" w:lineRule="auto" w:before="0" w:after="160"/>
        <w:ind w:firstLine="0"/>
        <w:jc w:val="left"/>
      </w:pPr>
      <w:r>
        <w:rPr>
          <w:rFonts w:ascii="Times New Roman" w:hAnsi="Times New Roman" w:eastAsia="Times New Roman"/>
          <w:b w:val="0"/>
          <w:sz w:val="28"/>
        </w:rPr>
        <w:t>He folded the parchment again, his expression thoughtful. “It took time to see it clearly. When the crown’s light burns low—it is a warning for a time when hope dims, when the strength of Alandra falters. The line about the elder could only point to one Keeper. His formal rank was Elder, charged with guarding the kingdom’s paths and records—a title that had given the clue away. One piece must be a record; the other, a trust placed with Bella—something given into her keeping where no one would think to look.”</w:t>
      </w:r>
    </w:p>
    <w:p>
      <w:pPr>
        <w:spacing w:line="276" w:lineRule="auto" w:before="0" w:after="160"/>
        <w:ind w:firstLine="0"/>
        <w:jc w:val="left"/>
      </w:pPr>
      <w:r>
        <w:rPr>
          <w:rFonts w:ascii="Times New Roman" w:hAnsi="Times New Roman" w:eastAsia="Times New Roman"/>
          <w:b w:val="0"/>
          <w:sz w:val="28"/>
        </w:rPr>
        <w:t>Emily looked up. “The Keeper Jonathan trusted—who was he?”</w:t>
      </w:r>
    </w:p>
    <w:p>
      <w:pPr>
        <w:spacing w:line="276" w:lineRule="auto" w:before="0" w:after="160"/>
        <w:ind w:firstLine="0"/>
        <w:jc w:val="left"/>
      </w:pPr>
      <w:r>
        <w:rPr>
          <w:rFonts w:ascii="Times New Roman" w:hAnsi="Times New Roman" w:eastAsia="Times New Roman"/>
          <w:b w:val="0"/>
          <w:sz w:val="28"/>
        </w:rPr>
        <w:t>The king inclined his head. “Ronan—one of the oldest Keepers in my service, and by rank the Elder of the Field. The cabin he watched over in the valley was his outpost, a place of safekeeping for the kingdom’s most guarded things.” He paused, then looked to Jack. “He was your grandfather.”</w:t>
      </w:r>
    </w:p>
    <w:p>
      <w:pPr>
        <w:spacing w:line="276" w:lineRule="auto" w:before="0" w:after="160"/>
        <w:ind w:firstLine="0"/>
        <w:jc w:val="left"/>
      </w:pPr>
      <w:r>
        <w:rPr>
          <w:rFonts w:ascii="Times New Roman" w:hAnsi="Times New Roman" w:eastAsia="Times New Roman"/>
          <w:b w:val="0"/>
          <w:sz w:val="28"/>
        </w:rPr>
        <w:t>Jack’s eyes widened. “My grandfather?”</w:t>
      </w:r>
    </w:p>
    <w:p>
      <w:pPr>
        <w:spacing w:line="276" w:lineRule="auto" w:before="0" w:after="160"/>
        <w:ind w:firstLine="0"/>
        <w:jc w:val="left"/>
      </w:pPr>
      <w:r>
        <w:rPr>
          <w:rFonts w:ascii="Times New Roman" w:hAnsi="Times New Roman" w:eastAsia="Times New Roman"/>
          <w:b w:val="0"/>
          <w:sz w:val="28"/>
        </w:rPr>
        <w:t>William stepped closer. His tone gentled. “Your mother was his only child. When she wed the Rebel, she was drawn away—from her father, from the Keepers, from the light she’d been raised to honor. Ronan’s heart broke the day she vanished behind the Rebel’s banners, yet he never stopped believing she might one day return. He died never knowing what became of her.”</w:t>
      </w:r>
    </w:p>
    <w:p>
      <w:pPr>
        <w:spacing w:line="276" w:lineRule="auto" w:before="0" w:after="160"/>
        <w:ind w:firstLine="0"/>
        <w:jc w:val="left"/>
      </w:pPr>
      <w:r>
        <w:rPr>
          <w:rFonts w:ascii="Times New Roman" w:hAnsi="Times New Roman" w:eastAsia="Times New Roman"/>
          <w:b w:val="0"/>
          <w:sz w:val="28"/>
        </w:rPr>
        <w:t>For a moment Jack said nothing. Then he bowed his head. The king placed a hand on his shoulder. “Your grandfather gave his life for this kingdom. The same courage runs in you, and I believe we are only beginning to see it.”</w:t>
      </w:r>
    </w:p>
    <w:p>
      <w:pPr>
        <w:spacing w:line="276" w:lineRule="auto" w:before="0" w:after="160"/>
        <w:ind w:firstLine="0"/>
        <w:jc w:val="left"/>
      </w:pPr>
      <w:r>
        <w:rPr>
          <w:rFonts w:ascii="Times New Roman" w:hAnsi="Times New Roman" w:eastAsia="Times New Roman"/>
          <w:b w:val="0"/>
          <w:sz w:val="28"/>
        </w:rPr>
        <w:t>⸻</w:t>
      </w:r>
    </w:p>
    <w:p>
      <w:pPr>
        <w:spacing w:line="276" w:lineRule="auto" w:before="0" w:after="160"/>
        <w:ind w:firstLine="0"/>
        <w:jc w:val="left"/>
      </w:pPr>
      <w:r>
        <w:rPr>
          <w:rFonts w:ascii="Times New Roman" w:hAnsi="Times New Roman" w:eastAsia="Times New Roman"/>
          <w:b/>
          <w:sz w:val="28"/>
        </w:rPr>
        <w:t>Scene 3 – The Hidden Record</w:t>
      </w:r>
    </w:p>
    <w:p>
      <w:pPr>
        <w:spacing w:line="276" w:lineRule="auto" w:before="0" w:after="160"/>
        <w:ind w:firstLine="0"/>
        <w:jc w:val="left"/>
      </w:pPr>
      <w:r>
        <w:rPr>
          <w:rFonts w:ascii="Times New Roman" w:hAnsi="Times New Roman" w:eastAsia="Times New Roman"/>
          <w:b w:val="0"/>
          <w:sz w:val="28"/>
        </w:rPr>
        <w:t>Meagan’s voice was calm when she spoke again. “After we learned what the message meant, I went searching for the Keeper’s book—the record your message said was given to Ronan.” She met her father’s gaze. “The cabin you told us of—his outpost—was real. Emily and I went there on the day after the girls arrived, just after Jack took Jules. We found it burned to ashes. The Rebel’s men had beaten us there.”</w:t>
      </w:r>
    </w:p>
    <w:p>
      <w:pPr>
        <w:spacing w:line="276" w:lineRule="auto" w:before="0" w:after="160"/>
        <w:ind w:firstLine="0"/>
        <w:jc w:val="left"/>
      </w:pPr>
      <w:r>
        <w:rPr>
          <w:rFonts w:ascii="Times New Roman" w:hAnsi="Times New Roman" w:eastAsia="Times New Roman"/>
          <w:b w:val="0"/>
          <w:sz w:val="28"/>
        </w:rPr>
        <w:t>Emily’s voice trembled. “By the time we reached it, the ashes were cold. Everything was gone.”</w:t>
      </w:r>
    </w:p>
    <w:p>
      <w:pPr>
        <w:spacing w:line="276" w:lineRule="auto" w:before="0" w:after="160"/>
        <w:ind w:firstLine="0"/>
        <w:jc w:val="left"/>
      </w:pPr>
      <w:r>
        <w:rPr>
          <w:rFonts w:ascii="Times New Roman" w:hAnsi="Times New Roman" w:eastAsia="Times New Roman"/>
          <w:b w:val="0"/>
          <w:sz w:val="28"/>
        </w:rPr>
        <w:t>Meagan nodded. “Even I couldn’t find where the record might have been hidden. I know much of the Keepers’ ways, but not as deeply as those who’ve studied all their signs. I feel certain that if I couldn’t find where the record had been kept, then the Rebel’s guards couldn’t have taken it. I would have seen the evidence.”</w:t>
      </w:r>
    </w:p>
    <w:p>
      <w:pPr>
        <w:spacing w:line="276" w:lineRule="auto" w:before="0" w:after="160"/>
        <w:ind w:firstLine="0"/>
        <w:jc w:val="left"/>
      </w:pPr>
      <w:r>
        <w:rPr>
          <w:rFonts w:ascii="Times New Roman" w:hAnsi="Times New Roman" w:eastAsia="Times New Roman"/>
          <w:b w:val="0"/>
          <w:sz w:val="28"/>
        </w:rPr>
        <w:t>The king looked toward Jack, his voice low but sure. “If your grandfather’s courage held true, the record may yet be safe. He was one of the finest Keepers ever to serve Alandra—loyal, wise, and steady when others faltered.”</w:t>
      </w:r>
    </w:p>
    <w:p>
      <w:pPr>
        <w:spacing w:line="276" w:lineRule="auto" w:before="0" w:after="160"/>
        <w:ind w:firstLine="0"/>
        <w:jc w:val="left"/>
      </w:pPr>
      <w:r>
        <w:rPr>
          <w:rFonts w:ascii="Times New Roman" w:hAnsi="Times New Roman" w:eastAsia="Times New Roman"/>
          <w:b w:val="0"/>
          <w:sz w:val="28"/>
        </w:rPr>
        <w:t>Jack’s gaze flickered with pride through the ache. “Then maybe he did it. Maybe he kept it safe.”</w:t>
      </w:r>
    </w:p>
    <w:p>
      <w:pPr>
        <w:spacing w:line="276" w:lineRule="auto" w:before="0" w:after="160"/>
        <w:ind w:firstLine="0"/>
        <w:jc w:val="left"/>
      </w:pPr>
      <w:r>
        <w:rPr>
          <w:rFonts w:ascii="Times New Roman" w:hAnsi="Times New Roman" w:eastAsia="Times New Roman"/>
          <w:b w:val="0"/>
          <w:sz w:val="28"/>
        </w:rPr>
        <w:t>The king nodded, his tone thoughtful. “Ronan guarded the path. But Jonathan also left the door itself in trusted hands.” His expression softened. “Bella knew the importance of the piece of this puzzle Jonathan had given her for safekeeping. She carried it across the portal, believing that by keeping it beyond this world she was guarding the future of ours.”</w:t>
      </w:r>
    </w:p>
    <w:p>
      <w:pPr>
        <w:spacing w:line="276" w:lineRule="auto" w:before="0" w:after="160"/>
        <w:ind w:firstLine="0"/>
        <w:jc w:val="left"/>
      </w:pPr>
    </w:p>
    <w:p>
      <w:pPr>
        <w:spacing w:line="276" w:lineRule="auto" w:before="0" w:after="160"/>
        <w:ind w:firstLine="0"/>
        <w:jc w:val="left"/>
      </w:pPr>
      <w:r>
        <w:rPr>
          <w:rFonts w:ascii="Times New Roman" w:hAnsi="Times New Roman" w:eastAsia="Times New Roman"/>
          <w:b/>
          <w:sz w:val="28"/>
        </w:rPr>
        <w:t>Scene 4 – The Watch</w:t>
      </w:r>
    </w:p>
    <w:p>
      <w:pPr>
        <w:spacing w:line="276" w:lineRule="auto" w:after="160" w:before="0"/>
        <w:ind w:firstLine="0"/>
        <w:jc w:val="left"/>
      </w:pPr>
      <w:r>
        <w:rPr>
          <w:rFonts w:ascii="Times New Roman" w:hAnsi="Times New Roman" w:eastAsia="Times New Roman"/>
          <w:b w:val="0"/>
          <w:sz w:val="28"/>
        </w:rPr>
        <w:t>Jules looked down, the king’s words stirring an old recollection she could suddenly hear in her mother’s voice: “Your father made this for me, and I want you to have it.”</w:t>
        <w:br/>
        <w:br/>
        <w:t>Her gaze fell to the watch encircling her wrist. It was simple, with a brushed-steel face and a leather strap softened by years of wear. The gentle ticking never ceased — a wind-up mechanism of Keeper design, faithful and ageless. She’d worn it every day of her life, never questioning why.</w:t>
        <w:br/>
        <w:br/>
        <w:t>“My father gave her something,” Jules whispered. “This is the only thing she ever had from him.” Her hand trembled slightly. “She gave it to me.”</w:t>
        <w:br/>
        <w:br/>
        <w:t>The king leaned closer, recognition dawning. “That watch,” he said softly. “May I?”</w:t>
        <w:br/>
        <w:br/>
        <w:t>Jules slipped it from her wrist and passed it to him. William turned the timepiece over, pressing a thumb along the narrow seam near the crown. A faint click sounded, and the back lifted free. Inside, nestled flat against the plate, lay a small oval stone — pale as river glass, its surface etched with markings fine as breath.</w:t>
        <w:br/>
        <w:br/>
        <w:t>A hush swept the veranda.</w:t>
        <w:br/>
        <w:br/>
        <w:t>Meagan drew a sharp breath. “Of course. Jonathan built it himself — a Keeper’s design hidden in plain sight.”</w:t>
        <w:br/>
        <w:br/>
        <w:t>The king studied the stone, awe softening his expression. “He must have given it to Bella before he died, knowing she would guard it beyond this realm. And she, in turn, placed it on her daughter’s wrist — never guessing what she carried.”</w:t>
        <w:br/>
        <w:br/>
        <w:t>Jules stared down at the open watch, her voice a whisper. “All this time … it was right here.”</w:t>
        <w:br/>
        <w:br/>
        <w:t>Emily reached over gently. “That’s why you were brought here, Jules. You possessed the key he left behind.”</w:t>
        <w:br/>
        <w:br/>
        <w:t>The king exhaled slowly. “The two pieces still exist — the record we must find, and the stone now in your care. But until they are joined, this must remain unspoken beyond this room.”</w:t>
        <w:br/>
        <w:br/>
        <w:t>For a long moment, no one moved. The soft night air drifted through the open doors, stirring the curtains like breath. Jules now held the watch in her hand.</w:t>
        <w:br/>
        <w:br/>
        <w:t>She ran her thumb along the worn leather strap. “I can’t just wear this,” she said quietly. “Not after what we’ve learned. It’s more than a keepsake… Now that what it truly is has been revealed, the risk is too great.”</w:t>
        <w:br/>
        <w:br/>
        <w:t>Meagan’s voice was gentle, practical. “It should remain with you, Jules. It was made by your father’s own hands. That bond shouldn’t be broken. But the stone…” she said softly. “It must be kept somewhere safe — where its purpose can’t be discovered, and where you’ll be safe from anyone who might try to take it.”</w:t>
        <w:br/>
        <w:br/>
        <w:t>The king nodded, his tone firm but kind. “She’s right. If anyone found out what it holds, you would be in grave danger.”</w:t>
        <w:br/>
        <w:br/>
        <w:t>Jules turned the watch in her hands, uncertainty flickering in her eyes. “I don’t even know how to open it.”</w:t>
        <w:br/>
        <w:br/>
        <w:t>The king took the watch gently, his thumb finding the narrow ridge beneath the crown. A soft click sounded, and the back lifted open — precise, hidden, unmistakably the work of a Keeper’s hand. The pale stone shimmered in the lanternlight.</w:t>
        <w:br/>
        <w:br/>
        <w:t>Jules touched the edge reverently, then lifted it free. “Keep it safe,” she murmured, holding it out to Meagan.</w:t>
        <w:br/>
        <w:br/>
        <w:t>Meagan accepted it with both hands — not as a trinket, but as a sacred charge. She nodded once — a Keeper’s vow. “It will be guarded well.”</w:t>
        <w:br/>
        <w:br/>
        <w:t>Jules looked toward Meagan and Emily. “Do you want me to come?”</w:t>
        <w:br/>
        <w:br/>
        <w:t>Meagan smiled faintly. “If you wish. But something tells me you have reason to stay.” Her eyes flicked toward Jack, standing quietly near the balustrade.</w:t>
        <w:br/>
        <w:br/>
        <w:t>Jules’s lips curved in a small, knowing smile. “Then I trust you.”</w:t>
        <w:br/>
        <w:br/>
        <w:t>As Meagan and Emily turned toward the corridor, their footsteps softened against the marble, fading into the castle’s hush. Jules fastened the watch again around her wrist, the metal cool against her skin.</w:t>
        <w:br/>
        <w:br/>
        <w:t>The stone was gone, and the watch felt different now — lighter, yet somehow more alive. Knowing what it had once carried made it precious beyond measure — a piece of her father’s foresight, his craftsmanship, and his love bound into time itself. What had once been ordinary now seemed alive with meaning, ticking softly against her wrist like a heartbeat that refused to fade.</w:t>
        <w:br/>
        <w:br/>
        <w:t>⸻</w:t>
      </w:r>
    </w:p>
    <w:p>
      <w:pPr>
        <w:spacing w:line="276" w:lineRule="auto" w:before="0" w:after="160"/>
        <w:ind w:firstLine="0"/>
        <w:jc w:val="left"/>
      </w:pPr>
      <w:r>
        <w:rPr>
          <w:rFonts w:ascii="Times New Roman" w:hAnsi="Times New Roman" w:eastAsia="Times New Roman"/>
          <w:b w:val="0"/>
          <w:sz w:val="28"/>
        </w:rPr>
        <w:t>⸻</w:t>
      </w:r>
    </w:p>
    <w:p>
      <w:pPr>
        <w:spacing w:line="276" w:lineRule="auto" w:before="0" w:after="160"/>
        <w:ind w:firstLine="0"/>
        <w:jc w:val="left"/>
      </w:pPr>
      <w:r>
        <w:rPr>
          <w:rFonts w:ascii="Times New Roman" w:hAnsi="Times New Roman" w:eastAsia="Times New Roman"/>
          <w:b/>
          <w:sz w:val="28"/>
        </w:rPr>
        <w:t>Scene 5 – The Night’s Resolve</w:t>
      </w:r>
    </w:p>
    <w:p>
      <w:pPr>
        <w:spacing w:line="276" w:lineRule="auto" w:before="0" w:after="160"/>
        <w:ind w:firstLine="0"/>
        <w:jc w:val="left"/>
      </w:pPr>
      <w:r>
        <w:rPr>
          <w:rFonts w:ascii="Times New Roman" w:hAnsi="Times New Roman" w:eastAsia="Times New Roman"/>
          <w:b w:val="0"/>
          <w:sz w:val="28"/>
        </w:rPr>
        <w:t>For a time, no one spoke; the magnitude of what they had learned seemed to need a moment to breathe. The faint murmur of the city below drifted upward like a lullaby. The king rested one hand on the railing, his gaze sweeping the night horizon.</w:t>
      </w:r>
    </w:p>
    <w:p>
      <w:pPr>
        <w:spacing w:line="276" w:lineRule="auto" w:before="0" w:after="160"/>
        <w:ind w:firstLine="0"/>
        <w:jc w:val="left"/>
      </w:pPr>
      <w:r>
        <w:rPr>
          <w:rFonts w:ascii="Times New Roman" w:hAnsi="Times New Roman" w:eastAsia="Times New Roman"/>
          <w:b w:val="0"/>
          <w:sz w:val="28"/>
        </w:rPr>
        <w:t>He stayed where he was, allowing the quiet to deepen. Jules drifted a few steps closer to the balustrade where Jack stood. The king, sensing what passed between them, simply lowered his eyes to the city below and gave them space.</w:t>
      </w:r>
    </w:p>
    <w:p>
      <w:pPr>
        <w:spacing w:line="276" w:lineRule="auto" w:before="0" w:after="160"/>
        <w:ind w:firstLine="0"/>
        <w:jc w:val="left"/>
      </w:pPr>
      <w:r>
        <w:rPr>
          <w:rFonts w:ascii="Times New Roman" w:hAnsi="Times New Roman" w:eastAsia="Times New Roman"/>
          <w:b w:val="0"/>
          <w:sz w:val="28"/>
        </w:rPr>
        <w:t>She stepped up beside Jack, her sleeve brushing his arm. For a moment she said nothing, only watched the quiet city with him. Then she placed her hand over his — lightly, as if testing the space between them.</w:t>
      </w:r>
    </w:p>
    <w:p>
      <w:pPr>
        <w:spacing w:line="276" w:lineRule="auto" w:before="0" w:after="160"/>
        <w:ind w:firstLine="0"/>
        <w:jc w:val="left"/>
      </w:pPr>
      <w:r>
        <w:rPr>
          <w:rFonts w:ascii="Times New Roman" w:hAnsi="Times New Roman" w:eastAsia="Times New Roman"/>
          <w:b w:val="0"/>
          <w:sz w:val="28"/>
        </w:rPr>
        <w:t>“Nothing I’ve learned tonight,” she said softly, “changes what I think of you.”</w:t>
      </w:r>
    </w:p>
    <w:p>
      <w:pPr>
        <w:spacing w:line="276" w:lineRule="auto" w:before="0" w:after="160"/>
        <w:ind w:firstLine="0"/>
        <w:jc w:val="left"/>
      </w:pPr>
      <w:r>
        <w:rPr>
          <w:rFonts w:ascii="Times New Roman" w:hAnsi="Times New Roman" w:eastAsia="Times New Roman"/>
          <w:b w:val="0"/>
          <w:sz w:val="28"/>
        </w:rPr>
        <w:t>He turned her back gently, wanting to see her eyes. “I hear you,” he murmured. “But I can’t help wondering what you see when you look at me.”</w:t>
      </w:r>
    </w:p>
    <w:p>
      <w:pPr>
        <w:spacing w:line="276" w:lineRule="auto" w:before="0" w:after="160"/>
        <w:ind w:firstLine="0"/>
        <w:jc w:val="left"/>
      </w:pPr>
      <w:r>
        <w:rPr>
          <w:rFonts w:ascii="Times New Roman" w:hAnsi="Times New Roman" w:eastAsia="Times New Roman"/>
          <w:b w:val="0"/>
          <w:sz w:val="28"/>
        </w:rPr>
        <w:t>Jules met his gaze, steady and calm. “You’ve faced the lies that shaped you and refused to become what they tried to make you. That’s what I see when I look at you.”</w:t>
      </w:r>
    </w:p>
    <w:p>
      <w:pPr>
        <w:spacing w:line="276" w:lineRule="auto" w:before="0" w:after="160"/>
        <w:ind w:firstLine="0"/>
        <w:jc w:val="left"/>
      </w:pPr>
      <w:r>
        <w:rPr>
          <w:rFonts w:ascii="Times New Roman" w:hAnsi="Times New Roman" w:eastAsia="Times New Roman"/>
          <w:b w:val="0"/>
          <w:sz w:val="28"/>
        </w:rPr>
        <w:t>Jules turned, lifting her hand, and Jack carefully caught it in his — holding the moment between them a breath longer. His voice was barely above a whisper. “Thank you,” he said, the words carrying more weight than sound.</w:t>
      </w:r>
    </w:p>
    <w:p>
      <w:pPr>
        <w:spacing w:line="276" w:lineRule="auto" w:before="0" w:after="160"/>
        <w:ind w:firstLine="0"/>
        <w:jc w:val="left"/>
      </w:pPr>
      <w:r>
        <w:rPr>
          <w:rFonts w:ascii="Times New Roman" w:hAnsi="Times New Roman" w:eastAsia="Times New Roman"/>
          <w:b w:val="0"/>
          <w:sz w:val="28"/>
        </w:rPr>
        <w:t>Her hand slipped away; she lowered her gaze, a faint tremor in her breath. “Good night.”</w:t>
      </w:r>
    </w:p>
    <w:p>
      <w:pPr>
        <w:spacing w:line="276" w:lineRule="auto" w:before="0" w:after="160"/>
        <w:ind w:firstLine="0"/>
        <w:jc w:val="left"/>
      </w:pPr>
      <w:r>
        <w:rPr>
          <w:rFonts w:ascii="Times New Roman" w:hAnsi="Times New Roman" w:eastAsia="Times New Roman"/>
          <w:b w:val="0"/>
          <w:sz w:val="28"/>
        </w:rPr>
        <w:t>She turned toward the doorway, her steps soundless against the stone. The scent of lilac stirred faintly in her wake.</w:t>
      </w:r>
    </w:p>
    <w:p>
      <w:pPr>
        <w:spacing w:line="276" w:lineRule="auto" w:before="0" w:after="160"/>
        <w:ind w:firstLine="0"/>
        <w:jc w:val="left"/>
      </w:pPr>
      <w:r>
        <w:rPr>
          <w:rFonts w:ascii="Times New Roman" w:hAnsi="Times New Roman" w:eastAsia="Times New Roman"/>
          <w:b w:val="0"/>
          <w:sz w:val="28"/>
        </w:rPr>
        <w:t>The king watched her go, then looked back at Jack — his voice low, steady with quiet understanding. “She sees you for what you are, not where you came from. Ronan would have seen the same.”</w:t>
      </w:r>
    </w:p>
    <w:p>
      <w:pPr>
        <w:spacing w:line="276" w:lineRule="auto" w:before="0" w:after="160"/>
        <w:ind w:firstLine="0"/>
        <w:jc w:val="left"/>
      </w:pPr>
      <w:r>
        <w:rPr>
          <w:rFonts w:ascii="Times New Roman" w:hAnsi="Times New Roman" w:eastAsia="Times New Roman"/>
          <w:b w:val="0"/>
          <w:sz w:val="28"/>
        </w:rPr>
        <w:t>Jack exhaled slowly, his gaze still on the city. “I wish I’d known him,” he said quietly. “Maybe then I’d understand how to be more like him.”</w:t>
      </w:r>
    </w:p>
    <w:p>
      <w:pPr>
        <w:spacing w:line="276" w:lineRule="auto" w:before="0" w:after="160"/>
        <w:ind w:firstLine="0"/>
        <w:jc w:val="left"/>
      </w:pPr>
      <w:r>
        <w:rPr>
          <w:rFonts w:ascii="Times New Roman" w:hAnsi="Times New Roman" w:eastAsia="Times New Roman"/>
          <w:b w:val="0"/>
          <w:sz w:val="28"/>
        </w:rPr>
        <w:t>William’s expression softened. “You already are,” he said. “Ronan’s courage was quiet, not loud — the kind that stands when others turn away. I see the same in you.”</w:t>
      </w:r>
    </w:p>
    <w:p>
      <w:pPr>
        <w:spacing w:line="276" w:lineRule="auto" w:before="0" w:after="160"/>
        <w:ind w:firstLine="0"/>
        <w:jc w:val="left"/>
      </w:pPr>
      <w:r>
        <w:rPr>
          <w:rFonts w:ascii="Times New Roman" w:hAnsi="Times New Roman" w:eastAsia="Times New Roman"/>
          <w:b w:val="0"/>
          <w:sz w:val="28"/>
        </w:rPr>
        <w:t>They stood in silence, watching the lights of Alta shimmer under the stars. The fountains murmured below, and for the first time in a long while, the night felt still — not with peace, but with promise.</w:t>
      </w:r>
    </w:p>
    <w:p>
      <w:pPr>
        <w:spacing w:line="276" w:lineRule="auto" w:before="0" w:after="160"/>
        <w:ind w:firstLine="0"/>
        <w:jc w:val="left"/>
      </w:pPr>
      <w:r>
        <w:rPr>
          <w:rFonts w:ascii="Times New Roman" w:hAnsi="Times New Roman" w:eastAsia="Times New Roman"/>
          <w:b w:val="0"/>
          <w:sz w:val="28"/>
        </w:rPr>
        <w:t>⸻</w:t>
      </w:r>
    </w:p>
    <w:p>
      <w:pPr>
        <w:spacing w:line="276" w:lineRule="auto" w:before="0" w:after="160"/>
        <w:ind w:firstLine="0"/>
        <w:jc w:val="left"/>
      </w:pPr>
      <w:r>
        <w:rPr>
          <w:rFonts w:ascii="Times New Roman" w:hAnsi="Times New Roman" w:eastAsia="Times New Roman"/>
          <w:b/>
          <w:sz w:val="28"/>
        </w:rPr>
        <w:t>Scene 6 – The Keeper’s Vault</w:t>
      </w:r>
    </w:p>
    <w:p>
      <w:pPr>
        <w:spacing w:line="276" w:lineRule="auto" w:before="0" w:after="160"/>
        <w:ind w:firstLine="0"/>
        <w:jc w:val="left"/>
      </w:pPr>
      <w:r>
        <w:rPr>
          <w:rFonts w:ascii="Times New Roman" w:hAnsi="Times New Roman" w:eastAsia="Times New Roman"/>
          <w:b w:val="0"/>
          <w:sz w:val="28"/>
        </w:rPr>
        <w:t>The corridors of Alta Castle were hushed at night, the air carrying only the faint hum of torches along the stone walls. Meagan and Emily moved quietly through the east wing, their footsteps muted against the marble floors. The castle seemed to sleep, though its shadows watched — the kind of stillness known only to Keepers.</w:t>
      </w:r>
    </w:p>
    <w:p>
      <w:pPr>
        <w:spacing w:line="276" w:lineRule="auto" w:before="0" w:after="160"/>
        <w:ind w:firstLine="0"/>
        <w:jc w:val="left"/>
      </w:pPr>
      <w:r>
        <w:rPr>
          <w:rFonts w:ascii="Times New Roman" w:hAnsi="Times New Roman" w:eastAsia="Times New Roman"/>
          <w:b w:val="0"/>
          <w:sz w:val="28"/>
        </w:rPr>
        <w:t>“Are we almost there?” Emily whispered.</w:t>
      </w:r>
    </w:p>
    <w:p>
      <w:pPr>
        <w:spacing w:line="276" w:lineRule="auto" w:before="0" w:after="160"/>
        <w:ind w:firstLine="0"/>
        <w:jc w:val="left"/>
      </w:pPr>
      <w:r>
        <w:rPr>
          <w:rFonts w:ascii="Times New Roman" w:hAnsi="Times New Roman" w:eastAsia="Times New Roman"/>
          <w:b w:val="0"/>
          <w:sz w:val="28"/>
        </w:rPr>
        <w:t>“Nearly,” Meagan replied. “Few even know this passage exists anymore. It was built during the first reign — when the Keepers still served within the palace walls.”</w:t>
      </w:r>
    </w:p>
    <w:p>
      <w:pPr>
        <w:spacing w:line="276" w:lineRule="auto" w:before="0" w:after="160"/>
        <w:ind w:firstLine="0"/>
        <w:jc w:val="left"/>
      </w:pPr>
      <w:r>
        <w:rPr>
          <w:rFonts w:ascii="Times New Roman" w:hAnsi="Times New Roman" w:eastAsia="Times New Roman"/>
          <w:b w:val="0"/>
          <w:sz w:val="28"/>
        </w:rPr>
        <w:t>They turned down a narrow corridor and stopped before a tall panel of carved stone inset with faded markings. To any passerby it looked like part of the wall, but Meagan knelt and pressed her hand against a small indentation at its base. A soft click sounded, followed by the muted grind of hidden gears. A section of the wall slid inward by a finger’s width.</w:t>
      </w:r>
    </w:p>
    <w:p>
      <w:pPr>
        <w:spacing w:line="276" w:lineRule="auto" w:before="0" w:after="160"/>
        <w:ind w:firstLine="0"/>
        <w:jc w:val="left"/>
      </w:pPr>
      <w:r>
        <w:rPr>
          <w:rFonts w:ascii="Times New Roman" w:hAnsi="Times New Roman" w:eastAsia="Times New Roman"/>
          <w:b w:val="0"/>
          <w:sz w:val="28"/>
        </w:rPr>
        <w:t>“Only clever hands and years of craft,” Meagan said. “The Keepers learned to hide what mattered in plain sight.”</w:t>
      </w:r>
    </w:p>
    <w:p>
      <w:pPr>
        <w:spacing w:line="276" w:lineRule="auto" w:before="0" w:after="160"/>
        <w:ind w:firstLine="0"/>
        <w:jc w:val="left"/>
      </w:pPr>
      <w:r>
        <w:rPr>
          <w:rFonts w:ascii="Times New Roman" w:hAnsi="Times New Roman" w:eastAsia="Times New Roman"/>
          <w:b w:val="0"/>
          <w:sz w:val="28"/>
        </w:rPr>
        <w:t>She pressed the lamp into Emily’s hand and reached into the narrow opening, drawing a small lever that released the rest of the panel. The wall swung open, revealing a short stair that led downward into the dark.</w:t>
      </w:r>
    </w:p>
    <w:p>
      <w:pPr>
        <w:spacing w:line="276" w:lineRule="auto" w:before="0" w:after="160"/>
        <w:ind w:firstLine="0"/>
        <w:jc w:val="left"/>
      </w:pPr>
      <w:r>
        <w:rPr>
          <w:rFonts w:ascii="Times New Roman" w:hAnsi="Times New Roman" w:eastAsia="Times New Roman"/>
          <w:b w:val="0"/>
          <w:sz w:val="28"/>
        </w:rPr>
        <w:t>They descended into the chamber below — a room no larger than a chapel vestibule, its walls lined with shelves of ledgers, sealed jars, and brass fittings that gleamed faintly in the lamplight. At the center stood a pedestal of black marble fitted with a copper inlay shaped like the Keeper’s mark — the same symbol that sealed the watch.</w:t>
      </w:r>
    </w:p>
    <w:p>
      <w:pPr>
        <w:spacing w:line="276" w:lineRule="auto" w:before="0" w:after="160"/>
        <w:ind w:firstLine="0"/>
        <w:jc w:val="left"/>
      </w:pPr>
      <w:r>
        <w:rPr>
          <w:rFonts w:ascii="Times New Roman" w:hAnsi="Times New Roman" w:eastAsia="Times New Roman"/>
          <w:b w:val="0"/>
          <w:sz w:val="28"/>
        </w:rPr>
        <w:t>Meagan stopped beside the pedestal and opened her palm; the pale stone caught the lamplight, its etched lines a whisper of pattern across the surface. She held it a moment, then set it into the copper mark. The inlay accepted its weight with a faint, mechanical hush. Somewhere in the pedestal, counterweights shifted and a hidden ratchet turned; the copper lines aligned and drew the stone inward until it lay flush with the marble.</w:t>
      </w:r>
    </w:p>
    <w:p>
      <w:pPr>
        <w:spacing w:line="276" w:lineRule="auto" w:before="0" w:after="160"/>
        <w:ind w:firstLine="0"/>
        <w:jc w:val="left"/>
      </w:pPr>
      <w:r>
        <w:rPr>
          <w:rFonts w:ascii="Times New Roman" w:hAnsi="Times New Roman" w:eastAsia="Times New Roman"/>
          <w:b w:val="0"/>
          <w:sz w:val="28"/>
        </w:rPr>
        <w:t>“Every Keeper takes an oath to protect what must endure,” she murmured. “Here it will be guarded, unseen and undisturbed.”</w:t>
      </w:r>
    </w:p>
    <w:p>
      <w:pPr>
        <w:spacing w:line="276" w:lineRule="auto" w:before="0" w:after="160"/>
        <w:ind w:firstLine="0"/>
        <w:jc w:val="left"/>
      </w:pPr>
      <w:r>
        <w:rPr>
          <w:rFonts w:ascii="Times New Roman" w:hAnsi="Times New Roman" w:eastAsia="Times New Roman"/>
          <w:b w:val="0"/>
          <w:sz w:val="28"/>
        </w:rPr>
        <w:t>Emily watched, wide-eyed, as Meagan pressed her thumb to a small notch at the base. The pedestal rotated a quarter turn; the copper seams closed over the stone and smoothed to an unbroken line. A final, soft click settled through the floor.</w:t>
      </w:r>
    </w:p>
    <w:p>
      <w:pPr>
        <w:spacing w:line="276" w:lineRule="auto" w:before="0" w:after="160"/>
        <w:ind w:firstLine="0"/>
        <w:jc w:val="left"/>
      </w:pPr>
      <w:r>
        <w:rPr>
          <w:rFonts w:ascii="Times New Roman" w:hAnsi="Times New Roman" w:eastAsia="Times New Roman"/>
          <w:b w:val="0"/>
          <w:sz w:val="28"/>
        </w:rPr>
        <w:t>“It’s beautiful,” Emily whispered.</w:t>
      </w:r>
    </w:p>
    <w:p>
      <w:pPr>
        <w:spacing w:line="276" w:lineRule="auto" w:before="0" w:after="160"/>
        <w:ind w:firstLine="0"/>
        <w:jc w:val="left"/>
      </w:pPr>
      <w:r>
        <w:rPr>
          <w:rFonts w:ascii="Times New Roman" w:hAnsi="Times New Roman" w:eastAsia="Times New Roman"/>
          <w:b w:val="0"/>
          <w:sz w:val="28"/>
        </w:rPr>
        <w:t>“It’s safe,” Meagan said gently. “And that’s enough.”</w:t>
      </w:r>
    </w:p>
    <w:p>
      <w:pPr>
        <w:spacing w:line="276" w:lineRule="auto" w:before="0" w:after="160"/>
        <w:ind w:firstLine="0"/>
        <w:jc w:val="left"/>
      </w:pPr>
      <w:r>
        <w:rPr>
          <w:rFonts w:ascii="Times New Roman" w:hAnsi="Times New Roman" w:eastAsia="Times New Roman"/>
          <w:b w:val="0"/>
          <w:sz w:val="28"/>
        </w:rPr>
        <w:t>They stood a moment in the quiet, listening to the calm tick of the hidden mechanism fading into stillness. Then Meagan lifted the lamp and nodded toward the stair.</w:t>
      </w:r>
    </w:p>
    <w:p>
      <w:pPr>
        <w:spacing w:line="276" w:lineRule="auto" w:before="0" w:after="160"/>
        <w:ind w:firstLine="0"/>
        <w:jc w:val="left"/>
      </w:pPr>
      <w:r>
        <w:rPr>
          <w:rFonts w:ascii="Times New Roman" w:hAnsi="Times New Roman" w:eastAsia="Times New Roman"/>
          <w:b w:val="0"/>
          <w:sz w:val="28"/>
        </w:rPr>
        <w:t>“Come,” she said softly. “Let it rest.”</w:t>
      </w:r>
    </w:p>
    <w:p>
      <w:pPr>
        <w:spacing w:line="276" w:lineRule="auto" w:before="0" w:after="160"/>
        <w:ind w:firstLine="0"/>
        <w:jc w:val="left"/>
      </w:pPr>
      <w:r>
        <w:rPr>
          <w:rFonts w:ascii="Times New Roman" w:hAnsi="Times New Roman" w:eastAsia="Times New Roman"/>
          <w:b w:val="0"/>
          <w:sz w:val="28"/>
        </w:rPr>
        <w:t>They slipped back into the passage. Meagan lowered the lever; the stone panel swung outward and eased into place, its seams vanishing into the carved wall. The corridor held its silence again, unchanged — as if no one had ever been there at all.</w:t>
      </w:r>
    </w:p>
    <w:p>
      <w:pPr>
        <w:spacing w:line="276" w:lineRule="auto" w:before="0" w:after="160"/>
        <w:ind w:firstLine="0"/>
        <w:jc w:val="left"/>
      </w:pPr>
      <w:r>
        <w:rPr>
          <w:rFonts w:ascii="Times New Roman" w:hAnsi="Times New Roman" w:eastAsia="Times New Roman"/>
          <w:b w:val="0"/>
          <w:sz w:val="28"/>
        </w:rPr>
        <w:t>As they rounded the next corner, a shape shifted near the base of a column — just a slight movement, like someone stepping back a breath too late. Emily slowed, the lamp’s glow catching a familiar face: the same young woman who had served them earlier on the veranda. The girl dipped her head, speaking of checking kitchen stores before morning prep. Her tone was calm — almost too calm — and her eyes paused a beat on the closed wall before she moved on.</w:t>
      </w:r>
    </w:p>
    <w:p>
      <w:pPr>
        <w:spacing w:line="276" w:lineRule="auto" w:before="0" w:after="160"/>
        <w:ind w:firstLine="0"/>
        <w:jc w:val="left"/>
      </w:pPr>
      <w:r>
        <w:rPr>
          <w:rFonts w:ascii="Times New Roman" w:hAnsi="Times New Roman" w:eastAsia="Times New Roman"/>
          <w:b w:val="0"/>
          <w:sz w:val="28"/>
        </w:rPr>
        <w:t>“Who was that?” Emily asked quietly.</w:t>
      </w:r>
    </w:p>
    <w:p>
      <w:pPr>
        <w:spacing w:line="276" w:lineRule="auto" w:before="0" w:after="160"/>
        <w:ind w:firstLine="0"/>
        <w:jc w:val="left"/>
      </w:pPr>
      <w:r>
        <w:rPr>
          <w:rFonts w:ascii="Times New Roman" w:hAnsi="Times New Roman" w:eastAsia="Times New Roman"/>
          <w:b w:val="0"/>
          <w:sz w:val="28"/>
        </w:rPr>
        <w:t>“One of the night staff,” Meagan replied without concern. “There’s always someone making rounds this late.”</w:t>
      </w:r>
    </w:p>
    <w:p>
      <w:pPr>
        <w:spacing w:line="276" w:lineRule="auto" w:before="0" w:after="160"/>
        <w:ind w:firstLine="0"/>
        <w:jc w:val="left"/>
      </w:pPr>
      <w:r>
        <w:rPr>
          <w:rFonts w:ascii="Times New Roman" w:hAnsi="Times New Roman" w:eastAsia="Times New Roman"/>
          <w:b w:val="0"/>
          <w:sz w:val="28"/>
        </w:rPr>
        <w:t>Emily said nothing, though her gaze held on the now-empty hallway a second longer before following Meagan into the stairwell’s deeper dark.</w:t>
      </w:r>
    </w:p>
    <w:p>
      <w:pPr>
        <w:spacing w:line="276" w:lineRule="auto" w:before="0" w:after="160"/>
        <w:ind w:firstLine="0"/>
        <w:jc w:val="left"/>
      </w:pPr>
      <w:r>
        <w:rPr>
          <w:rFonts w:ascii="Times New Roman" w:hAnsi="Times New Roman" w:eastAsia="Times New Roman"/>
          <w:b w:val="0"/>
          <w:sz w:val="28"/>
        </w:rPr>
        <w:t>When they reached the upper hall, the air felt warmer, touched by the faint scent of lamp oil and linen. Emily hesitated beside her chamber door.</w:t>
      </w:r>
    </w:p>
    <w:p>
      <w:pPr>
        <w:spacing w:line="276" w:lineRule="auto" w:before="0" w:after="160"/>
        <w:ind w:firstLine="0"/>
        <w:jc w:val="left"/>
      </w:pPr>
      <w:r>
        <w:rPr>
          <w:rFonts w:ascii="Times New Roman" w:hAnsi="Times New Roman" w:eastAsia="Times New Roman"/>
          <w:b w:val="0"/>
          <w:sz w:val="28"/>
        </w:rPr>
        <w:t>“Do you think anyone will ever know what’s hidden down there?” she asked.</w:t>
      </w:r>
    </w:p>
    <w:p>
      <w:pPr>
        <w:spacing w:line="276" w:lineRule="auto" w:before="0" w:after="160"/>
        <w:ind w:firstLine="0"/>
        <w:jc w:val="left"/>
      </w:pPr>
      <w:r>
        <w:rPr>
          <w:rFonts w:ascii="Times New Roman" w:hAnsi="Times New Roman" w:eastAsia="Times New Roman"/>
          <w:b w:val="0"/>
          <w:sz w:val="28"/>
        </w:rPr>
        <w:t>Meagan smiled faintly. “Perhaps one day — when it’s needed most.”</w:t>
      </w:r>
    </w:p>
    <w:p>
      <w:pPr>
        <w:spacing w:line="276" w:lineRule="auto" w:before="0" w:after="160"/>
        <w:ind w:firstLine="0"/>
        <w:jc w:val="left"/>
      </w:pPr>
      <w:r>
        <w:rPr>
          <w:rFonts w:ascii="Times New Roman" w:hAnsi="Times New Roman" w:eastAsia="Times New Roman"/>
          <w:b w:val="0"/>
          <w:sz w:val="28"/>
        </w:rPr>
        <w:t>Emily nodded, comforted more by her tone than the answer. “Good night, Meagan.”</w:t>
      </w:r>
    </w:p>
    <w:p>
      <w:pPr>
        <w:spacing w:line="276" w:lineRule="auto" w:before="0" w:after="160"/>
        <w:ind w:firstLine="0"/>
        <w:jc w:val="left"/>
      </w:pPr>
      <w:r>
        <w:rPr>
          <w:rFonts w:ascii="Times New Roman" w:hAnsi="Times New Roman" w:eastAsia="Times New Roman"/>
          <w:b w:val="0"/>
          <w:sz w:val="28"/>
        </w:rPr>
        <w:t>“Good night,” Meagan said softly.</w:t>
      </w:r>
    </w:p>
    <w:p>
      <w:pPr>
        <w:spacing w:line="276" w:lineRule="auto" w:before="0" w:after="160"/>
        <w:ind w:firstLine="0"/>
        <w:jc w:val="left"/>
      </w:pPr>
      <w:r>
        <w:rPr>
          <w:rFonts w:ascii="Times New Roman" w:hAnsi="Times New Roman" w:eastAsia="Times New Roman"/>
          <w:b w:val="0"/>
          <w:sz w:val="28"/>
        </w:rPr>
        <w:t>Emily slipped inside, and the door closed with a gentle latch. Meagan stood a moment longer, listening to the quiet, then turned down the corridor toward the western wing. Her steps were light but sure. Her father would still be awake — and she meant to see him before she retired.</w:t>
      </w:r>
    </w:p>
    <w:p>
      <w:pPr>
        <w:spacing w:line="276" w:lineRule="auto" w:before="0" w:after="160"/>
        <w:ind w:firstLine="0"/>
        <w:jc w:val="left"/>
      </w:pPr>
      <w:r>
        <w:rPr>
          <w:rFonts w:ascii="Times New Roman" w:hAnsi="Times New Roman" w:eastAsia="Times New Roman"/>
          <w:b w:val="0"/>
          <w:sz w:val="28"/>
        </w:rPr>
        <w:t>⸻</w:t>
      </w:r>
    </w:p>
    <w:p>
      <w:pPr>
        <w:spacing w:line="276" w:lineRule="auto" w:before="0" w:after="160"/>
        <w:ind w:firstLine="0"/>
        <w:jc w:val="left"/>
      </w:pPr>
      <w:r>
        <w:rPr>
          <w:rFonts w:ascii="Times New Roman" w:hAnsi="Times New Roman" w:eastAsia="Times New Roman"/>
          <w:b/>
          <w:sz w:val="28"/>
        </w:rPr>
        <w:t>Scene 7 – The King’s Chamber</w:t>
      </w:r>
    </w:p>
    <w:p>
      <w:pPr>
        <w:spacing w:line="276" w:lineRule="auto" w:before="0" w:after="160"/>
        <w:ind w:firstLine="0"/>
        <w:jc w:val="left"/>
      </w:pPr>
      <w:r>
        <w:rPr>
          <w:rFonts w:ascii="Times New Roman" w:hAnsi="Times New Roman" w:eastAsia="Times New Roman"/>
          <w:b w:val="0"/>
          <w:sz w:val="28"/>
        </w:rPr>
        <w:t>The chamber was quiet but for the soft crackle of the fire. A faint wind pressed at the window-panes, carrying the scent of rain from the city below. The king sat near the hearth, his robe loosely tied, a sheaf of reports spread across the desk before him. A half-empty glass of water rested untouched beside the inkpot.</w:t>
      </w:r>
    </w:p>
    <w:p>
      <w:pPr>
        <w:spacing w:line="276" w:lineRule="auto" w:before="0" w:after="160"/>
        <w:ind w:firstLine="0"/>
        <w:jc w:val="left"/>
      </w:pPr>
      <w:r>
        <w:rPr>
          <w:rFonts w:ascii="Times New Roman" w:hAnsi="Times New Roman" w:eastAsia="Times New Roman"/>
          <w:b w:val="0"/>
          <w:sz w:val="28"/>
        </w:rPr>
        <w:t>He leaned forward, one elbow braced on the arm of his chair, brow furrowed over the parchment. The candlelight carved deep lines along his face — lines born less of age than of years spent bearing the unseen weight of a kingdom.</w:t>
      </w:r>
    </w:p>
    <w:p>
      <w:pPr>
        <w:spacing w:line="276" w:lineRule="auto" w:before="0" w:after="160"/>
        <w:ind w:firstLine="0"/>
        <w:jc w:val="left"/>
      </w:pPr>
      <w:r>
        <w:rPr>
          <w:rFonts w:ascii="Times New Roman" w:hAnsi="Times New Roman" w:eastAsia="Times New Roman"/>
          <w:b w:val="0"/>
          <w:sz w:val="28"/>
        </w:rPr>
        <w:t>A light knock came at the door.</w:t>
      </w:r>
    </w:p>
    <w:p>
      <w:pPr>
        <w:spacing w:line="276" w:lineRule="auto" w:before="0" w:after="160"/>
        <w:ind w:firstLine="0"/>
        <w:jc w:val="left"/>
      </w:pPr>
      <w:r>
        <w:rPr>
          <w:rFonts w:ascii="Times New Roman" w:hAnsi="Times New Roman" w:eastAsia="Times New Roman"/>
          <w:b w:val="0"/>
          <w:sz w:val="28"/>
        </w:rPr>
        <w:t>“Come,” he said, without looking up.</w:t>
      </w:r>
    </w:p>
    <w:p>
      <w:pPr>
        <w:spacing w:line="276" w:lineRule="auto" w:before="0" w:after="160"/>
        <w:ind w:firstLine="0"/>
        <w:jc w:val="left"/>
      </w:pPr>
      <w:r>
        <w:rPr>
          <w:rFonts w:ascii="Times New Roman" w:hAnsi="Times New Roman" w:eastAsia="Times New Roman"/>
          <w:b w:val="0"/>
          <w:sz w:val="28"/>
        </w:rPr>
        <w:t>Meagan entered quietly, the lamplight following her in a small circle that softened the shadows. “I thought you might still be awake,” she said.</w:t>
      </w:r>
    </w:p>
    <w:p>
      <w:pPr>
        <w:spacing w:line="276" w:lineRule="auto" w:before="0" w:after="160"/>
        <w:ind w:firstLine="0"/>
        <w:jc w:val="left"/>
      </w:pPr>
      <w:r>
        <w:rPr>
          <w:rFonts w:ascii="Times New Roman" w:hAnsi="Times New Roman" w:eastAsia="Times New Roman"/>
          <w:b w:val="0"/>
          <w:sz w:val="28"/>
        </w:rPr>
        <w:t>He looked up then, and for a moment the sternness left his face. “It seems I’m not the only one who keeps late hours,” he said softly. Rising from his chair, he crossed the room and drew her into an embrace — steady and sincere. “I’m glad you’re back, Meagan,” he murmured. “The castle feels more itself with you here.”</w:t>
      </w:r>
    </w:p>
    <w:p>
      <w:pPr>
        <w:spacing w:line="276" w:lineRule="auto" w:before="0" w:after="160"/>
        <w:ind w:firstLine="0"/>
        <w:jc w:val="left"/>
      </w:pPr>
      <w:r>
        <w:rPr>
          <w:rFonts w:ascii="Times New Roman" w:hAnsi="Times New Roman" w:eastAsia="Times New Roman"/>
          <w:b w:val="0"/>
          <w:sz w:val="28"/>
        </w:rPr>
        <w:t>Meagan smiled against his shoulder. “And it feels right to be home,” she said quietly.</w:t>
      </w:r>
    </w:p>
    <w:p>
      <w:pPr>
        <w:spacing w:line="276" w:lineRule="auto" w:before="0" w:after="160"/>
        <w:ind w:firstLine="0"/>
        <w:jc w:val="left"/>
      </w:pPr>
      <w:r>
        <w:rPr>
          <w:rFonts w:ascii="Times New Roman" w:hAnsi="Times New Roman" w:eastAsia="Times New Roman"/>
          <w:b w:val="0"/>
          <w:sz w:val="28"/>
        </w:rPr>
        <w:t>He stepped back and returned to his chair, the gravity of the hour settling in again as he glanced at the papers on the desk.</w:t>
      </w:r>
    </w:p>
    <w:p>
      <w:pPr>
        <w:spacing w:line="276" w:lineRule="auto" w:before="0" w:after="160"/>
        <w:ind w:firstLine="0"/>
        <w:jc w:val="left"/>
      </w:pPr>
      <w:r>
        <w:rPr>
          <w:rFonts w:ascii="Times New Roman" w:hAnsi="Times New Roman" w:eastAsia="Times New Roman"/>
          <w:b w:val="0"/>
          <w:sz w:val="28"/>
        </w:rPr>
        <w:t>She eased into the seat across from him, smoothing her sleeve. “You’ve been carrying too much of this alone,” she said gently. “You should rest, Father.”</w:t>
      </w:r>
    </w:p>
    <w:p>
      <w:pPr>
        <w:spacing w:line="276" w:lineRule="auto" w:before="0" w:after="160"/>
        <w:ind w:firstLine="0"/>
        <w:jc w:val="left"/>
      </w:pPr>
      <w:r>
        <w:rPr>
          <w:rFonts w:ascii="Times New Roman" w:hAnsi="Times New Roman" w:eastAsia="Times New Roman"/>
          <w:b w:val="0"/>
          <w:sz w:val="28"/>
        </w:rPr>
        <w:t>“Rest will come,” he answered, half-smiling. “When the questions stop.”</w:t>
      </w:r>
    </w:p>
    <w:p>
      <w:pPr>
        <w:spacing w:line="276" w:lineRule="auto" w:before="0" w:after="160"/>
        <w:ind w:firstLine="0"/>
        <w:jc w:val="left"/>
      </w:pPr>
      <w:r>
        <w:rPr>
          <w:rFonts w:ascii="Times New Roman" w:hAnsi="Times New Roman" w:eastAsia="Times New Roman"/>
          <w:b w:val="0"/>
          <w:sz w:val="28"/>
        </w:rPr>
        <w:t>For a long moment, the quiet glow of the hearth filled the space. Then Meagan leaned forward slightly. “Something troubles you.”</w:t>
      </w:r>
    </w:p>
    <w:p>
      <w:pPr>
        <w:spacing w:line="276" w:lineRule="auto" w:before="0" w:after="160"/>
        <w:ind w:firstLine="0"/>
        <w:jc w:val="left"/>
      </w:pPr>
      <w:r>
        <w:rPr>
          <w:rFonts w:ascii="Times New Roman" w:hAnsi="Times New Roman" w:eastAsia="Times New Roman"/>
          <w:b w:val="0"/>
          <w:sz w:val="28"/>
        </w:rPr>
        <w:t>He looked up, his expression weary. “Everything, it seems.” He lifted one of the ledgers, its margin lined with Keeper script. “I keep reading these accounts, trying to make sense of how we missed it all — the famine, the corruption, the stolen wagons. Whole regions suffering while I signed decrees I thought were helping.”</w:t>
      </w:r>
    </w:p>
    <w:p>
      <w:pPr>
        <w:spacing w:line="276" w:lineRule="auto" w:before="0" w:after="160"/>
        <w:ind w:firstLine="0"/>
        <w:jc w:val="left"/>
      </w:pPr>
      <w:r>
        <w:rPr>
          <w:rFonts w:ascii="Times New Roman" w:hAnsi="Times New Roman" w:eastAsia="Times New Roman"/>
          <w:b w:val="0"/>
          <w:sz w:val="28"/>
        </w:rPr>
        <w:t>He set the ledger down, the parchment sighing against the desk. “It didn’t take many to undo what was built,” he said quietly. “Just a few with influence enough to twist the truth where it mattered most. The Rebel used them well — twisted the lines that once held us together.”</w:t>
      </w:r>
    </w:p>
    <w:p>
      <w:pPr>
        <w:spacing w:line="276" w:lineRule="auto" w:before="0" w:after="160"/>
        <w:ind w:firstLine="0"/>
        <w:jc w:val="left"/>
      </w:pPr>
      <w:r>
        <w:rPr>
          <w:rFonts w:ascii="Times New Roman" w:hAnsi="Times New Roman" w:eastAsia="Times New Roman"/>
          <w:b w:val="0"/>
          <w:sz w:val="28"/>
        </w:rPr>
        <w:t>His voice grew quieter. “I thought I knew my people. But lately… I wonder if I even know my kingdom.”</w:t>
      </w:r>
    </w:p>
    <w:p>
      <w:pPr>
        <w:spacing w:line="276" w:lineRule="auto" w:before="0" w:after="160"/>
        <w:ind w:firstLine="0"/>
        <w:jc w:val="left"/>
      </w:pPr>
      <w:r>
        <w:rPr>
          <w:rFonts w:ascii="Times New Roman" w:hAnsi="Times New Roman" w:eastAsia="Times New Roman"/>
          <w:b w:val="0"/>
          <w:sz w:val="28"/>
        </w:rPr>
        <w:t>Meagan’s tone softened. “You couldn’t have seen it, Father. The deception wasn’t widespread — just deep enough to reach the right ears. The Rebel didn’t need many. He only needed to plant doubt.”</w:t>
      </w:r>
    </w:p>
    <w:p>
      <w:pPr>
        <w:spacing w:line="276" w:lineRule="auto" w:before="0" w:after="160"/>
        <w:ind w:firstLine="0"/>
        <w:jc w:val="left"/>
      </w:pPr>
      <w:r>
        <w:rPr>
          <w:rFonts w:ascii="Times New Roman" w:hAnsi="Times New Roman" w:eastAsia="Times New Roman"/>
          <w:b w:val="0"/>
          <w:sz w:val="28"/>
        </w:rPr>
        <w:t>William nodded slowly, his eyes reflecting the firelight. “Perhaps. But good intentions don’t mend broken trust. The people suffer while their king pieces together what went wrong.”</w:t>
      </w:r>
    </w:p>
    <w:p>
      <w:pPr>
        <w:spacing w:line="276" w:lineRule="auto" w:before="0" w:after="160"/>
        <w:ind w:firstLine="0"/>
        <w:jc w:val="left"/>
      </w:pPr>
      <w:r>
        <w:rPr>
          <w:rFonts w:ascii="Times New Roman" w:hAnsi="Times New Roman" w:eastAsia="Times New Roman"/>
          <w:b w:val="0"/>
          <w:sz w:val="28"/>
        </w:rPr>
        <w:t>He rubbed his temples, then drew a steadying breath. “At first light, I’ll send a detachment to Shalda. The trade routes must be cleared, the stolen goods reclaimed. Once the truth is seen, perhaps the people’s faith can follow.”</w:t>
      </w:r>
    </w:p>
    <w:p>
      <w:pPr>
        <w:spacing w:line="276" w:lineRule="auto" w:before="0" w:after="160"/>
        <w:ind w:firstLine="0"/>
        <w:jc w:val="left"/>
      </w:pPr>
      <w:r>
        <w:rPr>
          <w:rFonts w:ascii="Times New Roman" w:hAnsi="Times New Roman" w:eastAsia="Times New Roman"/>
          <w:b w:val="0"/>
          <w:sz w:val="28"/>
        </w:rPr>
        <w:t>He paused, then looked to her more openly. “But even that feels like mending cracks with water. Every victory feels uncertain before it begins.”</w:t>
      </w:r>
    </w:p>
    <w:p>
      <w:pPr>
        <w:spacing w:line="276" w:lineRule="auto" w:before="0" w:after="160"/>
        <w:ind w:firstLine="0"/>
        <w:jc w:val="left"/>
      </w:pPr>
      <w:r>
        <w:rPr>
          <w:rFonts w:ascii="Times New Roman" w:hAnsi="Times New Roman" w:eastAsia="Times New Roman"/>
          <w:b w:val="0"/>
          <w:sz w:val="28"/>
        </w:rPr>
        <w:t>Meagan watched him — not as his daughter now, but as a Keeper trained to see beyond words. “Then maybe the battle isn’t only about what’s stolen,” she said quietly. “Maybe it’s about what still stands — and who chooses to keep it standing.”</w:t>
      </w:r>
    </w:p>
    <w:p>
      <w:pPr>
        <w:spacing w:line="276" w:lineRule="auto" w:before="0" w:after="160"/>
        <w:ind w:firstLine="0"/>
        <w:jc w:val="left"/>
      </w:pPr>
      <w:r>
        <w:rPr>
          <w:rFonts w:ascii="Times New Roman" w:hAnsi="Times New Roman" w:eastAsia="Times New Roman"/>
          <w:b w:val="0"/>
          <w:sz w:val="28"/>
        </w:rPr>
        <w:t>He considered her words, and for the first time that night, the tightness in his shoulders eased. “You sound like your mother,” he said softly.</w:t>
      </w:r>
    </w:p>
    <w:p>
      <w:pPr>
        <w:spacing w:line="276" w:lineRule="auto" w:before="0" w:after="160"/>
        <w:ind w:firstLine="0"/>
        <w:jc w:val="left"/>
      </w:pPr>
      <w:r>
        <w:rPr>
          <w:rFonts w:ascii="Times New Roman" w:hAnsi="Times New Roman" w:eastAsia="Times New Roman"/>
          <w:b w:val="0"/>
          <w:sz w:val="28"/>
        </w:rPr>
        <w:t>“I’ll take that as the highest praise,” Meagan replied with a faint smile.</w:t>
      </w:r>
    </w:p>
    <w:p>
      <w:pPr>
        <w:spacing w:line="276" w:lineRule="auto" w:before="0" w:after="160"/>
        <w:ind w:firstLine="0"/>
        <w:jc w:val="left"/>
      </w:pPr>
      <w:r>
        <w:rPr>
          <w:rFonts w:ascii="Times New Roman" w:hAnsi="Times New Roman" w:eastAsia="Times New Roman"/>
          <w:b w:val="0"/>
          <w:sz w:val="28"/>
        </w:rPr>
        <w:t>He studied her a moment, then said, “You remind me of her in other ways too — that steady calm she carried, even when the world frayed around her. It’s what I see in Jules as well.”</w:t>
      </w:r>
    </w:p>
    <w:p>
      <w:pPr>
        <w:spacing w:line="276" w:lineRule="auto" w:before="0" w:after="160"/>
        <w:ind w:firstLine="0"/>
        <w:jc w:val="left"/>
      </w:pPr>
      <w:r>
        <w:rPr>
          <w:rFonts w:ascii="Times New Roman" w:hAnsi="Times New Roman" w:eastAsia="Times New Roman"/>
          <w:b w:val="0"/>
          <w:sz w:val="28"/>
        </w:rPr>
        <w:t>Meagan’s expression brightened. “She has her father’s spirit,” she said. “There’s a steadiness to her — and a curiosity that won’t rest. I think Jonathan would have been proud.”</w:t>
      </w:r>
    </w:p>
    <w:p>
      <w:pPr>
        <w:spacing w:line="276" w:lineRule="auto" w:before="0" w:after="160"/>
        <w:ind w:firstLine="0"/>
        <w:jc w:val="left"/>
      </w:pPr>
      <w:r>
        <w:rPr>
          <w:rFonts w:ascii="Times New Roman" w:hAnsi="Times New Roman" w:eastAsia="Times New Roman"/>
          <w:b w:val="0"/>
          <w:sz w:val="28"/>
        </w:rPr>
        <w:t>William nodded, the corners of his mouth softening. “He’d see himself in her, I think — the same quiet fire. Meeting her has been… a gift I didn’t expect at this age. Sometimes it takes the next generation to remind us what still matters.”</w:t>
      </w:r>
    </w:p>
    <w:p>
      <w:pPr>
        <w:spacing w:line="276" w:lineRule="auto" w:before="0" w:after="160"/>
        <w:ind w:firstLine="0"/>
        <w:jc w:val="left"/>
      </w:pPr>
      <w:r>
        <w:rPr>
          <w:rFonts w:ascii="Times New Roman" w:hAnsi="Times New Roman" w:eastAsia="Times New Roman"/>
          <w:b w:val="0"/>
          <w:sz w:val="28"/>
        </w:rPr>
        <w:t>He fell silent for a moment, fading back into thought. “Still,” he said quietly, “reminders alone won’t heal what’s been broken. There’s work yet to be done.”</w:t>
      </w:r>
    </w:p>
    <w:p>
      <w:pPr>
        <w:spacing w:line="276" w:lineRule="auto" w:before="0" w:after="160"/>
        <w:ind w:firstLine="0"/>
        <w:jc w:val="left"/>
      </w:pPr>
      <w:r>
        <w:rPr>
          <w:rFonts w:ascii="Times New Roman" w:hAnsi="Times New Roman" w:eastAsia="Times New Roman"/>
          <w:b w:val="0"/>
          <w:sz w:val="28"/>
        </w:rPr>
        <w:t>“Once Shalda is made right,” he said, “we’ll turn our focus to what remains — the record Ronan was given, and whatever Jonathan meant for us to find.”</w:t>
      </w:r>
    </w:p>
    <w:p>
      <w:pPr>
        <w:spacing w:line="276" w:lineRule="auto" w:before="0" w:after="160"/>
        <w:ind w:firstLine="0"/>
        <w:jc w:val="left"/>
      </w:pPr>
      <w:r>
        <w:rPr>
          <w:rFonts w:ascii="Times New Roman" w:hAnsi="Times New Roman" w:eastAsia="Times New Roman"/>
          <w:b w:val="0"/>
          <w:sz w:val="28"/>
        </w:rPr>
        <w:t>Meagan’s eyes lifted slightly. “Do you have any idea what Jonathan hid — or why?”</w:t>
      </w:r>
    </w:p>
    <w:p>
      <w:pPr>
        <w:spacing w:line="276" w:lineRule="auto" w:before="0" w:after="160"/>
        <w:ind w:firstLine="0"/>
        <w:jc w:val="left"/>
      </w:pPr>
      <w:r>
        <w:rPr>
          <w:rFonts w:ascii="Times New Roman" w:hAnsi="Times New Roman" w:eastAsia="Times New Roman"/>
          <w:b w:val="0"/>
          <w:sz w:val="28"/>
        </w:rPr>
        <w:t>William leaned back in his chair, gaze distant. “Only guesses. He gave Bella one piece of it — enough to keep her part secure, but not enough to endanger her if someone ever came looking. Jonathan was cautious; he knew that knowledge can endanger as easily as it can save. Whatever he hid, he meant it to stay buried until the right hands were ready to uncover it.”</w:t>
      </w:r>
    </w:p>
    <w:p>
      <w:pPr>
        <w:spacing w:line="276" w:lineRule="auto" w:before="0" w:after="160"/>
        <w:ind w:firstLine="0"/>
        <w:jc w:val="left"/>
      </w:pPr>
      <w:r>
        <w:rPr>
          <w:rFonts w:ascii="Times New Roman" w:hAnsi="Times New Roman" w:eastAsia="Times New Roman"/>
          <w:b w:val="0"/>
          <w:sz w:val="28"/>
        </w:rPr>
        <w:t>Meagan nodded, her eyes steady. “Then we’ll find it. He didn’t hide hope — he preserved it.”</w:t>
      </w:r>
    </w:p>
    <w:p>
      <w:pPr>
        <w:spacing w:line="276" w:lineRule="auto" w:before="0" w:after="160"/>
        <w:ind w:firstLine="0"/>
        <w:jc w:val="left"/>
      </w:pPr>
      <w:r>
        <w:rPr>
          <w:rFonts w:ascii="Times New Roman" w:hAnsi="Times New Roman" w:eastAsia="Times New Roman"/>
          <w:b w:val="0"/>
          <w:sz w:val="28"/>
        </w:rPr>
        <w:t>William exhaled, the hearthlight flickering across his features as he studied the flame in thought. “Then let’s pray we’re wise enough to read what he left behind.”</w:t>
      </w:r>
    </w:p>
    <w:p>
      <w:pPr>
        <w:spacing w:line="276" w:lineRule="auto" w:before="0" w:after="160"/>
        <w:ind w:firstLine="0"/>
        <w:jc w:val="left"/>
      </w:pPr>
      <w:r>
        <w:rPr>
          <w:rFonts w:ascii="Times New Roman" w:hAnsi="Times New Roman" w:eastAsia="Times New Roman"/>
          <w:b w:val="0"/>
          <w:sz w:val="28"/>
        </w:rPr>
        <w:t>Meagan rose at last, pressing a kiss to her father’s temple before she left him to the quiet. The door closed softly behind her, and the hush of the corridors settled around them both. The king remained seated for a moment longer, thoughts turning toward the uncertain days ahead. Then, at last, he let the stillness take him, and the long night yielded to rest.</w:t>
      </w:r>
    </w:p>
    <w:p>
      <w:pPr>
        <w:spacing w:line="276" w:lineRule="auto" w:before="0" w:after="160"/>
        <w:ind w:firstLine="0"/>
        <w:jc w:val="left"/>
      </w:pP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before="0" w:after="16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