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Level the Field – Complete Master Copy</w:t>
      </w:r>
    </w:p>
    <w:p>
      <w:r>
        <w:t>By Lamar Smith</w:t>
        <w:br/>
        <w:br/>
      </w:r>
    </w:p>
    <w:p>
      <w:r>
        <w:t>LAMARSMITH</w:t>
      </w:r>
    </w:p>
    <w:p>
      <w:r>
        <w:t>LeveltheField</w:t>
      </w:r>
    </w:p>
    <w:p>
      <w:r>
        <w:t>WhySecondChancesMatter—FromSetbackstoStrategy</w:t>
      </w:r>
    </w:p>
    <w:p>
      <w:r>
        <w:t>—DefiningSuccessonYourOwnTerms</w:t>
      </w:r>
    </w:p>
    <w:p>
      <w:r>
        <w:t>FirstpublishedbyInfiniteSolutionsPublishing2025</w:t>
      </w:r>
    </w:p>
    <w:p>
      <w:r>
        <w:t>Copyright©2025byLamarSmith</w:t>
      </w:r>
    </w:p>
    <w:p>
      <w:r>
        <w:t>Allrightsreserved. Nopartofthispublicationmaybereproduced,storedor</w:t>
      </w:r>
    </w:p>
    <w:p>
      <w:r>
        <w:t>transmittedinanyformorbyanymeans,electronic,mechanical,</w:t>
      </w:r>
    </w:p>
    <w:p>
      <w:r>
        <w:t>photocopying,recording,scanning,orotherwisewithoutwrittenpermission</w:t>
      </w:r>
    </w:p>
    <w:p>
      <w:r>
        <w:t>fromthepublisher. Itisillegaltocopythisbook,postittoawebsite,or</w:t>
      </w:r>
    </w:p>
    <w:p>
      <w:r>
        <w:t>distributeitbyanyothermeanswithoutpermission.</w:t>
      </w:r>
    </w:p>
    <w:p>
      <w:r>
        <w:t>Firstedition</w:t>
      </w:r>
    </w:p>
    <w:p>
      <w:r>
        <w:t>ThisbookwasprofessionallytypesetonReedsy.</w:t>
      </w:r>
    </w:p>
    <w:p>
      <w:r>
        <w:t>Findoutmoreatreedsy.com</w:t>
      </w:r>
    </w:p>
    <w:p>
      <w:r>
        <w:t>Dedication</w:t>
      </w:r>
    </w:p>
    <w:p>
      <w:r>
        <w:t>Fortheoneswhoheard“no”somanytimestheyhadtobuildtheirown“yes.”</w:t>
      </w:r>
    </w:p>
    <w:p>
      <w:r>
        <w:t>Thisisforeverysoulwhorefusedtostaystuck,whochosepurposeoverpity,and</w:t>
      </w:r>
    </w:p>
    <w:p>
      <w:r>
        <w:t>turnedrejectionintofuel.</w:t>
      </w:r>
    </w:p>
    <w:p>
      <w:r>
        <w:t>Youdidn’twaitforadoor—youmadeone.</w:t>
      </w:r>
    </w:p>
    <w:p>
      <w:r>
        <w:t>Contents</w:t>
      </w:r>
    </w:p>
    <w:p>
      <w:pPr>
        <w:pStyle w:val="Heading2"/>
      </w:pPr>
      <w:r>
        <w:t>Introduction 1</w:t>
      </w:r>
    </w:p>
    <w:p>
      <w:r>
        <w:t>WhySecondChancesMatter 1</w:t>
      </w:r>
    </w:p>
    <w:p>
      <w:pPr>
        <w:pStyle w:val="Heading2"/>
      </w:pPr>
      <w:r>
        <w:t>1 Chapter1—TheRebuild 7</w:t>
      </w:r>
    </w:p>
    <w:p>
      <w:pPr>
        <w:pStyle w:val="Heading2"/>
      </w:pPr>
      <w:r>
        <w:t>2 Chapter2—TheIndustry 11</w:t>
      </w:r>
    </w:p>
    <w:p>
      <w:pPr>
        <w:pStyle w:val="Heading2"/>
      </w:pPr>
      <w:r>
        <w:t>3 Chapter3—ProgressionOverPaychecks 20</w:t>
      </w:r>
    </w:p>
    <w:p>
      <w:pPr>
        <w:pStyle w:val="Heading2"/>
      </w:pPr>
      <w:r>
        <w:t>4 Chapter4—StayinYourLane: ThePowerofFocusand... 27</w:t>
      </w:r>
    </w:p>
    <w:p>
      <w:r>
        <w:t>5 Reflection&amp;DiscussionGuide 31</w:t>
      </w:r>
    </w:p>
    <w:p>
      <w:pPr>
        <w:pStyle w:val="Heading2"/>
      </w:pPr>
      <w:r>
        <w:t>6 Chapter5—TheJediMindTrick: Discipline,Focusandthe... 35</w:t>
      </w:r>
    </w:p>
    <w:p>
      <w:pPr>
        <w:pStyle w:val="Heading2"/>
      </w:pPr>
      <w:r>
        <w:t>7 Chapter6—ThePlaybook: Systems,Strategies,andSuccess 40</w:t>
      </w:r>
    </w:p>
    <w:p>
      <w:pPr>
        <w:pStyle w:val="Heading2"/>
      </w:pPr>
      <w:r>
        <w:t>8 Chapter7—TheRebirth 46</w:t>
      </w:r>
    </w:p>
    <w:p>
      <w:pPr>
        <w:pStyle w:val="Heading2"/>
      </w:pPr>
      <w:r>
        <w:t>9 Chapter8—EscapingtheMatrix: CrackingtheCode 50</w:t>
      </w:r>
    </w:p>
    <w:p>
      <w:r>
        <w:t>10 TheLegacyCode: VocabMastery 55</w:t>
      </w:r>
    </w:p>
    <w:p>
      <w:r>
        <w:t>11MasteringtheBoard—YourAt-HomeDispatchTrain-</w:t>
      </w:r>
    </w:p>
    <w:p>
      <w:r>
        <w:t>ingGround 63</w:t>
      </w:r>
    </w:p>
    <w:p>
      <w:r>
        <w:t>12 Acknowledgments 67</w:t>
      </w:r>
    </w:p>
    <w:p>
      <w:r>
        <w:t>13 AbouttheAuthor 68</w:t>
      </w:r>
    </w:p>
    <w:p>
      <w:pPr>
        <w:pStyle w:val="Heading2"/>
      </w:pPr>
      <w:r>
        <w:t>Epilogue 69</w:t>
      </w:r>
    </w:p>
    <w:p>
      <w:r>
        <w:t>Nowgowinit. 70</w:t>
      </w:r>
    </w:p>
    <w:p>
      <w:pPr>
        <w:pStyle w:val="Heading2"/>
      </w:pPr>
      <w:r>
        <w:t>Introduction</w:t>
      </w:r>
    </w:p>
    <w:p>
      <w:r>
        <w:t>WhySecond Chances Matter</w:t>
      </w:r>
    </w:p>
    <w:p>
      <w:r>
        <w:t>Therecomesatimeinlifewhenyougetknockeddownsohardyouquestion</w:t>
      </w:r>
    </w:p>
    <w:p>
      <w:r>
        <w:t>whetherit’spossibletostandupagain.</w:t>
      </w:r>
    </w:p>
    <w:p>
      <w:r>
        <w:t>Maybeit’samistakethatcostyoueverything—alostjob,abrokenrelation-</w:t>
      </w:r>
    </w:p>
    <w:p>
      <w:r>
        <w:t>ship,astretchofbadluckthatfeltrelentless.</w:t>
      </w:r>
    </w:p>
    <w:p>
      <w:r>
        <w:t>Younoticehowsomepeoplestartwithmoretools,moreadvantages.</w:t>
      </w:r>
    </w:p>
    <w:p>
      <w:r>
        <w:t>Butbeingatadisadvantageisnotthesameasbeingoutofthegame.</w:t>
      </w:r>
    </w:p>
    <w:p>
      <w:r>
        <w:t>Itsimplymeansyouneedasmarterplaybook,relentlessdiscipline,andgrit.</w:t>
      </w:r>
    </w:p>
    <w:p>
      <w:r>
        <w:t>Fairness? Liferarelyservesitup.</w:t>
      </w:r>
    </w:p>
    <w:p>
      <w:r>
        <w:t>But hidden in every unfair hand is an opportunity—if you’re willing to</w:t>
      </w:r>
    </w:p>
    <w:p>
      <w:r>
        <w:t>outwork,outlearn,andout-planyoursetbacks.</w:t>
      </w:r>
    </w:p>
    <w:p>
      <w:r>
        <w:t>Thisisn’ttheplaceforexcuses.</w:t>
      </w:r>
    </w:p>
    <w:p>
      <w:r>
        <w:t>Youwon’tfindblamegameshere—notonthesystem,notonthegovern-</w:t>
      </w:r>
    </w:p>
    <w:p>
      <w:r>
        <w:t>ment,notonanyoneelse.</w:t>
      </w:r>
    </w:p>
    <w:p>
      <w:r>
        <w:t>Whatyou’llgetisthetruth,clearanddirect.</w:t>
      </w:r>
    </w:p>
    <w:p>
      <w:r>
        <w:t>Truthmightbeuncomfortable,butit’stheonlyfoundationyoucanbuilda</w:t>
      </w:r>
    </w:p>
    <w:p>
      <w:r>
        <w:t>futureon.</w:t>
      </w:r>
    </w:p>
    <w:p>
      <w:r>
        <w:t>Somefallshortbecausetheyweren’tgivenenough;othersfallbecausethey</w:t>
      </w:r>
    </w:p>
    <w:p>
      <w:r>
        <w:t>wouldn’ttakeownership.</w:t>
      </w:r>
    </w:p>
    <w:p>
      <w:r>
        <w:t>Mostofusdealwithboth.</w:t>
      </w:r>
    </w:p>
    <w:p>
      <w:r>
        <w:t>Therealissueisn’tjustthattheoddsarestackedagainstyou—it’sthattoo</w:t>
      </w:r>
    </w:p>
    <w:p>
      <w:r>
        <w:t>manypeopleneverlearnedhowtostackthedeckintheirownfavor.</w:t>
      </w:r>
    </w:p>
    <w:p>
      <w:r>
        <w:t>1</w:t>
      </w:r>
    </w:p>
    <w:p>
      <w:r>
        <w:t>LEVELTHE FIELD</w:t>
      </w:r>
    </w:p>
    <w:p>
      <w:r>
        <w:t>“Learntosee,listenandthinkforyourself.”</w:t>
      </w:r>
    </w:p>
    <w:p>
      <w:r>
        <w:t>—MalcolmX</w:t>
      </w:r>
    </w:p>
    <w:p>
      <w:r>
        <w:t>Thesewordshithardestwhenyou’vefeltlost.</w:t>
      </w:r>
    </w:p>
    <w:p>
      <w:r>
        <w:t>Themomentyoustoplivingthroughsomeoneelse’slens,youunlockpower</w:t>
      </w:r>
    </w:p>
    <w:p>
      <w:r>
        <w:t>youdidn’trealizeyouhad.</w:t>
      </w:r>
    </w:p>
    <w:p>
      <w:r>
        <w:t>Most failures aren’t the result of being broken—they’re the result of</w:t>
      </w:r>
    </w:p>
    <w:p>
      <w:r>
        <w:t>followingblueprintsmeantforsomeoneelse’slife.</w:t>
      </w:r>
    </w:p>
    <w:p>
      <w:r>
        <w:t>Truefreedomstartswithmasteringyourownmind.</w:t>
      </w:r>
    </w:p>
    <w:p>
      <w:r>
        <w:t>Whenyoumakeyourowndecisions,youstopsettlingforless.</w:t>
      </w:r>
    </w:p>
    <w:p>
      <w:r>
        <w:t>Dispatching: MySecondChance—FromPrisontoPurpose</w:t>
      </w:r>
    </w:p>
    <w:p>
      <w:r>
        <w:t>Let’skeepitreal.</w:t>
      </w:r>
    </w:p>
    <w:p>
      <w:r>
        <w:t>Ididn’thaveastep-by-stepplanhandedtome.</w:t>
      </w:r>
    </w:p>
    <w:p>
      <w:r>
        <w:t>Mynameis LamarSmith ,andbeforedispatchingchangedmylife,Iserved</w:t>
      </w:r>
    </w:p>
    <w:p>
      <w:r>
        <w:t>sixyearsinaTennesseeprison.</w:t>
      </w:r>
    </w:p>
    <w:p>
      <w:r>
        <w:t>Nodegree.</w:t>
      </w:r>
    </w:p>
    <w:p>
      <w:r>
        <w:t>Noroadmap.</w:t>
      </w:r>
    </w:p>
    <w:p>
      <w:r>
        <w:t>Nopromiseswaitingformeontheoutside.</w:t>
      </w:r>
    </w:p>
    <w:p>
      <w:r>
        <w:t>WhenIleftthosegates,allIhadwasmyname,mystory,andstubbornhope.</w:t>
      </w:r>
    </w:p>
    <w:p>
      <w:r>
        <w:t>ItookanyjobIcouldget—onesthatbarelycoveredthebills,withnofuture</w:t>
      </w:r>
    </w:p>
    <w:p>
      <w:r>
        <w:t>attached.</w:t>
      </w:r>
    </w:p>
    <w:p>
      <w:r>
        <w:t>Everythingchangedthedaymywifesharedasimplesocialmediapostabout</w:t>
      </w:r>
    </w:p>
    <w:p>
      <w:r>
        <w:t>freightdispatching.</w:t>
      </w:r>
    </w:p>
    <w:p>
      <w:r>
        <w:t>Shesaid, “Whynottrythis?”</w:t>
      </w:r>
    </w:p>
    <w:p>
      <w:r>
        <w:t>Ihadnothinglefttolose.</w:t>
      </w:r>
    </w:p>
    <w:p>
      <w:r>
        <w:t>IscrapedtogetherthelastfewdollarsIhadandenrolledinadispatchcourse.</w:t>
      </w:r>
    </w:p>
    <w:p>
      <w:r>
        <w:t>Thecornerofmyapartmentbecamemyclassroom;thelaptop,mylifeline.</w:t>
      </w:r>
    </w:p>
    <w:p>
      <w:r>
        <w:t>Everylessonwasabuildingblock: organizingchaos,communicatingwith</w:t>
      </w:r>
    </w:p>
    <w:p>
      <w:r>
        <w:t>confidence,solvinghigh-pressureproblems.</w:t>
      </w:r>
    </w:p>
    <w:p>
      <w:r>
        <w:t>Yes, I was mastering dispatching—but I was also learning how to take</w:t>
      </w:r>
    </w:p>
    <w:p>
      <w:r>
        <w:t>commandofmylife.</w:t>
      </w:r>
    </w:p>
    <w:p>
      <w:r>
        <w:t>Irebuiltmyrésuméonrealskills,notpastmistakes.</w:t>
      </w:r>
    </w:p>
    <w:p>
      <w:r>
        <w:t>Imademyselftoovaluabletoignore—coachable,hungry,andpersistent.</w:t>
      </w:r>
    </w:p>
    <w:p>
      <w:r>
        <w:t>2</w:t>
      </w:r>
    </w:p>
    <w:p>
      <w:r>
        <w:t>INTRODUCTION</w:t>
      </w:r>
    </w:p>
    <w:p>
      <w:r>
        <w:t>Iearnedmyshot.</w:t>
      </w:r>
    </w:p>
    <w:p>
      <w:r>
        <w:t>Ilandedarealdispatchingjob,gainedhands-onexperience,andlearned</w:t>
      </w:r>
    </w:p>
    <w:p>
      <w:r>
        <w:t>thesystemsthatmoveAmerica’sfreight.</w:t>
      </w:r>
    </w:p>
    <w:p>
      <w:r>
        <w:t>Everyshipmentsharpenedmydiscipline.</w:t>
      </w:r>
    </w:p>
    <w:p>
      <w:r>
        <w:t>Eventually,Ileveragedthatknowledgetolaunchmyowndispatchbusiness.</w:t>
      </w:r>
    </w:p>
    <w:p>
      <w:r>
        <w:t>Thatwasmorethanacareermove—itwasanewbeginning.</w:t>
      </w:r>
    </w:p>
    <w:p>
      <w:r>
        <w:t>Whenyouhearmeteachdispatching,it’snotfromtheory.</w:t>
      </w:r>
    </w:p>
    <w:p>
      <w:r>
        <w:t>It’sfromlivedexperience.</w:t>
      </w:r>
    </w:p>
    <w:p>
      <w:r>
        <w:t>Dispatching isn’t just a job—it’s a discipline, a rescue net, and a proven</w:t>
      </w:r>
    </w:p>
    <w:p>
      <w:r>
        <w:t>systemforpeoplereadytorewritetheirstory.</w:t>
      </w:r>
    </w:p>
    <w:p>
      <w:r>
        <w:t>Nosetbackhastobepermanent.</w:t>
      </w:r>
    </w:p>
    <w:p>
      <w:r>
        <w:t>Secondchancesarereal—butonlyforthosewhoputintheworktoclaim</w:t>
      </w:r>
    </w:p>
    <w:p>
      <w:r>
        <w:t>them.</w:t>
      </w:r>
    </w:p>
    <w:p>
      <w:r>
        <w:t>ThePurposeBehindthePlaybook</w:t>
      </w:r>
    </w:p>
    <w:p>
      <w:r>
        <w:t>Progresscomesfrombuildingsmartsystems,notjustdreamingbig.</w:t>
      </w:r>
    </w:p>
    <w:p>
      <w:r>
        <w:t>Agreatdispatcherdoesn’trelyonluckorshortcuts.</w:t>
      </w:r>
    </w:p>
    <w:p>
      <w:r>
        <w:t>Theyruntheirplay,trackeveryvariable,andmakedecisionsthatmovethe</w:t>
      </w:r>
    </w:p>
    <w:p>
      <w:r>
        <w:t>needle.</w:t>
      </w:r>
    </w:p>
    <w:p>
      <w:r>
        <w:t>Dispatchingisn’talotteryticket—it’salaneofpossibility.</w:t>
      </w:r>
    </w:p>
    <w:p>
      <w:r>
        <w:t>Ifyou’veneverhadacleardirectionorbeengivenafairshot,thiscouldbe</w:t>
      </w:r>
    </w:p>
    <w:p>
      <w:r>
        <w:t>thebreakyou’vebeenwaitingfor.</w:t>
      </w:r>
    </w:p>
    <w:p>
      <w:r>
        <w:t>Myjourneyprovesit.</w:t>
      </w:r>
    </w:p>
    <w:p>
      <w:r>
        <w:t>DispatchingwasthetoolthattransformedmylifeafterIhitbottom.</w:t>
      </w:r>
    </w:p>
    <w:p>
      <w:r>
        <w:t>Withnodegree,noobviouspath,andplentyofdoorsslammedinmyface,I</w:t>
      </w:r>
    </w:p>
    <w:p>
      <w:r>
        <w:t>dugin.</w:t>
      </w:r>
    </w:p>
    <w:p>
      <w:r>
        <w:t>Mywifepointedmetoanopportunity;Icommittedtomasteringtheskills,</w:t>
      </w:r>
    </w:p>
    <w:p>
      <w:r>
        <w:t>buildingarésumé,andgettinginthegame.</w:t>
      </w:r>
    </w:p>
    <w:p>
      <w:r>
        <w:t>ThatmomentumlaunchedmybusinessandafutureIcouldbeproudof—all</w:t>
      </w:r>
    </w:p>
    <w:p>
      <w:r>
        <w:t>sparkedbyonesecondchance.</w:t>
      </w:r>
    </w:p>
    <w:p>
      <w:r>
        <w:t>That’swhyIwrotethisbook: tomakedispatchingmorethananotherhustle,</w:t>
      </w:r>
    </w:p>
    <w:p>
      <w:r>
        <w:t>butablueprintforfreedom,leadership,andrealindependence.</w:t>
      </w:r>
    </w:p>
    <w:p>
      <w:r>
        <w:t>Whether you’re managing freight, tow, medical, or emergency dispatch,</w:t>
      </w:r>
    </w:p>
    <w:p>
      <w:r>
        <w:t>theseprincipleswork.</w:t>
      </w:r>
    </w:p>
    <w:p>
      <w:r>
        <w:t>3</w:t>
      </w:r>
    </w:p>
    <w:p>
      <w:r>
        <w:t>LEVELTHE FIELD</w:t>
      </w:r>
    </w:p>
    <w:p>
      <w:r>
        <w:t>Obstaclesbecomeopportunitieswhenyouseenewlanesandtakecharge</w:t>
      </w:r>
    </w:p>
    <w:p>
      <w:r>
        <w:t>insteadofwaitingforlucktofindyou.</w:t>
      </w:r>
    </w:p>
    <w:p>
      <w:r>
        <w:t>Earned,NotGiven</w:t>
      </w:r>
    </w:p>
    <w:p>
      <w:r>
        <w:t>Secondchancesaren’tgiven—they’reearned.</w:t>
      </w:r>
    </w:p>
    <w:p>
      <w:r>
        <w:t>Theypullyououtofsurvivalmodeandpushyoutostartlivingstrategically.</w:t>
      </w:r>
    </w:p>
    <w:p>
      <w:r>
        <w:t>Youcanchangeyourstoryatanymoment.</w:t>
      </w:r>
    </w:p>
    <w:p>
      <w:r>
        <w:t>Youcanturnsetbacksintosteppingstones.</w:t>
      </w:r>
    </w:p>
    <w:p>
      <w:r>
        <w:t>Youcanlead,provide,andbecomealivingexampleofredemptioninmotion.</w:t>
      </w:r>
    </w:p>
    <w:p>
      <w:r>
        <w:t>It’sdiscipline.</w:t>
      </w:r>
    </w:p>
    <w:p>
      <w:r>
        <w:t>Clarity.</w:t>
      </w:r>
    </w:p>
    <w:p>
      <w:r>
        <w:t>Consistency.</w:t>
      </w:r>
    </w:p>
    <w:p>
      <w:r>
        <w:t>Theworldrewardsexecution,notexcuses.</w:t>
      </w:r>
    </w:p>
    <w:p>
      <w:r>
        <w:t>Levelingthefieldisn’taboutwaitingforabreak.</w:t>
      </w:r>
    </w:p>
    <w:p>
      <w:r>
        <w:t>It’saboutusingyourhead,yourmindset,andyourtoolstooutplaytheodds.</w:t>
      </w:r>
    </w:p>
    <w:p>
      <w:r>
        <w:t>Manyofusstumblenotbecausewe’reunworthy,butbecausewewerenever</w:t>
      </w:r>
    </w:p>
    <w:p>
      <w:r>
        <w:t>taughtthesystem—howtomanageresources,buildaplan,negotiate,orpivot.</w:t>
      </w:r>
    </w:p>
    <w:p>
      <w:r>
        <w:t>Playingthewronggameguaranteesdefeat.</w:t>
      </w:r>
    </w:p>
    <w:p>
      <w:r>
        <w:t>Butonceyoulearntherules,you’refreetowriteyourownvictory.</w:t>
      </w:r>
    </w:p>
    <w:p>
      <w:r>
        <w:t>WhoThisBookIsFor</w:t>
      </w:r>
    </w:p>
    <w:p>
      <w:r>
        <w:t>Thisbookisforthehardworkerswhokeepfallingbehind.</w:t>
      </w:r>
    </w:p>
    <w:p>
      <w:r>
        <w:t>Forthosewhosepaststillfeelslikeaweight.</w:t>
      </w:r>
    </w:p>
    <w:p>
      <w:r>
        <w:t>Forpeoplewhodon’twantcharity—theywantknowledge,structure,anda</w:t>
      </w:r>
    </w:p>
    <w:p>
      <w:r>
        <w:t>repeatableplan.</w:t>
      </w:r>
    </w:p>
    <w:p>
      <w:r>
        <w:t>Whenyouhavethose,opportunityisn’tsomethingyouchase—it’ssome-</w:t>
      </w:r>
    </w:p>
    <w:p>
      <w:r>
        <w:t>thingyoucreate.</w:t>
      </w:r>
    </w:p>
    <w:p>
      <w:r>
        <w:t>WhatYou’llGainfromThisBook</w:t>
      </w:r>
    </w:p>
    <w:p>
      <w:r>
        <w:t>•ABlueprintforStability:</w:t>
      </w:r>
    </w:p>
    <w:p>
      <w:r>
        <w:t>Learnhowdispatching—whetherfreight,tow,medical,or911—canoffera</w:t>
      </w:r>
    </w:p>
    <w:p>
      <w:r>
        <w:t>realpathwaytosteadyincomeandindependence.</w:t>
      </w:r>
    </w:p>
    <w:p>
      <w:r>
        <w:t>Step-by-step,you’llseehowthisindustrycanchangeyourlifeandthelives</w:t>
      </w:r>
    </w:p>
    <w:p>
      <w:r>
        <w:t>ofthosearoundyou.</w:t>
      </w:r>
    </w:p>
    <w:p>
      <w:r>
        <w:t>4</w:t>
      </w:r>
    </w:p>
    <w:p>
      <w:r>
        <w:t>INTRODUCTION</w:t>
      </w:r>
    </w:p>
    <w:p>
      <w:r>
        <w:t>•AMindsetShift:</w:t>
      </w:r>
    </w:p>
    <w:p>
      <w:r>
        <w:t>Discoverhowtorebuildyourmentalityaftersetbacks.</w:t>
      </w:r>
    </w:p>
    <w:p>
      <w:r>
        <w:t>Consistencyisn’tjustagoal;it’stheengineofprogress.</w:t>
      </w:r>
    </w:p>
    <w:p>
      <w:r>
        <w:t>You’lllearntothinkstrategicallyandstayresilientunderpressure—just</w:t>
      </w:r>
    </w:p>
    <w:p>
      <w:r>
        <w:t>likethebestdispatchers.</w:t>
      </w:r>
    </w:p>
    <w:p>
      <w:r>
        <w:t>•StrategiestoOvercomeBarriers:</w:t>
      </w:r>
    </w:p>
    <w:p>
      <w:r>
        <w:t>Recognizethesystemsthatkeeppeoplestuck,anddevelopthedisciplineto</w:t>
      </w:r>
    </w:p>
    <w:p>
      <w:r>
        <w:t>breakthrough.</w:t>
      </w:r>
    </w:p>
    <w:p>
      <w:r>
        <w:t>You’llfinallyseehowopportunityandaccessactuallywork—andhowto</w:t>
      </w:r>
    </w:p>
    <w:p>
      <w:r>
        <w:t>claimyourshare.</w:t>
      </w:r>
    </w:p>
    <w:p>
      <w:r>
        <w:t>•ControlUnderChaos:</w:t>
      </w:r>
    </w:p>
    <w:p>
      <w:r>
        <w:t>Findouthowdispatchingisreallyaboutmanagingmovingparts.</w:t>
      </w:r>
    </w:p>
    <w:p>
      <w:r>
        <w:t>Thestructureyou buildherewill serveyouin business, personal finance,</w:t>
      </w:r>
    </w:p>
    <w:p>
      <w:r>
        <w:t>andgrowth.</w:t>
      </w:r>
    </w:p>
    <w:p>
      <w:r>
        <w:t>•PathwaystoLeadershipandIndependence:</w:t>
      </w:r>
    </w:p>
    <w:p>
      <w:r>
        <w:t>Stoprunningfromresponsibilityandharnessitasyourpowersource.</w:t>
      </w:r>
    </w:p>
    <w:p>
      <w:r>
        <w:t>Accountabilityturnsintoauthority,unlockingnewlevelsoffreedom.</w:t>
      </w:r>
    </w:p>
    <w:p>
      <w:r>
        <w:t>•ARedefinitionofSuccess:</w:t>
      </w:r>
    </w:p>
    <w:p>
      <w:r>
        <w:t>Redefinewhatachievementmeansonyourterms.</w:t>
      </w:r>
    </w:p>
    <w:p>
      <w:r>
        <w:t>It’snotalwaysaboutbuildingthebiggestbusiness—it’saboutmasteringa</w:t>
      </w:r>
    </w:p>
    <w:p>
      <w:r>
        <w:t>skillandprotectingyourownprogress.</w:t>
      </w:r>
    </w:p>
    <w:p>
      <w:r>
        <w:t>Turnthepage.</w:t>
      </w:r>
    </w:p>
    <w:p>
      <w:r>
        <w:t>It’stimetobuildyournewchapter—oneeverybitaspowerfulasyournext</w:t>
      </w:r>
    </w:p>
    <w:p>
      <w:r>
        <w:t>secondchance.</w:t>
      </w:r>
    </w:p>
    <w:p>
      <w:r>
        <w:t>5</w:t>
      </w:r>
    </w:p>
    <w:p>
      <w:r>
        <w:t>LEVELTHE FIELD</w:t>
      </w:r>
    </w:p>
    <w:p>
      <w:r>
        <w:t>***</w:t>
      </w:r>
    </w:p>
    <w:p>
      <w:r>
        <w:t>6</w:t>
      </w:r>
    </w:p>
    <w:p>
      <w:r>
        <w:t>1</w:t>
      </w:r>
    </w:p>
    <w:p>
      <w:pPr>
        <w:pStyle w:val="Heading2"/>
      </w:pPr>
      <w:r>
        <w:t>Chapter1 —The Rebuild</w:t>
      </w:r>
    </w:p>
    <w:p>
      <w:r>
        <w:t>Therecomesapointwheneverythingyouwerebuildingfallsapart—</w:t>
      </w:r>
    </w:p>
    <w:p>
      <w:r>
        <w:t>thejob,theplan,therelationship,maybeevenyoursenseofself.</w:t>
      </w:r>
    </w:p>
    <w:p>
      <w:r>
        <w:t>It’s like your map got erased while you were still driving. You</w:t>
      </w:r>
    </w:p>
    <w:p>
      <w:r>
        <w:t>replaywhatwentwrongandwonderifyou’reevenbuilttostartagain.</w:t>
      </w:r>
    </w:p>
    <w:p>
      <w:r>
        <w:t>Here’s the truth: rebuilding isn’t about going back to who you were. It’s</w:t>
      </w:r>
    </w:p>
    <w:p>
      <w:r>
        <w:t>aboutbecomingwhoyouweremeanttobe.</w:t>
      </w:r>
    </w:p>
    <w:p>
      <w:r>
        <w:t>Chaoswillcome. Systemswillcrash. Callswillpileup.</w:t>
      </w:r>
    </w:p>
    <w:p>
      <w:r>
        <w:t>Thequestionisn’t ifyou’llfall—it’s howyou’llrebuild.</w:t>
      </w:r>
    </w:p>
    <w:p>
      <w:r>
        <w:t>Andrebuildingdoesn’trequirepermission,luck,oradiploma.</w:t>
      </w:r>
    </w:p>
    <w:p>
      <w:r>
        <w:t>It demands awareness, patience, and the courage to organize what feels</w:t>
      </w:r>
    </w:p>
    <w:p>
      <w:r>
        <w:t>unfixable.</w:t>
      </w:r>
    </w:p>
    <w:p>
      <w:r>
        <w:t>Youdon’tneedacollegedegreetobegin.</w:t>
      </w:r>
    </w:p>
    <w:p>
      <w:r>
        <w:t>Youneedcommitment.</w:t>
      </w:r>
    </w:p>
    <w:p>
      <w:r>
        <w:t>Dispatchingprovesit.</w:t>
      </w:r>
    </w:p>
    <w:p>
      <w:r>
        <w:t>Youcanlearnthisskillathome,withoutdebt,andstillearnasolidliving.</w:t>
      </w:r>
    </w:p>
    <w:p>
      <w:r>
        <w:t>Realeducationisdiscipline,repetition,anddirection.</w:t>
      </w:r>
    </w:p>
    <w:p>
      <w:r>
        <w:t>Therebuildstartswhenyouacceptthatknowledgecancomefromhunger</w:t>
      </w:r>
    </w:p>
    <w:p>
      <w:r>
        <w:t>andhands-onexperience—notjustfromaclassroom.</w:t>
      </w:r>
    </w:p>
    <w:p>
      <w:r>
        <w:t>7</w:t>
      </w:r>
    </w:p>
    <w:p>
      <w:r>
        <w:t>LEVELTHE FIELD</w:t>
      </w:r>
    </w:p>
    <w:p>
      <w:r>
        <w:t>Section1—WreckageandAwareness</w:t>
      </w:r>
    </w:p>
    <w:p>
      <w:r>
        <w:t>Arebuildbeginswithtruth.</w:t>
      </w:r>
    </w:p>
    <w:p>
      <w:r>
        <w:t>Youcan’tfixwhatyourefusetoface.</w:t>
      </w:r>
    </w:p>
    <w:p>
      <w:r>
        <w:t>Whenadrivercallswithabreakdown,agooddispatcherdoesn’tpanic—</w:t>
      </w:r>
    </w:p>
    <w:p>
      <w:r>
        <w:t>theyassess.</w:t>
      </w:r>
    </w:p>
    <w:p>
      <w:r>
        <w:t>Whathappened? Whereareyou? Whatstillworks?</w:t>
      </w:r>
    </w:p>
    <w:p>
      <w:r>
        <w:t>That’sthesamepostureyourlifeneeds.</w:t>
      </w:r>
    </w:p>
    <w:p>
      <w:r>
        <w:t>Ifyoulostajob,ownit.</w:t>
      </w:r>
    </w:p>
    <w:p>
      <w:r>
        <w:t>Ifyourpastcaughtuptoyou,faceit.</w:t>
      </w:r>
    </w:p>
    <w:p>
      <w:r>
        <w:t>Youcan’tdispatchyourfuturewhilehidingfromyourpresent.</w:t>
      </w:r>
    </w:p>
    <w:p>
      <w:r>
        <w:t>Awarenessispower.</w:t>
      </w:r>
    </w:p>
    <w:p>
      <w:r>
        <w:t>Themomentyouseeyoursituationclearly,youtakecontrolofit.</w:t>
      </w:r>
    </w:p>
    <w:p>
      <w:r>
        <w:t>Thisisn’tfailure—it’sdata.</w:t>
      </w:r>
    </w:p>
    <w:p>
      <w:r>
        <w:t>Everymistakeisasignaltellingyouwhatneedsrepair.</w:t>
      </w:r>
    </w:p>
    <w:p>
      <w:r>
        <w:t>SkillTie-In(DispatcherLens):</w:t>
      </w:r>
    </w:p>
    <w:p>
      <w:r>
        <w:t>Assessquickly. Decidecleanly. Communicateclearly.</w:t>
      </w:r>
    </w:p>
    <w:p>
      <w:r>
        <w:t>Thoseareday-onedispatchermuscles—andday-onerebuildmusclesfor</w:t>
      </w:r>
    </w:p>
    <w:p>
      <w:r>
        <w:t>life.</w:t>
      </w:r>
    </w:p>
    <w:p>
      <w:r>
        <w:t>Section2—TheBlueprintMindset</w:t>
      </w:r>
    </w:p>
    <w:p>
      <w:r>
        <w:t>Onceyouseethewreckage,youdesigntherebuild.</w:t>
      </w:r>
    </w:p>
    <w:p>
      <w:r>
        <w:t>Dispatcherstakescatteredinformationandturnitintoaroute.</w:t>
      </w:r>
    </w:p>
    <w:p>
      <w:r>
        <w:t>Weather shuts down an interstate? A driver times out? Equipment fails?</w:t>
      </w:r>
    </w:p>
    <w:p>
      <w:r>
        <w:t>Youreroute.</w:t>
      </w:r>
    </w:p>
    <w:p>
      <w:r>
        <w:t>Orderreplaceschaos.</w:t>
      </w:r>
    </w:p>
    <w:p>
      <w:r>
        <w:t>That’stheblueprintmindset: strategyoveremotion.</w:t>
      </w:r>
    </w:p>
    <w:p>
      <w:r>
        <w:t>Indispatch,wecallit stayingonchannel.</w:t>
      </w:r>
    </w:p>
    <w:p>
      <w:r>
        <w:t>Pressurerises,butyourvoicestayssteady.</w:t>
      </w:r>
    </w:p>
    <w:p>
      <w:r>
        <w:t>Gatherfacts. Makeadjustments. Keepmoving.</w:t>
      </w:r>
    </w:p>
    <w:p>
      <w:r>
        <w:t>Inlife,thesameruleapplies: calmisacompetitiveadvantage.</w:t>
      </w:r>
    </w:p>
    <w:p>
      <w:r>
        <w:t>Don’twaitformotivation—buildsystems.</w:t>
      </w:r>
    </w:p>
    <w:p>
      <w:r>
        <w:t>8</w:t>
      </w:r>
    </w:p>
    <w:p>
      <w:r>
        <w:t>CHAPTER 1 —THE REBUILD</w:t>
      </w:r>
    </w:p>
    <w:p>
      <w:r>
        <w:t>Systemsbeatemotioneverytime.</w:t>
      </w:r>
    </w:p>
    <w:p>
      <w:r>
        <w:t>Youwon’tfeelyourwayintodiscipline,butyoucandisciplineyourwayinto</w:t>
      </w:r>
    </w:p>
    <w:p>
      <w:r>
        <w:t>freedom.</w:t>
      </w:r>
    </w:p>
    <w:p>
      <w:r>
        <w:t>Thinkchecklists,timeblocks,follow-ups,andclearhandoffs—justlike</w:t>
      </w:r>
    </w:p>
    <w:p>
      <w:r>
        <w:t>themostefficientdispatchfloorsoperate.</w:t>
      </w:r>
    </w:p>
    <w:p>
      <w:r>
        <w:t>Section3—ProgressionOverPaychecks</w:t>
      </w:r>
    </w:p>
    <w:p>
      <w:r>
        <w:t>Mostpeoplethinkdispatchingisjustaboutmoney. Themoneycomes.</w:t>
      </w:r>
    </w:p>
    <w:p>
      <w:r>
        <w:t>Butdispatchingdoessomethingdeeper—itbuildspeople.</w:t>
      </w:r>
    </w:p>
    <w:p>
      <w:r>
        <w:t>ڬCalmunderpressure: Youstopreacting;youstartdirecting.</w:t>
      </w:r>
    </w:p>
    <w:p>
      <w:r>
        <w:t>ڬRapiddecision-making: Youprioritize,sequence,andexecute.</w:t>
      </w:r>
    </w:p>
    <w:p>
      <w:r>
        <w:t>ڬCommunicationandempathy: Withdrivers, customers, patients, and</w:t>
      </w:r>
    </w:p>
    <w:p>
      <w:r>
        <w:t>police.</w:t>
      </w:r>
    </w:p>
    <w:p>
      <w:r>
        <w:t>ڬOrganization and tech fluency: With CAD, GPS, TMS, logs, and times-</w:t>
      </w:r>
    </w:p>
    <w:p>
      <w:r>
        <w:t>tamps.</w:t>
      </w:r>
    </w:p>
    <w:p>
      <w:r>
        <w:t>Everycalltrainscomposure.</w:t>
      </w:r>
    </w:p>
    <w:p>
      <w:r>
        <w:t>Everydelaybuildspatience.</w:t>
      </w:r>
    </w:p>
    <w:p>
      <w:r>
        <w:t>Everycrisisrefinesleadership.</w:t>
      </w:r>
    </w:p>
    <w:p>
      <w:r>
        <w:t>Yourincomegrowsbecause yougrow.</w:t>
      </w:r>
    </w:p>
    <w:p>
      <w:r>
        <w:t>Youstarttrackingresults,thinkinginpatterns,andplanningthreesteps</w:t>
      </w:r>
    </w:p>
    <w:p>
      <w:r>
        <w:t>ahead.</w:t>
      </w:r>
    </w:p>
    <w:p>
      <w:r>
        <w:t>That is progression — a skill set you can use in business, finance, and</w:t>
      </w:r>
    </w:p>
    <w:p>
      <w:r>
        <w:t>relationships.</w:t>
      </w:r>
    </w:p>
    <w:p>
      <w:r>
        <w:t>Thisiswhereyoustopbeingasurvivorandbecomeastrategist.</w:t>
      </w:r>
    </w:p>
    <w:p>
      <w:r>
        <w:t>Whenotherscomplainaboutpressure,youperformunderit.</w:t>
      </w:r>
    </w:p>
    <w:p>
      <w:r>
        <w:t>Section4—TheCheckpoint:WhoYou’reBecoming</w:t>
      </w:r>
    </w:p>
    <w:p>
      <w:r>
        <w:t>Rebuildingisn’tanevent—it’salifestyle.</w:t>
      </w:r>
    </w:p>
    <w:p>
      <w:r>
        <w:t>Eachmorningisanewrep.</w:t>
      </w:r>
    </w:p>
    <w:p>
      <w:r>
        <w:t>Youdon’tneednewDNA;youneednewdirection.</w:t>
      </w:r>
    </w:p>
    <w:p>
      <w:r>
        <w:t>Lookatyourselfrightnow.</w:t>
      </w:r>
    </w:p>
    <w:p>
      <w:r>
        <w:t>9</w:t>
      </w:r>
    </w:p>
    <w:p>
      <w:r>
        <w:t>LEVELTHE FIELD</w:t>
      </w:r>
    </w:p>
    <w:p>
      <w:r>
        <w:t>You’rereadingabookthatrefusesexcusesandoffersstructure.</w:t>
      </w:r>
    </w:p>
    <w:p>
      <w:r>
        <w:t>Thatmeansyou’vealreadystartedtherebuild.</w:t>
      </w:r>
    </w:p>
    <w:p>
      <w:r>
        <w:t>Keepgoing.</w:t>
      </w:r>
    </w:p>
    <w:p>
      <w:r>
        <w:t>Whenlifethrowsanothercurveball,followthedispatcherrule:</w:t>
      </w:r>
    </w:p>
    <w:p>
      <w:r>
        <w:t>Don’tpanic. Plan. Keepyourheadseton. Opportunityiscallingagain.</w:t>
      </w:r>
    </w:p>
    <w:p>
      <w:r>
        <w:t>RebuildRules</w:t>
      </w:r>
    </w:p>
    <w:p>
      <w:r>
        <w:t>•Facethewreckage. Claritycomesbeforeprogress.</w:t>
      </w:r>
    </w:p>
    <w:p>
      <w:r>
        <w:t>•Usesystems,notmoods. Structureoutlastsmotivation.</w:t>
      </w:r>
    </w:p>
    <w:p>
      <w:r>
        <w:t>•Brickbybrick. Progressthatdoesn’tquitbeatsperfectionthatneverstarts.</w:t>
      </w:r>
    </w:p>
    <w:p>
      <w:pPr>
        <w:pStyle w:val="Heading2"/>
      </w:pPr>
      <w:r>
        <w:t>TransitiontoChapter2—TheIndustry</w:t>
      </w:r>
    </w:p>
    <w:p>
      <w:r>
        <w:t>Now that you’ve learned how to rebuild, it’s time to look outward — at the</w:t>
      </w:r>
    </w:p>
    <w:p>
      <w:r>
        <w:t>worldyou’resteppinginto.</w:t>
      </w:r>
    </w:p>
    <w:p>
      <w:r>
        <w:t>Thedispatchingindustryisbroad: freight,towing,medical,andemergency</w:t>
      </w:r>
    </w:p>
    <w:p>
      <w:r>
        <w:t>communicationsallrelyonthesamecalm-under-pressuremindset.</w:t>
      </w:r>
    </w:p>
    <w:p>
      <w:r>
        <w:t>Beforeyoumakeyourmove,youneedtounderstandhowtheindustryreally</w:t>
      </w:r>
    </w:p>
    <w:p>
      <w:r>
        <w:t>works.</w:t>
      </w:r>
    </w:p>
    <w:p>
      <w:r>
        <w:t>That’swherewegonext.</w:t>
      </w:r>
    </w:p>
    <w:p>
      <w:r>
        <w:t>***</w:t>
      </w:r>
    </w:p>
    <w:p>
      <w:r>
        <w:t>10</w:t>
      </w:r>
    </w:p>
    <w:p>
      <w:r>
        <w:t>2</w:t>
      </w:r>
    </w:p>
    <w:p>
      <w:pPr>
        <w:pStyle w:val="Heading2"/>
      </w:pPr>
      <w:r>
        <w:t>Chapter2 —The Industry</w:t>
      </w:r>
    </w:p>
    <w:p>
      <w:r>
        <w:t>You’verebuiltyourmindset—nowit’stimetostepintotheworldthat</w:t>
      </w:r>
    </w:p>
    <w:p>
      <w:r>
        <w:t>rewardsit.</w:t>
      </w:r>
    </w:p>
    <w:p>
      <w:r>
        <w:t>Thedispatchindustryisn’tjustabouttrucksandphones;it’sabout</w:t>
      </w:r>
    </w:p>
    <w:p>
      <w:r>
        <w:t>coordination,confidence,andclarity.</w:t>
      </w:r>
    </w:p>
    <w:p>
      <w:r>
        <w:t>This is one of the most accessible industries in America—a space where</w:t>
      </w:r>
    </w:p>
    <w:p>
      <w:r>
        <w:t>organizationandhustlemattermorethandegreesandtitles.</w:t>
      </w:r>
    </w:p>
    <w:p>
      <w:r>
        <w:t>Dispatchingistheartofdirection.</w:t>
      </w:r>
    </w:p>
    <w:p>
      <w:r>
        <w:t>Theworlddoesn’tmovewithoutit.</w:t>
      </w:r>
    </w:p>
    <w:p>
      <w:r>
        <w:t>Section1—FromSetbacktoStrategist:ADispatcher’sStory</w:t>
      </w:r>
    </w:p>
    <w:p>
      <w:r>
        <w:t>Tounderstandthisindustry,youneedtoseehowitchangeslives.</w:t>
      </w:r>
    </w:p>
    <w:p>
      <w:r>
        <w:t>Considerthestoryofahusbandandwifewhohitrockbottom. Theirbusiness</w:t>
      </w:r>
    </w:p>
    <w:p>
      <w:r>
        <w:t>failed, savings evaporated, and they found themselves starting over with</w:t>
      </w:r>
    </w:p>
    <w:p>
      <w:r>
        <w:t>nothingbutdetermination.</w:t>
      </w:r>
    </w:p>
    <w:p>
      <w:r>
        <w:t>Withoptionslimited,theysawopportunitywhereotherssawnone: logis-</w:t>
      </w:r>
    </w:p>
    <w:p>
      <w:r>
        <w:t>tics.</w:t>
      </w:r>
    </w:p>
    <w:p>
      <w:r>
        <w:t>They started a small service company from their home. He handled the</w:t>
      </w:r>
    </w:p>
    <w:p>
      <w:r>
        <w:t>servicecalls;shetookchargeofdispatching. Therewasnoglamour—justgrit.</w:t>
      </w:r>
    </w:p>
    <w:p>
      <w:r>
        <w:t>She learned to manage routes, communicate with drivers, and keep the</w:t>
      </w:r>
    </w:p>
    <w:p>
      <w:r>
        <w:t>operationmovingonecallatatime. Theworkwasdemanding,andthepay</w:t>
      </w:r>
    </w:p>
    <w:p>
      <w:r>
        <w:t>11</w:t>
      </w:r>
    </w:p>
    <w:p>
      <w:r>
        <w:t>LEVELTHE FIELD</w:t>
      </w:r>
    </w:p>
    <w:p>
      <w:r>
        <w:t>wasmodestatfirst.</w:t>
      </w:r>
    </w:p>
    <w:p>
      <w:r>
        <w:t>Butwitheverydispatchedtruck,shewasbuildingmorethanabusiness—she</w:t>
      </w:r>
    </w:p>
    <w:p>
      <w:r>
        <w:t>wasbuildingresilience,strategy,andafuture.</w:t>
      </w:r>
    </w:p>
    <w:p>
      <w:r>
        <w:t>Five years later, that two-person operation had grown into a thriving</w:t>
      </w:r>
    </w:p>
    <w:p>
      <w:r>
        <w:t>business,turningacombinedincomeof$30,000intoasix-figuresuccess.</w:t>
      </w:r>
    </w:p>
    <w:p>
      <w:r>
        <w:t>Thisisn’tastoryaboutluck.</w:t>
      </w:r>
    </w:p>
    <w:p>
      <w:r>
        <w:t>It’sastoryaboutusingthecoreprinciplesofdispatching—organization,</w:t>
      </w:r>
    </w:p>
    <w:p>
      <w:r>
        <w:t>clearcommunication,andrelentlessfollow-through—toclimboutofahole.</w:t>
      </w:r>
    </w:p>
    <w:p>
      <w:r>
        <w:t>It proves that with the right mindset, a phone and a plan can be more</w:t>
      </w:r>
    </w:p>
    <w:p>
      <w:r>
        <w:t>powerfulthanaprestigiousdegreeorapileofstartupcapital.</w:t>
      </w:r>
    </w:p>
    <w:p>
      <w:r>
        <w:t>Their journey from poverty to prosperity wasn’t an accident; it was dis-</w:t>
      </w:r>
    </w:p>
    <w:p>
      <w:r>
        <w:t>patched .</w:t>
      </w:r>
    </w:p>
    <w:p>
      <w:r>
        <w:t>Section2—TheHeartbeatofMovement</w:t>
      </w:r>
    </w:p>
    <w:p>
      <w:r>
        <w:t>Everyproduct,everyemergencycall,everyrescuebeginswithsomeonegiving</w:t>
      </w:r>
    </w:p>
    <w:p>
      <w:r>
        <w:t>direction—adispatcher.</w:t>
      </w:r>
    </w:p>
    <w:p>
      <w:r>
        <w:t>Whetherit’sfreightcrossingstates,anambulanceonitswaytoascene,or</w:t>
      </w:r>
    </w:p>
    <w:p>
      <w:r>
        <w:t>atowtruckheadedtoabreakdown,dispatchersarethebridgebetweenchaos</w:t>
      </w:r>
    </w:p>
    <w:p>
      <w:r>
        <w:t>andorder.</w:t>
      </w:r>
    </w:p>
    <w:p>
      <w:r>
        <w:t>•FreightDispatching: MovingAmerica’sgoodsfromAtoB.</w:t>
      </w:r>
    </w:p>
    <w:p>
      <w:r>
        <w:t>•TowDispatching: Routingtrucksforroadsiderecoveriesoraccidents.</w:t>
      </w:r>
    </w:p>
    <w:p>
      <w:r>
        <w:t>•Medical Dispatching (NEMT): Coordinating non-emergency patient</w:t>
      </w:r>
    </w:p>
    <w:p>
      <w:r>
        <w:t>transportation.</w:t>
      </w:r>
    </w:p>
    <w:p>
      <w:r>
        <w:t>•911Dispatching: Triagingemergenciesandsendingfirstrespondersto</w:t>
      </w:r>
    </w:p>
    <w:p>
      <w:r>
        <w:t>savelives.</w:t>
      </w:r>
    </w:p>
    <w:p>
      <w:r>
        <w:t>IndustryInsight:</w:t>
      </w:r>
    </w:p>
    <w:p>
      <w:r>
        <w:t>In2025,U.S.logisticssurpassed $1.9trillion inannualvalue.</w:t>
      </w:r>
    </w:p>
    <w:p>
      <w:r>
        <w:t>Dispatcherscontrolthecommunicationflowbehindthatmovement.</w:t>
      </w:r>
    </w:p>
    <w:p>
      <w:r>
        <w:t>Youmayneverseethespotlight—butyourunthestagelights.</w:t>
      </w:r>
    </w:p>
    <w:p>
      <w:r>
        <w:t>12</w:t>
      </w:r>
    </w:p>
    <w:p>
      <w:r>
        <w:t>CHAPTER 2 —THE INDUSTRY</w:t>
      </w:r>
    </w:p>
    <w:p>
      <w:r>
        <w:t>Section3—TheChainofCommand</w:t>
      </w:r>
    </w:p>
    <w:p>
      <w:r>
        <w:t>Inlogistics,everyonehasalane. Understandingyourroleiscritical.</w:t>
      </w:r>
    </w:p>
    <w:p>
      <w:r>
        <w:t>RolePurposeWhoTheyServeTypicalPay</w:t>
      </w:r>
    </w:p>
    <w:p>
      <w:r>
        <w:t>Shipper</w:t>
      </w:r>
    </w:p>
    <w:p>
      <w:r>
        <w:t>Sendsfreight</w:t>
      </w:r>
    </w:p>
    <w:p>
      <w:r>
        <w:t>Broker</w:t>
      </w:r>
    </w:p>
    <w:p>
      <w:r>
        <w:t>—</w:t>
      </w:r>
    </w:p>
    <w:p>
      <w:r>
        <w:t>Broker</w:t>
      </w:r>
    </w:p>
    <w:p>
      <w:r>
        <w:t>Connectsshippersandcarriers</w:t>
      </w:r>
    </w:p>
    <w:p>
      <w:r>
        <w:t>Shipper</w:t>
      </w:r>
    </w:p>
    <w:p>
      <w:r>
        <w:t>10–20%ofload</w:t>
      </w:r>
    </w:p>
    <w:p>
      <w:r>
        <w:t>Carrier</w:t>
      </w:r>
    </w:p>
    <w:p>
      <w:r>
        <w:t>Movesfreight</w:t>
      </w:r>
    </w:p>
    <w:p>
      <w:r>
        <w:t>Broker/Shipper</w:t>
      </w:r>
    </w:p>
    <w:p>
      <w:r>
        <w:t>$2–$5permile</w:t>
      </w:r>
    </w:p>
    <w:p>
      <w:r>
        <w:t>Dispatcher</w:t>
      </w:r>
    </w:p>
    <w:p>
      <w:r>
        <w:t>Keepseverythingmoving</w:t>
      </w:r>
    </w:p>
    <w:p>
      <w:r>
        <w:t>Carrier</w:t>
      </w:r>
    </w:p>
    <w:p>
      <w:r>
        <w:t>5–10%perload</w:t>
      </w:r>
    </w:p>
    <w:p>
      <w:r>
        <w:t>Driver</w:t>
      </w:r>
    </w:p>
    <w:p>
      <w:r>
        <w:t>Executestheplan</w:t>
      </w:r>
    </w:p>
    <w:p>
      <w:r>
        <w:t>Carrier</w:t>
      </w:r>
    </w:p>
    <w:p>
      <w:r>
        <w:t>$60K+avg</w:t>
      </w:r>
    </w:p>
    <w:p>
      <w:r>
        <w:t>Dispatchersarethebridge.</w:t>
      </w:r>
    </w:p>
    <w:p>
      <w:r>
        <w:t>Youdon’tneedaCDL,atruck,orawarehouse—justfocus,follow-through,</w:t>
      </w:r>
    </w:p>
    <w:p>
      <w:r>
        <w:t>andaprocessthatkeepscarriersearning.</w:t>
      </w:r>
    </w:p>
    <w:p>
      <w:r>
        <w:t>13</w:t>
      </w:r>
    </w:p>
    <w:p>
      <w:r>
        <w:t>LEVELTHE FIELD</w:t>
      </w:r>
    </w:p>
    <w:p>
      <w:r>
        <w:t>Section4—WhatYouActuallyNeedtoBeanIndependent</w:t>
      </w:r>
    </w:p>
    <w:p>
      <w:r>
        <w:t>Dispatcher</w:t>
      </w:r>
    </w:p>
    <w:p>
      <w:r>
        <w:t>Let’sclearupthebiggestmythinthisindustry:</w:t>
      </w:r>
    </w:p>
    <w:p>
      <w:r>
        <w:t>Independentdispatchersdo notneeda$75,000brokerbond.</w:t>
      </w:r>
    </w:p>
    <w:p>
      <w:r>
        <w:t>Thatbondisonlyforfreightbrokers—peoplewhoarrangeloadsforshippers</w:t>
      </w:r>
    </w:p>
    <w:p>
      <w:r>
        <w:t>andhavecontractswithmultiplecarriers.</w:t>
      </w:r>
    </w:p>
    <w:p>
      <w:r>
        <w:t>Asadispatcher,youlegallyrepresentonecarrieratatimeastheiragent.</w:t>
      </w:r>
    </w:p>
    <w:p>
      <w:r>
        <w:t>Here’swhatyouneedinstead:</w:t>
      </w:r>
    </w:p>
    <w:p>
      <w:r>
        <w:t>ᎋAnLLCorregisteredbusinessname(forlegitimacyandtaxseparation).</w:t>
      </w:r>
    </w:p>
    <w:p>
      <w:r>
        <w:t>ᎋAnEIN(EmployerIdentificationNumber)fromtheIRS—it’sfree.</w:t>
      </w:r>
    </w:p>
    <w:p>
      <w:r>
        <w:t>ᎋAserviceagreementwiththecarrierdefiningwhatyoudoandhowyou’re</w:t>
      </w:r>
    </w:p>
    <w:p>
      <w:r>
        <w:t>paid.</w:t>
      </w:r>
    </w:p>
    <w:p>
      <w:r>
        <w:t>ᎋKnowledge of FMCSA boundaries—never act like a broker without a</w:t>
      </w:r>
    </w:p>
    <w:p>
      <w:r>
        <w:t>license.</w:t>
      </w:r>
    </w:p>
    <w:p>
      <w:r>
        <w:t>ᎋProfessionaltools(loadboards,phone,email,spreadsheetorTMS).</w:t>
      </w:r>
    </w:p>
    <w:p>
      <w:r>
        <w:t>ᎋConfidenceandclarityinyourcommunication.</w:t>
      </w:r>
    </w:p>
    <w:p>
      <w:r>
        <w:t>Remember: youareacarrier’s agent,notabroker.</w:t>
      </w:r>
    </w:p>
    <w:p>
      <w:r>
        <w:t>Stayinyourlane,andyourbusinesswillstaylegalandprofitable.</w:t>
      </w:r>
    </w:p>
    <w:p>
      <w:r>
        <w:t>Section5—TheLanguageofDispatching</w:t>
      </w:r>
    </w:p>
    <w:p>
      <w:r>
        <w:t>Beforeyoubuildyourbusinessortakeajob,youmustspeakthelanguage.</w:t>
      </w:r>
    </w:p>
    <w:p>
      <w:r>
        <w:t>Dispatching has its own vocabulary. Using it correctly builds instant</w:t>
      </w:r>
    </w:p>
    <w:p>
      <w:r>
        <w:t>credibility.</w:t>
      </w:r>
    </w:p>
    <w:p>
      <w:r>
        <w:t>Here’s your short course in dispatch literacy—the terms every pro must</w:t>
      </w:r>
    </w:p>
    <w:p>
      <w:r>
        <w:t>know.</w:t>
      </w:r>
    </w:p>
    <w:p>
      <w:r>
        <w:t>•MC/DOTNumber: Acarrier’sfederalIDnumberswiththeFMCSA.</w:t>
      </w:r>
    </w:p>
    <w:p>
      <w:r>
        <w:t>•RateConfirmation(RateCon): Thecontractbetweenacarrierandbroker</w:t>
      </w:r>
    </w:p>
    <w:p>
      <w:r>
        <w:t>showingpayrateandloaddetails.</w:t>
      </w:r>
    </w:p>
    <w:p>
      <w:r>
        <w:t>•BOL(BillofLading): Thelegaldocumentthatprovespickupandoutlines</w:t>
      </w:r>
    </w:p>
    <w:p>
      <w:r>
        <w:t>what’sbeingshipped.</w:t>
      </w:r>
    </w:p>
    <w:p>
      <w:r>
        <w:t>14</w:t>
      </w:r>
    </w:p>
    <w:p>
      <w:r>
        <w:t>CHAPTER 2 —THE INDUSTRY</w:t>
      </w:r>
    </w:p>
    <w:p>
      <w:r>
        <w:t>•POD(ProofofDelivery): Thesignedrecordconfirmingaloadreachedits</w:t>
      </w:r>
    </w:p>
    <w:p>
      <w:r>
        <w:t>destination.</w:t>
      </w:r>
    </w:p>
    <w:p>
      <w:r>
        <w:t>•COI (Certificate of Insurance): Proof the carrier is covered for liability</w:t>
      </w:r>
    </w:p>
    <w:p>
      <w:r>
        <w:t>andcargo.</w:t>
      </w:r>
    </w:p>
    <w:p>
      <w:r>
        <w:t>•ELD(ElectronicLoggingDevice): Tracksadriver’shourstocomplywith</w:t>
      </w:r>
    </w:p>
    <w:p>
      <w:r>
        <w:t>FMCSAregulations.</w:t>
      </w:r>
    </w:p>
    <w:p>
      <w:r>
        <w:t>•TONU:“TruckOrdered,NotUsed”—compensationforabookedloadthat</w:t>
      </w:r>
    </w:p>
    <w:p>
      <w:r>
        <w:t>cancelslast-minute.</w:t>
      </w:r>
    </w:p>
    <w:p>
      <w:r>
        <w:t>•Detention/Layover: Extrapayfordelaysatpickupordelivery.</w:t>
      </w:r>
    </w:p>
    <w:p>
      <w:r>
        <w:t>•Deadhead: Emptymilesdrivenbetweenloads.</w:t>
      </w:r>
    </w:p>
    <w:p>
      <w:r>
        <w:t>•Accessorials: Extrafeesforservicesliketarping,lumperassistance,or</w:t>
      </w:r>
    </w:p>
    <w:p>
      <w:r>
        <w:t>detention.</w:t>
      </w:r>
    </w:p>
    <w:p>
      <w:r>
        <w:t>ProTip: Studythislistuntilyoucanuseeverytermnaturally.</w:t>
      </w:r>
    </w:p>
    <w:p>
      <w:r>
        <w:t>Confidencecomesfromclarity,andclaritybuildstrust.</w:t>
      </w:r>
    </w:p>
    <w:p>
      <w:r>
        <w:t>Section6—EquipmentTypesAcrossDispatchFields</w:t>
      </w:r>
    </w:p>
    <w:p>
      <w:r>
        <w:t>Knowing the equipment helps you plan smarter, quote faster, and sound</w:t>
      </w:r>
    </w:p>
    <w:p>
      <w:r>
        <w:t>credible.</w:t>
      </w:r>
    </w:p>
    <w:p>
      <w:r>
        <w:t>IndustryEquipmentTypesExampleUse</w:t>
      </w:r>
    </w:p>
    <w:p>
      <w:r>
        <w:t>FreightDispatching</w:t>
      </w:r>
    </w:p>
    <w:p>
      <w:r>
        <w:t>DryVan(V),Reefer(R),Flatbed(F),Step-Deck(SD),Hotshot(HS),Power-</w:t>
      </w:r>
    </w:p>
    <w:p>
      <w:r>
        <w:t>Only(PO)</w:t>
      </w:r>
    </w:p>
    <w:p>
      <w:r>
        <w:t>Longhaulfreight</w:t>
      </w:r>
    </w:p>
    <w:p>
      <w:r>
        <w:t>TowDispatching</w:t>
      </w:r>
    </w:p>
    <w:p>
      <w:r>
        <w:t>Light-Duty,Heavy-Duty,Flatbed/Rollback,Wrecker</w:t>
      </w:r>
    </w:p>
    <w:p>
      <w:r>
        <w:t>Roadsiderecovery</w:t>
      </w:r>
    </w:p>
    <w:p>
      <w:r>
        <w:t>MedicalDispatching(NEMT)</w:t>
      </w:r>
    </w:p>
    <w:p>
      <w:r>
        <w:t>WheelchairVan,StretcherVan,Ambulette</w:t>
      </w:r>
    </w:p>
    <w:p>
      <w:r>
        <w:t>Patienttransport</w:t>
      </w:r>
    </w:p>
    <w:p>
      <w:r>
        <w:t>911/PublicSafety</w:t>
      </w:r>
    </w:p>
    <w:p>
      <w:r>
        <w:t>PatrolUnits,FireTrucks,EMS,RescueUnits</w:t>
      </w:r>
    </w:p>
    <w:p>
      <w:r>
        <w:t>15</w:t>
      </w:r>
    </w:p>
    <w:p>
      <w:r>
        <w:t>LEVELTHE FIELD</w:t>
      </w:r>
    </w:p>
    <w:p>
      <w:r>
        <w:t>Emergencydispatch</w:t>
      </w:r>
    </w:p>
    <w:p>
      <w:r>
        <w:t>Dispatcher’sMindset: Knowyourtools. Youdon’thavetodrivethem—but</w:t>
      </w:r>
    </w:p>
    <w:p>
      <w:r>
        <w:t>youmustunderstandwhattheycando.</w:t>
      </w:r>
    </w:p>
    <w:p>
      <w:r>
        <w:t>Section7—ToolsforModernDispatching</w:t>
      </w:r>
    </w:p>
    <w:p>
      <w:r>
        <w:t>Successindispatchingrequiresmasteringtherighttechnology.</w:t>
      </w:r>
    </w:p>
    <w:p>
      <w:r>
        <w:t>Thesetoolsdon’tjustorganizechaos—theycreateconsistency.</w:t>
      </w:r>
    </w:p>
    <w:p>
      <w:r>
        <w:t>•Freight Dispatching Tools: Load boards like DAT and Truckstop; TMS</w:t>
      </w:r>
    </w:p>
    <w:p>
      <w:r>
        <w:t>likeAscendTMS;routeplannerslikeTruckerPath.</w:t>
      </w:r>
    </w:p>
    <w:p>
      <w:r>
        <w:t>•TowDispatchingTools: SpecializedsoftwarelikeTowBookorBeacon;</w:t>
      </w:r>
    </w:p>
    <w:p>
      <w:r>
        <w:t>GPSandcalllogsfortracking;digitalpaymentlinksforcustomers.</w:t>
      </w:r>
    </w:p>
    <w:p>
      <w:r>
        <w:t>•Medical/NEMTDispatchingTools: SchedulingplatformslikeTripMaster</w:t>
      </w:r>
    </w:p>
    <w:p>
      <w:r>
        <w:t>orRouteGeniethatareHIPAA-complianttoprotectpatientdata.</w:t>
      </w:r>
    </w:p>
    <w:p>
      <w:r>
        <w:t>•911 Dispatching Tools: Computer-Aided Dispatch (CAD) systems to</w:t>
      </w:r>
    </w:p>
    <w:p>
      <w:r>
        <w:t>manage emergency calls; integrated radio and GPS for coordinated</w:t>
      </w:r>
    </w:p>
    <w:p>
      <w:r>
        <w:t>responses.</w:t>
      </w:r>
    </w:p>
    <w:p>
      <w:r>
        <w:t>ProNote: Studythetutorialsforthesetoolsliketextbooks,notshortcuts.</w:t>
      </w:r>
    </w:p>
    <w:p>
      <w:r>
        <w:t>Understandingyourtechislikestudyingthemapbeforeyoustartthedrive.</w:t>
      </w:r>
    </w:p>
    <w:p>
      <w:r>
        <w:t>Section8—EntryPointsintotheIndustry</w:t>
      </w:r>
    </w:p>
    <w:p>
      <w:r>
        <w:t>Beforeyourunyourowndispatchingbusiness,itpaystolearninsidesomeone</w:t>
      </w:r>
    </w:p>
    <w:p>
      <w:r>
        <w:t>else’ssystem.</w:t>
      </w:r>
    </w:p>
    <w:p>
      <w:r>
        <w:t>Real-world experience accelerates your learning and shows you how the</w:t>
      </w:r>
    </w:p>
    <w:p>
      <w:r>
        <w:t>prosoperateunderpressure.</w:t>
      </w:r>
    </w:p>
    <w:p>
      <w:r>
        <w:t>Commonentry-levelopportunitiesinclude:</w:t>
      </w:r>
    </w:p>
    <w:p>
      <w:r>
        <w:t>•FreightDispatchAssistantforasmallcarrier.</w:t>
      </w:r>
    </w:p>
    <w:p>
      <w:r>
        <w:t>•TowYardCallDispatcher.</w:t>
      </w:r>
    </w:p>
    <w:p>
      <w:r>
        <w:t>•NEMTRouteCoordinator.</w:t>
      </w:r>
    </w:p>
    <w:p>
      <w:r>
        <w:t>16</w:t>
      </w:r>
    </w:p>
    <w:p>
      <w:r>
        <w:t>CHAPTER 2 —THE INDUSTRY</w:t>
      </w:r>
    </w:p>
    <w:p>
      <w:r>
        <w:t>•911Call-TakerorTrainee.</w:t>
      </w:r>
    </w:p>
    <w:p>
      <w:r>
        <w:t>These jobs typically start around $17–$30/hour , but the mentorship is</w:t>
      </w:r>
    </w:p>
    <w:p>
      <w:r>
        <w:t>priceless.</w:t>
      </w:r>
    </w:p>
    <w:p>
      <w:r>
        <w:t>You’ll learn how timing, tone, and composure separate amateurs from</w:t>
      </w:r>
    </w:p>
    <w:p>
      <w:r>
        <w:t>professionals.</w:t>
      </w:r>
    </w:p>
    <w:p>
      <w:r>
        <w:t>Don’tlookdownonentry-levelwork—it’spaidtrainingforyourfuture.</w:t>
      </w:r>
    </w:p>
    <w:p>
      <w:r>
        <w:t>Section9—DispatchPathsandBusinessStructures</w:t>
      </w:r>
    </w:p>
    <w:p>
      <w:r>
        <w:t>DescriptionWorkType</w:t>
      </w:r>
    </w:p>
    <w:p>
      <w:r>
        <w:t>TowCompanyOwner</w:t>
      </w:r>
    </w:p>
    <w:p>
      <w:r>
        <w:t>Ownstrucksandemploysdispatchers</w:t>
      </w:r>
    </w:p>
    <w:p>
      <w:r>
        <w:t>Entrepreneur</w:t>
      </w:r>
    </w:p>
    <w:p>
      <w:r>
        <w:t>TowDispatcher</w:t>
      </w:r>
    </w:p>
    <w:p>
      <w:r>
        <w:t>Assignscalls,trackstrucks</w:t>
      </w:r>
    </w:p>
    <w:p>
      <w:r>
        <w:t>Employee</w:t>
      </w:r>
    </w:p>
    <w:p>
      <w:r>
        <w:t>FreightDispatchBusinessOwner</w:t>
      </w:r>
    </w:p>
    <w:p>
      <w:r>
        <w:t>Workswithmultiplecarriers</w:t>
      </w:r>
    </w:p>
    <w:p>
      <w:r>
        <w:t>Independent</w:t>
      </w:r>
    </w:p>
    <w:p>
      <w:r>
        <w:t>FreightCompanyDispatcher</w:t>
      </w:r>
    </w:p>
    <w:p>
      <w:r>
        <w:t>Dispatchesin-housedrivers</w:t>
      </w:r>
    </w:p>
    <w:p>
      <w:r>
        <w:t>Employee</w:t>
      </w:r>
    </w:p>
    <w:p>
      <w:r>
        <w:t>MedicalDispatchOperator</w:t>
      </w:r>
    </w:p>
    <w:p>
      <w:r>
        <w:t>Schedulespatienttransport</w:t>
      </w:r>
    </w:p>
    <w:p>
      <w:r>
        <w:t>Employee</w:t>
      </w:r>
    </w:p>
    <w:p>
      <w:r>
        <w:t>911Dispatcher</w:t>
      </w:r>
    </w:p>
    <w:p>
      <w:r>
        <w:t>Routesemergencyresponse</w:t>
      </w:r>
    </w:p>
    <w:p>
      <w:r>
        <w:t>Government</w:t>
      </w:r>
    </w:p>
    <w:p>
      <w:r>
        <w:t>Whether you aim to own or operate, this industry pays for results—not</w:t>
      </w:r>
    </w:p>
    <w:p>
      <w:r>
        <w:t>résumés.</w:t>
      </w:r>
    </w:p>
    <w:p>
      <w:r>
        <w:t>17</w:t>
      </w:r>
    </w:p>
    <w:p>
      <w:r>
        <w:t>LEVELTHE FIELD</w:t>
      </w:r>
    </w:p>
    <w:p>
      <w:r>
        <w:t>Section10—WhyThisIndustryChangesLives</w:t>
      </w:r>
    </w:p>
    <w:p>
      <w:r>
        <w:t>Dispatchingteachesyouhowtohandlepressure,managetime,andcommuni-</w:t>
      </w:r>
    </w:p>
    <w:p>
      <w:r>
        <w:t>catethroughchaos—skillsthattranslatedirectlytoleadershipandfinancial</w:t>
      </w:r>
    </w:p>
    <w:p>
      <w:r>
        <w:t>freedom.</w:t>
      </w:r>
    </w:p>
    <w:p>
      <w:r>
        <w:t>Youdon’thavetodrivethetrucktocontrolthejourney;youjusthavetobe</w:t>
      </w:r>
    </w:p>
    <w:p>
      <w:r>
        <w:t>theonewhoknowswhereit’sgoing.</w:t>
      </w:r>
    </w:p>
    <w:p>
      <w:r>
        <w:t>Fromsingleparentstoveterans,thousandshaverebuilttheirliveswitha</w:t>
      </w:r>
    </w:p>
    <w:p>
      <w:r>
        <w:t>phone,alaptop,andaplan.</w:t>
      </w:r>
    </w:p>
    <w:p>
      <w:r>
        <w:t>The industry doesn’t care about your past—it only rewards what you do</w:t>
      </w:r>
    </w:p>
    <w:p>
      <w:r>
        <w:t>next.</w:t>
      </w:r>
    </w:p>
    <w:p>
      <w:r>
        <w:t>ActionSteps</w:t>
      </w:r>
    </w:p>
    <w:p>
      <w:r>
        <w:t>1.RegisteryourLLCandgetyourEIN—makeyouroperationofficial.</w:t>
      </w:r>
    </w:p>
    <w:p>
      <w:r>
        <w:t>2.Draftyourfirstcarrier-agentagreement—defineyourtermsofservice.</w:t>
      </w:r>
    </w:p>
    <w:p>
      <w:r>
        <w:t>3.Pickyourindustrylane—choosefreight,tow,medical,orpublicsafety</w:t>
      </w:r>
    </w:p>
    <w:p>
      <w:r>
        <w:t>andgodeep.</w:t>
      </w:r>
    </w:p>
    <w:p>
      <w:r>
        <w:t>4.Studyyourchosensoftware—usefreetrialsandYouTubetutorials.</w:t>
      </w:r>
    </w:p>
    <w:p>
      <w:r>
        <w:t>5.Commit to one hour of dispatch learning daily — consistency builds</w:t>
      </w:r>
    </w:p>
    <w:p>
      <w:r>
        <w:t>competence.</w:t>
      </w:r>
    </w:p>
    <w:p>
      <w:pPr>
        <w:pStyle w:val="Heading2"/>
      </w:pPr>
      <w:r>
        <w:t>TransitiontoChapter3—ProgressionOverPaychecks</w:t>
      </w:r>
    </w:p>
    <w:p>
      <w:r>
        <w:t>You’venowseentheindustryinsideandout—theplayers,thepay,andthe</w:t>
      </w:r>
    </w:p>
    <w:p>
      <w:r>
        <w:t>possibilities.</w:t>
      </w:r>
    </w:p>
    <w:p>
      <w:r>
        <w:t>Next,wemovefromunderstandingtoaction.</w:t>
      </w:r>
    </w:p>
    <w:p>
      <w:pPr>
        <w:pStyle w:val="Heading2"/>
      </w:pPr>
      <w:r>
        <w:t>InChapter3,you’lllearnexactlyhowtobreakintothefield—whetheryou</w:t>
      </w:r>
    </w:p>
    <w:p>
      <w:r>
        <w:t>wanttoworkforacompanyorstartyourowndispatchbusiness.</w:t>
      </w:r>
    </w:p>
    <w:p>
      <w:r>
        <w:t>You’lldiscoverhowtopositionyourself,buildprofessionalcredibility,and</w:t>
      </w:r>
    </w:p>
    <w:p>
      <w:r>
        <w:t>turnyourconsistencyintocurrency.</w:t>
      </w:r>
    </w:p>
    <w:p>
      <w:r>
        <w:t>Becausethisnextchapterisn’taboutchasingmoney—it’sabout mastering</w:t>
      </w:r>
    </w:p>
    <w:p>
      <w:r>
        <w:t>progression .</w:t>
      </w:r>
    </w:p>
    <w:p>
      <w:r>
        <w:t>18</w:t>
      </w:r>
    </w:p>
    <w:p>
      <w:r>
        <w:t>CHAPTER 2 —THE INDUSTRY</w:t>
      </w:r>
    </w:p>
    <w:p>
      <w:r>
        <w:t>***</w:t>
      </w:r>
    </w:p>
    <w:p>
      <w:r>
        <w:t>19</w:t>
      </w:r>
    </w:p>
    <w:p>
      <w:r>
        <w:t>3</w:t>
      </w:r>
    </w:p>
    <w:p>
      <w:pPr>
        <w:pStyle w:val="Heading2"/>
      </w:pPr>
      <w:r>
        <w:t>Chapter3 — Progression OverPaychecks</w:t>
      </w:r>
    </w:p>
    <w:p>
      <w:r>
        <w:t>“Dothebestyoucanuntilyouknowbetter. Thenwhenyouknowbetter,</w:t>
      </w:r>
    </w:p>
    <w:p>
      <w:r>
        <w:t>dobetter.”</w:t>
      </w:r>
    </w:p>
    <w:p>
      <w:r>
        <w:t>—MayaAngelou</w:t>
      </w:r>
    </w:p>
    <w:p>
      <w:r>
        <w:t>You’veseentheindustry. Youunderstandthepotential. Nowcomes</w:t>
      </w:r>
    </w:p>
    <w:p>
      <w:r>
        <w:t>themostcriticalpartofthejourney: shiftingyourfocusfromchasing</w:t>
      </w:r>
    </w:p>
    <w:p>
      <w:r>
        <w:t>quickmoneytomasteringprogression. Anyonecangetapaycheck.</w:t>
      </w:r>
    </w:p>
    <w:p>
      <w:r>
        <w:t>Ittakesastrategisttobuildafuture. Thisiswhereyoustopthinkingabout</w:t>
      </w:r>
    </w:p>
    <w:p>
      <w:r>
        <w:t>whatajobcangiveyoutodayandstartbuildingtheskillsthatwillpayyoufor</w:t>
      </w:r>
    </w:p>
    <w:p>
      <w:r>
        <w:t>alifetime.</w:t>
      </w:r>
    </w:p>
    <w:p>
      <w:r>
        <w:t>Progressionoverpaychecksisn’taboutworkingforfree. It’saboutrecog-</w:t>
      </w:r>
    </w:p>
    <w:p>
      <w:r>
        <w:t>nizingthattherightexperienceisaninvestmentthatpayshigherdividends</w:t>
      </w:r>
    </w:p>
    <w:p>
      <w:r>
        <w:t>thananysingle,high-payinggigevercould. It’saboutplayingthelonggame</w:t>
      </w:r>
    </w:p>
    <w:p>
      <w:r>
        <w:t>inaworldthatsellsyouonovernightsuccess.</w:t>
      </w:r>
    </w:p>
    <w:p>
      <w:r>
        <w:t>MyStory:FromConcreteWallstoMarbleFloors</w:t>
      </w:r>
    </w:p>
    <w:p>
      <w:r>
        <w:t>Iknowwhatit’sliketohaveyourbackagainstthewall—literally. Myworld</w:t>
      </w:r>
    </w:p>
    <w:p>
      <w:r>
        <w:t>shrank to a five-by-eight cell: concrete floors cold enough to keep your</w:t>
      </w:r>
    </w:p>
    <w:p>
      <w:r>
        <w:t>ambitionfrozen,bulletproofglassbetweenmeandtherestoflife. Sixyears</w:t>
      </w:r>
    </w:p>
    <w:p>
      <w:r>
        <w:t>20</w:t>
      </w:r>
    </w:p>
    <w:p>
      <w:r>
        <w:t>CHAPTER 3 — PROGRESSION OVER PAYCHECKS</w:t>
      </w:r>
    </w:p>
    <w:p>
      <w:r>
        <w:t>behind bars in Tennessee, listening to the clank of gates and the shuffle of</w:t>
      </w:r>
    </w:p>
    <w:p>
      <w:r>
        <w:t>chains,hopingthefuturecouldbemorethanregretandroutine.</w:t>
      </w:r>
    </w:p>
    <w:p>
      <w:r>
        <w:t>Nocollegeeducation,noten-yearplan. Whentheyreleasedme,Icarried</w:t>
      </w:r>
    </w:p>
    <w:p>
      <w:r>
        <w:t>everythingIownedinameshlaundrybagandtheDOCnumberstillechoing</w:t>
      </w:r>
    </w:p>
    <w:p>
      <w:r>
        <w:t>inmyhead. Trywalkingintoajobinterviewwithnothingbutmistakesand</w:t>
      </w:r>
    </w:p>
    <w:p>
      <w:r>
        <w:t>grit. Idid. Fast-foodjoints. Graveyardwarehouseshifts. Emptypromisesand</w:t>
      </w:r>
    </w:p>
    <w:p>
      <w:r>
        <w:t>firingsthatcamewithoutwarning. OnemanageraskedifIcouldbetrusted</w:t>
      </w:r>
    </w:p>
    <w:p>
      <w:r>
        <w:t>with the register. I said yes, but his eyes said no—the world had already</w:t>
      </w:r>
    </w:p>
    <w:p>
      <w:r>
        <w:t>sentencedmeasecondtime.</w:t>
      </w:r>
    </w:p>
    <w:p>
      <w:r>
        <w:t>Every“opportunity”wasanotherlockeddoorpaintedadifferentcolor. I</w:t>
      </w:r>
    </w:p>
    <w:p>
      <w:r>
        <w:t>had calloused hands and a worn-down spirit, sleeping on hand-me-down</w:t>
      </w:r>
    </w:p>
    <w:p>
      <w:r>
        <w:t>mattresses and eating dinners by the glow of a TV playing someone else’s</w:t>
      </w:r>
    </w:p>
    <w:p>
      <w:r>
        <w:t>dream. I’dwatchcommutershustleacrossmarblelobbyfloorsonthenews,</w:t>
      </w:r>
    </w:p>
    <w:p>
      <w:r>
        <w:t>cleanandconfidentliketheywerebornknowingwhichdoorsrequiredakey.</w:t>
      </w:r>
    </w:p>
    <w:p>
      <w:r>
        <w:t>Meanwhile,theonlymarbleundermyfeetbelongedtocourthouses.</w:t>
      </w:r>
    </w:p>
    <w:p>
      <w:r>
        <w:t>Thepivotcameinamomentthatdidn’tlooklikeamiracle—justmywife</w:t>
      </w:r>
    </w:p>
    <w:p>
      <w:r>
        <w:t>holdingoutherphoneandsaying,“Takealookatthis.” Asocialpostabout</w:t>
      </w:r>
    </w:p>
    <w:p>
      <w:r>
        <w:t>freightdispatching: foreignwords,unfamiliarrules. Buttherewasasliverof</w:t>
      </w:r>
    </w:p>
    <w:p>
      <w:r>
        <w:t>hopeburiedintheexplanation. Withnothinglefttolose,Iscrapedtogether</w:t>
      </w:r>
    </w:p>
    <w:p>
      <w:r>
        <w:t>whatIcould—sacrificedthingsInormallybought,skippedmeals—andpaid</w:t>
      </w:r>
    </w:p>
    <w:p>
      <w:r>
        <w:t>foracourse. Nosafetynet. Noego. Justfight.</w:t>
      </w:r>
    </w:p>
    <w:p>
      <w:r>
        <w:t>Itwasn’tinstantglory. Imademistakes—alotofthem. I’dsitatthekitchen</w:t>
      </w:r>
    </w:p>
    <w:p>
      <w:r>
        <w:t>table into the night, mapping fake routes on notepads, playing dispatcher</w:t>
      </w:r>
    </w:p>
    <w:p>
      <w:r>
        <w:t>witholdprintouts,rehearsingloadcallstillmyvoicewenthoarse. Thewalls</w:t>
      </w:r>
    </w:p>
    <w:p>
      <w:r>
        <w:t>aroundmeweredrywallnow,butmymindsethadtosprintjusttoescapethe</w:t>
      </w:r>
    </w:p>
    <w:p>
      <w:r>
        <w:t>gravityofmypast.</w:t>
      </w:r>
    </w:p>
    <w:p>
      <w:r>
        <w:t>EverythingchangedwhenIbuiltmyfirstrealrésumé—notacoverletter</w:t>
      </w:r>
    </w:p>
    <w:p>
      <w:r>
        <w:t>maskingmystory,butablueprinthighlightingtheskillsI’dsweatfor: sharp</w:t>
      </w:r>
    </w:p>
    <w:p>
      <w:r>
        <w:t>communication,rapidproblem-solving,unbreakablecomposure. Forthefirst</w:t>
      </w:r>
    </w:p>
    <w:p>
      <w:r>
        <w:t>time,anemployersawwhatIcoulddoinsteadofwhereI’dcomefrom—and</w:t>
      </w:r>
    </w:p>
    <w:p>
      <w:r>
        <w:t>handedmeashotasafreightdispatcher.</w:t>
      </w:r>
    </w:p>
    <w:p>
      <w:r>
        <w:t>Myfirstweekonthejob,nervesbuzzing,Ihandledmyfirstbreakdowncall.</w:t>
      </w:r>
    </w:p>
    <w:p>
      <w:r>
        <w:t>Trucksoutonicyroads,driverswaitingforanswers. Istayed,Isolved,and</w:t>
      </w:r>
    </w:p>
    <w:p>
      <w:r>
        <w:t>21</w:t>
      </w:r>
    </w:p>
    <w:p>
      <w:r>
        <w:t>LEVELTHE FIELD</w:t>
      </w:r>
    </w:p>
    <w:p>
      <w:r>
        <w:t>I earned a kind of trust that money can’t buy. Every crisis was a stress test,</w:t>
      </w:r>
    </w:p>
    <w:p>
      <w:r>
        <w:t>every day a new rep. The more I adapted, the more I realized the real shift:</w:t>
      </w:r>
    </w:p>
    <w:p>
      <w:r>
        <w:t>thiswasn’tjustdispatchingfreight—itwasdispatchingdoubt,inefficiency,</w:t>
      </w:r>
    </w:p>
    <w:p>
      <w:r>
        <w:t>andtheghostsofwhoI’dbeen.</w:t>
      </w:r>
    </w:p>
    <w:p>
      <w:r>
        <w:t>Monthbymonth,myskillsmultiplied. Soon,Iwentfromsurvivingbythe</w:t>
      </w:r>
    </w:p>
    <w:p>
      <w:r>
        <w:t>rulesofotherstobuildingmyownset—structuringworkflowsfromthecouch,</w:t>
      </w:r>
    </w:p>
    <w:p>
      <w:r>
        <w:t>negotiatingrateswithconfidence,out-thinkingthenextscramble. Thatliving</w:t>
      </w:r>
    </w:p>
    <w:p>
      <w:r>
        <w:t>roombecamemycommandcenter,myconcretewallstradedforthefeelingof</w:t>
      </w:r>
    </w:p>
    <w:p>
      <w:r>
        <w:t>walkingonmarblefloors—smooth,polished,andearned.</w:t>
      </w:r>
    </w:p>
    <w:p>
      <w:r>
        <w:t>When I launched my own dispatch business, it wasn’t just about income.</w:t>
      </w:r>
    </w:p>
    <w:p>
      <w:r>
        <w:t>Itwasproofthatapersoncanrewritetheirmap,nomatterhowmanytimes</w:t>
      </w:r>
    </w:p>
    <w:p>
      <w:r>
        <w:t>theroutegetsrerouted. Everyinvoicesent, everydriverhelped, wasamile</w:t>
      </w:r>
    </w:p>
    <w:p>
      <w:r>
        <w:t>markerleftbehindinastorythatstartedinacell.</w:t>
      </w:r>
    </w:p>
    <w:p>
      <w:r>
        <w:t>Thischapter—thiswholebook—isn’ttheory. It’sevidencethatprogression</w:t>
      </w:r>
    </w:p>
    <w:p>
      <w:r>
        <w:t>ispossible,evenifyoustartwithscarsandsetbacks. Ifamancantradeprison</w:t>
      </w:r>
    </w:p>
    <w:p>
      <w:r>
        <w:t>concretefor themarble floorsof hisown making, so canyou. Eachday isa</w:t>
      </w:r>
    </w:p>
    <w:p>
      <w:r>
        <w:t>newdispatch,andthemostpowerfulrouteistheoneyouchartforyourself.</w:t>
      </w:r>
    </w:p>
    <w:p>
      <w:r>
        <w:t>FromPaycheckstoProgression</w:t>
      </w:r>
    </w:p>
    <w:p>
      <w:r>
        <w:t>Apaycheckisproofyou’veworked.</w:t>
      </w:r>
    </w:p>
    <w:p>
      <w:r>
        <w:t>Progression isproofyou’vegrown.</w:t>
      </w:r>
    </w:p>
    <w:p>
      <w:r>
        <w:t>Chasingthehighest-payingrolemightgetyouhired—butchasingprogres-</w:t>
      </w:r>
    </w:p>
    <w:p>
      <w:r>
        <w:t>sioniswhatmakesyouindispensable. Everydayyoulog,call,plan,andlearn,</w:t>
      </w:r>
    </w:p>
    <w:p>
      <w:r>
        <w:t>you’reinvestinginsomethingmorevaluablethanmoney: mastery .</w:t>
      </w:r>
    </w:p>
    <w:p>
      <w:r>
        <w:t>Dispatching isn’t about perfection—it’s about adaptation. Every delay,</w:t>
      </w:r>
    </w:p>
    <w:p>
      <w:r>
        <w:t>reroute,andmiscommunicationtrainsyoutothinkfaster,staycalmer,and</w:t>
      </w:r>
    </w:p>
    <w:p>
      <w:r>
        <w:t>lead better. This rhythm of structure and resilience is what turns average</w:t>
      </w:r>
    </w:p>
    <w:p>
      <w:r>
        <w:t>dispatchersintoprofessionals,andprofessionalsintoentrepreneurs.</w:t>
      </w:r>
    </w:p>
    <w:p>
      <w:r>
        <w:t>When you focus on growth over instant gains, you’re not just earning a</w:t>
      </w:r>
    </w:p>
    <w:p>
      <w:r>
        <w:t>living—you’re laying the groundwork for long-term success and stability.</w:t>
      </w:r>
    </w:p>
    <w:p>
      <w:r>
        <w:t>That’sthedifferencebetweenacareerbuiltonchasingchecksandalegacy</w:t>
      </w:r>
    </w:p>
    <w:p>
      <w:r>
        <w:t>builtoncontinuousimprovement.</w:t>
      </w:r>
    </w:p>
    <w:p>
      <w:r>
        <w:t>22</w:t>
      </w:r>
    </w:p>
    <w:p>
      <w:r>
        <w:t>CHAPTER 3 — PROGRESSION OVER PAYCHECKS</w:t>
      </w:r>
    </w:p>
    <w:p>
      <w:r>
        <w:t>HowtoBuildYourLadder:ActionableStepsforGrowth</w:t>
      </w:r>
    </w:p>
    <w:p>
      <w:r>
        <w:t>Adoptingaprogression-firstmindsetrequiresmorethanwaitingforgrowth—</w:t>
      </w:r>
    </w:p>
    <w:p>
      <w:r>
        <w:t>youhavetoengineeritwithdailyhabitsandclearintention.</w:t>
      </w:r>
    </w:p>
    <w:p>
      <w:r>
        <w:t>1.Seekexperience,notjustemployment.</w:t>
      </w:r>
    </w:p>
    <w:p>
      <w:r>
        <w:t>2.Don’t start with “How much does it pay?” Start with “What will this</w:t>
      </w:r>
    </w:p>
    <w:p>
      <w:r>
        <w:t>roleteachme?” Roleswithmentorship,diverseexposure,orhands-on</w:t>
      </w:r>
    </w:p>
    <w:p>
      <w:r>
        <w:t>trainingcompoundyourvaluefast.</w:t>
      </w:r>
    </w:p>
    <w:p>
      <w:r>
        <w:t>3.Createamockdispatchdesk.</w:t>
      </w:r>
    </w:p>
    <w:p>
      <w:r>
        <w:t>4.Don’twaitforpermission. Trackmockloads,practiceroutingandETAs,</w:t>
      </w:r>
    </w:p>
    <w:p>
      <w:r>
        <w:t>takesamplecalls,anddocumentyourdecisions. Actlikeyoualreadyhave</w:t>
      </w:r>
    </w:p>
    <w:p>
      <w:r>
        <w:t>thejob.</w:t>
      </w:r>
    </w:p>
    <w:p>
      <w:r>
        <w:t>5.Recorddailylearninglogs.</w:t>
      </w:r>
    </w:p>
    <w:p>
      <w:r>
        <w:t>6.Capture lessons about brokers, rates, equipment, and moving pieces.</w:t>
      </w:r>
    </w:p>
    <w:p>
      <w:r>
        <w:t>Thisbecomesyourblueprint—andrealproofofgrowth.</w:t>
      </w:r>
    </w:p>
    <w:p>
      <w:r>
        <w:t>7.Buildasmallportfolio.</w:t>
      </w:r>
    </w:p>
    <w:p>
      <w:r>
        <w:t>8.Keep20–30sampledispatchrecords,mockcalls,routeplans,andsample</w:t>
      </w:r>
    </w:p>
    <w:p>
      <w:r>
        <w:t>emailsinaGoogleSheetorbinder. Don’tjusttellthem— showthem.</w:t>
      </w:r>
    </w:p>
    <w:p>
      <w:r>
        <w:t>9.Getbasiccertifications.</w:t>
      </w:r>
    </w:p>
    <w:p>
      <w:r>
        <w:t>10.Freecoursesinlogistics,Excel,timemanagement,orindustrybasicsadd</w:t>
      </w:r>
    </w:p>
    <w:p>
      <w:r>
        <w:t>credibleweighttoyourskillset.</w:t>
      </w:r>
    </w:p>
    <w:p>
      <w:r>
        <w:t>11.Becomeaninformationsponge.</w:t>
      </w:r>
    </w:p>
    <w:p>
      <w:r>
        <w:t>12.Podcastswhiledriving,YouTubedeepdivesonsoftwareandlanes,Google</w:t>
      </w:r>
    </w:p>
    <w:p>
      <w:r>
        <w:t>Alertsfor“freightrates”and“FMCSArules.” Keepfeedingtheengine.</w:t>
      </w:r>
    </w:p>
    <w:p>
      <w:r>
        <w:t>13.Studyindustrylanguageuntilit’ssecondnature.</w:t>
      </w:r>
    </w:p>
    <w:p>
      <w:r>
        <w:t>14.Accessorials,deadhead,ratecon,TONU,lumperfees—usethemnaturally</w:t>
      </w:r>
    </w:p>
    <w:p>
      <w:r>
        <w:t>inconversation. Languageisleverage.</w:t>
      </w:r>
    </w:p>
    <w:p>
      <w:r>
        <w:t>15.Documentyourwins.</w:t>
      </w:r>
    </w:p>
    <w:p>
      <w:r>
        <w:t>16.Negotiatedahigherrate? Solvedacomplexproblem? Gotgreatfeedback?</w:t>
      </w:r>
    </w:p>
    <w:p>
      <w:r>
        <w:t>Logit. That’snotego—it’spreparation.</w:t>
      </w:r>
    </w:p>
    <w:p>
      <w:r>
        <w:t>17.Masteryourtools.</w:t>
      </w:r>
    </w:p>
    <w:p>
      <w:r>
        <w:t>18.Loadboards,TMS,spreadsheets,commssoftware—getfastandprecise.</w:t>
      </w:r>
    </w:p>
    <w:p>
      <w:r>
        <w:t>23</w:t>
      </w:r>
    </w:p>
    <w:p>
      <w:r>
        <w:t>LEVELTHE FIELD</w:t>
      </w:r>
    </w:p>
    <w:p>
      <w:r>
        <w:t>Techisthegreatequalizer.</w:t>
      </w:r>
    </w:p>
    <w:p>
      <w:r>
        <w:t>19.Buildareputationofreliability.</w:t>
      </w:r>
    </w:p>
    <w:p>
      <w:r>
        <w:t>20.Answerthephone. Keeppromises. Communicateclearly. Areputation</w:t>
      </w:r>
    </w:p>
    <w:p>
      <w:r>
        <w:t>forreliabilityopensdoorsafancyrésuméneverwill.</w:t>
      </w:r>
    </w:p>
    <w:p>
      <w:r>
        <w:t>AdvancedDispatchingStrategies:ScalingYourSkillsandCareer</w:t>
      </w:r>
    </w:p>
    <w:p>
      <w:r>
        <w:t>Onceyouhavethefundamentals,levelup. Progressionismomentum—don’t</w:t>
      </w:r>
    </w:p>
    <w:p>
      <w:r>
        <w:t>plateau.</w:t>
      </w:r>
    </w:p>
    <w:p>
      <w:r>
        <w:t>•Developnicheexpertise.</w:t>
      </w:r>
    </w:p>
    <w:p>
      <w:r>
        <w:t>•Specializeinrefrigeratedfreight,oversizedloads,ormedicaltransport.</w:t>
      </w:r>
    </w:p>
    <w:p>
      <w:r>
        <w:t>Themorespecificyourvalue,thelessreplaceableyoubecome.</w:t>
      </w:r>
    </w:p>
    <w:p>
      <w:r>
        <w:t>•Buildbrokerrelationships.</w:t>
      </w:r>
    </w:p>
    <w:p>
      <w:r>
        <w:t>•Networkintentionally—reachouttobrokers,joinindustryforums,en-</w:t>
      </w:r>
    </w:p>
    <w:p>
      <w:r>
        <w:t>gageon LinkedIn . Trustiscurrency.</w:t>
      </w:r>
    </w:p>
    <w:p>
      <w:r>
        <w:t>•Masterdataandanalytics.</w:t>
      </w:r>
    </w:p>
    <w:p>
      <w:r>
        <w:t>•Readfreightindicesandmarketreports. Usedatatoanticipaterateswings</w:t>
      </w:r>
    </w:p>
    <w:p>
      <w:r>
        <w:t>andspotopportunitiesothersmiss.</w:t>
      </w:r>
    </w:p>
    <w:p>
      <w:r>
        <w:t>•Automateandoptimize.</w:t>
      </w:r>
    </w:p>
    <w:p>
      <w:r>
        <w:t>•Usetemplates,automation,andstreamlinedcomms. Efficiencyfreesyour</w:t>
      </w:r>
    </w:p>
    <w:p>
      <w:r>
        <w:t>mindforstrategy.</w:t>
      </w:r>
    </w:p>
    <w:p>
      <w:r>
        <w:t>•Mentorothers.</w:t>
      </w:r>
    </w:p>
    <w:p>
      <w:r>
        <w:t>•Teachingsharpensyouredgeandbuildsleadershipcredibility. Blog,host</w:t>
      </w:r>
    </w:p>
    <w:p>
      <w:r>
        <w:t>aworkshop,orguideanewdispatcher.</w:t>
      </w:r>
    </w:p>
    <w:p>
      <w:r>
        <w:t>•Planyourtransitiontoindependence.</w:t>
      </w:r>
    </w:p>
    <w:p>
      <w:r>
        <w:t>•Ifownershipisthegoal,startnow: compliance,branding,clientacquisi-</w:t>
      </w:r>
    </w:p>
    <w:p>
      <w:r>
        <w:t>tion,financialmanagement. Smallstepscompound.</w:t>
      </w:r>
    </w:p>
    <w:p>
      <w:r>
        <w:t>Scalingyourskillsmeansrefusingtosettle—raisingyourvaluestepbystep</w:t>
      </w:r>
    </w:p>
    <w:p>
      <w:r>
        <w:t>and staying hungry no matter how far you climb. Bigger challenges create</w:t>
      </w:r>
    </w:p>
    <w:p>
      <w:r>
        <w:t>biggerrewards—foryourcareerandyourlife.</w:t>
      </w:r>
    </w:p>
    <w:p>
      <w:r>
        <w:t>24</w:t>
      </w:r>
    </w:p>
    <w:p>
      <w:r>
        <w:t>CHAPTER 3 — PROGRESSION OVER PAYCHECKS</w:t>
      </w:r>
    </w:p>
    <w:p>
      <w:r>
        <w:t>RedefiningSuccessonYourOwnTerms</w:t>
      </w:r>
    </w:p>
    <w:p>
      <w:r>
        <w:t>Successisn’tjustadollaramount—it’sowningyourchoices,knowingyour</w:t>
      </w:r>
    </w:p>
    <w:p>
      <w:r>
        <w:t>skills are always in demand, and seeing proof that you’ve built something</w:t>
      </w:r>
    </w:p>
    <w:p>
      <w:r>
        <w:t>from nothing. Progression is about building stability and freedom, step by</w:t>
      </w:r>
    </w:p>
    <w:p>
      <w:r>
        <w:t>step,evenwhenthejourneyfeelsslow.</w:t>
      </w:r>
    </w:p>
    <w:p>
      <w:r>
        <w:t>Here’stheinsightmostpeoplemiss: theprinciplesthatmakeyouagreat</w:t>
      </w:r>
    </w:p>
    <w:p>
      <w:r>
        <w:t>dispatcherarethesameonesthatbuildapowerfullife. Dispatchingisn’tjust</w:t>
      </w:r>
    </w:p>
    <w:p>
      <w:r>
        <w:t>acareer; it’satraininggroundformasteringchaos,makingdecisions,and</w:t>
      </w:r>
    </w:p>
    <w:p>
      <w:r>
        <w:t>leadingunderpressure.</w:t>
      </w:r>
    </w:p>
    <w:p>
      <w:r>
        <w:t>DispatchPrinciple→LifeLesson</w:t>
      </w:r>
    </w:p>
    <w:p>
      <w:r>
        <w:t>•Anticipateproblemsbeforetheyhappen →Planahead;don’tjustreact.</w:t>
      </w:r>
    </w:p>
    <w:p>
      <w:r>
        <w:t>•Communicateclearlyunderpressure →Emotionalcontrolcreatesleader-</w:t>
      </w:r>
    </w:p>
    <w:p>
      <w:r>
        <w:t>ship.</w:t>
      </w:r>
    </w:p>
    <w:p>
      <w:r>
        <w:t>•Trackyourresultsdaily →Measureprogress,notjusteffort.</w:t>
      </w:r>
    </w:p>
    <w:p>
      <w:r>
        <w:t>•Adjustroutes,notgoals →Flexibilitybuildsendurance.</w:t>
      </w:r>
    </w:p>
    <w:p>
      <w:r>
        <w:t>•Buildstrongrelationships →Yournetworkisyourgreatestresource.</w:t>
      </w:r>
    </w:p>
    <w:p>
      <w:r>
        <w:t>You’renotjustloggingcallsorreroutingtrucks. Everyday,you’resharpening</w:t>
      </w:r>
    </w:p>
    <w:p>
      <w:r>
        <w:t>themindsetthatmovesyouforwardoutsideofwork: calmunderpressure,</w:t>
      </w:r>
    </w:p>
    <w:p>
      <w:r>
        <w:t>precisecommunication,consistency,andaccountability.</w:t>
      </w:r>
    </w:p>
    <w:p>
      <w:r>
        <w:t>Whenyoufocusonprogression,you’retakingthewheel—craftingsolutions,</w:t>
      </w:r>
    </w:p>
    <w:p>
      <w:r>
        <w:t>leadingwithoutfear,andmovingforwardwhensetbackshit. Thehabitsyou’re</w:t>
      </w:r>
    </w:p>
    <w:p>
      <w:r>
        <w:t>building in dispatching—problem-solving, discipline, fast adaptation—</w:t>
      </w:r>
    </w:p>
    <w:p>
      <w:r>
        <w:t>becometoolsyou’lluseinfamily,business,andlife.</w:t>
      </w:r>
    </w:p>
    <w:p>
      <w:r>
        <w:t>Sohere’syourcalltoaction: treateachdayonthejobasdeliberatepractice</w:t>
      </w:r>
    </w:p>
    <w:p>
      <w:r>
        <w:t>forthelifeyouwant. Don’tjustchasethenextcheck—pursuegrowth,learn</w:t>
      </w:r>
    </w:p>
    <w:p>
      <w:r>
        <w:t>from every obstacle, and document your wins. Track your progress and</w:t>
      </w:r>
    </w:p>
    <w:p>
      <w:r>
        <w:t>celebrateeachstep,nomatterhowsmall.</w:t>
      </w:r>
    </w:p>
    <w:p>
      <w:r>
        <w:t>The journey isn’t always easy, and sometimes it will feel like no one’s</w:t>
      </w:r>
    </w:p>
    <w:p>
      <w:r>
        <w:t>watching. But you’re building resilience and momentum that outlast any</w:t>
      </w:r>
    </w:p>
    <w:p>
      <w:r>
        <w:t>momentarystruggle. Letthesedailyreps—indispatchandinyourpersonal</w:t>
      </w:r>
    </w:p>
    <w:p>
      <w:r>
        <w:t>25</w:t>
      </w:r>
    </w:p>
    <w:p>
      <w:r>
        <w:t>LEVELTHE FIELD</w:t>
      </w:r>
    </w:p>
    <w:p>
      <w:r>
        <w:t>life—becomethefoundationforyoursuccess.</w:t>
      </w:r>
    </w:p>
    <w:p>
      <w:r>
        <w:t>This is how you level the field: by choosing progression over paychecks,</w:t>
      </w:r>
    </w:p>
    <w:p>
      <w:r>
        <w:t>mastering the skills life throws your way, and writing your own story of</w:t>
      </w:r>
    </w:p>
    <w:p>
      <w:r>
        <w:t>redemption and achievement. The playbook is in your hands—so run your</w:t>
      </w:r>
    </w:p>
    <w:p>
      <w:r>
        <w:t>route,setyourgoals,andmakeeverydecisioncount.</w:t>
      </w:r>
    </w:p>
    <w:p>
      <w:r>
        <w:t>Letotherschasequickpaychecks. You’reheretomasterthefullgame—at</w:t>
      </w:r>
    </w:p>
    <w:p>
      <w:r>
        <w:t>workandinlife.</w:t>
      </w:r>
    </w:p>
    <w:p>
      <w:r>
        <w:t>ProgressionChallenge(30Days)</w:t>
      </w:r>
    </w:p>
    <w:p>
      <w:r>
        <w:t>Ifyou’rereadytomovefromreadingtodoing,spendthenext30daysbuilding</w:t>
      </w:r>
    </w:p>
    <w:p>
      <w:r>
        <w:t>your foundation. Create a mock dispatch desk—track loads, practice ETAs,</w:t>
      </w:r>
    </w:p>
    <w:p>
      <w:r>
        <w:t>logsamplecalls,andrecordeverywin,nomatterhowsmall. Eachnote,each</w:t>
      </w:r>
    </w:p>
    <w:p>
      <w:r>
        <w:t>practicerun,andeachlessonlearnedisabrickinyournewfoundation.</w:t>
      </w:r>
    </w:p>
    <w:p>
      <w:r>
        <w:t>Or simply track your daily victories—skills mastered, problems solved,</w:t>
      </w:r>
    </w:p>
    <w:p>
      <w:r>
        <w:t>moments you chose perseverance. Commit to consistency. At the end of</w:t>
      </w:r>
    </w:p>
    <w:p>
      <w:r>
        <w:t>30 days, review your progress. That’s how a habit becomes a new way of</w:t>
      </w:r>
    </w:p>
    <w:p>
      <w:r>
        <w:t>life—andhowprogressionsetsyouapart.</w:t>
      </w:r>
    </w:p>
    <w:p>
      <w:r>
        <w:t>Challengeyourself. Ownyourprogress. Thenextchapterofyourstorystarts</w:t>
      </w:r>
    </w:p>
    <w:p>
      <w:r>
        <w:t>now.</w:t>
      </w:r>
    </w:p>
    <w:p>
      <w:r>
        <w:t>***</w:t>
      </w:r>
    </w:p>
    <w:p>
      <w:r>
        <w:t>26</w:t>
      </w:r>
    </w:p>
    <w:p>
      <w:r>
        <w:t>4</w:t>
      </w:r>
    </w:p>
    <w:p>
      <w:pPr>
        <w:pStyle w:val="Heading2"/>
      </w:pPr>
      <w:r>
        <w:t>Chapter4 — StayinYourLane: The Power</w:t>
      </w:r>
    </w:p>
    <w:p>
      <w:r>
        <w:t>ofFocus and Mastery</w:t>
      </w:r>
    </w:p>
    <w:p>
      <w:r>
        <w:t>“Energyflowswhereattentiongoes.”</w:t>
      </w:r>
    </w:p>
    <w:p>
      <w:r>
        <w:t>—MichaelBeckwith</w:t>
      </w:r>
    </w:p>
    <w:p>
      <w:r>
        <w:t>Successdoesn’tcomefromdoingeverything—itcomesfromdoing</w:t>
      </w:r>
    </w:p>
    <w:p>
      <w:r>
        <w:t>onethinguntiltheworldcan’tignoreyou.</w:t>
      </w:r>
    </w:p>
    <w:p>
      <w:r>
        <w:t>In dispatching, as in life, every lane has traffic, turns, and</w:t>
      </w:r>
    </w:p>
    <w:p>
      <w:r>
        <w:t>temptations. Buttheoneswhoreachtheirdestinationfastestaren’tswitching</w:t>
      </w:r>
    </w:p>
    <w:p>
      <w:r>
        <w:t>highwayseveryfivemiles—they’remasteringthelanetheychoseandmoving</w:t>
      </w:r>
    </w:p>
    <w:p>
      <w:r>
        <w:t>withapurposethatscatteredenergycan’tmatch.</w:t>
      </w:r>
    </w:p>
    <w:p>
      <w:r>
        <w:t>TheSpiritualSideofFocus</w:t>
      </w:r>
    </w:p>
    <w:p>
      <w:r>
        <w:t>Yourlaneisn’tjustwhatyoudo—it’swhoyou’rebecomingwhileyoudoit.</w:t>
      </w:r>
    </w:p>
    <w:p>
      <w:r>
        <w:t>Thinkofyourlaneasariver. Themoreyouflowwithitscurrent,themore</w:t>
      </w:r>
    </w:p>
    <w:p>
      <w:r>
        <w:t>momentumyoubuild. Butifyoukeepjumpingfromrivertoriver,you’llnever</w:t>
      </w:r>
    </w:p>
    <w:p>
      <w:r>
        <w:t>reachtheocean.</w:t>
      </w:r>
    </w:p>
    <w:p>
      <w:r>
        <w:t>Theuniversedoesn’trewardscatteredenergy. Itrewardsclarity—thequiet,</w:t>
      </w:r>
    </w:p>
    <w:p>
      <w:r>
        <w:t>firmdecisiontosay, “I’mbuildingrighthereuntilthisfoundationisunshakable.”</w:t>
      </w:r>
    </w:p>
    <w:p>
      <w:r>
        <w:t>27</w:t>
      </w:r>
    </w:p>
    <w:p>
      <w:r>
        <w:t>LEVELTHE FIELD</w:t>
      </w:r>
    </w:p>
    <w:p>
      <w:r>
        <w:t>Whenyoustayinonelanelongenough,youreffortstartstoalignwithits</w:t>
      </w:r>
    </w:p>
    <w:p>
      <w:r>
        <w:t>frequency. Opportunities,people,andtimingbegintomoveinyourdirection</w:t>
      </w:r>
    </w:p>
    <w:p>
      <w:r>
        <w:t>—notbecauseofluck,butbecauseoffocus.</w:t>
      </w:r>
    </w:p>
    <w:p>
      <w:r>
        <w:t>Progresscomesfromalignment,notjustabundance.</w:t>
      </w:r>
    </w:p>
    <w:p>
      <w:r>
        <w:t>TheHighCostofLane-Hopping</w:t>
      </w:r>
    </w:p>
    <w:p>
      <w:r>
        <w:t>Thebiggestmistakenewdispatchers—andnewdreamers—makeischasing</w:t>
      </w:r>
    </w:p>
    <w:p>
      <w:r>
        <w:t>everyshinyobjectthatpays.</w:t>
      </w:r>
    </w:p>
    <w:p>
      <w:r>
        <w:t>Today they’re learning reefer freight, tomorrow flatbed, and next week</w:t>
      </w:r>
    </w:p>
    <w:p>
      <w:r>
        <w:t>they’retryingtobookpower-onlyloads. Eachpivotfeelsproductive,butit’s</w:t>
      </w:r>
    </w:p>
    <w:p>
      <w:r>
        <w:t>atrapthatpreventsrealprogress.</w:t>
      </w:r>
    </w:p>
    <w:p>
      <w:r>
        <w:t>Youcan’tbuildtractionwithoutdirection.</w:t>
      </w:r>
    </w:p>
    <w:p>
      <w:r>
        <w:t>Here’swhatgoeswrongwhenyourefusetostayinyourlane:</w:t>
      </w:r>
    </w:p>
    <w:p>
      <w:r>
        <w:t>1.Youdiluteyourenergy. Everynewfocusdividesyourprogress.</w:t>
      </w:r>
    </w:p>
    <w:p>
      <w:r>
        <w:t>2.Youdelayyourmastery. Theclockresetseachtimeyouswitchpaths.</w:t>
      </w:r>
    </w:p>
    <w:p>
      <w:r>
        <w:t>3.Youconfuseyouridentity. Confidencecomesfromclarity—andclarity</w:t>
      </w:r>
    </w:p>
    <w:p>
      <w:r>
        <w:t>onlygrowsinonelaneatatime.</w:t>
      </w:r>
    </w:p>
    <w:p>
      <w:r>
        <w:t>FindingYourFocus</w:t>
      </w:r>
    </w:p>
    <w:p>
      <w:r>
        <w:t>Askyourself: whatskillsetfeelsnatural,yetstillchallengesyoutogrow?</w:t>
      </w:r>
    </w:p>
    <w:p>
      <w:r>
        <w:t>That’syourlane.</w:t>
      </w:r>
    </w:p>
    <w:p>
      <w:r>
        <w:t>Maybeyou’redetail-oriented—freightdispatchingfitsthatrhythm.</w:t>
      </w:r>
    </w:p>
    <w:p>
      <w:r>
        <w:t>Maybeyou’repeople-first—towormedicaldispatchingmaybeyourflow.</w:t>
      </w:r>
    </w:p>
    <w:p>
      <w:r>
        <w:t>Maybe you thrive in high-stress environments — 911 or emergency dis-</w:t>
      </w:r>
    </w:p>
    <w:p>
      <w:r>
        <w:t>patchingcouldbeyourcall.</w:t>
      </w:r>
    </w:p>
    <w:p>
      <w:r>
        <w:t>Onceyouchooseyourlane,committolearningitsrules,tools,andtempo</w:t>
      </w:r>
    </w:p>
    <w:p>
      <w:r>
        <w:t>untilyouoperatewithinstinct.</w:t>
      </w:r>
    </w:p>
    <w:p>
      <w:r>
        <w:t>Specializationisn’tlimitation—it’sleverage.</w:t>
      </w:r>
    </w:p>
    <w:p>
      <w:r>
        <w:t>Focusdoesn’tshrinkyourpotential;itsharpensit.</w:t>
      </w:r>
    </w:p>
    <w:p>
      <w:r>
        <w:t>28</w:t>
      </w:r>
    </w:p>
    <w:p>
      <w:r>
        <w:t>CHAPTER 4 — STAYINYOUR LANE:THE POWER OFFOCUSAND...</w:t>
      </w:r>
    </w:p>
    <w:p>
      <w:r>
        <w:t>BuildingMasteryStepbyStep</w:t>
      </w:r>
    </w:p>
    <w:p>
      <w:r>
        <w:t>Masteryisbuiltintherepetitionnoonecelebrates.</w:t>
      </w:r>
    </w:p>
    <w:p>
      <w:r>
        <w:t>Thedispatcherwhorunsroutesdaily,tracksdetails,andrefinestheirsystem</w:t>
      </w:r>
    </w:p>
    <w:p>
      <w:r>
        <w:t>becomesunshakable.</w:t>
      </w:r>
    </w:p>
    <w:p>
      <w:r>
        <w:t>Thesameprincipleappliesinlife:</w:t>
      </w:r>
    </w:p>
    <w:p>
      <w:r>
        <w:t>•Focusonfewergoals,deeper.</w:t>
      </w:r>
    </w:p>
    <w:p>
      <w:r>
        <w:t>•Buildhabitsaroundexcellence,notexcitement.</w:t>
      </w:r>
    </w:p>
    <w:p>
      <w:r>
        <w:t>•Measureprogressinconsistency,notapplause.</w:t>
      </w:r>
    </w:p>
    <w:p>
      <w:r>
        <w:t>Committomasterylikeyournamedependsonit—becauseitdoes.</w:t>
      </w:r>
    </w:p>
    <w:p>
      <w:r>
        <w:t>HowtoProtectYourLane</w:t>
      </w:r>
    </w:p>
    <w:p>
      <w:r>
        <w:t>1.Setboundaries. Every“yes”todistractionisa“no”toprogress.</w:t>
      </w:r>
    </w:p>
    <w:p>
      <w:r>
        <w:t>2.Trackyourwins. Reviewthemweekly—proofthatyourfocusisworking.</w:t>
      </w:r>
    </w:p>
    <w:p>
      <w:r>
        <w:t>3.Avoidcomparison. Stayoutofotherpeople’slanes;theirjourneyisn’t</w:t>
      </w:r>
    </w:p>
    <w:p>
      <w:r>
        <w:t>yours.</w:t>
      </w:r>
    </w:p>
    <w:p>
      <w:r>
        <w:t>4.Refuelregularly. Focusdrainsenergy;rechargewithrestandreflection.</w:t>
      </w:r>
    </w:p>
    <w:p>
      <w:r>
        <w:t>5.Recommitdaily. Yourlaneisalifetimecontract,renewedeachmorning.</w:t>
      </w:r>
    </w:p>
    <w:p>
      <w:r>
        <w:t>ThePayoffofFocus</w:t>
      </w:r>
    </w:p>
    <w:p>
      <w:r>
        <w:t>Thepayoffisn’tjustfinancial—it’speace.</w:t>
      </w:r>
    </w:p>
    <w:p>
      <w:r>
        <w:t>Peacecomesfromknowingyou’rebuildinginalignmentwithyourpurpose.</w:t>
      </w:r>
    </w:p>
    <w:p>
      <w:r>
        <w:t>Whenyoumasteronethingdeeplyenough,youbecomemagnetic.</w:t>
      </w:r>
    </w:p>
    <w:p>
      <w:r>
        <w:t>Opportunities find you. Partnerships seek you. Your name circulates in</w:t>
      </w:r>
    </w:p>
    <w:p>
      <w:r>
        <w:t>roomsyou’veneverentered.</w:t>
      </w:r>
    </w:p>
    <w:p>
      <w:r>
        <w:t>That’s the reward of mastery — it speaks for you when you’re not in the</w:t>
      </w:r>
    </w:p>
    <w:p>
      <w:r>
        <w:t>room.</w:t>
      </w:r>
    </w:p>
    <w:p>
      <w:r>
        <w:t>29</w:t>
      </w:r>
    </w:p>
    <w:p>
      <w:r>
        <w:t>LEVELTHE FIELD</w:t>
      </w:r>
    </w:p>
    <w:p>
      <w:r>
        <w:t>TransitiontoReflection&amp;DiscussionGuide</w:t>
      </w:r>
    </w:p>
    <w:p>
      <w:r>
        <w:t>Beforewediveintothenextlevel—discipline,focus,andthegrind—pause</w:t>
      </w:r>
    </w:p>
    <w:p>
      <w:r>
        <w:t>here.</w:t>
      </w:r>
    </w:p>
    <w:p>
      <w:r>
        <w:t>Reflectonyourlane.</w:t>
      </w:r>
    </w:p>
    <w:p>
      <w:r>
        <w:t>Askyourself: AmImastering,oramImultitasking?</w:t>
      </w:r>
    </w:p>
    <w:p>
      <w:r>
        <w:t>Inthenextsection,we’llwalkthroughquestionstostrengthenyourclarity</w:t>
      </w:r>
    </w:p>
    <w:p>
      <w:pPr>
        <w:pStyle w:val="Heading2"/>
      </w:pPr>
      <w:r>
        <w:t>beforewemoveinto Chapter5—TheJediMindTrick: Discipline,Focus,and</w:t>
      </w:r>
    </w:p>
    <w:p>
      <w:r>
        <w:t>theGrind.</w:t>
      </w:r>
    </w:p>
    <w:p>
      <w:r>
        <w:t>***</w:t>
      </w:r>
    </w:p>
    <w:p>
      <w:r>
        <w:t>30</w:t>
      </w:r>
    </w:p>
    <w:p>
      <w:r>
        <w:t>5</w:t>
      </w:r>
    </w:p>
    <w:p>
      <w:r>
        <w:t>Reflection &amp; Discussion Guide</w:t>
      </w:r>
    </w:p>
    <w:p>
      <w:r>
        <w:t>Takethismomentasapitstoponyourjourney—adeliberatebreakto</w:t>
      </w:r>
    </w:p>
    <w:p>
      <w:r>
        <w:t>lookbackatthemilesyou’vecoveredandpreparefortheroadahead.</w:t>
      </w:r>
    </w:p>
    <w:p>
      <w:r>
        <w:t>Thefirsthalfofthisbookchallengedyoutoseeeverysetbackasa</w:t>
      </w:r>
    </w:p>
    <w:p>
      <w:r>
        <w:t>newstartingline,tosharpenyourmindset,tovaluegrowthoverquickwins,</w:t>
      </w:r>
    </w:p>
    <w:p>
      <w:r>
        <w:t>andtocarveoutyourlanewithrelentlessfocus. Thesearen’tjustchapters—</w:t>
      </w:r>
    </w:p>
    <w:p>
      <w:r>
        <w:t>they’rethebuildingblocksoflastingchange.</w:t>
      </w:r>
    </w:p>
    <w:p>
      <w:r>
        <w:t>Now,let’sturnreflectionintofuel. Usethequestionsandexercisesinthis</w:t>
      </w:r>
    </w:p>
    <w:p>
      <w:r>
        <w:t>guide to dig beneath the surface. Revisit the key lessons, spot the patterns</w:t>
      </w:r>
    </w:p>
    <w:p>
      <w:r>
        <w:t>inyourownstory,andanchortheprogressyou’vemadesofar. Thisisyour</w:t>
      </w:r>
    </w:p>
    <w:p>
      <w:r>
        <w:t>chancetoregroup,recharge,andrecommitbeforedivingintothenextstage.</w:t>
      </w:r>
    </w:p>
    <w:p>
      <w:pPr>
        <w:pStyle w:val="Heading2"/>
      </w:pPr>
      <w:r>
        <w:t>You’re standing at the edge of your next breakthrough— Chapter 5: The</w:t>
      </w:r>
    </w:p>
    <w:p>
      <w:r>
        <w:t>JediMindTrick. Everythinguntilnowhaspreparedyouforthispivotalleap,</w:t>
      </w:r>
    </w:p>
    <w:p>
      <w:r>
        <w:t>whereknowledgebecomesactionanddeterminationfuelstransformation.</w:t>
      </w:r>
    </w:p>
    <w:p>
      <w:r>
        <w:t>Thisnextchapteriswheredisciplinesharpensyouredge,focusclearsyour</w:t>
      </w:r>
    </w:p>
    <w:p>
      <w:r>
        <w:t>path,andconsistentapplicationcementsyourgrowth. Getreadytodigdeeper</w:t>
      </w:r>
    </w:p>
    <w:p>
      <w:r>
        <w:t>thanever,challengeyourcomfortzones,andputeverylessontothetest.</w:t>
      </w:r>
    </w:p>
    <w:p>
      <w:r>
        <w:t>This is how you unlock the next level—not just as a dispatcher, but as a</w:t>
      </w:r>
    </w:p>
    <w:p>
      <w:r>
        <w:t>masterofyourcraftandyourfuture. Thegroundworkislaid;nowit’stime</w:t>
      </w:r>
    </w:p>
    <w:p>
      <w:r>
        <w:t>tolockin,commitwithpurpose,andprovetoyourselfwhat’spossiblewhen</w:t>
      </w:r>
    </w:p>
    <w:p>
      <w:r>
        <w:t>consistencyandactionbecomeyournewstandard.</w:t>
      </w:r>
    </w:p>
    <w:p>
      <w:r>
        <w:t>Theplaybookisinyourhands. Let’sgettowork.</w:t>
      </w:r>
    </w:p>
    <w:p>
      <w:r>
        <w:t>31</w:t>
      </w:r>
    </w:p>
    <w:p>
      <w:r>
        <w:t>LEVELTHE FIELD</w:t>
      </w:r>
    </w:p>
    <w:p>
      <w:pPr>
        <w:pStyle w:val="Heading2"/>
      </w:pPr>
      <w:r>
        <w:t>Chapter1 —The Rebuild</w:t>
      </w:r>
    </w:p>
    <w:p>
      <w:r>
        <w:t>Focus:TurningSetbacksintoStrategy</w:t>
      </w:r>
    </w:p>
    <w:p>
      <w:r>
        <w:t>Thischapterisaboutowningyourstoryandusingyourpastasfuel,notan</w:t>
      </w:r>
    </w:p>
    <w:p>
      <w:r>
        <w:t>anchor. It’saboutunderstandingthattherebuildiswhereyourrealstrength</w:t>
      </w:r>
    </w:p>
    <w:p>
      <w:r>
        <w:t>isforged.</w:t>
      </w:r>
    </w:p>
    <w:p>
      <w:r>
        <w:t>ReflectionQuestions</w:t>
      </w:r>
    </w:p>
    <w:p>
      <w:r>
        <w:t>1.The book says, “Life doesn’t hand out fairness—it hands out opportunity</w:t>
      </w:r>
    </w:p>
    <w:p>
      <w:r>
        <w:t>disguisedaswork.” What’sonesetbackyou’vefacedthatyoucannowsee</w:t>
      </w:r>
    </w:p>
    <w:p>
      <w:r>
        <w:t>asanopportunity? Whatdiditteachyou?</w:t>
      </w:r>
    </w:p>
    <w:p>
      <w:r>
        <w:t>2.Thinkaboutthe“scars”fromyourpast. Howhaveyoubeenhidingthem</w:t>
      </w:r>
    </w:p>
    <w:p>
      <w:r>
        <w:t>versususingthemasproofofyourresilience?</w:t>
      </w:r>
    </w:p>
    <w:p>
      <w:r>
        <w:t>3.Whatdoes“rebuilding”meantoyourightnow? Isitaboutyourcareer,</w:t>
      </w:r>
    </w:p>
    <w:p>
      <w:r>
        <w:t>yourmindset,yourrelationships,orsomethingelseentirely? Bespecific.</w:t>
      </w:r>
    </w:p>
    <w:p>
      <w:r>
        <w:t>ActionableExercises</w:t>
      </w:r>
    </w:p>
    <w:p>
      <w:r>
        <w:t>1.TheReframe: Writedownonemajorsetbackthatstillholdspowerover</w:t>
      </w:r>
    </w:p>
    <w:p>
      <w:r>
        <w:t>you. Onthesamepage,listthreeskillsorstrengthsyougainedbecause</w:t>
      </w:r>
    </w:p>
    <w:p>
      <w:r>
        <w:t>ofthatexperience(e.g.,resilience,empathy,problem-solving).</w:t>
      </w:r>
    </w:p>
    <w:p>
      <w:r>
        <w:t>2.Your “Why” Statement: In one powerful sentence, define why your</w:t>
      </w:r>
    </w:p>
    <w:p>
      <w:r>
        <w:t>comebackmatters. Forexample:</w:t>
      </w:r>
    </w:p>
    <w:p>
      <w:r>
        <w:t>3.“My rebuild is for my family, for my peace of mind, and to prove that my</w:t>
      </w:r>
    </w:p>
    <w:p>
      <w:r>
        <w:t>futureisbiggerthanmypast.”</w:t>
      </w:r>
    </w:p>
    <w:p>
      <w:r>
        <w:t>4.Placethissomewhereyou’llseeiteveryday.</w:t>
      </w:r>
    </w:p>
    <w:p>
      <w:r>
        <w:t>GroupActivity</w:t>
      </w:r>
    </w:p>
    <w:p>
      <w:r>
        <w:t>Shareonemomentwhenyoufeltcountedoutbutrefusedtoquit. Whatwas</w:t>
      </w:r>
    </w:p>
    <w:p>
      <w:r>
        <w:t>theinternalconversationthatkeptyougoing?</w:t>
      </w:r>
    </w:p>
    <w:p>
      <w:r>
        <w:t>Asagroup,identifycommonthemesofresiliencethatemergefromeach</w:t>
      </w:r>
    </w:p>
    <w:p>
      <w:r>
        <w:t>32</w:t>
      </w:r>
    </w:p>
    <w:p>
      <w:r>
        <w:t>REFLECTION &amp; DISCUSSION GUIDE</w:t>
      </w:r>
    </w:p>
    <w:p>
      <w:r>
        <w:t>story.</w:t>
      </w:r>
    </w:p>
    <w:p>
      <w:pPr>
        <w:pStyle w:val="Heading2"/>
      </w:pPr>
      <w:r>
        <w:t>Chapter2 — Mindset Is the Mission</w:t>
      </w:r>
    </w:p>
    <w:p>
      <w:r>
        <w:t>Focus:BuildinganUnshakeableInnerFramework</w:t>
      </w:r>
    </w:p>
    <w:p>
      <w:r>
        <w:t>Yourstrategyisonlyasstrongasthemindsetexecutingit. Thischapteris</w:t>
      </w:r>
    </w:p>
    <w:p>
      <w:r>
        <w:t>aboutbuildingthediscipline,consistency,andself-talkrequiredtowinwhen</w:t>
      </w:r>
    </w:p>
    <w:p>
      <w:r>
        <w:t>nooneiswatching.</w:t>
      </w:r>
    </w:p>
    <w:p>
      <w:r>
        <w:t>ReflectionQuestions</w:t>
      </w:r>
    </w:p>
    <w:p>
      <w:r>
        <w:t>1.Thechaptertalksaboutthedifferencebetweenmotivationanddiscipline.</w:t>
      </w:r>
    </w:p>
    <w:p>
      <w:r>
        <w:t>Whereinyourlifeareyourelyingonmotivation(whichcomesandgoes)</w:t>
      </w:r>
    </w:p>
    <w:p>
      <w:r>
        <w:t>insteadofbuildingdiscipline(whichshowsupnomatterwhat)?</w:t>
      </w:r>
    </w:p>
    <w:p>
      <w:r>
        <w:t>2.What is the dominant story you tell yourself when you fail or make a</w:t>
      </w:r>
    </w:p>
    <w:p>
      <w:r>
        <w:t>mistake? Isthatstoryservingyourmissionorholdingyouback?</w:t>
      </w:r>
    </w:p>
    <w:p>
      <w:r>
        <w:t>3.Whatdoesa“win”looklikeforyouonadailybasis? Areyoucelebrating</w:t>
      </w:r>
    </w:p>
    <w:p>
      <w:r>
        <w:t>thesmallsteps,oronlythefinaldestination?</w:t>
      </w:r>
    </w:p>
    <w:p>
      <w:r>
        <w:t>ActionableExercises</w:t>
      </w:r>
    </w:p>
    <w:p>
      <w:r>
        <w:t>1.TheDailyRepsLog: Foroneweek,trackonesmall,consistentactionthat</w:t>
      </w:r>
    </w:p>
    <w:p>
      <w:r>
        <w:t>movesyoutowardagoal. Itcouldbe15minutesoflearninganewskill,a</w:t>
      </w:r>
    </w:p>
    <w:p>
      <w:r>
        <w:t>dailyworkout,orpracticinganewhabit. Thegoalisn’tperfection—it’s</w:t>
      </w:r>
    </w:p>
    <w:p>
      <w:r>
        <w:t>documentationofeffort.</w:t>
      </w:r>
    </w:p>
    <w:p>
      <w:r>
        <w:t>2.MindsetScript: Writedownthreepowerful,present-tenseaffirmations</w:t>
      </w:r>
    </w:p>
    <w:p>
      <w:r>
        <w:t>tocounternegativeself-talk. Examples:</w:t>
      </w:r>
    </w:p>
    <w:p>
      <w:r>
        <w:t>•Iamapersonwhofinisheswhattheystart.</w:t>
      </w:r>
    </w:p>
    <w:p>
      <w:r>
        <w:t>•Iamincontrolofmychoicesandmyreactions.</w:t>
      </w:r>
    </w:p>
    <w:p>
      <w:r>
        <w:t>•Everychallengeisachancetogetstronger.</w:t>
      </w:r>
    </w:p>
    <w:p>
      <w:r>
        <w:t>33</w:t>
      </w:r>
    </w:p>
    <w:p>
      <w:r>
        <w:t>LEVELTHE FIELD</w:t>
      </w:r>
    </w:p>
    <w:p>
      <w:r>
        <w:t>GroupActivity</w:t>
      </w:r>
    </w:p>
    <w:p>
      <w:r>
        <w:t>Asagroup,discussthedailyroutinesorhabitsthatkeepyougrounded. What’s</w:t>
      </w:r>
    </w:p>
    <w:p>
      <w:r>
        <w:t>onenon-negotiablepartofyourday? Sharetipsonstayingconsistent,even</w:t>
      </w:r>
    </w:p>
    <w:p>
      <w:r>
        <w:t>whenlifegetschaotic.</w:t>
      </w:r>
    </w:p>
    <w:p>
      <w:pPr>
        <w:pStyle w:val="Heading2"/>
      </w:pPr>
      <w:r>
        <w:t>Chapter3 — Progression OverPaychecks</w:t>
      </w:r>
    </w:p>
    <w:p>
      <w:r>
        <w:t>Focus:PlayingtheLongGame</w:t>
      </w:r>
    </w:p>
    <w:p>
      <w:r>
        <w:t>Thischapterisaboutshiftingyourfocusfromquickmoneytobuildingskills</w:t>
      </w:r>
    </w:p>
    <w:p>
      <w:r>
        <w:t>thatcreatelifetimevalue. It’sthedifferencebetweenhavingajobandbuilding</w:t>
      </w:r>
    </w:p>
    <w:p>
      <w:r>
        <w:t>acareer.</w:t>
      </w:r>
    </w:p>
    <w:p>
      <w:r>
        <w:t>ReflectionQuestions</w:t>
      </w:r>
    </w:p>
    <w:p>
      <w:r>
        <w:t>1.Behonest: areyoucurrentlychasingpaychecksorprogression? What</w:t>
      </w:r>
    </w:p>
    <w:p>
      <w:r>
        <w:t>choiceinthelastmonthprovesyouranswer?</w:t>
      </w:r>
    </w:p>
    <w:p>
      <w:r>
        <w:t>2.Thechapterasks, “Whatwillthisroleteachme?” insteadof “Howmuch</w:t>
      </w:r>
    </w:p>
    <w:p>
      <w:r>
        <w:t>doesitpay?”</w:t>
      </w:r>
    </w:p>
    <w:p>
      <w:r>
        <w:t>3.Ifyouappliedthatfiltertoyournextopportunity,whatwouldyoulook</w:t>
      </w:r>
    </w:p>
    <w:p>
      <w:r>
        <w:t>for?</w:t>
      </w:r>
    </w:p>
    <w:p>
      <w:r>
        <w:t>4.My story talks about trading comfort for opportunity. What are you</w:t>
      </w:r>
    </w:p>
    <w:p>
      <w:r>
        <w:t>willingtosacrificeintheshorttermtoachieveyourlong-termvision?</w:t>
      </w:r>
    </w:p>
    <w:p>
      <w:r>
        <w:t>***</w:t>
      </w:r>
    </w:p>
    <w:p>
      <w:r>
        <w:t>34</w:t>
      </w:r>
    </w:p>
    <w:p>
      <w:r>
        <w:t>6</w:t>
      </w:r>
    </w:p>
    <w:p>
      <w:pPr>
        <w:pStyle w:val="Heading2"/>
      </w:pPr>
      <w:r>
        <w:t>Chapter5 —TheJedi MindTrick: Discipline,</w:t>
      </w:r>
    </w:p>
    <w:p>
      <w:r>
        <w:t>Focus and the Grind</w:t>
      </w:r>
    </w:p>
    <w:p>
      <w:r>
        <w:t>“Hewhoconquershimselfisthemightiestwarrior.”</w:t>
      </w:r>
    </w:p>
    <w:p>
      <w:r>
        <w:t>—Confucius</w:t>
      </w:r>
    </w:p>
    <w:p>
      <w:r>
        <w:t>Thewarforyourfutureisn’toutthere—it’sinside.</w:t>
      </w:r>
    </w:p>
    <w:p>
      <w:r>
        <w:t>It’sfoughteverymorningwhenthealarmgoesoff.</w:t>
      </w:r>
    </w:p>
    <w:p>
      <w:r>
        <w:t>It’swoninthequietmomentswhenyouchoosethehardrightover</w:t>
      </w:r>
    </w:p>
    <w:p>
      <w:r>
        <w:t>theeasywrong.</w:t>
      </w:r>
    </w:p>
    <w:p>
      <w:r>
        <w:t>The doubts, the distractions, the comfortable excuses — that’s the real</w:t>
      </w:r>
    </w:p>
    <w:p>
      <w:r>
        <w:t>enemy.</w:t>
      </w:r>
    </w:p>
    <w:p>
      <w:r>
        <w:t>Themomentyouwinthatinnerwar,theworldoutsidehasnochoicebutto</w:t>
      </w:r>
    </w:p>
    <w:p>
      <w:r>
        <w:t>getinline.</w:t>
      </w:r>
    </w:p>
    <w:p>
      <w:r>
        <w:t>Thisisthereal JediMindTrick . It’snotmagic. It’smastery—thecomplete</w:t>
      </w:r>
    </w:p>
    <w:p>
      <w:r>
        <w:t>commandoveryouremotions,routines,andthethousandsofsmalldecisions</w:t>
      </w:r>
    </w:p>
    <w:p>
      <w:r>
        <w:t>thatpavetheroadtoyourdestiny.</w:t>
      </w:r>
    </w:p>
    <w:p>
      <w:r>
        <w:t>Dispatcherslivethisbattleeverysingleday. Theyoperateinaworldofpure</w:t>
      </w:r>
    </w:p>
    <w:p>
      <w:r>
        <w:t>chaos,pressure,andconstantmovement. Buttheoneswhowin—theones</w:t>
      </w:r>
    </w:p>
    <w:p>
      <w:r>
        <w:t>whobuildempiresfromadesk—don’tpanic. Theydon’treact.</w:t>
      </w:r>
    </w:p>
    <w:p>
      <w:r>
        <w:t>Theybreathe .</w:t>
      </w:r>
    </w:p>
    <w:p>
      <w:r>
        <w:t>35</w:t>
      </w:r>
    </w:p>
    <w:p>
      <w:r>
        <w:t>LEVELTHE FIELD</w:t>
      </w:r>
    </w:p>
    <w:p>
      <w:r>
        <w:t>Theyfocus.</w:t>
      </w:r>
    </w:p>
    <w:p>
      <w:r>
        <w:t>Theyexecute .</w:t>
      </w:r>
    </w:p>
    <w:p>
      <w:r>
        <w:t>Thisisthemindwe’reheretobuild: calm,sharp,andabsolutelyunshakable.</w:t>
      </w:r>
    </w:p>
    <w:p>
      <w:r>
        <w:t>FromBrokentoBlueprint</w:t>
      </w:r>
    </w:p>
    <w:p>
      <w:r>
        <w:t>Let’sgetonethingstraight—youare notbroken . Youare underreconstruc-</w:t>
      </w:r>
    </w:p>
    <w:p>
      <w:r>
        <w:t>tion.</w:t>
      </w:r>
    </w:p>
    <w:p>
      <w:r>
        <w:t>Thefoundationmayhavecracked,butthedreamwasneverdestroyed. Every</w:t>
      </w:r>
    </w:p>
    <w:p>
      <w:r>
        <w:t>setback,scar,andmistakeisasiteofstrengthwaitingtobereinforced.</w:t>
      </w:r>
    </w:p>
    <w:p>
      <w:r>
        <w:t>When a dispatcher’s truck gets delayed by a storm, they don’t scrap the</w:t>
      </w:r>
    </w:p>
    <w:p>
      <w:r>
        <w:t>entiredelivery. Theydon’tquit.</w:t>
      </w:r>
    </w:p>
    <w:p>
      <w:r>
        <w:t>Theyfindanotherroute.</w:t>
      </w:r>
    </w:p>
    <w:p>
      <w:r>
        <w:t>That’showyourebuildyourlife: you adjust—neverabandon .</w:t>
      </w:r>
    </w:p>
    <w:p>
      <w:r>
        <w:t>Discipline isthehammerandnailsofyourreconstruction. Everypromise</w:t>
      </w:r>
    </w:p>
    <w:p>
      <w:r>
        <w:t>youkeeptoyourself,everytimeyoushowupwhenyoudon’tfeellikeit,you’re</w:t>
      </w:r>
    </w:p>
    <w:p>
      <w:r>
        <w:t>drivinganothernailintoyourfoundation.</w:t>
      </w:r>
    </w:p>
    <w:p>
      <w:r>
        <w:t>You’renotjustbuildinghabits—you’rerebuildingself-trust.</w:t>
      </w:r>
    </w:p>
    <w:p>
      <w:r>
        <w:t>Focus:YourMostValuableAsset</w:t>
      </w:r>
    </w:p>
    <w:p>
      <w:r>
        <w:t>Focusisyourpowersource.</w:t>
      </w:r>
    </w:p>
    <w:p>
      <w:r>
        <w:t>The world rewards the person who can keep their eyes on one objective</w:t>
      </w:r>
    </w:p>
    <w:p>
      <w:r>
        <w:t>whileeveryoneelseisdistracted. Disciplinegetsyoumoving;focuskeepsyou</w:t>
      </w:r>
    </w:p>
    <w:p>
      <w:r>
        <w:t>aligned.</w:t>
      </w:r>
    </w:p>
    <w:p>
      <w:r>
        <w:t>A dispatcher who loses focus for even thirty seconds can cost a company</w:t>
      </w:r>
    </w:p>
    <w:p>
      <w:r>
        <w:t>thousands—amissedupdate,awrongETA,adriverleftwaiting. Thesame</w:t>
      </w:r>
    </w:p>
    <w:p>
      <w:r>
        <w:t>appliestolife. Asinglelapseinfocuscancostyouweeksofprogress.</w:t>
      </w:r>
    </w:p>
    <w:p>
      <w:r>
        <w:t>Focusisnotintensityforanhour;it’sconsistencyforalifetime.</w:t>
      </w:r>
    </w:p>
    <w:p>
      <w:r>
        <w:t>Here’showtoprotectit:</w:t>
      </w:r>
    </w:p>
    <w:p>
      <w:r>
        <w:t>1.Guardyourenvironment. Eliminatechaosbeforeiteliminatesclarity.</w:t>
      </w:r>
    </w:p>
    <w:p>
      <w:r>
        <w:t>2.Limityourinputs. Whatyouconsumeshapeswhatyoucreate.</w:t>
      </w:r>
    </w:p>
    <w:p>
      <w:r>
        <w:t>36</w:t>
      </w:r>
    </w:p>
    <w:p>
      <w:r>
        <w:t>CHAPTER 5 —THEJEDI MINDTRICK: DISCIPLINE, FOCUSANDTHE...</w:t>
      </w:r>
    </w:p>
    <w:p>
      <w:r>
        <w:t>3.Schedulesilence. Quietisn’twastedtime—it’swhereprecisionisborn.</w:t>
      </w:r>
    </w:p>
    <w:p>
      <w:r>
        <w:t>Whenyoumasteryourfocus,distractionslosetheirpower.</w:t>
      </w:r>
    </w:p>
    <w:p>
      <w:r>
        <w:t>Discipline:TheEngineBehindGrowth</w:t>
      </w:r>
    </w:p>
    <w:p>
      <w:r>
        <w:t>Motivationgetsyoustarted. Disciplinekeepsyoudrivingwhentheroadgets</w:t>
      </w:r>
    </w:p>
    <w:p>
      <w:r>
        <w:t>rough.</w:t>
      </w:r>
    </w:p>
    <w:p>
      <w:r>
        <w:t>Realprogressisn’tbuiltonfeelings—it’sbuilton follow-through .</w:t>
      </w:r>
    </w:p>
    <w:p>
      <w:r>
        <w:t>Everydispatcherknowsthatsystemsbeatmoods. Whetheryou’rerouting</w:t>
      </w:r>
    </w:p>
    <w:p>
      <w:r>
        <w:t>freightorrestructuringyourlife,theprocessmustrunevenwhenyou’retired.</w:t>
      </w:r>
    </w:p>
    <w:p>
      <w:r>
        <w:t>Tobuilddiscipline:</w:t>
      </w:r>
    </w:p>
    <w:p>
      <w:r>
        <w:t>•Createnon-negotiables . Decidewhathappensnomatterwhat.</w:t>
      </w:r>
    </w:p>
    <w:p>
      <w:r>
        <w:t>•Buildmorningstructure . Yourfirsthourdeterminesyourenergyforthe</w:t>
      </w:r>
    </w:p>
    <w:p>
      <w:r>
        <w:t>nexteight.</w:t>
      </w:r>
    </w:p>
    <w:p>
      <w:r>
        <w:t>•Trackmicro-victories . Small wins compound faster than big dreams</w:t>
      </w:r>
    </w:p>
    <w:p>
      <w:r>
        <w:t>delayed.</w:t>
      </w:r>
    </w:p>
    <w:p>
      <w:r>
        <w:t>Disciplineisn’tpunishment—it’s proofthatyou’reseriousaboutyourvision.</w:t>
      </w:r>
    </w:p>
    <w:p>
      <w:r>
        <w:t>TurningGrindintoGreatness</w:t>
      </w:r>
    </w:p>
    <w:p>
      <w:r>
        <w:t>Peoplelovethe ideaofgrindinguntilitgetsuncomfortable.</w:t>
      </w:r>
    </w:p>
    <w:p>
      <w:r>
        <w:t>Thetruegrindisn’tglamorous. It’sunseen,repetitive,andoftenthankless.</w:t>
      </w:r>
    </w:p>
    <w:p>
      <w:r>
        <w:t>Butit’salsowheregreatnessisbuilt.</w:t>
      </w:r>
    </w:p>
    <w:p>
      <w:r>
        <w:t>Grindingissimplysustainedfocusapplieddaily.</w:t>
      </w:r>
    </w:p>
    <w:p>
      <w:r>
        <w:t>It’smakingonemorecallwhenyou’rereadytologoff.</w:t>
      </w:r>
    </w:p>
    <w:p>
      <w:r>
        <w:t>It’sreviewingyournoteswhenNetflixsoundsbetter.</w:t>
      </w:r>
    </w:p>
    <w:p>
      <w:r>
        <w:t>It’sstickingtotherouteevenwhenthedetourlookstempting.</w:t>
      </w:r>
    </w:p>
    <w:p>
      <w:r>
        <w:t>Indispatching—andinlife—thegrindistheseparator. Theoneswhorise</w:t>
      </w:r>
    </w:p>
    <w:p>
      <w:r>
        <w:t>aren’talwaysthesmartestorthefastest;they’rethemost consistent .</w:t>
      </w:r>
    </w:p>
    <w:p>
      <w:r>
        <w:t>Consistencyturnsordinaryeffortintoextraordinaryoutcomes.</w:t>
      </w:r>
    </w:p>
    <w:p>
      <w:r>
        <w:t>37</w:t>
      </w:r>
    </w:p>
    <w:p>
      <w:r>
        <w:t>LEVELTHE FIELD</w:t>
      </w:r>
    </w:p>
    <w:p>
      <w:r>
        <w:t>TheDisciplineFormula</w:t>
      </w:r>
    </w:p>
    <w:p>
      <w:r>
        <w:t>Discipline=Direction+Boundaries+Consistency</w:t>
      </w:r>
    </w:p>
    <w:p>
      <w:r>
        <w:t>•Direction givespurposetoyoureffort.</w:t>
      </w:r>
    </w:p>
    <w:p>
      <w:r>
        <w:t>•Boundaries protectthatpurposefromdistractions.</w:t>
      </w:r>
    </w:p>
    <w:p>
      <w:r>
        <w:t>•Consistency transformsbothintoresults.</w:t>
      </w:r>
    </w:p>
    <w:p>
      <w:r>
        <w:t>Ifanyoneofthosethreeismissing,disciplinecollapses.</w:t>
      </w:r>
    </w:p>
    <w:p>
      <w:r>
        <w:t>MindOverMood</w:t>
      </w:r>
    </w:p>
    <w:p>
      <w:r>
        <w:t>Disciplineisn’temotionless;it’semotionalintelligence.</w:t>
      </w:r>
    </w:p>
    <w:p>
      <w:r>
        <w:t>It’sfeelingeverything—fear,fatigue,frustration—andchoosingaction</w:t>
      </w:r>
    </w:p>
    <w:p>
      <w:r>
        <w:t>anyway.</w:t>
      </w:r>
    </w:p>
    <w:p>
      <w:r>
        <w:t>Youwon’talwaysfeelinspired. Youwon’talwaysfeelstrong. Butyouwill</w:t>
      </w:r>
    </w:p>
    <w:p>
      <w:r>
        <w:t>alwayshaveachoice.</w:t>
      </w:r>
    </w:p>
    <w:p>
      <w:r>
        <w:t>That’swheretheJediMindTrickcomesin: notcontrollingtheworld,but</w:t>
      </w:r>
    </w:p>
    <w:p>
      <w:r>
        <w:t>controllingyourresponsetoit.</w:t>
      </w:r>
    </w:p>
    <w:p>
      <w:r>
        <w:t>Youdon’thavetosilenceeverynegativethought;justrefusetoletitdrive.</w:t>
      </w:r>
    </w:p>
    <w:p>
      <w:r>
        <w:t>FinalDispatch:TheDailyWarPlan</w:t>
      </w:r>
    </w:p>
    <w:p>
      <w:r>
        <w:t>1.Wakewithpurpose. Setyourintentionbeforeyoucheckyourphone.</w:t>
      </w:r>
    </w:p>
    <w:p>
      <w:r>
        <w:t>2.Moveyourbody. Physicalenergyfuelsmentalclarity.</w:t>
      </w:r>
    </w:p>
    <w:p>
      <w:r>
        <w:t>3.Studyyourcraft. Tenminutesoflearningdailybeatshoursofcramming</w:t>
      </w:r>
    </w:p>
    <w:p>
      <w:r>
        <w:t>monthly.</w:t>
      </w:r>
    </w:p>
    <w:p>
      <w:r>
        <w:t>4.Executeonehigh-valuetaskearly. Momentumbeforenoise.</w:t>
      </w:r>
    </w:p>
    <w:p>
      <w:r>
        <w:t>5.Reflectbeforebed. Trackwhatworked,whatdidn’t,andwhatyou’llfix</w:t>
      </w:r>
    </w:p>
    <w:p>
      <w:r>
        <w:t>tomorrow.</w:t>
      </w:r>
    </w:p>
    <w:p>
      <w:r>
        <w:t>Dothiseveryday,andwatchhowcontrolreplaceschaos.</w:t>
      </w:r>
    </w:p>
    <w:p>
      <w:r>
        <w:t>TheJediMindTrickisn’tillusion—it’smasteryinmotion.</w:t>
      </w:r>
    </w:p>
    <w:p>
      <w:r>
        <w:t>38</w:t>
      </w:r>
    </w:p>
    <w:p>
      <w:r>
        <w:t>CHAPTER 5 —THEJEDI MINDTRICK: DISCIPLINE, FOCUSANDTHE...</w:t>
      </w:r>
    </w:p>
    <w:p>
      <w:r>
        <w:t>Whenyoulearntoruleyourmind,therestoflifefallsintoformation.</w:t>
      </w:r>
    </w:p>
    <w:p>
      <w:r>
        <w:t>Youbecomethecalminthestorm,thesignalinthestatic,thecommander</w:t>
      </w:r>
    </w:p>
    <w:p>
      <w:r>
        <w:t>ofyourownfuture.</w:t>
      </w:r>
    </w:p>
    <w:p>
      <w:r>
        <w:t>Disciplineisthebridgebetweenwhoyouareandwhoyou’rebecoming.</w:t>
      </w:r>
    </w:p>
    <w:p>
      <w:r>
        <w:t>Crossitdaily.</w:t>
      </w:r>
    </w:p>
    <w:p>
      <w:r>
        <w:t>***</w:t>
      </w:r>
    </w:p>
    <w:p>
      <w:r>
        <w:t>39</w:t>
      </w:r>
    </w:p>
    <w:p>
      <w:r>
        <w:t>7</w:t>
      </w:r>
    </w:p>
    <w:p>
      <w:pPr>
        <w:pStyle w:val="Heading2"/>
      </w:pPr>
      <w:r>
        <w:t>Chapter6 —The Playbook: Systems,</w:t>
      </w:r>
    </w:p>
    <w:p>
      <w:r>
        <w:t>Strategies, and Success</w:t>
      </w:r>
    </w:p>
    <w:p>
      <w:r>
        <w:t>You’vedonethedeepwork—discipline,focus,andmindsetarenow</w:t>
      </w:r>
    </w:p>
    <w:p>
      <w:r>
        <w:t>partofyouroperatingsystem.</w:t>
      </w:r>
    </w:p>
    <w:p>
      <w:r>
        <w:t>Buthere’sthetruththatsetselitedispatchersapart: mindsetfires</w:t>
      </w:r>
    </w:p>
    <w:p>
      <w:r>
        <w:t>theengine,butsystemskeepitrunningforthelonghaul.</w:t>
      </w:r>
    </w:p>
    <w:p>
      <w:r>
        <w:t>Themostsuccessfuldispatchersinthegamedon’tjustbelieve—theybuild.</w:t>
      </w:r>
    </w:p>
    <w:p>
      <w:r>
        <w:t>Theyrelyonprovenplaybooks,notluckorhope. Everymoveisintentional.</w:t>
      </w:r>
    </w:p>
    <w:p>
      <w:r>
        <w:t>Everyprocessservesapurpose.</w:t>
      </w:r>
    </w:p>
    <w:p>
      <w:r>
        <w:t>Thischapterturnsyournewdisciplineintoindustrygold. It’snotjustadvice</w:t>
      </w:r>
    </w:p>
    <w:p>
      <w:r>
        <w:t>—it’sfield-testedtacticsandstrategies thathavepoweredrealbusinessesto</w:t>
      </w:r>
    </w:p>
    <w:p>
      <w:r>
        <w:t>sustainablegrowth.</w:t>
      </w:r>
    </w:p>
    <w:p>
      <w:r>
        <w:t>Ifyouwanttoseehowdispatchersrisefromgoodtogreat,keepreading.</w:t>
      </w:r>
    </w:p>
    <w:p>
      <w:r>
        <w:t>Real-WorldProof:WhySystemsMatter</w:t>
      </w:r>
    </w:p>
    <w:p>
      <w:r>
        <w:t>Researchandreal-lifestoriesacrosstheindustryagree: dispatchingwithout</w:t>
      </w:r>
    </w:p>
    <w:p>
      <w:r>
        <w:t>systemsisflyingblind.</w:t>
      </w:r>
    </w:p>
    <w:p>
      <w:r>
        <w:t>A2024reportfrom ServiceAllianceGroup highlightsthatbusinessesimple-</w:t>
      </w:r>
    </w:p>
    <w:p>
      <w:r>
        <w:t>menting standardized workflows, optimized route planning, and dispatch</w:t>
      </w:r>
    </w:p>
    <w:p>
      <w:r>
        <w:t>software saw measurable improvements — faster response times, higher</w:t>
      </w:r>
    </w:p>
    <w:p>
      <w:r>
        <w:t>40</w:t>
      </w:r>
    </w:p>
    <w:p>
      <w:r>
        <w:t>CHAPTER 6 —THE PLAYBOOK: SYSTEMS, STRATEGIES,AND SUCCESS</w:t>
      </w:r>
    </w:p>
    <w:p>
      <w:r>
        <w:t>customersatisfaction,andreducedoperationalcosts.</w:t>
      </w:r>
    </w:p>
    <w:p>
      <w:r>
        <w:t>LinkedIn’stopdispatchprofessionalsechothesamemessage:</w:t>
      </w:r>
    </w:p>
    <w:p>
      <w:r>
        <w:t>Hireright. Defineclearprocesses. Prioritizetriage. Leveragetechnology.</w:t>
      </w:r>
    </w:p>
    <w:p>
      <w:r>
        <w:t>Thesearen’ttheories—they’retheprovenpracticescreditedwithbuilding</w:t>
      </w:r>
    </w:p>
    <w:p>
      <w:r>
        <w:t>efficientdispatchoperationsthatstandoutfromthecompetition.</w:t>
      </w:r>
    </w:p>
    <w:p>
      <w:r>
        <w:t>AndEliteEXTRA’s 2024analysiscallsstrongdispatchmanagementsystemsa</w:t>
      </w:r>
    </w:p>
    <w:p>
      <w:r>
        <w:t>“fortressofstability,” drivingprofit,reducingfuelcosts,improvingon-time</w:t>
      </w:r>
    </w:p>
    <w:p>
      <w:r>
        <w:t>performance,andunlockingnext-levelcustomerservice.</w:t>
      </w:r>
    </w:p>
    <w:p>
      <w:r>
        <w:t>Thetakeaway?</w:t>
      </w:r>
    </w:p>
    <w:p>
      <w:r>
        <w:t>Systems aren’t optional — they’re the structure that turns effort into</w:t>
      </w:r>
    </w:p>
    <w:p>
      <w:r>
        <w:t>efficiency.</w:t>
      </w:r>
    </w:p>
    <w:p>
      <w:r>
        <w:t>BuildingYourDispatchEngine</w:t>
      </w:r>
    </w:p>
    <w:p>
      <w:r>
        <w:t>Yourdispatchoperationisanengine—andprecisionmatters.</w:t>
      </w:r>
    </w:p>
    <w:p>
      <w:r>
        <w:t>Each function must run in sync, or you risk breakdowns, confusion, and</w:t>
      </w:r>
    </w:p>
    <w:p>
      <w:r>
        <w:t>burnout.</w:t>
      </w:r>
    </w:p>
    <w:p>
      <w:r>
        <w:t>Thebestoperationsarebuiltonthreenon-negotiablepillars:</w:t>
      </w:r>
    </w:p>
    <w:p>
      <w:r>
        <w:t>1.Structure: Clearworkflowsandstandardizedprocedures.</w:t>
      </w:r>
    </w:p>
    <w:p>
      <w:r>
        <w:t>2.Technology: Therighttoolstoautomate,track,andcommunicate.</w:t>
      </w:r>
    </w:p>
    <w:p>
      <w:r>
        <w:t>3.Consistency: Repetitionthatmakesreliabilityautomatic.</w:t>
      </w:r>
    </w:p>
    <w:p>
      <w:r>
        <w:t>Let’sbreakthemdown.</w:t>
      </w:r>
    </w:p>
    <w:p>
      <w:r>
        <w:t>1.Structure:ThePowerofProcess</w:t>
      </w:r>
    </w:p>
    <w:p>
      <w:r>
        <w:t>Structurecreatesspeed. Withoutit,everydecisioncoststime.</w:t>
      </w:r>
    </w:p>
    <w:p>
      <w:r>
        <w:t>In dispatching, structure means defining exactly howeach part of the</w:t>
      </w:r>
    </w:p>
    <w:p>
      <w:r>
        <w:t>operationflows—fromintaketoresolution.</w:t>
      </w:r>
    </w:p>
    <w:p>
      <w:r>
        <w:t>Example:</w:t>
      </w:r>
    </w:p>
    <w:p>
      <w:r>
        <w:t>Adrivercallsinwithabreakdown. Insteadofscrambling,yoursystemkicks</w:t>
      </w:r>
    </w:p>
    <w:p>
      <w:r>
        <w:t>in:</w:t>
      </w:r>
    </w:p>
    <w:p>
      <w:r>
        <w:t>41</w:t>
      </w:r>
    </w:p>
    <w:p>
      <w:r>
        <w:t>LEVELTHE FIELD</w:t>
      </w:r>
    </w:p>
    <w:p>
      <w:r>
        <w:t>•Step1: Logthecallandverifylocation.</w:t>
      </w:r>
    </w:p>
    <w:p>
      <w:r>
        <w:t>•Step2: Reviewcoveragezoneorbrokerrelationship.</w:t>
      </w:r>
    </w:p>
    <w:p>
      <w:r>
        <w:t>•Step3: Dispatchtheclosestavailabletruck.</w:t>
      </w:r>
    </w:p>
    <w:p>
      <w:r>
        <w:t>•Step4: Updatetheclientandrecordtimestamps.</w:t>
      </w:r>
    </w:p>
    <w:p>
      <w:r>
        <w:t>Whenyourteamfollowsstructure,chaosturnsintocalm.</w:t>
      </w:r>
    </w:p>
    <w:p>
      <w:r>
        <w:t>2.Technology:TurningToolsintoLeverage</w:t>
      </w:r>
    </w:p>
    <w:p>
      <w:r>
        <w:t>Technologyisn’treplacingdispatchers—it’s amplifying them.</w:t>
      </w:r>
    </w:p>
    <w:p>
      <w:r>
        <w:t>Therighttoolssavehours,preventmissedcalls,andstreamlinedocumen-</w:t>
      </w:r>
    </w:p>
    <w:p>
      <w:r>
        <w:t>tation.</w:t>
      </w:r>
    </w:p>
    <w:p>
      <w:r>
        <w:t>Youressentialstackmightinclude:</w:t>
      </w:r>
    </w:p>
    <w:p>
      <w:r>
        <w:t>•LoadBoards: DAT,Truckstop,123Loadboard—yourhuntinggroundsfor</w:t>
      </w:r>
    </w:p>
    <w:p>
      <w:r>
        <w:t>freight.</w:t>
      </w:r>
    </w:p>
    <w:p>
      <w:r>
        <w:t>•TMSSoftware: AscendTMS,TowBook,orBeacon—fortracking,invoic-</w:t>
      </w:r>
    </w:p>
    <w:p>
      <w:r>
        <w:t>ing,andanalytics.</w:t>
      </w:r>
    </w:p>
    <w:p>
      <w:r>
        <w:t>•CommunicationPlatforms: Slack,GoogleChat,ortextsystemsthatunify</w:t>
      </w:r>
    </w:p>
    <w:p>
      <w:r>
        <w:t>updates.</w:t>
      </w:r>
    </w:p>
    <w:p>
      <w:r>
        <w:t>•SpreadsheetsorDashboards: Real-timelogsofcalls,ETAs,andearnings.</w:t>
      </w:r>
    </w:p>
    <w:p>
      <w:r>
        <w:t>ProTip: Don’tcollecttools— connect them. Thepowerisinintegration.</w:t>
      </w:r>
    </w:p>
    <w:p>
      <w:r>
        <w:t>Every app, sheet, and platform should feed into a single source of truth:</w:t>
      </w:r>
    </w:p>
    <w:p>
      <w:r>
        <w:t>yourcommandcenter.</w:t>
      </w:r>
    </w:p>
    <w:p>
      <w:r>
        <w:t>3.Consistency:TheSecretIngredient</w:t>
      </w:r>
    </w:p>
    <w:p>
      <w:r>
        <w:t>Agreatsystemmeansnothingwithoutconsistency.</w:t>
      </w:r>
    </w:p>
    <w:p>
      <w:r>
        <w:t>Disciplinegetsyoustarted,butconsistencycompoundsresults.</w:t>
      </w:r>
    </w:p>
    <w:p>
      <w:r>
        <w:t>Thebestdispatchersexecutethesamewinningprocesswhetherit’sMonday</w:t>
      </w:r>
    </w:p>
    <w:p>
      <w:r>
        <w:t>morningorFridaynight. Theyreviewyesterday’slogs,updatetoday’sloads,</w:t>
      </w:r>
    </w:p>
    <w:p>
      <w:r>
        <w:t>checkHOS(hoursofservice),andkeepnotestight.</w:t>
      </w:r>
    </w:p>
    <w:p>
      <w:r>
        <w:t>42</w:t>
      </w:r>
    </w:p>
    <w:p>
      <w:r>
        <w:t>CHAPTER 6 —THE PLAYBOOK: SYSTEMS, STRATEGIES,AND SUCCESS</w:t>
      </w:r>
    </w:p>
    <w:p>
      <w:r>
        <w:t>Whenconsistencybecomesyourculture,successbecomespredictable.</w:t>
      </w:r>
    </w:p>
    <w:p>
      <w:r>
        <w:t>SystemDesign:TheDispatcher’sPlaybook</w:t>
      </w:r>
    </w:p>
    <w:p>
      <w:r>
        <w:t>Here’showtostartcreatingyourownwinningsystem:</w:t>
      </w:r>
    </w:p>
    <w:p>
      <w:r>
        <w:t>1.MapEveryStep.</w:t>
      </w:r>
    </w:p>
    <w:p>
      <w:r>
        <w:t>2.Writeouteachtaskyouhandledaily—calls,bookings,driverupdates,</w:t>
      </w:r>
    </w:p>
    <w:p>
      <w:r>
        <w:t>follow-ups,etc.</w:t>
      </w:r>
    </w:p>
    <w:p>
      <w:r>
        <w:t>3.AssignTimeWindows.</w:t>
      </w:r>
    </w:p>
    <w:p>
      <w:r>
        <w:t>4.Schedulewhenthesetaskshappen. Morningforloadsearch,afternoon</w:t>
      </w:r>
    </w:p>
    <w:p>
      <w:r>
        <w:t>forupdates,eveningforinvoices.</w:t>
      </w:r>
    </w:p>
    <w:p>
      <w:r>
        <w:t>5.CreateTemplates.</w:t>
      </w:r>
    </w:p>
    <w:p>
      <w:r>
        <w:t>6.Message templates, invoice formats, call scripts — they save mental</w:t>
      </w:r>
    </w:p>
    <w:p>
      <w:r>
        <w:t>energyandkeepyourtoneconsistent.</w:t>
      </w:r>
    </w:p>
    <w:p>
      <w:r>
        <w:t>7.AutomateSmartly.</w:t>
      </w:r>
    </w:p>
    <w:p>
      <w:r>
        <w:t>8.UseGoogleSheetsformulas,calendarreminders,orsoftwarealertsfor</w:t>
      </w:r>
    </w:p>
    <w:p>
      <w:r>
        <w:t>routinetasks.</w:t>
      </w:r>
    </w:p>
    <w:p>
      <w:r>
        <w:t>9.ReviewWeekly.</w:t>
      </w:r>
    </w:p>
    <w:p>
      <w:r>
        <w:t>10.End every week with a five-minute audit: What broke? What worked?</w:t>
      </w:r>
    </w:p>
    <w:p>
      <w:r>
        <w:t>Whatcanbestreamlined?</w:t>
      </w:r>
    </w:p>
    <w:p>
      <w:r>
        <w:t>Everytweakisasystemupgrade—andeveryupgradesavestime,energy,and</w:t>
      </w:r>
    </w:p>
    <w:p>
      <w:r>
        <w:t>money.</w:t>
      </w:r>
    </w:p>
    <w:p>
      <w:r>
        <w:t>The5-MinuteResetMethod</w:t>
      </w:r>
    </w:p>
    <w:p>
      <w:r>
        <w:t>Whenstressspikes,structureresetsyou.</w:t>
      </w:r>
    </w:p>
    <w:p>
      <w:r>
        <w:t>Trythisquickmentalsystemusedbytopdispatchers:</w:t>
      </w:r>
    </w:p>
    <w:p>
      <w:r>
        <w:t>1.Pauseforonedeepbreath.</w:t>
      </w:r>
    </w:p>
    <w:p>
      <w:r>
        <w:t>2.Prioritizeyournextthreeactions.</w:t>
      </w:r>
    </w:p>
    <w:p>
      <w:r>
        <w:t>3.Blockoutfiveminutesforeach.</w:t>
      </w:r>
    </w:p>
    <w:p>
      <w:r>
        <w:t>43</w:t>
      </w:r>
    </w:p>
    <w:p>
      <w:r>
        <w:t>LEVELTHE FIELD</w:t>
      </w:r>
    </w:p>
    <w:p>
      <w:r>
        <w:t>4.Execute—nooverthinking.</w:t>
      </w:r>
    </w:p>
    <w:p>
      <w:r>
        <w:t>Bytheendof15minutes,chaosbecomesmotion,andmotionrestorescontrol.</w:t>
      </w:r>
    </w:p>
    <w:p>
      <w:r>
        <w:t>That’stheplaybookinrealtime.</w:t>
      </w:r>
    </w:p>
    <w:p>
      <w:r>
        <w:t>TheSystemEquation</w:t>
      </w:r>
    </w:p>
    <w:p>
      <w:r>
        <w:t>System=Structure+Tools+Consistency</w:t>
      </w:r>
    </w:p>
    <w:p>
      <w:r>
        <w:t>Ifyou’remissingevenonepart,you’reworkingharderthanyouneedto.</w:t>
      </w:r>
    </w:p>
    <w:p>
      <w:r>
        <w:t>•Structure keepsyouorganized.</w:t>
      </w:r>
    </w:p>
    <w:p>
      <w:r>
        <w:t>•Toolsmakeyouefficient.</w:t>
      </w:r>
    </w:p>
    <w:p>
      <w:r>
        <w:t>•Consistency buildsyourreputation.</w:t>
      </w:r>
    </w:p>
    <w:p>
      <w:r>
        <w:t>When all three are running together, you create a machine that generates</w:t>
      </w:r>
    </w:p>
    <w:p>
      <w:r>
        <w:t>results—evenonyouroffdays.</w:t>
      </w:r>
    </w:p>
    <w:p>
      <w:r>
        <w:t>ScalingtheSystem</w:t>
      </w:r>
    </w:p>
    <w:p>
      <w:r>
        <w:t>Onceyourworkflowissolid,scalingissimple.</w:t>
      </w:r>
    </w:p>
    <w:p>
      <w:r>
        <w:t>Addautomation,delegatenon-criticaltasks,andinvestinlong-termtools.</w:t>
      </w:r>
    </w:p>
    <w:p>
      <w:r>
        <w:t>Remember: thebestsystemsdon’tneedtobecomplex—justcomplete.</w:t>
      </w:r>
    </w:p>
    <w:p>
      <w:r>
        <w:t>Anotebookwithachecklistcanoutperformfancysoftwareifit’susedwith</w:t>
      </w:r>
    </w:p>
    <w:p>
      <w:r>
        <w:t>consistency.</w:t>
      </w:r>
    </w:p>
    <w:p>
      <w:r>
        <w:t>Success doesn’t come from having the most features — it comes from</w:t>
      </w:r>
    </w:p>
    <w:p>
      <w:r>
        <w:t>runningyourplaybookwithoutfail.</w:t>
      </w:r>
    </w:p>
    <w:p>
      <w:pPr>
        <w:pStyle w:val="Heading2"/>
      </w:pPr>
      <w:r>
        <w:t>TransitiontoChapter7—TheRebirth</w:t>
      </w:r>
    </w:p>
    <w:p>
      <w:r>
        <w:t>You’venowmasteredmindset,discipline,andsystems.</w:t>
      </w:r>
    </w:p>
    <w:p>
      <w:r>
        <w:t>You’ve built a playbook that keeps your momentum alive even when</w:t>
      </w:r>
    </w:p>
    <w:p>
      <w:r>
        <w:t>motivationfades.</w:t>
      </w:r>
    </w:p>
    <w:p>
      <w:r>
        <w:t>44</w:t>
      </w:r>
    </w:p>
    <w:p>
      <w:r>
        <w:t>CHAPTER 6 —THE PLAYBOOK: SYSTEMS, STRATEGIES,AND SUCCESS</w:t>
      </w:r>
    </w:p>
    <w:p>
      <w:r>
        <w:t>Nextcomesthetransformation—therebirth.</w:t>
      </w:r>
    </w:p>
    <w:p>
      <w:pPr>
        <w:pStyle w:val="Heading2"/>
      </w:pPr>
      <w:r>
        <w:t>InChapter7: TheRebirth ,we’lltakeeverythingyou’vebuiltandshowhow</w:t>
      </w:r>
    </w:p>
    <w:p>
      <w:r>
        <w:t>toturnitintolegacy: theshiftfromsurvivingtoleading,fromworkingthe</w:t>
      </w:r>
    </w:p>
    <w:p>
      <w:r>
        <w:t>systemto becoming thesystem.</w:t>
      </w:r>
    </w:p>
    <w:p>
      <w:r>
        <w:t>***</w:t>
      </w:r>
    </w:p>
    <w:p>
      <w:r>
        <w:t>45</w:t>
      </w:r>
    </w:p>
    <w:p>
      <w:r>
        <w:t>8</w:t>
      </w:r>
    </w:p>
    <w:p>
      <w:pPr>
        <w:pStyle w:val="Heading2"/>
      </w:pPr>
      <w:r>
        <w:t>Chapter7 —The Rebirth</w:t>
      </w:r>
    </w:p>
    <w:p>
      <w:r>
        <w:t>“Hewhohasawhytolivecanbearalmostanyhow.”</w:t>
      </w:r>
    </w:p>
    <w:p>
      <w:r>
        <w:t>—FriedrichNietzsche</w:t>
      </w:r>
    </w:p>
    <w:p>
      <w:r>
        <w:t>You’vedonethework.</w:t>
      </w:r>
    </w:p>
    <w:p>
      <w:r>
        <w:t>You’ve mastered your mind, built your playbook, and faced the</w:t>
      </w:r>
    </w:p>
    <w:p>
      <w:r>
        <w:t>personinthemirror.</w:t>
      </w:r>
    </w:p>
    <w:p>
      <w:r>
        <w:t>You’vecometoofartostopnow.</w:t>
      </w:r>
    </w:p>
    <w:p>
      <w:r>
        <w:t>Thepreviousversionofyou—theonewhoacceptedexcuses,fearedfailure,</w:t>
      </w:r>
    </w:p>
    <w:p>
      <w:r>
        <w:t>andlivedatthemercyofcircumstance—isgone. Thatpersonservedtheir</w:t>
      </w:r>
    </w:p>
    <w:p>
      <w:r>
        <w:t>purpose. Theytaughtyouwhatyounolongerwanttobe.</w:t>
      </w:r>
    </w:p>
    <w:p>
      <w:r>
        <w:t>Thischapterisaboutburyingthatoldselfforgood.</w:t>
      </w:r>
    </w:p>
    <w:p>
      <w:r>
        <w:t>Thisisyour rebirth.</w:t>
      </w:r>
    </w:p>
    <w:p>
      <w:r>
        <w:t>TheFireofBecoming</w:t>
      </w:r>
    </w:p>
    <w:p>
      <w:r>
        <w:t>Arebirthisn’tagentleawakening—it’sadeliberateactofpower.</w:t>
      </w:r>
    </w:p>
    <w:p>
      <w:r>
        <w:t>It’sthephoenixsettingitselfablazetorisefromtheashes.</w:t>
      </w:r>
    </w:p>
    <w:p>
      <w:r>
        <w:t>It’sthewarriorsheddingdentedarmortoforgeanewset—lighter,stronger,</w:t>
      </w:r>
    </w:p>
    <w:p>
      <w:r>
        <w:t>andbuiltforthebattlesahead.</w:t>
      </w:r>
    </w:p>
    <w:p>
      <w:r>
        <w:t>Thisiswhereyouburnawaythedeadweightofyourpastandstepintothe</w:t>
      </w:r>
    </w:p>
    <w:p>
      <w:r>
        <w:t>46</w:t>
      </w:r>
    </w:p>
    <w:p>
      <w:r>
        <w:t>CHAPTER 7 —THE REBIRTH</w:t>
      </w:r>
    </w:p>
    <w:p>
      <w:r>
        <w:t>firetoberemade.</w:t>
      </w:r>
    </w:p>
    <w:p>
      <w:r>
        <w:t>TheDeathoftheOldSelf</w:t>
      </w:r>
    </w:p>
    <w:p>
      <w:r>
        <w:t>Weallcarryghosts—theghostofwhoweusedtobe,theghostofmistakes,</w:t>
      </w:r>
    </w:p>
    <w:p>
      <w:r>
        <w:t>theghostofotherpeople’sexpectations.</w:t>
      </w:r>
    </w:p>
    <w:p>
      <w:r>
        <w:t>Thoseghostswhisperliesinyourmomentsofdoubt:</w:t>
      </w:r>
    </w:p>
    <w:p>
      <w:r>
        <w:t>You’renotgoodenough.</w:t>
      </w:r>
    </w:p>
    <w:p>
      <w:r>
        <w:t>You’llfailagain.</w:t>
      </w:r>
    </w:p>
    <w:p>
      <w:r>
        <w:t>Youshouldquitwhileyou’reahead.</w:t>
      </w:r>
    </w:p>
    <w:p>
      <w:r>
        <w:t>Stayingstuckiscomfortablebecauseit’sfamiliar.</w:t>
      </w:r>
    </w:p>
    <w:p>
      <w:r>
        <w:t>Butyouweren’tmadeforcomfort—youweremadeforvictory.</w:t>
      </w:r>
    </w:p>
    <w:p>
      <w:r>
        <w:t>Tobereborn,youmustfirstlettheoldyoudie.</w:t>
      </w:r>
    </w:p>
    <w:p>
      <w:r>
        <w:t>Thatmeansreleasinghabits,excuses,andidentitiesthatnolongerserve</w:t>
      </w:r>
    </w:p>
    <w:p>
      <w:r>
        <w:t>you.</w:t>
      </w:r>
    </w:p>
    <w:p>
      <w:r>
        <w:t>Itmeansrefusingtobedefinedbysetbacks.</w:t>
      </w:r>
    </w:p>
    <w:p>
      <w:r>
        <w:t>Yourpastisalesson,notalifesentence.</w:t>
      </w:r>
    </w:p>
    <w:p>
      <w:r>
        <w:t>Stopre-readingoldchapters—andstartwritinganewone.</w:t>
      </w:r>
    </w:p>
    <w:p>
      <w:r>
        <w:t>TheStruggleasaForge</w:t>
      </w:r>
    </w:p>
    <w:p>
      <w:r>
        <w:t>Awarrior’sstrengthisnotagift—it’searned.</w:t>
      </w:r>
    </w:p>
    <w:p>
      <w:r>
        <w:t>It’sforgedinthepressureofthefight,temperedintheheatoffailure,and</w:t>
      </w:r>
    </w:p>
    <w:p>
      <w:r>
        <w:t>sharpenedonthestoneofresilience.</w:t>
      </w:r>
    </w:p>
    <w:p>
      <w:r>
        <w:t>Yourstrugglesaren’tpunishments;they’repreparation.</w:t>
      </w:r>
    </w:p>
    <w:p>
      <w:r>
        <w:t>Everychallengeyou’vefacedwasarep—eachonebuildingmuscleforthe</w:t>
      </w:r>
    </w:p>
    <w:p>
      <w:r>
        <w:t>nextlevel.</w:t>
      </w:r>
    </w:p>
    <w:p>
      <w:r>
        <w:t>Painistheproofyou’reprogressing.</w:t>
      </w:r>
    </w:p>
    <w:p>
      <w:r>
        <w:t>Discomfortistheevidenceyou’reexpanding.</w:t>
      </w:r>
    </w:p>
    <w:p>
      <w:r>
        <w:t>Withoutpressure,thereisnopolish.</w:t>
      </w:r>
    </w:p>
    <w:p>
      <w:r>
        <w:t>47</w:t>
      </w:r>
    </w:p>
    <w:p>
      <w:r>
        <w:t>LEVELTHE FIELD</w:t>
      </w:r>
    </w:p>
    <w:p>
      <w:r>
        <w:t>HowRebirthHappens</w:t>
      </w:r>
    </w:p>
    <w:p>
      <w:r>
        <w:t>1.Recognition—Facethetruth.</w:t>
      </w:r>
    </w:p>
    <w:p>
      <w:r>
        <w:t>2.Call your old patterns by name. You can’t change what you won’t</w:t>
      </w:r>
    </w:p>
    <w:p>
      <w:r>
        <w:t>confront.</w:t>
      </w:r>
    </w:p>
    <w:p>
      <w:r>
        <w:t>3.Release—Letgointentionally.</w:t>
      </w:r>
    </w:p>
    <w:p>
      <w:r>
        <w:t>4.Clean your mental workspace. Forgive yourself and close unfinished</w:t>
      </w:r>
    </w:p>
    <w:p>
      <w:r>
        <w:t>chapters.</w:t>
      </w:r>
    </w:p>
    <w:p>
      <w:r>
        <w:t>5.Rebuild—Laynewfoundations.</w:t>
      </w:r>
    </w:p>
    <w:p>
      <w:r>
        <w:t>6.Anchornewhabitsindisciplineanddirection. Createsystemsthatserve</w:t>
      </w:r>
    </w:p>
    <w:p>
      <w:r>
        <w:t>thefutureyou.</w:t>
      </w:r>
    </w:p>
    <w:p>
      <w:r>
        <w:t>7.Rise—Walkinalignment.</w:t>
      </w:r>
    </w:p>
    <w:p>
      <w:r>
        <w:t>8.Movewithconfidencethatmatchesyournewstandard. Noexplanations</w:t>
      </w:r>
    </w:p>
    <w:p>
      <w:r>
        <w:t>needed.</w:t>
      </w:r>
    </w:p>
    <w:p>
      <w:r>
        <w:t>Rebirth is a cycle, not a single moment. Each time life tests you, you get to</w:t>
      </w:r>
    </w:p>
    <w:p>
      <w:r>
        <w:t>riseagain—stronger,smarter,steadier.</w:t>
      </w:r>
    </w:p>
    <w:p>
      <w:r>
        <w:t>BecomingtheBlueprint</w:t>
      </w:r>
    </w:p>
    <w:p>
      <w:r>
        <w:t>You’vespentchapterslearningsystems,discipline,andfocus.</w:t>
      </w:r>
    </w:p>
    <w:p>
      <w:r>
        <w:t>Now,youarethesystem.</w:t>
      </w:r>
    </w:p>
    <w:p>
      <w:r>
        <w:t>Peoplewillbegintomodelyourworkethic,yourresilience,yourexecution.</w:t>
      </w:r>
    </w:p>
    <w:p>
      <w:r>
        <w:t>Youbecomeproofthattransformationispossibleforanyonewillingtodo</w:t>
      </w:r>
    </w:p>
    <w:p>
      <w:r>
        <w:t>thework.</w:t>
      </w:r>
    </w:p>
    <w:p>
      <w:r>
        <w:t>Thenewyouisn’tlouder—it’sclearer.</w:t>
      </w:r>
    </w:p>
    <w:p>
      <w:r>
        <w:t>Youdon’tseekvalidation—youembodyvalue.</w:t>
      </w:r>
    </w:p>
    <w:p>
      <w:r>
        <w:t>Youdon’tchaseopportunity—youattractalignment.</w:t>
      </w:r>
    </w:p>
    <w:p>
      <w:r>
        <w:t>Thisisrebirthinmotion.</w:t>
      </w:r>
    </w:p>
    <w:p>
      <w:r>
        <w:t>48</w:t>
      </w:r>
    </w:p>
    <w:p>
      <w:r>
        <w:t>CHAPTER 7 —THE REBIRTH</w:t>
      </w:r>
    </w:p>
    <w:p>
      <w:r>
        <w:t>FinalReflection:TheOathofRebirth</w:t>
      </w:r>
    </w:p>
    <w:p>
      <w:r>
        <w:t>“Iamdoneplayingsmall.</w:t>
      </w:r>
    </w:p>
    <w:p>
      <w:r>
        <w:t>IreleasewhoIwastobecomewhoIam.</w:t>
      </w:r>
    </w:p>
    <w:p>
      <w:r>
        <w:t>Iwillmeeteachdayasevidenceofmygrowth.</w:t>
      </w:r>
    </w:p>
    <w:p>
      <w:r>
        <w:t>Mydisciplineismyfreedom,</w:t>
      </w:r>
    </w:p>
    <w:p>
      <w:r>
        <w:t>myfocusismypower,</w:t>
      </w:r>
    </w:p>
    <w:p>
      <w:r>
        <w:t>andmysystemsaremyshield.</w:t>
      </w:r>
    </w:p>
    <w:p>
      <w:r>
        <w:t>Iamreborn,andIwillnotlookback.”</w:t>
      </w:r>
    </w:p>
    <w:p>
      <w:pPr>
        <w:pStyle w:val="Heading2"/>
      </w:pPr>
      <w:r>
        <w:t>TransitiontoChapter8—EscapingtheMatrix:CrackingtheCode</w:t>
      </w:r>
    </w:p>
    <w:p>
      <w:r>
        <w:t>You’verebuilt,refocused,andredefinedyouridentity.</w:t>
      </w:r>
    </w:p>
    <w:p>
      <w:r>
        <w:t>Nowit’stimetostepbeyondpersonalmasteryandseehowtheworldaround</w:t>
      </w:r>
    </w:p>
    <w:p>
      <w:r>
        <w:t>you operates — the structures, systems, and patterns that shape the game</w:t>
      </w:r>
    </w:p>
    <w:p>
      <w:r>
        <w:t>you’replaying.</w:t>
      </w:r>
    </w:p>
    <w:p>
      <w:r>
        <w:t>Inthenextchapter,weexposethecodebehindtheMatrix—andlearnhow</w:t>
      </w:r>
    </w:p>
    <w:p>
      <w:r>
        <w:t>tohackitforfreedomandimpact.</w:t>
      </w:r>
    </w:p>
    <w:p>
      <w:r>
        <w:t>***</w:t>
      </w:r>
    </w:p>
    <w:p>
      <w:r>
        <w:t>49</w:t>
      </w:r>
    </w:p>
    <w:p>
      <w:r>
        <w:t>9</w:t>
      </w:r>
    </w:p>
    <w:p>
      <w:pPr>
        <w:pStyle w:val="Heading2"/>
      </w:pPr>
      <w:r>
        <w:t>Chapter8 — Escaping the Matrix: Cracking</w:t>
      </w:r>
    </w:p>
    <w:p>
      <w:r>
        <w:t>the Code</w:t>
      </w:r>
    </w:p>
    <w:p>
      <w:r>
        <w:t>“TheMatrixistheworldthathasbeenpulledoveryoureyestoblindyou</w:t>
      </w:r>
    </w:p>
    <w:p>
      <w:r>
        <w:t>fromthetruth.”</w:t>
      </w:r>
    </w:p>
    <w:p>
      <w:r>
        <w:t>—Morpheus</w:t>
      </w:r>
    </w:p>
    <w:p>
      <w:r>
        <w:t>1.TheRealMatrixIsn’taMovie</w:t>
      </w:r>
    </w:p>
    <w:p>
      <w:r>
        <w:t>The Matrix isn’t science fiction — it’s the invisible architecture of</w:t>
      </w:r>
    </w:p>
    <w:p>
      <w:r>
        <w:t>habits,distractions,androutinesthatkeepsyourunningthesame</w:t>
      </w:r>
    </w:p>
    <w:p>
      <w:r>
        <w:t>routewithnoprogress.</w:t>
      </w:r>
    </w:p>
    <w:p>
      <w:r>
        <w:t>It’stheinnerscriptthatwhispers:</w:t>
      </w:r>
    </w:p>
    <w:p>
      <w:r>
        <w:t>•“Workharder,notsmarter.”</w:t>
      </w:r>
    </w:p>
    <w:p>
      <w:r>
        <w:t>•“Staycomfortable.”</w:t>
      </w:r>
    </w:p>
    <w:p>
      <w:r>
        <w:t>•“Waitforsomeonetotellyouwhattodo.”</w:t>
      </w:r>
    </w:p>
    <w:p>
      <w:r>
        <w:t>Thatscriptwaswrittentokeepyoupredictable. Butyouarenotamachine.</w:t>
      </w:r>
    </w:p>
    <w:p>
      <w:r>
        <w:t>Neodidn’twinbyfightingharder—hewonbecausehecouldseethecode</w:t>
      </w:r>
    </w:p>
    <w:p>
      <w:r>
        <w:t>forwhatitwas.</w:t>
      </w:r>
    </w:p>
    <w:p>
      <w:r>
        <w:t>50</w:t>
      </w:r>
    </w:p>
    <w:p>
      <w:r>
        <w:t>CHAPTER 8 — ESCAPINGTHE MATRIX: CRACKINGTHE CODE</w:t>
      </w:r>
    </w:p>
    <w:p>
      <w:r>
        <w:t>In dispatching, seeing the code means looking through the noise and</w:t>
      </w:r>
    </w:p>
    <w:p>
      <w:r>
        <w:t>spottingthe signals —thesubtlerhythms,thehiddentriggers,thepatterns</w:t>
      </w:r>
    </w:p>
    <w:p>
      <w:r>
        <w:t>behindeverypingandrequest.</w:t>
      </w:r>
    </w:p>
    <w:p>
      <w:r>
        <w:t>It’stheabilitytocutthroughchaos,identifywhatmatters,andmovewith</w:t>
      </w:r>
    </w:p>
    <w:p>
      <w:r>
        <w:t>intention insteadofreaction.</w:t>
      </w:r>
    </w:p>
    <w:p>
      <w:r>
        <w:t>Whenyouseethecode,youstepoutofsurvivalmodeandintocontrol.</w:t>
      </w:r>
    </w:p>
    <w:p>
      <w:r>
        <w:t>It means looking past the chaos of nonstop calls and constant demands</w:t>
      </w:r>
    </w:p>
    <w:p>
      <w:r>
        <w:t>to recognize the patterns running the show — your habits, routines, and</w:t>
      </w:r>
    </w:p>
    <w:p>
      <w:r>
        <w:t>automaticreactions.</w:t>
      </w:r>
    </w:p>
    <w:p>
      <w:r>
        <w:t>That realization is your final mission: to see where you’ve been stuck in</w:t>
      </w:r>
    </w:p>
    <w:p>
      <w:r>
        <w:t>loopsand rewritethemlinebyline.</w:t>
      </w:r>
    </w:p>
    <w:p>
      <w:r>
        <w:t>You’renotjustadispatcher. You’retheonebehindthescreen.</w:t>
      </w:r>
    </w:p>
    <w:p>
      <w:r>
        <w:t>Youdesignthereality.</w:t>
      </w:r>
    </w:p>
    <w:p>
      <w:r>
        <w:t>2.TheOldCodeThatKeepsYouStuck</w:t>
      </w:r>
    </w:p>
    <w:p>
      <w:r>
        <w:t>Thesystemtrainsyoutomovefast—butthinksmall.</w:t>
      </w:r>
    </w:p>
    <w:p>
      <w:r>
        <w:t>Beforeyoucanbreakfree,youmustseethelinesofcodesilentlyrunning</w:t>
      </w:r>
    </w:p>
    <w:p>
      <w:r>
        <w:t>yourday.</w:t>
      </w:r>
    </w:p>
    <w:p>
      <w:r>
        <w:t>OldDispatchCodeResult</w:t>
      </w:r>
    </w:p>
    <w:p>
      <w:r>
        <w:t>Takingeverycallortask</w:t>
      </w:r>
    </w:p>
    <w:p>
      <w:r>
        <w:t>Burnoutandnodirection</w:t>
      </w:r>
    </w:p>
    <w:p>
      <w:r>
        <w:t>Reactingtoeveryproblem</w:t>
      </w:r>
    </w:p>
    <w:p>
      <w:r>
        <w:t>Constantstress,nostrategy</w:t>
      </w:r>
    </w:p>
    <w:p>
      <w:r>
        <w:t>Lettingotherssetyourtempo</w:t>
      </w:r>
    </w:p>
    <w:p>
      <w:r>
        <w:t>Losingcontrolofyourpeace</w:t>
      </w:r>
    </w:p>
    <w:p>
      <w:r>
        <w:t>Ignoringdataordetails</w:t>
      </w:r>
    </w:p>
    <w:p>
      <w:r>
        <w:t>Guessinginsteadofplanning</w:t>
      </w:r>
    </w:p>
    <w:p>
      <w:r>
        <w:t>Workingwithoutpurpose</w:t>
      </w:r>
    </w:p>
    <w:p>
      <w:r>
        <w:t>Paycheckswithnoprogression</w:t>
      </w:r>
    </w:p>
    <w:p>
      <w:r>
        <w:t>Thisisdispatchinginthedark —alwaysbusy,rarelybuilding.</w:t>
      </w:r>
    </w:p>
    <w:p>
      <w:r>
        <w:t>Freedombeginsthemomentyoudeclare:</w:t>
      </w:r>
    </w:p>
    <w:p>
      <w:r>
        <w:t>51</w:t>
      </w:r>
    </w:p>
    <w:p>
      <w:r>
        <w:t>LEVELTHE FIELD</w:t>
      </w:r>
    </w:p>
    <w:p>
      <w:r>
        <w:t>“I’mnotdispatchingbydefaultanymore.</w:t>
      </w:r>
    </w:p>
    <w:p>
      <w:r>
        <w:t>I’mdispatchingbydesign.”</w:t>
      </w:r>
    </w:p>
    <w:p>
      <w:r>
        <w:t>3.TheRedPillMoment</w:t>
      </w:r>
    </w:p>
    <w:p>
      <w:r>
        <w:t>TheRedPillmomentisn’tasingleday—it’sadecision.</w:t>
      </w:r>
    </w:p>
    <w:p>
      <w:r>
        <w:t>It’stheinstantyoustopblamingthephones,thecalls,ortheworkload—</w:t>
      </w:r>
    </w:p>
    <w:p>
      <w:r>
        <w:t>andrealizethe realcontrolpanelisyourmindset.</w:t>
      </w:r>
    </w:p>
    <w:p>
      <w:r>
        <w:t>Taking the Red Pill is a line in the sand — the day you stop living at the</w:t>
      </w:r>
    </w:p>
    <w:p>
      <w:r>
        <w:t>mercyofchaos.</w:t>
      </w:r>
    </w:p>
    <w:p>
      <w:r>
        <w:t>It’stradingconfusionforclarity,fearforownership.</w:t>
      </w:r>
    </w:p>
    <w:p>
      <w:r>
        <w:t>It’srejectingtheroleof“reactor”andsteppingfullyinto operator mode.</w:t>
      </w:r>
    </w:p>
    <w:p>
      <w:r>
        <w:t>Nomorenegotiatingwithyourdoubts.</w:t>
      </w:r>
    </w:p>
    <w:p>
      <w:r>
        <w:t>Nomorewaitingforablueprint.</w:t>
      </w:r>
    </w:p>
    <w:p>
      <w:r>
        <w:t>Youaretheblueprint.</w:t>
      </w:r>
    </w:p>
    <w:p>
      <w:r>
        <w:t>Thisiswhereyoureclaimcontrol,setyourownstandards,andstopletting</w:t>
      </w:r>
    </w:p>
    <w:p>
      <w:r>
        <w:t>theworldhandthemtoyou.</w:t>
      </w:r>
    </w:p>
    <w:p>
      <w:r>
        <w:t>Whenyoutakefullownership,youstoplettingthejobrunyou—andstart</w:t>
      </w:r>
    </w:p>
    <w:p>
      <w:r>
        <w:t>runningtheoperation.</w:t>
      </w:r>
    </w:p>
    <w:p>
      <w:r>
        <w:t>Youcan’tdispatchyourdestinyifyou’restilltakingordersfromdoubt.</w:t>
      </w:r>
    </w:p>
    <w:p>
      <w:r>
        <w:t>4.CrackingtheCode:TheDispatcher’sMatrix</w:t>
      </w:r>
    </w:p>
    <w:p>
      <w:r>
        <w:t>Everyticket,call,orloadyouassignisatestofcontrol.</w:t>
      </w:r>
    </w:p>
    <w:p>
      <w:r>
        <w:t>Youeithermanagetheflow—ortheflowmanagesyou.</w:t>
      </w:r>
    </w:p>
    <w:p>
      <w:r>
        <w:t>Here’sthe newcode formastery.</w:t>
      </w:r>
    </w:p>
    <w:p>
      <w:r>
        <w:t>TheNewDispatcherCodeTheUpgrade</w:t>
      </w:r>
    </w:p>
    <w:p>
      <w:r>
        <w:t>Planbeforereacting</w:t>
      </w:r>
    </w:p>
    <w:p>
      <w:r>
        <w:t>Strategybeatsspeed</w:t>
      </w:r>
    </w:p>
    <w:p>
      <w:r>
        <w:t>Communicateclearly,evenunderpressure</w:t>
      </w:r>
    </w:p>
    <w:p>
      <w:r>
        <w:t>Calmisacompetitiveadvantage</w:t>
      </w:r>
    </w:p>
    <w:p>
      <w:r>
        <w:t>Trackeverymetric</w:t>
      </w:r>
    </w:p>
    <w:p>
      <w:r>
        <w:t>Dataisdirection</w:t>
      </w:r>
    </w:p>
    <w:p>
      <w:r>
        <w:t>52</w:t>
      </w:r>
    </w:p>
    <w:p>
      <w:r>
        <w:t>CHAPTER 8 — ESCAPINGTHE MATRIX: CRACKINGTHE CODE</w:t>
      </w:r>
    </w:p>
    <w:p>
      <w:r>
        <w:t>Prioritizeprecisionoverperfection</w:t>
      </w:r>
    </w:p>
    <w:p>
      <w:r>
        <w:t>Progressistherealpower</w:t>
      </w:r>
    </w:p>
    <w:p>
      <w:r>
        <w:t>Protectyourpeaceandfocus</w:t>
      </w:r>
    </w:p>
    <w:p>
      <w:r>
        <w:t>Mentalclarityfuelsexecution</w:t>
      </w:r>
    </w:p>
    <w:p>
      <w:r>
        <w:t>Automatetherepetitive</w:t>
      </w:r>
    </w:p>
    <w:p>
      <w:r>
        <w:t>Freeyourmindforrealproblem-solving</w:t>
      </w:r>
    </w:p>
    <w:p>
      <w:r>
        <w:t>Reflectdaily</w:t>
      </w:r>
    </w:p>
    <w:p>
      <w:r>
        <w:t>Self-awarenessisyourdebuggingtool</w:t>
      </w:r>
    </w:p>
    <w:p>
      <w:r>
        <w:t>Thenewdispatcherdoesn’tchasethenoise—they controlthesignal.</w:t>
      </w:r>
    </w:p>
    <w:p>
      <w:r>
        <w:t>Youseethesystemforwhatitis,andyoubendittowardyouradvantage.</w:t>
      </w:r>
    </w:p>
    <w:p>
      <w:r>
        <w:t>Whenyouoperatefromthiscode,youstopbeinganemployeeofchaosand</w:t>
      </w:r>
    </w:p>
    <w:p>
      <w:r>
        <w:t>startbeingthearchitectofconsistency.</w:t>
      </w:r>
    </w:p>
    <w:p>
      <w:r>
        <w:t>5.LivingOutsidetheMatrix</w:t>
      </w:r>
    </w:p>
    <w:p>
      <w:r>
        <w:t>Onceyou’vecrackedthecode,lifeslowsdowninthebestway.</w:t>
      </w:r>
    </w:p>
    <w:p>
      <w:r>
        <w:t>Youseeopportunitieswhereothersseeoverwhelm.</w:t>
      </w:r>
    </w:p>
    <w:p>
      <w:r>
        <w:t>Youhearclarityinthenoise.</w:t>
      </w:r>
    </w:p>
    <w:p>
      <w:r>
        <w:t>Youmakemovesfromstructure,notstress.</w:t>
      </w:r>
    </w:p>
    <w:p>
      <w:r>
        <w:t>You’renolongerapassengerofcircumstance—you’retheonedrivingthe</w:t>
      </w:r>
    </w:p>
    <w:p>
      <w:r>
        <w:t>route.</w:t>
      </w:r>
    </w:p>
    <w:p>
      <w:r>
        <w:t>Freedomisn’taboutescapingthegrind—it’saboutcontrollingit.</w:t>
      </w:r>
    </w:p>
    <w:p>
      <w:r>
        <w:t>Whenyourmindset,systems,andenergyarealigned,youmovelikeNeoin</w:t>
      </w:r>
    </w:p>
    <w:p>
      <w:r>
        <w:t>thefinalscene: calm,focused,andcompletelyincommand.</w:t>
      </w:r>
    </w:p>
    <w:p>
      <w:r>
        <w:t>You’renotfightingtheMatrixanymore.</w:t>
      </w:r>
    </w:p>
    <w:p>
      <w:r>
        <w:t>You’veoutgrownit.</w:t>
      </w:r>
    </w:p>
    <w:p>
      <w:r>
        <w:t>TheMatrixchaptertaughtyouawarenessandownership—howtoseebeyond</w:t>
      </w:r>
    </w:p>
    <w:p>
      <w:r>
        <w:t>thesurfaceandrewriteyourpatterns.</w:t>
      </w:r>
    </w:p>
    <w:p>
      <w:r>
        <w:t>Nowit’stimetotakethatpowerandpassitforward.</w:t>
      </w:r>
    </w:p>
    <w:p>
      <w:r>
        <w:t>53</w:t>
      </w:r>
    </w:p>
    <w:p>
      <w:r>
        <w:t>LEVELTHE FIELD</w:t>
      </w:r>
    </w:p>
    <w:p>
      <w:r>
        <w:t>54</w:t>
      </w:r>
    </w:p>
    <w:p>
      <w:r>
        <w:t>10</w:t>
      </w:r>
    </w:p>
    <w:p>
      <w:r>
        <w:t>The LegacyCode: Vocab Mastery</w:t>
      </w:r>
    </w:p>
    <w:p>
      <w:r>
        <w:t>Successindispatchingcomesdowntoclarity.</w:t>
      </w:r>
    </w:p>
    <w:p>
      <w:r>
        <w:t>Knowingthelanguageoflogisticsmeansknowinghowtomovewith</w:t>
      </w:r>
    </w:p>
    <w:p>
      <w:r>
        <w:t>confidence.</w:t>
      </w:r>
    </w:p>
    <w:p>
      <w:r>
        <w:t>Thissectiondefinesthekeyterms,codes,andabbreviationsthatseparate</w:t>
      </w:r>
    </w:p>
    <w:p>
      <w:r>
        <w:t>rookiesfromprofessionals—the legacycode ofthedispatchworld.</w:t>
      </w:r>
    </w:p>
    <w:p>
      <w:r>
        <w:t>A</w:t>
      </w:r>
    </w:p>
    <w:p>
      <w:r>
        <w:t>Accessorials — Additional charges added to a freight bill for extra services</w:t>
      </w:r>
    </w:p>
    <w:p>
      <w:r>
        <w:t>suchasdetention,layovers,tarping,liftgate,orlumperfees.</w:t>
      </w:r>
    </w:p>
    <w:p>
      <w:r>
        <w:t>Authority (Operating Authority) — Legal permission from the FMCSA</w:t>
      </w:r>
    </w:p>
    <w:p>
      <w:r>
        <w:t>allowingacarrierorbrokertooperateinterstatecommerce.</w:t>
      </w:r>
    </w:p>
    <w:p>
      <w:r>
        <w:t>API (Application Programming Interface) — Software connection that</w:t>
      </w:r>
    </w:p>
    <w:p>
      <w:r>
        <w:t>allows apps or systems to share data automatically, used in TMS and GPS</w:t>
      </w:r>
    </w:p>
    <w:p>
      <w:r>
        <w:t>integrations.</w:t>
      </w:r>
    </w:p>
    <w:p>
      <w:r>
        <w:t>Asset-BasedCarrier —Atruckingcompanythatownsitsowntrucksand</w:t>
      </w:r>
    </w:p>
    <w:p>
      <w:r>
        <w:t>employsitsdrivers(versusabroker).</w:t>
      </w:r>
    </w:p>
    <w:p>
      <w:r>
        <w:t>Audits(DOT/FMCSA) —Officialreviewsofsafety,compliance,andoperat-</w:t>
      </w:r>
    </w:p>
    <w:p>
      <w:r>
        <w:t>ingproceduresrequiredbyfederalregulation.</w:t>
      </w:r>
    </w:p>
    <w:p>
      <w:r>
        <w:t>55</w:t>
      </w:r>
    </w:p>
    <w:p>
      <w:r>
        <w:t>LEVELTHE FIELD</w:t>
      </w:r>
    </w:p>
    <w:p>
      <w:r>
        <w:t>B</w:t>
      </w:r>
    </w:p>
    <w:p>
      <w:r>
        <w:t>Backhaul —Areturnloadhauledbyatruckthathasjustdeliveredashipment,</w:t>
      </w:r>
    </w:p>
    <w:p>
      <w:r>
        <w:t>usedtomaximizeprofitabilityonthereturnroute.</w:t>
      </w:r>
    </w:p>
    <w:p>
      <w:r>
        <w:t>BillofLading(BOL) —Thelegalshippingdocumentthatlistswhat’sbeing</w:t>
      </w:r>
    </w:p>
    <w:p>
      <w:r>
        <w:t>shipped,pickupanddrop-offlocations,andservesasproofofownershipand</w:t>
      </w:r>
    </w:p>
    <w:p>
      <w:r>
        <w:t>delivery.</w:t>
      </w:r>
    </w:p>
    <w:p>
      <w:r>
        <w:t>Bobtail —Atruckoperatingwithoutatrailer.</w:t>
      </w:r>
    </w:p>
    <w:p>
      <w:r>
        <w:t>Broker(FreightBroker) —Alicensedintermediarywhoconnectsshippers</w:t>
      </w:r>
    </w:p>
    <w:p>
      <w:r>
        <w:t>withcarriersforafeeorcommission.</w:t>
      </w:r>
    </w:p>
    <w:p>
      <w:r>
        <w:t>BrokerBond(SuretyBond) —A$75,000bondrequiredbytheFMCSAfor</w:t>
      </w:r>
    </w:p>
    <w:p>
      <w:r>
        <w:t>alllicensedfreightbrokers(notrequiredfordispatchers).</w:t>
      </w:r>
    </w:p>
    <w:p>
      <w:r>
        <w:t>C</w:t>
      </w:r>
    </w:p>
    <w:p>
      <w:r>
        <w:t>Carrier —Thetruckingcompanyorowner-operatorwhophysicallymoves</w:t>
      </w:r>
    </w:p>
    <w:p>
      <w:r>
        <w:t>freightfrompointAtopointB.</w:t>
      </w:r>
    </w:p>
    <w:p>
      <w:r>
        <w:t>CDL(CommercialDriver’sLicense) —Thelicenserequiredtooperatelarge</w:t>
      </w:r>
    </w:p>
    <w:p>
      <w:r>
        <w:t>commercialvehicles.</w:t>
      </w:r>
    </w:p>
    <w:p>
      <w:r>
        <w:t>COI (Certificate of Insurance) — Proof of liability, cargo, and physical</w:t>
      </w:r>
    </w:p>
    <w:p>
      <w:r>
        <w:t>damagecoverageforcarriers.</w:t>
      </w:r>
    </w:p>
    <w:p>
      <w:r>
        <w:t>Compliance —AdherencetoFMCSAandDOTregulationsforsafety,insur-</w:t>
      </w:r>
    </w:p>
    <w:p>
      <w:r>
        <w:t>ance,anddocumentation.</w:t>
      </w:r>
    </w:p>
    <w:p>
      <w:r>
        <w:t>Cross-Docking —Transferringfreightdirectlyfromonetrucktoanother</w:t>
      </w:r>
    </w:p>
    <w:p>
      <w:r>
        <w:t>withoutstorage,reducinghandlingtime.</w:t>
      </w:r>
    </w:p>
    <w:p>
      <w:r>
        <w:t>Customer/Client —Theshipper,broker,orcarrieradispatcherworkswith.</w:t>
      </w:r>
    </w:p>
    <w:p>
      <w:r>
        <w:t>D</w:t>
      </w:r>
    </w:p>
    <w:p>
      <w:r>
        <w:t>Deadhead —Emptymilesdrivenwithoutaload. Reducingdeadheadincreases</w:t>
      </w:r>
    </w:p>
    <w:p>
      <w:r>
        <w:t>profit.</w:t>
      </w:r>
    </w:p>
    <w:p>
      <w:r>
        <w:t>DetentionPay —Compensationfortimeadriverwaitsbeyondtheagreed-</w:t>
      </w:r>
    </w:p>
    <w:p>
      <w:r>
        <w:t>uponloadingorunloadingperiod.</w:t>
      </w:r>
    </w:p>
    <w:p>
      <w:r>
        <w:t>56</w:t>
      </w:r>
    </w:p>
    <w:p>
      <w:r>
        <w:t>THE LEGACYCODE:VOCAB MASTERY</w:t>
      </w:r>
    </w:p>
    <w:p>
      <w:r>
        <w:t>Dispatcher —Theprofessionalwhocoordinatesloads,communicateswith</w:t>
      </w:r>
    </w:p>
    <w:p>
      <w:r>
        <w:t>drivers,andmanageslogisticsoperationsforcarriers.</w:t>
      </w:r>
    </w:p>
    <w:p>
      <w:r>
        <w:t>DOT (Department of Transportation) — U.S. federal agency overseeing</w:t>
      </w:r>
    </w:p>
    <w:p>
      <w:r>
        <w:t>transportationsafety,driverhours,andcompliancestandards.</w:t>
      </w:r>
    </w:p>
    <w:p>
      <w:r>
        <w:t>DoubleBrokering —Illegalactofre-brokeringaloadwithouttheshipper’s</w:t>
      </w:r>
    </w:p>
    <w:p>
      <w:r>
        <w:t>permission.</w:t>
      </w:r>
    </w:p>
    <w:p>
      <w:r>
        <w:t>Dry Van — The most common type of enclosed trailer used for non-</w:t>
      </w:r>
    </w:p>
    <w:p>
      <w:r>
        <w:t>perishablefreight.</w:t>
      </w:r>
    </w:p>
    <w:p>
      <w:r>
        <w:t>E</w:t>
      </w:r>
    </w:p>
    <w:p>
      <w:r>
        <w:t>ELD(ElectronicLoggingDevice) —Mandateddevicethattracksdriverhours</w:t>
      </w:r>
    </w:p>
    <w:p>
      <w:r>
        <w:t>andensurescompliancewithHOS(HoursofService)regulations.</w:t>
      </w:r>
    </w:p>
    <w:p>
      <w:r>
        <w:t>ETA (Estimated Time of Arrival) — Projected delivery time for a load or</w:t>
      </w:r>
    </w:p>
    <w:p>
      <w:r>
        <w:t>service.</w:t>
      </w:r>
    </w:p>
    <w:p>
      <w:r>
        <w:t>Escrow Account — Reserved funds held by brokers or carriers to cover</w:t>
      </w:r>
    </w:p>
    <w:p>
      <w:r>
        <w:t>potentialpaymentdisputes.</w:t>
      </w:r>
    </w:p>
    <w:p>
      <w:r>
        <w:t>Expedite Load — Time-sensitive freight that must move quickly, often</w:t>
      </w:r>
    </w:p>
    <w:p>
      <w:r>
        <w:t>payingapremiumrate.</w:t>
      </w:r>
    </w:p>
    <w:p>
      <w:r>
        <w:t>F</w:t>
      </w:r>
    </w:p>
    <w:p>
      <w:r>
        <w:t>Factoring — Financial service where carriers sell invoices to a factoring</w:t>
      </w:r>
    </w:p>
    <w:p>
      <w:r>
        <w:t>companyforinstantpayment.</w:t>
      </w:r>
    </w:p>
    <w:p>
      <w:r>
        <w:t>Flatbed —Opentrailerusedforheavyoroversizedfreightsuchaslumber,</w:t>
      </w:r>
    </w:p>
    <w:p>
      <w:r>
        <w:t>machinery,orsteel.</w:t>
      </w:r>
    </w:p>
    <w:p>
      <w:r>
        <w:t>FMCSA(FederalMotorCarrierSafetyAdministration) —U.S.agencythat</w:t>
      </w:r>
    </w:p>
    <w:p>
      <w:r>
        <w:t>regulatesthetruckingindustryandenforcessafetystandards.</w:t>
      </w:r>
    </w:p>
    <w:p>
      <w:r>
        <w:t>Force Majeure — Legal term meaning “act of God,” used in contracts to</w:t>
      </w:r>
    </w:p>
    <w:p>
      <w:r>
        <w:t>excusedelayscausedbyuncontrollableevents(storms,disasters,etc.).</w:t>
      </w:r>
    </w:p>
    <w:p>
      <w:r>
        <w:t>Freight —Goodstransportedinbulkbytruck,train,ship,oraircraft.</w:t>
      </w:r>
    </w:p>
    <w:p>
      <w:r>
        <w:t>57</w:t>
      </w:r>
    </w:p>
    <w:p>
      <w:r>
        <w:t>LEVELTHE FIELD</w:t>
      </w:r>
    </w:p>
    <w:p>
      <w:r>
        <w:t>G</w:t>
      </w:r>
    </w:p>
    <w:p>
      <w:r>
        <w:t>GrossWeight —Totalweightofthetruck,trailer,andcargocombined.</w:t>
      </w:r>
    </w:p>
    <w:p>
      <w:r>
        <w:t>GPS(GlobalPositioningSystem) —Real-timesatellitenavigationusedfor</w:t>
      </w:r>
    </w:p>
    <w:p>
      <w:r>
        <w:t>trackingvehicles,routes,anddeliveries.</w:t>
      </w:r>
    </w:p>
    <w:p>
      <w:r>
        <w:t>H</w:t>
      </w:r>
    </w:p>
    <w:p>
      <w:r>
        <w:t>Hazmat — Hazardous materials requiring special permits, insurance, and</w:t>
      </w:r>
    </w:p>
    <w:p>
      <w:r>
        <w:t>drivercertification.</w:t>
      </w:r>
    </w:p>
    <w:p>
      <w:r>
        <w:t>Hotshot — Small or medium-duty truck hauling time-sensitive or light</w:t>
      </w:r>
    </w:p>
    <w:p>
      <w:r>
        <w:t>loads,oftenusinggoosenecktrailers.</w:t>
      </w:r>
    </w:p>
    <w:p>
      <w:r>
        <w:t>HOS(HoursofService) —FMCSAregulationsthatlimithowlongadriver</w:t>
      </w:r>
    </w:p>
    <w:p>
      <w:r>
        <w:t>canoperatebeforemandatoryrestperiods.</w:t>
      </w:r>
    </w:p>
    <w:p>
      <w:r>
        <w:t>I</w:t>
      </w:r>
    </w:p>
    <w:p>
      <w:r>
        <w:t>IFTA (International Fuel Tax Agreement) — Quarterly fuel tax reporting</w:t>
      </w:r>
    </w:p>
    <w:p>
      <w:r>
        <w:t>requirementforinterstatecarriers.</w:t>
      </w:r>
    </w:p>
    <w:p>
      <w:r>
        <w:t>Independent Dispatcher — A self-employed logistics professional who</w:t>
      </w:r>
    </w:p>
    <w:p>
      <w:r>
        <w:t>booksloadsandmanagesoperationsforoneormorecarriers.</w:t>
      </w:r>
    </w:p>
    <w:p>
      <w:r>
        <w:t>Invoice —Thebillingdocumentsentforpaymentafterdeliveryorservice</w:t>
      </w:r>
    </w:p>
    <w:p>
      <w:r>
        <w:t>completion.</w:t>
      </w:r>
    </w:p>
    <w:p>
      <w:r>
        <w:t>J</w:t>
      </w:r>
    </w:p>
    <w:p>
      <w:r>
        <w:t>Just-in-Time(JIT) —Logisticsmethodthatreducesstoragecostsbydeliver-</w:t>
      </w:r>
    </w:p>
    <w:p>
      <w:r>
        <w:t>ingproductsexactlywhenneeded.</w:t>
      </w:r>
    </w:p>
    <w:p>
      <w:r>
        <w:t>58</w:t>
      </w:r>
    </w:p>
    <w:p>
      <w:r>
        <w:t>THE LEGACYCODE:VOCAB MASTERY</w:t>
      </w:r>
    </w:p>
    <w:p>
      <w:r>
        <w:t>L</w:t>
      </w:r>
    </w:p>
    <w:p>
      <w:r>
        <w:t>LayoverPay —Compensationforadriverdelayedovernightorlongerwhile</w:t>
      </w:r>
    </w:p>
    <w:p>
      <w:r>
        <w:t>waitingforaload.</w:t>
      </w:r>
    </w:p>
    <w:p>
      <w:r>
        <w:t>Load Board — Online marketplace (e.g., DAT, 123Loadboard, Truckstop)</w:t>
      </w:r>
    </w:p>
    <w:p>
      <w:r>
        <w:t>wheredispatchersandcarriersfindfreight.</w:t>
      </w:r>
    </w:p>
    <w:p>
      <w:r>
        <w:t>LTL(LessThanTruckload) —Freightshipmentsthatdonotfillanentire</w:t>
      </w:r>
    </w:p>
    <w:p>
      <w:r>
        <w:t>trailer,oftenconsolidatedwithotherloads.</w:t>
      </w:r>
    </w:p>
    <w:p>
      <w:r>
        <w:t>Lumper Fee — Charge paid to workers who load or unload freight at</w:t>
      </w:r>
    </w:p>
    <w:p>
      <w:r>
        <w:t>warehouses.</w:t>
      </w:r>
    </w:p>
    <w:p>
      <w:r>
        <w:t>M</w:t>
      </w:r>
    </w:p>
    <w:p>
      <w:r>
        <w:t>MCNumber(MotorCarrierNumber) —UniqueidentifierissuedbytheFMCSA</w:t>
      </w:r>
    </w:p>
    <w:p>
      <w:r>
        <w:t>tocarriersorbrokersauthorizedtooperate.</w:t>
      </w:r>
    </w:p>
    <w:p>
      <w:r>
        <w:t>NEMT(Non-EmergencyMedicalTransport) —Dispatchserviceproviding</w:t>
      </w:r>
    </w:p>
    <w:p>
      <w:r>
        <w:t>scheduledmedicaltransportationforpatients.</w:t>
      </w:r>
    </w:p>
    <w:p>
      <w:r>
        <w:t>No-Show —Whenadriverorcarrierfailstoarriveforascheduledload.</w:t>
      </w:r>
    </w:p>
    <w:p>
      <w:r>
        <w:t>O</w:t>
      </w:r>
    </w:p>
    <w:p>
      <w:r>
        <w:t>OTR(Over-the-Road) —Long-distancetruckingthatcrossesstatelinesand</w:t>
      </w:r>
    </w:p>
    <w:p>
      <w:r>
        <w:t>requiresextendedtrips.</w:t>
      </w:r>
    </w:p>
    <w:p>
      <w:r>
        <w:t>Owner-Operator —Adriverwhoownsandoperatestheirowntruckunder</w:t>
      </w:r>
    </w:p>
    <w:p>
      <w:r>
        <w:t>theirownauthorityoraleasedcarrier.</w:t>
      </w:r>
    </w:p>
    <w:p>
      <w:r>
        <w:t>P</w:t>
      </w:r>
    </w:p>
    <w:p>
      <w:r>
        <w:t>P&amp;D(PickupandDelivery) —Thefirstandlaststagesoffreightmovement.</w:t>
      </w:r>
    </w:p>
    <w:p>
      <w:r>
        <w:t>POD(ProofofDelivery) —Signeddocumentverifyingsuccessfuldelivery.</w:t>
      </w:r>
    </w:p>
    <w:p>
      <w:r>
        <w:t>Power-Only —Loadrequiringonlyatractortohaulapre-loadedtrailer.</w:t>
      </w:r>
    </w:p>
    <w:p>
      <w:r>
        <w:t>Pre-TripInspection —FMCSA-requiredsafetycheckbeforeeachhaul.</w:t>
      </w:r>
    </w:p>
    <w:p>
      <w:r>
        <w:t>59</w:t>
      </w:r>
    </w:p>
    <w:p>
      <w:r>
        <w:t>LEVELTHE FIELD</w:t>
      </w:r>
    </w:p>
    <w:p>
      <w:r>
        <w:t>Q</w:t>
      </w:r>
    </w:p>
    <w:p>
      <w:r>
        <w:t>Qualcomm/ELDPlatform —Communicationandtrackingsysteminstalled</w:t>
      </w:r>
    </w:p>
    <w:p>
      <w:r>
        <w:t>intrucksforlocationandcompliancemonitoring.</w:t>
      </w:r>
    </w:p>
    <w:p>
      <w:r>
        <w:t>R</w:t>
      </w:r>
    </w:p>
    <w:p>
      <w:r>
        <w:t>RateConfirmation(RateCon) —Thewrittenagreementbetweenbrokerand</w:t>
      </w:r>
    </w:p>
    <w:p>
      <w:r>
        <w:t>carrierconfirmingloadrate,route,andterms.</w:t>
      </w:r>
    </w:p>
    <w:p>
      <w:r>
        <w:t>Reefer(RefrigeratedTrailer) —Temperature-controlledtrailerusedfor</w:t>
      </w:r>
    </w:p>
    <w:p>
      <w:r>
        <w:t>perishablefreight.</w:t>
      </w:r>
    </w:p>
    <w:p>
      <w:r>
        <w:t>Reroute —Changingtheplannedpathduetotraffic,weather,orschedule</w:t>
      </w:r>
    </w:p>
    <w:p>
      <w:r>
        <w:t>shifts.</w:t>
      </w:r>
    </w:p>
    <w:p>
      <w:r>
        <w:t>Resets(34-HourReset) —MandatorydriverrestperiodunderHOSrulesto</w:t>
      </w:r>
    </w:p>
    <w:p>
      <w:r>
        <w:t>restartweeklydrivinghours.</w:t>
      </w:r>
    </w:p>
    <w:p>
      <w:r>
        <w:t>S</w:t>
      </w:r>
    </w:p>
    <w:p>
      <w:r>
        <w:t>SafetyScore(CSA) —FMCSAratingsystemevaluatingcarriersafetybasedon</w:t>
      </w:r>
    </w:p>
    <w:p>
      <w:r>
        <w:t>inspectionsandviolations.</w:t>
      </w:r>
    </w:p>
    <w:p>
      <w:r>
        <w:t>Shipper —Thecustomerorcompanysendingfreight.</w:t>
      </w:r>
    </w:p>
    <w:p>
      <w:r>
        <w:t>SOP(StandardOperatingProcedure) —Adocumentedprocessoutlining</w:t>
      </w:r>
    </w:p>
    <w:p>
      <w:r>
        <w:t>howrecurringtasksareperformedtomaintainconsistencyandcompliance.</w:t>
      </w:r>
    </w:p>
    <w:p>
      <w:r>
        <w:t>StepDeck —Trailerwithtwolevelsusedfortallorheavyfreightthatcan’t</w:t>
      </w:r>
    </w:p>
    <w:p>
      <w:r>
        <w:t>fitinastandardvan.</w:t>
      </w:r>
    </w:p>
    <w:p>
      <w:r>
        <w:t>T</w:t>
      </w:r>
    </w:p>
    <w:p>
      <w:r>
        <w:t>TMS(TransportationManagementSystem) —Softwarethatmanagesloads,</w:t>
      </w:r>
    </w:p>
    <w:p>
      <w:r>
        <w:t>routes,invoices,anddispatchrecords.</w:t>
      </w:r>
    </w:p>
    <w:p>
      <w:r>
        <w:t>TONU(TruckOrdered,NotUsed) —Feepaidwhenaloadiscanceledafter</w:t>
      </w:r>
    </w:p>
    <w:p>
      <w:r>
        <w:t>thetruckhasbeenassigned.</w:t>
      </w:r>
    </w:p>
    <w:p>
      <w:r>
        <w:t>TowBook/Beacon —Commondigitalsystemsusedfortowdispatching</w:t>
      </w:r>
    </w:p>
    <w:p>
      <w:r>
        <w:t>60</w:t>
      </w:r>
    </w:p>
    <w:p>
      <w:r>
        <w:t>THE LEGACYCODE:VOCAB MASTERY</w:t>
      </w:r>
    </w:p>
    <w:p>
      <w:r>
        <w:t>andrecord-keeping.</w:t>
      </w:r>
    </w:p>
    <w:p>
      <w:r>
        <w:t>Trip Sheet — Log of every load, including pickup, delivery, mileage, and</w:t>
      </w:r>
    </w:p>
    <w:p>
      <w:r>
        <w:t>expenses.</w:t>
      </w:r>
    </w:p>
    <w:p>
      <w:r>
        <w:t>TruckerPath —Appusedforrouteplanning,parking,andfuelstops.</w:t>
      </w:r>
    </w:p>
    <w:p>
      <w:r>
        <w:t>U</w:t>
      </w:r>
    </w:p>
    <w:p>
      <w:r>
        <w:t>Under Dispatch — When a driver or unit is assigned a load and en route to</w:t>
      </w:r>
    </w:p>
    <w:p>
      <w:r>
        <w:t>pickupordelivery.</w:t>
      </w:r>
    </w:p>
    <w:p>
      <w:r>
        <w:t>USDOTNumber —Uniqueidentifierissuedtoallmotorcarriersforfederal</w:t>
      </w:r>
    </w:p>
    <w:p>
      <w:r>
        <w:t>safetytracking.</w:t>
      </w:r>
    </w:p>
    <w:p>
      <w:r>
        <w:t>V</w:t>
      </w:r>
    </w:p>
    <w:p>
      <w:r>
        <w:t>VIN(VehicleIdentificationNumber) —Uniquecodeusedtoidentifyaspecific</w:t>
      </w:r>
    </w:p>
    <w:p>
      <w:r>
        <w:t>truckortrailer.</w:t>
      </w:r>
    </w:p>
    <w:p>
      <w:r>
        <w:t>W</w:t>
      </w:r>
    </w:p>
    <w:p>
      <w:r>
        <w:t>Waybill —Documentaccompanyinggoodslistingdetailslikeshipper,con-</w:t>
      </w:r>
    </w:p>
    <w:p>
      <w:r>
        <w:t>signee,anddestination.</w:t>
      </w:r>
    </w:p>
    <w:p>
      <w:r>
        <w:t>Workflow —Sequenceofactionsinadispatchoperation,frombookingto</w:t>
      </w:r>
    </w:p>
    <w:p>
      <w:r>
        <w:t>billing.</w:t>
      </w:r>
    </w:p>
    <w:p>
      <w:r>
        <w:t>Z</w:t>
      </w:r>
    </w:p>
    <w:p>
      <w:r>
        <w:t>ZoneDispatching —Assigningunitsordriversbasedongeographicsectors</w:t>
      </w:r>
    </w:p>
    <w:p>
      <w:r>
        <w:t>toimproveefficiency.</w:t>
      </w:r>
    </w:p>
    <w:p>
      <w:r>
        <w:t>61</w:t>
      </w:r>
    </w:p>
    <w:p>
      <w:r>
        <w:t>LEVELTHE FIELD</w:t>
      </w:r>
    </w:p>
    <w:p>
      <w:r>
        <w:t>ProTipforMastery</w:t>
      </w:r>
    </w:p>
    <w:p>
      <w:r>
        <w:t>Don’tjustmemorizethiscode— applyit.</w:t>
      </w:r>
    </w:p>
    <w:p>
      <w:r>
        <w:t>Speakitfluentlyoneverycall,ineveryemail,andineverynegotiation.</w:t>
      </w:r>
    </w:p>
    <w:p>
      <w:r>
        <w:t>Masteringthislanguageturnsyoufromaworkerintoaweapon.</w:t>
      </w:r>
    </w:p>
    <w:p>
      <w:r>
        <w:t>Becauseinlogistics,clarityiscontrol—andcontrolispower.</w:t>
      </w:r>
    </w:p>
    <w:p>
      <w:r>
        <w:t>***</w:t>
      </w:r>
    </w:p>
    <w:p>
      <w:r>
        <w:t>62</w:t>
      </w:r>
    </w:p>
    <w:p>
      <w:r>
        <w:t>11</w:t>
      </w:r>
    </w:p>
    <w:p>
      <w:r>
        <w:t>Mastering the Board —YourAt-Home</w:t>
      </w:r>
    </w:p>
    <w:p>
      <w:r>
        <w:t>DispatchTraining Ground</w:t>
      </w:r>
    </w:p>
    <w:p>
      <w:r>
        <w:t>Before you master the board at work, you must first master one at</w:t>
      </w:r>
    </w:p>
    <w:p>
      <w:r>
        <w:t>home.</w:t>
      </w:r>
    </w:p>
    <w:p>
      <w:r>
        <w:t>Every elite dispatcher starts here — with curiosity, consistency,</w:t>
      </w:r>
    </w:p>
    <w:p>
      <w:r>
        <w:t>andahungertolearnhowthemapreallymoves.</w:t>
      </w:r>
    </w:p>
    <w:p>
      <w:r>
        <w:t>The dispatch board is more than a screen full of calls and coordinates —</w:t>
      </w:r>
    </w:p>
    <w:p>
      <w:r>
        <w:t>it’s your battlefield. The tools you train with daily determine how quickly</w:t>
      </w:r>
    </w:p>
    <w:p>
      <w:r>
        <w:t>yougrow,howcalmlyyouoperateunderpressure,andhowconfidentlyyou</w:t>
      </w:r>
    </w:p>
    <w:p>
      <w:r>
        <w:t>navigatethechaos.</w:t>
      </w:r>
    </w:p>
    <w:p>
      <w:r>
        <w:t>Use this section as your training ground — the simulator for your new</w:t>
      </w:r>
    </w:p>
    <w:p>
      <w:r>
        <w:t>career.</w:t>
      </w:r>
    </w:p>
    <w:p>
      <w:r>
        <w:t>DigitalTools oftheTrade</w:t>
      </w:r>
    </w:p>
    <w:p>
      <w:r>
        <w:t>Thesearethecoresystemseverynewdispatchershouldpracticewithdaily.</w:t>
      </w:r>
    </w:p>
    <w:p>
      <w:r>
        <w:t>Masterthemuntiltheyfeelinstinctive.</w:t>
      </w:r>
    </w:p>
    <w:p>
      <w:r>
        <w:t>63</w:t>
      </w:r>
    </w:p>
    <w:p>
      <w:r>
        <w:t>LEVELTHE FIELD</w:t>
      </w:r>
    </w:p>
    <w:p>
      <w:r>
        <w:t>1.GoogleMaps</w:t>
      </w:r>
    </w:p>
    <w:p>
      <w:r>
        <w:t>Yourbestclassroom.</w:t>
      </w:r>
    </w:p>
    <w:p>
      <w:r>
        <w:t>•Practicetracingroutesbetweenmajorcitiesandinterstates(I-65,I-94,</w:t>
      </w:r>
    </w:p>
    <w:p>
      <w:r>
        <w:t>I-40).</w:t>
      </w:r>
    </w:p>
    <w:p>
      <w:r>
        <w:t>•Turnonlivetrafficoverlaystounderstandcongestionpatterns.</w:t>
      </w:r>
    </w:p>
    <w:p>
      <w:r>
        <w:t>•Explorealternateroutes,mileageestimates,andestimatedtimeofarrival</w:t>
      </w:r>
    </w:p>
    <w:p>
      <w:r>
        <w:t>(ETA).</w:t>
      </w:r>
    </w:p>
    <w:p>
      <w:r>
        <w:t>•Zoominontruckstops,weighstations,restareas,andfuelpoints.</w:t>
      </w:r>
    </w:p>
    <w:p>
      <w:r>
        <w:t>•Challenge yourself: Pick two random cities each day and plan the most</w:t>
      </w:r>
    </w:p>
    <w:p>
      <w:r>
        <w:t>efficientroutebetweenthem.</w:t>
      </w:r>
    </w:p>
    <w:p>
      <w:r>
        <w:t>2.Waze/AppleMaps</w:t>
      </w:r>
    </w:p>
    <w:p>
      <w:r>
        <w:t>Learncrowd-sourcednavigationlogic.</w:t>
      </w:r>
    </w:p>
    <w:p>
      <w:r>
        <w:t>•Comparerouterecommendationsbetweenapps.</w:t>
      </w:r>
    </w:p>
    <w:p>
      <w:r>
        <w:t>•Studyhowaccidents,closures,andweatherreroutetrafficinrealtime.</w:t>
      </w:r>
    </w:p>
    <w:p>
      <w:r>
        <w:t>•Note travel-time differences — this will train your eye for decision-</w:t>
      </w:r>
    </w:p>
    <w:p>
      <w:r>
        <w:t>makingunderpressure.</w:t>
      </w:r>
    </w:p>
    <w:p>
      <w:r>
        <w:t>3.MicrosoftExcel/GoogleSheets</w:t>
      </w:r>
    </w:p>
    <w:p>
      <w:r>
        <w:t>Adispatcher’ssecretweapon.</w:t>
      </w:r>
    </w:p>
    <w:p>
      <w:r>
        <w:t>•Createmockdriverlogsandloadtrackers.</w:t>
      </w:r>
    </w:p>
    <w:p>
      <w:r>
        <w:t>•Buildformulastocalculaterevenue,profitpermile,anddetentionpay.</w:t>
      </w:r>
    </w:p>
    <w:p>
      <w:r>
        <w:t>•Practiceconvertingrawdataintoclear,color-codeddashboards.</w:t>
      </w:r>
    </w:p>
    <w:p>
      <w:r>
        <w:t>•Trackfake“loads”dailytobuildspeed,structure,anddataliteracy.</w:t>
      </w:r>
    </w:p>
    <w:p>
      <w:r>
        <w:t>64</w:t>
      </w:r>
    </w:p>
    <w:p>
      <w:r>
        <w:t>MASTERINGTHE BOARD —YOURAT-HOME DISPATCHTRAINING GROUND</w:t>
      </w:r>
    </w:p>
    <w:p>
      <w:r>
        <w:t>4.Trello/Notion/ClickUp</w:t>
      </w:r>
    </w:p>
    <w:p>
      <w:r>
        <w:t>Organizeyourmentalboard.</w:t>
      </w:r>
    </w:p>
    <w:p>
      <w:r>
        <w:t>•Usedigitalcardsorcheckliststosimulatedispatchoperations.</w:t>
      </w:r>
    </w:p>
    <w:p>
      <w:r>
        <w:t>•Grouptasksbydriver,load,ordayoftheweek.</w:t>
      </w:r>
    </w:p>
    <w:p>
      <w:r>
        <w:t>•Practicelabelingurgentvs. non-urgentcalls.</w:t>
      </w:r>
    </w:p>
    <w:p>
      <w:r>
        <w:t>•Learn to document every call or trip systematically — this habit builds</w:t>
      </w:r>
    </w:p>
    <w:p>
      <w:r>
        <w:t>consistencywhenyougolive.</w:t>
      </w:r>
    </w:p>
    <w:p>
      <w:r>
        <w:t>5.YouTube/Podcasts</w:t>
      </w:r>
    </w:p>
    <w:p>
      <w:r>
        <w:t>Turndowntimeintomasterytime.</w:t>
      </w:r>
    </w:p>
    <w:p>
      <w:r>
        <w:t>•Followdispatchchannels,FMCSAupdates,andfreight-industrycommen-</w:t>
      </w:r>
    </w:p>
    <w:p>
      <w:r>
        <w:t>tary.</w:t>
      </w:r>
    </w:p>
    <w:p>
      <w:r>
        <w:t>•Studyvideosonnegotiation,communication,andprofessionaletiquette.</w:t>
      </w:r>
    </w:p>
    <w:p>
      <w:r>
        <w:t>•Listentorealdispatcherssharestories—you’lllearntone,phrasing,and</w:t>
      </w:r>
    </w:p>
    <w:p>
      <w:r>
        <w:t>howtostaycomposedunderpressure.</w:t>
      </w:r>
    </w:p>
    <w:p>
      <w:r>
        <w:t>Offline Practice: BuildingYourDispatch Mindset</w:t>
      </w:r>
    </w:p>
    <w:p>
      <w:r>
        <w:t>Youdon’tneedanofficetostartthinkinglikeaprofessionaldispatcher.</w:t>
      </w:r>
    </w:p>
    <w:p>
      <w:r>
        <w:t>Theseexerciseswillsharpenyourinstinctsathome:</w:t>
      </w:r>
    </w:p>
    <w:p>
      <w:r>
        <w:t>•MapDrills:</w:t>
      </w:r>
    </w:p>
    <w:p>
      <w:r>
        <w:t>•Take10minutesdailytoidentifymajorinterstatesbymemory(I-10,I-70,</w:t>
      </w:r>
    </w:p>
    <w:p>
      <w:r>
        <w:t>I-80,I-90)andtheregionstheyconnect.</w:t>
      </w:r>
    </w:p>
    <w:p>
      <w:r>
        <w:t>•Learn which routes are known for heavy traffic, mountain terrain, or</w:t>
      </w:r>
    </w:p>
    <w:p>
      <w:r>
        <w:t>weatherdelays.</w:t>
      </w:r>
    </w:p>
    <w:p>
      <w:r>
        <w:t>•MileageEstimationGame:</w:t>
      </w:r>
    </w:p>
    <w:p>
      <w:r>
        <w:t>•GuessthedistancebetweentwoU.S.cities(e.g.,ChicagotoNashville).</w:t>
      </w:r>
    </w:p>
    <w:p>
      <w:r>
        <w:t>•CheckyourselfusingGoogleMaps—aimtogetwithin50milesaccuracy.</w:t>
      </w:r>
    </w:p>
    <w:p>
      <w:r>
        <w:t>65</w:t>
      </w:r>
    </w:p>
    <w:p>
      <w:r>
        <w:t>LEVELTHE FIELD</w:t>
      </w:r>
    </w:p>
    <w:p>
      <w:r>
        <w:t>•RadioReps:</w:t>
      </w:r>
    </w:p>
    <w:p>
      <w:r>
        <w:t>•Practiceprofessionalphrasingoutloud: “Copythat,”“10-4,”“Holdfor</w:t>
      </w:r>
    </w:p>
    <w:p>
      <w:r>
        <w:t>confirmation,”and“I’vegotadriverenroute.”</w:t>
      </w:r>
    </w:p>
    <w:p>
      <w:r>
        <w:t>•Confidenceinyourvoicecreatesconfidenceinyouroperation.</w:t>
      </w:r>
    </w:p>
    <w:p>
      <w:r>
        <w:t>•RouteStrategyJournaling:</w:t>
      </w:r>
    </w:p>
    <w:p>
      <w:r>
        <w:t>•Eachnight,loga“dispatchscenario.”</w:t>
      </w:r>
    </w:p>
    <w:p>
      <w:r>
        <w:t>•Example: AdriverbreaksdownonI-40duringastorm. Whatstepswould</w:t>
      </w:r>
    </w:p>
    <w:p>
      <w:r>
        <w:t>youtake?</w:t>
      </w:r>
    </w:p>
    <w:p>
      <w:r>
        <w:t>•Problem-solvinginwritingtrainsyourbrainforreal-timeresponse.</w:t>
      </w:r>
    </w:p>
    <w:p>
      <w:r>
        <w:t>WhyThis Matters</w:t>
      </w:r>
    </w:p>
    <w:p>
      <w:r>
        <w:t>Themoreyoutrainbeforethejob,thefasteryou’llriseonceyou’reinit.</w:t>
      </w:r>
    </w:p>
    <w:p>
      <w:r>
        <w:t>Thisisthe edgethatseparatestheaveragefromtheelite.</w:t>
      </w:r>
    </w:p>
    <w:p>
      <w:r>
        <w:t>Mastering your tools, your maps, and your own focus gives you a silent</w:t>
      </w:r>
    </w:p>
    <w:p>
      <w:r>
        <w:t>advantagethatexperiencealonecan’tteach.</w:t>
      </w:r>
    </w:p>
    <w:p>
      <w:r>
        <w:t>Youdon’tneedpermission,acompanylogin,orafancysetup.</w:t>
      </w:r>
    </w:p>
    <w:p>
      <w:r>
        <w:t>Youjustneed discipline,curiosity,andrepetition .</w:t>
      </w:r>
    </w:p>
    <w:p>
      <w:r>
        <w:t>Whenopportunityknocks,you’llalreadyknowtheboard—becauseyou’ve</w:t>
      </w:r>
    </w:p>
    <w:p>
      <w:r>
        <w:t>beenrunningtheplayseverydayfromyourkitchentable.</w:t>
      </w:r>
    </w:p>
    <w:p>
      <w:r>
        <w:t>ProTip</w:t>
      </w:r>
    </w:p>
    <w:p>
      <w:r>
        <w:t>Yourpracticedoesn’thavetobeperfect—itjusthastobeconsistent.</w:t>
      </w:r>
    </w:p>
    <w:p>
      <w:r>
        <w:t>Thedispatcherwhotrainsdailyfromhomewillalwaysoutperform</w:t>
      </w:r>
    </w:p>
    <w:p>
      <w:r>
        <w:t>theonewhowaitsforsomeonetotrainthem.</w:t>
      </w:r>
    </w:p>
    <w:p>
      <w:r>
        <w:t>***</w:t>
      </w:r>
    </w:p>
    <w:p>
      <w:r>
        <w:t>66</w:t>
      </w:r>
    </w:p>
    <w:p>
      <w:r>
        <w:t>12</w:t>
      </w:r>
    </w:p>
    <w:p>
      <w:r>
        <w:t>Acknowledgments</w:t>
      </w:r>
    </w:p>
    <w:p>
      <w:r>
        <w:t>To my wife, my family, and every person who believed in second</w:t>
      </w:r>
    </w:p>
    <w:p>
      <w:r>
        <w:t>chances—thankyouforremindingmethatredemptionispossible.</w:t>
      </w:r>
    </w:p>
    <w:p>
      <w:r>
        <w:t>Yourfaithbecamemyfuel,andthisbookisourproofthatnostory</w:t>
      </w:r>
    </w:p>
    <w:p>
      <w:r>
        <w:t>endswhereitbegins.</w:t>
      </w:r>
    </w:p>
    <w:p>
      <w:r>
        <w:t>Every long night, every setback, and every “no” only built the strength</w:t>
      </w:r>
    </w:p>
    <w:p>
      <w:r>
        <w:t>neededforthis“yes.”</w:t>
      </w:r>
    </w:p>
    <w:p>
      <w:r>
        <w:t>Tothedreamers,theunderdogs,andtheonesrebuildingfromtheground</w:t>
      </w:r>
    </w:p>
    <w:p>
      <w:r>
        <w:t>up—thisoneisforyou.</w:t>
      </w:r>
    </w:p>
    <w:p>
      <w:r>
        <w:t>Yourcomebackwillinspiresomeoneelse’sbeginning.</w:t>
      </w:r>
    </w:p>
    <w:p>
      <w:r>
        <w:t>***</w:t>
      </w:r>
    </w:p>
    <w:p>
      <w:r>
        <w:t>67</w:t>
      </w:r>
    </w:p>
    <w:p>
      <w:r>
        <w:t>13</w:t>
      </w:r>
    </w:p>
    <w:p>
      <w:r>
        <w:t>About theAuthor</w:t>
      </w:r>
    </w:p>
    <w:p>
      <w:r>
        <w:t>LamarSmith islivingproofthatrockbottomcanbethefoundation</w:t>
      </w:r>
    </w:p>
    <w:p>
      <w:r>
        <w:t>forahigherpurpose.</w:t>
      </w:r>
    </w:p>
    <w:p>
      <w:r>
        <w:t>AfterspendingsixyearsinaTennesseeprison,Lamarcamehome</w:t>
      </w:r>
    </w:p>
    <w:p>
      <w:r>
        <w:t>determinedtorewritehisstory. Witharecord, littleformaleducation, and</w:t>
      </w:r>
    </w:p>
    <w:p>
      <w:r>
        <w:t>theoddsstackedagainsthim,hestruggledthroughjobafterjobthatcouldn’t</w:t>
      </w:r>
    </w:p>
    <w:p>
      <w:r>
        <w:t>fillthevoidofpurposeorstability.</w:t>
      </w:r>
    </w:p>
    <w:p>
      <w:r>
        <w:t>Everything changed when his wife found a dispatching post on social</w:t>
      </w:r>
    </w:p>
    <w:p>
      <w:r>
        <w:t>media — a spark that turned into a mission. Lamar dove into the world</w:t>
      </w:r>
    </w:p>
    <w:p>
      <w:r>
        <w:t>of transportation and logistics, teaching himself the systems, codes, and</w:t>
      </w:r>
    </w:p>
    <w:p>
      <w:r>
        <w:t>disciplinetheindustrydemanded. Dispatchingbecamemorethanwork—it</w:t>
      </w:r>
    </w:p>
    <w:p>
      <w:r>
        <w:t>becameredemption.</w:t>
      </w:r>
    </w:p>
    <w:p>
      <w:r>
        <w:t>Through faith, focus, and relentless drive, Lamar built Infinite Freight</w:t>
      </w:r>
    </w:p>
    <w:p>
      <w:r>
        <w:t>Solutions —abrand,amindset,andamovementforpeoplewhoweretold</w:t>
      </w:r>
    </w:p>
    <w:p>
      <w:r>
        <w:t>“no”butrefusedtostopthere. Now,through InfiniteSolutionsPublishing</w:t>
      </w:r>
    </w:p>
    <w:p>
      <w:r>
        <w:t>andhisdebutbook LeveltheField ,hehelpsothersseethatthesametoolsused</w:t>
      </w:r>
    </w:p>
    <w:p>
      <w:r>
        <w:t>tobuilddispatchsuccesscanrebuildlives.</w:t>
      </w:r>
    </w:p>
    <w:p>
      <w:r>
        <w:t>Helivesbyonerule:</w:t>
      </w:r>
    </w:p>
    <w:p>
      <w:r>
        <w:t>“Ifnoonegivesyoualane—createone.”</w:t>
      </w:r>
    </w:p>
    <w:p>
      <w:r>
        <w:t>68</w:t>
      </w:r>
    </w:p>
    <w:p>
      <w:pPr>
        <w:pStyle w:val="Heading2"/>
      </w:pPr>
      <w:r>
        <w:t>Epilogue</w:t>
      </w:r>
    </w:p>
    <w:p>
      <w:r>
        <w:t>You’vereachedtheendofthisbook—butnottheendofyourjourney.</w:t>
      </w:r>
    </w:p>
    <w:p>
      <w:r>
        <w:t>Thisisthestartingline.</w:t>
      </w:r>
    </w:p>
    <w:p>
      <w:r>
        <w:t>Thepagesyoujustreadarenotamagicfix;theyarea playbook ,amap,and</w:t>
      </w:r>
    </w:p>
    <w:p>
      <w:r>
        <w:t>amirror.</w:t>
      </w:r>
    </w:p>
    <w:p>
      <w:r>
        <w:t>Therealwork—theworkthatbuildslegacies—beginsthemomentyou</w:t>
      </w:r>
    </w:p>
    <w:p>
      <w:r>
        <w:t>closethiscoverandstepbackintotheworld.</w:t>
      </w:r>
    </w:p>
    <w:p>
      <w:r>
        <w:t>Youstartedthisjourneylookingforasecondchance.</w:t>
      </w:r>
    </w:p>
    <w:p>
      <w:r>
        <w:t>Whatyoulearnedisthat secondchancesarenotgiven;they’retaken.</w:t>
      </w:r>
    </w:p>
    <w:p>
      <w:r>
        <w:t>Theyareforgedindisciplinewhenmotivationfades.</w:t>
      </w:r>
    </w:p>
    <w:p>
      <w:r>
        <w:t>Theyarebuiltthroughstrategywhentheworldofferschaos.</w:t>
      </w:r>
    </w:p>
    <w:p>
      <w:r>
        <w:t>Theyareearnedwitheverysmall,consistentactionyouroldselfwouldhave</w:t>
      </w:r>
    </w:p>
    <w:p>
      <w:r>
        <w:t>ignored.</w:t>
      </w:r>
    </w:p>
    <w:p>
      <w:r>
        <w:t>Lookbackatwhoyouwerewhenyoufirstopenedthisbook.</w:t>
      </w:r>
    </w:p>
    <w:p>
      <w:r>
        <w:t>Thatpersonwasstuck,searchingforawayout—seeingwallswhereyou</w:t>
      </w:r>
    </w:p>
    <w:p>
      <w:r>
        <w:t>nowseeopportunities.</w:t>
      </w:r>
    </w:p>
    <w:p>
      <w:r>
        <w:t>Theyfelttrappedbyasystemthatyounowknowhowtodismantle,piece</w:t>
      </w:r>
    </w:p>
    <w:p>
      <w:r>
        <w:t>bypiece.</w:t>
      </w:r>
    </w:p>
    <w:p>
      <w:r>
        <w:t>You’ve learned to master your mind, build your own code, and see the</w:t>
      </w:r>
    </w:p>
    <w:p>
      <w:r>
        <w:t>patternsbehindthenoise.</w:t>
      </w:r>
    </w:p>
    <w:p>
      <w:r>
        <w:t>Thepersonfinishingthisbookisnotthesameonewhostartedit.</w:t>
      </w:r>
    </w:p>
    <w:p>
      <w:r>
        <w:t>Butremember— knowledgeisnotpower. Appliedknowledgeis.</w:t>
      </w:r>
    </w:p>
    <w:p>
      <w:r>
        <w:t>Theprinciplesinthisbookmeannothingiftheystayonthepage.</w:t>
      </w:r>
    </w:p>
    <w:p>
      <w:r>
        <w:t>Yourmissionnowisto livethem.</w:t>
      </w:r>
    </w:p>
    <w:p>
      <w:r>
        <w:t>It’stimetostopaskingforpermissiontosucceed.</w:t>
      </w:r>
    </w:p>
    <w:p>
      <w:r>
        <w:t>It’stimetostopwaitingfortheworldtolevelthefieldforyou.</w:t>
      </w:r>
    </w:p>
    <w:p>
      <w:r>
        <w:t>The game was never designed to be fair — it was designed to be won by</w:t>
      </w:r>
    </w:p>
    <w:p>
      <w:r>
        <w:t>69</w:t>
      </w:r>
    </w:p>
    <w:p>
      <w:r>
        <w:t>LEVELTHE FIELD</w:t>
      </w:r>
    </w:p>
    <w:p>
      <w:r>
        <w:t>thosewho writetheirownrules ,buildtheirownsystems ,andrefusetobe</w:t>
      </w:r>
    </w:p>
    <w:p>
      <w:r>
        <w:t>outworked.</w:t>
      </w:r>
    </w:p>
    <w:p>
      <w:r>
        <w:t>Thepathforwardwon’tbeeasy.</w:t>
      </w:r>
    </w:p>
    <w:p>
      <w:r>
        <w:t>You’llfaceresistance.</w:t>
      </w:r>
    </w:p>
    <w:p>
      <w:r>
        <w:t>Therewillbedayswhenoldhabitsanddoubtscreepbackin.</w:t>
      </w:r>
    </w:p>
    <w:p>
      <w:r>
        <w:t>Butyou’renolongerunarmed.</w:t>
      </w:r>
    </w:p>
    <w:p>
      <w:r>
        <w:t>Youhaveaplaybook.</w:t>
      </w:r>
    </w:p>
    <w:p>
      <w:r>
        <w:t>Youhaveacode.</w:t>
      </w:r>
    </w:p>
    <w:p>
      <w:r>
        <w:t>Youhaveproofthatyoucantakeahit,getbackup,andkeepmovingforward.</w:t>
      </w:r>
    </w:p>
    <w:p>
      <w:r>
        <w:t>Thisisyourstorytowrite.</w:t>
      </w:r>
    </w:p>
    <w:p>
      <w:r>
        <w:t>Thisisyoursecondchancetoclaim.</w:t>
      </w:r>
    </w:p>
    <w:p>
      <w:r>
        <w:t>Definesuccessonyourownterms.</w:t>
      </w:r>
    </w:p>
    <w:p>
      <w:r>
        <w:t>Builditwithyourownhands.</w:t>
      </w:r>
    </w:p>
    <w:p>
      <w:r>
        <w:t>Andneverletanyonetellyouyourpastdisqualifiesyoufromyourfuture.</w:t>
      </w:r>
    </w:p>
    <w:p>
      <w:r>
        <w:t>Thefieldisyours.</w:t>
      </w:r>
    </w:p>
    <w:p>
      <w:r>
        <w:t>Thegameisyours.</w:t>
      </w:r>
    </w:p>
    <w:p>
      <w:r>
        <w:t>Nowgowin it.</w:t>
      </w:r>
    </w:p>
    <w:p>
      <w:r>
        <w:t>***</w:t>
      </w:r>
    </w:p>
    <w:p>
      <w:r>
        <w:t>70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