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CHAPTER 1 —THE REBUILD</w:t>
      </w:r>
    </w:p>
    <w:p>
      <w:r>
        <w:t>Systemsbeatemotioneverytime.</w:t>
      </w:r>
    </w:p>
    <w:p>
      <w:r>
        <w:t>Youwon’tfeelyourwayintodiscipline,butyoucandisciplineyourwayinto</w:t>
      </w:r>
    </w:p>
    <w:p>
      <w:r>
        <w:t>freedom.</w:t>
      </w:r>
    </w:p>
    <w:p>
      <w:r>
        <w:t>Thinkchecklists,timeblocks,follow-ups,andclearhandoffs—justlike</w:t>
      </w:r>
    </w:p>
    <w:p>
      <w:r>
        <w:t>themostefficientdispatchfloorsoperate.</w:t>
      </w:r>
    </w:p>
    <w:p>
      <w:r>
        <w:t>Section3—ProgressionOverPaychecks</w:t>
      </w:r>
    </w:p>
    <w:p>
      <w:r>
        <w:t>Mostpeoplethinkdispatchingisjustaboutmoney. Themoneycomes.</w:t>
      </w:r>
    </w:p>
    <w:p>
      <w:r>
        <w:t>Butdispatchingdoessomethingdeeper—itbuildspeople.</w:t>
      </w:r>
    </w:p>
    <w:p>
      <w:r>
        <w:t>ڬCalmunderpressure: Youstopreacting;youstartdirecting.</w:t>
      </w:r>
    </w:p>
    <w:p>
      <w:r>
        <w:t>ڬRapiddecision-making: Youprioritize,sequence,andexecute.</w:t>
      </w:r>
    </w:p>
    <w:p>
      <w:r>
        <w:t>ڬCommunicationandempathy: Withdrivers, customers, patients, and</w:t>
      </w:r>
    </w:p>
    <w:p>
      <w:r>
        <w:t>police.</w:t>
      </w:r>
    </w:p>
    <w:p>
      <w:r>
        <w:t>ڬOrganization and tech fluency: With CAD, GPS, TMS, logs, and times-</w:t>
      </w:r>
    </w:p>
    <w:p>
      <w:r>
        <w:t>tamps.</w:t>
      </w:r>
    </w:p>
    <w:p>
      <w:r>
        <w:t>Everycalltrainscomposure.</w:t>
      </w:r>
    </w:p>
    <w:p>
      <w:r>
        <w:t>Everydelaybuildspatience.</w:t>
      </w:r>
    </w:p>
    <w:p>
      <w:r>
        <w:t>Everycrisisrefinesleadership.</w:t>
      </w:r>
    </w:p>
    <w:p>
      <w:r>
        <w:t>Yourincomegrowsbecause yougrow.</w:t>
      </w:r>
    </w:p>
    <w:p>
      <w:r>
        <w:t>Youstarttrackingresults,thinkinginpatterns,andplanningthreesteps</w:t>
      </w:r>
    </w:p>
    <w:p>
      <w:r>
        <w:t>ahead.</w:t>
      </w:r>
    </w:p>
    <w:p>
      <w:r>
        <w:t>That is progression — a skill set you can use in business, finance, and</w:t>
      </w:r>
    </w:p>
    <w:p>
      <w:r>
        <w:t>relationships.</w:t>
      </w:r>
    </w:p>
    <w:p>
      <w:r>
        <w:t>Thisiswhereyoustopbeingasurvivorandbecomeastrategist.</w:t>
      </w:r>
    </w:p>
    <w:p>
      <w:r>
        <w:t>Whenotherscomplainaboutpressure,youperformunderit.</w:t>
      </w:r>
    </w:p>
    <w:p>
      <w:r>
        <w:t>Section4—TheCheckpoint:WhoYou’reBecoming</w:t>
      </w:r>
    </w:p>
    <w:p>
      <w:r>
        <w:t>Rebuildingisn’tanevent—it’salifestyle.</w:t>
      </w:r>
    </w:p>
    <w:p>
      <w:r>
        <w:t>Eachmorningisanewrep.</w:t>
      </w:r>
    </w:p>
    <w:p>
      <w:r>
        <w:t>Youdon’tneednewDNA;youneednewdirection.</w:t>
      </w:r>
    </w:p>
    <w:p>
      <w:r>
        <w:t>Lookatyourselfrightnow.</w:t>
      </w:r>
    </w:p>
    <w:p>
      <w:r>
        <w:t>9</w:t>
      </w:r>
    </w:p>
    <w:p>
      <w:r>
        <w:t>LEVELTHE FIELD</w:t>
      </w:r>
    </w:p>
    <w:p>
      <w:r>
        <w:t>You’rereadingabookthatrefusesexcusesandoffersstructure.</w:t>
      </w:r>
    </w:p>
    <w:p>
      <w:r>
        <w:t>Thatmeansyou’vealreadystartedtherebuild.</w:t>
      </w:r>
    </w:p>
    <w:p>
      <w:r>
        <w:t>Keepgoing.</w:t>
      </w:r>
    </w:p>
    <w:p>
      <w:r>
        <w:t>Whenlifethrowsanothercurveball,followthedispatcherrule:</w:t>
      </w:r>
    </w:p>
    <w:p>
      <w:r>
        <w:t>Don’tpanic. Plan. Keepyourheadseton. Opportunityiscallingagain.</w:t>
      </w:r>
    </w:p>
    <w:p>
      <w:r>
        <w:t>RebuildRules</w:t>
      </w:r>
    </w:p>
    <w:p>
      <w:r>
        <w:t>•Facethewreckage. Claritycomesbeforeprogress.</w:t>
      </w:r>
    </w:p>
    <w:p>
      <w:r>
        <w:t>•Usesystems,notmoods. Structureoutlastsmotivation.</w:t>
      </w:r>
    </w:p>
    <w:p>
      <w:r>
        <w:t>•Brickbybrick. Progressthatdoesn’tquitbeatsperfectionthatneverstarts.</w:t>
      </w:r>
    </w:p>
    <w:p>
      <w:r>
        <w:t>TransitiontoChapter2—TheIndustry</w:t>
      </w:r>
    </w:p>
    <w:p>
      <w:r>
        <w:t>Now that you’ve learned how to rebuild, it’s time to look outward — at the</w:t>
      </w:r>
    </w:p>
    <w:p>
      <w:r>
        <w:t>worldyou’resteppinginto.</w:t>
      </w:r>
    </w:p>
    <w:p>
      <w:r>
        <w:t>Thedispatchingindustryisbroad: freight,towing,medical,andemergency</w:t>
      </w:r>
    </w:p>
    <w:p>
      <w:r>
        <w:t>communicationsallrelyonthesamecalm-under-pressuremindset.</w:t>
      </w:r>
    </w:p>
    <w:p>
      <w:r>
        <w:t>Beforeyoumakeyourmove,youneedtounderstandhowtheindustryreally</w:t>
      </w:r>
    </w:p>
    <w:p>
      <w:r>
        <w:t>works.</w:t>
      </w:r>
    </w:p>
    <w:p>
      <w:r>
        <w:t>That’swherewegonext.</w:t>
      </w:r>
    </w:p>
    <w:p>
      <w:r>
        <w:t>***</w:t>
      </w:r>
    </w:p>
    <w:p>
      <w:r>
        <w:t>10</w:t>
      </w:r>
    </w:p>
    <w:p>
      <w:r>
        <w:t>2</w:t>
      </w:r>
    </w:p>
    <w:p>
      <w:r>
        <w:t>Chapter2 —The Industry</w:t>
      </w:r>
    </w:p>
    <w:p>
      <w:r>
        <w:t>You’verebuiltyourmindset—nowit’stimetostepintotheworldthat</w:t>
      </w:r>
    </w:p>
    <w:p>
      <w:r>
        <w:t>rewardsit.</w:t>
      </w:r>
    </w:p>
    <w:p>
      <w:r>
        <w:t>Thedispatchindustryisn’tjustabouttrucksandphones;it’sabout</w:t>
      </w:r>
    </w:p>
    <w:p>
      <w:r>
        <w:t>coordination,confidence,andclarity.</w:t>
      </w:r>
    </w:p>
    <w:p>
      <w:r>
        <w:t>This is one of the most accessible industries in America—a space where</w:t>
      </w:r>
    </w:p>
    <w:p>
      <w:r>
        <w:t>organizationandhustlemattermorethandegreesandtitles.</w:t>
      </w:r>
    </w:p>
    <w:p>
      <w:r>
        <w:t>Dispatchingistheartofdirection.</w:t>
      </w:r>
    </w:p>
    <w:p>
      <w:r>
        <w:t>Theworlddoesn’tmovewithoutit.</w:t>
      </w:r>
    </w:p>
    <w:p>
      <w:r>
        <w:t>Section1—FromSetbacktoStrategist:ADispatcher’sStory</w:t>
      </w:r>
    </w:p>
    <w:p>
      <w:r>
        <w:t>Tounderstandthisindustry,youneedtoseehowitchangeslives.</w:t>
      </w:r>
    </w:p>
    <w:p>
      <w:r>
        <w:t>Considerthestoryofahusbandandwifewhohitrockbottom. Theirbusiness</w:t>
      </w:r>
    </w:p>
    <w:p>
      <w:r>
        <w:t>failed, savings evaporated, and they found themselves starting over with</w:t>
      </w:r>
    </w:p>
    <w:p>
      <w:r>
        <w:t>nothingbutdetermination.</w:t>
      </w:r>
    </w:p>
    <w:p>
      <w:r>
        <w:t>Withoptionslimited,theysawopportunitywhereotherssawnone: logis-</w:t>
      </w:r>
    </w:p>
    <w:p>
      <w:r>
        <w:t>tics.</w:t>
      </w:r>
    </w:p>
    <w:p>
      <w:r>
        <w:t>They started a small service company from their home. He handled the</w:t>
      </w:r>
    </w:p>
    <w:p>
      <w:r>
        <w:t>servicecalls;shetookchargeofdispatching. Therewasnoglamour—justgrit.</w:t>
      </w:r>
    </w:p>
    <w:p>
      <w:r>
        <w:t>She learned to manage routes, communicate with drivers, and keep the</w:t>
      </w:r>
    </w:p>
    <w:p>
      <w:r>
        <w:t>operationmovingonecallatatime. Theworkwasdemanding,andthepay</w:t>
      </w:r>
    </w:p>
    <w:p>
      <w:r>
        <w:t>11</w:t>
      </w:r>
    </w:p>
    <w:p>
      <w:r>
        <w:t>LEVELTHE FIELD</w:t>
      </w:r>
    </w:p>
    <w:p>
      <w:r>
        <w:t>wasmodestatfirst.</w:t>
      </w:r>
    </w:p>
    <w:p>
      <w:r>
        <w:t>Butwitheverydispatchedtruck,shewasbuildingmorethanabusiness—she</w:t>
      </w:r>
    </w:p>
    <w:p>
      <w:r>
        <w:t>wasbuildingresilience,strategy,andafuture.</w:t>
      </w:r>
    </w:p>
    <w:p>
      <w:r>
        <w:t>Five years later, that two-person operation had grown into a thriving</w:t>
      </w:r>
    </w:p>
    <w:p>
      <w:r>
        <w:t>business,turningacombinedincomeof$30,000intoasix-figuresuccess.</w:t>
      </w:r>
    </w:p>
    <w:p>
      <w:r>
        <w:t>Thisisn’tastoryaboutluck.</w:t>
      </w:r>
    </w:p>
    <w:p>
      <w:r>
        <w:t>It’sastoryaboutusingthecoreprinciplesofdispatching—organization,</w:t>
      </w:r>
    </w:p>
    <w:p>
      <w:r>
        <w:t>clearcommunication,andrelentlessfollow-through—toclimboutofahole.</w:t>
      </w:r>
    </w:p>
    <w:p>
      <w:r>
        <w:t>It proves that with the right mindset, a phone and a plan can be more</w:t>
      </w:r>
    </w:p>
    <w:p>
      <w:r>
        <w:t>powerfulthanaprestigiousdegreeorapileofstartupcapital.</w:t>
      </w:r>
    </w:p>
    <w:p>
      <w:r>
        <w:t>Their journey from poverty to prosperity wasn’t an accident; it was dis-</w:t>
      </w:r>
    </w:p>
    <w:p>
      <w:r>
        <w:t>patched .</w:t>
      </w:r>
    </w:p>
    <w:p>
      <w:r>
        <w:t>Section2—TheHeartbeatofMovement</w:t>
      </w:r>
    </w:p>
    <w:p>
      <w:r>
        <w:t>Everyproduct,everyemergencycall,everyrescuebeginswithsomeonegiving</w:t>
      </w:r>
    </w:p>
    <w:p>
      <w:r>
        <w:t>direction—adispatcher.</w:t>
      </w:r>
    </w:p>
    <w:p>
      <w:r>
        <w:t>Whetherit’sfreightcrossingstates,anambulanceonitswaytoascene,or</w:t>
      </w:r>
    </w:p>
    <w:p>
      <w:r>
        <w:t>atowtruckheadedtoabreakdown,dispatchersarethebridgebetweenchaos</w:t>
      </w:r>
    </w:p>
    <w:p>
      <w:r>
        <w:t>andorder.</w:t>
      </w:r>
    </w:p>
    <w:p>
      <w:r>
        <w:t>•FreightDispatching: MovingAmerica’sgoodsfromAtoB.</w:t>
      </w:r>
    </w:p>
    <w:p>
      <w:r>
        <w:t>•TowDispatching: Routingtrucksforroadsiderecoveriesoraccidents.</w:t>
      </w:r>
    </w:p>
    <w:p>
      <w:r>
        <w:t>•Medical Dispatching (NEMT): Coordinating non-emergency patient</w:t>
      </w:r>
    </w:p>
    <w:p>
      <w:r>
        <w:t>transportation.</w:t>
      </w:r>
    </w:p>
    <w:p>
      <w:r>
        <w:t>•911Dispatching: Triagingemergenciesandsendingfirstrespondersto</w:t>
      </w:r>
    </w:p>
    <w:p>
      <w:r>
        <w:t>savelives.</w:t>
      </w:r>
    </w:p>
    <w:p>
      <w:r>
        <w:t>IndustryInsight:</w:t>
      </w:r>
    </w:p>
    <w:p>
      <w:r>
        <w:t>In2025,U.S.logisticssurpassed $1.9trillion inannualvalue.</w:t>
      </w:r>
    </w:p>
    <w:p>
      <w:r>
        <w:t>Dispatcherscontrolthecommunicationflowbehindthatmovement.</w:t>
      </w:r>
    </w:p>
    <w:p>
      <w:r>
        <w:t>Youmayneverseethespotlight—butyourunthestagelights.</w:t>
      </w:r>
    </w:p>
    <w:p>
      <w:r>
        <w:t>12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