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620C6" w14:textId="77777777" w:rsidR="003C28AA" w:rsidRDefault="003C28AA" w:rsidP="00B406C8"/>
    <w:p w14:paraId="47F41609" w14:textId="77777777" w:rsidR="003C28AA" w:rsidRDefault="00000000" w:rsidP="00B406C8">
      <w:pPr>
        <w:jc w:val="center"/>
      </w:pPr>
      <w:r>
        <w:rPr>
          <w:b/>
          <w:sz w:val="32"/>
        </w:rPr>
        <w:t>De-liver-ed</w:t>
      </w:r>
    </w:p>
    <w:p w14:paraId="79FE2365" w14:textId="77777777" w:rsidR="003C28AA" w:rsidRDefault="003C28AA" w:rsidP="00B406C8"/>
    <w:p w14:paraId="25A0C883" w14:textId="77777777" w:rsidR="003C28AA" w:rsidRDefault="00000000" w:rsidP="00B406C8">
      <w:pPr>
        <w:jc w:val="center"/>
      </w:pPr>
      <w:r>
        <w:t>by Louise Prashad</w:t>
      </w:r>
    </w:p>
    <w:p w14:paraId="243915F2" w14:textId="77777777" w:rsidR="003C28AA" w:rsidRDefault="003C28AA" w:rsidP="00B406C8"/>
    <w:p w14:paraId="3D0B9BE9" w14:textId="77777777" w:rsidR="003C28AA" w:rsidRDefault="003C28AA" w:rsidP="00B406C8"/>
    <w:p w14:paraId="01691FED" w14:textId="77777777" w:rsidR="003C28AA" w:rsidRDefault="003C28AA" w:rsidP="00B406C8"/>
    <w:p w14:paraId="38FA7840" w14:textId="77777777" w:rsidR="003C28AA" w:rsidRDefault="003C28AA" w:rsidP="00B406C8"/>
    <w:p w14:paraId="7BE40F15" w14:textId="77777777" w:rsidR="003C28AA" w:rsidRDefault="003C28AA" w:rsidP="00B406C8"/>
    <w:p w14:paraId="77238A24" w14:textId="77777777" w:rsidR="003C28AA" w:rsidRDefault="003C28AA" w:rsidP="00B406C8"/>
    <w:p w14:paraId="29778E7A" w14:textId="77777777" w:rsidR="003C28AA" w:rsidRDefault="003C28AA" w:rsidP="00B406C8"/>
    <w:p w14:paraId="6AA19A7C" w14:textId="77777777" w:rsidR="003C28AA" w:rsidRDefault="003C28AA" w:rsidP="00B406C8"/>
    <w:p w14:paraId="54B081C7" w14:textId="77777777" w:rsidR="003C28AA" w:rsidRDefault="003C28AA" w:rsidP="00B406C8"/>
    <w:p w14:paraId="126F9D5E" w14:textId="77777777" w:rsidR="003C28AA" w:rsidRDefault="003C28AA" w:rsidP="00B406C8"/>
    <w:p w14:paraId="5EF4CC1B" w14:textId="77777777" w:rsidR="003C28AA" w:rsidRDefault="00000000" w:rsidP="00B406C8">
      <w:r>
        <w:t>Louise Prashad</w:t>
      </w:r>
      <w:r>
        <w:br/>
        <w:t>Email: [your email]</w:t>
      </w:r>
      <w:r>
        <w:br/>
        <w:t>Phone: [your phone number]</w:t>
      </w:r>
      <w:r>
        <w:br/>
        <w:t>Address: [your address]</w:t>
      </w:r>
    </w:p>
    <w:p w14:paraId="7047010C" w14:textId="77777777" w:rsidR="003C28AA" w:rsidRDefault="00000000" w:rsidP="00B406C8">
      <w:r>
        <w:br w:type="page"/>
      </w:r>
    </w:p>
    <w:p w14:paraId="1B3F6A00" w14:textId="1BB6CFF6" w:rsidR="003C28AA" w:rsidRDefault="00000000" w:rsidP="00B406C8">
      <w:pPr>
        <w:ind w:firstLine="0"/>
        <w:jc w:val="center"/>
      </w:pPr>
      <w:r>
        <w:rPr>
          <w:b/>
        </w:rPr>
        <w:lastRenderedPageBreak/>
        <w:t>Prologu</w:t>
      </w:r>
      <w:r w:rsidR="00785CE8">
        <w:rPr>
          <w:b/>
        </w:rPr>
        <w:t>e</w:t>
      </w:r>
    </w:p>
    <w:p w14:paraId="6AD23699" w14:textId="77777777" w:rsidR="003C28AA" w:rsidRDefault="00000000" w:rsidP="00B406C8">
      <w:r>
        <w:t>The fluorescent lights above me seem to swim in and out of focus, their glare replaced by a flickering warmth. Every breath feels like it might be my last. It’s strange: I always thought the instant of dying would come with a definitive sense of panic, but all I feel is warmth, like the sun gently pressing against closed eyelids. Distant echoes break the silence—urgent voices, hurried footsteps, the clatter of equipment. Even in my delirium, I recognise that the world around me is in chaos. That alone should terrify me, yet all I sense is stillness, my heartbeat slowing to a gentle, thudding drum.</w:t>
      </w:r>
    </w:p>
    <w:p w14:paraId="1D85790E" w14:textId="77777777" w:rsidR="003C28AA" w:rsidRDefault="00000000" w:rsidP="00B406C8">
      <w:r>
        <w:t>I’m on a bed in some unknown, frantic medical suite, but in my mind’s eye, I see an idyllic beach: white sand, sun beaming down, a gentle surf and me drifting in half-sleep on a lounge chair. I should be cold. I should feel the metallic tang of panic flooding my veins, but I don’t. A calm acceptance cradles me. Is this death? If so, it feels like a curious peace—like exhaling after holding your breath underwater for far too long. I know I am dying but I am so calm.</w:t>
      </w:r>
    </w:p>
    <w:p w14:paraId="2481D01A" w14:textId="77777777" w:rsidR="003C28AA" w:rsidRDefault="00000000" w:rsidP="00B406C8">
      <w:r>
        <w:t>A voice breaks through. “Louise!” someone yells. Is that a nurse? A doctor? I can’t tell. Then there’s Max’s voice—my husband, my anchor, the man I love more than life. His words come muffled, strangled by fear. “Lou, I love you…” The rest is lost, drowned by machines that beep and hiss in rapid fury, begging me to hold on.</w:t>
      </w:r>
    </w:p>
    <w:p w14:paraId="231929E6" w14:textId="77777777" w:rsidR="003C28AA" w:rsidRDefault="00000000" w:rsidP="00B406C8">
      <w:r>
        <w:t>Even in this haze, I grasp at a thought, a memory: the shape of two tiny forms I never got to hold, my babies Mia and Leo still in my womb. I wish to the highest power that my babies will survive, live full rich lives with their Dad by their side. The beach dissolves, replaced by an almost holy hush. It’s as if they’re here, urging me to keep breathing, to find strength. But that strength is fleeting. The edges of my vision darken, collapsing into a dim tunnel.</w:t>
      </w:r>
    </w:p>
    <w:p w14:paraId="176915BA" w14:textId="77777777" w:rsidR="003C28AA" w:rsidRDefault="00000000" w:rsidP="00B406C8">
      <w:r>
        <w:lastRenderedPageBreak/>
        <w:t>In that final glimmer, I feel an overwhelming wave of love, big enough to swallow me whole. I want to cling to it, to let it carry me back toward life. My body, though, is giving up. Suddenly, the beep of the hospital monitors fades and in its place is the soft hush of wind, like someone exhaling against my cheek. The smell of antiseptic grows faint. My mind floats free, as warm darkness envelops me.</w:t>
      </w:r>
    </w:p>
    <w:p w14:paraId="35734AC0" w14:textId="77777777" w:rsidR="003C28AA" w:rsidRDefault="00000000" w:rsidP="00B406C8">
      <w:r>
        <w:t>Everything—the heartbreak, the regrets, the hospital staff shouting—vanishes in one long exhale. Perhaps this is it. Perhaps I’m finally… gone.</w:t>
      </w:r>
    </w:p>
    <w:p w14:paraId="23077AD9" w14:textId="77777777" w:rsidR="003C28AA" w:rsidRDefault="00000000" w:rsidP="00B406C8">
      <w:r>
        <w:t>Then, through the comforting blackness, a door cracks open. Blinding light floods in. A jolt of icy clarity spikes through my body and I am back. I am aware of a surgeon’s firm hands, the sharp voice of an anesthetist calling out numbers, the mechanical hum of a ventilator forced into my lungs. My heart stutters, then pounds. I drift between worlds, caught in a precarious dance between life and death.</w:t>
      </w:r>
    </w:p>
    <w:p w14:paraId="71009B2A" w14:textId="77777777" w:rsidR="003C28AA" w:rsidRDefault="00000000" w:rsidP="00B406C8">
      <w:r>
        <w:t>Yet somewhere beneath all of it, I hear my own voice—weak, a whisper—and I murmur the words: “Max, I’m dying. I love you.” Then darkness once more. I am twenty one years of age and I take my last breathe of this life.</w:t>
      </w:r>
    </w:p>
    <w:p w14:paraId="3F4D8D46" w14:textId="77777777" w:rsidR="003C28AA" w:rsidRDefault="00000000" w:rsidP="00B406C8">
      <w:r>
        <w:t>This is where my story begins and ends, all at once.</w:t>
      </w:r>
    </w:p>
    <w:p w14:paraId="1D318961" w14:textId="1014B991" w:rsidR="003C28AA" w:rsidRDefault="00000000" w:rsidP="00B406C8">
      <w:pPr>
        <w:ind w:firstLine="0"/>
        <w:jc w:val="center"/>
      </w:pPr>
      <w:r>
        <w:rPr>
          <w:b/>
        </w:rPr>
        <w:t>Chapter One</w:t>
      </w:r>
      <w:r w:rsidR="00785CE8">
        <w:rPr>
          <w:b/>
        </w:rPr>
        <w:t>:</w:t>
      </w:r>
    </w:p>
    <w:p w14:paraId="107004A4" w14:textId="77777777" w:rsidR="003C28AA" w:rsidRDefault="00000000" w:rsidP="00B406C8">
      <w:r>
        <w:t>In my life before there was just the girl I used to be. Eighteen. Restless. Certain the worst was already behind me.</w:t>
      </w:r>
    </w:p>
    <w:p w14:paraId="346EB61C" w14:textId="77777777" w:rsidR="003C28AA" w:rsidRDefault="00000000" w:rsidP="00B406C8">
      <w:r>
        <w:t xml:space="preserve">Independence didn’t arrive in the way I’d imagined — no shiny apartment, no crisp new furniture from the IKEA catalogue, no fridge stocked with everything I liked and none of the things I didn’t. I had always imagined that when I began university I would be moving into halls for the full university experience, late night study sessions and parties. Instead, it came in the </w:t>
      </w:r>
      <w:r>
        <w:lastRenderedPageBreak/>
        <w:t>shape of an abandoned church on a tired street in Halifax, staring down the job centre from across the road.</w:t>
      </w:r>
    </w:p>
    <w:p w14:paraId="164D224C" w14:textId="77777777" w:rsidR="003C28AA" w:rsidRDefault="00000000" w:rsidP="00B406C8">
      <w:r>
        <w:t>I had not performed in my A levels as expected an as result had to chase a university place through clearing. I had been accepted at a university a week later to study Law but as a new start up they did not offer the traditional campus that I had longed for. I decided to stay in my home town and commute as I already had a life here, a job, friends and I did not come from an affluent background.</w:t>
      </w:r>
    </w:p>
    <w:p w14:paraId="28297416" w14:textId="77777777" w:rsidR="003C28AA" w:rsidRDefault="00000000" w:rsidP="00B406C8">
      <w:r>
        <w:t>From the outside, my new building looked like it had long since given up. The once-grand stone was flaking in patches like old paint. Arched windows were hidden behind sheets of plywood. Rust bled down the iron gates in streaks, the lock stiff from years of disuse.</w:t>
      </w:r>
    </w:p>
    <w:p w14:paraId="5957257D" w14:textId="77777777" w:rsidR="003C28AA" w:rsidRDefault="00000000" w:rsidP="00B406C8">
      <w:r>
        <w:t>Most people would have walked past without a second glance. Some would have muttered, “Eyesore,” and meant it. But I stood at the threshold and saw something different. Possibility.</w:t>
      </w:r>
    </w:p>
    <w:p w14:paraId="7F4620C5" w14:textId="77777777" w:rsidR="003C28AA" w:rsidRDefault="00000000" w:rsidP="00B406C8">
      <w:r>
        <w:t>The deal was simple: £200 a month, bills included. I would be the “property guardian,” which was really just a polite way of saying live here so no one else moves in. Keep squatters away. Keep the place from falling apart completely.</w:t>
      </w:r>
    </w:p>
    <w:p w14:paraId="40642924" w14:textId="77777777" w:rsidR="003C28AA" w:rsidRDefault="00000000" w:rsidP="00B406C8">
      <w:r>
        <w:t>The church smelled of stone dust and old wood, with a faint trace of something floral that clung to the corners — maybe the last bouquet left behind after the final wedding, dried and crumbling now. The hall was enormous. In the silence, every sound bounced back at me: my footsteps, my breath, the slow creak of the floorboards. It was the kind of emptiness that might have unnerved other people. But to me, it felt like sanctuary.</w:t>
      </w:r>
    </w:p>
    <w:p w14:paraId="5D8B226B" w14:textId="77777777" w:rsidR="003C28AA" w:rsidRDefault="00000000" w:rsidP="00B406C8">
      <w:r>
        <w:t>I traded my pink bedroom at Mum’s for this echoing shell. No footsteps pacing outside my door. No tense silences pressing down on me. Just space — mine.</w:t>
      </w:r>
    </w:p>
    <w:p w14:paraId="3DB442A1" w14:textId="77777777" w:rsidR="003C28AA" w:rsidRDefault="00000000" w:rsidP="00B406C8">
      <w:r>
        <w:lastRenderedPageBreak/>
        <w:t>On move-in day, I brought what I could carry: two battered suitcases with more books than clothes, a second-hand sofa with one leg propped on a stack of magazines and my stack of law textbooks. My desk went beneath the big bay window so that each morning, light would spill across my notes. I told myself it was practical. Really, it was reverence — like I was trying to make a little altar to this new life.</w:t>
      </w:r>
    </w:p>
    <w:p w14:paraId="476CF992" w14:textId="77777777" w:rsidR="003C28AA" w:rsidRDefault="00000000" w:rsidP="00B406C8">
      <w:r>
        <w:t>The rhythm of my days came quickly. Morning: train to Leeds for lectures. Evenings: tie on my apron at TGI Fridays and spend hours walking the sticky floors between clattering trays and booths full of noise. I’d laugh with my coworkers over split milkshakes, or lean against the back door for smoke breaks I didn’t need just to feel the cool air on my face. My wage and student loan kept me afloat and the tips paid for the partying.</w:t>
      </w:r>
    </w:p>
    <w:p w14:paraId="3AAF4323" w14:textId="77777777" w:rsidR="003C28AA" w:rsidRDefault="00000000" w:rsidP="00B406C8">
      <w:r>
        <w:t>When the doors finally closed at midnight, none of us wanted to go home. We’d pile into bars, singing karaoke badly, chasing the illusion that the night could go on forever.</w:t>
      </w:r>
    </w:p>
    <w:p w14:paraId="70AF5B2C" w14:textId="77777777" w:rsidR="003C28AA" w:rsidRDefault="00000000" w:rsidP="00B406C8">
      <w:r>
        <w:t>It wasn’t glamorous, but it was freedom. And after years of moulding myself to fit other people’s expectations, I was learning to make my own choices.</w:t>
      </w:r>
    </w:p>
    <w:p w14:paraId="12498F70" w14:textId="77777777" w:rsidR="003C28AA" w:rsidRDefault="00000000" w:rsidP="00B406C8">
      <w:r>
        <w:t>Then I met him.</w:t>
      </w:r>
    </w:p>
    <w:p w14:paraId="2B107742" w14:textId="77777777" w:rsidR="003C28AA" w:rsidRDefault="00000000" w:rsidP="00B406C8">
      <w:r>
        <w:t>At first, he seemed like part of the backdrop — the kind of face you saw at the same local nightclub every weekend, always in with the DJ, always at the centre of some group. He’d turn up at my work, slipping me free drinks, waving off my offers to pay an entry fee. I told myself it was harmless. Everyone I knew saw him for what he was but no one enlightened me. He crept his way in. This was the first time I had experienced what it felt like to be wanted and I was sucked in. We began dating and he spent more and more time /’’</w:t>
      </w:r>
    </w:p>
    <w:p w14:paraId="31BBE1F7" w14:textId="77777777" w:rsidR="003C28AA" w:rsidRDefault="00000000" w:rsidP="00B406C8">
      <w:r>
        <w:lastRenderedPageBreak/>
        <w:t>slowly, the tone shifted. Compliments about my clothes became criticisms. Questions about my law degree became jokes at my expense. When I talked about my ambitions, he’d scoff like the idea of me finishing a degree was a punchline.</w:t>
      </w:r>
    </w:p>
    <w:p w14:paraId="0FD8830C" w14:textId="77777777" w:rsidR="003C28AA" w:rsidRDefault="00000000" w:rsidP="00B406C8">
      <w:r>
        <w:t>Behind closed doors, his words sharpened.</w:t>
      </w:r>
    </w:p>
    <w:p w14:paraId="00280D53" w14:textId="77777777" w:rsidR="003C28AA" w:rsidRDefault="00000000" w:rsidP="00B406C8">
      <w:r>
        <w:t>The first time he locked me outside in the rain for hours, I thought it was a one-off. The first time he dragged me down the stairs by my hair, I told myself I must have pushed him too far.</w:t>
      </w:r>
    </w:p>
    <w:p w14:paraId="1B93D1D7" w14:textId="77777777" w:rsidR="003C28AA" w:rsidRDefault="00000000" w:rsidP="00B406C8">
      <w:r>
        <w:t>On the morning of my 21st birthday, he threw my shoes from the third-storey window and made me walk barefoot across the gravel to get them. Later, at my birthday party, I smiled through the pain in my feet, the makeup covering bruises, the laughter that sounded hollow in my own ears.</w:t>
      </w:r>
    </w:p>
    <w:p w14:paraId="10E5F0CA" w14:textId="77777777" w:rsidR="003C28AA" w:rsidRDefault="00000000" w:rsidP="00B406C8">
      <w:r>
        <w:t>By then, I’d lost most of my friends. The ones who had tried to pull me away gave up after too many ignored warnings. The isolation suited him. And I’d started self-harming — not for attention, but because pain I could control felt safer than the pain I couldn’t.</w:t>
      </w:r>
    </w:p>
    <w:p w14:paraId="6053226A" w14:textId="77777777" w:rsidR="003C28AA" w:rsidRDefault="00000000" w:rsidP="00B406C8">
      <w:r>
        <w:t>The day I left him wasn’t marked by a fight or a dramatic ultimatum. I just… left. Packed a small bag, walked out and didn’t look back. Most of my belongings stayed behind. He could keep them — so much of what I’d worked for had gone to his drugs, gambling and drink anyway.</w:t>
      </w:r>
    </w:p>
    <w:p w14:paraId="705C1CB7" w14:textId="77777777" w:rsidR="003C28AA" w:rsidRDefault="00000000" w:rsidP="00B406C8">
      <w:r>
        <w:t>I went to my Dad’s and let the quiet begin to stitch me back together.</w:t>
      </w:r>
    </w:p>
    <w:p w14:paraId="18C67B04" w14:textId="77777777" w:rsidR="003C28AA" w:rsidRDefault="00000000" w:rsidP="00B406C8">
      <w:r>
        <w:t>A few weeks later, Max walked into my life.</w:t>
      </w:r>
    </w:p>
    <w:p w14:paraId="1169F68A" w14:textId="77777777" w:rsidR="003C28AA" w:rsidRDefault="00000000" w:rsidP="00B406C8">
      <w:r>
        <w:t xml:space="preserve">A few weeks after I left, I was back on my feet enough to start a new job — a Parisian-style bistro with black-and-white floor tiles, tiny tables pressed close together and the smell of </w:t>
      </w:r>
      <w:r>
        <w:lastRenderedPageBreak/>
        <w:t>warm bread floating from the kitchen. The kind of place where the coffee came in cups thin enough to burn your fingers and the cutlery was polished until you could see yourself in it.</w:t>
      </w:r>
    </w:p>
    <w:p w14:paraId="2923B472" w14:textId="77777777" w:rsidR="003C28AA" w:rsidRDefault="00000000" w:rsidP="00B406C8">
      <w:r>
        <w:t>I was on a late shift the day he walked in.</w:t>
      </w:r>
    </w:p>
    <w:p w14:paraId="59CE489D" w14:textId="77777777" w:rsidR="003C28AA" w:rsidRDefault="00000000" w:rsidP="00B406C8">
      <w:r>
        <w:t>Max.</w:t>
      </w:r>
    </w:p>
    <w:p w14:paraId="59C488A6" w14:textId="77777777" w:rsidR="003C28AA" w:rsidRDefault="00000000" w:rsidP="00B406C8">
      <w:r>
        <w:t>He came straight from the gym — shorts, vest, purple socks pulled high like he didn’t care who noticed. His skin still had the sheen of sweat and his hair was pushed back in a way that looked effortless but probably wasn’t. He leaned against the host stand like he’d been leaning there all his life, chatting and laughing with the front-of-house staff as though he’d known them for years.</w:t>
      </w:r>
    </w:p>
    <w:p w14:paraId="63BB2B6F" w14:textId="77777777" w:rsidR="003C28AA" w:rsidRDefault="00000000" w:rsidP="00B406C8">
      <w:r>
        <w:t>The afternoon light streamed through the big front windows and caught the gold flecks in his eyes. It made me pause mid-step, balancing a tray of empty glasses. Our eyes met for a moment too long and I looked away, pretending to straighten a menu.</w:t>
      </w:r>
    </w:p>
    <w:p w14:paraId="1E7E2714" w14:textId="77777777" w:rsidR="003C28AA" w:rsidRDefault="00000000" w:rsidP="00B406C8">
      <w:r>
        <w:t>I knew of him — Halifax wasn’t big and his name had been mentioned here and there — but I didn’t know him. Not really.</w:t>
      </w:r>
    </w:p>
    <w:p w14:paraId="68ADF75D" w14:textId="77777777" w:rsidR="003C28AA" w:rsidRDefault="00000000" w:rsidP="00B406C8">
      <w:r>
        <w:t>When I walked over to the stand, he smiled like he’d been expecting me. “Fancy a drink?” he asked, easy as anything.</w:t>
      </w:r>
    </w:p>
    <w:p w14:paraId="74F7A777" w14:textId="77777777" w:rsidR="003C28AA" w:rsidRDefault="00000000" w:rsidP="00B406C8">
      <w:r>
        <w:t>I wasn’t used to being asked out, not like that. I heard myself say yes before I’d decided if I meant it. And then, because I wasn’t ready to be alone with someone new, I invited everyone. The kitchen crew. The waitresses. Even his ex-girlfriend and her sister. It was safer that way — a crowd.</w:t>
      </w:r>
    </w:p>
    <w:p w14:paraId="5BE063A9" w14:textId="77777777" w:rsidR="003C28AA" w:rsidRDefault="00000000" w:rsidP="00B406C8">
      <w:r>
        <w:t xml:space="preserve">We ended up crammed into a corner of the local pub, the air thick with the smell of beer and frying chips. The chatter bounced in overlapping circles: chefs debating football, waitresses </w:t>
      </w:r>
      <w:r>
        <w:lastRenderedPageBreak/>
        <w:t>gossiping, laughter cutting through the clink of glasses. Every so often, I’d catch Max looking at me — not staring, just… noticing.</w:t>
      </w:r>
    </w:p>
    <w:p w14:paraId="4A5C25BB" w14:textId="77777777" w:rsidR="003C28AA" w:rsidRDefault="00000000" w:rsidP="00B406C8">
      <w:r>
        <w:t>At some point, the crowd thinned. Conversations blurred into background noise. I found myself sitting across from him, elbows on a sticky wooden table, the hum of the room fading until I could hear the beat of my own heart.</w:t>
      </w:r>
    </w:p>
    <w:p w14:paraId="4C2060E2" w14:textId="77777777" w:rsidR="003C28AA" w:rsidRDefault="00000000" w:rsidP="00B406C8">
      <w:r>
        <w:t>“Tell me about yourself,” he said.</w:t>
      </w:r>
    </w:p>
    <w:p w14:paraId="113191CD" w14:textId="77777777" w:rsidR="003C28AA" w:rsidRDefault="00000000" w:rsidP="00B406C8">
      <w:r>
        <w:t>I told him enough. That I was studying law. That I’d always thought I could change the world. I didn’t mention the bruises. Not yet. He listened like he didn’t want the moment to end.</w:t>
      </w:r>
    </w:p>
    <w:p w14:paraId="35B314D4" w14:textId="77777777" w:rsidR="003C28AA" w:rsidRDefault="00000000" w:rsidP="00B406C8">
      <w:r>
        <w:t>When we left, rain was falling in fine misty sheets, slicking the cobblestones. He draped his coat over my shoulders and we walked, shoulders bumping, laughter carrying down the wet street.</w:t>
      </w:r>
    </w:p>
    <w:p w14:paraId="3232DB10" w14:textId="77777777" w:rsidR="003C28AA" w:rsidRDefault="00000000" w:rsidP="00B406C8">
      <w:r>
        <w:t>My Dad was away, so we ended up at my place. Banjo, one of Max’s friends, came with us. He settled into the armchair with my Dad’s guitar, plucking out soft chords while Max and I sank into the sofa, the rain tapping the windows. It was easy. Uncomplicated. We drank cold beers and let the night slip past in music and low conversation until the first thin light of morning crept in.</w:t>
      </w:r>
    </w:p>
    <w:p w14:paraId="640ACAAE" w14:textId="77777777" w:rsidR="003C28AA" w:rsidRDefault="00000000" w:rsidP="00B406C8">
      <w:r>
        <w:t>In the weeks that followed, we didn’t so much “date” as fall into a rhythm. After my late shifts, I’d find him waiting outside the restaurant. We’d drift from the pub to the karaoke bar to late-night chips. Mornings were for tea in mismatched mugs, for bumping into each other in his small kitchen, for arguing over music while he stirred sauce and I chopped garlic.</w:t>
      </w:r>
    </w:p>
    <w:p w14:paraId="0D0E5533" w14:textId="77777777" w:rsidR="003C28AA" w:rsidRDefault="00000000" w:rsidP="00B406C8">
      <w:r>
        <w:t>One night over pasta, I told him about my past. Not all of it, but enough for him to understand the shape of it. He didn’t try to fix it. He didn’t make grand promises. He just reached across the table and took my hand, his thumb brushing my knuckles in quiet reassurance.</w:t>
      </w:r>
    </w:p>
    <w:p w14:paraId="79E72CC9" w14:textId="77777777" w:rsidR="003C28AA" w:rsidRDefault="00000000" w:rsidP="00B406C8">
      <w:r>
        <w:lastRenderedPageBreak/>
        <w:t>Three months later, we were on a cheap, all-inclusive holiday in Crete. The kind of place where the plastic sun loungers sagged, the buffet food was always lukewarm and the mattresses were thin enough to feel every spring. We got sunburnt, drank too much Martini Asti and danced barefoot on the beach under a scatter of stars. It was both the best and the worst trip I’d ever had — imperfect in all the right ways.</w:t>
      </w:r>
    </w:p>
    <w:p w14:paraId="34AE221E" w14:textId="77777777" w:rsidR="003C28AA" w:rsidRDefault="00000000" w:rsidP="00B406C8">
      <w:r>
        <w:t>When we came home, real life was waiting. I had my RAF application in. I’d aced the interviews, dreamed of a career that felt solid, important. But when the letter came, it was rejection. Not for my skills. Not for my determination. But because of my history of self-harm.</w:t>
      </w:r>
    </w:p>
    <w:p w14:paraId="175F9F8F" w14:textId="77777777" w:rsidR="003C28AA" w:rsidRDefault="00000000" w:rsidP="00B406C8">
      <w:r>
        <w:t>The words on the page glowed like a brand: unfit.</w:t>
      </w:r>
    </w:p>
    <w:p w14:paraId="4A78EF70" w14:textId="77777777" w:rsidR="003C28AA" w:rsidRDefault="00000000" w:rsidP="00B406C8">
      <w:r>
        <w:t>Max found me on the kitchen floor with the letter still in my hand. He knelt down, held my shoulders and said quietly, “They don’t know you. They don’t know what you’re capable of.”</w:t>
      </w:r>
    </w:p>
    <w:p w14:paraId="1C868843" w14:textId="77777777" w:rsidR="003C28AA" w:rsidRDefault="00000000" w:rsidP="00B406C8">
      <w:r>
        <w:t>It was the first time in years I believed it might be true.</w:t>
      </w:r>
    </w:p>
    <w:p w14:paraId="70262D61" w14:textId="77777777" w:rsidR="003C28AA" w:rsidRDefault="00000000" w:rsidP="00B406C8">
      <w:r>
        <w:t>The weeks after the RAF rejection felt like walking out of a storm into still air — disorienting, almost too quiet. I poured myself into work instead, saying yes to every extra shift, every late close. It wasn’t ambition so much as a way to fill the space where that dream had been.</w:t>
      </w:r>
    </w:p>
    <w:p w14:paraId="03A7E78A" w14:textId="77777777" w:rsidR="003C28AA" w:rsidRDefault="00000000" w:rsidP="00B406C8">
      <w:r>
        <w:t>One Tuesday morning, halfway through restocking the bar before opening, my phone buzzed. I almost ignored it — my hands were full of wine bottles — but something in me said to check.</w:t>
      </w:r>
    </w:p>
    <w:p w14:paraId="5B6A5201" w14:textId="77777777" w:rsidR="003C28AA" w:rsidRDefault="00000000" w:rsidP="00B406C8">
      <w:r>
        <w:t>The subject line on the email stopped me cold.</w:t>
      </w:r>
    </w:p>
    <w:p w14:paraId="18D8C509" w14:textId="77777777" w:rsidR="003C28AA" w:rsidRDefault="00000000" w:rsidP="00B406C8">
      <w:r>
        <w:t>Congratulations on Your New Role.</w:t>
      </w:r>
    </w:p>
    <w:p w14:paraId="4F0BA77C" w14:textId="77777777" w:rsidR="003C28AA" w:rsidRDefault="00000000" w:rsidP="00B406C8">
      <w:r>
        <w:lastRenderedPageBreak/>
        <w:t>I’d applied for a manager’s job at a newly refurbished five-star hotel in York weeks before, on a whim. I hadn’t really thought about what it would mean if I got it.</w:t>
      </w:r>
    </w:p>
    <w:p w14:paraId="0D252940" w14:textId="77777777" w:rsidR="003C28AA" w:rsidRDefault="00000000" w:rsidP="00B406C8">
      <w:r>
        <w:t>I read it twice before saying anything. Max had slipped in before opening, leaning against the bar with that half-smile that made my chest feel warm.</w:t>
      </w:r>
    </w:p>
    <w:p w14:paraId="65AC309F" w14:textId="77777777" w:rsidR="003C28AA" w:rsidRDefault="00000000" w:rsidP="00B406C8">
      <w:r>
        <w:t>“They’ve given me the job,” I said, still not sure I believed it.</w:t>
      </w:r>
    </w:p>
    <w:p w14:paraId="19D242B1" w14:textId="77777777" w:rsidR="003C28AA" w:rsidRDefault="00000000" w:rsidP="00B406C8">
      <w:r>
        <w:t>His eyes lit up. But underneath, I saw the flicker of calculation — what it meant for us. York wasn’t Halifax. It was a city. A new start. It meant leaving everything familiar behind.</w:t>
      </w:r>
    </w:p>
    <w:p w14:paraId="32554E9A" w14:textId="77777777" w:rsidR="003C28AA" w:rsidRDefault="00000000" w:rsidP="00B406C8">
      <w:r>
        <w:t>“I want you to come with me,” I told him. I didn’t dress it up or hide the hope in my voice.</w:t>
      </w:r>
    </w:p>
    <w:p w14:paraId="0DB53CAB" w14:textId="77777777" w:rsidR="003C28AA" w:rsidRDefault="00000000" w:rsidP="00B406C8">
      <w:r>
        <w:t>He didn’t hesitate. “Alright. Let’s do it.”</w:t>
      </w:r>
    </w:p>
    <w:p w14:paraId="7CE533F9" w14:textId="77777777" w:rsidR="003C28AA" w:rsidRDefault="00000000" w:rsidP="00B406C8">
      <w:r>
        <w:t>In the weeks that followed, our days were a blur of cardboard boxes, bubble wrap and long lists on scraps of paper. We called it “becoming city folk,” saying it like we’d just been knighted.</w:t>
      </w:r>
    </w:p>
    <w:p w14:paraId="0007DF15" w14:textId="77777777" w:rsidR="003C28AA" w:rsidRDefault="00000000" w:rsidP="00B406C8">
      <w:r>
        <w:t>I’d always loved York. The cobbled lanes, the old stone, the way history felt tucked into every corner. I’d done an internship there in my first year at uni and never quite shaken the feeling that it was… magical.</w:t>
      </w:r>
    </w:p>
    <w:p w14:paraId="4905D36A" w14:textId="77777777" w:rsidR="003C28AA" w:rsidRDefault="00000000" w:rsidP="00B406C8">
      <w:r>
        <w:t>We found a small mezzanine apartment by the river — one bedroom, the bed tucked up in the loft under a skylight. The stairs creaked, the banister wobbled, but from the front window we could see Fossgate, lined with cafés and little shops that smelled of roasted coffee and baking bread.</w:t>
      </w:r>
    </w:p>
    <w:p w14:paraId="7F8C587B" w14:textId="77777777" w:rsidR="003C28AA" w:rsidRDefault="00000000" w:rsidP="00B406C8">
      <w:r>
        <w:t>It felt like a fresh chapter.</w:t>
      </w:r>
    </w:p>
    <w:p w14:paraId="462B5F65" w14:textId="77777777" w:rsidR="003C28AA" w:rsidRDefault="00000000" w:rsidP="00B406C8">
      <w:r>
        <w:t xml:space="preserve">somewhere between the packing and the goodbyes, my body started changing in ways I couldn’t name. It wasn’t dramatic — no sudden sickness, no obvious alarm — just a deep </w:t>
      </w:r>
      <w:r>
        <w:lastRenderedPageBreak/>
        <w:t>tiredness that sat in my bones and wouldn’t leave. My appetite was strange. I’d go from nothing to ravenous in minutes.</w:t>
      </w:r>
    </w:p>
    <w:p w14:paraId="08F77126" w14:textId="77777777" w:rsidR="003C28AA" w:rsidRDefault="00000000" w:rsidP="00B406C8">
      <w:pPr>
        <w:ind w:firstLine="0"/>
        <w:jc w:val="center"/>
      </w:pPr>
      <w:r>
        <w:rPr>
          <w:b/>
        </w:rPr>
        <w:t>Chapter Two:</w:t>
      </w:r>
    </w:p>
    <w:p w14:paraId="17BC6EE9" w14:textId="04E9849D" w:rsidR="003C28AA" w:rsidRDefault="00785CE8" w:rsidP="00B406C8">
      <w:r>
        <w:t>Then came the sausage incident.</w:t>
      </w:r>
    </w:p>
    <w:p w14:paraId="32F7ABA6" w14:textId="77777777" w:rsidR="003C28AA" w:rsidRDefault="00000000" w:rsidP="00B406C8">
      <w:r>
        <w:t>It was late in the shift at the bistro. I was restocking glasses when the craving hit — sudden, overwhelming and absurdly specific. Not just a sausage. Not something microwaved or half-cooked. I needed the kind that was charred at the edges, skin snapping when you bit into it, juices running down your hand. It was primal. I pestered the head chef until he gave in, setting a plate down in front of me with a laugh. He thought it was funny. I didn’t. Something about it lodged under my skin.</w:t>
      </w:r>
    </w:p>
    <w:p w14:paraId="6280D253" w14:textId="77777777" w:rsidR="003C28AA" w:rsidRDefault="00000000" w:rsidP="00B406C8">
      <w:r>
        <w:t>Ruth noticed. She always did.</w:t>
      </w:r>
    </w:p>
    <w:p w14:paraId="03119DE3" w14:textId="77777777" w:rsidR="003C28AA" w:rsidRDefault="00000000" w:rsidP="00B406C8">
      <w:r>
        <w:t>Ruth was older than me but we felt an instant connection, she was so easy to be around . She had spent her youth as a rep first on the Greek Isles and later moved to India. There she had fallen in love with an Indian man and fallen pregnant with her first daughter Amber. Amber was now in her early teens, so beautiful with caramel skin and thick black hair. Ruth and Ambers Dad were estranged for many years until she met Alfie. Alfie was such a jolly man, kind. Malawian with a full afro and lovely smile. She fell head over heels and months later she fell pregnant.</w:t>
      </w:r>
    </w:p>
    <w:p w14:paraId="55E2B7E0" w14:textId="77777777" w:rsidR="003C28AA" w:rsidRDefault="00000000" w:rsidP="00B406C8">
      <w:r>
        <w:t>She’d just had her daughter, Grace — my goddaughter and the light in her eyes these days. Ruth had been around long enough to see every version of me and she’d never been shy about telling me what she thought. She’d hated the man I was with before Max and when she came back from maternity leave to find we were together, she was genuinely thrilled.</w:t>
      </w:r>
    </w:p>
    <w:p w14:paraId="75B4DEDF" w14:textId="77777777" w:rsidR="003C28AA" w:rsidRDefault="00000000" w:rsidP="00B406C8">
      <w:r>
        <w:lastRenderedPageBreak/>
        <w:t>That afternoon, I was leaning against the bar, stifling yet another yawn. Ruth sipped her coffee and gave me that look — the one that mixed mischief with certainty.</w:t>
      </w:r>
    </w:p>
    <w:p w14:paraId="36D70155" w14:textId="77777777" w:rsidR="003C28AA" w:rsidRDefault="00000000" w:rsidP="00B406C8">
      <w:r>
        <w:t>“Lou,” she said, “are you sure you’re not pregnant?”</w:t>
      </w:r>
    </w:p>
    <w:p w14:paraId="715AD824" w14:textId="77777777" w:rsidR="003C28AA" w:rsidRDefault="00000000" w:rsidP="00B406C8">
      <w:r>
        <w:t>I laughed too loudly, shaking my head. “No way.”</w:t>
      </w:r>
    </w:p>
    <w:p w14:paraId="4522DB1C" w14:textId="77777777" w:rsidR="003C28AA" w:rsidRDefault="00000000" w:rsidP="00B406C8">
      <w:r>
        <w:t>her words didn’t leave me. They followed me into the quiet moments — when I lay in Max’s arms listening to the radiator tick, when I caught my reflection sideways and saw a fullness in my belly I hadn’t noticed before. I told myself it was stress. Or change. Or nothing.</w:t>
      </w:r>
    </w:p>
    <w:p w14:paraId="653C88BA" w14:textId="77777777" w:rsidR="003C28AA" w:rsidRDefault="00000000" w:rsidP="00B406C8">
      <w:r>
        <w:t>a few nights later, I was back at my Dad’s house, sitting on the edge of my old bed with a plastic pharmacy bag in my hand. Inside — one pregnancy test. Something small enough to hide in my fist, but heavy enough to change everything.</w:t>
      </w:r>
    </w:p>
    <w:p w14:paraId="5E563351" w14:textId="77777777" w:rsidR="003C28AA" w:rsidRDefault="00000000" w:rsidP="00B406C8">
      <w:r>
        <w:t>I read the instructions twice before I could move. The bathroom light was too bright, the tiles too cold under my feet. Two minutes. That’s what it said. Two minutes to know if my life was about to turn upside down.</w:t>
      </w:r>
    </w:p>
    <w:p w14:paraId="2BFB8BE9" w14:textId="77777777" w:rsidR="003C28AA" w:rsidRDefault="00000000" w:rsidP="00B406C8">
      <w:r>
        <w:t>When the lines appeared, they weren’t faint or hesitant. They were bold. Definite.</w:t>
      </w:r>
    </w:p>
    <w:p w14:paraId="6C33292E" w14:textId="77777777" w:rsidR="003C28AA" w:rsidRDefault="00000000" w:rsidP="00B406C8">
      <w:r>
        <w:t>Pregnant.</w:t>
      </w:r>
    </w:p>
    <w:p w14:paraId="01BFCB1E" w14:textId="77777777" w:rsidR="003C28AA" w:rsidRDefault="00000000" w:rsidP="00B406C8">
      <w:r>
        <w:t>I didn’t cry. I didn’t scream. I just stared, the sound of my own heartbeat filling the silence. Then, under my breath: “Louise, you’ve really done it this time.”</w:t>
      </w:r>
    </w:p>
    <w:p w14:paraId="35DFE5B0" w14:textId="77777777" w:rsidR="003C28AA" w:rsidRDefault="00000000" w:rsidP="00B406C8">
      <w:r>
        <w:t>I sat with it for a day. Then I called Max.</w:t>
      </w:r>
    </w:p>
    <w:p w14:paraId="697B55B9" w14:textId="77777777" w:rsidR="003C28AA" w:rsidRDefault="00000000" w:rsidP="00B406C8">
      <w:r>
        <w:t>“Max,” I said, skipping any kind of lead-in, “I’m pregnant.”</w:t>
      </w:r>
    </w:p>
    <w:p w14:paraId="3B94814F" w14:textId="77777777" w:rsidR="003C28AA" w:rsidRDefault="00000000" w:rsidP="00B406C8">
      <w:r>
        <w:t>He didn’t yell. He didn’t hang up. He just asked if my pill had failed. I told him the truth — that maybe, in Crete, in the blur of sunburn and late nights, I’d missed a couple.</w:t>
      </w:r>
    </w:p>
    <w:p w14:paraId="4B318B24" w14:textId="77777777" w:rsidR="003C28AA" w:rsidRDefault="00000000" w:rsidP="00B406C8">
      <w:r>
        <w:t>His voice stayed steady. “Alright,” he said. “We’ll figure it out.”</w:t>
      </w:r>
    </w:p>
    <w:p w14:paraId="46B3BCF1" w14:textId="77777777" w:rsidR="003C28AA" w:rsidRDefault="00000000" w:rsidP="00B406C8">
      <w:r>
        <w:t>somehow, that steadiness made it real.</w:t>
      </w:r>
    </w:p>
    <w:p w14:paraId="786453B9" w14:textId="77777777" w:rsidR="003C28AA" w:rsidRDefault="00000000" w:rsidP="00B406C8">
      <w:r>
        <w:lastRenderedPageBreak/>
        <w:t>We didn’t tell anyone else for weeks. York became our bubble, the mezzanine flat holding the secret in its creaky stairs and low ceilings. We passed each other in the hallway, our eyes catching for a second, a small smile flickering. It was a strange intimacy — being the only two people in the city who knew our lives had already changed.</w:t>
      </w:r>
    </w:p>
    <w:p w14:paraId="3BECC8CF" w14:textId="77777777" w:rsidR="003C28AA" w:rsidRDefault="00000000" w:rsidP="00B406C8">
      <w:r>
        <w:t>Then one morning, I woke with pain so sharp it knocked the breath out of me. Max found me curled on the sofa, pale and sweating. No questions. No hesitation. Just a taxi to the hospital.</w:t>
      </w:r>
    </w:p>
    <w:p w14:paraId="05E0768F" w14:textId="77777777" w:rsidR="003C28AA" w:rsidRDefault="00000000" w:rsidP="00B406C8">
      <w:r>
        <w:t>The hours there passed in a strange, viscous way — time measured by the shuffle of nurses’ shoes, the rhythmic beep of machines. I hadn’t told my parents yet. They thought I was at Max’s. They didn’t know I was lying under fluorescent lights, clutching at something I hadn’t even held yet.</w:t>
      </w:r>
    </w:p>
    <w:p w14:paraId="0F30F8C2" w14:textId="77777777" w:rsidR="003C28AA" w:rsidRDefault="00000000" w:rsidP="00B406C8">
      <w:r>
        <w:t>Max didn’t leave my side.</w:t>
      </w:r>
    </w:p>
    <w:p w14:paraId="64C3F5C7" w14:textId="77777777" w:rsidR="003C28AA" w:rsidRDefault="00000000" w:rsidP="00B406C8">
      <w:r>
        <w:t>By morning, I was in the scan room. The sonographer talked me through what she was seeing — my uterus, my left ovary — her tone calm, almost casual. Then she paused.</w:t>
      </w:r>
    </w:p>
    <w:p w14:paraId="4CB8C230" w14:textId="77777777" w:rsidR="003C28AA" w:rsidRDefault="00000000" w:rsidP="00B406C8">
      <w:r>
        <w:t>“I see two cysts,” she said slowly. “That usually means your body released two eggs. I’d say I’m about eighty percent sure you’re having twins.”</w:t>
      </w:r>
    </w:p>
    <w:p w14:paraId="66FE7EAE" w14:textId="77777777" w:rsidR="003C28AA" w:rsidRDefault="00000000" w:rsidP="00B406C8">
      <w:r>
        <w:t>Twins.</w:t>
      </w:r>
    </w:p>
    <w:p w14:paraId="4C4ED1D8" w14:textId="77777777" w:rsidR="003C28AA" w:rsidRDefault="00000000" w:rsidP="00B406C8">
      <w:r>
        <w:t>The word seemed to hang in the air, heavy and impossible. I looked at Max. He gave a half-laugh, the same one I felt bubbling up in my own chest — disbelief, excitement, fear, all tangled together.</w:t>
      </w:r>
    </w:p>
    <w:p w14:paraId="06D5363F" w14:textId="77777777" w:rsidR="003C28AA" w:rsidRDefault="00000000" w:rsidP="00B406C8">
      <w:r>
        <w:t>My family’s history with twins wasn’t gentle. My Mum had lost twins on black ice. My grandfather’s twin had died young. My great uncle’s death was a story so bizarre it didn’t seem real. The ghosts stirred.</w:t>
      </w:r>
    </w:p>
    <w:p w14:paraId="3C8EBC25" w14:textId="77777777" w:rsidR="003C28AA" w:rsidRDefault="00000000" w:rsidP="00B406C8">
      <w:r>
        <w:lastRenderedPageBreak/>
        <w:t>When I told Ruth, she gripped my hand and said, “Don’t speak it into the world. It’s just coincidence.”</w:t>
      </w:r>
    </w:p>
    <w:p w14:paraId="4AD4A631" w14:textId="77777777" w:rsidR="003C28AA" w:rsidRDefault="00000000" w:rsidP="00B406C8">
      <w:r>
        <w:t>We waited until the twelve-week scan to tell anyone. My Mum found out first, rummaging through Max’s cupboards and discovering the bounty pack. Then Max’s parents — his Dad laughed for twenty minutes, certain it was a joke, before relief set in. Telling my Dad was simple. I said the words. He smiled. “That’s wonderful news, sweetheart.”</w:t>
      </w:r>
    </w:p>
    <w:p w14:paraId="5AF87BF8" w14:textId="77777777" w:rsidR="003C28AA" w:rsidRDefault="00000000" w:rsidP="00B406C8">
      <w:r>
        <w:t>just like that, the fear loosened its grip.</w:t>
      </w:r>
    </w:p>
    <w:p w14:paraId="09B8AE97" w14:textId="77777777" w:rsidR="003C28AA" w:rsidRDefault="00000000" w:rsidP="00B406C8">
      <w:r>
        <w:t>York wrapped itself around us in those first months — the smell of coffee drifting from Fossgate cafés, the slow mornings with burnt toast, the walks along the river under strings of soft light.</w:t>
      </w:r>
    </w:p>
    <w:p w14:paraId="0D0E9400" w14:textId="77777777" w:rsidR="003C28AA" w:rsidRDefault="00000000" w:rsidP="00B406C8">
      <w:r>
        <w:t>reality didn’t stay romantic. When Max let slip the news at a staff night out, I found myself called into the office at the hotel. “You’re just… not the right fit,” the manager said. No explanation. No second chance. I didn’t need to be told why.</w:t>
      </w:r>
    </w:p>
    <w:p w14:paraId="03507FDF" w14:textId="77777777" w:rsidR="003C28AA" w:rsidRDefault="00000000" w:rsidP="00B406C8">
      <w:r>
        <w:t>The next morning I printed CVs and walked the city until my feet ached. Every door shut — until Masons. Jeanette, the owner, read my CV and said, “When can you start?” I asked if she minded that I was pregnant. She snorted. “Pregnant women work all over the bloody world. You want the job or not?”</w:t>
      </w:r>
    </w:p>
    <w:p w14:paraId="42464682" w14:textId="77777777" w:rsidR="003C28AA" w:rsidRDefault="00000000" w:rsidP="00B406C8">
      <w:r>
        <w:t>I could have kissed her.</w:t>
      </w:r>
    </w:p>
    <w:p w14:paraId="1D0BC16C" w14:textId="77777777" w:rsidR="003C28AA" w:rsidRDefault="00000000" w:rsidP="00B406C8">
      <w:r>
        <w:t>By the time we reached the twenty-week scan, my belly curved out in front of me like a promise. Two heartbeats, side by side on the screen. “A girl and a boy,” the sonographer said, smiling.</w:t>
      </w:r>
    </w:p>
    <w:p w14:paraId="67080EB2" w14:textId="77777777" w:rsidR="003C28AA" w:rsidRDefault="00000000" w:rsidP="00B406C8">
      <w:r>
        <w:t>That night, I posted the scan photo with the caption: Real men make twins. The comments poured in, a chorus of joy from every corner of my life.</w:t>
      </w:r>
    </w:p>
    <w:p w14:paraId="3B28A0ED" w14:textId="77777777" w:rsidR="003C28AA" w:rsidRDefault="00000000" w:rsidP="00B406C8">
      <w:r>
        <w:lastRenderedPageBreak/>
        <w:t>Later, in bed, Max’s hand rested on my stomach. For the first time, I let myself believe it: we were going to be a family.</w:t>
      </w:r>
    </w:p>
    <w:p w14:paraId="20B26AE8" w14:textId="09507815" w:rsidR="003C28AA" w:rsidRDefault="00000000" w:rsidP="00B406C8">
      <w:pPr>
        <w:ind w:firstLine="0"/>
        <w:jc w:val="center"/>
      </w:pPr>
      <w:r>
        <w:rPr>
          <w:b/>
        </w:rPr>
        <w:t>Chapter Three</w:t>
      </w:r>
      <w:r w:rsidR="00785CE8">
        <w:rPr>
          <w:b/>
        </w:rPr>
        <w:t>:</w:t>
      </w:r>
    </w:p>
    <w:p w14:paraId="77BC12B4" w14:textId="77777777" w:rsidR="003C28AA" w:rsidRDefault="00000000" w:rsidP="00B406C8">
      <w:r>
        <w:t>The weeks after the twenty-week scan passed in a haze of tiny milestones. I learned the rhythm of my babies’ movements — the flutter of my daughter’s feet against my ribs, the heavier, slower rolls of my son. At night, lying under the skylight in our little mezzanine loft, I’d trace my stomach with my hands, as if mapping the edges of their world.</w:t>
      </w:r>
    </w:p>
    <w:p w14:paraId="05268E16" w14:textId="77777777" w:rsidR="003C28AA" w:rsidRDefault="00000000" w:rsidP="00B406C8">
      <w:r>
        <w:t>Life was busy, almost relentlessly so. Days at Masons blurred into nights at home, my feet aching from the floorboards, my back sore from leaning over tables. But I didn’t mind. The bistro had become my refuge — the clatter of cutlery, the hum of voices, the smell of garlic and roasting meat wrapping around me like a familiar coat.</w:t>
      </w:r>
    </w:p>
    <w:p w14:paraId="33259DDC" w14:textId="77777777" w:rsidR="003C28AA" w:rsidRDefault="00000000" w:rsidP="00B406C8">
      <w:r>
        <w:t>Max and I still walked the city when we could, slow and deliberate, my pace already changing with the weight I carried. He’d hold my hand as we crossed the bridges, glancing at me like he was memorising the sight — me, round-bellied against the York skyline.</w:t>
      </w:r>
    </w:p>
    <w:p w14:paraId="4525DFC8" w14:textId="77777777" w:rsidR="003C28AA" w:rsidRDefault="00000000" w:rsidP="00B406C8">
      <w:r>
        <w:t>beneath the steady beat of our days, there were flickers. Moments when something felt… off.</w:t>
      </w:r>
    </w:p>
    <w:p w14:paraId="5906D3D8" w14:textId="77777777" w:rsidR="003C28AA" w:rsidRDefault="00000000" w:rsidP="00B406C8">
      <w:r>
        <w:t>It started as a low ache in my lower back, the kind you can blame on long shifts. Then came the swelling — feet puffing in my shoes until the leather felt too tight. My rings grew snug, my hands stiff. I brushed it off, telling myself it was normal. Everyone swelled a bit in pregnancy.</w:t>
      </w:r>
    </w:p>
    <w:p w14:paraId="75F9FDA7" w14:textId="77777777" w:rsidR="003C28AA" w:rsidRDefault="00000000" w:rsidP="00B406C8">
      <w:r>
        <w:t>Jeanette noticed before I did. One afternoon, she caught me leaning hard against the counter, my face pale. “Sit,” she ordered, not waiting for me to argue. “I don’t care if we’re mid-lunch rush. Sit.”</w:t>
      </w:r>
    </w:p>
    <w:p w14:paraId="1284D6FF" w14:textId="77777777" w:rsidR="003C28AA" w:rsidRDefault="00000000" w:rsidP="00B406C8">
      <w:r>
        <w:lastRenderedPageBreak/>
        <w:t>At home, Max hovered. He’d press his hand to my ankle, frown at the imprint his fingers left. “You should get it checked,” he said more than once. But the appointments were short, the midwives brisk. Blood pressure fine, urine fine, twins growing. “You’re doing brilliantly,” they’d say, ushering me out before I could find the words for the unease building in me.</w:t>
      </w:r>
    </w:p>
    <w:p w14:paraId="0D38BAB3" w14:textId="77777777" w:rsidR="003C28AA" w:rsidRDefault="00000000" w:rsidP="00B406C8">
      <w:r>
        <w:t>The tiredness deepened into something heavier. It wasn’t just exhaustion; it was as if my bones had been swapped for lead. I’d wake in the night, struggling to catch my breath, my heart thudding too fast.</w:t>
      </w:r>
    </w:p>
    <w:p w14:paraId="545F1222" w14:textId="77777777" w:rsidR="003C28AA" w:rsidRDefault="00000000" w:rsidP="00B406C8">
      <w:r>
        <w:t>Ruth would call and I’d tell her I was fine. She’d pause, the silence thick with disbelief. “Promise me you’ll keep an eye on it, Lou.”</w:t>
      </w:r>
    </w:p>
    <w:p w14:paraId="5E478987" w14:textId="77777777" w:rsidR="003C28AA" w:rsidRDefault="00000000" w:rsidP="00B406C8">
      <w:r>
        <w:t>Then came the headaches. Not dull aches, but bright, stabbing pain behind my eyes. They’d come on suddenly, sharp enough to stop me mid-sentence.</w:t>
      </w:r>
    </w:p>
    <w:p w14:paraId="7973DE73" w14:textId="77777777" w:rsidR="003C28AA" w:rsidRDefault="00000000" w:rsidP="00B406C8">
      <w:r>
        <w:t>I told myself I was just pushing too hard. York was busy. Twins were heavy. My body was tired. That was all.</w:t>
      </w:r>
    </w:p>
    <w:p w14:paraId="6D29DCE2" w14:textId="77777777" w:rsidR="003C28AA" w:rsidRDefault="00000000" w:rsidP="00B406C8">
      <w:r>
        <w:t>deep down, I knew. I’d always known — even before the words “high risk” started floating between hospital staff like a private language I wasn’t meant to understand.</w:t>
      </w:r>
    </w:p>
    <w:p w14:paraId="7A0BB4B9" w14:textId="77777777" w:rsidR="003C28AA" w:rsidRDefault="00000000" w:rsidP="00B406C8">
      <w:r>
        <w:t>The weeks piled on, each one heavier than the last. My belly swelled faster than I’d expected. Strangers began asking when I was due, their eyes widening when I told them I still had months to go. I’d smile politely, but inside I felt the truth — that my body already felt close to its limits.</w:t>
      </w:r>
    </w:p>
    <w:p w14:paraId="2E210954" w14:textId="77777777" w:rsidR="003C28AA" w:rsidRDefault="00000000" w:rsidP="00B406C8">
      <w:r>
        <w:t xml:space="preserve">At Masons, the clink of cutlery and the rush of orders became background noise to the constant throb in my temples. By mid-shift, my legs would feel thick, the skin stretched so tight it itched. Jeanette caught me once, crouched in the corner, rubbing my calves like I could </w:t>
      </w:r>
      <w:r>
        <w:lastRenderedPageBreak/>
        <w:t>squeeze the ache out of them. She didn’t say much — just brought me a chair and told me to sit while she covered the floor herself.</w:t>
      </w:r>
    </w:p>
    <w:p w14:paraId="446FB98D" w14:textId="77777777" w:rsidR="003C28AA" w:rsidRDefault="00000000" w:rsidP="00B406C8">
      <w:r>
        <w:t>“You’re no good to me if you keel over,” she said, her voice gruff but her eyes soft.</w:t>
      </w:r>
    </w:p>
    <w:p w14:paraId="0D2E2E7E" w14:textId="77777777" w:rsidR="003C28AA" w:rsidRDefault="00000000" w:rsidP="00B406C8">
      <w:r>
        <w:t>Max became my shadow outside of work. He’d meet me halfway home, take the heavier shopping bags without a word. Sometimes he’d watch me walk, that furrow between his brows deepening and I could see his mind ticking over — weighing whether to push me to rest or to let me keep moving.</w:t>
      </w:r>
    </w:p>
    <w:p w14:paraId="3FBA4A33" w14:textId="77777777" w:rsidR="003C28AA" w:rsidRDefault="00000000" w:rsidP="00B406C8">
      <w:r>
        <w:t>The swelling in my hands made it hard to hold a pen. My feet — God, my feet — would leave damp patches on the inside of my shoes by the end of a shift, the skin red and tender. When I mentioned it at an appointment, the midwife smiled as if I’d told her something sweet but inconsequential. “Twins do that to you,” she said, jotting something down without looking up. The tests always came back the same: blood pressure normal, urine normal. On to the next patient.</w:t>
      </w:r>
    </w:p>
    <w:p w14:paraId="68BD69BB" w14:textId="77777777" w:rsidR="003C28AA" w:rsidRDefault="00000000" w:rsidP="00B406C8">
      <w:r>
        <w:t>The headaches came more often now, building like a storm before breaking suddenly, leaving me nauseous and blinking in the light. I started carrying paracetamol everywhere, though it barely made a dent.</w:t>
      </w:r>
    </w:p>
    <w:p w14:paraId="458E17A8" w14:textId="77777777" w:rsidR="003C28AA" w:rsidRDefault="00000000" w:rsidP="00B406C8">
      <w:r>
        <w:t>At night, I’d lie awake in the half-dark of our loft, Max breathing steadily beside me. The city was quiet then, the street below empty except for the odd shadow crossing under the lamplight. I’d press my hands to my stomach, feeling for the kicks and rolls, counting them like beads on a string. Two babies. Two lives. I’d whisper their names — not the ones we’d chosen, not yet, but the ones I’d given them in my head — and promise them I’d get them here safely.</w:t>
      </w:r>
    </w:p>
    <w:p w14:paraId="772E5102" w14:textId="77777777" w:rsidR="003C28AA" w:rsidRDefault="00000000" w:rsidP="00B406C8">
      <w:r>
        <w:t xml:space="preserve">Ruth’s calls became more frequent. Sometimes she didn’t even ask how I was — she’d just tell me about Grace, about her eldest’s teenage moods, about anything that might make me </w:t>
      </w:r>
      <w:r>
        <w:lastRenderedPageBreak/>
        <w:t>laugh. But I could hear it in her voice — the way she was listening between the words, searching for cracks in my “I’m fine.”</w:t>
      </w:r>
    </w:p>
    <w:p w14:paraId="46E6B6C8" w14:textId="77777777" w:rsidR="003C28AA" w:rsidRDefault="00000000" w:rsidP="00B406C8">
      <w:r>
        <w:t>It was a Thursday when the first real warning landed. I’d been at work since morning and the heat from the kitchen clung to the air even in the front of house. By mid-afternoon, my vision blurred. I blinked hard, but the edges of the room stayed soft, swimming slightly. Jeanette didn’t ask. She just told me to grab my bag and sent one of the lads to walk me home.</w:t>
      </w:r>
    </w:p>
    <w:p w14:paraId="1BFEF6A4" w14:textId="77777777" w:rsidR="003C28AA" w:rsidRDefault="00000000" w:rsidP="00B406C8">
      <w:r>
        <w:t>That night, Max stood in the kitchen, arms crossed, watching me force down a plate of pasta. “You need to see someone,” he said. “Not next week. Not at your next check-up. Now.”</w:t>
      </w:r>
    </w:p>
    <w:p w14:paraId="1F48BF35" w14:textId="77777777" w:rsidR="003C28AA" w:rsidRDefault="00000000" w:rsidP="00B406C8">
      <w:r>
        <w:t>I wanted to argue — to tell him it was fine, that I’d just pushed too hard. But the truth was there, pulsing behind my eyes. Something wasn’t right.</w:t>
      </w:r>
    </w:p>
    <w:p w14:paraId="44DC0EA0" w14:textId="77777777" w:rsidR="003C28AA" w:rsidRDefault="00000000" w:rsidP="00B406C8">
      <w:r>
        <w:t>By Friday, the headache was still there — not just lingering, but drilling, pulsing behind my eyes like it had taken up permanent residence. The swelling had crept higher, my calves thick and tight, my shoes biting into the tops of my feet. Even the skin on my face felt different, stretched in a way I couldn’t name.</w:t>
      </w:r>
    </w:p>
    <w:p w14:paraId="4929D6B5" w14:textId="77777777" w:rsidR="003C28AA" w:rsidRDefault="00000000" w:rsidP="00B406C8">
      <w:r>
        <w:t>Max didn’t bother asking this time. He just grabbed my coat and keys, said, “We’re going.”</w:t>
      </w:r>
    </w:p>
    <w:p w14:paraId="651EBBA3" w14:textId="77777777" w:rsidR="003C28AA" w:rsidRDefault="00000000" w:rsidP="00B406C8">
      <w:r>
        <w:t>The hospital was all harsh lights and echoing corridors, the kind of place that feels colder than the air outside. We sat in the waiting area for over an hour, surrounded by the tinny soundtrack of a daytime quiz show playing on the wall-mounted TV. Every time I shifted in my chair, a sharp ache stabbed low in my back.</w:t>
      </w:r>
    </w:p>
    <w:p w14:paraId="67114CE8" w14:textId="77777777" w:rsidR="003C28AA" w:rsidRDefault="00000000" w:rsidP="00B406C8">
      <w:r>
        <w:t>When they finally called me through, I rattled off the list — headaches, swelling, blurred vision, fatigue that no amount of sleep could touch. The midwife nodded in that way that made it clear she’d heard it all before.</w:t>
      </w:r>
    </w:p>
    <w:p w14:paraId="1DC04151" w14:textId="77777777" w:rsidR="003C28AA" w:rsidRDefault="00000000" w:rsidP="00B406C8">
      <w:r>
        <w:lastRenderedPageBreak/>
        <w:t>The tests always came back the same: blood pressure normal, urine normal.</w:t>
      </w:r>
    </w:p>
    <w:p w14:paraId="73967C84" w14:textId="77777777" w:rsidR="003C28AA" w:rsidRDefault="00000000" w:rsidP="00B406C8">
      <w:r>
        <w:t>“Just pregnancy symptoms,” she said, typing briskly into the computer. “You’re carrying twins, so everything’s amplified. Keep your feet up when you can, drink plenty of water.”</w:t>
      </w:r>
    </w:p>
    <w:p w14:paraId="6F33C7B7" w14:textId="77777777" w:rsidR="003C28AA" w:rsidRDefault="00000000" w:rsidP="00B406C8">
      <w:r>
        <w:t>Her voice was pleasant, efficient — the kind that could lull you into believing nothing was wrong. But I’d never been this kind of tired before. Never had my body felt like a foreign country I didn’t have the map for.</w:t>
      </w:r>
    </w:p>
    <w:p w14:paraId="3081A9BF" w14:textId="77777777" w:rsidR="003C28AA" w:rsidRDefault="00000000" w:rsidP="00B406C8">
      <w:r>
        <w:t>Max asked if there was anything else they could check. She shook her head. “If it gets worse, come back. Otherwise, you’re doing great.”</w:t>
      </w:r>
    </w:p>
    <w:p w14:paraId="7959DE5F" w14:textId="77777777" w:rsidR="003C28AA" w:rsidRDefault="00000000" w:rsidP="00B406C8">
      <w:r>
        <w:t>just like that, we were back in the corridor, discharge papers in my hand, the smell of antiseptic already fading.</w:t>
      </w:r>
    </w:p>
    <w:p w14:paraId="07B4E87D" w14:textId="77777777" w:rsidR="003C28AA" w:rsidRDefault="00000000" w:rsidP="00B406C8">
      <w:r>
        <w:t>The taxi ride home was quiet. I watched the city pass in blurs of brick and glass, the rain streaking the windows. I wanted to believe her. I wanted to tell myself it was all part of the deal, that I was just another pregnant woman learning the limits of her body.</w:t>
      </w:r>
    </w:p>
    <w:p w14:paraId="4247AE32" w14:textId="77777777" w:rsidR="003C28AA" w:rsidRDefault="00000000" w:rsidP="00B406C8">
      <w:r>
        <w:t>under the hum of the tyres on wet tarmac, I could hear my pulse in my ears. And somewhere deep down, I knew this wasn’t over.</w:t>
      </w:r>
    </w:p>
    <w:p w14:paraId="52F28323" w14:textId="77E1B76B" w:rsidR="003C28AA" w:rsidRDefault="00000000" w:rsidP="00B406C8">
      <w:pPr>
        <w:ind w:firstLine="0"/>
        <w:jc w:val="center"/>
      </w:pPr>
      <w:r>
        <w:rPr>
          <w:b/>
        </w:rPr>
        <w:t>Chapter Four</w:t>
      </w:r>
      <w:r w:rsidR="00785CE8">
        <w:rPr>
          <w:b/>
        </w:rPr>
        <w:t>:</w:t>
      </w:r>
    </w:p>
    <w:p w14:paraId="3C9DC0CA" w14:textId="77777777" w:rsidR="003C28AA" w:rsidRDefault="00000000" w:rsidP="00B406C8">
      <w:r>
        <w:t>Over the next two weeks, my world shrank. The walks along the river stopped. Even a short stroll left me breathless, my legs heavy as if I were wading through waist-high water. Max started doing the shopping alone. Ruth came by more often, dropping off food she knew I probably wouldn’t eat but wanted me to have anyway.</w:t>
      </w:r>
    </w:p>
    <w:p w14:paraId="0AF9CE84" w14:textId="77777777" w:rsidR="003C28AA" w:rsidRDefault="00000000" w:rsidP="00B406C8">
      <w:r>
        <w:t>The swelling no longer came and went — it stayed. My ankles disappeared entirely, my feet puffing out over my shoes until the seams left red tracks in my skin. I’d wake in the night with my hands tingling, the fingers stiff and clumsy.</w:t>
      </w:r>
    </w:p>
    <w:p w14:paraId="2C745C38" w14:textId="77777777" w:rsidR="003C28AA" w:rsidRDefault="00000000" w:rsidP="00B406C8">
      <w:r>
        <w:lastRenderedPageBreak/>
        <w:t>The headaches were the worst. They weren’t just pain; they were pressure — an invisible hand clamped around my skull. Some days it felt like my brain was floating just behind my eyes, pushing against them, desperate to get out. Light hurt. Sound hurt. Even the rhythm of my own breathing seemed too loud inside my head.</w:t>
      </w:r>
    </w:p>
    <w:p w14:paraId="0702A803" w14:textId="77777777" w:rsidR="003C28AA" w:rsidRDefault="00000000" w:rsidP="00B406C8">
      <w:r>
        <w:t>Max kept pushing for me to go back to the hospital. “Something’s wrong,” he’d say, his voice tight. But every appointment was the same. The tests always came back the same: blood pressure normal, urine normal. “You’re doing brilliantly,” they’d smile. And each time, I’d walk out feeling smaller, like I’d imagined the whole thing.</w:t>
      </w:r>
    </w:p>
    <w:p w14:paraId="0BF44280" w14:textId="77777777" w:rsidR="003C28AA" w:rsidRDefault="00000000" w:rsidP="00B406C8">
      <w:r>
        <w:t>Except I knew I hadn’t.</w:t>
      </w:r>
    </w:p>
    <w:p w14:paraId="34A7DFF3" w14:textId="77777777" w:rsidR="003C28AA" w:rsidRDefault="00000000" w:rsidP="00B406C8">
      <w:r>
        <w:t>It was a Sunday night when the pain in my upper abdomen began — a slow, grinding ache just under my ribs. At first, I thought it was indigestion. But it built, hour by hour, until it felt like something inside me was being wrung out.</w:t>
      </w:r>
    </w:p>
    <w:p w14:paraId="274730A4" w14:textId="77777777" w:rsidR="003C28AA" w:rsidRDefault="00000000" w:rsidP="00B406C8">
      <w:r>
        <w:t>I lay curled on the sofa, knees to my chest, the TV flickering shadows across the room. Max sat beside me, rubbing slow circles on my back. He kept glancing at the clock, then at me, as if trying to time something neither of us could name.</w:t>
      </w:r>
    </w:p>
    <w:p w14:paraId="7121C25E" w14:textId="77777777" w:rsidR="003C28AA" w:rsidRDefault="00000000" w:rsidP="00B406C8">
      <w:r>
        <w:t>By midnight, the ache was sharp enough to make me gasp when I moved. Max called a taxi. No arguments this time.</w:t>
      </w:r>
    </w:p>
    <w:p w14:paraId="372A723B" w14:textId="77777777" w:rsidR="003C28AA" w:rsidRDefault="00000000" w:rsidP="00B406C8">
      <w:r>
        <w:t>The hospital lights were harsher at night, the corridors quieter but no less cold. I was ushered into a small room, bloods taken, a cuff squeezed around my arm. The midwife barely looked at me.</w:t>
      </w:r>
    </w:p>
    <w:p w14:paraId="726D126E" w14:textId="77777777" w:rsidR="003C28AA" w:rsidRDefault="00000000" w:rsidP="00B406C8">
      <w:r>
        <w:t>The tests always came back the same: blood pressure normal, urine normal. “Probably a bit of heartburn,” she said. “You’ve got two babies in there crowding your organs. Try some antacids. And rest.”</w:t>
      </w:r>
    </w:p>
    <w:p w14:paraId="5D68ED5C" w14:textId="77777777" w:rsidR="003C28AA" w:rsidRDefault="00000000" w:rsidP="00B406C8">
      <w:r>
        <w:lastRenderedPageBreak/>
        <w:t>Rest. As if that was all it would take to fix whatever was coiling tighter inside me.</w:t>
      </w:r>
    </w:p>
    <w:p w14:paraId="1D66D5BD" w14:textId="77777777" w:rsidR="003C28AA" w:rsidRDefault="00000000" w:rsidP="00B406C8">
      <w:r>
        <w:t>April unfurled like a half-remembered dream.</w:t>
      </w:r>
    </w:p>
    <w:p w14:paraId="0D227C0B" w14:textId="77777777" w:rsidR="003C28AA" w:rsidRDefault="00000000" w:rsidP="00B406C8">
      <w:r>
        <w:t>The morning of the baby shower found me pushing open the door to the little cake shop where soft chatter and the hiss of the espresso machine already filled the air. I’d draped strands of bunting—tiny onesies, bottles, rattles—in gentle pastels across the ceiling beams and set out my baby-bear biscuits, each one piped with a simple honey-yellow icing bow. One corner was devoted to bib painting, with fabric-safe paints waiting for playful fingerprints and another to “guess the bump length,” where friends measured with teasing grins. It was everything I had dreamt of.</w:t>
      </w:r>
    </w:p>
    <w:p w14:paraId="7EFD774D" w14:textId="77777777" w:rsidR="003C28AA" w:rsidRDefault="00000000" w:rsidP="00B406C8">
      <w:r>
        <w:t>One by one, the women I care about trickled in: childhood friends catching up as if no time had passed, new colleagues offering quiet congratulations, my mother-in-law sipping her tea and reminding me to sit down, my Mum slipping an arm around my shoulders. They settled together around the long table, clutching steaming mugs, swapping stories—about weddings and jobs and nursery décor—while occasionally pausing to check on my biscuits or peek at my bump. The warmth in their voices, the easy way they leaned in close, made the room feel more like home than any café ever could.</w:t>
      </w:r>
    </w:p>
    <w:p w14:paraId="5CD6C5D9" w14:textId="77777777" w:rsidR="003C28AA" w:rsidRDefault="00000000" w:rsidP="00B406C8">
      <w:r>
        <w:t>As the afternoon light shifted through the shop’s front window, Mum appeared with pots of paint and led everyone to the painted oak on a canvas that Max had drawn as a guest book.. Fingers dipped in lavender, mint and buttercup pressed into the branches, leaving a patchwork of prints that already looked like family. I sank onto a stool, tired but smiling and watched them: laughter around me, paint on their fingertips, sweet biscuits disappearing too fast. It was perfect, it wasn’t grand—it was warm, it was alive and it was exactly what I needed. My face was pale, eyes dark with black rings but my smile beamed.</w:t>
      </w:r>
    </w:p>
    <w:p w14:paraId="3670FFDB" w14:textId="77777777" w:rsidR="003C28AA" w:rsidRDefault="00000000" w:rsidP="00B406C8">
      <w:r>
        <w:lastRenderedPageBreak/>
        <w:t>At home that night, I lay awake until dawn, watching the first light creep across the ceiling. I felt the babies move — not the light flutters from before, but heavier, more insistent rolls. I pressed my hands to my stomach, whispering the same thing over and over: Just hold on. Just a little longer.</w:t>
      </w:r>
    </w:p>
    <w:p w14:paraId="28144F39" w14:textId="77777777" w:rsidR="003C28AA" w:rsidRDefault="00000000" w:rsidP="00B406C8">
      <w:r>
        <w:t>deep down, I knew we were running out of “longer.”</w:t>
      </w:r>
    </w:p>
    <w:p w14:paraId="2E300F4E" w14:textId="77777777" w:rsidR="003C28AA" w:rsidRDefault="00000000" w:rsidP="00B406C8">
      <w:r>
        <w:t>It happened on a Tuesday.</w:t>
      </w:r>
    </w:p>
    <w:p w14:paraId="04C7F5C3" w14:textId="77777777" w:rsidR="003C28AA" w:rsidRDefault="00000000" w:rsidP="00B406C8">
      <w:r>
        <w:t>The day began like so many lately — me propped up in bed because lying flat made it harder to breathe, the curtains still drawn against a daylight that felt too bright. My head was pounding before I’d even tried to move. Max kissed my forehead before leaving for work, told me to rest and left a glass of water within reach.</w:t>
      </w:r>
    </w:p>
    <w:p w14:paraId="062BE5D4" w14:textId="77777777" w:rsidR="003C28AA" w:rsidRDefault="00000000" w:rsidP="00B406C8">
      <w:r>
        <w:t>By mid-morning, the headache had sharpened into something surgical. It wasn’t just behind my eyes anymore — it was in my jaw, down my neck, thrumming in time with my pulse. My vision blurred, then snapped back, as if someone was flicking a switch on and off.</w:t>
      </w:r>
    </w:p>
    <w:p w14:paraId="5D1C9B07" w14:textId="77777777" w:rsidR="003C28AA" w:rsidRDefault="00000000" w:rsidP="00B406C8">
      <w:r>
        <w:t>I tried to stand and my feet didn’t quite catch me. The room tilted. My hands found the edge of the kitchen counter, but they felt weak, like they belonged to someone else.</w:t>
      </w:r>
    </w:p>
    <w:p w14:paraId="2D745168" w14:textId="77777777" w:rsidR="003C28AA" w:rsidRDefault="00000000" w:rsidP="00B406C8">
      <w:r>
        <w:t>Then came the nose bleeds — hot, fast, relentless. I barely made it to the bathroom. When I lifted my head from the sink, the face staring back at me in the mirror barely looked like mine. My skin was grey, my eyes ringed with deep shadows, my cheeks puffy.</w:t>
      </w:r>
    </w:p>
    <w:p w14:paraId="6263D1E7" w14:textId="77777777" w:rsidR="003C28AA" w:rsidRDefault="00000000" w:rsidP="00B406C8">
      <w:r>
        <w:t>The babies were moving less. I told myself they were just sleeping, that I was imagining it, but panic was already climbing my throat.</w:t>
      </w:r>
    </w:p>
    <w:p w14:paraId="2A7883EE" w14:textId="77777777" w:rsidR="003C28AA" w:rsidRDefault="00000000" w:rsidP="00B406C8">
      <w:r>
        <w:t>I called Max. He didn’t hesitate. “Hospital,” was all he said.</w:t>
      </w:r>
    </w:p>
    <w:p w14:paraId="6C6A0259" w14:textId="77777777" w:rsidR="003C28AA" w:rsidRDefault="00000000" w:rsidP="00B406C8">
      <w:r>
        <w:t>The taxi ride was a blur of rain-smeared windows and the smell of damp upholstery.</w:t>
      </w:r>
    </w:p>
    <w:p w14:paraId="39E8F5B6" w14:textId="77777777" w:rsidR="003C28AA" w:rsidRDefault="00000000" w:rsidP="00B406C8">
      <w:r>
        <w:lastRenderedPageBreak/>
        <w:t>When I arrived, they didn’t rush. They didn’t see what Max saw — the way my body was folding in on itself, the way my voice was thinner than it should be. I was placed in a side room, blood pressure taken, urine sample collected.</w:t>
      </w:r>
    </w:p>
    <w:p w14:paraId="392717D1" w14:textId="77777777" w:rsidR="003C28AA" w:rsidRDefault="00000000" w:rsidP="00B406C8">
      <w:r>
        <w:t>The tests always came back the same: blood pressure normal, urine normal.</w:t>
      </w:r>
    </w:p>
    <w:p w14:paraId="2BC97874" w14:textId="77777777" w:rsidR="003C28AA" w:rsidRDefault="00000000" w:rsidP="00B406C8">
      <w:r>
        <w:t>I wanted to scream. I wanted to grab them by the shoulders and tell them this wasn’t normal, that I could feel something wrong deep in my bones. But my words felt slow, thick, like they were wading through mud before they reached my mouth.</w:t>
      </w:r>
    </w:p>
    <w:p w14:paraId="6B1ED793" w14:textId="77777777" w:rsidR="003C28AA" w:rsidRDefault="00000000" w:rsidP="00B406C8">
      <w:r>
        <w:t>No beds. I could wait in a corridor. I chose home.</w:t>
      </w:r>
    </w:p>
    <w:p w14:paraId="19410FA7" w14:textId="77777777" w:rsidR="003C28AA" w:rsidRDefault="00000000" w:rsidP="00B406C8">
      <w:r>
        <w:t>The midwife smiled — that same polite, professional smile — and told me they’d send me home with some painkillers.</w:t>
      </w:r>
    </w:p>
    <w:p w14:paraId="700226D9" w14:textId="77777777" w:rsidR="003C28AA" w:rsidRDefault="00000000" w:rsidP="00B406C8">
      <w:r>
        <w:t>Max couldn’t leave work but when I called he was genuinely angry. It was the first time I’d seen him close to losing his temper.</w:t>
      </w:r>
    </w:p>
    <w:p w14:paraId="1D9940FB" w14:textId="77777777" w:rsidR="003C28AA" w:rsidRDefault="00000000" w:rsidP="00B406C8">
      <w:r>
        <w:t>They hospital agreed, reluctantly, to explore a caesarean section in one weeks’ time. That phrase — neat, contained, clinical — sounded harmless. But I knew it wasn’t.</w:t>
      </w:r>
    </w:p>
    <w:p w14:paraId="1B5E9143" w14:textId="77777777" w:rsidR="003C28AA" w:rsidRDefault="00000000" w:rsidP="00B406C8">
      <w:r>
        <w:t>Something was about to give.</w:t>
      </w:r>
    </w:p>
    <w:p w14:paraId="15F77409" w14:textId="2946844D" w:rsidR="003C28AA" w:rsidRDefault="00000000" w:rsidP="00B406C8">
      <w:pPr>
        <w:ind w:firstLine="0"/>
        <w:jc w:val="center"/>
      </w:pPr>
      <w:r>
        <w:rPr>
          <w:b/>
        </w:rPr>
        <w:t>Chapter Five</w:t>
      </w:r>
      <w:r w:rsidR="00785CE8">
        <w:rPr>
          <w:b/>
        </w:rPr>
        <w:t>:</w:t>
      </w:r>
    </w:p>
    <w:p w14:paraId="512B35B1" w14:textId="77777777" w:rsidR="003C28AA" w:rsidRDefault="00000000" w:rsidP="00B406C8">
      <w:r>
        <w:t xml:space="preserve">On the evening of April 24, 2016, the world felt unbearably heavy. Max bent down to brush a soft kiss across my forehead before slipping out the door for his overnight shift. I lay there, cocooned in the familiar curve of my oversized pregnancy pillow, its soft arms holding me close, while my heart pounded with dread. Earlier that afternoon, I’d called the hospital—my nose had bled twice and now there was fresh blood where none should ever be. They told me to stay put, to wait for a call back. So I whispered to Max, “Go to work. We need the money and </w:t>
      </w:r>
      <w:r>
        <w:lastRenderedPageBreak/>
        <w:t>there’s nothing you can do for me right now.” He hesitated, worry creasing his brow, but I forced a tired smile. “I’m just going to sleep,” I lied. “I’m exhausted.”</w:t>
      </w:r>
    </w:p>
    <w:p w14:paraId="01B79887" w14:textId="77777777" w:rsidR="003C28AA" w:rsidRDefault="00000000" w:rsidP="00B406C8">
      <w:r>
        <w:t>The click of the front door closing behind him was the last sound I registered before everything changed. No sooner had the lock turned than a guttural sound tore through the quiet: the sick, violent retching of someone on the brink of collapse. Max froze, every muscle in his body tensing, then sprinted back inside. He found me leaning over my bed on top of the mezzanine, blood—bright, relentless—spilling from my mouth in a dark waterfall, pooling on the floor eight feet below. Two pints, I later learned. Two pints of black, warm blood.</w:t>
      </w:r>
    </w:p>
    <w:p w14:paraId="7B63229E" w14:textId="77777777" w:rsidR="003C28AA" w:rsidRDefault="00000000" w:rsidP="00B406C8">
      <w:r>
        <w:t>If Max had left just a minute sooner, he would not have heard that unnatural sound and he would have come home to a scene too horrific to imagine. But fate, mercifully, forced him back. He rushed up the spiral staircase and held me, his arms a lifeline in that terrifying moment. His wife and children lives entirely in his hands. My eyes, glassy and unfocused, barely registered his presence. I could not speak; terror had stolen every coherent thought. Gently, he laid me on the bed, his voice a calm anchor in the storm: “Stay with me, love. Help is coming.”</w:t>
      </w:r>
    </w:p>
    <w:p w14:paraId="253414B8" w14:textId="77777777" w:rsidR="003C28AA" w:rsidRDefault="00000000" w:rsidP="00B406C8">
      <w:r>
        <w:t>He called for an ambulance, hands trembling as he cradled me. A paramedic on a bicycle arrived first, equally horrified and out of his depth, radioing for a full crew. At last, the siren’s wail heralded the ambulance and the paramedics arrived, swift and professional. They lifted me onto a stretcher and rushed me out the door, into the night air and toward the very hospital that had told me only days before that there was nothing to worry about. There I lay, every heartbeat a plea for mercy, our lives safely—or not—resting in the hands of strangers in blue scrubs.</w:t>
      </w:r>
    </w:p>
    <w:p w14:paraId="5A0B9110" w14:textId="77777777" w:rsidR="003C28AA" w:rsidRDefault="00000000" w:rsidP="00B406C8">
      <w:r>
        <w:t xml:space="preserve">arrival did not bring relief. I was abandoned on a narrow bed in the cavernous waiting area, lit by harsh fluorescent lights, while nurses and aides moved past me without a word. Time stretched into an infinite corridor. Max chased a doctor down and was ignored until another came </w:t>
      </w:r>
      <w:r>
        <w:lastRenderedPageBreak/>
        <w:t>and noticed the colour of my skin. Finally, a gurney carried me into a small ultrasound cubicle, where a young doctor waited, machine at the ready. I felt unmoored—adrift in a haze of fear and pain. The gel was cold on my skin as he pressed the transducer to my swelling belly. He turned the monitor away from us, watching the image intently, his brow furrowing.</w:t>
      </w:r>
    </w:p>
    <w:p w14:paraId="08C8F1D3" w14:textId="77777777" w:rsidR="003C28AA" w:rsidRDefault="00000000" w:rsidP="00B406C8">
      <w:r>
        <w:t>Murmurs rose behind him, hushed voices circling like vultures. Max, standing by my side, sensed the shift. His hand gripped mine, cold and clammy. “What is it?” he whispered, voice cracking. The doctor’s eyes, wide with sorrow, met ours. “I’m so sorry,” he began, voice gentle but heavy. “I can’t find a heartbeat. Your son and daughter… they’re gone.”</w:t>
      </w:r>
    </w:p>
    <w:p w14:paraId="1FF1EB6B" w14:textId="77777777" w:rsidR="003C28AA" w:rsidRDefault="00000000" w:rsidP="00B406C8">
      <w:r>
        <w:t>The words hit us like a freight train. Max’s knees buckled and the color drained from his face. His world imploded in that single moment. But I—drenched in delirium, my mind on the brink—could not fully comprehend. Panic surged as the doctor scanned me again and a new terror took hold: my own condition was crashing fast. My body, once the shelter for our little ones, was now betraying me too. The last thing I remember before darkness swallowed me was the sound of Max’s anguished cry, echoing through the cold walls of that hospital room.</w:t>
      </w:r>
    </w:p>
    <w:p w14:paraId="1EE13174" w14:textId="77777777" w:rsidR="003C28AA" w:rsidRDefault="00000000" w:rsidP="00B406C8">
      <w:r>
        <w:t>As they wheeled me away, I had a fleeting moment of clarity that pushed through the toxic fog. I am not sure why but I needed to utter these words. I turned to Max and whispered, “Max, I’m dying. I love you.” I have no real memory of this, only the sensation that I was slipping away.</w:t>
      </w:r>
    </w:p>
    <w:p w14:paraId="4032F0DA" w14:textId="77777777" w:rsidR="003C28AA" w:rsidRDefault="00000000" w:rsidP="00B406C8">
      <w:r>
        <w:t xml:space="preserve">One of life’s greatest mysteries is the sensation of teetering on its edge and in that suspended moment I discovered an answer I never could have imagined. Rather than fear or darkness, I was bathed in gentle radiance—as if the very air around me glowed from within. It wasn’t a harsh, blinding light, but a soft, golden warmth that seeped into my bones, soothing every ache and whispering that I was safe. My eyelids felt too heavy to lift, yet behind them I </w:t>
      </w:r>
      <w:r>
        <w:lastRenderedPageBreak/>
        <w:t>could sense vast expanses of pale blue sky and the hum of a distant breeze stirring through unseen leaves.</w:t>
      </w:r>
    </w:p>
    <w:p w14:paraId="7D4EC07F" w14:textId="77777777" w:rsidR="003C28AA" w:rsidRDefault="00000000" w:rsidP="00B406C8">
      <w:r>
        <w:t>It resembled the languid stillness of a dreamlike afternoon on holiday: lying on a sun lounger at the water’s edge, one hand resting on a sandy towel, the other dangling free, your skin melting into the heat of the sun’s embrace. There was no awareness of time, no ticking clock or urgent heartbeat—only an endless, unbroken moment of complete serenity. My body, momentarily freed from its mortal coil, floated in that gentle glow, as though every cell had been dipped into honeyed light and warmed from the inside out.</w:t>
      </w:r>
    </w:p>
    <w:p w14:paraId="513BB827" w14:textId="77777777" w:rsidR="003C28AA" w:rsidRDefault="00000000" w:rsidP="00B406C8">
      <w:r>
        <w:t>In that blissful interlude, I was utterly oblivious to the frantic world around me: the rattling gurney wheels, the hurried voices of paramedics, the antiseptic sting in the air. Pain had dissolved; even the concept of pain felt alien, like a forgotten worry in a half-remembered dream. My mind was empty—no stray thoughts, no regrets, just the profound stillness of a soul unburdened. I remember the exquisite relief of it, as though the universe had paused to cradle me in its heart, whispering that everything—every joy and sorrow—was woven into a tapestry of unfathomable beauty. And in that perfect silence, I felt more at peace than I ever had before.</w:t>
      </w:r>
    </w:p>
    <w:p w14:paraId="7B149F49" w14:textId="77777777" w:rsidR="003C28AA" w:rsidRDefault="00000000" w:rsidP="00B406C8">
      <w:r>
        <w:t xml:space="preserve">Scientists believe that the transcendent calm and radiant warmth often reported at the brink of death arise from a cascade of physiological changes in the brain and body. As blood flow diminishes, the brain becomes hypoxic—deprived of oxygen—which can trigger a massive release of endorphins and other neurochemicals that blunt pain and induce euphoria. At the same time, the imbalance of electrolytes and the buildup of carbon dioxide can create vivid sensory distortions, flooding the visual cortex with phosphene-like sensations of glowing light. Some researchers also point to the surge of naturally occurring DMT—an endogenous psychedelic compound—as a contributor to the overwhelming sense of unity, timelessness and peace. </w:t>
      </w:r>
      <w:r>
        <w:lastRenderedPageBreak/>
        <w:t>Meanwhile, the brain’s greater stress centers, like the amygdala, begin to shut down, silencing fear and anxiety and allowing only gentle feelings of warmth to permeate consciousness. In essence, the dying brain orchestrates a final, protective symphony of biochemistry—softening the edges of reality, erasing pain and ushering the mind into a luminous stillness that feels, paradoxically, like the most vivid moment of life.</w:t>
      </w:r>
    </w:p>
    <w:p w14:paraId="612F9BAB" w14:textId="77777777" w:rsidR="003C28AA" w:rsidRDefault="00000000" w:rsidP="00B406C8">
      <w:r>
        <w:t>Over the next few hours, Max remained by my side in the hospital, desperate to understand how everything had unraveled so quickly. Only hours earlier, I’d been in bed, calmly preparing for labor; now, tests had revealed I was critically unstable. Doctors explained to him that my kidneys and liver were failing—and, bafflingly, they didn’t yet know why. Though my symptoms closely mirrored HELLP syndrome, a severe form of preeclampsia, outright organ failure is exceptionally rare. My liver, in particular, was collapsing under the strain. Most people revere the heart as the body’s most vital organ, but the liver’s role in detoxifying the blood is equally indispensable. While I received platelets and a blood transfusion to try to halt the decline, the medical team conferred urgently behind closed doors. Moments later, the door swung open: their only course of action was to transfer me to the ICU at St. James’s Hospital in Leeds, the teaching hospital in the next city.</w:t>
      </w:r>
    </w:p>
    <w:p w14:paraId="7A73DB8A" w14:textId="77777777" w:rsidR="003C28AA" w:rsidRDefault="00000000" w:rsidP="00B406C8">
      <w:r>
        <w:t>I’ve often tried to imagine what Max must have felt in those moments—moments suspended in time, when fear seeps so deep into your bones that breathing feels impossible. He stood there, helpless, watching the fabric of our lives unravel thread by fragile thread. He had already endured the unimaginable—losing our children. That kind of loss rewires a person, breaks something vital inside. And now, as he looked at me—pale, fragile, barely conscious—he was staring down the possibility of losing me too. The love of his life. The last piece of the family we once were.</w:t>
      </w:r>
    </w:p>
    <w:p w14:paraId="49BA36F7" w14:textId="77777777" w:rsidR="003C28AA" w:rsidRDefault="00000000" w:rsidP="00B406C8">
      <w:r>
        <w:lastRenderedPageBreak/>
        <w:t>Then the doors of the hospital swung open and my mother entered like a storm. Her presence filled the sterile corridors instantly. Her fury wasn’t quiet or contained—it was the raw, furious energy of a mother watching her child suffer, of a woman who had seen too much injustice in the world and was now facing it head-on. Her Eastern European blood boiled, her voice sharp and rising with every word, demanding answers that no one seemed ready to give. Nurses tried to calm her, doctors shuffled uneasily, but she would not be silenced. Her rage wasn’t just anger—it was grief disguised as fire, a desperate attempt to regain control in a world that had spun out of reach.</w:t>
      </w:r>
    </w:p>
    <w:p w14:paraId="07DB890F" w14:textId="77777777" w:rsidR="003C28AA" w:rsidRDefault="00000000" w:rsidP="00B406C8">
      <w:r>
        <w:t>There was no time. Everything moved so quickly, too quickly. A decision was made, papers were signed and before anyone could fully grasp what was happening, I was being wheeled down a hallway, out into the cold night. The gurney’s wheels echoed through the halls, each rotation drawing me closer to the unknown. Max and my Mum watched me as I was lifted into the ambulance, cocooned by machines and murmuring paramedics who spoke in calm, rehearsed tones that barely penetrated the fog in my mind. I had been given enough sedative to knock out a large elephant but something deep in my soul fought the sedation and I sat bolt upright and stared Max in the face trying to let him know that I was fighting. Then I hit the gurney with a thud and there was the familiar darkness.</w:t>
      </w:r>
    </w:p>
    <w:p w14:paraId="0C25CA70" w14:textId="77777777" w:rsidR="003C28AA" w:rsidRDefault="00000000" w:rsidP="00B406C8">
      <w:r>
        <w:t xml:space="preserve">Mum and Max were right behind. Without a word, they got into the car and followed. The ambulance pulled away, sirens slicing through the stillness of the early morning, their shrill wail a haunting melody that etched itself into memory. Flashing blue lights danced against the buildings as we sped through narrow roads and empty intersections. Leeds wasn’t close, but they didn’t falter. They clung to hope, to each other, to the fragile thread that still connected us. Mile </w:t>
      </w:r>
      <w:r>
        <w:lastRenderedPageBreak/>
        <w:t>after mile, they drove, staring ahead, every second stretching into eternity, praying silently that they wouldn’t lose me too.</w:t>
      </w:r>
    </w:p>
    <w:p w14:paraId="20D3D0D4" w14:textId="77777777" w:rsidR="003C28AA" w:rsidRDefault="00000000" w:rsidP="00B406C8">
      <w:r>
        <w:t>The ambulance’s siren cut through the fog like a razor, urgent and unrelenting. When it swung onto the circular drive of Chancellor’s wing at St. James’s Hospital, the world seemed to pause beneath that halo of blue light, as if the night itself were holding its breath. Then, with a jolt, the rear doors burst open and everything exploded into motion.</w:t>
      </w:r>
    </w:p>
    <w:p w14:paraId="78FF19F2" w14:textId="77777777" w:rsidR="003C28AA" w:rsidRDefault="00000000" w:rsidP="00B406C8">
      <w:r>
        <w:t>They met me at the threshold of accident and emergency, a phalanx of over ten people—doctors, nurses, technicians—each one a blur of white coats and scrubs, masks and gloves. They were poised like soldiers braced for a breach, each hand already reaching for equipment I could only dimly imagine. Gowns rustled; machines beeped in warning. Oxygen tanks stood ready. Trolleys rolled, IV drips were adjusted and a chorus of clipped commands ricocheted off the sterile walls. Time stretched and recoiled, every heartbeat echoing against tile and steel.</w:t>
      </w:r>
    </w:p>
    <w:p w14:paraId="6D935D4F" w14:textId="77777777" w:rsidR="003C28AA" w:rsidRDefault="00000000" w:rsidP="00B406C8">
      <w:r>
        <w:t>At the center of the swarm was an incredible doctor, his tall frame angled forward, eyes fixed on the stretcher beneath the fluorescent glare. You could see in his eyes the ghosts of past emergencies—flickers of triumph, but also of loss. He didn’t wait for blood tests. He didn’t pause to consult a chart. From the first distress call, from the urgency in the paramedic’s voice, he knew what he was facing. Years later I would hear how he saved my life, he had been the one to identify my condition and I also learned that he had been terrified—terrified of history repeating itself, of another life slipping through his fingers. If he hadn’t been on duty that night, if someone less experienced had answered the call, my diagnosis might have come even later still, my life would have ended.</w:t>
      </w:r>
    </w:p>
    <w:p w14:paraId="496F9E67" w14:textId="77777777" w:rsidR="003C28AA" w:rsidRDefault="00000000" w:rsidP="00B406C8">
      <w:r>
        <w:t xml:space="preserve">They wheeled me in under the harsh ICU lights and as I passed, another doctor froze at the threshold—. Her long shift coming to an end, she searched for a moment of emotional respite </w:t>
      </w:r>
      <w:r>
        <w:lastRenderedPageBreak/>
        <w:t>somewhere between her exhaustion and her duty. Instead, she found me: unconscious, swollen, jaundiced. It was like watching a car crash in slow motion; she could not look away and yet she could not bear to see. Her composure cracked. Her shoulders trembled. Tears streamed down beneath her surgical mask, glistening in the cold glow of the corridor. She turned away, back hunched, hands pressed against her face, as if the grief of the moment would drown her. And in that instant, I understood: hospitals don’t just echo with healing—they reverberate with heartbreak and sometimes the walls don’t know which they want to amplify. This account was told to me years later. This particular doctor usually stern broke at the sight of my lifeless pregnant body.</w:t>
      </w:r>
    </w:p>
    <w:p w14:paraId="5A1CB540" w14:textId="77777777" w:rsidR="003C28AA" w:rsidRDefault="00000000" w:rsidP="00B406C8">
      <w:r>
        <w:t>Meanwhile, beyond the bed ten of the ICU ward, Max and my parents were ushered into a small consultation room. The door clicked shut behind them, sealing in the hush of dread. The walls were bare—blinding white, oppressive. The chairs were metal, bolted to the floor in a half-circle like jury seats. The air was splittingly still, heavy with the scent of sanitizer and unspoken fear.</w:t>
      </w:r>
    </w:p>
    <w:p w14:paraId="1A623E4E" w14:textId="77777777" w:rsidR="003C28AA" w:rsidRDefault="00000000" w:rsidP="00B406C8">
      <w:r>
        <w:t>Then the doctors entered, eyes hollow, clipboard in hand. Dr C was pale, his cheeks hollowed by fatigue and the weight of the news he was about to deliver. He sank into one of the stiff chairs opposite them, took a slow breath and looked at each of them in turn. He spoke with solemn gravity, as though every syllable bore its own death sentence.</w:t>
      </w:r>
    </w:p>
    <w:p w14:paraId="45FCF8F2" w14:textId="77777777" w:rsidR="003C28AA" w:rsidRDefault="00000000" w:rsidP="00B406C8">
      <w:r>
        <w:t xml:space="preserve">“You need to know,” he began, voice low and measured, “your wife… your daughter…” He paused, swallowing hard. My mother’s hand flew to her mouth, her fingers trembling against her lips. My Dad — straight-backed and stern just moments before — visibly sagged, as though someone had struck him across the chest. My husband Max’s breath caught in his throat, a painful hitch that sounded like it might break him. The doctor met their eyes and never looked </w:t>
      </w:r>
      <w:r>
        <w:lastRenderedPageBreak/>
        <w:t>away as he delivered the worst words any partner or parent should ever have to hear: “She’s developed acute fatty liver of pregnancy. It’s rare. It’s severe. It’s one of the most dangerous conditions we encounter during pregnancy. I’m so sorry to tell you… as you are already aware taken the lives of the twins and Louise is critically unstable.”</w:t>
      </w:r>
    </w:p>
    <w:p w14:paraId="14E7481D" w14:textId="77777777" w:rsidR="003C28AA" w:rsidRDefault="00000000" w:rsidP="00B406C8">
      <w:pPr>
        <w:ind w:firstLine="0"/>
        <w:jc w:val="center"/>
      </w:pPr>
      <w:r>
        <w:rPr>
          <w:b/>
        </w:rPr>
        <w:t>Chapter Six</w:t>
      </w:r>
    </w:p>
    <w:p w14:paraId="07C63F1B" w14:textId="77777777" w:rsidR="003C28AA" w:rsidRDefault="00000000" w:rsidP="00B406C8">
      <w:r>
        <w:t>The click of the front door closing behind him was the last sound I registered before everything changed. No sooner had the lock turned than a guttural sound tore through the quiet: the sick, violent retching of someone on the brink of collapse. Max froze, every muscle in his body tensing, then sprinted back inside. He found me leaning over my bed on top of the mezzanine, blood—bright, relentless—spilling from my mouth in a dark waterfall, pooling on the floor eight feet below. Two pints, I later learned. Two pints of black, warm blood.</w:t>
      </w:r>
    </w:p>
    <w:p w14:paraId="5B6F959F" w14:textId="77777777" w:rsidR="003C28AA" w:rsidRDefault="00000000" w:rsidP="00B406C8">
      <w:r>
        <w:t>If Max had left just a minute sooner, he would not have heard that unnatural sound and he would have come home to a scene too horrific to imagine. But fate, mercifully, forced him back. He rushed up the spiral staircase and held me, his arms a lifeline in that terrifying moment. His wife and children lives entirely in his hands. My eyes, glassy and unfocused, barely registered his presence. I could not speak; terror had stolen every coherent thought. Gently, he laid me on the bed, his voice a calm anchor in the storm: “Stay with me, love. Help is coming.”</w:t>
      </w:r>
    </w:p>
    <w:p w14:paraId="62CBD20C" w14:textId="77777777" w:rsidR="003C28AA" w:rsidRDefault="00000000" w:rsidP="00B406C8">
      <w:r>
        <w:t>He called for an ambulance, hands trembling as he cradled me. A paramedic on a bicycle arrived first, equally horrified and out of his depth, radioing for a full crew. At last, the siren’s wail heralded the ambulance and the paramedics arrived, swift and professional. They lifted me onto a stretcher and rushed me out the door, into the night air and toward the very hospital that had told me only days before that there was nothing to worry about. There I lay, every heartbeat a plea for mercy, our lives safely—or not—resting in the hands of strangers in blue scrubs.</w:t>
      </w:r>
    </w:p>
    <w:p w14:paraId="4045F5AB" w14:textId="77777777" w:rsidR="003C28AA" w:rsidRDefault="00000000" w:rsidP="00B406C8">
      <w:r>
        <w:lastRenderedPageBreak/>
        <w:t>arrival did not bring relief. I was abandoned on a narrow bed in the cavernous waiting area, lit by harsh fluorescent lights, while nurses and aides moved past me without a word. Time stretched into an infinite corridor. Max chased a doctor down and was ignored until another came and noticed the colour of my skin. Finally, a gurney carried me into a small ultrasound cubicle, where a young doctor waited, machine at the ready. I felt unmoored—adrift in a haze of fear and pain. The gel was cold on my skin as he pressed the transducer to my swelling belly. He turned the monitor away from us, watching the image intently, his brow furrowing.</w:t>
      </w:r>
    </w:p>
    <w:p w14:paraId="56EE7CC2" w14:textId="77777777" w:rsidR="003C28AA" w:rsidRDefault="00000000" w:rsidP="00B406C8">
      <w:r>
        <w:t>Murmurs rose behind him. Max, standing by my side, sensed the shift. His hand gripped mine, cold and clammy. “What is it?” he whispered, voice cracking. The doctor’s eyes, wide with sorrow, met ours. “I’m so sorry,” he began, voice gentle but heavy. “I can’t find a heartbeat. Your son and daughter… they’re gone.”</w:t>
      </w:r>
    </w:p>
    <w:p w14:paraId="1634FDF0" w14:textId="77777777" w:rsidR="003C28AA" w:rsidRDefault="00000000" w:rsidP="00B406C8">
      <w:r>
        <w:t>The words hit us like a freight train. Max’s knees buckled and the color drained from his face. His world imploded in that single moment. But I—drenched in delirium, my mind on the brink—could not fully comprehend. Panic surged as the doctor scanned me again and a new terror took hold: my own condition was crashing fast. My body, once the shelter for our little ones, was now betraying me too. The last thing I remember before darkness swallowed me was the sound of Max’s anguished cry, echoing through the cold walls of that hospital room.</w:t>
      </w:r>
    </w:p>
    <w:p w14:paraId="09FEA367" w14:textId="77777777" w:rsidR="003C28AA" w:rsidRDefault="00000000" w:rsidP="00B406C8">
      <w:r>
        <w:t>As they wheeled me away, I had a fleeting moment of clarity that pushed through the toxic fog. I am not sure why but I needed to utter these words. I turned to Max and whispered, “Max, I’m dying. I love you.” I have no real memory of this, only the sensation that I was slipping away.</w:t>
      </w:r>
    </w:p>
    <w:p w14:paraId="08CF5746" w14:textId="77777777" w:rsidR="003C28AA" w:rsidRDefault="00000000" w:rsidP="00B406C8">
      <w:r>
        <w:t xml:space="preserve">One of life’s greatest mysteries is the sensation of teetering on its edge and in that suspended moment I discovered an answer I never could have imagined. Rather than fear or </w:t>
      </w:r>
      <w:r>
        <w:lastRenderedPageBreak/>
        <w:t>darkness, I was bathed in gentle radiance—as if the very air around me glowed from within. It wasn’t a harsh, blinding light, but a soft, golden warmth that seeped into my bones, soothing every ache and whispering that I was safe. My eyelids felt too heavy to lift, yet behind them I could sense vast expanses of pale blue sky and the hum of a distant breeze stirring through unseen leaves.</w:t>
      </w:r>
    </w:p>
    <w:p w14:paraId="1553DC65" w14:textId="77777777" w:rsidR="003C28AA" w:rsidRDefault="00000000" w:rsidP="00B406C8">
      <w:r>
        <w:t>It resembled the languid stillness of a dreamlike afternoon on holiday: lying on a sun lounger at the water’s edge, one hand resting on a sandy towel, the other dangling free, your skin melting into the heat of the sun’s embrace. There was no awareness of time, no ticking clock or urgent heartbeat—only an endless, unbroken moment of complete serenity. My body, momentarily freed from its mortal coil, floated in that gentle glow, as though every cell had been dipped into honeyed light and warmed from the inside out.</w:t>
      </w:r>
    </w:p>
    <w:p w14:paraId="4D3AB880" w14:textId="77777777" w:rsidR="003C28AA" w:rsidRDefault="00000000" w:rsidP="00B406C8">
      <w:r>
        <w:t>In that blissful interlude, I was utterly oblivious to the frantic world around me: the rattling gurney wheels, the hurried voices of paramedics, the antiseptic sting in the air. Pain had dissolved; even the concept of pain felt alien, like a forgotten worry in a half-remembered dream. My mind was empty—no stray thoughts, no regrets, just the profound stillness of a soul unburdened. I remember the exquisite relief of it, as though the universe had paused to cradle me in its heart, whispering that everything—every joy and sorrow—was woven into a tapestry of unfathomable beauty. And in that perfect silence, I felt more at peace than I ever had before.</w:t>
      </w:r>
    </w:p>
    <w:p w14:paraId="60C4EDF9" w14:textId="77777777" w:rsidR="003C28AA" w:rsidRDefault="00000000" w:rsidP="00B406C8">
      <w:r>
        <w:t xml:space="preserve">Scientists believe that the transcendent calm and radiant warmth often reported at the brink of death arise from a cascade of physiological changes in the brain and body. As blood flow diminishes, the brain becomes hypoxic—deprived of oxygen—which can trigger a massive release of endorphins and other neurochemicals that blunt pain and induce euphoria. At the same time, the imbalance of electrolytes and the buildup of carbon dioxide can create vivid sensory </w:t>
      </w:r>
      <w:r>
        <w:lastRenderedPageBreak/>
        <w:t>distortions, flooding the visual cortex with phosphene-like sensations of glowing light. Some researchers also point to the surge of naturally occurring DMT—an endogenous psychedelic compound—as a contributor to the overwhelming sense of unity, timelessness and peace. Meanwhile, the brain’s greater stress centers, like the amygdala, begin to shut down, silencing fear and anxiety and allowing only gentle feelings of warmth to permeate consciousness. In essence, the dying brain orchestrates a final, protective symphony of biochemistry—softening the edges of reality, erasing pain and ushering the mind into a luminous stillness that feels, paradoxically, like the most vivid moment of life.</w:t>
      </w:r>
    </w:p>
    <w:p w14:paraId="7DEA63BD" w14:textId="77777777" w:rsidR="003C28AA" w:rsidRDefault="00000000" w:rsidP="00B406C8">
      <w:r>
        <w:t>Over the next few hours, Max remained by my side in the hospital, desperate to understand how everything had unraveled so quickly. Only hours earlier, I’d been in bed, calmly preparing for labor; now, tests had revealed I was critically unstable. Doctors explained to him that my kidneys and liver were failing—and, bafflingly, they didn’t yet know why. Though my symptoms closely mirrored HELLP syndrome, a severe form of preeclampsia, outright organ failure is exceptionally rare. My liver, in particular, was collapsing under the strain. Most people revere the heart as the body’s most vital organ, but the liver’s role in detoxifying the blood is equally indispensable. While I received platelets and a blood transfusion to try to halt the decline, the medical team conferred urgently behind closed doors. Moments later, the door swung open: their only course of action was to transfer me to the ICU at St. James’s Hospital in Leeds, the teaching hospital in the next city.</w:t>
      </w:r>
    </w:p>
    <w:p w14:paraId="24013449" w14:textId="77777777" w:rsidR="003C28AA" w:rsidRDefault="00000000" w:rsidP="00B406C8">
      <w:r>
        <w:t xml:space="preserve">I’ve often tried to imagine what Max must have felt in those moments—moments suspended in time, when fear seeps so deep into your bones that breathing feels impossible. He stood there, helpless, watching the fabric of our lives unravel thread by fragile thread. He had already endured the unimaginable—losing our children. That kind of loss rewires a person, </w:t>
      </w:r>
      <w:r>
        <w:lastRenderedPageBreak/>
        <w:t>breaks something vital inside. And now, as he looked at me—pale, fragile, barely conscious—he was staring down the possibility of losing me too. The love of his life. The last piece of the family we once were.</w:t>
      </w:r>
    </w:p>
    <w:p w14:paraId="5D3F9A47" w14:textId="77777777" w:rsidR="003C28AA" w:rsidRDefault="00000000" w:rsidP="00B406C8">
      <w:r>
        <w:t>Then the doors of the hospital swung open and my mother entered like a storm. Her presence filled the sterile corridors instantly. Her fury wasn’t quiet or contained—it was the raw, furious energy of a mother watching her child suffer, of a woman who had seen too much injustice in the world and was now facing it head-on. Her Eastern European blood boiled, her voice sharp and rising with every word, demanding answers that no one seemed ready to give. Nurses tried to calm her, doctors shuffled uneasily, but she would not be silenced. Her rage wasn’t just anger—it was grief disguised as fire, a desperate attempt to regain control in a world that had spun out of reach.</w:t>
      </w:r>
    </w:p>
    <w:p w14:paraId="6C0E73C0" w14:textId="77777777" w:rsidR="003C28AA" w:rsidRDefault="00000000" w:rsidP="00B406C8">
      <w:r>
        <w:t>There was no time. Everything moved so quickly, too quickly. A decision was made, papers were signed and before anyone could fully grasp what was happening, I was being wheeled down a hallway, out into the cold night. The gurney’s wheels echoed through the halls, each rotation drawing me closer to the unknown. Max and my Mum watched me as I was lifted into the ambulance, cocooned by machines and murmuring paramedics who spoke in calm, rehearsed tones that barely penetrated the fog in my mind. I had been given enough sedative to knock out a large elephant but something deep in my soul fought the sedation and I sat bolt upright and stared Max in the face trying to let him know that I was fighting. Then I hit the gurney with a thud and there was the familiar darkness.</w:t>
      </w:r>
    </w:p>
    <w:p w14:paraId="017B846A" w14:textId="77777777" w:rsidR="003C28AA" w:rsidRDefault="00000000" w:rsidP="00B406C8">
      <w:r>
        <w:t xml:space="preserve">Mum and Max were right behind. Without a word, they got into the car and followed. The ambulance pulled away, sirens slicing through the stillness of the early morning, their shrill wail a haunting melody that etched itself into memory. Flashing blue lights danced against the </w:t>
      </w:r>
      <w:r>
        <w:lastRenderedPageBreak/>
        <w:t>buildings as we sped through narrow roads and empty intersections. Leeds wasn’t close, but they didn’t falter. They clung to hope, to each other, to the fragile thread that still connected us. Mile after mile, they drove, staring ahead, every second stretching into eternity, praying silently that they wouldn’t lose me too.</w:t>
      </w:r>
    </w:p>
    <w:p w14:paraId="7A938D21" w14:textId="77777777" w:rsidR="003C28AA" w:rsidRDefault="00000000" w:rsidP="00B406C8">
      <w:r>
        <w:t>The ambulance’s siren cut through the fog like a razor, urgent and unrelenting. When it swung onto the circular drive of Chancellor’s wing at St. James’s Hospital, the world seemed to pause beneath that halo of blue light, as if the night itself were holding its breath. Then, with a jolt, the rear doors burst open and everything exploded into motion.</w:t>
      </w:r>
    </w:p>
    <w:p w14:paraId="099A14CB" w14:textId="77777777" w:rsidR="003C28AA" w:rsidRDefault="00000000" w:rsidP="00B406C8">
      <w:r>
        <w:t>They met me at the threshold of accident and emergency, a phalanx of over ten people—doctors, nurses, technicians—each one a blur of white coats and scrubs, masks and gloves. They were poised like soldiers braced for a breach, each hand already reaching for equipment I could only dimly imagine. Gowns rustled; machines beeped in warning. Oxygen tanks stood ready. Trolleys rolled, IV drips were adjusted and a chorus of clipped commands ricocheted off the sterile walls. Time stretched and recoiled, every heartbeat echoing against tile and steel.</w:t>
      </w:r>
    </w:p>
    <w:p w14:paraId="771C5AAD" w14:textId="77777777" w:rsidR="003C28AA" w:rsidRDefault="00000000" w:rsidP="00B406C8">
      <w:r>
        <w:t>At the center of the swarm was an incredible doctor, his tall frame angled forward, eyes fixed on the stretcher beneath the fluorescent glare. You could see in his eyes the ghosts of past emergencies—flickers of triumph, but also of loss. He didn’t wait for blood tests. He didn’t pause to consult a chart. From the first distress call, from the urgency in the paramedic’s voice, he knew what he was facing. Years later I would hear how he saved my life, he had been the one to identify my condition and I also learned that he had been terrified—terrified of history repeating itself, of another life slipping through his fingers. If he hadn’t been on duty that night, if someone less experienced had answered the call, my diagnosis might have come even later still, my life would have ended.</w:t>
      </w:r>
    </w:p>
    <w:p w14:paraId="15CFA220" w14:textId="77777777" w:rsidR="003C28AA" w:rsidRDefault="00000000" w:rsidP="00B406C8">
      <w:r>
        <w:lastRenderedPageBreak/>
        <w:t>They wheeled me in under the harsh ICU lights and as I passed, another doctor froze at the threshold—. Her long shift coming to an end, she searched for a moment of emotional respite somewhere between her exhaustion and her duty. Instead, she found me: unconscious, swollen, jaundiced. It was like watching a car crash in slow motion; she could not look away and yet she could not bear to see. Her composure cracked. Her shoulders trembled. Tears streamed down beneath her surgical mask, glistening in the cold glow of the corridor. She turned away, back hunched, hands pressed against her face, as if the grief of the moment would drown her. And in that instant, I understood: hospitals don’t just echo with healing—they reverberate with heartbreak and sometimes the walls don’t know which they want to amplify. This account was told to me years later. This particular doctor usually stern broke at the sight of my lifeless pregnant body.</w:t>
      </w:r>
    </w:p>
    <w:p w14:paraId="598B6217" w14:textId="77777777" w:rsidR="003C28AA" w:rsidRDefault="00000000" w:rsidP="00B406C8">
      <w:r>
        <w:t>Meanwhile, beyond the bed ten of the ICU ward, Max and my parents were ushered into a small consultation room. The door clicked shut behind them, sealing in the hush of dread. The walls were bare—blinding white, oppressive. The chairs were metal, bolted to the floor in a half-circle like jury seats. The air was splittingly still, heavy with the scent of sanitizer and unspoken fear.</w:t>
      </w:r>
    </w:p>
    <w:p w14:paraId="533EFC99" w14:textId="77777777" w:rsidR="003C28AA" w:rsidRDefault="00000000" w:rsidP="00B406C8">
      <w:r>
        <w:t>Then the doctors entered, eyes hollow, clipboard in hand. Dr C was pale, his cheeks hollowed by fatigue and the weight of the news he was about to deliver. He sank into one of the stiff chairs opposite them, took a slow breath and looked at each of them in turn. He spoke with solemn gravity, as though every syllable bore its own death sentence.</w:t>
      </w:r>
    </w:p>
    <w:p w14:paraId="326D572B" w14:textId="77777777" w:rsidR="003C28AA" w:rsidRDefault="00000000" w:rsidP="00B406C8">
      <w:r>
        <w:t xml:space="preserve">“You need to know,” he began, voice low and measured, “your wife… your daughter…” He paused, swallowing hard. My mother’s hand flew to her mouth, her fingers trembling against her lips. My Dad — straight-backed and stern just moments before — visibly sagged, as though </w:t>
      </w:r>
      <w:r>
        <w:lastRenderedPageBreak/>
        <w:t>someone had struck him across the chest. My husband Max’s breath caught in his throat, a painful hitch that sounded like it might break him. The doctor met their eyes and never looked away as he delivered the worst words any partner or parent should ever have to hear: “She’s developed acute fatty liver of pregnancy. It’s rare. It’s severe. It’s one of the most dangerous conditions we encounter during pregnancy. I’m so sorry to tell you… as you are already aware taken the lives of the twins and Louise is critically unstable.”</w:t>
      </w:r>
    </w:p>
    <w:p w14:paraId="27B5E171" w14:textId="77777777" w:rsidR="003C28AA" w:rsidRDefault="00000000" w:rsidP="00B406C8">
      <w:pPr>
        <w:ind w:firstLine="0"/>
        <w:jc w:val="center"/>
      </w:pPr>
      <w:r>
        <w:rPr>
          <w:b/>
        </w:rPr>
        <w:t>Chapter Seven</w:t>
      </w:r>
    </w:p>
    <w:p w14:paraId="07967735" w14:textId="77777777" w:rsidR="003C28AA" w:rsidRDefault="00000000" w:rsidP="00B406C8">
      <w:r>
        <w:t>In that room, the silence that followed was not empty—it was a riot of disbelief. They sat in stunned paralysis, as though the world had reset its rules without warning, leaving them stranded in a landscape of fear they could not navigate.</w:t>
      </w:r>
    </w:p>
    <w:p w14:paraId="3267E6D9" w14:textId="77777777" w:rsidR="003C28AA" w:rsidRDefault="00000000" w:rsidP="00B406C8">
      <w:r>
        <w:t>When they finally were led into the ICU, the sight that greeted them was more terrible than any words. I lay on the stretcher, limbs grotesquely swollen, my skin the color of a bruised banana—a deep, mustard yellow that looked unearthly under the bright lights. My arms and legs had ballooned beyond recognition, taut as if the fluid inside me might burst through. My abdomen was distended, a heavy globe that spoke of internal betrayal. Max later told me that I resembled a caricature come to life, a real life minion. He said it felt like staring at something alive yet completely alien—his wife transformed by some chemical curse.</w:t>
      </w:r>
    </w:p>
    <w:p w14:paraId="570FEE52" w14:textId="77777777" w:rsidR="003C28AA" w:rsidRDefault="00000000" w:rsidP="00B406C8">
      <w:r>
        <w:t xml:space="preserve">That color—jaundice—was the body’s warning siren. My liver, that silent worker filtering toxins and processing life’s essentials, had shut down. Bilirubin, the byproduct of red blood cell breakdown, pooled beneath my skin like ink spilled across parchment, staining me from the inside out. They say acute fatty liver of pregnancy is a medical enigma: rare, swift and rooted in the placenta’s failure to break down long-chain fatty acids. In twin pregnancies—especially those carrying male fetuses—the risk skyrockets, though no one fully understands </w:t>
      </w:r>
      <w:r>
        <w:lastRenderedPageBreak/>
        <w:t>why. What they do know is chilling: once the metabolic cascade begins, the liver becomes a battleground and the rest of the body’s systems fall like dominoes.</w:t>
      </w:r>
    </w:p>
    <w:p w14:paraId="19369150" w14:textId="77777777" w:rsidR="003C28AA" w:rsidRDefault="00000000" w:rsidP="00B406C8">
      <w:r>
        <w:t>Inside that ICU, the air hummed with frantic energy. Every beep of a monitor was a prayer. Every whispered instruction was a plea for time. The team attacked the crisis with everything they had—intubation, blood transfusions, plasmapheresis to strip toxins from my blood. The only way to reverse the condition was to undergo an emergency caesarean section, The issue was the moment that first cut was made I had a ten percent chance of survival. When the liver fails the bodies ability to clot blood is drastically compromised, which meant there was a strong possibility I would bleed to death. I cannot imagine how Dr C felt as he entered the theatre. The nurses, their masks pulled taut over determined faces, worked in tandem, sliding IV lines, checking pumps, keeping an eye on every collapsing vital whilst my children were born without breathe.</w:t>
      </w:r>
    </w:p>
    <w:p w14:paraId="5D717584" w14:textId="77777777" w:rsidR="003C28AA" w:rsidRDefault="00000000" w:rsidP="00B406C8">
      <w:r>
        <w:t>Meanwhile, Max and my parents waited in the corridor outside. They clung to each other like survivors on a sinking ship, watching the double doors as they swung open and shut, each movement a flash of scrubs and flurry. They prayed, they whispered, they wept in silence so thick it felt tangible. They had just lost our twins—and still the question that haunted them was simple and terrifying: Would I survive?</w:t>
      </w:r>
    </w:p>
    <w:p w14:paraId="64B61F6B" w14:textId="77777777" w:rsidR="003C28AA" w:rsidRDefault="00000000" w:rsidP="00B406C8">
      <w:r>
        <w:t>For hours, the battle raged. My heart faltered, then steadied. My kidneys started shutting down, until dialysis machines hummed by my bedside. My oxygen levels sank to dangerous lows, then climbed again under the ventilator’s forced breathing. Each minute was a war, each second a chance at redemption or defeat. Somewhere in the labored chaos, tangled in the frenzy of tubes and monitors, I fought too—though unconscious, my body waged its own struggle against organ failure, a silent soldier in this desperate campaign.</w:t>
      </w:r>
    </w:p>
    <w:p w14:paraId="39E03D3D" w14:textId="77777777" w:rsidR="003C28AA" w:rsidRDefault="00000000" w:rsidP="00B406C8">
      <w:r>
        <w:lastRenderedPageBreak/>
        <w:t>My body didn’t give up the fight—it wasn’t my time yet. Dr C delivered my darling daughter and son.</w:t>
      </w:r>
    </w:p>
    <w:p w14:paraId="6A9A202E" w14:textId="77777777" w:rsidR="003C28AA" w:rsidRDefault="00000000" w:rsidP="00B406C8">
      <w:r>
        <w:t>Mia May and Leo John Prashad were born into the world at five minutes past midnight on April 25th, 2016. They weighed a little over six pounds each, a great birth weight for twins. Yet they were born without a breath, their lives cut short before they could even begin. I was kept in a medically induced coma, my body in a state of forced sleep to help me heal, but I couldn’t hold my babies, All I had wanted was to hold my babies.</w:t>
      </w:r>
    </w:p>
    <w:p w14:paraId="35D16871" w14:textId="77777777" w:rsidR="003C28AA" w:rsidRDefault="00000000" w:rsidP="00B406C8">
      <w:r>
        <w:t>The decision was made to wait and see if I would improve before taking any further action. I was placed in bed 10 in the intensive care unit, hovering somewhere between life and death, in a superficial state of sleep, my body fighting to recover.</w:t>
      </w:r>
    </w:p>
    <w:p w14:paraId="3DA087D3" w14:textId="77777777" w:rsidR="003C28AA" w:rsidRDefault="00000000" w:rsidP="00B406C8">
      <w:r>
        <w:t>While I lay cocooned in wires and machines, fighting for my life, my husband and immediate family were facing a heartbreak that words can barely capture. They greeted our much-anticipated angels and then, one by one, said their final goodbyes. The pictures from that day are haunting, each one a testament to the raw, searing grief that consumed everyone in that room. There's one image that often replays in my mind, a snapshot of Max holding our son, Leo, for the first time. His shoulders are hunched, his head bowed, his eyes red and swollen. He should be brimming with pride, but there’s nothing left in him—just a man utterly deflated, clutching onto the last thread of a shattered dream. He doesn’t want to let go because letting go would make this nightmare real. I wish I could reach out, into that frame and hold him. Hold my husband and my son and tell them how much I love them, how I wish I could have been there for them both.</w:t>
      </w:r>
    </w:p>
    <w:p w14:paraId="52877C26" w14:textId="77777777" w:rsidR="003C28AA" w:rsidRDefault="00000000" w:rsidP="00B406C8">
      <w:r>
        <w:t>Another of Mia being held in a loving embrace against my mothers pastel pink shirt. She looks so perfect as if drifting off into a beautiful dream. I hope you did not suffer my darling girl.</w:t>
      </w:r>
    </w:p>
    <w:p w14:paraId="32B2971F" w14:textId="77777777" w:rsidR="003C28AA" w:rsidRDefault="00000000" w:rsidP="00B406C8">
      <w:r>
        <w:lastRenderedPageBreak/>
        <w:t>To my family who were there on that day, I just want to say thank you. Thank you for being there to greet our angels, for making sure that they did not enter this world alone. Though Mia and Leo were stillborn, they were still born and they were surrounded by love, by family. The strength it took for each of you to hold them, to say goodbye when all you wanted was to say hello—it’s something I will always be grateful for.</w:t>
      </w:r>
    </w:p>
    <w:p w14:paraId="085C4786" w14:textId="77777777" w:rsidR="003C28AA" w:rsidRDefault="00000000" w:rsidP="00B406C8">
      <w:r>
        <w:t>That night, a wonderful ICU nurse named Katie became a lifeline for my Mum. Katie was the only person my mother could trust in that desperate moment, the only one who seemed to understand her. I had the privilege of meeting Katie recently and she told me how she accompanied my mother to the chapel of rest, carrying the hospital bag I had so carefully packed for my babies’ arrival. The bag that had taken me weeks to prepare—each item chosen with such care, with such hope. I had spent hours trawling through pregnancy websites, reading up on how to pack the perfect hospital bag, but none of that mattered now. Katie helped my Mum bathe and dress Mia and Leo in the outfits I had chosen for them. She told me how my mother, through her tears, insisted that they looked perfect because she believed I would soon be with them. And if I wasn’t, she wanted me to know that they had felt love, that they had been cared for, even in death.</w:t>
      </w:r>
    </w:p>
    <w:p w14:paraId="57308930" w14:textId="77777777" w:rsidR="003C28AA" w:rsidRDefault="00000000" w:rsidP="00B406C8">
      <w:r>
        <w:t xml:space="preserve">My Mum asked for photos to be taken, capturing those final moments with her grandchildren. I have one of those photos now, a picture of her holding Mia and Leo, one in each arm. Her face is a mask of sorrow, eyes red and swollen, not knowing whether to smile or cry. She’s trying to be brave, trying to hold it together because that’s what a mother does. She told Katie that she wanted to be strong for me, to show me that our babies were loved, that they were cherished. Katie confided in me that she had never wanted to work in pediatrics, that she had always felt it was so unnatural for a child to die. She had never seen a child without breath until </w:t>
      </w:r>
      <w:r>
        <w:lastRenderedPageBreak/>
        <w:t>Mia and Leo and she confessed that the night has stayed with her, that it haunts her still. She is still angry, still bewildered that this was allowed to happen. The compassion that she and the chaplain showed my mother that night is something I will never forget. They offered a kind of solace that only comes from deep empathy, from a shared understanding of loss. It was not Katies role to leave the ICU ward that night but I am forever grateful that she risked facing repercussions both professionally and personally to be by my mothers side.</w:t>
      </w:r>
    </w:p>
    <w:p w14:paraId="7C0BE866" w14:textId="77777777" w:rsidR="003C28AA" w:rsidRDefault="00000000" w:rsidP="00B406C8">
      <w:r>
        <w:t>The only comfort I can take from that night is knowing that my babies were dressed in the clothes I had lovingly picked out for them, as their mother. My own mother was incredible that night, showing a strength that I can only hope to have inherited. She was the perfect grandmother, saying her final goodbyes and then walking from one dark room to another, carrying the weight of her grief.</w:t>
      </w:r>
    </w:p>
    <w:p w14:paraId="6FDF9BD2" w14:textId="77777777" w:rsidR="003C28AA" w:rsidRDefault="00000000" w:rsidP="00B406C8">
      <w:r>
        <w:t>As the early hours faded into the afternoon, my condition barely improved. My family was called into yet another small room to discuss the options and they were faced with the harsh reality: my organs were failing and I was dying. I had only hours left. The only chance of saving my life was a liver transplant, but there were no guarantees. No guarantee that an organ would become available, no guarantee that I would survive the surgery even if it did. My parents and inlaws were too bereft, too overwhelmed to make such a decision, summoning what little strength they has they told the doctors to do whatever they could to save me.</w:t>
      </w:r>
    </w:p>
    <w:p w14:paraId="7069B069" w14:textId="77777777" w:rsidR="003C28AA" w:rsidRDefault="00000000" w:rsidP="00B406C8">
      <w:r>
        <w:t>Liver transplants are rare—rarer than most people realise. The waiting list is long, merciless and unforgiving. Every name etched onto it carries a story, a family, a life teetering on the edge of existence. The demand for donor organs far outweighs the supply and the cruel arithmetic of it all leaves too many waiting... sometimes forever.</w:t>
      </w:r>
    </w:p>
    <w:p w14:paraId="21A1A65B" w14:textId="77777777" w:rsidR="003C28AA" w:rsidRDefault="00000000" w:rsidP="00B406C8">
      <w:r>
        <w:lastRenderedPageBreak/>
        <w:t>In the UK, liver transplants are prioritised based on patient condition, with those on the "super urgent" list receiving the highest priority. This list is for individuals who are very ill and unlikely to survive long without a transplant. These patients have no time. They are dying and without a transplant quickly, their story ends.</w:t>
      </w:r>
    </w:p>
    <w:p w14:paraId="5177AE6D" w14:textId="77777777" w:rsidR="003C28AA" w:rsidRDefault="00000000" w:rsidP="00B406C8">
      <w:r>
        <w:t>I was placed number one in the super urgent category and from that moment on, it was a race against time but there was nothing to do but wait.</w:t>
      </w:r>
    </w:p>
    <w:p w14:paraId="776B5C5E" w14:textId="77777777" w:rsidR="003C28AA" w:rsidRDefault="00000000" w:rsidP="00B406C8">
      <w:r>
        <w:t>The hours that followed were the longest of my families lives— waiting for news, to see if by some miracle my life would be saved,</w:t>
      </w:r>
    </w:p>
    <w:p w14:paraId="6CC37B01" w14:textId="77777777" w:rsidR="003C28AA" w:rsidRDefault="00000000" w:rsidP="00B406C8">
      <w:r>
        <w:t>My father, white with worry, finally left the hospital in the dead of night, urged to get some rest. He hadn’t slept in days. Max, was offered a room in the hospital’s emergency accommodation for later that evening but decided to pulled two chairs together in the corner of the ICU family room for now and laid down, though sleep eluded him. With his hoodie pulled over his head and his hands clasped tight, he prayed—not to any specific god, but to hope itself. We were all praying for a miracle.</w:t>
      </w:r>
    </w:p>
    <w:p w14:paraId="2252D51E" w14:textId="77777777" w:rsidR="003C28AA" w:rsidRDefault="00000000" w:rsidP="00B406C8">
      <w:r>
        <w:t>then, it came.</w:t>
      </w:r>
    </w:p>
    <w:p w14:paraId="5EC6AE32" w14:textId="77777777" w:rsidR="003C28AA" w:rsidRDefault="00000000" w:rsidP="00B406C8">
      <w:r>
        <w:t>Eight hours after I was listed, the phone rang.</w:t>
      </w:r>
    </w:p>
    <w:p w14:paraId="0715AD41" w14:textId="77777777" w:rsidR="003C28AA" w:rsidRDefault="00000000" w:rsidP="00B406C8">
      <w:r>
        <w:t>A match had been found. By some miracle a liver was making its way to the hospital. I was going to undergo a transplant if the liver was deemed viable on arrival. There was still a chance that it would be too large or could have deteriorated in transit.</w:t>
      </w:r>
    </w:p>
    <w:p w14:paraId="65A4381B" w14:textId="77777777" w:rsidR="003C28AA" w:rsidRDefault="00000000" w:rsidP="00B406C8">
      <w:r>
        <w:t>Everything moved in fast-forward as the doctors prepared for the arrival of the organ. My parents, in-laws and Max notified that there was a glimmer of hope Doctors moved swiftly, nurses with practiced urgency preparing me for surgery. The tightrope between life and death narrowed into a surgical table.</w:t>
      </w:r>
    </w:p>
    <w:p w14:paraId="68094510" w14:textId="77777777" w:rsidR="003C28AA" w:rsidRDefault="00000000" w:rsidP="00B406C8">
      <w:r>
        <w:lastRenderedPageBreak/>
        <w:t>I often think of my donor and her family that night. A family whose lives were forever altered that night. Somewhere, a mother, daughter, sister, friend took her last breath. Her world ended while mine was given the chance to begin again. And in the midst of their grief, they chose generosity and gave my family hope.</w:t>
      </w:r>
    </w:p>
    <w:p w14:paraId="46AB6E2C" w14:textId="77777777" w:rsidR="003C28AA" w:rsidRDefault="00000000" w:rsidP="00B406C8">
      <w:r>
        <w:t>What unimaginable courage it must have taken to say yes to organ donation in the chaos of loss. I wonder about her. I carry her memory with me every single day. My second chance is tethered to her final one and that gravity never leaves me.</w:t>
      </w:r>
    </w:p>
    <w:p w14:paraId="39AE7563" w14:textId="77777777" w:rsidR="003C28AA" w:rsidRDefault="00000000" w:rsidP="00B406C8">
      <w:r>
        <w:t>Fourteen hours passed and summons were sent to return to the hospital.</w:t>
      </w:r>
    </w:p>
    <w:p w14:paraId="74DA23EA" w14:textId="77777777" w:rsidR="003C28AA" w:rsidRDefault="00000000" w:rsidP="00B406C8">
      <w:r>
        <w:t>Then, the doors opened.</w:t>
      </w:r>
    </w:p>
    <w:p w14:paraId="6FA0B6C0" w14:textId="77777777" w:rsidR="003C28AA" w:rsidRDefault="00000000" w:rsidP="00B406C8">
      <w:r>
        <w:t>Dr. Upasani, my transplant surgeon, stepped out into the fluorescent-lit hallway. His face was calm, his eyes steady. He had done it. The surgery had been a success.</w:t>
      </w:r>
    </w:p>
    <w:p w14:paraId="038FCF93" w14:textId="77777777" w:rsidR="003C28AA" w:rsidRDefault="00000000" w:rsidP="00B406C8">
      <w:r>
        <w:t>Max stood before he could even register the words. Relief broke him. He cried, finally and didn’t try to stop it.</w:t>
      </w:r>
    </w:p>
    <w:p w14:paraId="3F1AFC90" w14:textId="77777777" w:rsidR="003C28AA" w:rsidRDefault="00000000" w:rsidP="00B406C8">
      <w:r>
        <w:t>I was going to make it. The fight wasn’t over, but the first battle had been won. My body had accepted the new liver. But as Dr. Upasani gently reminded my family, this was just the beginning. Recovery would be long. Risks still loomed. Rejection, infection, complications—any of these could still take everything away.</w:t>
      </w:r>
    </w:p>
    <w:p w14:paraId="09580911" w14:textId="77777777" w:rsidR="003C28AA" w:rsidRDefault="00000000" w:rsidP="00B406C8">
      <w:r>
        <w:t>Still, for the first time in what felt like forever, there was light.</w:t>
      </w:r>
    </w:p>
    <w:p w14:paraId="1160821B" w14:textId="77777777" w:rsidR="003C28AA" w:rsidRDefault="00000000" w:rsidP="00B406C8">
      <w:pPr>
        <w:ind w:firstLine="0"/>
        <w:jc w:val="center"/>
      </w:pPr>
      <w:r>
        <w:rPr>
          <w:b/>
        </w:rPr>
        <w:t>Chapter Eight</w:t>
      </w:r>
    </w:p>
    <w:p w14:paraId="3E6C10BD" w14:textId="77777777" w:rsidR="003C28AA" w:rsidRDefault="00000000" w:rsidP="00B406C8">
      <w:r>
        <w:t>hat evening, surrounded by the gentle hum of machines, the steady drip of IVs and the rhythmic beeping of monitors, hope blossomed—and for the first time in two days, my family dared to imagine a tomorrow that included me.</w:t>
      </w:r>
    </w:p>
    <w:p w14:paraId="52CAEEB6" w14:textId="77777777" w:rsidR="003C28AA" w:rsidRDefault="00000000" w:rsidP="00B406C8">
      <w:r>
        <w:lastRenderedPageBreak/>
        <w:t>I didn’t so much wake up as I did surface, like something dragged reluctantly from the bottom of a cold, black lake. It was slow. Muffled. Wrong. My eyelids peeled open not with clarity, but with resistance, like rusted shutters forced apart. There was no relief in the light, no sense of orientation—just a cold fluorescence that pierced instead of illuminating. I heard beeping from my overdue IV drip. Then voices. Muffled at first, then sharpened like knives on glass. Every sound felt like it was happening inside my skull. Too loud. Too close.</w:t>
      </w:r>
    </w:p>
    <w:p w14:paraId="4E34A3F8" w14:textId="77777777" w:rsidR="003C28AA" w:rsidRDefault="00000000" w:rsidP="00B406C8">
      <w:r>
        <w:t>I remember the ceiling tiles.</w:t>
      </w:r>
    </w:p>
    <w:p w14:paraId="5483317E" w14:textId="77777777" w:rsidR="003C28AA" w:rsidRDefault="00000000" w:rsidP="00B406C8">
      <w:r>
        <w:t>So many of them, a strange, logicless pattern. One was cracked. One was stained. I stared at that stain for what felt like hours. I was sure it meant something. Like maybe someone had bled there, or maybe it was a message, a code. If I stared long enough, I’d understand.</w:t>
      </w:r>
    </w:p>
    <w:p w14:paraId="480E84CA" w14:textId="77777777" w:rsidR="003C28AA" w:rsidRDefault="00000000" w:rsidP="00B406C8">
      <w:r>
        <w:t>Then came the voices. Two. Maybe three. Talking softly but urgently. I didn’t understand the words. It sounded like another language. Or maybe it was English, just rearranged. Each word floated by untethered, unable to form meaning in my head. They were aliens, I thought. I was on a ship. I must have been abducted.</w:t>
      </w:r>
    </w:p>
    <w:p w14:paraId="7009274D" w14:textId="77777777" w:rsidR="003C28AA" w:rsidRDefault="00000000" w:rsidP="00B406C8">
      <w:r>
        <w:t>I blinked.</w:t>
      </w:r>
    </w:p>
    <w:p w14:paraId="2A35A0B9" w14:textId="77777777" w:rsidR="003C28AA" w:rsidRDefault="00000000" w:rsidP="00B406C8">
      <w:r>
        <w:t>More light.</w:t>
      </w:r>
    </w:p>
    <w:p w14:paraId="66639479" w14:textId="77777777" w:rsidR="003C28AA" w:rsidRDefault="00000000" w:rsidP="00B406C8">
      <w:r>
        <w:t>Pain.</w:t>
      </w:r>
    </w:p>
    <w:p w14:paraId="1543D9CD" w14:textId="77777777" w:rsidR="003C28AA" w:rsidRDefault="00000000" w:rsidP="00B406C8">
      <w:r>
        <w:t>No—not pain exactly. More like discomfort layered onto numbness. I tried to move. My arm wouldn’t lift. My fingers didn’t respond. I had the vague sense I was covered in wires, maybe vines, maybe tentacles. I couldn’t tell where my body ended or the bed began. My limbs felt enormous, uncooperative. I thought, briefly, that I’d turned into a tree.</w:t>
      </w:r>
    </w:p>
    <w:p w14:paraId="670739E7" w14:textId="77777777" w:rsidR="003C28AA" w:rsidRDefault="00000000" w:rsidP="00B406C8">
      <w:r>
        <w:t>Then a hand touched mine.</w:t>
      </w:r>
    </w:p>
    <w:p w14:paraId="1B45481C" w14:textId="77777777" w:rsidR="003C28AA" w:rsidRDefault="00000000" w:rsidP="00B406C8">
      <w:r>
        <w:t>Warm. Familiar.</w:t>
      </w:r>
    </w:p>
    <w:p w14:paraId="4BEC10F2" w14:textId="77777777" w:rsidR="003C28AA" w:rsidRDefault="00000000" w:rsidP="00B406C8">
      <w:r>
        <w:lastRenderedPageBreak/>
        <w:t>A voice—soft, breaking.</w:t>
      </w:r>
    </w:p>
    <w:p w14:paraId="3A52E549" w14:textId="77777777" w:rsidR="003C28AA" w:rsidRDefault="00000000" w:rsidP="00B406C8">
      <w:r>
        <w:t>“Louise?”</w:t>
      </w:r>
    </w:p>
    <w:p w14:paraId="19330567" w14:textId="77777777" w:rsidR="003C28AA" w:rsidRDefault="00000000" w:rsidP="00B406C8">
      <w:r>
        <w:t>I blinked again. A face hovered into view. Pale skin. Reddish eyes. A familiar shape I couldn’t place. My eyes swam in and out of focus. I tried to say something—anything—but my throat wouldn’t work. My lips were dry, cracked. I tasted plastic.</w:t>
      </w:r>
    </w:p>
    <w:p w14:paraId="5562F8C3" w14:textId="77777777" w:rsidR="003C28AA" w:rsidRDefault="00000000" w:rsidP="00B406C8">
      <w:r>
        <w:t>“You’re okay,” the voice said. “You’re safe. You’re in the hospital.”</w:t>
      </w:r>
    </w:p>
    <w:p w14:paraId="50EE4175" w14:textId="77777777" w:rsidR="003C28AA" w:rsidRDefault="00000000" w:rsidP="00B406C8">
      <w:r>
        <w:t>I wasn’t okay. I wasn’t even there. I felt like I was still underwater, still being pulled back by something heavy and enormous. My body hurt, but not in a sharp way—more like I was too heavy to be alive.</w:t>
      </w:r>
    </w:p>
    <w:p w14:paraId="5F51FF91" w14:textId="77777777" w:rsidR="003C28AA" w:rsidRDefault="00000000" w:rsidP="00B406C8">
      <w:r>
        <w:t>Another face leaned into view. A nurse. She smiled, professionally pleasant, a little too bright. “Welcome back,” she said like I was returning from a vacation. “You’ve been through a big surgery. You’re doing well.”</w:t>
      </w:r>
    </w:p>
    <w:p w14:paraId="67C64440" w14:textId="77777777" w:rsidR="003C28AA" w:rsidRDefault="00000000" w:rsidP="00B406C8">
      <w:r>
        <w:t>Well? My feet looked like rubber balloons. I could see them poking up under the blanket—grotesque, shiny, puffed to the size of loaves of bread. I couldn’t feel them. I wasn’t entirely convinced they were attached to me. My whole body was swollen, puffed up with fluid, like I’d been filled with gelatin and left to rot. My hands were purple. My arms were bruised. My mouth was dry. I could hear my breath whistling through something lodged in my throat.</w:t>
      </w:r>
    </w:p>
    <w:p w14:paraId="3C353EA4" w14:textId="77777777" w:rsidR="003C28AA" w:rsidRDefault="00000000" w:rsidP="00B406C8">
      <w:r>
        <w:t>I couldn’t speak.</w:t>
      </w:r>
    </w:p>
    <w:p w14:paraId="61B0E8ED" w14:textId="77777777" w:rsidR="003C28AA" w:rsidRDefault="00000000" w:rsidP="00B406C8">
      <w:r>
        <w:t>I didn’t want to.</w:t>
      </w:r>
    </w:p>
    <w:p w14:paraId="5AE4B3A6" w14:textId="77777777" w:rsidR="003C28AA" w:rsidRDefault="00000000" w:rsidP="00B406C8">
      <w:r>
        <w:t>I wanted everyone to leave me alone. I didn’t know them. I didn’t trust them. I didn’t know me.</w:t>
      </w:r>
    </w:p>
    <w:p w14:paraId="12CCC232" w14:textId="77777777" w:rsidR="003C28AA" w:rsidRDefault="00000000" w:rsidP="00B406C8">
      <w:r>
        <w:t xml:space="preserve">Over the next few days , time lost all shape. Day and night were meaningless. Light came and went. People appeared, asked questions I couldn’t answer, took readings, scribbled on charts, </w:t>
      </w:r>
      <w:r>
        <w:lastRenderedPageBreak/>
        <w:t>spoke in acronyms and jargon. Sometimes they said things like “neuro consult,” “swelling,” “encephalopathy,” “sedation” Sometimes I heard whispers about “damage.” No one spoke directly to me. The way they looked at each other. Not at me. Around me.</w:t>
      </w:r>
    </w:p>
    <w:p w14:paraId="5442B84D" w14:textId="77777777" w:rsidR="003C28AA" w:rsidRDefault="00000000" w:rsidP="00B406C8">
      <w:r>
        <w:t>Max, my Mum and Dad circled, sat in a chair next to my bed for days, maybe weeks. Maxes face grew gaunter, more hollow. I remember staring at him once, trying to remember what or who he was to me. I knew the word, but not what it meant. I knew Max was someone I should know, but he might as well have been a character from a story I forgot halfway through.</w:t>
      </w:r>
    </w:p>
    <w:p w14:paraId="1EA54E65" w14:textId="77777777" w:rsidR="003C28AA" w:rsidRDefault="00000000" w:rsidP="00B406C8">
      <w:r>
        <w:t>He’d speak gently, coaxing, like you’d speak to a frightened animal.</w:t>
      </w:r>
    </w:p>
    <w:p w14:paraId="46BD4C29" w14:textId="77777777" w:rsidR="003C28AA" w:rsidRDefault="00000000" w:rsidP="00B406C8">
      <w:r>
        <w:t>“Louise. Do you remember our door? What color it is?”</w:t>
      </w:r>
    </w:p>
    <w:p w14:paraId="671FA812" w14:textId="77777777" w:rsidR="003C28AA" w:rsidRDefault="00000000" w:rsidP="00B406C8">
      <w:r>
        <w:t>I stared at him.</w:t>
      </w:r>
    </w:p>
    <w:p w14:paraId="447F98F3" w14:textId="77777777" w:rsidR="003C28AA" w:rsidRDefault="00000000" w:rsidP="00B406C8">
      <w:r>
        <w:t>“We live in Walmgate, I work at a hotel.”</w:t>
      </w:r>
    </w:p>
    <w:p w14:paraId="6E1B7705" w14:textId="77777777" w:rsidR="003C28AA" w:rsidRDefault="00000000" w:rsidP="00B406C8">
      <w:r>
        <w:t>The words didn’t make sense. I knew what “door” meant, in theory, but no image came. Nothing. Just blank static in my mind. I saw the moment hope dimmed in his eyes, like someone shutting a window. The nurses warned him that my memory may not return, I had suffered swelling in my brain.</w:t>
      </w:r>
    </w:p>
    <w:p w14:paraId="2EB1E55E" w14:textId="77777777" w:rsidR="003C28AA" w:rsidRDefault="00000000" w:rsidP="00B406C8">
      <w:r>
        <w:t>Still, he stayed.</w:t>
      </w:r>
    </w:p>
    <w:p w14:paraId="79B90603" w14:textId="77777777" w:rsidR="003C28AA" w:rsidRDefault="00000000" w:rsidP="00B406C8">
      <w:r>
        <w:t>“Where do I work?” he tried again.</w:t>
      </w:r>
    </w:p>
    <w:p w14:paraId="4A288A24" w14:textId="77777777" w:rsidR="003C28AA" w:rsidRDefault="00000000" w:rsidP="00B406C8">
      <w:r>
        <w:t>I blinked. “You….” Then nothing</w:t>
      </w:r>
    </w:p>
    <w:p w14:paraId="10485408" w14:textId="77777777" w:rsidR="003C28AA" w:rsidRDefault="00000000" w:rsidP="00B406C8">
      <w:r>
        <w:t>He look defeated. “No, I work in a hotel.”</w:t>
      </w:r>
    </w:p>
    <w:p w14:paraId="41CC7F4A" w14:textId="77777777" w:rsidR="003C28AA" w:rsidRDefault="00000000" w:rsidP="00B406C8">
      <w:r>
        <w:t>I shook my head. The fear creeping in.</w:t>
      </w:r>
    </w:p>
    <w:p w14:paraId="5D3BFF31" w14:textId="77777777" w:rsidR="003C28AA" w:rsidRDefault="00000000" w:rsidP="00B406C8">
      <w:r>
        <w:t>He looked like he might cry. I started to scream.</w:t>
      </w:r>
    </w:p>
    <w:p w14:paraId="61B9D550" w14:textId="77777777" w:rsidR="003C28AA" w:rsidRDefault="00000000" w:rsidP="00B406C8">
      <w:r>
        <w:t>He never once got angry. Not visibly. Not at me. But I saw it—the weariness, the heartbreak. Like he was trying to love a ghost back into being.</w:t>
      </w:r>
    </w:p>
    <w:p w14:paraId="31394816" w14:textId="77777777" w:rsidR="003C28AA" w:rsidRDefault="00000000" w:rsidP="00B406C8">
      <w:r>
        <w:lastRenderedPageBreak/>
        <w:t>I was a ghost.</w:t>
      </w:r>
    </w:p>
    <w:p w14:paraId="7D8F4EA7" w14:textId="77777777" w:rsidR="003C28AA" w:rsidRDefault="00000000" w:rsidP="00B406C8">
      <w:r>
        <w:t>I didn’t feel human. I didn’t feel alive, exactly. Just present. Breathing. Being. My brain wasn’t working right. It was swollen, they said. Inflamed. Causing confusion, memory loss, hallucinations. The doctor had explained that I was suffering with a condition known as “ICU delirium,” “neuro trauma,” “postoperative encephalopathy.” It all meant one thing: I was lost in my own thoughts. ICU delirium is an acute confusional state that affects many patients in intensive care. It’s shockingly common, with anywhere from a third to eighty percent of ICU survivors experiencing these kinds of hallucinations, often leading to PTSD. I’ve heard stories of people who believed they were being cooked alive in an MRI machine or thought their dialysis treatments were part of some macabre ritual involving the blood of the dead. Delirium comes and goes, fluctuating throughout the day, making it nearly impossible to distinguish between reality and the twisted landscapes of the mind.</w:t>
      </w:r>
    </w:p>
    <w:p w14:paraId="7DC954A0" w14:textId="77777777" w:rsidR="003C28AA" w:rsidRDefault="00000000" w:rsidP="00B406C8">
      <w:r>
        <w:t>The hallucinations started almost immediately. I don’t remember them starting—they were just there. One moment I was in a hospital bed, the next I was being interrogated by a roomful of shadowy bureaucrats in lab coats. I was sure they were trying to steal my thoughts.</w:t>
      </w:r>
    </w:p>
    <w:p w14:paraId="2FC076FC" w14:textId="77777777" w:rsidR="003C28AA" w:rsidRDefault="00000000" w:rsidP="00B406C8">
      <w:r>
        <w:t>Once, I thought my room was underwater. I watched the ceiling ripple like the surface of a lake. A fish swam through it. I tried to reach up and catch it, but my arm wouldn’t move.</w:t>
      </w:r>
    </w:p>
    <w:p w14:paraId="05A17AF1" w14:textId="77777777" w:rsidR="003C28AA" w:rsidRDefault="00000000" w:rsidP="00B406C8">
      <w:r>
        <w:t>The strangest part? None of it felt wrong.</w:t>
      </w:r>
    </w:p>
    <w:p w14:paraId="1EF6176A" w14:textId="77777777" w:rsidR="003C28AA" w:rsidRDefault="00000000" w:rsidP="00B406C8">
      <w:r>
        <w:t>That’s the trick of delirium. You don’t know it’s delirium. You just think the world has changed and no one told you.</w:t>
      </w:r>
    </w:p>
    <w:p w14:paraId="61ED0942" w14:textId="77777777" w:rsidR="003C28AA" w:rsidRDefault="00000000" w:rsidP="00B406C8">
      <w:r>
        <w:t xml:space="preserve">Sometimes, Max or my Mum would feed me little bits of soft food. I didn’t want it. I didn’t want anything. My body wasn’t ready. I had a feeding tube and every time I woke, I tried </w:t>
      </w:r>
      <w:r>
        <w:lastRenderedPageBreak/>
        <w:t>to rip it out. I didn’t understand what it was. I thought it was a weapon, or some kind of mind control. Once I accused a nurse of “installing spyware.”</w:t>
      </w:r>
    </w:p>
    <w:p w14:paraId="5D891B51" w14:textId="77777777" w:rsidR="003C28AA" w:rsidRDefault="00000000" w:rsidP="00B406C8">
      <w:r>
        <w:t>Then came the tangerine incident.</w:t>
      </w:r>
    </w:p>
    <w:p w14:paraId="6FE9D34E" w14:textId="77777777" w:rsidR="003C28AA" w:rsidRDefault="00000000" w:rsidP="00B406C8">
      <w:r>
        <w:t>A small cup—plastic, the kind you give to children. Inside: juicy segments in syrup. A treat. A test. A gesture of hope.</w:t>
      </w:r>
    </w:p>
    <w:p w14:paraId="785C5237" w14:textId="77777777" w:rsidR="003C28AA" w:rsidRDefault="00000000" w:rsidP="00B406C8">
      <w:r>
        <w:t>I took one segment, stared at it with reverence—and pressed it to my forehead.</w:t>
      </w:r>
    </w:p>
    <w:p w14:paraId="08CB03FE" w14:textId="77777777" w:rsidR="003C28AA" w:rsidRDefault="00000000" w:rsidP="00B406C8">
      <w:r>
        <w:t>“The aliens taught me this,” I said gravely.</w:t>
      </w:r>
    </w:p>
    <w:p w14:paraId="6F64CC10" w14:textId="77777777" w:rsidR="003C28AA" w:rsidRDefault="00000000" w:rsidP="00B406C8">
      <w:r>
        <w:t>Max blinked. “What?”</w:t>
      </w:r>
    </w:p>
    <w:p w14:paraId="08F562C6" w14:textId="77777777" w:rsidR="003C28AA" w:rsidRDefault="00000000" w:rsidP="00B406C8">
      <w:r>
        <w:t>Then I took the straw, placed it on my temple and began to “drink” the juice. I nodded approvingly, like a sommelier appraising a fine wine. “Excellent.”</w:t>
      </w:r>
    </w:p>
    <w:p w14:paraId="48DAFB34" w14:textId="77777777" w:rsidR="003C28AA" w:rsidRDefault="00000000" w:rsidP="00B406C8">
      <w:r>
        <w:t>My mother burst into tears of laughter.</w:t>
      </w:r>
    </w:p>
    <w:p w14:paraId="13E3D95A" w14:textId="77777777" w:rsidR="003C28AA" w:rsidRDefault="00000000" w:rsidP="00B406C8">
      <w:r>
        <w:t>Max laughed and cried at the same time.</w:t>
      </w:r>
    </w:p>
    <w:p w14:paraId="271614E8" w14:textId="77777777" w:rsidR="003C28AA" w:rsidRDefault="00000000" w:rsidP="00B406C8">
      <w:r>
        <w:t>I didn’t understand what was funny.</w:t>
      </w:r>
    </w:p>
    <w:p w14:paraId="152CDF80" w14:textId="77777777" w:rsidR="003C28AA" w:rsidRDefault="00000000" w:rsidP="00B406C8">
      <w:r>
        <w:t>To this days these hallucinations are engraved in my memory as if they actually happened. Here is a selection of my the most bizarre: Brace yourself—it gets weird.</w:t>
      </w:r>
    </w:p>
    <w:p w14:paraId="7586F575" w14:textId="77777777" w:rsidR="003C28AA" w:rsidRDefault="00000000" w:rsidP="00B406C8">
      <w:r>
        <w:t>The Veteran</w:t>
      </w:r>
    </w:p>
    <w:p w14:paraId="5583800A" w14:textId="77777777" w:rsidR="003C28AA" w:rsidRDefault="00000000" w:rsidP="00B406C8">
      <w:r>
        <w:t>One of my earliest , I was utterly convinced that I was a male prisoner with coarse blonde hair. The dry wounds on my neck from dialysis felt like the rough stubble of a freshly shaved beard and my parched, weathered skin convinced me I had the hardened complexion of a man. My hands were cuffed to the bed—though in reality, they were gently restrained to stop me from yanking out my feeding tube.</w:t>
      </w:r>
    </w:p>
    <w:p w14:paraId="30D3E743" w14:textId="77777777" w:rsidR="003C28AA" w:rsidRDefault="00000000" w:rsidP="00B406C8">
      <w:r>
        <w:t xml:space="preserve">In my delusion, my crime was unspeakable: I had been caught running an underground smuggling ring for stolen women’s breast milk. It wasn’t just milk; it was precious, almost </w:t>
      </w:r>
      <w:r>
        <w:lastRenderedPageBreak/>
        <w:t>magical and essential for the soldiers fighting in some unseen war. Everyone wanted it and somehow, I had become its shadowy kingpin. Even my grandmother was implicated in the operation, though whether she was an accomplice or an informant, I couldn’t tell.</w:t>
      </w:r>
    </w:p>
    <w:p w14:paraId="4C5BB0D5" w14:textId="77777777" w:rsidR="003C28AA" w:rsidRDefault="00000000" w:rsidP="00B406C8">
      <w:r>
        <w:t>I was certain my fate was sealed. Execution awaited me at first light. The faint scuff marks on the ICU walls morphed into stern military insignia, each one a damning piece of evidence against me. Every beep of the monitors and hiss of the ventilators became an ominous signal, the echoing march of soldiers coming to enforce my sentence. Even the nurses’ gentle movements felt like calculated surveillance.</w:t>
      </w:r>
    </w:p>
    <w:p w14:paraId="749BBDC2" w14:textId="77777777" w:rsidR="003C28AA" w:rsidRDefault="00000000" w:rsidP="00B406C8">
      <w:r>
        <w:t>The fear was all-consuming. I wasn’t just a prisoner; I was a condemned man, lost in a twisted, feverish reality where every sound and shadow whispered of betrayal and impending doom.</w:t>
      </w:r>
    </w:p>
    <w:p w14:paraId="15CBA846" w14:textId="77777777" w:rsidR="003C28AA" w:rsidRDefault="00000000" w:rsidP="00B406C8">
      <w:r>
        <w:t>Skinned</w:t>
      </w:r>
    </w:p>
    <w:p w14:paraId="41035561" w14:textId="77777777" w:rsidR="003C28AA" w:rsidRDefault="00000000" w:rsidP="00B406C8">
      <w:r>
        <w:t>The hum of machines filled the sterile air, a rhythmic backdrop to the chaos in my mind. My Dad and his fiancée, Maureen, had come to visit, their presence a tether to a world I couldn’t quite grasp. But something was wrong. Terribly wrong.</w:t>
      </w:r>
    </w:p>
    <w:p w14:paraId="37EF3CCF" w14:textId="77777777" w:rsidR="003C28AA" w:rsidRDefault="00000000" w:rsidP="00B406C8">
      <w:r>
        <w:t>When Dad stepped out of the room, I turned to Maureen, my voice urgent, rasping. “Please,” I begged. “Go upstairs and get my skin.”</w:t>
      </w:r>
    </w:p>
    <w:p w14:paraId="6FFCB17B" w14:textId="77777777" w:rsidR="003C28AA" w:rsidRDefault="00000000" w:rsidP="00B406C8">
      <w:r>
        <w:t>Her expression faltered, a flicker of confusion crossing her face before she forced a reassuring smile. “Your skin?” she asked gently, as though coaxing a child out of a bad dream.</w:t>
      </w:r>
    </w:p>
    <w:p w14:paraId="4C31A52F" w14:textId="77777777" w:rsidR="003C28AA" w:rsidRDefault="00000000" w:rsidP="00B406C8">
      <w:r>
        <w:t>“Yes, my skin,” I insisted, pulling weakly at the sheets that felt alien against my body. “This—” I gestured to myself, the strange, swollen figure I’d become—“this isn’t mine. It doesn’t belong to me.”</w:t>
      </w:r>
    </w:p>
    <w:p w14:paraId="279ACC53" w14:textId="77777777" w:rsidR="003C28AA" w:rsidRDefault="00000000" w:rsidP="00B406C8">
      <w:r>
        <w:lastRenderedPageBreak/>
        <w:t>I explained, breathless with conviction, how my real skin was upstairs, hanging on a Victorian coat rack in the foyer. The image burned vividly in my mind: my flesh, intact and waiting, draped like a luxurious garment. Its seams were perfect, its tone familiar and I could almost feel its warmth, calling me home.</w:t>
      </w:r>
    </w:p>
    <w:p w14:paraId="789D543B" w14:textId="77777777" w:rsidR="003C28AA" w:rsidRDefault="00000000" w:rsidP="00B406C8">
      <w:r>
        <w:t>“Maureen, it’s there,” I whispered. “Just unzip this... suit. It’s wrong. I need to put my skin back on.”</w:t>
      </w:r>
    </w:p>
    <w:p w14:paraId="46B55198" w14:textId="77777777" w:rsidR="003C28AA" w:rsidRDefault="00000000" w:rsidP="00B406C8">
      <w:r>
        <w:t>Her face softened, her eyes glistening with something between pity and alarm. She reached for my hand, her grip grounding me, but it only made me feel more desperate.</w:t>
      </w:r>
    </w:p>
    <w:p w14:paraId="35081F4B" w14:textId="77777777" w:rsidR="003C28AA" w:rsidRDefault="00000000" w:rsidP="00B406C8">
      <w:r>
        <w:t>“Please, Maureen,” I pleaded. “I don’t belong in this body.”</w:t>
      </w:r>
    </w:p>
    <w:p w14:paraId="13A54961" w14:textId="77777777" w:rsidR="003C28AA" w:rsidRDefault="00000000" w:rsidP="00B406C8">
      <w:r>
        <w:t>The air in the room thickened with my despair. I knew she didn’t believe me. How could she? To her, I was a broken woman, tethered to machines and drifting between delirium and reality. But I could see it so clearly—the foyer, the coat rack, my skin. My real self, just waiting for me to reclaim it.</w:t>
      </w:r>
    </w:p>
    <w:p w14:paraId="46FCCC81" w14:textId="77777777" w:rsidR="003C28AA" w:rsidRDefault="00000000" w:rsidP="00B406C8">
      <w:r>
        <w:t>When Dad returned, I sank back into silence, defeated. Maureen didn’t say a word about my request. Maybe she thought it would pass, like all the other strange things I’d said. But even now, I can see it. My skin, hanging there, waiting.</w:t>
      </w:r>
    </w:p>
    <w:p w14:paraId="6B3E4887" w14:textId="77777777" w:rsidR="003C28AA" w:rsidRDefault="00000000" w:rsidP="00B406C8">
      <w:r>
        <w:t>Niece Cam</w:t>
      </w:r>
    </w:p>
    <w:p w14:paraId="4F7150D0" w14:textId="77777777" w:rsidR="003C28AA" w:rsidRDefault="00000000" w:rsidP="00B406C8">
      <w:r>
        <w:t>I woke slowly, my thoughts swimming through a thick fog. The steady beeping of monitors was soothing at first, until I remembered—someone was watching me.</w:t>
      </w:r>
    </w:p>
    <w:p w14:paraId="49361973" w14:textId="77777777" w:rsidR="003C28AA" w:rsidRDefault="00000000" w:rsidP="00B406C8">
      <w:r>
        <w:t>It was Auntie Jenny. My Dad’s sister, always protective, always hovering, had found a way to keep an eye on me even here. She’d installed something she called the “Niece Cam,” a clever little device that allowed her to watch over me at all times.</w:t>
      </w:r>
    </w:p>
    <w:p w14:paraId="3B7B1B1B" w14:textId="77777777" w:rsidR="003C28AA" w:rsidRDefault="00000000" w:rsidP="00B406C8">
      <w:r>
        <w:lastRenderedPageBreak/>
        <w:t>At first, the idea was comforting. Jenny always had a knack for knowing when I needed help. But as the haze in my mind cleared, a strange unease crept in. Did she trust me so little that she thought I couldn’t look after myself? Did she really need to monitor every move I made?</w:t>
      </w:r>
    </w:p>
    <w:p w14:paraId="7CCBBBD6" w14:textId="77777777" w:rsidR="003C28AA" w:rsidRDefault="00000000" w:rsidP="00B406C8">
      <w:r>
        <w:t>The thought consumed me. I imagined the camera hidden somewhere in the room—maybe tucked in a corner, disguised as one of the many blinking machines surrounding me. It wasn’t there to harm me, of course. Jenny wasn’t like that. The Niece Cam was her way of making sure I was safe.</w:t>
      </w:r>
    </w:p>
    <w:p w14:paraId="2EF20990" w14:textId="77777777" w:rsidR="003C28AA" w:rsidRDefault="00000000" w:rsidP="00B406C8">
      <w:r>
        <w:t>still, the idea of being watched... it felt intrusive. My chest tightened as panic bubbled to the surface. I needed to talk to her. She had to know I was awake, aware and perfectly capable of taking care of myself.</w:t>
      </w:r>
    </w:p>
    <w:p w14:paraId="1665A6DE" w14:textId="77777777" w:rsidR="003C28AA" w:rsidRDefault="00000000" w:rsidP="00B406C8">
      <w:r>
        <w:t>“Phone,” I rasped, my voice barely audible. A nurse appeared by my side, her expression kind but wary.</w:t>
      </w:r>
    </w:p>
    <w:p w14:paraId="54BF460C" w14:textId="77777777" w:rsidR="003C28AA" w:rsidRDefault="00000000" w:rsidP="00B406C8">
      <w:r>
        <w:t>“What do you need, sweetheart?” she asked softly.</w:t>
      </w:r>
    </w:p>
    <w:p w14:paraId="48EF2B6D" w14:textId="77777777" w:rsidR="003C28AA" w:rsidRDefault="00000000" w:rsidP="00B406C8">
      <w:r>
        <w:t>“A phone,” I repeated, more forcefully this time. “I need to call Auntie Jenny. She’s... watching me. I know about the Niece Cam.”</w:t>
      </w:r>
    </w:p>
    <w:p w14:paraId="1A61D21C" w14:textId="77777777" w:rsidR="003C28AA" w:rsidRDefault="00000000" w:rsidP="00B406C8">
      <w:r>
        <w:t>The nurse tilted her head, confusion flickering in her eyes. “The Niece Cam?”</w:t>
      </w:r>
    </w:p>
    <w:p w14:paraId="35C64A06" w14:textId="77777777" w:rsidR="003C28AA" w:rsidRDefault="00000000" w:rsidP="00B406C8">
      <w:r>
        <w:t>“She’s keeping me safe,” I explained quickly. “It’s just... I don’t need it anymore. I’m fine now. I can take care of myself.”</w:t>
      </w:r>
    </w:p>
    <w:p w14:paraId="13129775" w14:textId="77777777" w:rsidR="003C28AA" w:rsidRDefault="00000000" w:rsidP="00B406C8">
      <w:r>
        <w:t>The nurse smiled gently, her hand resting on mine. “You’ve been through a lot,” she said, her tone soothing. “I’m sure your aunt loves you very much. But there’s no camera, I promise. You’re safe here.”</w:t>
      </w:r>
    </w:p>
    <w:p w14:paraId="4B491DB9" w14:textId="77777777" w:rsidR="003C28AA" w:rsidRDefault="00000000" w:rsidP="00B406C8">
      <w:r>
        <w:lastRenderedPageBreak/>
        <w:t>Her words didn’t register. How could they, when I knew the truth? Auntie Jenny had always gone above and beyond for me. This was just one more way for her to make sure I was okay.</w:t>
      </w:r>
    </w:p>
    <w:p w14:paraId="4F062137" w14:textId="77777777" w:rsidR="003C28AA" w:rsidRDefault="00000000" w:rsidP="00B406C8">
      <w:r>
        <w:t>As the nurse adjusted my blankets, I lay back against the pillows, the urgency ebbing away. Maybe I didn’t need to call Jenny after all. If she was watching, then she already knew I was awake, that I was okay.</w:t>
      </w:r>
    </w:p>
    <w:p w14:paraId="3935211C" w14:textId="77777777" w:rsidR="003C28AA" w:rsidRDefault="00000000" w:rsidP="00B406C8">
      <w:r>
        <w:t>In the days that followed, the thought of the Niece Cam lingered. I’d smile at the ceiling sometimes, imagining Auntie Jenny on the other end, keeping her quiet vigil. It wasn’t sinister. It was love, her way of being there for me when I needed her most.</w:t>
      </w:r>
    </w:p>
    <w:p w14:paraId="4643F8C0" w14:textId="77777777" w:rsidR="003C28AA" w:rsidRDefault="00000000" w:rsidP="00B406C8">
      <w:r>
        <w:t>Snake Eyes</w:t>
      </w:r>
    </w:p>
    <w:p w14:paraId="38AAC5D3" w14:textId="77777777" w:rsidR="003C28AA" w:rsidRDefault="00000000" w:rsidP="00B406C8">
      <w:r>
        <w:t>I lay in the hospital bed, the haze of medication and exhaustion making the edges of reality blur. My thoughts spiraled to Abi, my cousin. The details came unbidden, vivid and undeniable: she had been caught smuggling snake eggs across the border, hidden inside her rectum.</w:t>
      </w:r>
    </w:p>
    <w:p w14:paraId="0A7414F6" w14:textId="77777777" w:rsidR="003C28AA" w:rsidRDefault="00000000" w:rsidP="00B406C8">
      <w:r>
        <w:t>It wasn’t entirely surprising. Abi had always been fascinated by snakes, a passion that had consumed her teenage years. She spent countless hours poring over field guides, memorizing the habits of rare breeds, sketching their coiled bodies in her notebooks. I had shared her fascination back then, though mine was tempered by a healthy dose of fear.</w:t>
      </w:r>
    </w:p>
    <w:p w14:paraId="2254C4A9" w14:textId="77777777" w:rsidR="003C28AA" w:rsidRDefault="00000000" w:rsidP="00B406C8">
      <w:r>
        <w:t>this—this was something else. I could see it all so clearly. Abi, calm and determined, risking everything to transport illegal snake eggs across the border. It was a mission she had planned meticulously and yet, somehow, she’d been caught.</w:t>
      </w:r>
    </w:p>
    <w:p w14:paraId="29095014" w14:textId="77777777" w:rsidR="003C28AA" w:rsidRDefault="00000000" w:rsidP="00B406C8">
      <w:r>
        <w:lastRenderedPageBreak/>
        <w:t>I could almost feel Dad’s presence beside me, his concern palpable. I tried to explain it to him, the weight of what Abi had done and the consequences she now faced. It felt urgent, like the world would tip off its axis if he didn’t understand.</w:t>
      </w:r>
    </w:p>
    <w:p w14:paraId="6551CA15" w14:textId="77777777" w:rsidR="003C28AA" w:rsidRDefault="00000000" w:rsidP="00B406C8">
      <w:r>
        <w:t>The image played over and over in my mind: Abi being led away, her head bowed but resolute, her love for snakes pushing her to take unimaginable risks. I could picture the rare eggs themselves—smooth, delicate and impossibly valuable—symbols of her obsession and her downfall.</w:t>
      </w:r>
    </w:p>
    <w:p w14:paraId="0DC27806" w14:textId="77777777" w:rsidR="003C28AA" w:rsidRDefault="00000000" w:rsidP="00B406C8">
      <w:r>
        <w:t>Even as I tried to piece together how this had happened, a small part of me began to question it. The scenario was so outrageous, so far removed from anything Abi would actually do. But it felt real, more vivid than the hospital room around me, more pressing than the rhythmic beeping of the machines that kept me tethered to life.</w:t>
      </w:r>
    </w:p>
    <w:p w14:paraId="78834356" w14:textId="77777777" w:rsidR="003C28AA" w:rsidRDefault="00000000" w:rsidP="00B406C8">
      <w:r>
        <w:t>The thought stayed with me long after the haze began to lift. It was absurd, of course. Abi wasn’t a smuggler and there were no snake eggs. But in that strange, fevered moment, it had all made perfect sense—a surreal chapter in the tangled story my mind wove as my body fought to heal.</w:t>
      </w:r>
    </w:p>
    <w:p w14:paraId="5EBB2D2E" w14:textId="77777777" w:rsidR="003C28AA" w:rsidRDefault="00000000" w:rsidP="00B406C8">
      <w:r>
        <w:t>Monkeying Around</w:t>
      </w:r>
    </w:p>
    <w:p w14:paraId="4DC13020" w14:textId="77777777" w:rsidR="003C28AA" w:rsidRDefault="00000000" w:rsidP="00B406C8">
      <w:r>
        <w:t>It was the rain that woke me first, a steady rhythm against the window that seemed to echo in the hollow spaces of my mind. The room was dark save for the flickering lights outside, casting faint shadows that danced across the walls. I blinked, trying to focus, but my thoughts were already drifting, caught in the glow of the night.</w:t>
      </w:r>
    </w:p>
    <w:p w14:paraId="0760237B" w14:textId="77777777" w:rsidR="003C28AA" w:rsidRDefault="00000000" w:rsidP="00B406C8">
      <w:r>
        <w:t>The city outside wasn’t Leeds anymore. The rain wasn’t just rain—it was the backdrop to a spectacle. In my mind, the streets had transformed into a vibrant carnival, a kaleidoscope of sound and color that pulsed with life.</w:t>
      </w:r>
    </w:p>
    <w:p w14:paraId="0E3DCFB9" w14:textId="77777777" w:rsidR="003C28AA" w:rsidRDefault="00000000" w:rsidP="00B406C8">
      <w:r>
        <w:lastRenderedPageBreak/>
        <w:t>The air was electric with samba music, a rhythm so vivid I swore I could feel it in my chest. The streets teemed with colorful animals—parrots with jewel-toned feathers, tigers painted in gold and peacocks trailing iridescent plumes. But it was the monkeys who stole the show.</w:t>
      </w:r>
    </w:p>
    <w:p w14:paraId="74569BDC" w14:textId="77777777" w:rsidR="003C28AA" w:rsidRDefault="00000000" w:rsidP="00B406C8">
      <w:r>
        <w:t>Dozens of them, maybe hundreds, darted through the chaos, their nimble fingers tugging at strings of lights and ribbons. They swung from makeshift chandeliers and danced atop carnival floats. It wasn’t just their mischief; they were in charge. This was their carnival, their grand creation and I was at the center of it all.</w:t>
      </w:r>
    </w:p>
    <w:p w14:paraId="39A634D8" w14:textId="77777777" w:rsidR="003C28AA" w:rsidRDefault="00000000" w:rsidP="00B406C8">
      <w:r>
        <w:t>I could feel the rain on my skin, cool and sharp, mixing with the warmth of the celebration. I was no longer confined to the bed, no longer tethered to machines. I was free, swept up in the surreal joy of the night. Every sound, every color, every movement felt impossibly vivid, as though I had stepped into a painting that had come to life.</w:t>
      </w:r>
    </w:p>
    <w:p w14:paraId="384607EE" w14:textId="77777777" w:rsidR="003C28AA" w:rsidRDefault="00000000" w:rsidP="00B406C8">
      <w:r>
        <w:t>For hours—or maybe just minutes—I let myself be carried by the rhythm of it all. The lights outside flickered in time with the music and the rain shimmered like confetti falling from the heavens. The world had shifted, just for a moment, to make room for magic.</w:t>
      </w:r>
    </w:p>
    <w:p w14:paraId="71AAF78C" w14:textId="77777777" w:rsidR="003C28AA" w:rsidRDefault="00000000" w:rsidP="00B406C8">
      <w:r>
        <w:t>When I blinked again, the carnival faded, replaced by the dim hum of the hospital room. The rain still fell and the lights still flickered, but the music was gone. The monkeys, the animals, the samba—it all dissolved into memory, a strange and wonderful dream conjured by a mind teetering on the edge of delirium.</w:t>
      </w:r>
    </w:p>
    <w:p w14:paraId="46E797A4" w14:textId="77777777" w:rsidR="003C28AA" w:rsidRDefault="00000000" w:rsidP="00B406C8">
      <w:r>
        <w:t>Even now, when it rains and the lights catch the water just so, I think of that night. Of Leeds as Brazil. Of the monkeys and their carnival. Of the beauty and madness that danced just outside my window.</w:t>
      </w:r>
    </w:p>
    <w:p w14:paraId="3DB14A11" w14:textId="77777777" w:rsidR="003C28AA" w:rsidRDefault="00000000" w:rsidP="00B406C8">
      <w:r>
        <w:t>Count Dracula</w:t>
      </w:r>
    </w:p>
    <w:p w14:paraId="55733FB2" w14:textId="77777777" w:rsidR="003C28AA" w:rsidRDefault="00000000" w:rsidP="00B406C8">
      <w:r>
        <w:lastRenderedPageBreak/>
        <w:t>For a brief moment, everything felt almost normal. Max had come to visit and somehow, amid the beeping machines and sterile smells, I’d fixated on an idea: We had to watch The Little Vampire. It was a movie I hadn’t thought about in years, not since I was a child. Why it suddenly seemed so important, I couldn’t say, but Max, ever patient, went along with it.</w:t>
      </w:r>
    </w:p>
    <w:p w14:paraId="415F817B" w14:textId="77777777" w:rsidR="003C28AA" w:rsidRDefault="00000000" w:rsidP="00B406C8">
      <w:r>
        <w:t>He managed to stream it on his laptop, the screen perched on the edge of my hospital bed. We snuggled together as best we could, surrounded by wires and tubes and let ourselves be swept into the whimsy of the film. For a little while, the chaos around us faded.</w:t>
      </w:r>
    </w:p>
    <w:p w14:paraId="07F72228" w14:textId="77777777" w:rsidR="003C28AA" w:rsidRDefault="00000000" w:rsidP="00B406C8">
      <w:r>
        <w:t>Chris, Max’s stepmum, had come by earlier with a freezer bag full of ice lollies—my one craving throughout the pregnancy. I clutched one in my hand, savoring the cool sweetness and for the first time in what felt like forever, I felt a flicker of contentment.</w:t>
      </w:r>
    </w:p>
    <w:p w14:paraId="2EE5FD2C" w14:textId="77777777" w:rsidR="003C28AA" w:rsidRDefault="00000000" w:rsidP="00B406C8">
      <w:r>
        <w:t>as the movie ended and Max kissed my forehead goodbye, the fragile sense of calm shattered. The room shifted back into its strange, distorted reality. Shadows grew longer, the corners darker and a heavy stillness settled over everything.</w:t>
      </w:r>
    </w:p>
    <w:p w14:paraId="482E5401" w14:textId="77777777" w:rsidR="003C28AA" w:rsidRDefault="00000000" w:rsidP="00B406C8">
      <w:r>
        <w:t>That’s when I saw him.</w:t>
      </w:r>
    </w:p>
    <w:p w14:paraId="34598E18" w14:textId="77777777" w:rsidR="003C28AA" w:rsidRDefault="00000000" w:rsidP="00B406C8">
      <w:r>
        <w:t>Hanging upside down in the corner of the room was a vampire. He didn’t move or speak; he just dangled there, arms crossed, his pale face framed by a sharp widow’s peak. He looked exactly like Grandpa Munster from The Munsters.</w:t>
      </w:r>
    </w:p>
    <w:p w14:paraId="6AACFF7D" w14:textId="77777777" w:rsidR="003C28AA" w:rsidRDefault="00000000" w:rsidP="00B406C8">
      <w:r>
        <w:t>He wasn’t threatening, but his presence was undeniable. His eyes followed me as I shifted under the blankets, a silent observer in the dim light. My heart pounded as I tried to make sense of him. Was he real? Part of me wanted to scream, to call someone, but another part felt oddly comforted.</w:t>
      </w:r>
    </w:p>
    <w:p w14:paraId="09D25746" w14:textId="77777777" w:rsidR="003C28AA" w:rsidRDefault="00000000" w:rsidP="00B406C8">
      <w:r>
        <w:t>There was no menace in his gaze, only a quiet curiosity, as though he’d been drawn here to watch over me—not as a guardian but as an audience member in the strange theater of my life.</w:t>
      </w:r>
    </w:p>
    <w:p w14:paraId="656ACB61" w14:textId="77777777" w:rsidR="003C28AA" w:rsidRDefault="00000000" w:rsidP="00B406C8">
      <w:r>
        <w:lastRenderedPageBreak/>
        <w:t>The entire night passed this way, with Grandpa Munster keeping his vigil from the corner. When morning came, the light from the window chased him away, leaving only the faintest hint of his presence in my memory.</w:t>
      </w:r>
    </w:p>
    <w:p w14:paraId="4D0935DC" w14:textId="77777777" w:rsidR="003C28AA" w:rsidRDefault="00000000" w:rsidP="00B406C8">
      <w:r>
        <w:t>Even now, I can’t think about that night without wondering—what part of me summoned him? Was he just another product of a fevered mind, or was there some meaning to his silent watchfulness? In the chaos of that time, it was impossible to tell. But I’ll never forget the strange comfort I found in his absurd, unwavering gaze.</w:t>
      </w:r>
    </w:p>
    <w:p w14:paraId="756408CB" w14:textId="77777777" w:rsidR="003C28AA" w:rsidRDefault="00000000" w:rsidP="00B406C8">
      <w:r>
        <w:t>ACTION!</w:t>
      </w:r>
    </w:p>
    <w:p w14:paraId="19B245B7" w14:textId="77777777" w:rsidR="003C28AA" w:rsidRDefault="00000000" w:rsidP="00B406C8">
      <w:r>
        <w:t>One day, I was certain that Max had taken matters into his own hands, calling none other than the President of the United States to intervene in my treatment.</w:t>
      </w:r>
    </w:p>
    <w:p w14:paraId="67293B98" w14:textId="77777777" w:rsidR="003C28AA" w:rsidRDefault="00000000" w:rsidP="00B406C8">
      <w:r>
        <w:t>I could hear him on the phone, even though, when I asked him about it, he vehemently denied it. But the sounds were so clear—the clipped, urgent conversation, the promises of action, the hum of official channels being mobilized. It was all too real.</w:t>
      </w:r>
    </w:p>
    <w:p w14:paraId="33E02650" w14:textId="77777777" w:rsidR="003C28AA" w:rsidRDefault="00000000" w:rsidP="00B406C8">
      <w:r>
        <w:t>Then, to my utter astonishment, the helicopter arrived. I could hear its blades whirling, louder and louder, until the sound filled the room. It hovered just outside the window, its arrival signifying the beginning of my rescue. They were coming for me, I was certain of it.</w:t>
      </w:r>
    </w:p>
    <w:p w14:paraId="392A9AB6" w14:textId="77777777" w:rsidR="003C28AA" w:rsidRDefault="00000000" w:rsidP="00B406C8">
      <w:r>
        <w:t>as I looked around, there was a problem. The windows wouldn’t open. The nurse hadn’t even bothered to acknowledge the situation. The urgency, the chaos—it was all swirling in my mind, but she moved about, oblivious, as though nothing was wrong. I was baffled. Did she not see the helicopter? Did she not hear it, hovering just outside the window?</w:t>
      </w:r>
    </w:p>
    <w:p w14:paraId="327E152E" w14:textId="77777777" w:rsidR="003C28AA" w:rsidRDefault="00000000" w:rsidP="00B406C8">
      <w:r>
        <w:t xml:space="preserve">No worries, though. The pilot had a solution. He began using the helicopter blades to slice through the hospital window, the noise deafening as the glass shattered in all directions. </w:t>
      </w:r>
      <w:r>
        <w:lastRenderedPageBreak/>
        <w:t>The wind from the blades tore through the room, ripping at the air and my skin as shards of glass sliced into me.</w:t>
      </w:r>
    </w:p>
    <w:p w14:paraId="29FF501E" w14:textId="77777777" w:rsidR="003C28AA" w:rsidRDefault="00000000" w:rsidP="00B406C8">
      <w:r>
        <w:t>It hurt, but it didn’t matter. This was it—the moment I’d been waiting for. I was being rescued.</w:t>
      </w:r>
    </w:p>
    <w:p w14:paraId="42B15089" w14:textId="77777777" w:rsidR="003C28AA" w:rsidRDefault="00000000" w:rsidP="00B406C8">
      <w:r>
        <w:t>The nurse, still unfazed, helped me to the toilet as if this chaos wasn’t unfolding right before her eyes. Was she pretending not to see it? Ignoring it, even? My mind spun, confused by her lack of reaction.</w:t>
      </w:r>
    </w:p>
    <w:p w14:paraId="276B761B" w14:textId="77777777" w:rsidR="003C28AA" w:rsidRDefault="00000000" w:rsidP="00B406C8">
      <w:r>
        <w:t>As I returned to my room, the whispers of the hospital staff filled the hallways. They were there, waiting at the front door. They were ready to take me away and I knew that Max—Max, who had caused all this mayhem in his quest to save me—would be in serious trouble. It made sense. After all, he had called in the President, hadn’t he?</w:t>
      </w:r>
    </w:p>
    <w:p w14:paraId="609EB795" w14:textId="77777777" w:rsidR="003C28AA" w:rsidRDefault="00000000" w:rsidP="00B406C8">
      <w:r>
        <w:t>Later, as I lay back in my bed, the whispers became more frantic, more intense. The destruction had sparked a manhunt. They were looking for Max. They were looking for him because of the mess he had made, trying to get me out of the hospital by any means necessary.</w:t>
      </w:r>
    </w:p>
    <w:p w14:paraId="43F5BDCC" w14:textId="77777777" w:rsidR="003C28AA" w:rsidRDefault="00000000" w:rsidP="00B406C8">
      <w:r>
        <w:t>when I finally found Max again, he was gone. Just for lunch, he told me later. I couldn’t understand. How could he be eating lunch at a time like this? Didn’t he know he was wanted for the destruction of the hospital? He had to be serving ten to life for what he’d done.</w:t>
      </w:r>
    </w:p>
    <w:p w14:paraId="457F1FD0" w14:textId="77777777" w:rsidR="003C28AA" w:rsidRDefault="00000000" w:rsidP="00B406C8">
      <w:r>
        <w:t>Max humored me even though he was falling apart. He always did. Even when I accused him of being a government agent. Even when I asked who he was.</w:t>
      </w:r>
    </w:p>
    <w:p w14:paraId="38F44D33" w14:textId="77777777" w:rsidR="003C28AA" w:rsidRDefault="00000000" w:rsidP="00B406C8">
      <w:r>
        <w:t>Even when I said I didn’t remember loving him.</w:t>
      </w:r>
    </w:p>
    <w:p w14:paraId="0F4260D1" w14:textId="77777777" w:rsidR="003C28AA" w:rsidRDefault="00000000" w:rsidP="00B406C8">
      <w:r>
        <w:t>Even when I meant it.</w:t>
      </w:r>
    </w:p>
    <w:p w14:paraId="01BA4436" w14:textId="77777777" w:rsidR="00785CE8" w:rsidRDefault="00785CE8" w:rsidP="00B406C8">
      <w:pPr>
        <w:ind w:firstLine="0"/>
        <w:jc w:val="center"/>
        <w:rPr>
          <w:b/>
        </w:rPr>
      </w:pPr>
    </w:p>
    <w:p w14:paraId="2064EDBA" w14:textId="77777777" w:rsidR="00785CE8" w:rsidRDefault="00785CE8" w:rsidP="00B406C8">
      <w:pPr>
        <w:ind w:firstLine="0"/>
        <w:jc w:val="center"/>
        <w:rPr>
          <w:b/>
        </w:rPr>
      </w:pPr>
    </w:p>
    <w:p w14:paraId="0088E9C0" w14:textId="61D76C5C" w:rsidR="003C28AA" w:rsidRDefault="00000000" w:rsidP="00B406C8">
      <w:pPr>
        <w:ind w:firstLine="0"/>
        <w:jc w:val="center"/>
      </w:pPr>
      <w:r>
        <w:rPr>
          <w:b/>
        </w:rPr>
        <w:lastRenderedPageBreak/>
        <w:t>Chapter Nine</w:t>
      </w:r>
    </w:p>
    <w:p w14:paraId="1F7C2A97" w14:textId="77777777" w:rsidR="003C28AA" w:rsidRDefault="00000000" w:rsidP="00B406C8">
      <w:r>
        <w:t>The sunlight spilled through the tall hospital window with such conviction, it could have been the first light of spring. It warmed the plastic armrest beside me, stretching across the stiff white sheets like fingers reaching for comfort. It glinted off the steel edges of machines I didn’t understand. I remember thinking—very clearly, for the first time in what felt like days or years or maybe hours—that it was a beautiful day.</w:t>
      </w:r>
    </w:p>
    <w:p w14:paraId="797AB367" w14:textId="77777777" w:rsidR="003C28AA" w:rsidRDefault="00000000" w:rsidP="00B406C8">
      <w:r>
        <w:t>My mind felt sharp.</w:t>
      </w:r>
    </w:p>
    <w:p w14:paraId="734165DF" w14:textId="77777777" w:rsidR="003C28AA" w:rsidRDefault="00000000" w:rsidP="00B406C8">
      <w:r>
        <w:t>Clearer than it had been.</w:t>
      </w:r>
    </w:p>
    <w:p w14:paraId="2EEE1060" w14:textId="77777777" w:rsidR="003C28AA" w:rsidRDefault="00000000" w:rsidP="00B406C8">
      <w:r>
        <w:t>Not normal exactly, but like a fog had finally lifted just enough for the outline of the world to reappear. I could feel it: the edges of things returning. The murmur of life beyond my body. The gentle clatter of a tea trolley somewhere down the corridor. The sound of birds, perhaps imaginary, perhaps real, from a branch outside the window.</w:t>
      </w:r>
    </w:p>
    <w:p w14:paraId="7DF71028" w14:textId="77777777" w:rsidR="003C28AA" w:rsidRDefault="00000000" w:rsidP="00B406C8">
      <w:r>
        <w:t>I smiled.</w:t>
      </w:r>
    </w:p>
    <w:p w14:paraId="0A33D435" w14:textId="77777777" w:rsidR="003C28AA" w:rsidRDefault="00000000" w:rsidP="00B406C8">
      <w:r>
        <w:t>Instinctively.</w:t>
      </w:r>
    </w:p>
    <w:p w14:paraId="0160AA88" w14:textId="77777777" w:rsidR="003C28AA" w:rsidRDefault="00000000" w:rsidP="00B406C8">
      <w:r>
        <w:t>Because it was morning. Because the light was golden. Because I had survived.</w:t>
      </w:r>
    </w:p>
    <w:p w14:paraId="747ADC80" w14:textId="77777777" w:rsidR="003C28AA" w:rsidRDefault="00000000" w:rsidP="00B406C8">
      <w:r>
        <w:t>Because they would be here soon.</w:t>
      </w:r>
    </w:p>
    <w:p w14:paraId="286A0414" w14:textId="77777777" w:rsidR="003C28AA" w:rsidRDefault="00000000" w:rsidP="00B406C8">
      <w:r>
        <w:t>Mia and Leo.</w:t>
      </w:r>
    </w:p>
    <w:p w14:paraId="062B2FBD" w14:textId="77777777" w:rsidR="003C28AA" w:rsidRDefault="00000000" w:rsidP="00B406C8">
      <w:r>
        <w:t>Any moment now.</w:t>
      </w:r>
    </w:p>
    <w:p w14:paraId="41D3092D" w14:textId="77777777" w:rsidR="003C28AA" w:rsidRDefault="00000000" w:rsidP="00B406C8">
      <w:r>
        <w:t>I turned slightly, or tried to. My body resisted the motion, my muscles dull and uncooperative, but I managed to lift my head from the pillow and glance toward the door. Footsteps. Familiar voices. I could hear them—my family—coming into the room, laughter folded into low conversation, the soft shuffle of visitors who didn’t want to intrude but also didn’t want to leave. Someone knocked gently, as if the door wasn’t already ajar.</w:t>
      </w:r>
    </w:p>
    <w:p w14:paraId="5813E0EF" w14:textId="77777777" w:rsidR="003C28AA" w:rsidRDefault="00000000" w:rsidP="00B406C8">
      <w:r>
        <w:lastRenderedPageBreak/>
        <w:t>They entered.</w:t>
      </w:r>
    </w:p>
    <w:p w14:paraId="0DA905A5" w14:textId="77777777" w:rsidR="003C28AA" w:rsidRDefault="00000000" w:rsidP="00B406C8">
      <w:r>
        <w:t>Smiling. Blinking against the sunlight. Holding cups of tea with lids and takeaway paper sleeves. My Mum, first. Then someone else. My cousin? An aunt?</w:t>
      </w:r>
    </w:p>
    <w:p w14:paraId="284A5619" w14:textId="77777777" w:rsidR="003C28AA" w:rsidRDefault="00000000" w:rsidP="00B406C8">
      <w:r>
        <w:t>not the midwives.</w:t>
      </w:r>
    </w:p>
    <w:p w14:paraId="46D5B7AD" w14:textId="77777777" w:rsidR="003C28AA" w:rsidRDefault="00000000" w:rsidP="00B406C8">
      <w:r>
        <w:t>Not the cots.</w:t>
      </w:r>
    </w:p>
    <w:p w14:paraId="0FF44357" w14:textId="77777777" w:rsidR="003C28AA" w:rsidRDefault="00000000" w:rsidP="00B406C8">
      <w:r>
        <w:t>Where were the wheeled cribs? Where were the little plastic name cards that said “Baby Girl” and “Baby Boy” in loopy handwriting? Where was the nurse pushing them in, swaddled and snug, wrapped like tiny scrolls of parchment bearing the future?</w:t>
      </w:r>
    </w:p>
    <w:p w14:paraId="28C80BC4" w14:textId="77777777" w:rsidR="003C28AA" w:rsidRDefault="00000000" w:rsidP="00B406C8">
      <w:r>
        <w:t>I waited.</w:t>
      </w:r>
    </w:p>
    <w:p w14:paraId="1D7829A9" w14:textId="77777777" w:rsidR="003C28AA" w:rsidRDefault="00000000" w:rsidP="00B406C8">
      <w:r>
        <w:t>They must be just behind.</w:t>
      </w:r>
    </w:p>
    <w:p w14:paraId="25E2E880" w14:textId="77777777" w:rsidR="003C28AA" w:rsidRDefault="00000000" w:rsidP="00B406C8">
      <w:r>
        <w:t>Because I was on the maternity ward, wasn’t I?</w:t>
      </w:r>
    </w:p>
    <w:p w14:paraId="0CFE4182" w14:textId="77777777" w:rsidR="003C28AA" w:rsidRDefault="00000000" w:rsidP="00B406C8">
      <w:r>
        <w:t>That was where mothers recovered. That was where babies were brought back and forth for feeds, for skin-to-skin, for first cuddles. I could still feel them—the weight of them in my imagination, twin bundles curled against me like punctuation marks, one on either side.</w:t>
      </w:r>
    </w:p>
    <w:p w14:paraId="1123C4E3" w14:textId="77777777" w:rsidR="003C28AA" w:rsidRDefault="00000000" w:rsidP="00B406C8">
      <w:r>
        <w:t>I imagined what they looked like now.</w:t>
      </w:r>
    </w:p>
    <w:p w14:paraId="2444F5D5" w14:textId="77777777" w:rsidR="003C28AA" w:rsidRDefault="00000000" w:rsidP="00B406C8">
      <w:r>
        <w:t>Would Mia have my eyes? Max’s long lashes? Would Leo have his father’s olive skin and dark hair, or come out pale like me, all cream and blush and soft vulnerability?</w:t>
      </w:r>
    </w:p>
    <w:p w14:paraId="0497BD28" w14:textId="77777777" w:rsidR="003C28AA" w:rsidRDefault="00000000" w:rsidP="00B406C8">
      <w:r>
        <w:t>I pictured their hands—curled fists, with impossibly tiny fingernails. I imagined their wriggling legs. The creased skin on the soles of their feet. The baby smell. The slow blink of newborns adjusting to a light-filled world.</w:t>
      </w:r>
    </w:p>
    <w:p w14:paraId="4C4053AA" w14:textId="77777777" w:rsidR="003C28AA" w:rsidRDefault="00000000" w:rsidP="00B406C8">
      <w:r>
        <w:t>My chest ached—not in grief, but in something gentler. A quiet readiness. Like standing at the edge of something vast and good.</w:t>
      </w:r>
    </w:p>
    <w:p w14:paraId="5AD67A12" w14:textId="77777777" w:rsidR="003C28AA" w:rsidRDefault="00000000" w:rsidP="00B406C8">
      <w:r>
        <w:t>How much time had passed?</w:t>
      </w:r>
    </w:p>
    <w:p w14:paraId="7115F228" w14:textId="77777777" w:rsidR="003C28AA" w:rsidRDefault="00000000" w:rsidP="00B406C8">
      <w:r>
        <w:lastRenderedPageBreak/>
        <w:t>It couldn’t have been long. A few hours, perhaps. A day at most. I remembered being wheeled into theatre, the rush of cold, the voices above me. I remembered the word emergency. I remembered a nurse saying, “We’ll take good care of you.” And then nothing. No pain. No sound. Just sleep.</w:t>
      </w:r>
    </w:p>
    <w:p w14:paraId="71F7DEC4" w14:textId="77777777" w:rsidR="003C28AA" w:rsidRDefault="00000000" w:rsidP="00B406C8">
      <w:r>
        <w:t>now I was here.</w:t>
      </w:r>
    </w:p>
    <w:p w14:paraId="4D29F752" w14:textId="77777777" w:rsidR="003C28AA" w:rsidRDefault="00000000" w:rsidP="00B406C8">
      <w:r>
        <w:t>Awake.</w:t>
      </w:r>
    </w:p>
    <w:p w14:paraId="5E01D0D7" w14:textId="77777777" w:rsidR="003C28AA" w:rsidRDefault="00000000" w:rsidP="00B406C8">
      <w:r>
        <w:t>Alive.</w:t>
      </w:r>
    </w:p>
    <w:p w14:paraId="06B5AFF6" w14:textId="77777777" w:rsidR="003C28AA" w:rsidRDefault="00000000" w:rsidP="00B406C8">
      <w:r>
        <w:t>they didn’t come.</w:t>
      </w:r>
    </w:p>
    <w:p w14:paraId="032C1A68" w14:textId="77777777" w:rsidR="003C28AA" w:rsidRDefault="00000000" w:rsidP="00B406C8">
      <w:r>
        <w:t>The minutes stretched, elastic and slow. Family members sat around the bed, smiling too much. Their voices carried a strange tone—kind, but overly gentle. Like they were afraid of startling me.</w:t>
      </w:r>
    </w:p>
    <w:p w14:paraId="4DFDB76F" w14:textId="77777777" w:rsidR="003C28AA" w:rsidRDefault="00000000" w:rsidP="00B406C8">
      <w:r>
        <w:t>Something wasn’t right.</w:t>
      </w:r>
    </w:p>
    <w:p w14:paraId="19730B40" w14:textId="77777777" w:rsidR="003C28AA" w:rsidRDefault="00000000" w:rsidP="00B406C8">
      <w:r>
        <w:t>I glanced around again, the room suddenly colder.</w:t>
      </w:r>
    </w:p>
    <w:p w14:paraId="6D834C45" w14:textId="77777777" w:rsidR="003C28AA" w:rsidRDefault="00000000" w:rsidP="00B406C8">
      <w:r>
        <w:t>Where were they?</w:t>
      </w:r>
    </w:p>
    <w:p w14:paraId="6111F1D8" w14:textId="77777777" w:rsidR="003C28AA" w:rsidRDefault="00000000" w:rsidP="00B406C8">
      <w:r>
        <w:t>My Mum was there. She hadn’t left my side, her hand resting near mine on the bedsheet. She was talking to me, I think—words that blurred at the edges, phrases meant to soothe, distract. I watched her mouth move, but I wasn’t listening anymore.</w:t>
      </w:r>
    </w:p>
    <w:p w14:paraId="0877D233" w14:textId="77777777" w:rsidR="003C28AA" w:rsidRDefault="00000000" w:rsidP="00B406C8">
      <w:r>
        <w:t>Where were Mia and Leo?</w:t>
      </w:r>
    </w:p>
    <w:p w14:paraId="77C7A320" w14:textId="77777777" w:rsidR="003C28AA" w:rsidRDefault="00000000" w:rsidP="00B406C8">
      <w:r>
        <w:t>A flicker of concern passed through me, light as static. Not a full thought yet—just a shift in temperature. Something wrong. Something missed.</w:t>
      </w:r>
    </w:p>
    <w:p w14:paraId="40C9F018" w14:textId="77777777" w:rsidR="003C28AA" w:rsidRDefault="00000000" w:rsidP="00B406C8">
      <w:r>
        <w:t>then I corrected myself.</w:t>
      </w:r>
    </w:p>
    <w:p w14:paraId="1E0CB119" w14:textId="77777777" w:rsidR="003C28AA" w:rsidRDefault="00000000" w:rsidP="00B406C8">
      <w:r>
        <w:t xml:space="preserve">Of course. They were twins. Born three weeks early. They would’ve been taken to a special care unit. A neonatal ward. That was normal. Routine. I’d read the leaflets. I knew that </w:t>
      </w:r>
      <w:r>
        <w:lastRenderedPageBreak/>
        <w:t>twins often needed a bit of extra help at first. Heat lamps. Monitors. Little nasal tubes to help with breathing. Nothing serious.</w:t>
      </w:r>
    </w:p>
    <w:p w14:paraId="67F2C088" w14:textId="77777777" w:rsidR="003C28AA" w:rsidRDefault="00000000" w:rsidP="00B406C8">
      <w:r>
        <w:t>They’d be wheeled in when the time was right.</w:t>
      </w:r>
    </w:p>
    <w:p w14:paraId="66D100F0" w14:textId="77777777" w:rsidR="003C28AA" w:rsidRDefault="00000000" w:rsidP="00B406C8">
      <w:r>
        <w:t>That was the only explanation.</w:t>
      </w:r>
    </w:p>
    <w:p w14:paraId="7B1DE7BA" w14:textId="77777777" w:rsidR="003C28AA" w:rsidRDefault="00000000" w:rsidP="00B406C8">
      <w:r>
        <w:t>So I smiled and nodded, let the conversation continue as if everything were normal. I didn’t ask questions. I let the minutes trickle past in a polite fog. To me, it had been only hours. My mind clung to that version of events like a child gripping a blanket. If I could just stay in that space—between awareness and denial—maybe everything would catch up.</w:t>
      </w:r>
    </w:p>
    <w:p w14:paraId="454FC407" w14:textId="77777777" w:rsidR="003C28AA" w:rsidRDefault="00000000" w:rsidP="00B406C8">
      <w:r>
        <w:t>Friends came and went. Familiar faces. People I hadn’t seen in months, or maybe I had seen them yesterday. It was hard to say. They looked at me with an intensity that unsettled me—like I was something fragile. Precious. A relic dug from wreckage. I didn’t understand it.</w:t>
      </w:r>
    </w:p>
    <w:p w14:paraId="20202B51" w14:textId="77777777" w:rsidR="003C28AA" w:rsidRDefault="00000000" w:rsidP="00B406C8">
      <w:r>
        <w:t>Doctors came in and out, too. Quiet. Efficient. They checked vitals. Adjusted lines. Made notes on charts. Their names didn’t stay in my head. Their voices were background noise, like the hum of a refrigerator.</w:t>
      </w:r>
    </w:p>
    <w:p w14:paraId="0D2A960D" w14:textId="77777777" w:rsidR="003C28AA" w:rsidRDefault="00000000" w:rsidP="00B406C8">
      <w:r>
        <w:t>Still, no babies.</w:t>
      </w:r>
    </w:p>
    <w:p w14:paraId="35CB191C" w14:textId="77777777" w:rsidR="003C28AA" w:rsidRDefault="00000000" w:rsidP="00B406C8">
      <w:r>
        <w:t>Eventually, the room emptied.</w:t>
      </w:r>
    </w:p>
    <w:p w14:paraId="4B8F1D57" w14:textId="77777777" w:rsidR="003C28AA" w:rsidRDefault="00000000" w:rsidP="00B406C8">
      <w:r>
        <w:t>The light outside had changed again. Not gone, but softer. Dimming.</w:t>
      </w:r>
    </w:p>
    <w:p w14:paraId="4C656819" w14:textId="77777777" w:rsidR="003C28AA" w:rsidRDefault="00000000" w:rsidP="00B406C8">
      <w:r>
        <w:t>I turned my head toward my Mum.</w:t>
      </w:r>
    </w:p>
    <w:p w14:paraId="69576A96" w14:textId="77777777" w:rsidR="003C28AA" w:rsidRDefault="00000000" w:rsidP="00B406C8">
      <w:r>
        <w:t>The question had sat in my chest all morning, pressing quietly. But now it rose, sudden and impossible to ignore.</w:t>
      </w:r>
    </w:p>
    <w:p w14:paraId="59A0DEB9" w14:textId="77777777" w:rsidR="003C28AA" w:rsidRDefault="00000000" w:rsidP="00B406C8">
      <w:r>
        <w:t>“Where are Mia and Leo?”</w:t>
      </w:r>
    </w:p>
    <w:p w14:paraId="0B8D3E12" w14:textId="77777777" w:rsidR="003C28AA" w:rsidRDefault="00000000" w:rsidP="00B406C8">
      <w:r>
        <w:t>My voice was smaller than I expected. Tight. As though I already knew I didn’t want the answer.</w:t>
      </w:r>
    </w:p>
    <w:p w14:paraId="4492EA5E" w14:textId="77777777" w:rsidR="003C28AA" w:rsidRDefault="00000000" w:rsidP="00B406C8">
      <w:r>
        <w:lastRenderedPageBreak/>
        <w:t>My mother didn’t speak right away.</w:t>
      </w:r>
    </w:p>
    <w:p w14:paraId="5335E9F8" w14:textId="77777777" w:rsidR="003C28AA" w:rsidRDefault="00000000" w:rsidP="00B406C8">
      <w:r>
        <w:t>She just looked at me.</w:t>
      </w:r>
    </w:p>
    <w:p w14:paraId="565DB66B" w14:textId="77777777" w:rsidR="003C28AA" w:rsidRDefault="00000000" w:rsidP="00B406C8">
      <w:r>
        <w:t>Something moved behind her eyes, something old and heavy. Her mouth parted slightly. She blinked. Her fingers tensed on the edge of the bed.</w:t>
      </w:r>
    </w:p>
    <w:p w14:paraId="642C1337" w14:textId="77777777" w:rsidR="003C28AA" w:rsidRDefault="00000000" w:rsidP="00B406C8">
      <w:r>
        <w:t>in that moment—before she said a word—my entire body knew.</w:t>
      </w:r>
    </w:p>
    <w:p w14:paraId="09EA17D9" w14:textId="77777777" w:rsidR="003C28AA" w:rsidRDefault="00000000" w:rsidP="00B406C8">
      <w:r>
        <w:t>I didn’t know the details. I didn’t know about the organ failure, or the transplant, or the days I had spent unconscious. I didn’t know about the code reds and the prayers and the moment she thought she had lost me.</w:t>
      </w:r>
    </w:p>
    <w:p w14:paraId="74A1A4C3" w14:textId="77777777" w:rsidR="003C28AA" w:rsidRDefault="00000000" w:rsidP="00B406C8">
      <w:r>
        <w:t>I knew this:</w:t>
      </w:r>
    </w:p>
    <w:p w14:paraId="783AD13C" w14:textId="77777777" w:rsidR="003C28AA" w:rsidRDefault="00000000" w:rsidP="00B406C8">
      <w:r>
        <w:t>They were gone.</w:t>
      </w:r>
    </w:p>
    <w:p w14:paraId="0379E981" w14:textId="77777777" w:rsidR="003C28AA" w:rsidRDefault="00000000" w:rsidP="00B406C8">
      <w:r>
        <w:t>I wasn’t.</w:t>
      </w:r>
    </w:p>
    <w:p w14:paraId="76FFB355" w14:textId="77777777" w:rsidR="003C28AA" w:rsidRDefault="00000000" w:rsidP="00B406C8">
      <w:r>
        <w:t>What I didn’t realise—what I couldn’t have realised—was that I had already been told the truth.</w:t>
      </w:r>
    </w:p>
    <w:p w14:paraId="4A8FA9EE" w14:textId="77777777" w:rsidR="003C28AA" w:rsidRDefault="00000000" w:rsidP="00B406C8">
      <w:r>
        <w:t>Not once. Not twice. But several times.</w:t>
      </w:r>
    </w:p>
    <w:p w14:paraId="0476F897" w14:textId="77777777" w:rsidR="003C28AA" w:rsidRDefault="00000000" w:rsidP="00B406C8">
      <w:r>
        <w:t>In the strange, fogged hours that came before this moment—those fractured intervals where time bent in unfamiliar shapes—my mother had sat at my bedside, tears slipping silently down her cheeks, whispering the words over and over. Each time, her voice broke in the same place. Each time, she said them with care, gently enough to enter my ears but not yet my understanding. She had told me. She had already told me.</w:t>
      </w:r>
    </w:p>
    <w:p w14:paraId="632B6643" w14:textId="77777777" w:rsidR="003C28AA" w:rsidRDefault="00000000" w:rsidP="00B406C8">
      <w:r>
        <w:t>I hadn’t held on to any of it. My mind—drenched in sedation, swelling, trauma—couldn’t make the connection between language and meaning. Words had slipped off me like water on oil. I had blinked and nodded and fallen back into some other imagined place, where Mia and Leo were simply in another ward, waiting for me.</w:t>
      </w:r>
    </w:p>
    <w:p w14:paraId="12FEF507" w14:textId="77777777" w:rsidR="003C28AA" w:rsidRDefault="00000000" w:rsidP="00B406C8">
      <w:r>
        <w:lastRenderedPageBreak/>
        <w:t>This time was different.</w:t>
      </w:r>
    </w:p>
    <w:p w14:paraId="5A0ADB78" w14:textId="77777777" w:rsidR="003C28AA" w:rsidRDefault="00000000" w:rsidP="00B406C8">
      <w:r>
        <w:t>This time, I was lucid enough for it to land.</w:t>
      </w:r>
    </w:p>
    <w:p w14:paraId="6D9260D5" w14:textId="77777777" w:rsidR="003C28AA" w:rsidRDefault="00000000" w:rsidP="00B406C8">
      <w:r>
        <w:t>I had asked the question with my whole heart: Where are Mia and Leo?</w:t>
      </w:r>
    </w:p>
    <w:p w14:paraId="2399CE35" w14:textId="77777777" w:rsidR="003C28AA" w:rsidRDefault="00000000" w:rsidP="00B406C8">
      <w:r>
        <w:t>now I was looking into my mother’s eyes as she prepared to break what little was left of me.</w:t>
      </w:r>
    </w:p>
    <w:p w14:paraId="5E88806C" w14:textId="77777777" w:rsidR="003C28AA" w:rsidRDefault="00000000" w:rsidP="00B406C8">
      <w:r>
        <w:t>She turned to me slowly, her whole face changing. I watched it—watched it shift from the careful calm of bedside conversation to something harder. Something almost ritualistic. Her jaw tightened. Her eyes darkened at the centre. There was a stillness that came over her, as if she had rehearsed this, as if she had practised how to be composed when saying the unspeakable.</w:t>
      </w:r>
    </w:p>
    <w:p w14:paraId="35B39FC7" w14:textId="77777777" w:rsidR="003C28AA" w:rsidRDefault="00000000" w:rsidP="00B406C8">
      <w:r>
        <w:t>Her voice was steady, but her lips trembled slightly as she spoke.</w:t>
      </w:r>
    </w:p>
    <w:p w14:paraId="47056863" w14:textId="77777777" w:rsidR="003C28AA" w:rsidRDefault="00000000" w:rsidP="00B406C8">
      <w:r>
        <w:t>“I’m so sorry, darling,” she said.</w:t>
      </w:r>
    </w:p>
    <w:p w14:paraId="358288AA" w14:textId="77777777" w:rsidR="003C28AA" w:rsidRDefault="00000000" w:rsidP="00B406C8">
      <w:r>
        <w:t>The words slowed time.</w:t>
      </w:r>
    </w:p>
    <w:p w14:paraId="6BC1AE68" w14:textId="77777777" w:rsidR="003C28AA" w:rsidRDefault="00000000" w:rsidP="00B406C8">
      <w:r>
        <w:t>“Mia and Leo passed.”</w:t>
      </w:r>
    </w:p>
    <w:p w14:paraId="004CC505" w14:textId="77777777" w:rsidR="003C28AA" w:rsidRDefault="00000000" w:rsidP="00B406C8">
      <w:r>
        <w:t>I stared at her.</w:t>
      </w:r>
    </w:p>
    <w:p w14:paraId="1C2F0066" w14:textId="77777777" w:rsidR="003C28AA" w:rsidRDefault="00000000" w:rsidP="00B406C8">
      <w:r>
        <w:t>“You’ve been very poorly.”</w:t>
      </w:r>
    </w:p>
    <w:p w14:paraId="522F09A5" w14:textId="77777777" w:rsidR="003C28AA" w:rsidRDefault="00000000" w:rsidP="00B406C8">
      <w:r>
        <w:t>No.</w:t>
      </w:r>
    </w:p>
    <w:p w14:paraId="7191D6D4" w14:textId="77777777" w:rsidR="003C28AA" w:rsidRDefault="00000000" w:rsidP="00B406C8">
      <w:r>
        <w:t>“You’ve had a liver transplant.”</w:t>
      </w:r>
    </w:p>
    <w:p w14:paraId="02EB85B2" w14:textId="77777777" w:rsidR="003C28AA" w:rsidRDefault="00000000" w:rsidP="00B406C8">
      <w:r>
        <w:t>She might as well have been speaking another language. The syllables fell into the air like pieces of broken glass. They cut on the way down. Each one too strange, too sudden, too far removed from anything my brain could absorb.</w:t>
      </w:r>
    </w:p>
    <w:p w14:paraId="2074A8C0" w14:textId="77777777" w:rsidR="003C28AA" w:rsidRDefault="00000000" w:rsidP="00B406C8">
      <w:r>
        <w:t>Passed?</w:t>
      </w:r>
    </w:p>
    <w:p w14:paraId="367A923D" w14:textId="77777777" w:rsidR="003C28AA" w:rsidRDefault="00000000" w:rsidP="00B406C8">
      <w:r>
        <w:t>Transplant?</w:t>
      </w:r>
    </w:p>
    <w:p w14:paraId="1748F964" w14:textId="77777777" w:rsidR="003C28AA" w:rsidRDefault="00000000" w:rsidP="00B406C8">
      <w:r>
        <w:t>Poorly?</w:t>
      </w:r>
    </w:p>
    <w:p w14:paraId="659432E3" w14:textId="77777777" w:rsidR="003C28AA" w:rsidRDefault="00000000" w:rsidP="00B406C8">
      <w:r>
        <w:lastRenderedPageBreak/>
        <w:t>The words hovered around me like insects, buzzing without form. I blinked once, then again. The room stayed the same—same window, same light, same sheets—but nothing in it made sense anymore. I stared at her as if she’d just betrayed me.</w:t>
      </w:r>
    </w:p>
    <w:p w14:paraId="01712C33" w14:textId="77777777" w:rsidR="003C28AA" w:rsidRDefault="00000000" w:rsidP="00B406C8">
      <w:r>
        <w:t>“No,” I said, my voice cracking in a way I didn’t recognise. “No, you’re wrong.”</w:t>
      </w:r>
    </w:p>
    <w:p w14:paraId="6DB94C0F" w14:textId="77777777" w:rsidR="003C28AA" w:rsidRDefault="00000000" w:rsidP="00B406C8">
      <w:r>
        <w:t>She reached out to touch my hand, but I pulled it away, suddenly nauseated by the feel of the sheets against my skin. Everything felt wrong. The air. The shape of the bed. The weight of my own body. A roaring began in my ears and for a moment I thought I might black out.</w:t>
      </w:r>
    </w:p>
    <w:p w14:paraId="78A7C9BE" w14:textId="77777777" w:rsidR="003C28AA" w:rsidRDefault="00000000" w:rsidP="00B406C8">
      <w:r>
        <w:t>“I want to see them,” I said. “Bring them to me. Now.”</w:t>
      </w:r>
    </w:p>
    <w:p w14:paraId="57F371C9" w14:textId="77777777" w:rsidR="003C28AA" w:rsidRDefault="00000000" w:rsidP="00B406C8">
      <w:r>
        <w:t>My voice, which had been small only moments ago, was now sharp, too loud for the room. I tried to sit up, but my body refused. My legs didn’t move. My arms flailed uselessly. I looked down at them as though they belonged to someone else. I began to shake.</w:t>
      </w:r>
    </w:p>
    <w:p w14:paraId="31611E49" w14:textId="77777777" w:rsidR="003C28AA" w:rsidRDefault="00000000" w:rsidP="00B406C8">
      <w:r>
        <w:t>“Where are they? They’re in the nursery, aren’t they? They’re in the incubators. Just tell me.”</w:t>
      </w:r>
    </w:p>
    <w:p w14:paraId="75D3B06E" w14:textId="77777777" w:rsidR="003C28AA" w:rsidRDefault="00000000" w:rsidP="00B406C8">
      <w:r>
        <w:t>My mother was crying now, but quietly. Grief, controlled and terrible.</w:t>
      </w:r>
    </w:p>
    <w:p w14:paraId="55246AF7" w14:textId="77777777" w:rsidR="003C28AA" w:rsidRDefault="00000000" w:rsidP="00B406C8">
      <w:r>
        <w:t>“They’re gone, sweetheart.”</w:t>
      </w:r>
    </w:p>
    <w:p w14:paraId="71285B12" w14:textId="77777777" w:rsidR="003C28AA" w:rsidRDefault="00000000" w:rsidP="00B406C8">
      <w:r>
        <w:t>I screamed.</w:t>
      </w:r>
    </w:p>
    <w:p w14:paraId="343ABD79" w14:textId="77777777" w:rsidR="003C28AA" w:rsidRDefault="00000000" w:rsidP="00B406C8">
      <w:r>
        <w:t>It wasn’t a cry or a sob or even a sound made by grief. It was something primal. Animalistic. Ripped from a part of me that I didn’t know existed. It tore through my throat and burst into the air, shocking even me. I screamed until my voice broke, screamed until the nurse rushed in, screamed until the pain in my chest felt like it might crack my ribs apart.</w:t>
      </w:r>
    </w:p>
    <w:p w14:paraId="4C838F37" w14:textId="77777777" w:rsidR="003C28AA" w:rsidRDefault="00000000" w:rsidP="00B406C8">
      <w:r>
        <w:t>My mother remained at my side, still weeping, still calm in a way that I would only later understand had been practised over the course of many sleepless nights. She knew this moment would come. She had sat beside my unconscious body for weeks, preparing.</w:t>
      </w:r>
    </w:p>
    <w:p w14:paraId="6E1A1D06" w14:textId="77777777" w:rsidR="003C28AA" w:rsidRDefault="00000000" w:rsidP="00B406C8">
      <w:r>
        <w:lastRenderedPageBreak/>
        <w:t>When I stopped screaming, I was shaking violently.</w:t>
      </w:r>
    </w:p>
    <w:p w14:paraId="7AD86C88" w14:textId="77777777" w:rsidR="003C28AA" w:rsidRDefault="00000000" w:rsidP="00B406C8">
      <w:r>
        <w:t>I turned to her with a kind of desperate anger.</w:t>
      </w:r>
    </w:p>
    <w:p w14:paraId="5BC89943" w14:textId="77777777" w:rsidR="003C28AA" w:rsidRDefault="00000000" w:rsidP="00B406C8">
      <w:r>
        <w:t>“You’re lying,” I hissed.</w:t>
      </w:r>
    </w:p>
    <w:p w14:paraId="39AC82EC" w14:textId="77777777" w:rsidR="003C28AA" w:rsidRDefault="00000000" w:rsidP="00B406C8">
      <w:r>
        <w:t>She said nothing.</w:t>
      </w:r>
    </w:p>
    <w:p w14:paraId="2A275A92" w14:textId="77777777" w:rsidR="003C28AA" w:rsidRDefault="00000000" w:rsidP="00B406C8">
      <w:r>
        <w:t>“SHOW me.”</w:t>
      </w:r>
    </w:p>
    <w:p w14:paraId="42CA6DC7" w14:textId="77777777" w:rsidR="003C28AA" w:rsidRDefault="00000000" w:rsidP="00B406C8">
      <w:r>
        <w:t>She reached into her handbag and withdrew her phone. Her hands shook as she unlocked it, navigated slowly to her photo gallery and turned the screen toward me.</w:t>
      </w:r>
    </w:p>
    <w:p w14:paraId="6AE243DB" w14:textId="77777777" w:rsidR="003C28AA" w:rsidRDefault="00000000" w:rsidP="00B406C8">
      <w:r>
        <w:t>What she showed me was not something I could have prepared for.</w:t>
      </w:r>
    </w:p>
    <w:p w14:paraId="05521D3A" w14:textId="77777777" w:rsidR="003C28AA" w:rsidRDefault="00000000" w:rsidP="00B406C8">
      <w:r>
        <w:t>There they were—Mia and Leo—resting side by side in a still, pale crib, dressed carefully by my mother’s own hands. They were wrapped in the clothes we had chosen together, weeks before: a white sleepsuit with tiny bears, a pastel pink hat, a blue blanket. Their skin was smooth but yellowed by jaundice. Their lips were pursed, their eyelids closed.</w:t>
      </w:r>
    </w:p>
    <w:p w14:paraId="3A37E681" w14:textId="77777777" w:rsidR="003C28AA" w:rsidRDefault="00000000" w:rsidP="00B406C8">
      <w:r>
        <w:t>They didn’t look like dolls.</w:t>
      </w:r>
    </w:p>
    <w:p w14:paraId="0D92B1B1" w14:textId="77777777" w:rsidR="003C28AA" w:rsidRDefault="00000000" w:rsidP="00B406C8">
      <w:r>
        <w:t>They looked like people.</w:t>
      </w:r>
    </w:p>
    <w:p w14:paraId="4FB78A13" w14:textId="77777777" w:rsidR="003C28AA" w:rsidRDefault="00000000" w:rsidP="00B406C8">
      <w:r>
        <w:t>Tiny, real people who had been loved enough to be dressed and held and photographed in death.</w:t>
      </w:r>
    </w:p>
    <w:p w14:paraId="4F38CC46" w14:textId="77777777" w:rsidR="003C28AA" w:rsidRDefault="00000000" w:rsidP="00B406C8">
      <w:r>
        <w:t>Leo was the image of Max. Mia was unmistakably mine.</w:t>
      </w:r>
    </w:p>
    <w:p w14:paraId="51017D4F" w14:textId="77777777" w:rsidR="003C28AA" w:rsidRDefault="00000000" w:rsidP="00B406C8">
      <w:r>
        <w:t>My heart collapsed.</w:t>
      </w:r>
    </w:p>
    <w:p w14:paraId="41311E69" w14:textId="77777777" w:rsidR="003C28AA" w:rsidRDefault="00000000" w:rsidP="00B406C8">
      <w:r>
        <w:t>I could feel the air leave my body in a rush, as though something had punched through my chest. My lungs refused to refill. I gasped, panicking, as if oxygen alone could save me from this. I cried out, a raw sound with no dignity and flailed my arms, knocking the phone from her hands.</w:t>
      </w:r>
    </w:p>
    <w:p w14:paraId="14686C67" w14:textId="77777777" w:rsidR="003C28AA" w:rsidRDefault="00000000" w:rsidP="00B406C8">
      <w:r>
        <w:lastRenderedPageBreak/>
        <w:t>I sobbed so hard my whole body shook. I think I vomited. I think I begged. I think I said their names over and over, as if that could bring them back. Mia. Leo. Mia. Leo.</w:t>
      </w:r>
    </w:p>
    <w:p w14:paraId="05135F1F" w14:textId="77777777" w:rsidR="003C28AA" w:rsidRDefault="00000000" w:rsidP="00B406C8">
      <w:r>
        <w:t>Nothing came.</w:t>
      </w:r>
    </w:p>
    <w:p w14:paraId="5334E879" w14:textId="77777777" w:rsidR="003C28AA" w:rsidRDefault="00000000" w:rsidP="00B406C8">
      <w:r>
        <w:t>No one came through the door with them in a cot. No nurse held them aloft and said, “They’re fine, it was a mistake.” The world remained silent.</w:t>
      </w:r>
    </w:p>
    <w:p w14:paraId="2FC75D59" w14:textId="77777777" w:rsidR="003C28AA" w:rsidRDefault="00000000" w:rsidP="00B406C8">
      <w:r>
        <w:t>Somewhere beneath the screaming, I could hear the sound of my mother crying. I didn’t turn to look at her.</w:t>
      </w:r>
    </w:p>
    <w:p w14:paraId="0E54EEAF" w14:textId="77777777" w:rsidR="003C28AA" w:rsidRDefault="00000000" w:rsidP="00B406C8">
      <w:r>
        <w:t>I couldn’t.</w:t>
      </w:r>
    </w:p>
    <w:p w14:paraId="6B5570C2" w14:textId="77777777" w:rsidR="003C28AA" w:rsidRDefault="00000000" w:rsidP="00B406C8">
      <w:r>
        <w:t>The pain was physical. Not metaphorical. My body felt like it was folding in on itself, like my ribcage might implode from the weight of it. My arms wrapped around my own chest in a futile gesture, as if I could hold the pieces of myself together.</w:t>
      </w:r>
    </w:p>
    <w:p w14:paraId="47D3C3BA" w14:textId="77777777" w:rsidR="003C28AA" w:rsidRDefault="00000000" w:rsidP="00B406C8">
      <w:r>
        <w:t>It didn’t work.</w:t>
      </w:r>
    </w:p>
    <w:p w14:paraId="22089D26" w14:textId="77777777" w:rsidR="003C28AA" w:rsidRDefault="00000000" w:rsidP="00B406C8">
      <w:r>
        <w:t>Then came the rage.</w:t>
      </w:r>
    </w:p>
    <w:p w14:paraId="3F8187D5" w14:textId="77777777" w:rsidR="003C28AA" w:rsidRDefault="00000000" w:rsidP="00B406C8">
      <w:r>
        <w:t>Where was Max?</w:t>
      </w:r>
    </w:p>
    <w:p w14:paraId="6744C5BA" w14:textId="77777777" w:rsidR="003C28AA" w:rsidRDefault="00000000" w:rsidP="00B406C8">
      <w:r>
        <w:t>How could he not be here?</w:t>
      </w:r>
    </w:p>
    <w:p w14:paraId="5462581F" w14:textId="77777777" w:rsidR="003C28AA" w:rsidRDefault="00000000" w:rsidP="00B406C8">
      <w:r>
        <w:t>I snapped my head toward my mother. “Call him,” I demanded.</w:t>
      </w:r>
    </w:p>
    <w:p w14:paraId="5BDB7826" w14:textId="77777777" w:rsidR="003C28AA" w:rsidRDefault="00000000" w:rsidP="00B406C8">
      <w:r>
        <w:t>“He’s not far,” she said quickly. “He’s just home. Just for the day.”</w:t>
      </w:r>
    </w:p>
    <w:p w14:paraId="0D9D304F" w14:textId="77777777" w:rsidR="003C28AA" w:rsidRDefault="00000000" w:rsidP="00B406C8">
      <w:r>
        <w:t>I didn’t care.</w:t>
      </w:r>
    </w:p>
    <w:p w14:paraId="62530CC1" w14:textId="77777777" w:rsidR="003C28AA" w:rsidRDefault="00000000" w:rsidP="00B406C8">
      <w:r>
        <w:t>I needed him.</w:t>
      </w:r>
    </w:p>
    <w:p w14:paraId="271D41F3" w14:textId="77777777" w:rsidR="003C28AA" w:rsidRDefault="00000000" w:rsidP="00B406C8">
      <w:r>
        <w:t>She dialled.</w:t>
      </w:r>
    </w:p>
    <w:p w14:paraId="2877C818" w14:textId="77777777" w:rsidR="003C28AA" w:rsidRDefault="00000000" w:rsidP="00B406C8">
      <w:r>
        <w:t>When he answered, I heard his voice before anything else. And suddenly I remembered him—not just in concept, but in presence. My mind placed his face. His laugh. His smell. The feeling of his hand in mine.</w:t>
      </w:r>
    </w:p>
    <w:p w14:paraId="1643F8C5" w14:textId="77777777" w:rsidR="003C28AA" w:rsidRDefault="00000000" w:rsidP="00B406C8">
      <w:r>
        <w:lastRenderedPageBreak/>
        <w:t>“You left me!” I shouted into the speaker. “You weren’t here! I woke up and you weren’t HERE.”</w:t>
      </w:r>
    </w:p>
    <w:p w14:paraId="48AB4BF2" w14:textId="77777777" w:rsidR="003C28AA" w:rsidRDefault="00000000" w:rsidP="00B406C8">
      <w:r>
        <w:t>He tried to speak. Tried to calm me.</w:t>
      </w:r>
    </w:p>
    <w:p w14:paraId="6E8D6D76" w14:textId="77777777" w:rsidR="003C28AA" w:rsidRDefault="00000000" w:rsidP="00B406C8">
      <w:r>
        <w:t>I wouldn’t let him.</w:t>
      </w:r>
    </w:p>
    <w:p w14:paraId="42AD2CF2" w14:textId="77777777" w:rsidR="003C28AA" w:rsidRDefault="00000000" w:rsidP="00B406C8">
      <w:r>
        <w:t>“How could you leave me alone? They’re GONE, Max. They’re gone and I was alone.”</w:t>
      </w:r>
    </w:p>
    <w:p w14:paraId="08A21B1B" w14:textId="77777777" w:rsidR="003C28AA" w:rsidRDefault="00000000" w:rsidP="00B406C8">
      <w:r>
        <w:t>I didn’t know, couldn’t know, that he had been there every day. That he had held my hand through seizures. That he had screamed into a pillow when the doctors said I might not survive the transplant. That this one day—this single, fragile day—was the first time he had allowed himself to step outside the ward, to shower, to sleep, to breathe.</w:t>
      </w:r>
    </w:p>
    <w:p w14:paraId="4DF69075" w14:textId="77777777" w:rsidR="003C28AA" w:rsidRDefault="00000000" w:rsidP="00B406C8">
      <w:r>
        <w:t>The irony of it would haunt us both.</w:t>
      </w:r>
    </w:p>
    <w:p w14:paraId="0710B472" w14:textId="77777777" w:rsidR="003C28AA" w:rsidRDefault="00000000" w:rsidP="00B406C8">
      <w:r>
        <w:t>My fury crumbled into anguish.</w:t>
      </w:r>
    </w:p>
    <w:p w14:paraId="26E72805" w14:textId="77777777" w:rsidR="003C28AA" w:rsidRDefault="00000000" w:rsidP="00B406C8">
      <w:r>
        <w:t>I wept into the phone until there was nothing left, until I couldn’t hold the weight of my own body anymore. Someone turned up the morphine, or maybe the nurse came back and injected something to dull the edge.</w:t>
      </w:r>
    </w:p>
    <w:p w14:paraId="0CF720E9" w14:textId="77777777" w:rsidR="003C28AA" w:rsidRDefault="00000000" w:rsidP="00B406C8">
      <w:r>
        <w:t>Everything blurred.</w:t>
      </w:r>
    </w:p>
    <w:p w14:paraId="7FB63CFE" w14:textId="77777777" w:rsidR="003C28AA" w:rsidRDefault="00000000" w:rsidP="00B406C8">
      <w:r>
        <w:t>the truth remained.</w:t>
      </w:r>
    </w:p>
    <w:p w14:paraId="0D4EDEE0" w14:textId="77777777" w:rsidR="003C28AA" w:rsidRDefault="00000000" w:rsidP="00B406C8">
      <w:r>
        <w:t>Mia and Leo were gone.</w:t>
      </w:r>
    </w:p>
    <w:p w14:paraId="25C901EE" w14:textId="77777777" w:rsidR="003C28AA" w:rsidRDefault="00000000" w:rsidP="00B406C8">
      <w:r>
        <w:t>I was still here.</w:t>
      </w:r>
    </w:p>
    <w:p w14:paraId="2B5BD709" w14:textId="77777777" w:rsidR="003C28AA" w:rsidRDefault="00000000" w:rsidP="00B406C8">
      <w:r>
        <w:t>The crying must have been loud.</w:t>
      </w:r>
    </w:p>
    <w:p w14:paraId="7D554A5C" w14:textId="77777777" w:rsidR="003C28AA" w:rsidRDefault="00000000" w:rsidP="00B406C8">
      <w:r>
        <w:t>It must have travelled down the hallway like a siren—raw and animal and utterly unfiltered. I had no memory of how long it lasted. Minutes? Hours? I only remember the way it rang in my ears afterward, like the aftermath of a house collapsing. There was no shape to it. No sobs, no rhythm. Just one long, relentless wail tearing its way out of me.</w:t>
      </w:r>
    </w:p>
    <w:p w14:paraId="4C12A04F" w14:textId="77777777" w:rsidR="003C28AA" w:rsidRDefault="00000000" w:rsidP="00B406C8">
      <w:r>
        <w:lastRenderedPageBreak/>
        <w:t>I was somewhere between the ruins of reality and the empty shell of what had been imagined. I could feel the heat of my grief on my cheeks, on my collarbone, in the places where the tears had run out and left only sweat.</w:t>
      </w:r>
    </w:p>
    <w:p w14:paraId="019CDE54" w14:textId="77777777" w:rsidR="003C28AA" w:rsidRDefault="00000000" w:rsidP="00B406C8">
      <w:r>
        <w:t>then—there she was.</w:t>
      </w:r>
    </w:p>
    <w:p w14:paraId="7A09F801" w14:textId="77777777" w:rsidR="003C28AA" w:rsidRDefault="00000000" w:rsidP="00B406C8">
      <w:r>
        <w:t>Esther.</w:t>
      </w:r>
    </w:p>
    <w:p w14:paraId="6B7C471B" w14:textId="77777777" w:rsidR="003C28AA" w:rsidRDefault="00000000" w:rsidP="00B406C8">
      <w:r>
        <w:t>She didn’t walk into the room. She arrived. Like a tide or a weather front.</w:t>
      </w:r>
    </w:p>
    <w:p w14:paraId="19C0CF39" w14:textId="77777777" w:rsidR="003C28AA" w:rsidRDefault="00000000" w:rsidP="00B406C8">
      <w:r>
        <w:t>She wore dark blue scrubs and a lanyard that clinked gently when she moved, as if to announce her presence. Her hair was pulled back and there was something unapologetically practical about her—no frills, no performance. Just presence. She didn’t hover in the doorway or ask permission. She saw me—really saw me—and crossed the threshold as if she were entering a burning building.</w:t>
      </w:r>
    </w:p>
    <w:p w14:paraId="14DA6D4A" w14:textId="77777777" w:rsidR="003C28AA" w:rsidRDefault="00000000" w:rsidP="00B406C8">
      <w:r>
        <w:t>Without a word, she came to my side and placed her arms around me.</w:t>
      </w:r>
    </w:p>
    <w:p w14:paraId="1A9F7079" w14:textId="77777777" w:rsidR="003C28AA" w:rsidRDefault="00000000" w:rsidP="00B406C8">
      <w:r>
        <w:t>I crumbled.</w:t>
      </w:r>
    </w:p>
    <w:p w14:paraId="71AA9B75" w14:textId="77777777" w:rsidR="003C28AA" w:rsidRDefault="00000000" w:rsidP="00B406C8">
      <w:r>
        <w:t>Not collapsed. Not fainted.</w:t>
      </w:r>
    </w:p>
    <w:p w14:paraId="391ADEFA" w14:textId="77777777" w:rsidR="003C28AA" w:rsidRDefault="00000000" w:rsidP="00B406C8">
      <w:r>
        <w:t>Crumbled—like something brittle that had been pretending to be solid.</w:t>
      </w:r>
    </w:p>
    <w:p w14:paraId="56E8DFE1" w14:textId="77777777" w:rsidR="003C28AA" w:rsidRDefault="00000000" w:rsidP="00B406C8">
      <w:r>
        <w:t>My face found her shoulder. My hands clawed at the fabric of her top like a child needing something to grip. I sobbed into her neck, into her hair, into her—whoever she was—until I couldn’t distinguish her body from the bed or the grief or the grief from myself. I don’t remember what she smelled like, only that it wasn’t clinical. She smelled human. Alive. Present.</w:t>
      </w:r>
    </w:p>
    <w:p w14:paraId="3EE1AA62" w14:textId="77777777" w:rsidR="003C28AA" w:rsidRDefault="00000000" w:rsidP="00B406C8">
      <w:r>
        <w:t>She said nothing at first. No platitudes. No “there, there” or “it’s going to be all right.”</w:t>
      </w:r>
    </w:p>
    <w:p w14:paraId="72523DCD" w14:textId="77777777" w:rsidR="003C28AA" w:rsidRDefault="00000000" w:rsidP="00B406C8">
      <w:r>
        <w:t>Because it wasn’t.</w:t>
      </w:r>
    </w:p>
    <w:p w14:paraId="5819D742" w14:textId="77777777" w:rsidR="003C28AA" w:rsidRDefault="00000000" w:rsidP="00B406C8">
      <w:r>
        <w:t>she knew it.</w:t>
      </w:r>
    </w:p>
    <w:p w14:paraId="7263ED7E" w14:textId="77777777" w:rsidR="003C28AA" w:rsidRDefault="00000000" w:rsidP="00B406C8">
      <w:r>
        <w:lastRenderedPageBreak/>
        <w:t>She simply held me until the noise stopped, until the shaking slowed, until my own body gave up on language entirely.</w:t>
      </w:r>
    </w:p>
    <w:p w14:paraId="7E9AF7E6" w14:textId="77777777" w:rsidR="003C28AA" w:rsidRDefault="00000000" w:rsidP="00B406C8">
      <w:r>
        <w:t>When I opened my eyes again, she was still there.</w:t>
      </w:r>
    </w:p>
    <w:p w14:paraId="1A253FF2" w14:textId="77777777" w:rsidR="003C28AA" w:rsidRDefault="00000000" w:rsidP="00B406C8">
      <w:r>
        <w:t>for the rest of my stay, I lived for the moments her shifts overlapped with my waking hours. Esther became more than a nurse. She became a landmark. A fixture in the new landscape of my broken body and wounded soul. She had a laugh that burst out of her like sunlight and a smile too wide for the ward. She knew how to hand you a cup of tea like it was a message from the world beyond suffering. She knew when to talk and when to just sit. She had become, in the most literal sense, my lifeline.</w:t>
      </w:r>
    </w:p>
    <w:p w14:paraId="2212F777" w14:textId="77777777" w:rsidR="003C28AA" w:rsidRDefault="00000000" w:rsidP="00B406C8">
      <w:r>
        <w:t>That night, the light in the room changed.</w:t>
      </w:r>
    </w:p>
    <w:p w14:paraId="4CAC4DD2" w14:textId="77777777" w:rsidR="003C28AA" w:rsidRDefault="00000000" w:rsidP="00B406C8">
      <w:r>
        <w:t>Not dramatically. Just enough to remind me that the sun would rise again whether I was ready or not.</w:t>
      </w:r>
    </w:p>
    <w:p w14:paraId="093256F8" w14:textId="77777777" w:rsidR="003C28AA" w:rsidRDefault="00000000" w:rsidP="00B406C8">
      <w:r>
        <w:t>I lay in silence for a long time, staring at the ceiling tiles, trying to stitch together the past from whatever scraps I still had. A life had ended—two lives, really—and another, stranger one had begun. The old me was gone. The mother I’d imagined was gone. The woman I’d been before pregnancy was unreachable. The only version of myself I had left was this one: limp, swollen, medicated, dependent.</w:t>
      </w:r>
    </w:p>
    <w:p w14:paraId="6B3F2E39" w14:textId="77777777" w:rsidR="003C28AA" w:rsidRDefault="00000000" w:rsidP="00B406C8">
      <w:r>
        <w:t>I don’t know if I slept. But at some point, it was morning.</w:t>
      </w:r>
    </w:p>
    <w:p w14:paraId="71DD4182" w14:textId="77777777" w:rsidR="003C28AA" w:rsidRDefault="00000000" w:rsidP="00B406C8">
      <w:r>
        <w:t>I knew it not from the light, but from the movement of the ward. The squeak of shoes, the hum of breakfast trolleys, the faint buzz of hallway conversations. Life continuing just outside my door, unbothered by the ruin of mine.</w:t>
      </w:r>
    </w:p>
    <w:p w14:paraId="5026FB5B" w14:textId="77777777" w:rsidR="003C28AA" w:rsidRDefault="00000000" w:rsidP="00B406C8">
      <w:r>
        <w:t>then it hit me.</w:t>
      </w:r>
    </w:p>
    <w:p w14:paraId="0285B7E4" w14:textId="77777777" w:rsidR="003C28AA" w:rsidRDefault="00000000" w:rsidP="00B406C8">
      <w:r>
        <w:t>I couldn’t move.</w:t>
      </w:r>
    </w:p>
    <w:p w14:paraId="5EEC5388" w14:textId="77777777" w:rsidR="003C28AA" w:rsidRDefault="00000000" w:rsidP="00B406C8">
      <w:r>
        <w:lastRenderedPageBreak/>
        <w:t>My mind was clearer than it had been the day before, sharper—but now it was registering things I hadn’t been able to process before. I couldn’t shift my body. I couldn’t sit up. I couldn’t even roll to one side.</w:t>
      </w:r>
    </w:p>
    <w:p w14:paraId="2B4D80F8" w14:textId="77777777" w:rsidR="003C28AA" w:rsidRDefault="00000000" w:rsidP="00B406C8">
      <w:r>
        <w:t>I slowly reached for the thin hospital blanket covering me and peeled it back, dreading what I might find.</w:t>
      </w:r>
    </w:p>
    <w:p w14:paraId="57597E89" w14:textId="77777777" w:rsidR="003C28AA" w:rsidRDefault="00000000" w:rsidP="00B406C8">
      <w:r>
        <w:t>My breath caught in my throat.</w:t>
      </w:r>
    </w:p>
    <w:p w14:paraId="1F5842CF" w14:textId="77777777" w:rsidR="003C28AA" w:rsidRDefault="00000000" w:rsidP="00B406C8">
      <w:r>
        <w:t>My legs—once slim and strong, the legs that had carried me through twenty-one years of life and nearly nine months of pregnancy—were unrecognisable. They were monstrous. Bloated to three times their size, puffed up with fluid retention to the point where the skin looked stretched to the brink of bursting.</w:t>
      </w:r>
    </w:p>
    <w:p w14:paraId="1807CE67" w14:textId="77777777" w:rsidR="003C28AA" w:rsidRDefault="00000000" w:rsidP="00B406C8">
      <w:r>
        <w:t>I stared at them in horror.</w:t>
      </w:r>
    </w:p>
    <w:p w14:paraId="7E85F8AA" w14:textId="77777777" w:rsidR="003C28AA" w:rsidRDefault="00000000" w:rsidP="00B406C8">
      <w:r>
        <w:t>They looked like they belonged to someone elderly, someone bedridden, someone dying. Not me.</w:t>
      </w:r>
    </w:p>
    <w:p w14:paraId="74A19B40" w14:textId="77777777" w:rsidR="003C28AA" w:rsidRDefault="00000000" w:rsidP="00B406C8">
      <w:r>
        <w:t>They didn’t bend. They didn’t resemble legs. They resembled something you’d see on a cartoon sea creature—wide, paddle-like, flipper-shaped masses of useless weight.</w:t>
      </w:r>
    </w:p>
    <w:p w14:paraId="76CDCC13" w14:textId="77777777" w:rsidR="003C28AA" w:rsidRDefault="00000000" w:rsidP="00B406C8">
      <w:r>
        <w:t>I tried to lift one. It didn’t move.</w:t>
      </w:r>
    </w:p>
    <w:p w14:paraId="501AEF69" w14:textId="77777777" w:rsidR="003C28AA" w:rsidRDefault="00000000" w:rsidP="00B406C8">
      <w:r>
        <w:t>Instead, it trembled slightly and then dropped with a dull, wet thud against the mattress.</w:t>
      </w:r>
    </w:p>
    <w:p w14:paraId="345F6863" w14:textId="77777777" w:rsidR="003C28AA" w:rsidRDefault="00000000" w:rsidP="00B406C8">
      <w:r>
        <w:t>My hands weren’t any better—pale and puffy, like gloves filled with pudding. My wrists were gone. My fingers looked like sausages. There was no strength in them. I tried to lift a cup and couldn’t. I tried to press the nurse’s call button and it slipped out of my palm.</w:t>
      </w:r>
    </w:p>
    <w:p w14:paraId="4B345E41" w14:textId="77777777" w:rsidR="003C28AA" w:rsidRDefault="00000000" w:rsidP="00B406C8">
      <w:r>
        <w:t>I wanted to scream.</w:t>
      </w:r>
    </w:p>
    <w:p w14:paraId="3310B79C" w14:textId="77777777" w:rsidR="003C28AA" w:rsidRDefault="00000000" w:rsidP="00B406C8">
      <w:r>
        <w:t>Instead, I sobbed.</w:t>
      </w:r>
    </w:p>
    <w:p w14:paraId="2360A6E7" w14:textId="77777777" w:rsidR="003C28AA" w:rsidRDefault="00000000" w:rsidP="00B406C8">
      <w:r>
        <w:t>How had this happened?</w:t>
      </w:r>
    </w:p>
    <w:p w14:paraId="4DEFAD7B" w14:textId="77777777" w:rsidR="003C28AA" w:rsidRDefault="00000000" w:rsidP="00B406C8">
      <w:r>
        <w:lastRenderedPageBreak/>
        <w:t>How had I gone from a healthy girl in her third trimester to this—a swollen, stitched-together stranger? My belly, once taut with life, was now deflated and slack, like an old balloon. The transplant incision was worse than I had imagined. It carved across my torso in a right angle, held together by 44 cold metal staples that glinted every time I moved. I felt another line lower down—the caesarean scar, quiet and pale in comparison.</w:t>
      </w:r>
    </w:p>
    <w:p w14:paraId="7EDF1F0C" w14:textId="77777777" w:rsidR="003C28AA" w:rsidRDefault="00000000" w:rsidP="00B406C8">
      <w:r>
        <w:t>Two wounds.</w:t>
      </w:r>
    </w:p>
    <w:p w14:paraId="50B7079E" w14:textId="77777777" w:rsidR="003C28AA" w:rsidRDefault="00000000" w:rsidP="00B406C8">
      <w:r>
        <w:t>One that saved me.</w:t>
      </w:r>
    </w:p>
    <w:p w14:paraId="18AC26C5" w14:textId="77777777" w:rsidR="003C28AA" w:rsidRDefault="00000000" w:rsidP="00B406C8">
      <w:r>
        <w:t>One that had tried to save them.</w:t>
      </w:r>
    </w:p>
    <w:p w14:paraId="1F581C66" w14:textId="77777777" w:rsidR="003C28AA" w:rsidRDefault="00000000" w:rsidP="00B406C8">
      <w:r>
        <w:t>How could this be my body?</w:t>
      </w:r>
    </w:p>
    <w:p w14:paraId="12463DD0" w14:textId="77777777" w:rsidR="003C28AA" w:rsidRDefault="00000000" w:rsidP="00B406C8">
      <w:r>
        <w:t>When the nurse arrived to top up my pain medication, I tried to sound normal. I tried to say, “Thank you.” But the words came out like dust.</w:t>
      </w:r>
    </w:p>
    <w:p w14:paraId="2BBE165A" w14:textId="77777777" w:rsidR="003C28AA" w:rsidRDefault="00000000" w:rsidP="00B406C8">
      <w:r>
        <w:t>She adjusted my IV and said gently, “You’ll start meeting more of the team soon. Surgeons, pharmacists, physios. Bereavement midwife.”</w:t>
      </w:r>
    </w:p>
    <w:p w14:paraId="366C409B" w14:textId="77777777" w:rsidR="003C28AA" w:rsidRDefault="00000000" w:rsidP="00B406C8">
      <w:r>
        <w:t>Bereavement.</w:t>
      </w:r>
    </w:p>
    <w:p w14:paraId="71F73FD7" w14:textId="77777777" w:rsidR="003C28AA" w:rsidRDefault="00000000" w:rsidP="00B406C8">
      <w:r>
        <w:t>That word.</w:t>
      </w:r>
    </w:p>
    <w:p w14:paraId="35590A86" w14:textId="77777777" w:rsidR="003C28AA" w:rsidRDefault="00000000" w:rsidP="00B406C8">
      <w:r>
        <w:t>It rang louder than anything else in the room.</w:t>
      </w:r>
    </w:p>
    <w:p w14:paraId="33F5946B" w14:textId="77777777" w:rsidR="003C28AA" w:rsidRDefault="00000000" w:rsidP="00B406C8">
      <w:r>
        <w:t>Each one of those specialists, I was told, would evaluate my condition—assess what I could do, what I understood. I wouldn’t be discharged until they were satisfied I could manage.</w:t>
      </w:r>
    </w:p>
    <w:p w14:paraId="6F4B8943" w14:textId="77777777" w:rsidR="003C28AA" w:rsidRDefault="00000000" w:rsidP="00B406C8">
      <w:r>
        <w:t>It all felt clinical. Measured. Like a checklist.</w:t>
      </w:r>
    </w:p>
    <w:p w14:paraId="3FDDB89D" w14:textId="77777777" w:rsidR="003C28AA" w:rsidRDefault="00000000" w:rsidP="00B406C8">
      <w:r>
        <w:t>what they couldn’t assess was the fear that had started blooming inside my chest—the dread that there were still parts of this story no one had told me. That the truth had been spoon-fed in careful portions. That the full weight of what had happened was still waiting for me, just outside the door.</w:t>
      </w:r>
    </w:p>
    <w:p w14:paraId="380040D1" w14:textId="77777777" w:rsidR="003C28AA" w:rsidRDefault="00000000" w:rsidP="00B406C8">
      <w:pPr>
        <w:ind w:firstLine="0"/>
        <w:jc w:val="center"/>
      </w:pPr>
      <w:r>
        <w:rPr>
          <w:b/>
        </w:rPr>
        <w:lastRenderedPageBreak/>
        <w:t>Chapter Ten</w:t>
      </w:r>
    </w:p>
    <w:p w14:paraId="7CC36D56" w14:textId="77777777" w:rsidR="003C28AA" w:rsidRDefault="00000000" w:rsidP="00B406C8">
      <w:r>
        <w:t>Later that day, the surgeon came.</w:t>
      </w:r>
    </w:p>
    <w:p w14:paraId="70466D28" w14:textId="77777777" w:rsidR="003C28AA" w:rsidRDefault="00000000" w:rsidP="00B406C8">
      <w:r>
        <w:t>He entered with a quiet confidence. Tall. Neatly dressed in scrubs that looked too crisp for a ward this chaotic. His nametag read Dr. U and I vaguely remembered someone saying he had saved my life.</w:t>
      </w:r>
    </w:p>
    <w:p w14:paraId="58D68D8B" w14:textId="77777777" w:rsidR="003C28AA" w:rsidRDefault="00000000" w:rsidP="00B406C8">
      <w:r>
        <w:t>He smiled gently and pulled up a chair.</w:t>
      </w:r>
    </w:p>
    <w:p w14:paraId="3A00EAA2" w14:textId="77777777" w:rsidR="003C28AA" w:rsidRDefault="00000000" w:rsidP="00B406C8">
      <w:r>
        <w:t>I studied his face—his jet-black hair, his tired but watchful eyes—and then I saw it: his moustache. It was thick, cartoonishly full and seemed to have a presence all its own. In my dazed, medicated state, I watched it move with his words and imagined it winking at me. I wasn’t sure if it was real or if the morphine was playing tricks again.</w:t>
      </w:r>
    </w:p>
    <w:p w14:paraId="50361A39" w14:textId="77777777" w:rsidR="003C28AA" w:rsidRDefault="00000000" w:rsidP="00B406C8">
      <w:r>
        <w:t>“I’m Dr. U,” he said, “and I was the lead on your surgery.”</w:t>
      </w:r>
    </w:p>
    <w:p w14:paraId="4698E096" w14:textId="77777777" w:rsidR="003C28AA" w:rsidRDefault="00000000" w:rsidP="00B406C8">
      <w:r>
        <w:t>He told me everything. How my liver had failed. How a donor had been found just in time. How the procedure had been extensive but successful. His voice was calm, practiced, full of compassion.</w:t>
      </w:r>
    </w:p>
    <w:p w14:paraId="71ECB933" w14:textId="77777777" w:rsidR="003C28AA" w:rsidRDefault="00000000" w:rsidP="00B406C8">
      <w:r>
        <w:t>I listened, but I couldn’t respond.</w:t>
      </w:r>
    </w:p>
    <w:p w14:paraId="2189CA26" w14:textId="77777777" w:rsidR="003C28AA" w:rsidRDefault="00000000" w:rsidP="00B406C8">
      <w:r>
        <w:t>The information felt like scaffolding being erected around the wreckage. Necessary, maybe. But premature.</w:t>
      </w:r>
    </w:p>
    <w:p w14:paraId="3E1CC795" w14:textId="77777777" w:rsidR="003C28AA" w:rsidRDefault="00000000" w:rsidP="00B406C8">
      <w:r>
        <w:t>Then came the pharmacist.</w:t>
      </w:r>
    </w:p>
    <w:p w14:paraId="7121664F" w14:textId="77777777" w:rsidR="003C28AA" w:rsidRDefault="00000000" w:rsidP="00B406C8">
      <w:r>
        <w:t>A man who carried an entire new reality in a plastic pill box. He didn’t waste time.</w:t>
      </w:r>
    </w:p>
    <w:p w14:paraId="295ED3F8" w14:textId="77777777" w:rsidR="003C28AA" w:rsidRDefault="00000000" w:rsidP="00B406C8">
      <w:r>
        <w:t>“You’ll need to show us you can self-medicate,” he said, placing a schedule in my lap. “This is your future.”</w:t>
      </w:r>
    </w:p>
    <w:p w14:paraId="35F6A0E5" w14:textId="77777777" w:rsidR="003C28AA" w:rsidRDefault="00000000" w:rsidP="00B406C8">
      <w:r>
        <w:t>Laid out before me was a grid of tablets, capsules, powders and one nutritional shake that smelled like metal and regret.</w:t>
      </w:r>
    </w:p>
    <w:p w14:paraId="518735D3" w14:textId="77777777" w:rsidR="003C28AA" w:rsidRDefault="00000000" w:rsidP="00B406C8">
      <w:r>
        <w:lastRenderedPageBreak/>
        <w:t>“Immunosuppression,” he said. “To make sure your immune system doesn’t reject the new liver. You’ll take these for the rest of your life.”</w:t>
      </w:r>
    </w:p>
    <w:p w14:paraId="4B28C82D" w14:textId="77777777" w:rsidR="003C28AA" w:rsidRDefault="00000000" w:rsidP="00B406C8">
      <w:r>
        <w:t>The rest of my life.</w:t>
      </w:r>
    </w:p>
    <w:p w14:paraId="76944F18" w14:textId="77777777" w:rsidR="003C28AA" w:rsidRDefault="00000000" w:rsidP="00B406C8">
      <w:r>
        <w:t>The phrase was a guillotine.</w:t>
      </w:r>
    </w:p>
    <w:p w14:paraId="32AB4960" w14:textId="77777777" w:rsidR="003C28AA" w:rsidRDefault="00000000" w:rsidP="00B406C8">
      <w:r>
        <w:t>I nodded, too stunned to ask questions.</w:t>
      </w:r>
    </w:p>
    <w:p w14:paraId="702AB2E0" w14:textId="77777777" w:rsidR="003C28AA" w:rsidRDefault="00000000" w:rsidP="00B406C8">
      <w:r>
        <w:t>“Vital. Toxic. Alive,” he added.</w:t>
      </w:r>
    </w:p>
    <w:p w14:paraId="311D34C3" w14:textId="77777777" w:rsidR="003C28AA" w:rsidRDefault="00000000" w:rsidP="00B406C8">
      <w:r>
        <w:t>A holy trinity of contradictions.</w:t>
      </w:r>
    </w:p>
    <w:p w14:paraId="487DDA35" w14:textId="77777777" w:rsidR="003C28AA" w:rsidRDefault="00000000" w:rsidP="00B406C8">
      <w:r>
        <w:t>As he walked away, I looked down at the handful of pills. They looked ordinary. Like vitamins. Like nothing. But I knew—I could feel it in my bones—that they were the boundary between life and death.</w:t>
      </w:r>
    </w:p>
    <w:p w14:paraId="1F28F407" w14:textId="77777777" w:rsidR="003C28AA" w:rsidRDefault="00000000" w:rsidP="00B406C8">
      <w:r>
        <w:t>Were they saving me? Or trapping me?</w:t>
      </w:r>
    </w:p>
    <w:p w14:paraId="0126830B" w14:textId="77777777" w:rsidR="003C28AA" w:rsidRDefault="00000000" w:rsidP="00B406C8">
      <w:r>
        <w:t>I swallowed them all.</w:t>
      </w:r>
    </w:p>
    <w:p w14:paraId="3D7DEFF3" w14:textId="77777777" w:rsidR="003C28AA" w:rsidRDefault="00000000" w:rsidP="00B406C8">
      <w:r>
        <w:t>I cried again.</w:t>
      </w:r>
    </w:p>
    <w:p w14:paraId="236B048A" w14:textId="77777777" w:rsidR="003C28AA" w:rsidRDefault="00000000" w:rsidP="00B406C8">
      <w:r>
        <w:t>Not for what had happened.</w:t>
      </w:r>
    </w:p>
    <w:p w14:paraId="5B99D71B" w14:textId="77777777" w:rsidR="003C28AA" w:rsidRDefault="00000000" w:rsidP="00B406C8">
      <w:r>
        <w:t>for the unbearable truth that it had only just begun.</w:t>
      </w:r>
    </w:p>
    <w:p w14:paraId="37DE10C2" w14:textId="77777777" w:rsidR="003C28AA" w:rsidRDefault="00000000" w:rsidP="00B406C8">
      <w:r>
        <w:t>The visit I had both dreaded and desperately longed for came quietly, without fanfare.</w:t>
      </w:r>
    </w:p>
    <w:p w14:paraId="5D35B62C" w14:textId="77777777" w:rsidR="003C28AA" w:rsidRDefault="00000000" w:rsidP="00B406C8">
      <w:r>
        <w:t>A soft knock. A pause. The door creaking open.</w:t>
      </w:r>
    </w:p>
    <w:p w14:paraId="709A8BB3" w14:textId="77777777" w:rsidR="003C28AA" w:rsidRDefault="00000000" w:rsidP="00B406C8">
      <w:r>
        <w:t>The bereavement midwife stepped in like someone entering sacred space. She moved carefully, as though even the air around me might shatter if touched too suddenly. Her presence was unlike anyone else I had encountered in hospital. There was no clipboard in her hand, no stethoscope, no chart to update or wound to inspect. She came not to assess but to witness. Not to fix but to honour.</w:t>
      </w:r>
    </w:p>
    <w:p w14:paraId="73EE4A6F" w14:textId="77777777" w:rsidR="003C28AA" w:rsidRDefault="00000000" w:rsidP="00B406C8">
      <w:r>
        <w:t>Lets call her Claire.</w:t>
      </w:r>
    </w:p>
    <w:p w14:paraId="17AA80A2" w14:textId="77777777" w:rsidR="003C28AA" w:rsidRDefault="00000000" w:rsidP="00B406C8">
      <w:r>
        <w:lastRenderedPageBreak/>
        <w:t>She introduced herself in a low, even voice that didn’t rise or fall, a tone you might use to tell a story in candlelight. She wore no perfume. Her clothes were soft, non-clinical. A beige cardigan, a long linen skirt. Neutral, grounding. Her very presence whispered: you are safe to grieve here.</w:t>
      </w:r>
    </w:p>
    <w:p w14:paraId="03158785" w14:textId="77777777" w:rsidR="003C28AA" w:rsidRDefault="00000000" w:rsidP="00B406C8">
      <w:r>
        <w:t>I didn’t know how to start. So she did.</w:t>
      </w:r>
    </w:p>
    <w:p w14:paraId="6BFCA36C" w14:textId="77777777" w:rsidR="003C28AA" w:rsidRDefault="00000000" w:rsidP="00B406C8">
      <w:r>
        <w:t>“I’ve come,” she said gently, “to help you remember them. To know them.”</w:t>
      </w:r>
    </w:p>
    <w:p w14:paraId="56166996" w14:textId="77777777" w:rsidR="003C28AA" w:rsidRDefault="00000000" w:rsidP="00B406C8">
      <w:r>
        <w:t>I swallowed hard. The words barely registered at first. I had spent thirty-seven weeks carrying Mia and Leo—thirty-seven weeks of tiny kicks, midnight hiccups, strange cravings and whispered conversations with my own belly. I knew the weight of them. The rhythm of their twin dances inside me. I had memorised their anticipated birth weights, their names, their little personalities already beginning to emerge in the womb—Mia, the wriggler; Leo, the calmer one.</w:t>
      </w:r>
    </w:p>
    <w:p w14:paraId="34DD79EF" w14:textId="77777777" w:rsidR="003C28AA" w:rsidRDefault="00000000" w:rsidP="00B406C8">
      <w:r>
        <w:t>now, there was only silence where there should have been cries.</w:t>
      </w:r>
    </w:p>
    <w:p w14:paraId="2F9B8284" w14:textId="77777777" w:rsidR="003C28AA" w:rsidRDefault="00000000" w:rsidP="00B406C8">
      <w:r>
        <w:t>I looked up at Claire and, for the first time since waking, I asked it aloud.</w:t>
      </w:r>
    </w:p>
    <w:p w14:paraId="7BEAE0BC" w14:textId="77777777" w:rsidR="003C28AA" w:rsidRDefault="00000000" w:rsidP="00B406C8">
      <w:r>
        <w:t>“What happened?”</w:t>
      </w:r>
    </w:p>
    <w:p w14:paraId="7CBC83E1" w14:textId="77777777" w:rsidR="003C28AA" w:rsidRDefault="00000000" w:rsidP="00B406C8">
      <w:r>
        <w:t>She didn’t rush her answer.</w:t>
      </w:r>
    </w:p>
    <w:p w14:paraId="671C4B0B" w14:textId="77777777" w:rsidR="003C28AA" w:rsidRDefault="00000000" w:rsidP="00B406C8">
      <w:r>
        <w:t>She sat beside me. Not close enough to crowd me, but near enough that I could feel the warmth of her arm. And then she spoke—gently, clearly, with the kind of precision that comes from having to say something unbearable many times before.</w:t>
      </w:r>
    </w:p>
    <w:p w14:paraId="4377CC06" w14:textId="77777777" w:rsidR="003C28AA" w:rsidRDefault="00000000" w:rsidP="00B406C8">
      <w:r>
        <w:t>“They were born still,” she said. “They passed away in the womb. We don’t yet know why. A full post-mortem has been requested. It might give us some answers. But sometimes, I must be honest, there are no explanations.”</w:t>
      </w:r>
    </w:p>
    <w:p w14:paraId="65DAD2A7" w14:textId="77777777" w:rsidR="003C28AA" w:rsidRDefault="00000000" w:rsidP="00B406C8">
      <w:r>
        <w:t>I had braced myself, but the words still landed like stones in my chest.</w:t>
      </w:r>
    </w:p>
    <w:p w14:paraId="16D02DA8" w14:textId="77777777" w:rsidR="003C28AA" w:rsidRDefault="00000000" w:rsidP="00B406C8">
      <w:r>
        <w:t>Born still.</w:t>
      </w:r>
    </w:p>
    <w:p w14:paraId="4B744977" w14:textId="77777777" w:rsidR="003C28AA" w:rsidRDefault="00000000" w:rsidP="00B406C8">
      <w:r>
        <w:lastRenderedPageBreak/>
        <w:t>I’d never heard that phrase before.</w:t>
      </w:r>
    </w:p>
    <w:p w14:paraId="4733465A" w14:textId="77777777" w:rsidR="003C28AA" w:rsidRDefault="00000000" w:rsidP="00B406C8">
      <w:r>
        <w:t>She said it as if it were a kind of birth too. A different kind. A stillness, not an absence. As if stillness itself had shape and weight.</w:t>
      </w:r>
    </w:p>
    <w:p w14:paraId="151EC8A9" w14:textId="77777777" w:rsidR="003C28AA" w:rsidRDefault="00000000" w:rsidP="00B406C8">
      <w:r>
        <w:t>I nodded. Barely.</w:t>
      </w:r>
    </w:p>
    <w:p w14:paraId="5904A654" w14:textId="77777777" w:rsidR="003C28AA" w:rsidRDefault="00000000" w:rsidP="00B406C8">
      <w:r>
        <w:t>I was trying to keep my mind upright, but it faltered. The images that flashed behind my eyes were too many, too strange. My babies—my beautiful twins—motionless inside me. Had they known? Had they felt pain? Did they suffer? Were they gone before the caesarean? Had they been together when it happened? Had one gone before the other?</w:t>
      </w:r>
    </w:p>
    <w:p w14:paraId="226DC16E" w14:textId="77777777" w:rsidR="003C28AA" w:rsidRDefault="00000000" w:rsidP="00B406C8">
      <w:r>
        <w:t>My imagination turned cruel.</w:t>
      </w:r>
    </w:p>
    <w:p w14:paraId="67A2556D" w14:textId="77777777" w:rsidR="003C28AA" w:rsidRDefault="00000000" w:rsidP="00B406C8">
      <w:r>
        <w:t>I squeezed my eyes shut and felt a slow panic curl around my ribs.</w:t>
      </w:r>
    </w:p>
    <w:p w14:paraId="59B426D7" w14:textId="77777777" w:rsidR="003C28AA" w:rsidRDefault="00000000" w:rsidP="00B406C8">
      <w:r>
        <w:t>Claire’s voice brought me back.</w:t>
      </w:r>
    </w:p>
    <w:p w14:paraId="6F42E3B0" w14:textId="77777777" w:rsidR="003C28AA" w:rsidRDefault="00000000" w:rsidP="00B406C8">
      <w:r>
        <w:t>“You don’t have to imagine them,” she said softly. “You can see them. If you’d like.”</w:t>
      </w:r>
    </w:p>
    <w:p w14:paraId="7425D21E" w14:textId="77777777" w:rsidR="003C28AA" w:rsidRDefault="00000000" w:rsidP="00B406C8">
      <w:r>
        <w:t>The air in the room seemed to freeze.</w:t>
      </w:r>
    </w:p>
    <w:p w14:paraId="69FABA6A" w14:textId="77777777" w:rsidR="003C28AA" w:rsidRDefault="00000000" w:rsidP="00B406C8">
      <w:r>
        <w:t>I stared at her. She met my gaze without flinching.</w:t>
      </w:r>
    </w:p>
    <w:p w14:paraId="52CE558A" w14:textId="77777777" w:rsidR="003C28AA" w:rsidRDefault="00000000" w:rsidP="00B406C8">
      <w:r>
        <w:t>“They’re in the mortuary now. Time has passed, so they may not look exactly as you imagined.”</w:t>
      </w:r>
    </w:p>
    <w:p w14:paraId="50B47197" w14:textId="77777777" w:rsidR="003C28AA" w:rsidRDefault="00000000" w:rsidP="00B406C8">
      <w:r>
        <w:t>My hands began to shake. Her tone made me feel as though it was a bad idea.</w:t>
      </w:r>
    </w:p>
    <w:p w14:paraId="35767B42" w14:textId="77777777" w:rsidR="003C28AA" w:rsidRDefault="00000000" w:rsidP="00B406C8">
      <w:r>
        <w:t>It was the one thing I hadn’t allowed myself to want.</w:t>
      </w:r>
    </w:p>
    <w:p w14:paraId="1D635ECE" w14:textId="77777777" w:rsidR="003C28AA" w:rsidRDefault="00000000" w:rsidP="00B406C8">
      <w:r>
        <w:t>I wanted to hold them. Desperately. To see them. To whisper their names. To press my lips against their foreheads. But what if they no longer looked like the babies I had dreamed of? What if they were already changing? What if I was too late?</w:t>
      </w:r>
    </w:p>
    <w:p w14:paraId="0838D7C9" w14:textId="77777777" w:rsidR="003C28AA" w:rsidRDefault="00000000" w:rsidP="00B406C8">
      <w:r>
        <w:t>I was paralysed by the decision.</w:t>
      </w:r>
    </w:p>
    <w:p w14:paraId="07BAF06C" w14:textId="77777777" w:rsidR="003C28AA" w:rsidRDefault="00000000" w:rsidP="00B406C8">
      <w:r>
        <w:lastRenderedPageBreak/>
        <w:t>I was their mother. I was supposed to be strong enough to see them, to meet them. But I was broken. Grief was not a feeling anymore—it was a full-body paralysis. I needed time to think, but time was no longer something I could trust. Everything had been taken from me by time.</w:t>
      </w:r>
    </w:p>
    <w:p w14:paraId="29A60DC4" w14:textId="77777777" w:rsidR="003C28AA" w:rsidRDefault="00000000" w:rsidP="00B406C8">
      <w:r>
        <w:t>Claire didn’t press.“There’s no right answer.”</w:t>
      </w:r>
    </w:p>
    <w:p w14:paraId="626AEA53" w14:textId="77777777" w:rsidR="003C28AA" w:rsidRDefault="00000000" w:rsidP="00B406C8">
      <w:r>
        <w:t>with that, she left.</w:t>
      </w:r>
    </w:p>
    <w:p w14:paraId="3AAC4EFD" w14:textId="77777777" w:rsidR="003C28AA" w:rsidRDefault="00000000" w:rsidP="00B406C8">
      <w:r>
        <w:t>After Claire’s visit, I lay in a daze.</w:t>
      </w:r>
    </w:p>
    <w:p w14:paraId="7F5F1BC5" w14:textId="77777777" w:rsidR="003C28AA" w:rsidRDefault="00000000" w:rsidP="00B406C8">
      <w:r>
        <w:t>The room was silent again. But I was buzzing with questions. Questions no one could answer. My mind was a carousel of “what ifs.” And the grief—the thick, relentless kind—wrapped itself tighter around my ribs with every breath.</w:t>
      </w:r>
    </w:p>
    <w:p w14:paraId="7EB948ED" w14:textId="77777777" w:rsidR="003C28AA" w:rsidRDefault="00000000" w:rsidP="00B406C8">
      <w:r>
        <w:t>That was when the physiotherapist arrived.</w:t>
      </w:r>
    </w:p>
    <w:p w14:paraId="252FAFC0" w14:textId="77777777" w:rsidR="003C28AA" w:rsidRDefault="00000000" w:rsidP="00B406C8">
      <w:r>
        <w:t>His knock was louder. Firmer. Purposeful.</w:t>
      </w:r>
    </w:p>
    <w:p w14:paraId="317611C6" w14:textId="77777777" w:rsidR="003C28AA" w:rsidRDefault="00000000" w:rsidP="00B406C8">
      <w:r>
        <w:t>A voice, bright and functional: “Morning, I’m here to help you move.”</w:t>
      </w:r>
    </w:p>
    <w:p w14:paraId="1994952D" w14:textId="77777777" w:rsidR="003C28AA" w:rsidRDefault="00000000" w:rsidP="00B406C8">
      <w:r>
        <w:t>I wanted to throw something at him.</w:t>
      </w:r>
    </w:p>
    <w:p w14:paraId="742B9452" w14:textId="77777777" w:rsidR="003C28AA" w:rsidRDefault="00000000" w:rsidP="00B406C8">
      <w:r>
        <w:t>He walked in with an overly polite smile that looked like it had seen battle. I was in no mood for movement. No mood for strangers. No mood for optimism.</w:t>
      </w:r>
    </w:p>
    <w:p w14:paraId="46E5F7BD" w14:textId="77777777" w:rsidR="003C28AA" w:rsidRDefault="00000000" w:rsidP="00B406C8">
      <w:r>
        <w:t>He sat on the edge of a chair across from my bed and said, “Today we’ll start small—learning to breathe.”</w:t>
      </w:r>
    </w:p>
    <w:p w14:paraId="7F5DE180" w14:textId="77777777" w:rsidR="003C28AA" w:rsidRDefault="00000000" w:rsidP="00B406C8">
      <w:r>
        <w:t>I laughed bitterly.</w:t>
      </w:r>
    </w:p>
    <w:p w14:paraId="4FA0F584" w14:textId="77777777" w:rsidR="003C28AA" w:rsidRDefault="00000000" w:rsidP="00B406C8">
      <w:r>
        <w:t>“Pretty sure I’ve already got that part down.”</w:t>
      </w:r>
    </w:p>
    <w:p w14:paraId="6CF7B945" w14:textId="77777777" w:rsidR="003C28AA" w:rsidRDefault="00000000" w:rsidP="00B406C8">
      <w:r>
        <w:t>He didn’t flinch. “Not quite. You’ve had abdominal surgery. Deep breaths and coughing are important to stop your lungs from collapsing. But they can also split your stitches if you don’t support the wound.”</w:t>
      </w:r>
    </w:p>
    <w:p w14:paraId="768B709E" w14:textId="77777777" w:rsidR="003C28AA" w:rsidRDefault="00000000" w:rsidP="00B406C8">
      <w:r>
        <w:lastRenderedPageBreak/>
        <w:t>I rolled my eyes. Everything inside me felt acidic.</w:t>
      </w:r>
    </w:p>
    <w:p w14:paraId="5E6C549C" w14:textId="77777777" w:rsidR="003C28AA" w:rsidRDefault="00000000" w:rsidP="00B406C8">
      <w:r>
        <w:t>He picked up a pillow and handed it to me like it was some sacred object. “You hold this against your scar when you cough. Make a ‘Hoff’ sound, not a cough sound.”</w:t>
      </w:r>
    </w:p>
    <w:p w14:paraId="7CF6BE35" w14:textId="77777777" w:rsidR="003C28AA" w:rsidRDefault="00000000" w:rsidP="00B406C8">
      <w:r>
        <w:t>“Are you joking?” I snapped. “You want me to do impressions now?”</w:t>
      </w:r>
    </w:p>
    <w:p w14:paraId="20EBF9C8" w14:textId="77777777" w:rsidR="003C28AA" w:rsidRDefault="00000000" w:rsidP="00B406C8">
      <w:r>
        <w:t>“No,” he said evenly. “I want you to protect yourself. That’s different.”</w:t>
      </w:r>
    </w:p>
    <w:p w14:paraId="17DA3152" w14:textId="77777777" w:rsidR="003C28AA" w:rsidRDefault="00000000" w:rsidP="00B406C8">
      <w:r>
        <w:t>I hated him for being right.</w:t>
      </w:r>
    </w:p>
    <w:p w14:paraId="28A2CB17" w14:textId="77777777" w:rsidR="003C28AA" w:rsidRDefault="00000000" w:rsidP="00B406C8">
      <w:r>
        <w:t>I hated everyone.</w:t>
      </w:r>
    </w:p>
    <w:p w14:paraId="085602F5" w14:textId="77777777" w:rsidR="003C28AA" w:rsidRDefault="00000000" w:rsidP="00B406C8">
      <w:r>
        <w:t>I hated my body. The way it sagged and swelled and refused to cooperate. I hated being twenty-one and in nappies. I hated needing help to go to the toilet. I hated defecating into a paper bowl in bed. I hated the pity in his eyes, even though he didn’t say a word to confirm it.</w:t>
      </w:r>
    </w:p>
    <w:p w14:paraId="66BC1D0F" w14:textId="77777777" w:rsidR="003C28AA" w:rsidRDefault="00000000" w:rsidP="00B406C8">
      <w:r>
        <w:t>slowly, grudgingly, I did the exercise.</w:t>
      </w:r>
    </w:p>
    <w:p w14:paraId="59B3C128" w14:textId="77777777" w:rsidR="003C28AA" w:rsidRDefault="00000000" w:rsidP="00B406C8">
      <w:r>
        <w:t>Then came the real work.</w:t>
      </w:r>
    </w:p>
    <w:p w14:paraId="60060D45" w14:textId="77777777" w:rsidR="003C28AA" w:rsidRDefault="00000000" w:rsidP="00B406C8">
      <w:r>
        <w:t>Over the next few days, he returned. Each time, he brought a new form of humiliation. Learning to bear weight on my feet. Taking one step forward. One step back. Holding a zimmer frame. Learning to sit up without blacking out. Resting halfway through a walk to the bathroom.</w:t>
      </w:r>
    </w:p>
    <w:p w14:paraId="633805ED" w14:textId="77777777" w:rsidR="003C28AA" w:rsidRDefault="00000000" w:rsidP="00B406C8">
      <w:r>
        <w:t>Each movement was excruciating.</w:t>
      </w:r>
    </w:p>
    <w:p w14:paraId="77484A95" w14:textId="77777777" w:rsidR="003C28AA" w:rsidRDefault="00000000" w:rsidP="00B406C8">
      <w:r>
        <w:t>Each milestone felt like climbing a mountain in molasses.</w:t>
      </w:r>
    </w:p>
    <w:p w14:paraId="2B622F24" w14:textId="77777777" w:rsidR="003C28AA" w:rsidRDefault="00000000" w:rsidP="00B406C8">
      <w:r>
        <w:t>I cried more than I admitted.</w:t>
      </w:r>
    </w:p>
    <w:p w14:paraId="70B7390A" w14:textId="77777777" w:rsidR="003C28AA" w:rsidRDefault="00000000" w:rsidP="00B406C8">
      <w:r>
        <w:t>Not from pain.</w:t>
      </w:r>
    </w:p>
    <w:p w14:paraId="401420FB" w14:textId="77777777" w:rsidR="003C28AA" w:rsidRDefault="00000000" w:rsidP="00B406C8">
      <w:r>
        <w:t>from shame.</w:t>
      </w:r>
    </w:p>
    <w:p w14:paraId="5F4209D5" w14:textId="77777777" w:rsidR="003C28AA" w:rsidRDefault="00000000" w:rsidP="00B406C8">
      <w:r>
        <w:t>Then, one morning, something shifted.</w:t>
      </w:r>
    </w:p>
    <w:p w14:paraId="0380299E" w14:textId="77777777" w:rsidR="003C28AA" w:rsidRDefault="00000000" w:rsidP="00B406C8">
      <w:r>
        <w:lastRenderedPageBreak/>
        <w:t>I hadn’t showered since I woke to my new normal. I hadn’t sat upright for longer than ten minutes without sweating through my gown. I smelled sour. Damp. Like fear and recovery. I needed to wash the all the tears, blood and sweat away.</w:t>
      </w:r>
    </w:p>
    <w:p w14:paraId="66C941D3" w14:textId="77777777" w:rsidR="003C28AA" w:rsidRDefault="00000000" w:rsidP="00B406C8">
      <w:r>
        <w:t>That morning, I snapped.</w:t>
      </w:r>
    </w:p>
    <w:p w14:paraId="51EF3B08" w14:textId="77777777" w:rsidR="003C28AA" w:rsidRDefault="00000000" w:rsidP="00B406C8">
      <w:r>
        <w:t>I had had enough.</w:t>
      </w:r>
    </w:p>
    <w:p w14:paraId="61B873A7" w14:textId="77777777" w:rsidR="003C28AA" w:rsidRDefault="00000000" w:rsidP="00B406C8">
      <w:r>
        <w:t>Max was coming to visit. I wanted to be clean. I wanted him to see me, not this version of me. I didn’t want to smell like bed sheets and antiseptic and sadness.</w:t>
      </w:r>
    </w:p>
    <w:p w14:paraId="7C39AE06" w14:textId="77777777" w:rsidR="003C28AA" w:rsidRDefault="00000000" w:rsidP="00B406C8">
      <w:r>
        <w:t>So I did something reckless.</w:t>
      </w:r>
    </w:p>
    <w:p w14:paraId="4BD60CA6" w14:textId="77777777" w:rsidR="003C28AA" w:rsidRDefault="00000000" w:rsidP="00B406C8">
      <w:r>
        <w:t>I swung my legs over the edge of the bed.</w:t>
      </w:r>
    </w:p>
    <w:p w14:paraId="6DB00881" w14:textId="77777777" w:rsidR="003C28AA" w:rsidRDefault="00000000" w:rsidP="00B406C8">
      <w:r>
        <w:t>The floor was cold. My feet were unsteady. I stood slowly, gripping the zimmer and drip stand like it might fly away. The short walk to the shower felt a hundred miles long, but I was determined.</w:t>
      </w:r>
    </w:p>
    <w:p w14:paraId="154332A7" w14:textId="77777777" w:rsidR="003C28AA" w:rsidRDefault="00000000" w:rsidP="00B406C8">
      <w:r>
        <w:t>Ten steps.</w:t>
      </w:r>
    </w:p>
    <w:p w14:paraId="4DFAF8D3" w14:textId="77777777" w:rsidR="003C28AA" w:rsidRDefault="00000000" w:rsidP="00B406C8">
      <w:r>
        <w:t>Ten sweaty, shuddering, glorious steps.</w:t>
      </w:r>
    </w:p>
    <w:p w14:paraId="30288D6C" w14:textId="77777777" w:rsidR="003C28AA" w:rsidRDefault="00000000" w:rsidP="00B406C8">
      <w:r>
        <w:t>I reached the shower chair, collapsed onto it and wept. I was in agony. But I made it.</w:t>
      </w:r>
    </w:p>
    <w:p w14:paraId="1EC628C0" w14:textId="77777777" w:rsidR="003C28AA" w:rsidRDefault="00000000" w:rsidP="00B406C8">
      <w:r>
        <w:t>I shampooed my hair. Slowly. Clumsily. I soaped my body with trembling hands. I cleaned one leg, then gave up. The nurse found me an hour later, sitting in clean pyjamas, my wet hair in a towel, grinning like a woman who had just discovered fire.</w:t>
      </w:r>
    </w:p>
    <w:p w14:paraId="3316104A" w14:textId="77777777" w:rsidR="003C28AA" w:rsidRDefault="00000000" w:rsidP="00B406C8">
      <w:r>
        <w:t>Max arrived that afternoon. I had been asked to be taken down to the foyer so I could surprise him.</w:t>
      </w:r>
    </w:p>
    <w:p w14:paraId="707BA5BF" w14:textId="77777777" w:rsidR="003C28AA" w:rsidRDefault="00000000" w:rsidP="00B406C8">
      <w:r>
        <w:t>When he walked in, his eyes widened. He instantly regretted being over an hour late.</w:t>
      </w:r>
    </w:p>
    <w:p w14:paraId="5292796F" w14:textId="77777777" w:rsidR="003C28AA" w:rsidRDefault="00000000" w:rsidP="00B406C8">
      <w:r>
        <w:t>His face—so familiar, so beloved—broke into something between joy and disbelief.</w:t>
      </w:r>
    </w:p>
    <w:p w14:paraId="58498AA3" w14:textId="77777777" w:rsidR="003C28AA" w:rsidRDefault="00000000" w:rsidP="00B406C8">
      <w:r>
        <w:t>“You look like… you.”</w:t>
      </w:r>
    </w:p>
    <w:p w14:paraId="18587DF6" w14:textId="77777777" w:rsidR="003C28AA" w:rsidRDefault="00000000" w:rsidP="00B406C8">
      <w:r>
        <w:lastRenderedPageBreak/>
        <w:t>I did.</w:t>
      </w:r>
    </w:p>
    <w:p w14:paraId="15E50BAE" w14:textId="77777777" w:rsidR="003C28AA" w:rsidRDefault="00000000" w:rsidP="00B406C8">
      <w:r>
        <w:t>Not entirely. Not fully.</w:t>
      </w:r>
    </w:p>
    <w:p w14:paraId="0EFDC65D" w14:textId="77777777" w:rsidR="003C28AA" w:rsidRDefault="00000000" w:rsidP="00B406C8">
      <w:r>
        <w:t>in that moment, for the first time since it all began, I felt something stir inside me.</w:t>
      </w:r>
    </w:p>
    <w:p w14:paraId="38AFA172" w14:textId="77777777" w:rsidR="003C28AA" w:rsidRDefault="00000000" w:rsidP="00B406C8">
      <w:r>
        <w:t>On the way to the hospital that morning, Max had received a call that neither of us expected.</w:t>
      </w:r>
    </w:p>
    <w:p w14:paraId="44D16D14" w14:textId="77777777" w:rsidR="003C28AA" w:rsidRDefault="00000000" w:rsidP="00B406C8">
      <w:r>
        <w:t>The woman on the other end introduced herself softly, almost reverently, as Sam. She said she worked in the chapel of rest. Not just “at” the chapel. In it. That detail mattered to me, later. It made her sound like she belonged to it somehow—not just someone employed by the hospital, but someone woven into the fabric of death, of endings, of delicate, final acts of care.</w:t>
      </w:r>
    </w:p>
    <w:p w14:paraId="315269DD" w14:textId="77777777" w:rsidR="003C28AA" w:rsidRDefault="00000000" w:rsidP="00B406C8">
      <w:r>
        <w:t>I hadn’t intended to speak to anyone that day.</w:t>
      </w:r>
    </w:p>
    <w:p w14:paraId="41B415B5" w14:textId="77777777" w:rsidR="003C28AA" w:rsidRDefault="00000000" w:rsidP="00B406C8">
      <w:r>
        <w:t>In my mind, I had already made my decision.</w:t>
      </w:r>
    </w:p>
    <w:p w14:paraId="34B1931A" w14:textId="77777777" w:rsidR="003C28AA" w:rsidRDefault="00000000" w:rsidP="00B406C8">
      <w:r>
        <w:t>I wouldn’t see Mia and Leo.</w:t>
      </w:r>
    </w:p>
    <w:p w14:paraId="1B6517D3" w14:textId="77777777" w:rsidR="003C28AA" w:rsidRDefault="00000000" w:rsidP="00B406C8">
      <w:r>
        <w:t>Too much time had passed. Time was unkind to the dead. I wanted to preserve them as I knew them—from photographs. Photographs taken with tenderness. Their small bodies dressed in soft clothes, wrapped in blankets chosen by my mother. They were serene in those images, impossibly still and untouched. Their faces were calm, as if they had simply fallen asleep together and never woken.</w:t>
      </w:r>
    </w:p>
    <w:p w14:paraId="104FC928" w14:textId="77777777" w:rsidR="003C28AA" w:rsidRDefault="00000000" w:rsidP="00B406C8">
      <w:r>
        <w:t>That’s how I wanted to remember them.</w:t>
      </w:r>
    </w:p>
    <w:p w14:paraId="5FE4AC4A" w14:textId="77777777" w:rsidR="003C28AA" w:rsidRDefault="00000000" w:rsidP="00B406C8">
      <w:r>
        <w:t>Whole.</w:t>
      </w:r>
    </w:p>
    <w:p w14:paraId="62B28BE4" w14:textId="77777777" w:rsidR="003C28AA" w:rsidRDefault="00000000" w:rsidP="00B406C8">
      <w:r>
        <w:t>Unchanged.</w:t>
      </w:r>
    </w:p>
    <w:p w14:paraId="76AD9114" w14:textId="77777777" w:rsidR="003C28AA" w:rsidRDefault="00000000" w:rsidP="00B406C8">
      <w:r>
        <w:t>Not claimed by nature’s slow, inevitable reclamation.</w:t>
      </w:r>
    </w:p>
    <w:p w14:paraId="7BA391A4" w14:textId="77777777" w:rsidR="003C28AA" w:rsidRDefault="00000000" w:rsidP="00B406C8">
      <w:r>
        <w:lastRenderedPageBreak/>
        <w:t>I was still too fragile to face anything that might challenge that. I didn’t want to introduce decay into my memory of them. I was terrified I would see them and not know them—that their features might have shifted, paled, yellowed, that the cold might have taken away their softness.</w:t>
      </w:r>
    </w:p>
    <w:p w14:paraId="4D1737A4" w14:textId="77777777" w:rsidR="003C28AA" w:rsidRDefault="00000000" w:rsidP="00B406C8">
      <w:r>
        <w:t>I was still cocooned in my own world, barely breathing inside my grief. There was no room yet for confrontation.</w:t>
      </w:r>
    </w:p>
    <w:p w14:paraId="0EBE5A2F" w14:textId="77777777" w:rsidR="003C28AA" w:rsidRDefault="00000000" w:rsidP="00B406C8">
      <w:r>
        <w:t>Sam had other ideas.</w:t>
      </w:r>
    </w:p>
    <w:p w14:paraId="37967B1E" w14:textId="77777777" w:rsidR="003C28AA" w:rsidRDefault="00000000" w:rsidP="00B406C8">
      <w:r>
        <w:t>She had been looking after Mia and Leo since they arrived in the chapel. Not just storing them—not keeping them—but caring for them. That was the word she used. As though they were still her responsibility. As though they were still, in some way, alive in her care.</w:t>
      </w:r>
    </w:p>
    <w:p w14:paraId="22FDF0A9" w14:textId="77777777" w:rsidR="003C28AA" w:rsidRDefault="00000000" w:rsidP="00B406C8">
      <w:r>
        <w:t>Max told me later how she had spoken to him—calmly, gently, but with quiet insistence. She believed, truly believed, that if I didn’t see them, I might regret it for the rest of my life. She said that in her experience, even mothers who were unsure at first were grateful later.</w:t>
      </w:r>
    </w:p>
    <w:p w14:paraId="0306572B" w14:textId="77777777" w:rsidR="003C28AA" w:rsidRDefault="00000000" w:rsidP="00B406C8">
      <w:r>
        <w:t>“They’re waiting for her,” she had said.</w:t>
      </w:r>
    </w:p>
    <w:p w14:paraId="254AC2F2" w14:textId="77777777" w:rsidR="003C28AA" w:rsidRDefault="00000000" w:rsidP="00B406C8">
      <w:r>
        <w:t>Those words.</w:t>
      </w:r>
    </w:p>
    <w:p w14:paraId="40258BD8" w14:textId="77777777" w:rsidR="003C28AA" w:rsidRDefault="00000000" w:rsidP="00B406C8">
      <w:r>
        <w:t>They were waiting for me.</w:t>
      </w:r>
    </w:p>
    <w:p w14:paraId="7B72A459" w14:textId="77777777" w:rsidR="003C28AA" w:rsidRDefault="00000000" w:rsidP="00B406C8">
      <w:r>
        <w:t>When Max repeated that phrase to me in the room—his voice breaking as he said it—I knew.</w:t>
      </w:r>
    </w:p>
    <w:p w14:paraId="7817E416" w14:textId="77777777" w:rsidR="003C28AA" w:rsidRDefault="00000000" w:rsidP="00B406C8">
      <w:r>
        <w:t>I had to go.</w:t>
      </w:r>
    </w:p>
    <w:p w14:paraId="479626A3" w14:textId="77777777" w:rsidR="003C28AA" w:rsidRDefault="00000000" w:rsidP="00B406C8">
      <w:r>
        <w:t>I wasn’t ready.</w:t>
      </w:r>
    </w:p>
    <w:p w14:paraId="665524C9" w14:textId="77777777" w:rsidR="003C28AA" w:rsidRDefault="00000000" w:rsidP="00B406C8">
      <w:r>
        <w:t>I had to go.</w:t>
      </w:r>
    </w:p>
    <w:p w14:paraId="46619CAD" w14:textId="77777777" w:rsidR="00785CE8" w:rsidRDefault="00785CE8" w:rsidP="00B406C8">
      <w:pPr>
        <w:ind w:firstLine="0"/>
        <w:jc w:val="center"/>
        <w:rPr>
          <w:b/>
        </w:rPr>
      </w:pPr>
    </w:p>
    <w:p w14:paraId="6E2915DC" w14:textId="77777777" w:rsidR="00785CE8" w:rsidRDefault="00785CE8" w:rsidP="00B406C8">
      <w:pPr>
        <w:ind w:firstLine="0"/>
        <w:jc w:val="center"/>
        <w:rPr>
          <w:b/>
        </w:rPr>
      </w:pPr>
    </w:p>
    <w:p w14:paraId="4A296007" w14:textId="77777777" w:rsidR="00785CE8" w:rsidRDefault="00785CE8" w:rsidP="00B406C8">
      <w:pPr>
        <w:ind w:firstLine="0"/>
        <w:jc w:val="center"/>
        <w:rPr>
          <w:b/>
        </w:rPr>
      </w:pPr>
    </w:p>
    <w:p w14:paraId="6B713099" w14:textId="39389142" w:rsidR="003C28AA" w:rsidRDefault="00000000" w:rsidP="00B406C8">
      <w:pPr>
        <w:ind w:firstLine="0"/>
        <w:jc w:val="center"/>
      </w:pPr>
      <w:r>
        <w:rPr>
          <w:b/>
        </w:rPr>
        <w:lastRenderedPageBreak/>
        <w:t>Chapter Eleven</w:t>
      </w:r>
    </w:p>
    <w:p w14:paraId="706247E7" w14:textId="77777777" w:rsidR="003C28AA" w:rsidRDefault="00000000" w:rsidP="00B406C8">
      <w:r>
        <w:t>We agreed to meet Sam in the hospital lobby in my wheelchair.</w:t>
      </w:r>
    </w:p>
    <w:p w14:paraId="056D5F89" w14:textId="77777777" w:rsidR="003C28AA" w:rsidRDefault="00000000" w:rsidP="00B406C8">
      <w:r>
        <w:t>I expected someone older. Someone clinical. Maybe in a dark blazer with silver buttons. Or a uniform, starched and formal. I had prepared myself for a woman of few words, someone removed from emotion, someone whose face had been trained into a mask of sympathy.</w:t>
      </w:r>
    </w:p>
    <w:p w14:paraId="4FF6AC90" w14:textId="77777777" w:rsidR="003C28AA" w:rsidRDefault="00000000" w:rsidP="00B406C8">
      <w:r>
        <w:t>when Sam arrived, I almost didn’t know it was her.</w:t>
      </w:r>
    </w:p>
    <w:p w14:paraId="4546E714" w14:textId="77777777" w:rsidR="003C28AA" w:rsidRDefault="00000000" w:rsidP="00B406C8">
      <w:r>
        <w:t>She was young. Maybe late thirties. Her hair was tied back loosely, golden strands catching the morning light. Glasses framing her kind eyes. She looked sun-warmed, like she’d just stepped out of a garden. No clipboard. No gloves. Just her.</w:t>
      </w:r>
    </w:p>
    <w:p w14:paraId="4C1BD124" w14:textId="77777777" w:rsidR="003C28AA" w:rsidRDefault="00000000" w:rsidP="00B406C8">
      <w:r>
        <w:t>She came up to me with eyes that didn’t flinch. Eyes that didn’t ask anything of me. She smiled—not a professional smile, but one of recognition. She greeted Max like an old friend and turned to me with the kind of softness usually reserved for newborns.</w:t>
      </w:r>
    </w:p>
    <w:p w14:paraId="62333AFA" w14:textId="77777777" w:rsidR="003C28AA" w:rsidRDefault="00000000" w:rsidP="00B406C8">
      <w:r>
        <w:t>“I’ve been looking after them,” she said, her voice low, melodic.</w:t>
      </w:r>
    </w:p>
    <w:p w14:paraId="626A6E0C" w14:textId="77777777" w:rsidR="003C28AA" w:rsidRDefault="00000000" w:rsidP="00B406C8">
      <w:r>
        <w:t>I stared at her.</w:t>
      </w:r>
    </w:p>
    <w:p w14:paraId="280CAB69" w14:textId="77777777" w:rsidR="003C28AA" w:rsidRDefault="00000000" w:rsidP="00B406C8">
      <w:r>
        <w:t>She didn’t push. She waited.</w:t>
      </w:r>
    </w:p>
    <w:p w14:paraId="0918A7F3" w14:textId="77777777" w:rsidR="003C28AA" w:rsidRDefault="00000000" w:rsidP="00B406C8">
      <w:r>
        <w:t>Then, gently, she added, “They’ve changed. In the best way. They look better now than they did before. It’s like… they’ve been getting ready. I think they knew their Mum was coming.”</w:t>
      </w:r>
    </w:p>
    <w:p w14:paraId="11EFCFB9" w14:textId="77777777" w:rsidR="003C28AA" w:rsidRDefault="00000000" w:rsidP="00B406C8">
      <w:r>
        <w:t>The tears came instantly. A silent, hot stream down both cheeks. I didn’t wipe them away.</w:t>
      </w:r>
    </w:p>
    <w:p w14:paraId="3800B9C2" w14:textId="77777777" w:rsidR="003C28AA" w:rsidRDefault="00000000" w:rsidP="00B406C8">
      <w:r>
        <w:t>I nodded.</w:t>
      </w:r>
    </w:p>
    <w:p w14:paraId="0EE3213E" w14:textId="77777777" w:rsidR="003C28AA" w:rsidRDefault="00000000" w:rsidP="00B406C8">
      <w:r>
        <w:t>That was all I could do.</w:t>
      </w:r>
    </w:p>
    <w:p w14:paraId="3A7F123A" w14:textId="77777777" w:rsidR="003C28AA" w:rsidRDefault="00000000" w:rsidP="00B406C8">
      <w:r>
        <w:t>“Let’s go now,” she said.</w:t>
      </w:r>
    </w:p>
    <w:p w14:paraId="37EB1895" w14:textId="77777777" w:rsidR="003C28AA" w:rsidRDefault="00000000" w:rsidP="00B406C8">
      <w:r>
        <w:lastRenderedPageBreak/>
        <w:t>The walk to the chapel was short, but it felt eternal. I did not want to go in the wheelchair, so every step was slow.</w:t>
      </w:r>
    </w:p>
    <w:p w14:paraId="511AD9FB" w14:textId="77777777" w:rsidR="003C28AA" w:rsidRDefault="00000000" w:rsidP="00B406C8">
      <w:r>
        <w:t>The chapel of rest was tucked quietly behind the hospital, a place I had passed many times but never noticed. Like a secret, hidden in plain sight. We followed Sam through a set of narrow doors and into a quiet reception that smelled of wood polish and lavender.</w:t>
      </w:r>
    </w:p>
    <w:p w14:paraId="0E294176" w14:textId="77777777" w:rsidR="003C28AA" w:rsidRDefault="00000000" w:rsidP="00B406C8">
      <w:r>
        <w:t>No machines.</w:t>
      </w:r>
    </w:p>
    <w:p w14:paraId="5FC10616" w14:textId="77777777" w:rsidR="003C28AA" w:rsidRDefault="00000000" w:rsidP="00B406C8">
      <w:r>
        <w:t>No beeping.</w:t>
      </w:r>
    </w:p>
    <w:p w14:paraId="0B135901" w14:textId="77777777" w:rsidR="003C28AA" w:rsidRDefault="00000000" w:rsidP="00B406C8">
      <w:r>
        <w:t>No hospital bustle.</w:t>
      </w:r>
    </w:p>
    <w:p w14:paraId="004A3B22" w14:textId="77777777" w:rsidR="003C28AA" w:rsidRDefault="00000000" w:rsidP="00B406C8">
      <w:r>
        <w:t>Just quiet.</w:t>
      </w:r>
    </w:p>
    <w:p w14:paraId="3ACB2A92" w14:textId="77777777" w:rsidR="003C28AA" w:rsidRDefault="00000000" w:rsidP="00B406C8">
      <w:r>
        <w:t>We were led into a small waiting area with padded chairs, dim lighting and a small table holding a jug of water and tissues. It felt like a room where people didn’t speak unless absolutely necessary.</w:t>
      </w:r>
    </w:p>
    <w:p w14:paraId="1F2CE4C1" w14:textId="77777777" w:rsidR="003C28AA" w:rsidRDefault="00000000" w:rsidP="00B406C8">
      <w:r>
        <w:t>My heart pounded so loudly I was sure everyone could hear it. Every breath I took felt like it was tearing something loose inside me. I squeezed Max’s hand until my knuckles went white. He said nothing, but held me back with equal force.</w:t>
      </w:r>
    </w:p>
    <w:p w14:paraId="18508D71" w14:textId="77777777" w:rsidR="003C28AA" w:rsidRDefault="00000000" w:rsidP="00B406C8">
      <w:r>
        <w:t>Sam stepped out for a moment.</w:t>
      </w:r>
    </w:p>
    <w:p w14:paraId="654EECE8" w14:textId="77777777" w:rsidR="003C28AA" w:rsidRDefault="00000000" w:rsidP="00B406C8">
      <w:r>
        <w:t>We waited.</w:t>
      </w:r>
    </w:p>
    <w:p w14:paraId="1FE37DB7" w14:textId="77777777" w:rsidR="003C28AA" w:rsidRDefault="00000000" w:rsidP="00B406C8">
      <w:r>
        <w:t>Each second stretched. My mind began to race again. What if I couldn’t handle it? What if I screamed? What if I fainted? What if they didn’t look like themselves?</w:t>
      </w:r>
    </w:p>
    <w:p w14:paraId="755A8B80" w14:textId="77777777" w:rsidR="003C28AA" w:rsidRDefault="00000000" w:rsidP="00B406C8">
      <w:r>
        <w:t>What if this memory destroyed the peace I’d clung to?</w:t>
      </w:r>
    </w:p>
    <w:p w14:paraId="2DA6AC48" w14:textId="77777777" w:rsidR="003C28AA" w:rsidRDefault="00000000" w:rsidP="00B406C8">
      <w:r>
        <w:t>what if I never saw them?</w:t>
      </w:r>
    </w:p>
    <w:p w14:paraId="6E2C0684" w14:textId="77777777" w:rsidR="003C28AA" w:rsidRDefault="00000000" w:rsidP="00B406C8">
      <w:r>
        <w:t>What if I left and always wondered?</w:t>
      </w:r>
    </w:p>
    <w:p w14:paraId="2A02F748" w14:textId="77777777" w:rsidR="003C28AA" w:rsidRDefault="00000000" w:rsidP="00B406C8">
      <w:r>
        <w:t>What if I never said goodbye?</w:t>
      </w:r>
    </w:p>
    <w:p w14:paraId="4ED54C6A" w14:textId="77777777" w:rsidR="003C28AA" w:rsidRDefault="00000000" w:rsidP="00B406C8">
      <w:r>
        <w:lastRenderedPageBreak/>
        <w:t>Sam returned. She smiled and it was different this time. It was filled with something close to pride.</w:t>
      </w:r>
    </w:p>
    <w:p w14:paraId="67E14E61" w14:textId="77777777" w:rsidR="003C28AA" w:rsidRDefault="00000000" w:rsidP="00B406C8">
      <w:r>
        <w:t>“They’re ready,” she said.</w:t>
      </w:r>
    </w:p>
    <w:p w14:paraId="4988D134" w14:textId="77777777" w:rsidR="003C28AA" w:rsidRDefault="00000000" w:rsidP="00B406C8">
      <w:r>
        <w:t>I stood.</w:t>
      </w:r>
    </w:p>
    <w:p w14:paraId="20CE9C4C" w14:textId="77777777" w:rsidR="003C28AA" w:rsidRDefault="00000000" w:rsidP="00B406C8">
      <w:r>
        <w:t>My body didn’t feel like my own.</w:t>
      </w:r>
    </w:p>
    <w:p w14:paraId="314ED25F" w14:textId="77777777" w:rsidR="003C28AA" w:rsidRDefault="00000000" w:rsidP="00B406C8">
      <w:r>
        <w:t>Max helped me through the door.</w:t>
      </w:r>
    </w:p>
    <w:p w14:paraId="37E95A48" w14:textId="77777777" w:rsidR="003C28AA" w:rsidRDefault="00000000" w:rsidP="00B406C8">
      <w:r>
        <w:t>we walked in—together.</w:t>
      </w:r>
    </w:p>
    <w:p w14:paraId="0E3958D9" w14:textId="77777777" w:rsidR="003C28AA" w:rsidRDefault="00000000" w:rsidP="00B406C8">
      <w:r>
        <w:t>The moment I crossed the threshold, before I even looked up, I felt it.</w:t>
      </w:r>
    </w:p>
    <w:p w14:paraId="49122465" w14:textId="77777777" w:rsidR="003C28AA" w:rsidRDefault="00000000" w:rsidP="00B406C8">
      <w:r>
        <w:t>The stillness.</w:t>
      </w:r>
    </w:p>
    <w:p w14:paraId="580B0CEF" w14:textId="77777777" w:rsidR="003C28AA" w:rsidRDefault="00000000" w:rsidP="00B406C8">
      <w:r>
        <w:t>It wasn’t silence—there had been plenty of silence on the ward. This was something else. This was presence.</w:t>
      </w:r>
    </w:p>
    <w:p w14:paraId="3AFC0949" w14:textId="77777777" w:rsidR="003C28AA" w:rsidRDefault="00000000" w:rsidP="00B406C8">
      <w:r>
        <w:t>Something heavy and sacred hung in the air, like a hush that had fallen over the world. As if time itself had paused at the doorway. My eyes were still downcast, locked on the floor tiles, tracing the line between each square as if following a path through a place I didn’t want to enter. But I felt it. Felt them.</w:t>
      </w:r>
    </w:p>
    <w:p w14:paraId="71FD14E7" w14:textId="77777777" w:rsidR="003C28AA" w:rsidRDefault="00000000" w:rsidP="00B406C8">
      <w:r>
        <w:t>In the centre of the softly lit room stood a single Moses basket, perched delicately atop a pale wooden stand. It looked impossibly small. Smaller than I remembered imagining. The kind of smallness that made you ache.</w:t>
      </w:r>
    </w:p>
    <w:p w14:paraId="1517C487" w14:textId="77777777" w:rsidR="003C28AA" w:rsidRDefault="00000000" w:rsidP="00B406C8">
      <w:r>
        <w:t>It was dressed in cream linen, a quiet sort of elegance. No bright hospital lighting here—only the warm golden glow of a single lamp in the corner, casting long, slow shadows. There were no beeping machines. No antiseptic smell. Just hush and warmth and waiting.</w:t>
      </w:r>
    </w:p>
    <w:p w14:paraId="4BDB2404" w14:textId="77777777" w:rsidR="003C28AA" w:rsidRDefault="00000000" w:rsidP="00B406C8">
      <w:r>
        <w:t>I froze.</w:t>
      </w:r>
    </w:p>
    <w:p w14:paraId="31019767" w14:textId="77777777" w:rsidR="003C28AA" w:rsidRDefault="00000000" w:rsidP="00B406C8">
      <w:r>
        <w:t>My legs—already unsteady—seemed to lock beneath me. My breath caught in my throat.</w:t>
      </w:r>
    </w:p>
    <w:p w14:paraId="251A1E1D" w14:textId="77777777" w:rsidR="003C28AA" w:rsidRDefault="00000000" w:rsidP="00B406C8">
      <w:r>
        <w:lastRenderedPageBreak/>
        <w:t>Max, beside me, gently touched the small of my back. No words. Just that grounding pressure. That anchor. That shared grief we hadn’t yet been able to speak aloud.</w:t>
      </w:r>
    </w:p>
    <w:p w14:paraId="76021440" w14:textId="77777777" w:rsidR="003C28AA" w:rsidRDefault="00000000" w:rsidP="00B406C8">
      <w:r>
        <w:t>Together, we stepped forward.</w:t>
      </w:r>
    </w:p>
    <w:p w14:paraId="48CFD3A9" w14:textId="77777777" w:rsidR="003C28AA" w:rsidRDefault="00000000" w:rsidP="00B406C8">
      <w:r>
        <w:t>The distance between the door and the basket couldn’t have been more than six feet, but it felt monumental. Every step felt like crossing from one life to another. Like wading through a dream you know you’ll never forget, even though you wish you could.</w:t>
      </w:r>
    </w:p>
    <w:p w14:paraId="67F7D056" w14:textId="77777777" w:rsidR="003C28AA" w:rsidRDefault="00000000" w:rsidP="00B406C8">
      <w:r>
        <w:t>then—I looked.</w:t>
      </w:r>
    </w:p>
    <w:p w14:paraId="29005A32" w14:textId="77777777" w:rsidR="003C28AA" w:rsidRDefault="00000000" w:rsidP="00B406C8">
      <w:r>
        <w:t>I saw them.</w:t>
      </w:r>
    </w:p>
    <w:p w14:paraId="0D90F9AC" w14:textId="77777777" w:rsidR="003C28AA" w:rsidRDefault="00000000" w:rsidP="00B406C8">
      <w:r>
        <w:t>the world stopped.</w:t>
      </w:r>
    </w:p>
    <w:p w14:paraId="0DC6F63B" w14:textId="77777777" w:rsidR="003C28AA" w:rsidRDefault="00000000" w:rsidP="00B406C8">
      <w:r>
        <w:t>Inside the basket, nestled side by side like moonlight folded into skin, lay Mia and Leo.</w:t>
      </w:r>
    </w:p>
    <w:p w14:paraId="24E0F87F" w14:textId="77777777" w:rsidR="003C28AA" w:rsidRDefault="00000000" w:rsidP="00B406C8">
      <w:r>
        <w:t>So perfect, so achingly still.</w:t>
      </w:r>
    </w:p>
    <w:p w14:paraId="65A9E96A" w14:textId="77777777" w:rsidR="003C28AA" w:rsidRDefault="00000000" w:rsidP="00B406C8">
      <w:r>
        <w:t>My breath left me in a soundless gasp.</w:t>
      </w:r>
    </w:p>
    <w:p w14:paraId="426C7A13" w14:textId="77777777" w:rsidR="003C28AA" w:rsidRDefault="00000000" w:rsidP="00B406C8">
      <w:r>
        <w:t>They were wrapped in matching white blankets, their tiny hats pulled gently over their heads. Their hands tucked close to their chests in a way that felt natural, peaceful. I had expected to be frightened—but instead, what rose in me was an almost unbearable tenderness. They looked as if they were only sleeping. As if at any moment, they might stir, wrinkle their noses, let out a soft cry.</w:t>
      </w:r>
    </w:p>
    <w:p w14:paraId="5693FA53" w14:textId="77777777" w:rsidR="003C28AA" w:rsidRDefault="00000000" w:rsidP="00B406C8">
      <w:r>
        <w:t>My body leaned forward on instinct.</w:t>
      </w:r>
    </w:p>
    <w:p w14:paraId="05F730AD" w14:textId="77777777" w:rsidR="003C28AA" w:rsidRDefault="00000000" w:rsidP="00B406C8">
      <w:r>
        <w:t>I wanted to wake them. I wanted to coo, to whisper their names, to reach for the bottle of formula someone might bring any moment. I wanted them to be hungry. I wanted to be needed.</w:t>
      </w:r>
    </w:p>
    <w:p w14:paraId="77130D40" w14:textId="77777777" w:rsidR="003C28AA" w:rsidRDefault="00000000" w:rsidP="00B406C8">
      <w:r>
        <w:t>they didn’t move.</w:t>
      </w:r>
    </w:p>
    <w:p w14:paraId="30F03721" w14:textId="77777777" w:rsidR="003C28AA" w:rsidRDefault="00000000" w:rsidP="00B406C8">
      <w:r>
        <w:t>the stillness was total.</w:t>
      </w:r>
    </w:p>
    <w:p w14:paraId="0A7FAF9A" w14:textId="77777777" w:rsidR="003C28AA" w:rsidRDefault="00000000" w:rsidP="00B406C8">
      <w:r>
        <w:lastRenderedPageBreak/>
        <w:t>Leo was smaller, delicate-boned, with a tiny frame that fit so easily in my arms it almost didn’t seem possible. His face was narrow, his mouth slightly open in a way that made me want to adjust his blanket, kiss his nose. Wisps of black hair curled beneath the edge of his cap. His skin had warmed in the chapel’s embrace to a soft golden hue, olive-toned like his father’s. One of his feet turned inward ever so slightly. Sam had told me he would have needed a small corrective insole one day. I remember thinking, We would have taken him to fittings together.</w:t>
      </w:r>
    </w:p>
    <w:p w14:paraId="5F806CC7" w14:textId="77777777" w:rsidR="003C28AA" w:rsidRDefault="00000000" w:rsidP="00B406C8">
      <w:r>
        <w:t>Mia was rounder, more robust. Her cheeks were plump and pink-tinged, her lips like tiny rosebuds. She had my nose. My fair hair. My everything. She was the girl I had dreamed about. The daughter I had named while brushing my teeth. I had pictured her on my hip, in the kitchen, watching the kettle boil. I had imagined what she’d look like on her first day of school.</w:t>
      </w:r>
    </w:p>
    <w:p w14:paraId="5CD9F338" w14:textId="77777777" w:rsidR="003C28AA" w:rsidRDefault="00000000" w:rsidP="00B406C8">
      <w:r>
        <w:t>They looked exactly how they should have looked.</w:t>
      </w:r>
    </w:p>
    <w:p w14:paraId="30549EE2" w14:textId="77777777" w:rsidR="003C28AA" w:rsidRDefault="00000000" w:rsidP="00B406C8">
      <w:r>
        <w:t>not at all how they should have looked.</w:t>
      </w:r>
    </w:p>
    <w:p w14:paraId="39602163" w14:textId="77777777" w:rsidR="003C28AA" w:rsidRDefault="00000000" w:rsidP="00B406C8">
      <w:r>
        <w:t>Because they weren’t moving.</w:t>
      </w:r>
    </w:p>
    <w:p w14:paraId="37EDB246" w14:textId="77777777" w:rsidR="003C28AA" w:rsidRDefault="00000000" w:rsidP="00B406C8">
      <w:r>
        <w:t>They weren’t breathing.</w:t>
      </w:r>
    </w:p>
    <w:p w14:paraId="34DD0311" w14:textId="77777777" w:rsidR="003C28AA" w:rsidRDefault="00000000" w:rsidP="00B406C8">
      <w:r>
        <w:t>They weren’t mine anymore—not in the way I’d imagined.</w:t>
      </w:r>
    </w:p>
    <w:p w14:paraId="1DCB82A3" w14:textId="77777777" w:rsidR="003C28AA" w:rsidRDefault="00000000" w:rsidP="00B406C8">
      <w:r>
        <w:t>The act of holding them was unlike anything I had ever known. The moment they were placed in my arms, something in my chest cracked open. Not metaphorically. Physically. My shoulders curled around them. My hands cupped the backs of their heads. My body recognised them before my brain did.</w:t>
      </w:r>
    </w:p>
    <w:p w14:paraId="235F6A6D" w14:textId="77777777" w:rsidR="003C28AA" w:rsidRDefault="00000000" w:rsidP="00B406C8">
      <w:r>
        <w:t>I sobbed.</w:t>
      </w:r>
    </w:p>
    <w:p w14:paraId="1E82AED1" w14:textId="77777777" w:rsidR="003C28AA" w:rsidRDefault="00000000" w:rsidP="00B406C8">
      <w:r>
        <w:t>A soundless, heaving sob that began in my spine and trembled its way outward.</w:t>
      </w:r>
    </w:p>
    <w:p w14:paraId="16794BE3" w14:textId="77777777" w:rsidR="003C28AA" w:rsidRDefault="00000000" w:rsidP="00B406C8">
      <w:r>
        <w:lastRenderedPageBreak/>
        <w:t>Max stood beside me, silent. Reverent. When I looked at him, I saw the tears already running down his face, even though he hadn’t made a sound. His hand stroked Leo’s arm. He traced the shape of Mia’s cheek with one shaking finger. He was trying to memorise them.</w:t>
      </w:r>
    </w:p>
    <w:p w14:paraId="466113A3" w14:textId="77777777" w:rsidR="003C28AA" w:rsidRDefault="00000000" w:rsidP="00B406C8">
      <w:r>
        <w:t>So was I.</w:t>
      </w:r>
    </w:p>
    <w:p w14:paraId="153B3BB2" w14:textId="77777777" w:rsidR="003C28AA" w:rsidRDefault="00000000" w:rsidP="00B406C8">
      <w:r>
        <w:t>Their scent was faint, but there—a powdery sweetness, mixed with something colder, something clinical. Their skin was cool to the touch, but not unkind. I tucked them closer to my body, wishing I could warm them, even now. I rocked them gently, instinctively, back and forth.</w:t>
      </w:r>
    </w:p>
    <w:p w14:paraId="1C6DC939" w14:textId="77777777" w:rsidR="003C28AA" w:rsidRDefault="00000000" w:rsidP="00B406C8">
      <w:r>
        <w:t>I’m sorry, I kept whispering. I’m so sorry.</w:t>
      </w:r>
    </w:p>
    <w:p w14:paraId="3ACD53F8" w14:textId="77777777" w:rsidR="003C28AA" w:rsidRDefault="00000000" w:rsidP="00B406C8">
      <w:r>
        <w:t>I should have protected them.</w:t>
      </w:r>
    </w:p>
    <w:p w14:paraId="721B16C6" w14:textId="77777777" w:rsidR="003C28AA" w:rsidRDefault="00000000" w:rsidP="00B406C8">
      <w:r>
        <w:t>That thought looped over and over again in my mind, louder than anything else. I had grown them inside me. Felt every kick. Watched my belly swell with their promise. I had listened to their heartbeats at every scan.</w:t>
      </w:r>
    </w:p>
    <w:p w14:paraId="1445A74A" w14:textId="77777777" w:rsidR="003C28AA" w:rsidRDefault="00000000" w:rsidP="00B406C8">
      <w:r>
        <w:t>How had I not known they were slipping away?</w:t>
      </w:r>
    </w:p>
    <w:p w14:paraId="4F2F7103" w14:textId="77777777" w:rsidR="003C28AA" w:rsidRDefault="00000000" w:rsidP="00B406C8">
      <w:r>
        <w:t>Beneath their soft cotton hats, I felt something unexpected. A small ridge. Sam, sensing my confusion, leaned in and spoke quietly.</w:t>
      </w:r>
    </w:p>
    <w:p w14:paraId="6A0F6398" w14:textId="77777777" w:rsidR="003C28AA" w:rsidRDefault="00000000" w:rsidP="00B406C8">
      <w:r>
        <w:t>“Those are the stitches. From the post-mortem.”</w:t>
      </w:r>
    </w:p>
    <w:p w14:paraId="6B6CA073" w14:textId="77777777" w:rsidR="003C28AA" w:rsidRDefault="00000000" w:rsidP="00B406C8">
      <w:r>
        <w:t>I nodded, though I couldn’t fully comprehend it. The idea that their perfect, tiny bodies had already been examined, opened, closed again—it was too much. Too brutal. And yet, I had said yes to it. I had signed the form. I had wanted answers.</w:t>
      </w:r>
    </w:p>
    <w:p w14:paraId="41543AA3" w14:textId="77777777" w:rsidR="003C28AA" w:rsidRDefault="00000000" w:rsidP="00B406C8">
      <w:r>
        <w:t>Answers I still hadn’t received.</w:t>
      </w:r>
    </w:p>
    <w:p w14:paraId="575A578E" w14:textId="77777777" w:rsidR="003C28AA" w:rsidRDefault="00000000" w:rsidP="00B406C8">
      <w:r>
        <w:t xml:space="preserve">Sam asked if I wanted to bathe or dress them. She was gentle in the offer, never pressing. I looked down at their outfits—chosen by my mother. The same ones I had folded weeks ago and </w:t>
      </w:r>
      <w:r>
        <w:lastRenderedPageBreak/>
        <w:t>placed in a bag with excitement and nerves. Now they hung slightly loose on bodies that would never grow into them.</w:t>
      </w:r>
    </w:p>
    <w:p w14:paraId="3FDDC258" w14:textId="77777777" w:rsidR="003C28AA" w:rsidRDefault="00000000" w:rsidP="00B406C8">
      <w:r>
        <w:t>I couldn’t bear to undress them.</w:t>
      </w:r>
    </w:p>
    <w:p w14:paraId="3975890E" w14:textId="77777777" w:rsidR="003C28AA" w:rsidRDefault="00000000" w:rsidP="00B406C8">
      <w:r>
        <w:t>They looked too perfect, too loved.</w:t>
      </w:r>
    </w:p>
    <w:p w14:paraId="6D17A4D1" w14:textId="77777777" w:rsidR="003C28AA" w:rsidRDefault="00000000" w:rsidP="00B406C8">
      <w:r>
        <w:t>So I said no.</w:t>
      </w:r>
    </w:p>
    <w:p w14:paraId="3F1AD1BF" w14:textId="77777777" w:rsidR="003C28AA" w:rsidRDefault="00000000" w:rsidP="00B406C8">
      <w:r>
        <w:t>Instead, Max and I sat in that room for hours. Just sitting. Just rocking them. Just holding. Just memorising.</w:t>
      </w:r>
    </w:p>
    <w:p w14:paraId="02ED74EA" w14:textId="77777777" w:rsidR="003C28AA" w:rsidRDefault="00000000" w:rsidP="00B406C8">
      <w:r>
        <w:t>Our tears stained the blankets.</w:t>
      </w:r>
    </w:p>
    <w:p w14:paraId="6AAAF764" w14:textId="77777777" w:rsidR="003C28AA" w:rsidRDefault="00000000" w:rsidP="00B406C8">
      <w:r>
        <w:t>Our arms ached, but we didn’t stop.</w:t>
      </w:r>
    </w:p>
    <w:p w14:paraId="3BE1B4FC" w14:textId="77777777" w:rsidR="003C28AA" w:rsidRDefault="00000000" w:rsidP="00B406C8">
      <w:r>
        <w:t>We knew this was the first and last time.</w:t>
      </w:r>
    </w:p>
    <w:p w14:paraId="5CE9097A" w14:textId="77777777" w:rsidR="003C28AA" w:rsidRDefault="00000000" w:rsidP="00B406C8">
      <w:r>
        <w:t>When the moment finally came to leave—when Sam returned with eyes that said it’s time—I shook my head.</w:t>
      </w:r>
    </w:p>
    <w:p w14:paraId="731D76AB" w14:textId="77777777" w:rsidR="003C28AA" w:rsidRDefault="00000000" w:rsidP="00B406C8">
      <w:r>
        <w:t>Not yet.</w:t>
      </w:r>
    </w:p>
    <w:p w14:paraId="4C5E66CC" w14:textId="77777777" w:rsidR="003C28AA" w:rsidRDefault="00000000" w:rsidP="00B406C8">
      <w:r>
        <w:t>there was no more “not yet.” We had been given more time than most.</w:t>
      </w:r>
    </w:p>
    <w:p w14:paraId="5C9A7082" w14:textId="77777777" w:rsidR="003C28AA" w:rsidRDefault="00000000" w:rsidP="00B406C8">
      <w:r>
        <w:t>My chest burned as I laid them back in the basket. I kissed their foreheads. I whispered their names. I tucked the corners of their blankets in like I had done it a thousand times in my dreams.</w:t>
      </w:r>
    </w:p>
    <w:p w14:paraId="2BDB013F" w14:textId="77777777" w:rsidR="003C28AA" w:rsidRDefault="00000000" w:rsidP="00B406C8">
      <w:r>
        <w:t>I turned back to look at them one last time.</w:t>
      </w:r>
    </w:p>
    <w:p w14:paraId="0BCB9572" w14:textId="77777777" w:rsidR="003C28AA" w:rsidRDefault="00000000" w:rsidP="00B406C8">
      <w:r>
        <w:t>then we walked out.</w:t>
      </w:r>
    </w:p>
    <w:p w14:paraId="1C30FBCD" w14:textId="77777777" w:rsidR="003C28AA" w:rsidRDefault="00000000" w:rsidP="00B406C8">
      <w:r>
        <w:t>The hallway back to the hospital felt longer, quieter. Every step echoed.</w:t>
      </w:r>
    </w:p>
    <w:p w14:paraId="1E38A298" w14:textId="77777777" w:rsidR="003C28AA" w:rsidRDefault="00000000" w:rsidP="00B406C8">
      <w:r>
        <w:t>When I returned to my bed that night, everything felt changed. The room was the same. The machines were the same. But the grief had altered.</w:t>
      </w:r>
    </w:p>
    <w:p w14:paraId="7DC260C1" w14:textId="77777777" w:rsidR="003C28AA" w:rsidRDefault="00000000" w:rsidP="00B406C8">
      <w:r>
        <w:t>It wasn’t a wave anymore.</w:t>
      </w:r>
    </w:p>
    <w:p w14:paraId="2506CD84" w14:textId="77777777" w:rsidR="003C28AA" w:rsidRDefault="00000000" w:rsidP="00B406C8">
      <w:r>
        <w:lastRenderedPageBreak/>
        <w:t>It was an ocean.</w:t>
      </w:r>
    </w:p>
    <w:p w14:paraId="11070F1B" w14:textId="77777777" w:rsidR="003C28AA" w:rsidRDefault="00000000" w:rsidP="00B406C8">
      <w:r>
        <w:t>It surrounded me completely—vast, dark, endless.</w:t>
      </w:r>
    </w:p>
    <w:p w14:paraId="56DB4397" w14:textId="77777777" w:rsidR="003C28AA" w:rsidRDefault="00000000" w:rsidP="00B406C8">
      <w:r>
        <w:t>I was small again.</w:t>
      </w:r>
    </w:p>
    <w:p w14:paraId="34BCEE51" w14:textId="77777777" w:rsidR="003C28AA" w:rsidRDefault="00000000" w:rsidP="00B406C8">
      <w:r>
        <w:t>I had held them.</w:t>
      </w:r>
    </w:p>
    <w:p w14:paraId="4F0F79EF" w14:textId="77777777" w:rsidR="003C28AA" w:rsidRDefault="00000000" w:rsidP="00B406C8">
      <w:r>
        <w:t>I had held them as their mother. They had known my love.</w:t>
      </w:r>
    </w:p>
    <w:p w14:paraId="1FC59DDE" w14:textId="77777777" w:rsidR="003C28AA" w:rsidRDefault="00000000" w:rsidP="00B406C8">
      <w:r>
        <w:t>that mattered more than anything else in the world.</w:t>
      </w:r>
    </w:p>
    <w:p w14:paraId="638927B7" w14:textId="77777777" w:rsidR="00785CE8" w:rsidRDefault="00785CE8" w:rsidP="00B406C8"/>
    <w:p w14:paraId="7B461188" w14:textId="77777777" w:rsidR="003C28AA" w:rsidRDefault="00000000" w:rsidP="00B406C8">
      <w:pPr>
        <w:ind w:firstLine="0"/>
        <w:jc w:val="center"/>
      </w:pPr>
      <w:r>
        <w:rPr>
          <w:b/>
        </w:rPr>
        <w:t>Chapter Twelve:</w:t>
      </w:r>
    </w:p>
    <w:p w14:paraId="4A1B7DF9" w14:textId="77777777" w:rsidR="003C28AA" w:rsidRDefault="00000000" w:rsidP="00B406C8">
      <w:r>
        <w:t>The morning of my discharge arrived not with the triumphant swell of relief, but with a kind of quiet dread. I had imagined this day once—back when I still thought I’d be leaving the hospital with car seats, not caskets. I pictured balloons tied to the doorframe, nurses waving, Max carrying one twin while I carried the other.</w:t>
      </w:r>
    </w:p>
    <w:p w14:paraId="1BBCA522" w14:textId="77777777" w:rsidR="003C28AA" w:rsidRDefault="00000000" w:rsidP="00B406C8">
      <w:r>
        <w:t>Instead, I sat slumped in a wheelchair, my body stitched and stapled, bloated from trauma and medication. My hospital bag sat on my lap like a cruel joke, still packed with babygrows and muslins and nappies I would never use. I wasn’t going home to begin a new chapter. I was leaving a battlefield and I had survived—but only just.</w:t>
      </w:r>
    </w:p>
    <w:p w14:paraId="2F17BD81" w14:textId="77777777" w:rsidR="003C28AA" w:rsidRDefault="00000000" w:rsidP="00B406C8">
      <w:r>
        <w:t>When the nurse handed me my discharge papers, I stared at them like they were written in another language. Somewhere on that paper was my name, my huge bag of medications, protein drinks and the discharge books. Transplant strewn over my notes but nowhere on it did it say what I had really lost.</w:t>
      </w:r>
    </w:p>
    <w:p w14:paraId="3CCDC186" w14:textId="77777777" w:rsidR="003C28AA" w:rsidRDefault="00000000" w:rsidP="00B406C8">
      <w:r>
        <w:t xml:space="preserve">As the porter pushed me toward the exit, I passed doors I no longer remembered entering. Ward names blurred into one another. Signs for maternity and triage made my stomach twist. </w:t>
      </w:r>
      <w:r>
        <w:lastRenderedPageBreak/>
        <w:t>The world outside was offensively bright. It smelled like petrol and fresh air and things that had nothing to do with death.</w:t>
      </w:r>
    </w:p>
    <w:p w14:paraId="3C860C58" w14:textId="77777777" w:rsidR="003C28AA" w:rsidRDefault="00000000" w:rsidP="00B406C8">
      <w:r>
        <w:t>Max was waiting outside the entrance. His arms opened automatically and I collapsed into them. I didn’t cry. There was nothing left in me that could. I was hollowed out.</w:t>
      </w:r>
    </w:p>
    <w:p w14:paraId="7D945D90" w14:textId="77777777" w:rsidR="003C28AA" w:rsidRDefault="00000000" w:rsidP="00B406C8">
      <w:r>
        <w:t>I didn’t speak on the drive home. I stared out of the window and counted the streetlamps. The city had carried on in my absence. People walked dogs. Taxis honked. Children clutched schoolbags. Everything was happening at the same speed it always had—but I was moving at a crawl. I felt like I was watching the world from underwater.</w:t>
      </w:r>
    </w:p>
    <w:p w14:paraId="3FD65619" w14:textId="77777777" w:rsidR="003C28AA" w:rsidRDefault="00000000" w:rsidP="00B406C8">
      <w:r>
        <w:t>Once home, I lay on the sofa, my body too exhausted to climb the stairs. My Mum had filled the fridge. Flowers had already begun arriving, crowding every surface with lilies, roses and sympathy. I hated them. Their scent made me nauseous. It was as though the world had conspired to cover up the smell of loss with something sickeningly sweet.</w:t>
      </w:r>
    </w:p>
    <w:p w14:paraId="1CB1CF6E" w14:textId="77777777" w:rsidR="003C28AA" w:rsidRDefault="00000000" w:rsidP="00B406C8">
      <w:r>
        <w:t>That afternoon, I opened my laptop and began planning Mia and Leo’s funeral.</w:t>
      </w:r>
    </w:p>
    <w:p w14:paraId="6C6F7A56" w14:textId="77777777" w:rsidR="003C28AA" w:rsidRDefault="00000000" w:rsidP="00B406C8">
      <w:r>
        <w:t>It was surreal. Utterly surreal. Nothing could have prepared me for the cruelty of those early Google searches.</w:t>
      </w:r>
    </w:p>
    <w:p w14:paraId="0BB52B1C" w14:textId="77777777" w:rsidR="003C28AA" w:rsidRDefault="00000000" w:rsidP="00B406C8">
      <w:r>
        <w:t>“Infant funeral directors.”</w:t>
      </w:r>
    </w:p>
    <w:p w14:paraId="40437A02" w14:textId="77777777" w:rsidR="003C28AA" w:rsidRDefault="00000000" w:rsidP="00B406C8">
      <w:r>
        <w:t>“Coffins for twins.”</w:t>
      </w:r>
    </w:p>
    <w:p w14:paraId="77AC7856" w14:textId="77777777" w:rsidR="003C28AA" w:rsidRDefault="00000000" w:rsidP="00B406C8">
      <w:r>
        <w:t>“When will I receive my baby's post mortem?”</w:t>
      </w:r>
    </w:p>
    <w:p w14:paraId="2E9184BD" w14:textId="77777777" w:rsidR="003C28AA" w:rsidRDefault="00000000" w:rsidP="00B406C8">
      <w:r>
        <w:t>Each search felt like an assault. A confirmation of what I was now. A mother with no living children. A parent planning the unthinkable.</w:t>
      </w:r>
    </w:p>
    <w:p w14:paraId="1F9E0620" w14:textId="77777777" w:rsidR="003C28AA" w:rsidRDefault="00000000" w:rsidP="00B406C8">
      <w:r>
        <w:t>No one tells you how much logistics are involved in death. No one tells you that grief has admin.</w:t>
      </w:r>
    </w:p>
    <w:p w14:paraId="0C5DCDB3" w14:textId="77777777" w:rsidR="003C28AA" w:rsidRDefault="00000000" w:rsidP="00B406C8">
      <w:r>
        <w:lastRenderedPageBreak/>
        <w:t>Max and I sat at the kitchen table, surrounded by leaflets and lists. We debated burial versus cremation, dates and times, flower arrangements and order of service fonts. I wanted none of it. I wanted to throw it all in the bin and scream until someone let me go back in time. But I couldn’t.</w:t>
      </w:r>
    </w:p>
    <w:p w14:paraId="05A8F7DD" w14:textId="77777777" w:rsidR="003C28AA" w:rsidRDefault="00000000" w:rsidP="00B406C8">
      <w:r>
        <w:t>What I could do—what I had to do—was give them the goodbye they deserved.</w:t>
      </w:r>
    </w:p>
    <w:p w14:paraId="3E3996BA" w14:textId="77777777" w:rsidR="003C28AA" w:rsidRDefault="00000000" w:rsidP="00B406C8">
      <w:r>
        <w:t>We found out, almost by accident, that many funeral directors waive their fees for babies. That knowledge broke me in a new way. It meant there were enough bereaved parents for this to be common. There were systems in place. An unspoken, shadowed community I had never wanted to join.</w:t>
      </w:r>
    </w:p>
    <w:p w14:paraId="42583550" w14:textId="77777777" w:rsidR="003C28AA" w:rsidRDefault="00000000" w:rsidP="00B406C8">
      <w:r>
        <w:t>We chose a natural burial. A wicker coffin. Something soft, gentle, un-metallic. Something that felt like love. Mia and Leo were so tiny that we had to order a coffin normally reserved for medium-sized pets. The woman on the phone said it with compassion, but still—I bit down on my lip so hard it bled.</w:t>
      </w:r>
    </w:p>
    <w:p w14:paraId="4D020C70" w14:textId="77777777" w:rsidR="003C28AA" w:rsidRDefault="00000000" w:rsidP="00B406C8">
      <w:r>
        <w:t>Max’s stepmother offered us a family plot. A hilltop resting place overlooking an alpaca farm. Peacocks roamed the grounds. It was beautiful. Staggeringly beautiful. The kind of place where you might take children for a picnic. That irony was not lost on me.</w:t>
      </w:r>
    </w:p>
    <w:p w14:paraId="62A3FE60" w14:textId="77777777" w:rsidR="003C28AA" w:rsidRDefault="00000000" w:rsidP="00B406C8">
      <w:r>
        <w:t>We visited the graveyard ahead of time. I wore sunglasses even though it was overcast. Nearby, a child’s grave had a towering Lego castle placed atop it—bright red bricks, little yellow men with grins painted on their plastic faces. I found myself smiling through the tears. I imagined Mia and Leo building forts with him. Making friends. Existing, somehow.</w:t>
      </w:r>
    </w:p>
    <w:p w14:paraId="486292F9" w14:textId="77777777" w:rsidR="003C28AA" w:rsidRDefault="00000000" w:rsidP="00B406C8">
      <w:r>
        <w:t>The day before the funeral, I couldn’t sleep. I sat on the floor of the nursery that would never be used, surrounded by unopened gifts and empty cribs. I picked up a blanket and held it to my chest. It didn’t smell like them. Nothing did. That was the problem. There was nothing left.</w:t>
      </w:r>
    </w:p>
    <w:p w14:paraId="08AD3C18" w14:textId="77777777" w:rsidR="003C28AA" w:rsidRDefault="00000000" w:rsidP="00B406C8">
      <w:r>
        <w:lastRenderedPageBreak/>
        <w:t>then, somehow, it was the day.</w:t>
      </w:r>
    </w:p>
    <w:p w14:paraId="78E70BD4" w14:textId="77777777" w:rsidR="003C28AA" w:rsidRDefault="00000000" w:rsidP="00B406C8">
      <w:r>
        <w:t>The sky was low and grey, but it didn’t rain.</w:t>
      </w:r>
    </w:p>
    <w:p w14:paraId="52BDBD2D" w14:textId="77777777" w:rsidR="003C28AA" w:rsidRDefault="00000000" w:rsidP="00B406C8">
      <w:r>
        <w:t>We drove to the chapel of rest in silence and collected Mia and Leo in their tiny casket and began the drive. The car was filled with flowers and grief. In the backseat, where the car seats should’ve been, was the tiny wicker coffin, strapped in with care. My heart screamed at the sight. My arms ached for them so fiercely I had to press my palms into my thighs to stay grounded.</w:t>
      </w:r>
    </w:p>
    <w:p w14:paraId="540F363F" w14:textId="77777777" w:rsidR="003C28AA" w:rsidRDefault="00000000" w:rsidP="00B406C8">
      <w:r>
        <w:t>We carried them in ourselves.</w:t>
      </w:r>
    </w:p>
    <w:p w14:paraId="66A0F2FD" w14:textId="77777777" w:rsidR="003C28AA" w:rsidRDefault="00000000" w:rsidP="00B406C8">
      <w:r>
        <w:t>I don’t remember walking, but I remember the weight. So light. Far too light.</w:t>
      </w:r>
    </w:p>
    <w:p w14:paraId="4796C786" w14:textId="77777777" w:rsidR="003C28AA" w:rsidRDefault="00000000" w:rsidP="00B406C8">
      <w:r>
        <w:t>Around the graveside family and friends sat quietly. Some dabbed at their eyes. Some just looked stunned. I avoided everyone’s gaze. I couldn’t bear their pity. I wanted to disappear.</w:t>
      </w:r>
    </w:p>
    <w:p w14:paraId="7E7143EE" w14:textId="77777777" w:rsidR="003C28AA" w:rsidRDefault="00000000" w:rsidP="00B406C8">
      <w:r>
        <w:t>There was no priest. No mention of God. I couldn’t reconcile a higher power with what had happened. Every time someone said “everything happens for a reason,” I wanted to shout, Tell me what reason justifies burying your children before you’ve even heard them cry.</w:t>
      </w:r>
    </w:p>
    <w:p w14:paraId="5A480303" w14:textId="77777777" w:rsidR="003C28AA" w:rsidRDefault="00000000" w:rsidP="00B406C8">
      <w:r>
        <w:t>Max and I stood together to speak.</w:t>
      </w:r>
    </w:p>
    <w:p w14:paraId="17A8662E" w14:textId="77777777" w:rsidR="003C28AA" w:rsidRDefault="00000000" w:rsidP="00B406C8">
      <w:r>
        <w:t>We had promised each other we wouldn’t let their service pass in silence. They deserved words. They deserved stories. They deserved to be known.</w:t>
      </w:r>
    </w:p>
    <w:p w14:paraId="3264AF41" w14:textId="77777777" w:rsidR="003C28AA" w:rsidRDefault="00000000" w:rsidP="00B406C8">
      <w:r>
        <w:t>I cleared my throat and began, the words trembling on my lips:</w:t>
      </w:r>
    </w:p>
    <w:p w14:paraId="5BA42176" w14:textId="77777777" w:rsidR="003C28AA" w:rsidRDefault="00000000" w:rsidP="00B406C8">
      <w:r>
        <w:t>“I remember the first day I found out that I was expecting you, not many people will know this but I was sat on the bed at your granddad's house when I rang your Dad. We were both speechless! Only me and your Dad could go on Holiday and come back with two in tow.</w:t>
      </w:r>
    </w:p>
    <w:p w14:paraId="42A48555" w14:textId="77777777" w:rsidR="003C28AA" w:rsidRDefault="00000000" w:rsidP="00B406C8">
      <w:r>
        <w:t xml:space="preserve">When we first went to see you we weren’t expecting to be blessed with both of you; Your Dad nearly fell off his chair when the sonographer told him! For the next nine months I carried </w:t>
      </w:r>
      <w:r>
        <w:lastRenderedPageBreak/>
        <w:t>you and kept you warm whilst you danced around to your own tune all hours of the day. I imagined who you would take after, what we would name you. I couldn’t believe how much you looked like me and your Dad when I finally saw you both."</w:t>
      </w:r>
    </w:p>
    <w:p w14:paraId="3C9BE313" w14:textId="77777777" w:rsidR="003C28AA" w:rsidRDefault="00000000" w:rsidP="00B406C8">
      <w:r>
        <w:t>The chapel blurred around me. My voice cracked, but I kept going. I needed them to hear me.</w:t>
      </w:r>
    </w:p>
    <w:p w14:paraId="43631789" w14:textId="77777777" w:rsidR="003C28AA" w:rsidRDefault="00000000" w:rsidP="00B406C8">
      <w:r>
        <w:t>"You may have never met your family, but I promise you they loved you even before you arrived. Nothing could have prepared us for never getting the chance to watch you grow but I take comfort in the fact that you are both together and at peace. Despite the heartache the moment I held you I knew that you were too perfect for this world. Remember we will always be your loving parents. You may have been born still but you were still born and I will forever be your mummy. Until we meet again"</w:t>
      </w:r>
    </w:p>
    <w:p w14:paraId="4B8AAF1F" w14:textId="77777777" w:rsidR="003C28AA" w:rsidRDefault="00000000" w:rsidP="00B406C8">
      <w:r>
        <w:t>I did not include Max’s words here, nor the poem his stepmother read. That part belongs to them. Their grief is theirs. This telling is mine.</w:t>
      </w:r>
    </w:p>
    <w:p w14:paraId="226D15A0" w14:textId="77777777" w:rsidR="003C28AA" w:rsidRDefault="00000000" w:rsidP="00B406C8">
      <w:r>
        <w:t>After the service, my father stood up with his guitar and sang Whispering Grass by The Ink Spots. His voice, always a little unsteady, was more so now. But he played each chord with reverence. It was the perfect song.</w:t>
      </w:r>
    </w:p>
    <w:p w14:paraId="4DE35B0A" w14:textId="77777777" w:rsidR="003C28AA" w:rsidRDefault="00000000" w:rsidP="00B406C8">
      <w:r>
        <w:t>“Why do you whisper, green grass? Why tell the trees what ain't so? Whispering Grass, the trees don't have to know...”</w:t>
      </w:r>
    </w:p>
    <w:p w14:paraId="26286627" w14:textId="77777777" w:rsidR="003C28AA" w:rsidRDefault="00000000" w:rsidP="00B406C8">
      <w:r>
        <w:t>The ground accepted them that day.</w:t>
      </w:r>
    </w:p>
    <w:p w14:paraId="76E39FA3" w14:textId="77777777" w:rsidR="003C28AA" w:rsidRDefault="00000000" w:rsidP="00B406C8">
      <w:r>
        <w:t>Max placed a small Yorkshire stone at the base of the plot, engraved with a plaque that read:</w:t>
      </w:r>
    </w:p>
    <w:p w14:paraId="15701645" w14:textId="77777777" w:rsidR="003C28AA" w:rsidRDefault="00000000" w:rsidP="00B406C8">
      <w:r>
        <w:t>“The roots of a family tree begin with the love of two hearts.”</w:t>
      </w:r>
    </w:p>
    <w:p w14:paraId="081317D5" w14:textId="77777777" w:rsidR="003C28AA" w:rsidRDefault="00000000" w:rsidP="00B406C8">
      <w:r>
        <w:t>They were our roots.</w:t>
      </w:r>
    </w:p>
    <w:p w14:paraId="5F85F3C9" w14:textId="77777777" w:rsidR="003C28AA" w:rsidRDefault="00000000" w:rsidP="00B406C8">
      <w:r>
        <w:lastRenderedPageBreak/>
        <w:t>They always will be.</w:t>
      </w:r>
    </w:p>
    <w:p w14:paraId="30E642B5" w14:textId="77777777" w:rsidR="003C28AA" w:rsidRDefault="00000000" w:rsidP="00B406C8">
      <w:r>
        <w:t>To this day, the dress I wore to their funeral still hangs in my wardrobe. I cannot bring myself to take it out. It lives there, untouched, unworn, a quiet sentinel to the day I became both a mother and a mourner.</w:t>
      </w:r>
    </w:p>
    <w:p w14:paraId="0C99E7AF" w14:textId="77777777" w:rsidR="003C28AA" w:rsidRDefault="00000000" w:rsidP="00B406C8">
      <w:r>
        <w:t>I will never wear it again.</w:t>
      </w:r>
    </w:p>
    <w:p w14:paraId="0759D475" w14:textId="1FC57C7C" w:rsidR="003C28AA" w:rsidRDefault="00000000" w:rsidP="00B406C8">
      <w:pPr>
        <w:ind w:firstLine="0"/>
        <w:jc w:val="center"/>
      </w:pPr>
      <w:r>
        <w:rPr>
          <w:b/>
        </w:rPr>
        <w:t>Chapter Thirteen</w:t>
      </w:r>
    </w:p>
    <w:p w14:paraId="1C38429B" w14:textId="77777777" w:rsidR="003C28AA" w:rsidRDefault="00000000" w:rsidP="00B406C8">
      <w:r>
        <w:t>The days that followed were shrouded in an all-consuming darkness. We retreated to our home in York, closing ourselves off from the world outside. The nursery, once a hopeful sanctuary for our twins, had been dismantled by my mother, leaving the house feeling eerily empty. I was numb, unable to fully grasp the enormity of our loss. Max, who had gone from preparing for the arrival of two newborns to caring for me as if I were his own fragile infant, took on the role of my caretaker with remarkable grace. The humiliation of being unable to bathe, use the bathroom, or eat alone was overwhelming. Yet Max adapted, becoming my steadfast support through this harrowing time.</w:t>
      </w:r>
    </w:p>
    <w:p w14:paraId="355FED54" w14:textId="77777777" w:rsidR="003C28AA" w:rsidRDefault="00000000" w:rsidP="00B406C8">
      <w:r>
        <w:t>His concern that I might see no value in life was misplaced; my emotions were a tempest of anger and confusion. I was desperate for answers, but the wait for clarity seemed interminable. At night, my mind replayed the sequence of events that had led us to this point, trying to piece together a narrative from the fragments I could barely remember. It was a torturous endeavor, seeking meaning in the chaos.</w:t>
      </w:r>
    </w:p>
    <w:p w14:paraId="3C20921F" w14:textId="77777777" w:rsidR="003C28AA" w:rsidRDefault="00000000" w:rsidP="00B406C8">
      <w:r>
        <w:t>By day, I donned a brave face and busied myself with routine tasks. Yet, every outing became a battleground of internal rage. Seeing children or pregnant women triggered a storm of anger within me. It felt so unjust that others seemed to navigate pregnancy with ease while I was left with nothing but emptiness and weakness.</w:t>
      </w:r>
    </w:p>
    <w:p w14:paraId="48928A99" w14:textId="77777777" w:rsidR="003C28AA" w:rsidRDefault="00000000" w:rsidP="00B406C8">
      <w:r>
        <w:lastRenderedPageBreak/>
        <w:t>Determined to find some semblance of normalcy, I decided to return to my old job at the restaurant. I hoped that immersing myself in work would provide a temporary escape from my anger. On my first day back, I entered the restaurant with a mixture of apprehension and resolve. My body was still reeling from the emotional turmoil, but I managed to greet the first customers with a strained smile.</w:t>
      </w:r>
    </w:p>
    <w:p w14:paraId="38DBF988" w14:textId="77777777" w:rsidR="003C28AA" w:rsidRDefault="00000000" w:rsidP="00B406C8">
      <w:r>
        <w:t>As I cleared the main courses from a table, the mother of the family turned to me with a casual inquiry: "How are the twins?" The question hit me like a sledgehammer and I stood frozen, the plates slipping from my hands as I fled into the kitchen. I was wholly unprepared for this moment, the rawness of my grief exposed. Overcome with guilt for my reaction, I returned to the dining area, my voice trembling as I explained that Mia and Leo had been stillborn. The mother stood up, enveloped me in a compassionate embrace, her warmth a stark contrast to my icy despair.</w:t>
      </w:r>
    </w:p>
    <w:p w14:paraId="6A00AA19" w14:textId="77777777" w:rsidR="003C28AA" w:rsidRDefault="00000000" w:rsidP="00B406C8">
      <w:r>
        <w:t>Overwhelmed, I decided to close the restaurant for the day and returned home, feeling that I needed a fresh start. A regular customer, who worked just a few doors down at a Spanish tapas restaurant, had mentioned that his boss was seeking additional managers. He encouraged me to submit my CV and within weeks, I found myself training alongside him, taking tentative steps towards a new chapter.</w:t>
      </w:r>
    </w:p>
    <w:p w14:paraId="368A7D2A" w14:textId="77777777" w:rsidR="003C28AA" w:rsidRDefault="00000000" w:rsidP="00B406C8">
      <w:r>
        <w:t>It was way too soon to return to work but I needed to drown out the pain. Everyday I tried to process the shitshow and started trying to come to terms with life after transplant.</w:t>
      </w:r>
    </w:p>
    <w:p w14:paraId="79F0864D" w14:textId="77777777" w:rsidR="003C28AA" w:rsidRDefault="00000000" w:rsidP="00B406C8">
      <w:r>
        <w:t xml:space="preserve">My life now feels divided into two distinct eras: Before Olivia and After Olivia. Olivia—my new liver—was often heralded as a miracle, a lifeline in my darkest hour. But when I first woke and realized she was inside me, she felt less like a gift and more like a consolation prize. All I had truly yearned for was the family I’d lost—my children. Reconciling the gift of life with </w:t>
      </w:r>
      <w:r>
        <w:lastRenderedPageBreak/>
        <w:t>the profound grief that overshadowed it was a daily struggle. The timing of my salvation felt almost cruel, as if fate had handed me a lifeline at the very moment I was sinking under the weight of loss.</w:t>
      </w:r>
    </w:p>
    <w:p w14:paraId="1B5D3435" w14:textId="77777777" w:rsidR="003C28AA" w:rsidRDefault="00000000" w:rsidP="00B406C8">
      <w:r>
        <w:t>At 21, illness was a concept far removed from my reality and the idea of organ donation was something I’d never given much thought. It was just a tick-box on a driver’s license application, a distant notion, like something out of a movie. But when you become the person in need, that reality hits you like a freight train. I had always imagined organ recipients as those fighting chronic illnesses, like the characters in "My Sister’s Keeper." I never imagined that the need for a transplant could strike suddenly, in the midst of pregnancy.</w:t>
      </w:r>
    </w:p>
    <w:p w14:paraId="61A88F06" w14:textId="77777777" w:rsidR="003C28AA" w:rsidRDefault="00000000" w:rsidP="00B406C8">
      <w:r>
        <w:t>Facing mortality so intimately changes you in ways you can’t anticipate. The trivial worries that once consumed me evaporated. My life transformed so drastically that I lost touch with friends who couldn’t comprehend my new reality. Yet, even with this seismic shift, my emotions remained entangled in the grief that had become my constant companion.</w:t>
      </w:r>
    </w:p>
    <w:p w14:paraId="1A83B4BF" w14:textId="77777777" w:rsidR="003C28AA" w:rsidRDefault="00000000" w:rsidP="00B406C8">
      <w:r>
        <w:t>To cope, my husband and I began referring to my liver as Olivia, giving her a personality and a backstory. It made the situation easier to talk about, as if by personifying her, we could bring a sense of normalcy to something that was anything but. Olivia became more than just an organ—she became a part of our lives, a strange but comforting presence in this new chapter.</w:t>
      </w:r>
    </w:p>
    <w:p w14:paraId="49B9B583" w14:textId="77777777" w:rsidR="003C28AA" w:rsidRDefault="00000000" w:rsidP="00B406C8">
      <w:r>
        <w:t xml:space="preserve">As I emerged from the initial fog of grief and began focusing on my recovery, I was confronted with the stark realities of organ transplantation. Unlike the long waits many endure, my situation was an acute crisis. Typically, organ donors are rigorously vetted and patients spend years waiting for a transplant, hoping for a call that may never come. It’s a process fraught with uncertainty—organs can be rejected, too damaged, or simply not a match. With thousands of </w:t>
      </w:r>
      <w:r>
        <w:lastRenderedPageBreak/>
        <w:t>people on the UK Transplant Waiting List and hundreds dying each year while awaiting an organ, the odds of receiving a viable match are terrifyingly slim.</w:t>
      </w:r>
    </w:p>
    <w:p w14:paraId="74755048" w14:textId="77777777" w:rsidR="003C28AA" w:rsidRDefault="00000000" w:rsidP="00B406C8">
      <w:r>
        <w:t>my story was different. I found myself in the rare position of needing a transplant in a critical, compressed time frame. The average wait for a liver transplant is around 137 days; in an emergency, it’s just four. I was incredibly fortunate—a match was found for me within eight hours. I was teetering on the brink of death in the ICU when the organ donor passed away, leaving behind a liver that was a perfect match. What are the odds of such a miracle? It felt like more than just luck. Even though my faith had wavered after losing Mia and Leo, I couldn’t shake the sense that something—someone—was watching over me that day.</w:t>
      </w:r>
    </w:p>
    <w:p w14:paraId="5395D75C" w14:textId="77777777" w:rsidR="003C28AA" w:rsidRDefault="00000000" w:rsidP="00B406C8">
      <w:r>
        <w:t>In the early days post-transplant, my life was consumed by weekly visits to the liver team. These appointments were my lifeline, ensuring my body wouldn’t reject Olivia. I was on a regimen of over twenty tablets a day, a routine I still follow nearly five years later, though now the count is just under half. The medication, known as immunosuppression, suppresses my immune system so it doesn’t attack the transplanted liver. The side effects are relentless, a constant reminder of the trade-offs we make to survive. Yet, for now, the benefits far outweigh the risks.</w:t>
      </w:r>
    </w:p>
    <w:p w14:paraId="3673D258" w14:textId="77777777" w:rsidR="003C28AA" w:rsidRDefault="00000000" w:rsidP="00B406C8">
      <w:r>
        <w:t>After so long in the shadows of uncertainty, I became almost obsessive in my need to understand every fact and statistic about my new reality. About three weeks after my discharge, I stumbled upon a statistic on the NHS website: “Most people live more than five years after a liver transplant and many live for up to ten years or more.”</w:t>
      </w:r>
    </w:p>
    <w:p w14:paraId="14593F5B" w14:textId="77777777" w:rsidR="003C28AA" w:rsidRDefault="00000000" w:rsidP="00B406C8">
      <w:r>
        <w:t xml:space="preserve">I cannot stress this enough: DO NOT EVER USE GOOGLE FOR MEDICAL ADVICE. Those statistics are based on relatively recent data, with liver transplants only becoming common practice in the last few decades. They don’t account for individual factors, like the absence of </w:t>
      </w:r>
      <w:r>
        <w:lastRenderedPageBreak/>
        <w:t>underlying health issues. The thought of a decreased life expectancy was terrifying, but I knew I couldn’t dwell on it. Instead, I resolved to focus on living fully. Olivia and I would defy expectations and embrace a meaningful life together. Research is underway to reduce or eliminate the need for lifelong medication, but whether I’ll ever benefit from these advancements remains uncertain.</w:t>
      </w:r>
    </w:p>
    <w:p w14:paraId="3EE0412D" w14:textId="77777777" w:rsidR="003C28AA" w:rsidRDefault="00000000" w:rsidP="00B406C8">
      <w:r>
        <w:t>I vividly remember the day the 44 staples were finally removed from my abdomen, leaving behind a dark purple scar that resembled a zipper running from the center of my chest and angling towards my ribcage. Seeing that scar in its full glory was both daunting and profoundly moving. It was a tangible reminder of the surgeons who saved my life and, most importantly, of the donor and their family. Despite the ongoing battle with my grief and anger, I knew I had to shift my focus to recovery—not just for myself, but for the person who had stood by me through every challenge, for the twins I had lost and for the donor who had given me a second chance.</w:t>
      </w:r>
    </w:p>
    <w:p w14:paraId="3C314140" w14:textId="77777777" w:rsidR="003C28AA" w:rsidRDefault="00000000" w:rsidP="00B406C8">
      <w:r>
        <w:t>Part of my healing involved seeking answers to the "why," "how," and "who" of my situation. Why had I needed this surgery? The search for that answer is still ongoing. How would my life change? The transformation was—and continues to be—profound. And who was my donor? During a clinic appointment, I asked about the identity of the person who had made the ultimate sacrifice. I hadn’t anticipated being barred from knowing any details. This individual had passed away and through their choice and their family’s consent, their organ had been given to me. They had saved my life, yet I was left in the dark about who they were. My transplant nurse could only tell me one thing: my donor was a 52-year-old woman.</w:t>
      </w:r>
    </w:p>
    <w:p w14:paraId="48A10F4A" w14:textId="77777777" w:rsidR="003C28AA" w:rsidRDefault="00000000" w:rsidP="00B406C8">
      <w:r>
        <w:t xml:space="preserve">In the pocket of my coat hung on the back of the door untouched since I returned was the thin, folded leaflet the nurse had pressed into my hand just before discharge, her fingers lingering </w:t>
      </w:r>
      <w:r>
        <w:lastRenderedPageBreak/>
        <w:t>for a moment on mine. “When you’re ready,” she had said, in that careful, deliberate tone they use when speaking to people recently returned from the brink. The cover read Donor Family Network in gentle blue script, as though written in water. I hadn’t had the strength to look at it in the hospital, but something about the air, or the light, or the fact that I was upright and breathing made me pull it out and read it for the first time.</w:t>
      </w:r>
    </w:p>
    <w:p w14:paraId="65D457F5" w14:textId="77777777" w:rsidR="003C28AA" w:rsidRDefault="00000000" w:rsidP="00B406C8">
      <w:r>
        <w:t>Inside, it explained—plainly and with aching softness—how recipients could write to the families of their donors. It spoke of privacy, anonymity and sensitivity. But what it was really offering was a bridge. A way to say the unsayable.</w:t>
      </w:r>
    </w:p>
    <w:p w14:paraId="1E3F362F" w14:textId="77777777" w:rsidR="003C28AA" w:rsidRDefault="00000000" w:rsidP="00B406C8">
      <w:r>
        <w:t>Days later—maybe weeks; time was strange then—I found myself sitting at my kitchen table in front of a blank page. The kettle had long since gone cold. There were no twin high chairs by the window where I’d imagined them, no plastic bowls on the floor, no soft wails or gummy laughter. Just silence, heavy and complete.</w:t>
      </w:r>
    </w:p>
    <w:p w14:paraId="7A0E7D4A" w14:textId="77777777" w:rsidR="003C28AA" w:rsidRDefault="00000000" w:rsidP="00B406C8">
      <w:r>
        <w:t>I held my pen like a foreign object. How could I possibly find the words? How do you express enough gratitude to someone who has lost everything, while you are still here because of it? What tone do you even strike—sorrowful? Reverent? Hopeful? Would they even want to hear from me? Would it hurt them more than it healed? I didn’t know who they were, or what they believed, or if there was anyone left to read this at all.</w:t>
      </w:r>
    </w:p>
    <w:p w14:paraId="18E98662" w14:textId="77777777" w:rsidR="003C28AA" w:rsidRDefault="00000000" w:rsidP="00B406C8">
      <w:r>
        <w:t>yet... this letter felt necessary. Not as a formality, not for closure—what a ridiculous word—but because something sacred had passed between us. A gesture had been made in a moment of unbearable grief and I owed it more than silence.</w:t>
      </w:r>
    </w:p>
    <w:p w14:paraId="51D512E0" w14:textId="77777777" w:rsidR="003C28AA" w:rsidRDefault="00000000" w:rsidP="00B406C8">
      <w:r>
        <w:t>I took a breath. Then I wrote.</w:t>
      </w:r>
    </w:p>
    <w:p w14:paraId="7641FAD5" w14:textId="77777777" w:rsidR="003C28AA" w:rsidRDefault="00000000" w:rsidP="00B406C8">
      <w:r>
        <w:t>“Dear Friends,</w:t>
      </w:r>
    </w:p>
    <w:p w14:paraId="5C40A6F4" w14:textId="77777777" w:rsidR="003C28AA" w:rsidRDefault="00000000" w:rsidP="00B406C8">
      <w:r>
        <w:lastRenderedPageBreak/>
        <w:t>This is the hardest letter I have ever written and I still haven’t managed to come to terms with recent events, but I wanted to write to let you know how grateful I am for the gift of life. I am so sorry for your loss and my thoughts are with you every day.</w:t>
      </w:r>
    </w:p>
    <w:p w14:paraId="3751B5EF" w14:textId="77777777" w:rsidR="003C28AA" w:rsidRDefault="00000000" w:rsidP="00B406C8">
      <w:r>
        <w:t>My name is Louise and I am just about to celebrate my 23rd birthday thanks to your kind family. My journey began when I was 37 weeks pregnant with my son and daughter, Leo and Mia. I began to feel very unwell and my local hospital failed to notice the signs. My condition deteriorated quickly and in that period, we were told that Mia and Leo no longer had a heartbeat. The reason for my illness was a rare condition called Acute Fatty Liver of Pregnancy, which affects 1 in 10,000 women during pregnancy and is much more likely with twins.</w:t>
      </w:r>
    </w:p>
    <w:p w14:paraId="54BD5CC0" w14:textId="77777777" w:rsidR="003C28AA" w:rsidRDefault="00000000" w:rsidP="00B406C8">
      <w:r>
        <w:t>My liver failed and I was put on the super urgent transplant list. I received the gift that saved my life eight hours later. Since the operation, I have grown stronger each day. I never intend to take another day for granted.</w:t>
      </w:r>
    </w:p>
    <w:p w14:paraId="7F9C2429" w14:textId="77777777" w:rsidR="003C28AA" w:rsidRDefault="00000000" w:rsidP="00B406C8">
      <w:r>
        <w:t>Without this wonderful gift, I would not have had the chance to bury my beautiful children with the grace and dignity they deserved.</w:t>
      </w:r>
    </w:p>
    <w:p w14:paraId="2424471C" w14:textId="77777777" w:rsidR="003C28AA" w:rsidRDefault="00000000" w:rsidP="00B406C8">
      <w:r>
        <w:t>I am forever indebted to the liver team, surgeons and the bereavement team who looked after Mia and Leo. But most of all, I am indebted to you, for the one generous decision you made in your time of heartache. Not a day will pass when I won’t think of you and your family. I hope this letter is of some comfort.</w:t>
      </w:r>
    </w:p>
    <w:p w14:paraId="1EC8CDB9" w14:textId="77777777" w:rsidR="003C28AA" w:rsidRDefault="00000000" w:rsidP="00B406C8">
      <w:r>
        <w:t>Thank you eternally,</w:t>
      </w:r>
    </w:p>
    <w:p w14:paraId="1888EFCD" w14:textId="77777777" w:rsidR="003C28AA" w:rsidRDefault="00000000" w:rsidP="00B406C8">
      <w:r>
        <w:t>Louise &amp; Family.”</w:t>
      </w:r>
    </w:p>
    <w:p w14:paraId="58644AC9" w14:textId="77777777" w:rsidR="003C28AA" w:rsidRDefault="00000000" w:rsidP="00B406C8">
      <w:r>
        <w:t>I did not receive a response to that letter, but that was enough. I didn’t send the letter to receive a reply. I didn’t know the circumstances of my donor, but I knew that somebody out there understood how thankful I was. That, in itself, was enough.</w:t>
      </w:r>
    </w:p>
    <w:p w14:paraId="1A95ED85" w14:textId="77777777" w:rsidR="003C28AA" w:rsidRDefault="00000000" w:rsidP="00B406C8">
      <w:pPr>
        <w:ind w:firstLine="0"/>
        <w:jc w:val="center"/>
      </w:pPr>
      <w:r>
        <w:rPr>
          <w:b/>
        </w:rPr>
        <w:lastRenderedPageBreak/>
        <w:t>Chapter Fourteen</w:t>
      </w:r>
    </w:p>
    <w:p w14:paraId="04C5BB65" w14:textId="77777777" w:rsidR="003C28AA" w:rsidRDefault="00000000" w:rsidP="00B406C8">
      <w:r>
        <w:t>Spring didn’t arrive that year in a blaze of colour. It came like an uninvited guest, slipping into the corners of my mornings. The light shifted first—thinner, softer—filtering through the blinds in a way winter never allowed. The air held a faint promise of warmth, though it barely touched my skin. In the parks, daffodils began their stubborn rise, pushing through the soil as if they had something to prove.</w:t>
      </w:r>
    </w:p>
    <w:p w14:paraId="30B2CE62" w14:textId="77777777" w:rsidR="003C28AA" w:rsidRDefault="00000000" w:rsidP="00B406C8">
      <w:r>
        <w:t>To the world outside, everything was blooming. Inside me, it was still winter.</w:t>
      </w:r>
    </w:p>
    <w:p w14:paraId="56A46463" w14:textId="77777777" w:rsidR="003C28AA" w:rsidRDefault="00000000" w:rsidP="00B406C8">
      <w:r>
        <w:t>By the time spring blurred into summer and summer sagged into the long, grey drag of autumn, I had begun to understand a truth no one had prepared me for: surviving is not the same as healing.</w:t>
      </w:r>
    </w:p>
    <w:p w14:paraId="7BABFB2F" w14:textId="77777777" w:rsidR="003C28AA" w:rsidRDefault="00000000" w:rsidP="00B406C8">
      <w:r>
        <w:t>I was alive. People reminded me of that constantly, as if repeating it might make me feel it. But I didn’t.</w:t>
      </w:r>
    </w:p>
    <w:p w14:paraId="0FD03662" w14:textId="77777777" w:rsidR="003C28AA" w:rsidRDefault="00000000" w:rsidP="00B406C8">
      <w:r>
        <w:t>What I felt was heavy. Raw. Haunted. Yes, I had been saved—but the cost was something I couldn’t quite put into words. It wasn’t just the physical pain, or the nausea from the cocktail of drugs, or the bone-deep fatigue that clung to me like a second skin. It was deeper. A grief so complete it lived inside my muscles, in my blood, under my skin. I didn’t recognise my body anymore. It moved like it belonged to someone else. Every scar, every ache, felt like a memory carved into flesh.</w:t>
      </w:r>
    </w:p>
    <w:p w14:paraId="41C30E44" w14:textId="77777777" w:rsidR="003C28AA" w:rsidRDefault="00000000" w:rsidP="00B406C8">
      <w:r>
        <w:t>then there was Olivia—my new liver. My lifeline. A miracle, they called her.</w:t>
      </w:r>
    </w:p>
    <w:p w14:paraId="7307172C" w14:textId="77777777" w:rsidR="003C28AA" w:rsidRDefault="00000000" w:rsidP="00B406C8">
      <w:r>
        <w:t>miracles don’t always feel miraculous. In those first months, she felt foreign. Invasive. Like a stranger living under my ribs, ticking quietly, waiting for… what, I didn’t know. I couldn’t ignore the truth: someone had died so I could live. Somewhere, a family was still reeling from a loss, while I lay in bed sustained by their generosity.</w:t>
      </w:r>
    </w:p>
    <w:p w14:paraId="7210F655" w14:textId="77777777" w:rsidR="003C28AA" w:rsidRDefault="00000000" w:rsidP="00B406C8">
      <w:r>
        <w:lastRenderedPageBreak/>
        <w:t>It was a debt I could never repay. And I hated myself for not being happy to be alive.</w:t>
      </w:r>
    </w:p>
    <w:p w14:paraId="0FC704C1" w14:textId="77777777" w:rsidR="003C28AA" w:rsidRDefault="00000000" w:rsidP="00B406C8">
      <w:r>
        <w:t>On my darkest days, I thought about ending it—ending the pain, the exhaustion, the guilt. The only thing that stopped me was Olivia. I felt as though my body was no longer mine alone and I owed it to my donor’s family to keep going. If they had made the choice to give me life, I had to at least try to live it.</w:t>
      </w:r>
    </w:p>
    <w:p w14:paraId="610E2CEA" w14:textId="77777777" w:rsidR="003C28AA" w:rsidRDefault="00000000" w:rsidP="00B406C8">
      <w:r>
        <w:t>The medication kept her safe but it came with a price. Every morning, the same brutal chorus: nausea, dizziness, headaches, a fatigue so heavy even brushing my teeth felt like an achievement. I was now permanently immunocompromised. A sniffle wasn’t “just” a sniffle—it was a possible hospital admission. A small cut was an open door for infection. My calendar filled with clinic appointments and emergency admissions. UTIs, liver function scares—each blood test carried the threat of bad news.</w:t>
      </w:r>
    </w:p>
    <w:p w14:paraId="77DDEDD0" w14:textId="77777777" w:rsidR="003C28AA" w:rsidRDefault="00000000" w:rsidP="00B406C8">
      <w:r>
        <w:t>There were mornings I’d wake and wonder: is today the day my body stops cooperating? Was today the day Olivia became the enemy?</w:t>
      </w:r>
    </w:p>
    <w:p w14:paraId="17F9387B" w14:textId="77777777" w:rsidR="003C28AA" w:rsidRDefault="00000000" w:rsidP="00B406C8">
      <w:r>
        <w:t>Despite the fear, despite the exhaustion, my body began—slowly, painfully—to mend. Not in a neat, movie-style transformation. But in crumbs. One day, I didn’t need to sleep straight after breakfast. Another day, I climbed the stairs without holding the bannister. Then a morning came when I stood under the shower for more than five minutes without crying.</w:t>
      </w:r>
    </w:p>
    <w:p w14:paraId="4EF87A29" w14:textId="77777777" w:rsidR="003C28AA" w:rsidRDefault="00000000" w:rsidP="00B406C8">
      <w:r>
        <w:t>Tiny flickers of light in the dark. Fragile. Precious.</w:t>
      </w:r>
    </w:p>
    <w:p w14:paraId="2D734891" w14:textId="77777777" w:rsidR="003C28AA" w:rsidRDefault="00000000" w:rsidP="00B406C8">
      <w:r>
        <w:t>with them came a question I’d buried deep: could we try again?</w:t>
      </w:r>
    </w:p>
    <w:p w14:paraId="3AB3BC11" w14:textId="77777777" w:rsidR="003C28AA" w:rsidRDefault="00000000" w:rsidP="00B406C8">
      <w:r>
        <w:t>Max and I never spoke of it in detail—not at first. Just in whispers after midnight, hypothetical words in the quiet spaces between our grief. Losing Mia and Leo had almost broken us. For months, our silence was thick with pain. But slowly—painstakingly—we rebuilt. And somewhere in that fragile rebuilding, the thought of another child stopped feeling impossible.</w:t>
      </w:r>
    </w:p>
    <w:p w14:paraId="1C42A667" w14:textId="77777777" w:rsidR="003C28AA" w:rsidRDefault="00000000" w:rsidP="00B406C8">
      <w:r>
        <w:lastRenderedPageBreak/>
        <w:t>It started to feel necessary.</w:t>
      </w:r>
    </w:p>
    <w:p w14:paraId="43F6892C" w14:textId="77777777" w:rsidR="003C28AA" w:rsidRDefault="00000000" w:rsidP="00B406C8">
      <w:r>
        <w:t>This time, the stakes were higher. Pregnancy after a transplant—especially after Acute Fatty Liver of Pregnancy—wasn’t just risky, it was almost unheard of. My liver team didn’t sugarcoat it: my body had been through catastrophic illness, major surgery, years of medication. Carrying a child again would not be safe. It might never happen.</w:t>
      </w:r>
    </w:p>
    <w:p w14:paraId="63F928F6" w14:textId="77777777" w:rsidR="003C28AA" w:rsidRDefault="00000000" w:rsidP="00B406C8">
      <w:r>
        <w:t>the dream refused to die. I remembered holding my babies and I couldn’t stop wanting to be a mother again. I hadn’t endured all of this just to survive—I wanted to live.</w:t>
      </w:r>
    </w:p>
    <w:p w14:paraId="68A5463F" w14:textId="77777777" w:rsidR="003C28AA" w:rsidRDefault="00000000" w:rsidP="00B406C8">
      <w:r>
        <w:t>A year later, when my medical team finally gave the cautious green light, I cried. Not from joy, but from fear. Wanting something in theory was one thing. Now it was real.</w:t>
      </w:r>
    </w:p>
    <w:p w14:paraId="2784D9C5" w14:textId="77777777" w:rsidR="003C28AA" w:rsidRDefault="00000000" w:rsidP="00B406C8">
      <w:r>
        <w:t>Before trying, I had to stop taking mycophenolate—the drug keeping my liver safe but known to cause severe birth defects. It would take at least a month to leave my system and in that time I’d be on a weaker drug. The countdown was a strange limbo—waiting to try, waiting to see if I could still carry a child without risking everything.</w:t>
      </w:r>
    </w:p>
    <w:p w14:paraId="2EA33036" w14:textId="77777777" w:rsidR="003C28AA" w:rsidRDefault="00000000" w:rsidP="00B406C8">
      <w:r>
        <w:t>I became obsessed. I tracked my cycles, charted my temperature, downloaded every app. Bought ovulation kits in bulk. Cleared a drawer for vitamins and supplements. Sex became scheduled, stripped of any spontaneity—ritualised hope.</w:t>
      </w:r>
    </w:p>
    <w:p w14:paraId="457D52B2" w14:textId="77777777" w:rsidR="003C28AA" w:rsidRDefault="00000000" w:rsidP="00B406C8">
      <w:r>
        <w:t>Month after month, the tests stayed stubbornly blank. Each period felt like a funeral. I told myself my body was punishing me. I forgot how far I’d come. I forgot I was lucky to be here at all.</w:t>
      </w:r>
    </w:p>
    <w:p w14:paraId="73DA50A6" w14:textId="77777777" w:rsidR="003C28AA" w:rsidRDefault="00000000" w:rsidP="00B406C8">
      <w:r>
        <w:t>We had gotten engaged during my first pregnancy, back when life still felt linear, predictable. As the months passed and the negatives piled up, we shifted focus. We needed something to anchor us. So we chose a date: July 2017. We would marry that summer.</w:t>
      </w:r>
    </w:p>
    <w:p w14:paraId="1954F647" w14:textId="77777777" w:rsidR="003C28AA" w:rsidRDefault="00000000" w:rsidP="00B406C8">
      <w:r>
        <w:lastRenderedPageBreak/>
        <w:t>I threw myself into planning like it was oxygen. Pinterest boards, colour palettes, seating charts. I found a dress that made me feel strong as well as beautiful. Max and I booked a grand hotel in the heart of York, surrounded by cobbled streets. It gave me something to look forward to—something to pour my energy into that wasn’t just a question of life or death.</w:t>
      </w:r>
    </w:p>
    <w:p w14:paraId="6B78D2F0" w14:textId="77777777" w:rsidR="003C28AA" w:rsidRDefault="00000000" w:rsidP="00B406C8">
      <w:r>
        <w:t>By June, after six months of trying, we stopped. Not because the dream was gone, but because the constant cycle of hope and grief was stripping us raw. Sex had become a chore. I worried it would breed resentment if we didn’t stop.</w:t>
      </w:r>
    </w:p>
    <w:p w14:paraId="15413687" w14:textId="77777777" w:rsidR="003C28AA" w:rsidRDefault="00000000" w:rsidP="00B406C8">
      <w:r>
        <w:t>Maybe my body would never be ready. Maybe it didn’t have to be.</w:t>
      </w:r>
    </w:p>
    <w:p w14:paraId="01D59DE8" w14:textId="77777777" w:rsidR="003C28AA" w:rsidRDefault="00000000" w:rsidP="00B406C8">
      <w:r>
        <w:t>then, the day of the wedding came.</w:t>
      </w:r>
    </w:p>
    <w:p w14:paraId="61ADB1F7" w14:textId="77777777" w:rsidR="00785CE8" w:rsidRDefault="00785CE8" w:rsidP="00B406C8"/>
    <w:p w14:paraId="7B177DFB" w14:textId="77777777" w:rsidR="003C28AA" w:rsidRDefault="00000000" w:rsidP="00B406C8">
      <w:pPr>
        <w:ind w:firstLine="0"/>
        <w:jc w:val="center"/>
      </w:pPr>
      <w:r>
        <w:rPr>
          <w:b/>
        </w:rPr>
        <w:t>Chapter Fifteen</w:t>
      </w:r>
    </w:p>
    <w:p w14:paraId="4F4908EF" w14:textId="77777777" w:rsidR="003C28AA" w:rsidRDefault="00000000" w:rsidP="00B406C8">
      <w:r>
        <w:t>The light that morning was so beautiful—bold, golden, honest. It poured across the stones of York Minster, brushing every surface with something close to magic. The sky stretched wide and blue, unapologetically beautiful, as if it had known all along what this day meant.</w:t>
      </w:r>
    </w:p>
    <w:p w14:paraId="3FE8A83E" w14:textId="77777777" w:rsidR="003C28AA" w:rsidRDefault="00000000" w:rsidP="00B406C8">
      <w:r>
        <w:t>Outside, we posed for photos, the bold Minster behind us. My dress moved in the breeze, soft and unruly. It caught at my ankles, lifted gently with each step and for the first time in a long time, I felt not watched—but seen. On the return to our wedding venue after the outdoor photos all our family posed on Lendal Bridge. An image that still proudly hangs in my home and seem to become more important every year.</w:t>
      </w:r>
    </w:p>
    <w:p w14:paraId="5B8B302F" w14:textId="77777777" w:rsidR="003C28AA" w:rsidRDefault="00000000" w:rsidP="00B406C8">
      <w:r>
        <w:t>It was showtime. I turned the corner of the hotel and there he was—my Dad—waiting. He looked right at me, steady and proud. I took one breath, then another, trying to hold it all: the lump in my throat, the years behind us, the weight of walking toward something new. He offered his arm. I took it and we moved forward together.</w:t>
      </w:r>
    </w:p>
    <w:p w14:paraId="05C456DE" w14:textId="77777777" w:rsidR="003C28AA" w:rsidRDefault="00000000" w:rsidP="00B406C8">
      <w:r>
        <w:lastRenderedPageBreak/>
        <w:t>Mum was everywhere, chasing moments with her old video camera, eyes darting, hands waving. She didn’t miss a thing. She wanted to catch it all—the laughter, the side glances, the way my veil shifted in the light. She was radiant, truly. A woman at the centre of it all, making sure no one forgot.</w:t>
      </w:r>
    </w:p>
    <w:p w14:paraId="58452351" w14:textId="77777777" w:rsidR="003C28AA" w:rsidRDefault="00000000" w:rsidP="00B406C8">
      <w:r>
        <w:t>Then Max. Waiting at the end of the aisle. He looked at me as if I was the only thing in the room. As if every version of our story had led to this moment. As if he knew me—completely—and loved me, not in spite of it, but because of it.</w:t>
      </w:r>
    </w:p>
    <w:p w14:paraId="6F68BBC1" w14:textId="77777777" w:rsidR="003C28AA" w:rsidRDefault="00000000" w:rsidP="00B406C8">
      <w:r>
        <w:t>We danced. We laughed. We let ourselves forget.</w:t>
      </w:r>
    </w:p>
    <w:p w14:paraId="1FF7D972" w14:textId="77777777" w:rsidR="003C28AA" w:rsidRDefault="00000000" w:rsidP="00B406C8">
      <w:r>
        <w:t>We forgot the heavy days, the empty rooms. We forgot the hush of uncertainty, the quiet ache that had become so familiar. For a few perfect hours, we let joy take up all the space.</w:t>
      </w:r>
    </w:p>
    <w:p w14:paraId="025DA77C" w14:textId="77777777" w:rsidR="003C28AA" w:rsidRDefault="00000000" w:rsidP="00B406C8">
      <w:r>
        <w:t>Mia and Leo were there too. Of course they were.</w:t>
      </w:r>
    </w:p>
    <w:p w14:paraId="5DEEF4F2" w14:textId="77777777" w:rsidR="003C28AA" w:rsidRDefault="00000000" w:rsidP="00B406C8">
      <w:r>
        <w:t>Two small teddy bears rested gently on the top table, nestled among the flowers, tender and true. Their presence threaded through the music, through the candlelight, through the pauses between laughter. We toasted to them with quiet hands. We whispered their names like prayers, like poetry. They were everywhere and everything.</w:t>
      </w:r>
    </w:p>
    <w:p w14:paraId="3337CAE6" w14:textId="77777777" w:rsidR="003C28AA" w:rsidRDefault="00000000" w:rsidP="00B406C8">
      <w:r>
        <w:t>for the first time in so long, we were happy. Not the kind of happy you wear for the sake of others. Not the polished, posed kind.</w:t>
      </w:r>
    </w:p>
    <w:p w14:paraId="7E6FA202" w14:textId="77777777" w:rsidR="003C28AA" w:rsidRDefault="00000000" w:rsidP="00B406C8">
      <w:r>
        <w:t>the kind that lives in the bones. The kind that feels like truth.</w:t>
      </w:r>
    </w:p>
    <w:p w14:paraId="1BA7195F" w14:textId="77777777" w:rsidR="003C28AA" w:rsidRDefault="00000000" w:rsidP="00B406C8">
      <w:r>
        <w:t>me— I wasn’t pretending. I wasn’t performing.</w:t>
      </w:r>
    </w:p>
    <w:p w14:paraId="748501B0" w14:textId="77777777" w:rsidR="003C28AA" w:rsidRDefault="00000000" w:rsidP="00B406C8">
      <w:r>
        <w:t>I was a wife. I was a woman. Not defined by grief. Not lost in the before.</w:t>
      </w:r>
    </w:p>
    <w:p w14:paraId="2D9EB546" w14:textId="77777777" w:rsidR="003C28AA" w:rsidRDefault="00000000" w:rsidP="00B406C8">
      <w:r>
        <w:t>At the end of the night, Max’s parents handed us a card.</w:t>
      </w:r>
    </w:p>
    <w:p w14:paraId="3C9D0D7B" w14:textId="77777777" w:rsidR="003C28AA" w:rsidRDefault="00000000" w:rsidP="00B406C8">
      <w:r>
        <w:t>Inside were two plane tickets and the details of a surprise honeymoon in Thailand. I cried when I read the destination. Not because it was extravagant or generous—though it was both—</w:t>
      </w:r>
      <w:r>
        <w:lastRenderedPageBreak/>
        <w:t>but because it meant someone else believed we deserved joy again. That we could leave, even briefly, the shadow of what had happened.</w:t>
      </w:r>
    </w:p>
    <w:p w14:paraId="701AF35C" w14:textId="77777777" w:rsidR="003C28AA" w:rsidRDefault="00000000" w:rsidP="00B406C8">
      <w:r>
        <w:t>Boarding the plane for our honeymoon felt like an act of quiet defiance. As I settled into the seat beside Max, I kept one hand on the armrest and the other on my handbag, where my emergency medical notes and a backup pack of immunosuppressants were tucked away in a ziplock bag like sacred artefacts. I was carrying more than luggage—I was carrying the weight of everything that had happened: the trauma, the transplant, the grief. It was the first time I would be leaving the country—leaving the safe, watchful eyes of my transplant team—and the idea of being so far from their care left me breathless.</w:t>
      </w:r>
    </w:p>
    <w:p w14:paraId="54F6FBCB" w14:textId="77777777" w:rsidR="003C28AA" w:rsidRDefault="00000000" w:rsidP="00B406C8">
      <w:r>
        <w:t>So much of life post-transplant is invisible to others. Behind every spontaneous plan is an exhausting checklist: Did I pack every medication? Do I have enough for time zones? Can I get travel insurance with a body like mine? Spoiler: barely. Securing insurance felt like applying to orbit the moon. Most companies wouldn’t touch me. Others quoted me more for two weeks in Thailand than our wedding had cost. And then there were the lists—the long, meticulous lists of foods I couldn’t eat, water I couldn’t drink, places I shouldn’t swim. A single papaya salad, if contaminated, could lead to disaster. It was overwhelming. At times, it felt easier to just stay home.</w:t>
      </w:r>
    </w:p>
    <w:p w14:paraId="22267FD4" w14:textId="77777777" w:rsidR="003C28AA" w:rsidRDefault="00000000" w:rsidP="00B406C8">
      <w:r>
        <w:t>we went anyway.</w:t>
      </w:r>
    </w:p>
    <w:p w14:paraId="3A029CC4" w14:textId="77777777" w:rsidR="003C28AA" w:rsidRDefault="00000000" w:rsidP="00B406C8">
      <w:r>
        <w:t>the moment we stepped off the plane in Phuket, when the heat wrapped around me like a heavy, tropical shawl, something in me shifted. The scent of the air—lemongrass and humidity and diesel—was completely foreign and yet, I inhaled it like oxygen I hadn’t tasted in years. For the first time since my transplant, I didn’t feel like a patient.</w:t>
      </w:r>
    </w:p>
    <w:p w14:paraId="1144E040" w14:textId="77777777" w:rsidR="003C28AA" w:rsidRDefault="00000000" w:rsidP="00B406C8">
      <w:r>
        <w:t>I felt human.</w:t>
      </w:r>
    </w:p>
    <w:p w14:paraId="1A5BB0F3" w14:textId="77777777" w:rsidR="003C28AA" w:rsidRDefault="00000000" w:rsidP="00B406C8">
      <w:r>
        <w:lastRenderedPageBreak/>
        <w:t>I was no longer confined to hospital beds, infusion rooms, or corridors of worry. I was walking freely beside my husband, hand-in-hand, dressed in linen and sandals instead of gowns and compression socks. I was alive, yes—but more than that, I was living.</w:t>
      </w:r>
    </w:p>
    <w:p w14:paraId="4AA00882" w14:textId="77777777" w:rsidR="003C28AA" w:rsidRDefault="00000000" w:rsidP="00B406C8">
      <w:r>
        <w:t>For two golden, salty, sun-soaked weeks, we were simply Max and Louise. Newlyweds. The couple with sunburned shoulders, tangled hair and no plans beyond which boat to catch or which beach to explore. We snorkelled through turquoise water off the shores of the Phi Phi Islands, where fish darted past our ankles like living confetti. We watched fire dancers perform on the sand as waves lapped at our feet. I wore long dresses with no makeup and Max wore the same linen shirt every other day. We had nothing to prove to the world. It was bliss.</w:t>
      </w:r>
    </w:p>
    <w:p w14:paraId="78733FD6" w14:textId="77777777" w:rsidR="003C28AA" w:rsidRDefault="00000000" w:rsidP="00B406C8">
      <w:r>
        <w:t>At night, we feasted. Pad Thai, sticky mango rice, sizzling skewers from night markets. Every meal was a small rebellion against the sterile, bland hospital food I had lived on for months. And with every bite, I felt like I was reclaiming something—my taste for life, my appetite for joy.</w:t>
      </w:r>
    </w:p>
    <w:p w14:paraId="7864E20F" w14:textId="77777777" w:rsidR="003C28AA" w:rsidRDefault="00000000" w:rsidP="00B406C8">
      <w:r>
        <w:t>We laughed. We drank cold beer. We kissed in the ocean. And for the first time in a long, long time, the trauma didn’t hover over every interaction. It was still there, yes—but it wasn’t leading. It wasn’t writing the script. For once, love was.</w:t>
      </w:r>
    </w:p>
    <w:p w14:paraId="51415A40" w14:textId="77777777" w:rsidR="003C28AA" w:rsidRDefault="00000000" w:rsidP="00B406C8">
      <w:r>
        <w:t>I wished those days would never end.</w:t>
      </w:r>
    </w:p>
    <w:p w14:paraId="53302C61" w14:textId="77777777" w:rsidR="003C28AA" w:rsidRDefault="00000000" w:rsidP="00B406C8">
      <w:r>
        <w:t>then came that night.</w:t>
      </w:r>
    </w:p>
    <w:p w14:paraId="7A236AFD" w14:textId="77777777" w:rsidR="003C28AA" w:rsidRDefault="00000000" w:rsidP="00B406C8">
      <w:r>
        <w:t>We were sitting in a tiny restaurant with only four tables and a plastic sign swinging above the door. The walls were covered in faded pictures of tourists holding bowls of curry, smiling with chopsticks in hand. I was mid-bite into a particularly delicious pad Thai when it happened.</w:t>
      </w:r>
    </w:p>
    <w:p w14:paraId="3BCC5F60" w14:textId="77777777" w:rsidR="003C28AA" w:rsidRDefault="00000000" w:rsidP="00B406C8">
      <w:r>
        <w:t>A thought.</w:t>
      </w:r>
    </w:p>
    <w:p w14:paraId="2A73BC45" w14:textId="77777777" w:rsidR="003C28AA" w:rsidRDefault="00000000" w:rsidP="00B406C8">
      <w:r>
        <w:lastRenderedPageBreak/>
        <w:t>Not even a thought—a shift. A flicker. A feeling.</w:t>
      </w:r>
    </w:p>
    <w:p w14:paraId="350A671A" w14:textId="77777777" w:rsidR="003C28AA" w:rsidRDefault="00000000" w:rsidP="00B406C8">
      <w:r>
        <w:t>Something I couldn’t explain.</w:t>
      </w:r>
    </w:p>
    <w:p w14:paraId="6B222796" w14:textId="77777777" w:rsidR="003C28AA" w:rsidRDefault="00000000" w:rsidP="00B406C8">
      <w:r>
        <w:t>It was like a whisper in my bloodstream, a fluttering just beneath my skin. My heart started to race. I felt warm—too warm. I blinked, put down my fork and looked at Max across the table.</w:t>
      </w:r>
    </w:p>
    <w:p w14:paraId="185588DA" w14:textId="77777777" w:rsidR="003C28AA" w:rsidRDefault="00000000" w:rsidP="00B406C8">
      <w:r>
        <w:t>“I’m just going to nip out,” I said, casually, though my hands had already started shaking.</w:t>
      </w:r>
    </w:p>
    <w:p w14:paraId="246FC147" w14:textId="77777777" w:rsidR="003C28AA" w:rsidRDefault="00000000" w:rsidP="00B406C8">
      <w:r>
        <w:t>He looked up, mid-sentence, a little confused. “Everything okay?”</w:t>
      </w:r>
    </w:p>
    <w:p w14:paraId="6E568F77" w14:textId="77777777" w:rsidR="003C28AA" w:rsidRDefault="00000000" w:rsidP="00B406C8">
      <w:r>
        <w:t>“Yeah,” I said. “I just... I’ll be five minutes.”</w:t>
      </w:r>
    </w:p>
    <w:p w14:paraId="09CABDCC" w14:textId="77777777" w:rsidR="003C28AA" w:rsidRDefault="00000000" w:rsidP="00B406C8">
      <w:r>
        <w:t>I walked—quickly, silently—to the nearest 7-Eleven I’d seen earlier on the strip. My flip-flops slapped the pavement as I moved with a sense of urgency I couldn’t justify, not yet. The fluorescent lights inside the shop made me feel slightly dizzy. I found the aisle, grabbed a pregnancy test, paid in baht with trembling fingers and held the bag to my chest all the way back to our hotel.</w:t>
      </w:r>
    </w:p>
    <w:p w14:paraId="41DFEE6F" w14:textId="77777777" w:rsidR="003C28AA" w:rsidRDefault="00000000" w:rsidP="00B406C8">
      <w:r>
        <w:t>I don’t remember the walk. I don’t remember the hotel lobby. I remember only the sound of my heart. A wild, thumping rhythm in my ears.</w:t>
      </w:r>
    </w:p>
    <w:p w14:paraId="46CB026C" w14:textId="77777777" w:rsidR="003C28AA" w:rsidRDefault="00000000" w:rsidP="00B406C8">
      <w:r>
        <w:t>When I opened the door to our room, Max was already back. He was brushing sand from his shoes, humming under his breath, looking completely unaware of what I was about to do.</w:t>
      </w:r>
    </w:p>
    <w:p w14:paraId="7528CADD" w14:textId="77777777" w:rsidR="003C28AA" w:rsidRDefault="00000000" w:rsidP="00B406C8">
      <w:r>
        <w:t>I slipped into the bathroom, tore open the box with nervous hands and followed the instructions. I poured the liquid into the small orange plastic bowl that came with the kit—so different from the ones at home, but unmistakable in purpose.</w:t>
      </w:r>
    </w:p>
    <w:p w14:paraId="38FB7420" w14:textId="77777777" w:rsidR="003C28AA" w:rsidRDefault="00000000" w:rsidP="00B406C8">
      <w:r>
        <w:t>Then I waited.</w:t>
      </w:r>
    </w:p>
    <w:p w14:paraId="21A2C293" w14:textId="77777777" w:rsidR="003C28AA" w:rsidRDefault="00000000" w:rsidP="00B406C8">
      <w:r>
        <w:t>The room buzzed with silence. Five minutes stretched like hours.</w:t>
      </w:r>
    </w:p>
    <w:p w14:paraId="7C0F37CC" w14:textId="77777777" w:rsidR="003C28AA" w:rsidRDefault="00000000" w:rsidP="00B406C8">
      <w:r>
        <w:t>then, two pink lines.</w:t>
      </w:r>
    </w:p>
    <w:p w14:paraId="6EDC885D" w14:textId="77777777" w:rsidR="003C28AA" w:rsidRDefault="00000000" w:rsidP="00B406C8">
      <w:r>
        <w:lastRenderedPageBreak/>
        <w:t>Two.</w:t>
      </w:r>
    </w:p>
    <w:p w14:paraId="1D685059" w14:textId="77777777" w:rsidR="003C28AA" w:rsidRDefault="00000000" w:rsidP="00B406C8">
      <w:r>
        <w:t>I stared, frozen. My mouth went dry. My eyes blurred with tears. I sank to the floor of the bathroom, the test still in my hand, knees drawn to my chest as emotion swallowed me whole.</w:t>
      </w:r>
    </w:p>
    <w:p w14:paraId="45DF23D9" w14:textId="77777777" w:rsidR="003C28AA" w:rsidRDefault="00000000" w:rsidP="00B406C8">
      <w:r>
        <w:t>It didn’t feel real. It couldn’t be real.</w:t>
      </w:r>
    </w:p>
    <w:p w14:paraId="1C6F1A8B" w14:textId="77777777" w:rsidR="003C28AA" w:rsidRDefault="00000000" w:rsidP="00B406C8">
      <w:r>
        <w:t>it was.</w:t>
      </w:r>
    </w:p>
    <w:p w14:paraId="6D5A10BF" w14:textId="77777777" w:rsidR="003C28AA" w:rsidRDefault="00000000" w:rsidP="00B406C8">
      <w:r>
        <w:t>I was pregnant.</w:t>
      </w:r>
    </w:p>
    <w:p w14:paraId="33416FD1" w14:textId="77777777" w:rsidR="003C28AA" w:rsidRDefault="00000000" w:rsidP="00B406C8">
      <w:r>
        <w:t>On my honeymoon. With Max. After everything. After months of devastation, heartbreak, medication, negative tests, guilt, doubt, surrender. Was this finally our chance?</w:t>
      </w:r>
    </w:p>
    <w:p w14:paraId="706B6549" w14:textId="77777777" w:rsidR="003C28AA" w:rsidRDefault="00000000" w:rsidP="00B406C8">
      <w:r>
        <w:t>I was holding a miracle in my hand.</w:t>
      </w:r>
    </w:p>
    <w:p w14:paraId="6319A2D8" w14:textId="77777777" w:rsidR="003C28AA" w:rsidRDefault="00000000" w:rsidP="00B406C8">
      <w:r>
        <w:t>The fear was immediate. Fear of losing it. Fear of another stillbirth. Fear of my body turning against me. Fear of the heartbreak I might have to endure all over again. Just pure FEAR.</w:t>
      </w:r>
    </w:p>
    <w:p w14:paraId="69892616" w14:textId="77777777" w:rsidR="003C28AA" w:rsidRDefault="00000000" w:rsidP="00B406C8">
      <w:r>
        <w:t>underneath the fear, curling quietly in the centre of my chest, was something else:</w:t>
      </w:r>
    </w:p>
    <w:p w14:paraId="4D87103B" w14:textId="77777777" w:rsidR="003C28AA" w:rsidRDefault="00000000" w:rsidP="00B406C8">
      <w:r>
        <w:t>Joy.</w:t>
      </w:r>
    </w:p>
    <w:p w14:paraId="51867309" w14:textId="77777777" w:rsidR="003C28AA" w:rsidRDefault="00000000" w:rsidP="00B406C8">
      <w:r>
        <w:t>Not loud, not giddy, but joy all the same. The kind of joy that made space in your lungs again. The kind that brought breath.</w:t>
      </w:r>
    </w:p>
    <w:p w14:paraId="2DF804AD" w14:textId="77777777" w:rsidR="003C28AA" w:rsidRDefault="00000000" w:rsidP="00B406C8">
      <w:r>
        <w:t>When I stepped out of the bathroom, my face must have said it all.</w:t>
      </w:r>
    </w:p>
    <w:p w14:paraId="1ED8239C" w14:textId="77777777" w:rsidR="003C28AA" w:rsidRDefault="00000000" w:rsidP="00B406C8">
      <w:r>
        <w:t>Max looked up from the bed and stood without a word trying to distinguish my emotion as I grinned with tears.</w:t>
      </w:r>
    </w:p>
    <w:p w14:paraId="64DAEB71" w14:textId="77777777" w:rsidR="003C28AA" w:rsidRDefault="00000000" w:rsidP="00B406C8">
      <w:r>
        <w:t>“I’m pregnant,” I whispered and felt the air catch in the space between us.</w:t>
      </w:r>
    </w:p>
    <w:p w14:paraId="3D872ABD" w14:textId="77777777" w:rsidR="003C28AA" w:rsidRDefault="00000000" w:rsidP="00B406C8">
      <w:r>
        <w:t>He stared at me, blinking, searching my face for confirmation, for meaning, for reassurance that he’d heard me right. Then his expression crumpled—relief and terror and disbelief all at once. He took a step toward me, his arms pulling me in and we stood there in silence, foreheads pressed together, hearts pounding in rhythm.</w:t>
      </w:r>
    </w:p>
    <w:p w14:paraId="057F6297" w14:textId="77777777" w:rsidR="003C28AA" w:rsidRDefault="00000000" w:rsidP="00B406C8">
      <w:r>
        <w:lastRenderedPageBreak/>
        <w:t>The joy was immense.</w:t>
      </w:r>
    </w:p>
    <w:p w14:paraId="02F5EABD" w14:textId="77777777" w:rsidR="003C28AA" w:rsidRDefault="00000000" w:rsidP="00B406C8">
      <w:r>
        <w:t>So was the guilt.</w:t>
      </w:r>
    </w:p>
    <w:p w14:paraId="2F3B0AC2" w14:textId="77777777" w:rsidR="003C28AA" w:rsidRDefault="00000000" w:rsidP="00B406C8">
      <w:r>
        <w:t>Mia and Leo’s memory rushed in like a wave. Were we allowed to feel this? Were we betraying them by moving forward? Could we hold hope and sorrow in the same breath?</w:t>
      </w:r>
    </w:p>
    <w:p w14:paraId="071893DE" w14:textId="77777777" w:rsidR="003C28AA" w:rsidRDefault="00000000" w:rsidP="00B406C8">
      <w:r>
        <w:t>We didn’t have answers.</w:t>
      </w:r>
    </w:p>
    <w:p w14:paraId="54ED5888" w14:textId="77777777" w:rsidR="003C28AA" w:rsidRDefault="00000000" w:rsidP="00B406C8">
      <w:r>
        <w:t>we had this moment.</w:t>
      </w:r>
    </w:p>
    <w:p w14:paraId="306A2BAE" w14:textId="77777777" w:rsidR="003C28AA" w:rsidRDefault="00000000" w:rsidP="00B406C8">
      <w:r>
        <w:t>for the first time since the darkest days of the hospital, we allowed ourselves to dream again.</w:t>
      </w:r>
    </w:p>
    <w:p w14:paraId="741A769E" w14:textId="77777777" w:rsidR="003C28AA" w:rsidRDefault="00000000" w:rsidP="00B406C8">
      <w:r>
        <w:t>It took time—real, soul-searching time—to understand what this new pregnancy meant for us. For me. For Max. For the memory of Mia and Leo. It wasn’t simple. It wasn’t a celebration straight away. People love to speak in platitudes: “Everything happens for a reason.” “This baby will heal you.” But we knew the truth. This child was not a replacement. She was not the balm for our wounds or the chapter that would erase what came before. She was her own miracle, yes—but born out of and into, a history already heavy with love and loss.</w:t>
      </w:r>
    </w:p>
    <w:p w14:paraId="36458562" w14:textId="77777777" w:rsidR="003C28AA" w:rsidRDefault="00000000" w:rsidP="00B406C8">
      <w:r>
        <w:t>We weren’t trying to move on from Mia and Leo. We were moving forward with them. This baby, we told ourselves quietly, was their sibling. Not their stand-in.</w:t>
      </w:r>
    </w:p>
    <w:p w14:paraId="241ACF5A" w14:textId="77777777" w:rsidR="003C28AA" w:rsidRDefault="00000000" w:rsidP="00B406C8">
      <w:r>
        <w:t>They would always be our first children.</w:t>
      </w:r>
    </w:p>
    <w:p w14:paraId="339185DD" w14:textId="77777777" w:rsidR="003C28AA" w:rsidRDefault="00000000" w:rsidP="00B406C8">
      <w:pPr>
        <w:ind w:firstLine="0"/>
        <w:jc w:val="center"/>
      </w:pPr>
      <w:r>
        <w:rPr>
          <w:b/>
        </w:rPr>
        <w:t>Chapter Sixteen</w:t>
      </w:r>
    </w:p>
    <w:p w14:paraId="70C944C7" w14:textId="77777777" w:rsidR="003C28AA" w:rsidRDefault="00000000" w:rsidP="00B406C8">
      <w:r>
        <w:t>When we landed back in the UK, jet-lagged and wide-eyed, there was no easing into reality. I made an appointment almost immediately with the obstetrician who had looked after me during my pregnancy with the twins. My hands trembled as I made the call and my voice cracked as I gave my name. I hadn’t spoken it in a clinical setting in so long—it felt like summoning a ghost.</w:t>
      </w:r>
    </w:p>
    <w:p w14:paraId="746069CB" w14:textId="77777777" w:rsidR="003C28AA" w:rsidRDefault="00000000" w:rsidP="00B406C8">
      <w:r>
        <w:lastRenderedPageBreak/>
        <w:t>The first scan was booked just days later.</w:t>
      </w:r>
    </w:p>
    <w:p w14:paraId="31C79957" w14:textId="77777777" w:rsidR="003C28AA" w:rsidRDefault="00000000" w:rsidP="00B406C8">
      <w:r>
        <w:t>Walking into the maternity unit again—those same white corridors, that same antiseptic tang in the air—was like stepping into a haunted house built from my memories. My chest tightened. My skin prickled. I could barely breathe as we waited. Every sound, every shuffle of the sonographer’s chair, felt familiar and terrifying. It was the same room where they had once told me that Mia and Leo had no heartbeat.</w:t>
      </w:r>
    </w:p>
    <w:p w14:paraId="51527D8A" w14:textId="77777777" w:rsidR="003C28AA" w:rsidRDefault="00000000" w:rsidP="00B406C8">
      <w:r>
        <w:t>Now I was back.</w:t>
      </w:r>
    </w:p>
    <w:p w14:paraId="64A6F64A" w14:textId="77777777" w:rsidR="003C28AA" w:rsidRDefault="00000000" w:rsidP="00B406C8">
      <w:r>
        <w:t>this time, the stakes felt even higher.</w:t>
      </w:r>
    </w:p>
    <w:p w14:paraId="744368F2" w14:textId="77777777" w:rsidR="003C28AA" w:rsidRDefault="00000000" w:rsidP="00B406C8">
      <w:r>
        <w:t>I lay on the exam table, my gown riding up slightly as the cold jelly touched my belly. My palms were slick with sweat. I stared hard at the ceiling tiles and braced myself for the worst, convinced it was coming.</w:t>
      </w:r>
    </w:p>
    <w:p w14:paraId="591DF39D" w14:textId="77777777" w:rsidR="003C28AA" w:rsidRDefault="00000000" w:rsidP="00B406C8">
      <w:r>
        <w:t>then—</w:t>
      </w:r>
    </w:p>
    <w:p w14:paraId="6D17B6DB" w14:textId="77777777" w:rsidR="003C28AA" w:rsidRDefault="00000000" w:rsidP="00B406C8">
      <w:r>
        <w:t>A flicker.</w:t>
      </w:r>
    </w:p>
    <w:p w14:paraId="41CEF42F" w14:textId="77777777" w:rsidR="003C28AA" w:rsidRDefault="00000000" w:rsidP="00B406C8">
      <w:r>
        <w:t>A rhythm.</w:t>
      </w:r>
    </w:p>
    <w:p w14:paraId="3B7A7608" w14:textId="77777777" w:rsidR="003C28AA" w:rsidRDefault="00000000" w:rsidP="00B406C8">
      <w:r>
        <w:t>A sound.</w:t>
      </w:r>
    </w:p>
    <w:p w14:paraId="640EEB45" w14:textId="77777777" w:rsidR="003C28AA" w:rsidRDefault="00000000" w:rsidP="00B406C8">
      <w:r>
        <w:t>There she was. A tiny, perfect flickering heartbeat. Strong. Steady.</w:t>
      </w:r>
    </w:p>
    <w:p w14:paraId="2B649228" w14:textId="77777777" w:rsidR="003C28AA" w:rsidRDefault="00000000" w:rsidP="00B406C8">
      <w:r>
        <w:t>I sobbed with relief.</w:t>
      </w:r>
    </w:p>
    <w:p w14:paraId="4C47C513" w14:textId="77777777" w:rsidR="003C28AA" w:rsidRDefault="00000000" w:rsidP="00B406C8">
      <w:r>
        <w:t>Max gripped my hand so tightly that my knuckles ached, but I didn’t dare ask him to let go. In that moment, we both held on for dear life—to each other, to the hope forming on the grainy black-and-white screen before us, to the idea that this might, somehow, be okay.</w:t>
      </w:r>
    </w:p>
    <w:p w14:paraId="78603ABF" w14:textId="77777777" w:rsidR="003C28AA" w:rsidRDefault="00000000" w:rsidP="00B406C8">
      <w:r>
        <w:t>That was the beginning.</w:t>
      </w:r>
    </w:p>
    <w:p w14:paraId="1EBAB137" w14:textId="77777777" w:rsidR="003C28AA" w:rsidRDefault="00000000" w:rsidP="00B406C8">
      <w:r>
        <w:t xml:space="preserve">The nine months that followed were the most anxious, emotionally taxing months of my life. I was placed under the care of a consultant obstetrician named Dr. Bonny—an extraordinary </w:t>
      </w:r>
      <w:r>
        <w:lastRenderedPageBreak/>
        <w:t>woman whose name still makes me smile. She was calm, thorough and quietly fierce. She took one look at my history and said, without hesitation, “We will monitor you every step of the way.”</w:t>
      </w:r>
    </w:p>
    <w:p w14:paraId="7B2D6052" w14:textId="77777777" w:rsidR="003C28AA" w:rsidRDefault="00000000" w:rsidP="00B406C8">
      <w:r>
        <w:t>she did.</w:t>
      </w:r>
    </w:p>
    <w:p w14:paraId="16D525B9" w14:textId="77777777" w:rsidR="003C28AA" w:rsidRDefault="00000000" w:rsidP="00B406C8">
      <w:r>
        <w:t>Every few weeks, I was scanned. My bloods were taken, my medications adjusted. I met with transplant coordinators, liver specialists and anaesthetists. There were consultations about consultations. Each appointment was a lifeline and a minefield—both comfort and stress. I counted down the days between scans like a prisoner marking off time on a cell wall. I held my breath every time they pressed the Doppler to my stomach. Every silence between clicks made my heart race.</w:t>
      </w:r>
    </w:p>
    <w:p w14:paraId="0A14EE78" w14:textId="77777777" w:rsidR="003C28AA" w:rsidRDefault="00000000" w:rsidP="00B406C8">
      <w:r>
        <w:t>as the care poured in, something else came flooding back—anger.</w:t>
      </w:r>
    </w:p>
    <w:p w14:paraId="600D3747" w14:textId="77777777" w:rsidR="003C28AA" w:rsidRDefault="00000000" w:rsidP="00B406C8">
      <w:r>
        <w:t>I began to realise, with painful clarity, just how lacking my care had been during my first pregnancy. Dr. Bonny mentioned helplines I’d never known about, blood tests I’d never been offered, warning signs that should have set off alarms. She gently asked if anyone had ever flagged AFLP as a risk for twins. They hadn’t. Not once.</w:t>
      </w:r>
    </w:p>
    <w:p w14:paraId="760E75C8" w14:textId="77777777" w:rsidR="003C28AA" w:rsidRDefault="00000000" w:rsidP="00B406C8">
      <w:r>
        <w:t>The grief cracked open in new ways. It wasn’t just about what had happened—it was about what might have been prevented.</w:t>
      </w:r>
    </w:p>
    <w:p w14:paraId="23C97571" w14:textId="77777777" w:rsidR="003C28AA" w:rsidRDefault="00000000" w:rsidP="00B406C8">
      <w:r>
        <w:t>I didn’t have time to dwell. I couldn’t afford to spiral. Not now. Not when every gram Ava gained mattered. Not when every week she stayed in the womb was a victory.</w:t>
      </w:r>
    </w:p>
    <w:p w14:paraId="02AB263A" w14:textId="77777777" w:rsidR="003C28AA" w:rsidRDefault="00000000" w:rsidP="00B406C8">
      <w:r>
        <w:t>so, I focused.</w:t>
      </w:r>
    </w:p>
    <w:p w14:paraId="7AE63F0E" w14:textId="77777777" w:rsidR="003C28AA" w:rsidRDefault="00000000" w:rsidP="00B406C8">
      <w:r>
        <w:t xml:space="preserve">My body, though scarred and fragile, began to adapt. But it was hard. Everything was harder. The weight of carrying new life again brought every fear to the surface. I had nightmares of waking up in the ICU again, of losing consciousness and never meeting her. I worried about </w:t>
      </w:r>
      <w:r>
        <w:lastRenderedPageBreak/>
        <w:t>infections, about Olivia rejecting me, about whether my immune system was too weak to protect us both.</w:t>
      </w:r>
    </w:p>
    <w:p w14:paraId="6E0E00EF" w14:textId="77777777" w:rsidR="003C28AA" w:rsidRDefault="00000000" w:rsidP="00B406C8">
      <w:r>
        <w:t>The fatigue was unbearable. Some days I could barely get out of bed. Others I was buoyed by adrenaline and hope. My back ached constantly. My incision site itched and throbbed. My stomach stretched with a mix of awe and anxiety. The skin over my transplant scar felt taut—reminding me with every movement of what it had already endured.</w:t>
      </w:r>
    </w:p>
    <w:p w14:paraId="2A46C38B" w14:textId="77777777" w:rsidR="003C28AA" w:rsidRDefault="00000000" w:rsidP="00B406C8">
      <w:r>
        <w:t>always, always, the spectre of AFLP hovered. One in four. That was the risk of recurrence. Every day I played mental roulette. What if this time I didn’t catch it in time? What if we got to the finish line only to fall again?</w:t>
      </w:r>
    </w:p>
    <w:p w14:paraId="77C86291" w14:textId="77777777" w:rsidR="003C28AA" w:rsidRDefault="00000000" w:rsidP="00B406C8">
      <w:r>
        <w:t>I tried to distract myself with baby clothes and tiny hats, but every drawer I opened felt like a gamble. Was I preparing for joy or setting myself up for devastation? I kept receipts for everything. Just in case.</w:t>
      </w:r>
    </w:p>
    <w:p w14:paraId="5D7A41EB" w14:textId="77777777" w:rsidR="003C28AA" w:rsidRDefault="00000000" w:rsidP="00B406C8">
      <w:r>
        <w:t>As the weeks turned into trimesters, I started to feel the smallest flickers of joy. Ava began kicking—strong, rhythmic kicks that sometimes startled me in the middle of the night. Max would rest his cheek against my belly and speak to her in hushed tones. “You’ve got a big brother and sister looking out for you,” he’d whisper.</w:t>
      </w:r>
    </w:p>
    <w:p w14:paraId="363FCE48" w14:textId="77777777" w:rsidR="003C28AA" w:rsidRDefault="00000000" w:rsidP="00B406C8">
      <w:r>
        <w:t>We held space for Mia and Leo every day. They were never replaced. Ava wasn't there instead of them. She was because of them.</w:t>
      </w:r>
    </w:p>
    <w:p w14:paraId="48D967F0" w14:textId="77777777" w:rsidR="003C28AA" w:rsidRDefault="00000000" w:rsidP="00B406C8">
      <w:r>
        <w:t>When I hit 34 weeks, we had the first serious conversation about birth.</w:t>
      </w:r>
    </w:p>
    <w:p w14:paraId="57753C7A" w14:textId="77777777" w:rsidR="003C28AA" w:rsidRDefault="00000000" w:rsidP="00B406C8">
      <w:r>
        <w:t>There was no question: a planned caesarean at 37 weeks. We weren’t taking chances. I was given steroid injections to strengthen Ava’s lungs—two brutal, fiery jabs in the thigh that left me sobbing and sore, but also strangely comforted. I would endure anything to get her here safely.</w:t>
      </w:r>
    </w:p>
    <w:p w14:paraId="479DE970" w14:textId="77777777" w:rsidR="003C28AA" w:rsidRDefault="00000000" w:rsidP="00B406C8">
      <w:r>
        <w:lastRenderedPageBreak/>
        <w:t>Instead of planning a traditional baby shower, I chose something quieter, smaller—a gentle gathering of a few close friends at a local café tucked away on a quiet side street. It was warm and familiar, a place I’d visited a dozen times before, where the staff knew our names and never rushed us to leave. I didn’t send invitations or pick out colour themes. There were no banners, no games, no fuss.</w:t>
      </w:r>
    </w:p>
    <w:p w14:paraId="101154B8" w14:textId="77777777" w:rsidR="003C28AA" w:rsidRDefault="00000000" w:rsidP="00B406C8">
      <w:r>
        <w:t>It was the opposite of what we’d done for Mia and Leo.</w:t>
      </w:r>
    </w:p>
    <w:p w14:paraId="03EBC0F5" w14:textId="77777777" w:rsidR="003C28AA" w:rsidRDefault="00000000" w:rsidP="00B406C8">
      <w:r>
        <w:t>Their baby shower had been full of laughter, decorations and hopeful anticipation—a room brimming with people, presents and possibility. I remember the carefully chosen cake, the handwritten cards, the dozens of tiny socks folded and admired like heirlooms. That day had been soaked in joy, untouched by tragedy.</w:t>
      </w:r>
    </w:p>
    <w:p w14:paraId="06562DA1" w14:textId="77777777" w:rsidR="003C28AA" w:rsidRDefault="00000000" w:rsidP="00B406C8">
      <w:r>
        <w:t>now, after everything, I just didn’t have it in me.</w:t>
      </w:r>
    </w:p>
    <w:p w14:paraId="33213CED" w14:textId="77777777" w:rsidR="003C28AA" w:rsidRDefault="00000000" w:rsidP="00B406C8">
      <w:r>
        <w:t>There was no part of me that could tolerate balloons or bunting or the sound of “guess the baby weight” echoing through a room full of people who hadn’t lived what we had lived. I was grateful, of course, that we had made it this far in the pregnancy, but I carried my hope delicately—like it might crack if too many people looked at it all at once.</w:t>
      </w:r>
    </w:p>
    <w:p w14:paraId="1D2B15DC" w14:textId="77777777" w:rsidR="003C28AA" w:rsidRDefault="00000000" w:rsidP="00B406C8">
      <w:r>
        <w:t>The café gathering was gentle. There were six of us. We sat at the same weathered wooden table near the window, sipping tea from mismatched mugs and picking at pastries I barely tasted. My friends were kind, careful with their words. They didn’t push me to smile, didn’t tell me how exciting it all was. They knew. They had stood beside me in the ruins. They understood that this wasn’t excitement—it was survival. It was love wrapped in fear.</w:t>
      </w:r>
    </w:p>
    <w:p w14:paraId="18F25085" w14:textId="77777777" w:rsidR="003C28AA" w:rsidRDefault="00000000" w:rsidP="00B406C8">
      <w:r>
        <w:t>There were a few small gifts—nothing overwhelming. A blanket, a journal, a single babygrow that made me cry the moment I opened it. Not because of what it was, but because of what it meant: someone else was believing with me, just a little.</w:t>
      </w:r>
    </w:p>
    <w:p w14:paraId="2307CF9E" w14:textId="77777777" w:rsidR="003C28AA" w:rsidRDefault="00000000" w:rsidP="00B406C8">
      <w:r>
        <w:lastRenderedPageBreak/>
        <w:t>I didn’t speak much that day. I listened. I watched. I let myself be surrounded. I let myself receive and feel the warmth of their kindness.</w:t>
      </w:r>
    </w:p>
    <w:p w14:paraId="7DB496F1" w14:textId="77777777" w:rsidR="003C28AA" w:rsidRDefault="00000000" w:rsidP="00B406C8">
      <w:r>
        <w:t>By 36 weeks, my hospital bag was packed and repacked. Inside it, folded carefully, was a small teddy bear with a rainbow stitched onto its tummy. It sat beside a tiny babygrow with “little sister” embroidered on the front.</w:t>
      </w:r>
    </w:p>
    <w:p w14:paraId="140FA4BF" w14:textId="77777777" w:rsidR="003C28AA" w:rsidRDefault="00000000" w:rsidP="00B406C8">
      <w:r>
        <w:t>I didn’t let myself believe it - I was convinced that I would be leaving empty handed. I would not allow myself to acknowledge that I was a Mum to a living child until I could hold her in my arms and see her chest rise and fall beneath my palm.</w:t>
      </w:r>
    </w:p>
    <w:p w14:paraId="372FFD58" w14:textId="77777777" w:rsidR="003C28AA" w:rsidRDefault="00000000" w:rsidP="00B406C8">
      <w:r>
        <w:t>The day arrived and we made our way to the hospital, our nerves jangling with anticipation. Capped and gowned, we were led to a waiting room where we sat for what felt like an eternity, anxiously waiting to be called into the theatre. Three emergency C-sections delayed us, stretching those hours into what felt like days. But I would have waited much longer if it meant ensuring a safe delivery.</w:t>
      </w:r>
    </w:p>
    <w:p w14:paraId="4716D729" w14:textId="77777777" w:rsidR="003C28AA" w:rsidRDefault="00000000" w:rsidP="00B406C8">
      <w:r>
        <w:t>When we were finally called into the theater, the epidural was administered and Max held my hand tightly. Being awake while three surgeons worked inside my abdomen was surreal—my friend had once described it as feeling like someone doing the dishes in your belly and she wasn’t wrong. Dr. Bonny spoke to me softly throughout the procedure, her voice a comforting anchor in the chaos. And then, out of nowhere, she held up a tiny, purple baby.</w:t>
      </w:r>
    </w:p>
    <w:p w14:paraId="52491097" w14:textId="77777777" w:rsidR="003C28AA" w:rsidRDefault="00000000" w:rsidP="00B406C8">
      <w:r>
        <w:t>For a split second, my heart stopped. Ava was so quiet, so shockingly still, that I feared the worst. I didn’t expect her to be so tiny, so different from the rosy, crying newborns I had imagined. I held my breath, panic rising in my chest. But then, she let out a cry and something inside me shifted. It was as if all the fear and pain I had carried for so long suddenly melted away. She was here. She was healthy. She was mine.</w:t>
      </w:r>
    </w:p>
    <w:p w14:paraId="580E62BF" w14:textId="77777777" w:rsidR="003C28AA" w:rsidRDefault="00000000" w:rsidP="00B406C8">
      <w:r>
        <w:lastRenderedPageBreak/>
        <w:t>I watched as Max sprang into action, following the nurse to cut her cord and hold our sweet baby girl. Ava May Prashad arrived on the 20th of March, 2018—our rainbow after the storm.</w:t>
      </w:r>
    </w:p>
    <w:p w14:paraId="3AEF16D3" w14:textId="77777777" w:rsidR="003C28AA" w:rsidRDefault="00000000" w:rsidP="00B406C8">
      <w:r>
        <w:t>This was never the birth I had imagined, but none of that mattered. I had given birth to a beautiful, healthy baby and that was everything. We were wheeled into the recovery room, hoping for a few quiet moments to ourselves before sharing the news with our family. But as soon as we arrived, Mum was already there, her excitement bubbling over. At the time, we were a little put out—we had wanted those first moments to ourselves, just the three of us. But looking back, having her there was a gift. She was so thrilled to meet her granddaughter and she filmed the entire thing. Now that she’s gone, that memory is one of my most precious treasures.</w:t>
      </w:r>
    </w:p>
    <w:p w14:paraId="014B638A" w14:textId="77777777" w:rsidR="003C28AA" w:rsidRDefault="00000000" w:rsidP="00B406C8">
      <w:r>
        <w:t>Holding Ava alive in my arms, I felt a wholeness I hadn’t known in years. It was as though this tiny, perfect person had somehow mended all the broken pieces of me. Ava’s birth wasn’t just a miracle because of everything my body had endured—it was a testament to everything I had fought for. She was proof that I could survive, that I could hope, that I could love again. Mia and Leo’s blood runs through her veins, connecting us in ways that words can’t capture.</w:t>
      </w:r>
    </w:p>
    <w:p w14:paraId="4436522A" w14:textId="77777777" w:rsidR="003C28AA" w:rsidRDefault="00000000" w:rsidP="00B406C8">
      <w:r>
        <w:t>As I looked at Ava, I knew the journey wasn’t over. There would be more challenges, more moments of doubt and fear. But I also knew that I had come this far, that I had survived the unimaginable and that we could face whatever came next as a family.</w:t>
      </w:r>
    </w:p>
    <w:p w14:paraId="72FAF577" w14:textId="77777777" w:rsidR="003C28AA" w:rsidRDefault="00000000" w:rsidP="00B406C8">
      <w:pPr>
        <w:ind w:firstLine="0"/>
        <w:jc w:val="center"/>
      </w:pPr>
      <w:r>
        <w:rPr>
          <w:b/>
        </w:rPr>
        <w:t>Chapter Seventeen –</w:t>
      </w:r>
    </w:p>
    <w:p w14:paraId="20A7C43A" w14:textId="77777777" w:rsidR="003C28AA" w:rsidRDefault="00000000" w:rsidP="00B406C8">
      <w:r>
        <w:t>This new chapter of our life was just beginning—a chapter filled with hope, love and the strength that comes from knowing you’ve survived the worst. Ava was my miracle, my second chance and I was determined to make every moment count.</w:t>
      </w:r>
    </w:p>
    <w:p w14:paraId="5F1FB16C" w14:textId="77777777" w:rsidR="003C28AA" w:rsidRDefault="00000000" w:rsidP="00B406C8">
      <w:r>
        <w:lastRenderedPageBreak/>
        <w:t>When I returned home I decided to write to my donor's family again. I had been given an incredible opportunity to become a mother again and it wanted them to know that the decision they made that night really did change many lives.</w:t>
      </w:r>
    </w:p>
    <w:p w14:paraId="5DE65998" w14:textId="77777777" w:rsidR="003C28AA" w:rsidRDefault="00000000" w:rsidP="00B406C8">
      <w:r>
        <w:t>Dear Friends,</w:t>
      </w:r>
    </w:p>
    <w:p w14:paraId="6908027E" w14:textId="77777777" w:rsidR="003C28AA" w:rsidRDefault="00000000" w:rsidP="00B406C8">
      <w:r>
        <w:t>I hope you are all well. I am writing to you to again express my gratitude and let you know how much your family's gift has meant to me.</w:t>
      </w:r>
    </w:p>
    <w:p w14:paraId="735499A6" w14:textId="77777777" w:rsidR="003C28AA" w:rsidRDefault="00000000" w:rsidP="00B406C8">
      <w:r>
        <w:t>I received a full liver transplant back in 2016, I know this must have been such a hard time for you and I hope you are beginning to heal. In my first letter I explained to you that I was a healthy young woman before transplant and only became gravely unwell when I was in my last trimester of pregnancy. Through no fault of my own I was in ICU with little hope of survival, I lost my darling twins but they were able to save me with your amazing gift of life. This year I gave birth to a healthy baby girl at 37 weeks weighing 6lb 7oz. She is so beautiful, thank you so much for giving me the chance to become a mummy. I have also married my husband who was there for me through thick and thin, restarted my last year of university and am studying to become a solicitor in medical negligence.</w:t>
      </w:r>
    </w:p>
    <w:p w14:paraId="0F977B81" w14:textId="77777777" w:rsidR="003C28AA" w:rsidRDefault="00000000" w:rsidP="00B406C8">
      <w:r>
        <w:t>I wanted to assure you that I am living every day to its fullest and think of you and her often. I know we are not allowed to know each other's circumstances but if you ever did want to meet or reply to my letter the Donor family care department or your local hospital can help you to do so.</w:t>
      </w:r>
    </w:p>
    <w:p w14:paraId="4169C3A1" w14:textId="77777777" w:rsidR="003C28AA" w:rsidRDefault="00000000" w:rsidP="00B406C8">
      <w:r>
        <w:t>Sending loving thoughts.</w:t>
      </w:r>
    </w:p>
    <w:p w14:paraId="1182C112" w14:textId="77777777" w:rsidR="003C28AA" w:rsidRDefault="00000000" w:rsidP="00B406C8">
      <w:r>
        <w:t>Louise’</w:t>
      </w:r>
    </w:p>
    <w:p w14:paraId="60359140" w14:textId="77777777" w:rsidR="003C28AA" w:rsidRDefault="00000000" w:rsidP="00B406C8">
      <w:r>
        <w:t>Again, I received no reply but I hoped deep down that this would be a small offering helping to heal her family's grief.</w:t>
      </w:r>
    </w:p>
    <w:p w14:paraId="0212298F" w14:textId="77777777" w:rsidR="003C28AA" w:rsidRDefault="00000000" w:rsidP="00B406C8">
      <w:r>
        <w:lastRenderedPageBreak/>
        <w:t>My Mum drove us home from the hospital.</w:t>
      </w:r>
    </w:p>
    <w:p w14:paraId="0DD0F63E" w14:textId="77777777" w:rsidR="003C28AA" w:rsidRDefault="00000000" w:rsidP="00B406C8">
      <w:r>
        <w:t>I was folded into the passenger seat like something breakable, every bump in the road sending hot knives through my abdomen. The pain from the C-section was deeper than I’d expected—raw, grinding, unrelenting. I clutched the seatbelt away from the incision and winced with every breath, trying to keep my face still for Ava, asleep in her car seat behind me.</w:t>
      </w:r>
    </w:p>
    <w:p w14:paraId="24837135" w14:textId="77777777" w:rsidR="003C28AA" w:rsidRDefault="00000000" w:rsidP="00B406C8">
      <w:r>
        <w:t>This wasn’t how I pictured it.</w:t>
      </w:r>
    </w:p>
    <w:p w14:paraId="619AD013" w14:textId="77777777" w:rsidR="003C28AA" w:rsidRDefault="00000000" w:rsidP="00B406C8">
      <w:r>
        <w:t>I thought I’d walk through the door with her in my arms, triumphant. Instead, I shuffled across the threshold like a ghost in pyjamas, hollowed out by exhaustion and surgery and everything that had come before.</w:t>
      </w:r>
    </w:p>
    <w:p w14:paraId="0B2D503B" w14:textId="77777777" w:rsidR="003C28AA" w:rsidRDefault="00000000" w:rsidP="00B406C8">
      <w:r>
        <w:t>During my pregnancy we had moved from York to Pudsey to be nearer to the hospital just in case. We were so scared that we moved. Walking into this new house though felt like a new chapter.</w:t>
      </w:r>
    </w:p>
    <w:p w14:paraId="646BAD6A" w14:textId="77777777" w:rsidR="003C28AA" w:rsidRDefault="00000000" w:rsidP="00B406C8">
      <w:r>
        <w:t>Max met us at the door, eyes wide and full of something I couldn’t quite name—relief, pride, terror, love. He took the car seat from my Mum, careful and quiet, as if Ava might break under the weight of a sudden sound.</w:t>
      </w:r>
    </w:p>
    <w:p w14:paraId="11E8AE60" w14:textId="77777777" w:rsidR="003C28AA" w:rsidRDefault="00000000" w:rsidP="00B406C8">
      <w:r>
        <w:t>when I walked into the nursery, I cried. Not delicate tears—real ones. Because Max had finished it while I was still in hospital. The room was perfect. Soft and peaceful. He’d painted a mountain scene across the far wall—shades of grey and sage green rising into peaks, with hot air balloons drifting between them. Hope, floating. Dreams, anchored. It was everything we hadn’t been able to finish before, the last time.</w:t>
      </w:r>
    </w:p>
    <w:p w14:paraId="26765DD0" w14:textId="77777777" w:rsidR="003C28AA" w:rsidRDefault="00000000" w:rsidP="00B406C8">
      <w:r>
        <w:t>This time, he had made sure it was ready.</w:t>
      </w:r>
    </w:p>
    <w:p w14:paraId="25F9AC3C" w14:textId="77777777" w:rsidR="003C28AA" w:rsidRDefault="00000000" w:rsidP="00B406C8">
      <w:r>
        <w:lastRenderedPageBreak/>
        <w:t>I sat on the edge of the nursing chair—slowly, carefully, hand on my belly—and looked at what he’d built. The drawer full of muslins. The tiny babygros folded with such care. The mobile that turned gently above the crib, casting slow-moving shadows across the walls.</w:t>
      </w:r>
    </w:p>
    <w:p w14:paraId="7651520F" w14:textId="77777777" w:rsidR="003C28AA" w:rsidRDefault="00000000" w:rsidP="00B406C8">
      <w:r>
        <w:t>It felt like entering someone else’s life. Like I was borrowing a version of motherhood that might dissolve if I breathed too hard.</w:t>
      </w:r>
    </w:p>
    <w:p w14:paraId="28C6089B" w14:textId="77777777" w:rsidR="003C28AA" w:rsidRDefault="00000000" w:rsidP="00B406C8">
      <w:r>
        <w:t>The first night was agony.</w:t>
      </w:r>
    </w:p>
    <w:p w14:paraId="5044DF3A" w14:textId="77777777" w:rsidR="003C28AA" w:rsidRDefault="00000000" w:rsidP="00B406C8">
      <w:r>
        <w:t>Physically, yes. The C-section tore at me with every movement. Sitting up felt like being ripped open. Lying down wasn’t any easier. I couldn’t find a position that didn’t make me want to scream. But I didn’t scream. I gritted my teeth and kept moving. Because Ava needed me.</w:t>
      </w:r>
    </w:p>
    <w:p w14:paraId="7D348165" w14:textId="77777777" w:rsidR="003C28AA" w:rsidRDefault="00000000" w:rsidP="00B406C8">
      <w:r>
        <w:t>emotionally? I was wrecked. I was terrified.</w:t>
      </w:r>
    </w:p>
    <w:p w14:paraId="6254EAE9" w14:textId="77777777" w:rsidR="003C28AA" w:rsidRDefault="00000000" w:rsidP="00B406C8">
      <w:r>
        <w:t>I tried to breastfeed through tears. My nipples cracked and bled, raw and unforgiving. Each latch felt like a blade. The midwives had praised me—“Well done, you’re doing amazing!”—but they weren’t there in the quiet of night when I sobbed into a muslin cloth, Ava rooting blindly, my body on fire.</w:t>
      </w:r>
    </w:p>
    <w:p w14:paraId="6EC4EA26" w14:textId="77777777" w:rsidR="003C28AA" w:rsidRDefault="00000000" w:rsidP="00B406C8">
      <w:r>
        <w:t>I sat bolt upright for hours, cradling her against me, willing myself to stay awake. Then, when I finally drifted off for a moment, I’d wake with a jolt—panic surging, convinced she wasn’t breathing. I’d fumble for her chest in the dark, lay my palm over her ribcage to feel it rise and fall, rise and fall, over and over again.</w:t>
      </w:r>
    </w:p>
    <w:p w14:paraId="1357972A" w14:textId="77777777" w:rsidR="003C28AA" w:rsidRDefault="00000000" w:rsidP="00B406C8">
      <w:r>
        <w:t>Every ten minutes. Like clockwork. Because I knew what it was to lose a baby. And I couldn’t bear to lose another.</w:t>
      </w:r>
    </w:p>
    <w:p w14:paraId="224ED457" w14:textId="77777777" w:rsidR="003C28AA" w:rsidRDefault="00000000" w:rsidP="00B406C8">
      <w:r>
        <w:t>I felt broken—physically, emotionally, in ways I couldn’t yet name. My body, stitched back together, wasn’t ready to mother a newborn. But there was no option. No break. No pause.</w:t>
      </w:r>
    </w:p>
    <w:p w14:paraId="4534DC48" w14:textId="77777777" w:rsidR="003C28AA" w:rsidRDefault="00000000" w:rsidP="00B406C8">
      <w:r>
        <w:t>It was just me, Ava, the ache in my stomach and the ache in my heart.</w:t>
      </w:r>
    </w:p>
    <w:p w14:paraId="17F3855C" w14:textId="77777777" w:rsidR="003C28AA" w:rsidRDefault="00000000" w:rsidP="00B406C8">
      <w:r>
        <w:lastRenderedPageBreak/>
        <w:t>Max did everything he could. He cooked, he cleaned, he lifted what I couldn’t. He’d tiptoe into the nursery and take her for a walk around the room while I tried to sleep. But the truth was, I didn’t trust sleep. Sleep was when things slipped away. I’d learnt that the hard way.</w:t>
      </w:r>
    </w:p>
    <w:p w14:paraId="744FCDAC" w14:textId="77777777" w:rsidR="003C28AA" w:rsidRDefault="00000000" w:rsidP="00B406C8">
      <w:r>
        <w:t>So I sat up, night after night, watching her breathe. Sometimes whispering to Mia and Leo—telling them their sister was here, asking them to keep her safe.</w:t>
      </w:r>
    </w:p>
    <w:p w14:paraId="3492229E" w14:textId="77777777" w:rsidR="003C28AA" w:rsidRDefault="00000000" w:rsidP="00B406C8">
      <w:r>
        <w:t>in the quiet of that room, under a ceiling painted with hot air balloons and hope, I learned what it meant to mother from the ashes.</w:t>
      </w:r>
    </w:p>
    <w:p w14:paraId="6546C6DC" w14:textId="77777777" w:rsidR="003C28AA" w:rsidRDefault="00000000" w:rsidP="00B406C8">
      <w:r>
        <w:t>It wasn’t blissful. It wasn’t polished.</w:t>
      </w:r>
    </w:p>
    <w:p w14:paraId="6747E05A" w14:textId="77777777" w:rsidR="003C28AA" w:rsidRDefault="00000000" w:rsidP="00B406C8">
      <w:r>
        <w:t>It was blood and fear and love that hurt so much I could hardly bear it.</w:t>
      </w:r>
    </w:p>
    <w:p w14:paraId="4B76D541" w14:textId="77777777" w:rsidR="003C28AA" w:rsidRDefault="00000000" w:rsidP="00B406C8">
      <w:r>
        <w:t>Max had to return to work after one week, the paternity he had been promised faded when his manager decided to take a holiday. I was left alone with Ava and the mother in me began to blossom.</w:t>
      </w:r>
    </w:p>
    <w:p w14:paraId="28E0026B" w14:textId="77777777" w:rsidR="003C28AA" w:rsidRDefault="00000000" w:rsidP="00B406C8">
      <w:r>
        <w:t>va and I settled into a rhythm. Mornings wrapped in dressing gowns and sunlight. Coffee in one hand, her pressed gently to my chest in the sling. I’d breathe in the scent of her hair—sweet and milky and new. That smell did something to me. Calmed something old. Reminded me I was here. That she was.</w:t>
      </w:r>
    </w:p>
    <w:p w14:paraId="34C99A9D" w14:textId="77777777" w:rsidR="003C28AA" w:rsidRDefault="00000000" w:rsidP="00B406C8">
      <w:r>
        <w:t>After the chaos of everything that came before, maternity leave became our sanctuary. Not perfect. But ours.</w:t>
      </w:r>
    </w:p>
    <w:p w14:paraId="353D4769" w14:textId="77777777" w:rsidR="003C28AA" w:rsidRDefault="00000000" w:rsidP="00B406C8">
      <w:r>
        <w:t>I threw myself into motherhood—not because I had to prove anything, but because I wanted to. I had longed for this. Fought for it. And now that it was here, I didn’t want to miss a second.</w:t>
      </w:r>
    </w:p>
    <w:p w14:paraId="0AE960D6" w14:textId="77777777" w:rsidR="003C28AA" w:rsidRDefault="00000000" w:rsidP="00B406C8">
      <w:r>
        <w:t xml:space="preserve">I signed us up for baby massage classes at the community centre down the road. I remember walking in the first time, clutching the car seat like a shield, heart thudding. Part of me </w:t>
      </w:r>
      <w:r>
        <w:lastRenderedPageBreak/>
        <w:t>still felt like I didn’t belong—like someone might notice I was different. That I carried something heavier behind my smile.</w:t>
      </w:r>
    </w:p>
    <w:p w14:paraId="3634B57A" w14:textId="77777777" w:rsidR="003C28AA" w:rsidRDefault="00000000" w:rsidP="00B406C8">
      <w:r>
        <w:t>then the room filled with warmth—blankets laid out in circles, mums chatting quietly, babies cooing and stretching beneath fairy lights strung across the walls. It was gentle and safe. The instructor had the calmest voice I’d ever heard. Like honey poured over a tired heart.</w:t>
      </w:r>
    </w:p>
    <w:p w14:paraId="1F22EAF4" w14:textId="77777777" w:rsidR="003C28AA" w:rsidRDefault="00000000" w:rsidP="00B406C8">
      <w:r>
        <w:t>I laid Ava down on her little mat, stripped her down to her nappy and looked at her: rolls, creases, soft pink skin. She blinked up at me like I was the whole universe. And in that moment, I believed I was.</w:t>
      </w:r>
    </w:p>
    <w:p w14:paraId="199C601F" w14:textId="77777777" w:rsidR="003C28AA" w:rsidRDefault="00000000" w:rsidP="00B406C8">
      <w:r>
        <w:t>The first time I smoothed warm oil onto her legs, my hands trembled. I was afraid to press too hard, to do it wrong, to miss the signals. But soon, my touch grew more confident. Ava’s arms waved with delight. She gurgled and kicked and I swear her smile cracked me wide open.</w:t>
      </w:r>
    </w:p>
    <w:p w14:paraId="1F2031B2" w14:textId="77777777" w:rsidR="003C28AA" w:rsidRDefault="00000000" w:rsidP="00B406C8">
      <w:r>
        <w:t>These classes became our weekly anchor. I made friends—real friends—other new mums who didn’t blink when I told them how hard the nights had been. We’d laugh about leaky boobs and nap schedules, trade muslins and baby clothes in the car park, send 3am texts when our babies refused to sleep.</w:t>
      </w:r>
    </w:p>
    <w:p w14:paraId="311F487D" w14:textId="77777777" w:rsidR="003C28AA" w:rsidRDefault="00000000" w:rsidP="00B406C8">
      <w:r>
        <w:t>There was a kind of magic in those early days. A tender sisterhood of women quietly carrying their babies—and their own invisible stories—together.</w:t>
      </w:r>
    </w:p>
    <w:p w14:paraId="182CC08C" w14:textId="77777777" w:rsidR="003C28AA" w:rsidRDefault="00000000" w:rsidP="00B406C8">
      <w:r>
        <w:t>We made the decision to move back to York. Ava and I wandered like it was ours alone. We’d stroll along the river to reach the library for story time, the pram wheels bumping over cobblestones, the sunlight playing off the water. I’d stop at the little bakery near Fossgate and treat myself to a cinnamon bun and oat milk latte, balancing the cup in one hand while rocking the pram with the other.</w:t>
      </w:r>
    </w:p>
    <w:p w14:paraId="07E38C3C" w14:textId="77777777" w:rsidR="003C28AA" w:rsidRDefault="00000000" w:rsidP="00B406C8">
      <w:r>
        <w:lastRenderedPageBreak/>
        <w:t>Sometimes we’d just sit by the Minster and watch the world go by. I’d talk to Ava like she was my best friend, telling her about the people walking past, the architecture, the life I imagined for her.</w:t>
      </w:r>
    </w:p>
    <w:p w14:paraId="3F879750" w14:textId="77777777" w:rsidR="003C28AA" w:rsidRDefault="00000000" w:rsidP="00B406C8">
      <w:r>
        <w:t>We had our routines. Our rituals. Baths with bubbles and lullabies. Afternoon naps curled together on the sofa. Her tiny fingers wrapped around just one of mine.</w:t>
      </w:r>
    </w:p>
    <w:p w14:paraId="4FC4B6C5" w14:textId="77777777" w:rsidR="003C28AA" w:rsidRDefault="00000000" w:rsidP="00B406C8">
      <w:r>
        <w:t>Some days were hard, of course. The pain still crept in at night when the house was too quiet, when old memories tiptoed in uninvited. But Ava was light in the dark. She was giggles in the bath. Milk-drunk smiles. The way she reached for me without question, without condition.</w:t>
      </w:r>
    </w:p>
    <w:p w14:paraId="48A4942F" w14:textId="77777777" w:rsidR="003C28AA" w:rsidRDefault="00000000" w:rsidP="00B406C8">
      <w:r>
        <w:t>I began to laugh again. Properly. I began to feel like a woman—not just a patient, not just a survivor—but a Mum. Her Mum.</w:t>
      </w:r>
    </w:p>
    <w:p w14:paraId="6CD5A923" w14:textId="77777777" w:rsidR="003C28AA" w:rsidRDefault="00000000" w:rsidP="00B406C8">
      <w:r>
        <w:t>The house filled with noise. With music. With new memories layered over the old ones. I began taking photos—not to prove anything to the world, but to bottle it all for myself. The way her lashes curled in sleep. The way she kicked her legs in excitement during nappy changes. The act of commando crawling out of her room without her noticing.</w:t>
      </w:r>
    </w:p>
    <w:p w14:paraId="5BC68A4A" w14:textId="77777777" w:rsidR="003C28AA" w:rsidRDefault="00000000" w:rsidP="00B406C8">
      <w:r>
        <w:t>The softness of her, the realness of her.</w:t>
      </w:r>
    </w:p>
    <w:p w14:paraId="6AB42C58" w14:textId="77777777" w:rsidR="003C28AA" w:rsidRDefault="00000000" w:rsidP="00B406C8">
      <w:r>
        <w:t>Everywhere I went, I carried a quiet sense of awe. She was here.</w:t>
      </w:r>
    </w:p>
    <w:p w14:paraId="1D1628A7" w14:textId="77777777" w:rsidR="003C28AA" w:rsidRDefault="00000000" w:rsidP="00B406C8">
      <w:r>
        <w:t>somehow—despite everything—so was I.</w:t>
      </w:r>
    </w:p>
    <w:p w14:paraId="76224BBB" w14:textId="77777777" w:rsidR="003C28AA" w:rsidRDefault="00000000" w:rsidP="00B406C8">
      <w:pPr>
        <w:ind w:firstLine="0"/>
        <w:jc w:val="center"/>
      </w:pPr>
      <w:r>
        <w:rPr>
          <w:b/>
        </w:rPr>
        <w:t>Chapter Seventeen</w:t>
      </w:r>
    </w:p>
    <w:p w14:paraId="1CC04690" w14:textId="77777777" w:rsidR="003C28AA" w:rsidRDefault="00000000" w:rsidP="00B406C8">
      <w:r>
        <w:t xml:space="preserve">2020—a year etched into our collective memory, yet one we'd rather erase. While the world was preoccupied with hoarding gin and toilet paper, my focus was elsewhere, on a far more personal and profound revelation. Amid the chaos, I found myself sitting across from my husband, Max and Ava, now two years old, preparing to break the news that, against all odds and logic, I was pregnant again. After everything we'd been through, this pregnancy was as </w:t>
      </w:r>
      <w:r>
        <w:lastRenderedPageBreak/>
        <w:t>unexpected as it was overwhelming. But there it was—a new life growing within me, an unplanned, yet deeply longed-for completion of our family.</w:t>
      </w:r>
    </w:p>
    <w:p w14:paraId="175FBF15" w14:textId="77777777" w:rsidR="003C28AA" w:rsidRDefault="00000000" w:rsidP="00B406C8">
      <w:r>
        <w:t>As I shared the news, I could see the fear in Max’s eyes. We had faced so much together and now, in the midst of a global pandemic, we were embarking on another uncertain journey. His concerns were immediate and valid—my health, fragile as it was after the transplant and our financial stability, already strained by my decision to reduce my work hours. I had felt too weak to continue full-time work, especially with a lively toddler like Ava to care for. Yet, despite the fear, I held onto the hope that this pregnancy would be as smooth as it had been with Ava. We had endured our share of heartbreak; surely, it was time for a bit of joy.</w:t>
      </w:r>
    </w:p>
    <w:p w14:paraId="4F324805" w14:textId="77777777" w:rsidR="003C28AA" w:rsidRDefault="00000000" w:rsidP="00B406C8">
      <w:r>
        <w:t>With cautious optimism, I contacted Dr. B, the consultant obstetrician who had delivered Ava. Her willingness to oversee my care again was a relief. I couldn’t bear the thought of returning to our local hospital—just the sight of the building was enough to fill me with dread. Dr. B had earned my trust over the years, a rare feat among the many medical professionals I had encountered. At eight weeks pregnant, I made the familiar drive to her office, my heart filled with a mix of hope and trepidation.</w:t>
      </w:r>
    </w:p>
    <w:p w14:paraId="5701B4EB" w14:textId="77777777" w:rsidR="003C28AA" w:rsidRDefault="00000000" w:rsidP="00B406C8">
      <w:r>
        <w:t>The moment I stepped into the ultrasound room, a wave of nausea hit me. I knew my body well enough to recognize the signs—my hormones were in overdrive and this pregnancy was very real. But nothing could have prepared me for what appeared on the screen. There, nestled together in my womb, were not one but two tiny sacs. Twins. Again. My entire body went numb, the air thickening around me as I struggled to breathe. Tears blurred my vision as I choked out the words, “I can’t do this again. I just can’t.”</w:t>
      </w:r>
    </w:p>
    <w:p w14:paraId="778671AF" w14:textId="77777777" w:rsidR="003C28AA" w:rsidRDefault="00000000" w:rsidP="00B406C8">
      <w:r>
        <w:t xml:space="preserve">The memories of Mia and Leo came rushing back, perfect in their fleeting existence and the grief I had buried so deep threatened to swallow me whole. I fled to the car, inconsolable, my </w:t>
      </w:r>
      <w:r>
        <w:lastRenderedPageBreak/>
        <w:t>mind spiraling into dark thoughts. How could this be happening? How could I survive this again? The first time had nearly destroyed me; the thought of facing Acute Fatty Liver of Pregnancy (AFLP) again was more than I could bear.</w:t>
      </w:r>
    </w:p>
    <w:p w14:paraId="7BC4505D" w14:textId="77777777" w:rsidR="003C28AA" w:rsidRDefault="00000000" w:rsidP="00B406C8">
      <w:r>
        <w:t>When I finally returned home, we sat down as a family, trying to make sense of the news. As the initial shock began to wear off, we found a sliver of hope. Perhaps we could make this work. The statistics were terrifying—a one in four chance of AFLP returning—but now we knew the signs. We would be monitored closely. Surely, this time would be different.</w:t>
      </w:r>
    </w:p>
    <w:p w14:paraId="354C017D" w14:textId="77777777" w:rsidR="003C28AA" w:rsidRDefault="00000000" w:rsidP="00B406C8">
      <w:r>
        <w:t>the doctors weren’t as optimistic. The risks were immense, they warned. If AFLP returned, we would be navigating uncharted waters. There had never been a case like mine—a woman who had undergone a liver transplant due to AFLP, now pregnant with twins again. The condition was rare, poorly understood and often associated with twin pregnancies and male fetuses. Delivery was the only cure, but the path to get there was fraught with danger. The suggestion that followed left me cold, but what choice did I have?</w:t>
      </w:r>
    </w:p>
    <w:p w14:paraId="3FE1DC12" w14:textId="77777777" w:rsidR="003C28AA" w:rsidRDefault="00000000" w:rsidP="00B406C8">
      <w:r>
        <w:t>At twenty weeks pregnant, I found myself sitting in a hospital waiting room, utterly alone. My Dad was forced to wait in the car as the hospital was on high alert. The pandemic had forced isolation upon us all, but in that moment, the loneliness was almost unbearable. My facemask was damp with tears as I prepared to say goodbye to one of my babies, a sacrifice to give myself and the other child a chance at survival. My heart was shattered once again, yet I was expected to hold it together. I didn’t want another angel; I wanted mercy, a break from the relentless cruelty of fate. I hadn’t even felt my babies move yet, but I was already so deeply attached.</w:t>
      </w:r>
    </w:p>
    <w:p w14:paraId="56C47934" w14:textId="77777777" w:rsidR="003C28AA" w:rsidRDefault="00000000" w:rsidP="00B406C8">
      <w:r>
        <w:t xml:space="preserve">In the dim ultrasound room, the sound of another baby’s heartbeat echoed faintly in the background. All I could think about was the life that was about to end. The world felt impossibly </w:t>
      </w:r>
      <w:r>
        <w:lastRenderedPageBreak/>
        <w:t>cruel. I didn’t want to go through with it, but I had no choice. The procedure—selective reduction—was typically reserved for high-order multiples, but in my case, it was a medical necessity.</w:t>
      </w:r>
    </w:p>
    <w:p w14:paraId="4A6A917D" w14:textId="77777777" w:rsidR="003C28AA" w:rsidRDefault="00000000" w:rsidP="00B406C8">
      <w:r>
        <w:t>I watched the screen as my two children danced together, unaware of what was about to happen. I could barely breathe as the doctor prepared the needle that would end one life to save another. The pain was indescribable, a physical and emotional agony that tore through me. I watched, unable to look away, as the needle pierced my abdomen, passing through my uterus and into the heart of one of my babies. The flicker on the screen faded and with it, a piece of my soul. I missed you the moment you were gone, little one and I loved you with every fiber of my being. I hope you know that, wherever you are. I ran to the car and embraced my father like a little girl, I felt so lost.</w:t>
      </w:r>
    </w:p>
    <w:p w14:paraId="755C3AD4" w14:textId="77777777" w:rsidR="003C28AA" w:rsidRDefault="00000000" w:rsidP="00B406C8">
      <w:r>
        <w:t>In the days that followed, I was haunted by what-ifs. What if I had refused the procedure? Would we be together now, or would we have met in the afterlife? I’m sorry I couldn’t walk that path with you, but I had to think of your father and Ava. Deep down, I knew you were a little girl. I would have named you Nila. Sleep tight, my darling, until we meet again.</w:t>
      </w:r>
    </w:p>
    <w:p w14:paraId="6E49CFB9" w14:textId="77777777" w:rsidR="003C28AA" w:rsidRDefault="00000000" w:rsidP="00B406C8">
      <w:r>
        <w:t>The world outside continued to spin in the strange stillness of the pandemic, while I retreated into the familiar darkness of grief. Shielding was mandatory for transplant patients, leaving me more isolated than ever. I am forever grateful for the support of Max and my friends, who did everything they could to help. But even their kindness couldn’t penetrate the depths of my sorrow. I tried to distract myself with work, taking on tasks from home, but the pain was too great to ignore. And so, I returned to this blog, abandoned two years earlier. Writing became my refuge, a way to bleed out the grief onto the page. I urge anyone going through their own battle to do the same—just start typing and let the words carry your pain away, bit by bit.</w:t>
      </w:r>
    </w:p>
    <w:p w14:paraId="20B2DE06" w14:textId="77777777" w:rsidR="003C28AA" w:rsidRDefault="00000000" w:rsidP="00B406C8">
      <w:r>
        <w:lastRenderedPageBreak/>
        <w:t>As my belly grew, the weight of my loss grew with it. Each scan brought a mix of relief and dread. There was a risk that I could lose the entire pregnancy, a consequence of the procedure. For the next eight weeks, I was on tenterhooks, every scan showing Nila still there beside her sibling, as if she was watching over them, curled up and peaceful. It wasn’t until my thirty-three-week scan that she was finally gone. I like to think she stayed just long enough to give her sibling the strength they needed to survive.</w:t>
      </w:r>
    </w:p>
    <w:p w14:paraId="08FC62BA" w14:textId="77777777" w:rsidR="003C28AA" w:rsidRDefault="00000000" w:rsidP="00B406C8">
      <w:r>
        <w:t>Nila, my little guardian angel, I carry you in my heart always.</w:t>
      </w:r>
    </w:p>
    <w:p w14:paraId="5564252D" w14:textId="77777777" w:rsidR="003C28AA" w:rsidRDefault="00000000" w:rsidP="00B406C8">
      <w:r>
        <w:t>Nico arrived into the world at 37 weeks, on the 17th of November 2020, through a planned cesarean. It should have felt familiar—after all, Ava’s birth had been similar in some ways—but this time, the world was different. We were still in lockdown, with hospitals operating under the eerie hum of pandemic protocols. Masked and gowned, I was guided into the room where my epidural would be administered. A student anesthetist asked for my consent to perform the procedure and of course, I said yes. Everyone has to learn, right? But oh, how I wish I hadn’t agreed.</w:t>
      </w:r>
    </w:p>
    <w:p w14:paraId="7DF3249B" w14:textId="77777777" w:rsidR="003C28AA" w:rsidRDefault="00000000" w:rsidP="00B406C8">
      <w:r>
        <w:t>What followed was a comedy of errors, though there was nothing funny about it at the time. The needle was placed too high, then too low and finally—after what felt like an eternity—just right. Except, "just right" didn’t feel right at all. I was numb from my chest up to my chin, my breath shallow and ragged. As I lay there, I became gripped by the terrifying sensation that my lungs weren’t working, that I couldn’t feel the rise and fall of my own chest. It was as though I were slowly drowning and it was only Max, my husband, placing his hand on my chest so I could see it move with each breath, that kept me tethered to reality.</w:t>
      </w:r>
    </w:p>
    <w:p w14:paraId="73D058C6" w14:textId="77777777" w:rsidR="003C28AA" w:rsidRDefault="00000000" w:rsidP="00B406C8">
      <w:r>
        <w:lastRenderedPageBreak/>
        <w:t>in the grand scheme of things, that moment was small. My son was about to be born. In the span of minutes, Dr. Bonny had dug deep and suddenly, there he was—a squawking, wriggling little bundle weighing just over 6lbs. Nico had arrived.</w:t>
      </w:r>
    </w:p>
    <w:p w14:paraId="1AEA978C" w14:textId="77777777" w:rsidR="003C28AA" w:rsidRDefault="00000000" w:rsidP="00B406C8">
      <w:r>
        <w:t>As we were wheeled into recovery, the plan had been for Max to leave, as per the hospital’s strict rules. But my body wasn’t cooperating—my teeth chattered uncontrollably, my muscles twitched and trembled under the lingering effects of the epidural. I couldn’t even hold my baby. So Max stayed, for a while, long enough to watch over us until I was eventually moved to the ward.</w:t>
      </w:r>
    </w:p>
    <w:p w14:paraId="34C493D3" w14:textId="77777777" w:rsidR="003C28AA" w:rsidRDefault="00000000" w:rsidP="00B406C8">
      <w:r>
        <w:t>Once there, though, the reality of the pandemic hit hard. The hospital was a ghost town, haunted by the fear of COVID and desperately understaffed. I hadn’t anticipated being left so alone—no help, no food, no comfort. The hours stretched on and by the next morning, I was still struggling to move, my body stiff and aching, trying to reach Nico in his bassinet, trying to make it to the bathroom. Aside from the obligatory toast after surgery, I hadn’t eaten in over 24 hours. By dawn, I couldn’t bear it anymore. I dressed myself, dressed my son and called my father to come and take us home.</w:t>
      </w:r>
    </w:p>
    <w:p w14:paraId="7467E7CE" w14:textId="77777777" w:rsidR="003C28AA" w:rsidRDefault="00000000" w:rsidP="00B406C8">
      <w:r>
        <w:t>The world outside was unrecognisable, shaped by fear and uncertainty and all I could think was that I needed to protect us. I needed to be home, away from the strange new reality that hovered over everything, terrified that somehow, somewhere, COVID would catch us.</w:t>
      </w:r>
    </w:p>
    <w:p w14:paraId="5134C817" w14:textId="77777777" w:rsidR="003C28AA" w:rsidRDefault="00000000" w:rsidP="00B406C8">
      <w:r>
        <w:t xml:space="preserve">We arrived home, stepping back into a world that had felt suspended while we were away. Nico nestled into our arms and the once-quiet corners of the house seemed to come alive with his tiny, new presence. The early days passed in a whirlwind, the kind of beautiful chaos that life with a newborn always brings. But this time, it was different. This time, we had two. Ava, with her boundless energy and bright eyes, took to her new role as big sister with a fierce </w:t>
      </w:r>
      <w:r>
        <w:lastRenderedPageBreak/>
        <w:t>kind of love. She was infatuated with her baby brother, her tiny hands always reaching out to touch his head, to offer him toys, to shower him with kisses. It was as though Nico had unlocked something in her, something tender and protective that I hadn’t seen before.</w:t>
      </w:r>
    </w:p>
    <w:p w14:paraId="70ECF6BD" w14:textId="77777777" w:rsidR="003C28AA" w:rsidRDefault="00000000" w:rsidP="00B406C8">
      <w:r>
        <w:t>we were happy—so happy. It was the kind of happiness that felt fragile, as if acknowledging it too fully would somehow invite it to shatter. The past lingered, a shadow that draped itself over us, dark and insistent. The trauma of everything we’d lost, everything we’d been through, hovered just at the edges. But even so, it finally felt like this could be our time. After all the heartbreak, all the fear, all the unrelenting grief—we were allowed to feel happy, weren’t we?</w:t>
      </w:r>
    </w:p>
    <w:p w14:paraId="4DC2AF70" w14:textId="77777777" w:rsidR="003C28AA" w:rsidRDefault="00000000" w:rsidP="00B406C8">
      <w:r>
        <w:t>At this point I sent a final letter to my donor's family. It was so important to let them know that their decision had not only saved my life but also allowed me to become a mother again and again.</w:t>
      </w:r>
    </w:p>
    <w:p w14:paraId="40D1426A" w14:textId="77777777" w:rsidR="003C28AA" w:rsidRDefault="00000000" w:rsidP="00B406C8">
      <w:r>
        <w:t>Ava and Nico settled into a fantastic nursery, their days filled with laughter, songs and sticky-fingered crafts. Max found work on the railway, a steady, dependable job that gave him a sense of purpose. And me? I finally began to use the degree I had worked so hard for, securing a position as a licensing officer with the local council. It wasn’t glamorous, but it felt solid—normal. Life, for the first time in a long time, began to feel… normal.</w:t>
      </w:r>
    </w:p>
    <w:p w14:paraId="36EDB779" w14:textId="77777777" w:rsidR="003C28AA" w:rsidRDefault="00000000" w:rsidP="00B406C8">
      <w:r>
        <w:t>there was still something. A dark cloud, always there, hanging just beyond our reach. We didn’t speak about it often, but it loomed large, impossible to ignore. What had caused it all—the deaths of Mia and Leo, the pregnancies that ended in devastation, the day I nearly lost my own life too? The questions circled endlessly in my mind, a cruel and relentless refrain. And until we had answers, true answers, how could we ever truly move on? I still blamed myself.</w:t>
      </w:r>
    </w:p>
    <w:p w14:paraId="58A46410" w14:textId="77777777" w:rsidR="003C28AA" w:rsidRDefault="00000000" w:rsidP="00B406C8">
      <w:r>
        <w:lastRenderedPageBreak/>
        <w:t>It was time. If we were ever going to let go of the fear, the guilt, the what-ifs, we had to know. We had to understand. Because it wasn’t just about healing from the past—it was about allowing ourselves to live fully in the present, to embrace this newfound happiness without the constant weight of uncertainty. It was about our future, Ava and Nico’s future and the life we so desperately wanted to build for them.</w:t>
      </w:r>
    </w:p>
    <w:p w14:paraId="359FA21D" w14:textId="77777777" w:rsidR="003C28AA" w:rsidRDefault="00000000" w:rsidP="00B406C8">
      <w:r>
        <w:t>So, we braced ourselves for the journey ahead—the reports, the interviews, appointments and perhaps court. We knew that whatever we uncovered could change everything. But we also knew that the only way forward was through. Through grief, through fear, through the unknown. Only then could we truly begin to breathe again.</w:t>
      </w:r>
    </w:p>
    <w:p w14:paraId="481B0661" w14:textId="77777777" w:rsidR="003C28AA" w:rsidRDefault="00000000" w:rsidP="00B406C8">
      <w:pPr>
        <w:ind w:firstLine="0"/>
        <w:jc w:val="center"/>
      </w:pPr>
      <w:r>
        <w:rPr>
          <w:b/>
        </w:rPr>
        <w:t>Chapter Eighteen</w:t>
      </w:r>
    </w:p>
    <w:p w14:paraId="4FD09AE4" w14:textId="77777777" w:rsidR="003C28AA" w:rsidRDefault="00000000" w:rsidP="00B406C8">
      <w:pPr>
        <w:ind w:firstLine="0"/>
        <w:jc w:val="center"/>
      </w:pPr>
      <w:r>
        <w:rPr>
          <w:b/>
        </w:rPr>
        <w:t>Chapter</w:t>
      </w:r>
    </w:p>
    <w:p w14:paraId="10D30D00" w14:textId="77777777" w:rsidR="003C28AA" w:rsidRDefault="00000000" w:rsidP="00B406C8">
      <w:r>
        <w:t>It’s strange how two lives can run side by side—one filled with softness, lullabies, tiny socks and baby massage mats—and the other thick with silence, legal letters and grief that keeps re-opening itself.</w:t>
      </w:r>
    </w:p>
    <w:p w14:paraId="0BA66942" w14:textId="77777777" w:rsidR="003C28AA" w:rsidRDefault="00000000" w:rsidP="00B406C8">
      <w:r>
        <w:t>In those early days with Ava and Nico, while I poured myself into being their mother, the court case sat in the background like an unanswered knock. Always there. Always waiting.</w:t>
      </w:r>
    </w:p>
    <w:p w14:paraId="0A20BB8F" w14:textId="77777777" w:rsidR="003C28AA" w:rsidRDefault="00000000" w:rsidP="00B406C8">
      <w:r>
        <w:t>It had begun years earlier, long before Ava. When I was too weak to walk, let alone fight.</w:t>
      </w:r>
    </w:p>
    <w:p w14:paraId="24C8015E" w14:textId="77777777" w:rsidR="003C28AA" w:rsidRDefault="00000000" w:rsidP="00B406C8">
      <w:r>
        <w:t>It was my mother-in-law who reached out to the solicitor. I was still in shock after losing Mia and Leo, stitched back together, body swollen and raw with grief. She could see what I wasn’t ready to look at: that something had gone horribly wrong. That someone had to be held accountable. To be completely honest I think it was her way of saying she was their for us, her way of grieving.</w:t>
      </w:r>
    </w:p>
    <w:p w14:paraId="27E93144" w14:textId="77777777" w:rsidR="003C28AA" w:rsidRDefault="00000000" w:rsidP="00B406C8">
      <w:r>
        <w:lastRenderedPageBreak/>
        <w:t>What none of us knew then was just how long that road would be. How many years would stretch ahead of us, filled with delays, evasions and the painful process of turning something deeply personal into something legal.</w:t>
      </w:r>
    </w:p>
    <w:p w14:paraId="3813C76F" w14:textId="77777777" w:rsidR="003C28AA" w:rsidRDefault="00000000" w:rsidP="00B406C8">
      <w:r>
        <w:t>so, while I raised Ava and Nico, while I nursed through the night and traced my fingers over the mountain mural Max had painted in her nursery, the case lingered. I’d rock her in the chair and wonder: How did this happen? How did I survive while they didn’t?</w:t>
      </w:r>
    </w:p>
    <w:p w14:paraId="69D6BCF9" w14:textId="77777777" w:rsidR="003C28AA" w:rsidRDefault="00000000" w:rsidP="00B406C8">
      <w:r>
        <w:t>The hospital delayed everything. Months blurred into years. Every time I thought there might be movement, another obstacle appeared. Letters. Reports. Expert opinions. Medical records. Each one forced me back into the moments I wanted most to forget—the hours that ended with my children gone and my life hanging in the balance. I was blamed every step of the way.</w:t>
      </w:r>
    </w:p>
    <w:p w14:paraId="6E1C7984" w14:textId="77777777" w:rsidR="003C28AA" w:rsidRDefault="00000000" w:rsidP="00B406C8">
      <w:r>
        <w:t>Eventually, a full internal investigation concluded what we already knew. The hospital had failed me. The obstetrician took early retirement and disappeared quietly, like a ghost vanishing through the back door. I never got to ask the questions that haunted me. I never got the truth.</w:t>
      </w:r>
    </w:p>
    <w:p w14:paraId="556EADB8" w14:textId="77777777" w:rsidR="003C28AA" w:rsidRDefault="00000000" w:rsidP="00B406C8">
      <w:r>
        <w:t>All I got was a letter. An half baked apology and a promise that training would be done with the staff to ensure this did not happen to another woman.</w:t>
      </w:r>
    </w:p>
    <w:p w14:paraId="120B53EC" w14:textId="77777777" w:rsidR="003C28AA" w:rsidRDefault="00000000" w:rsidP="00B406C8">
      <w:r>
        <w:t>It sat in my hands for hours. I stared at the words as Ava slept beside me. What did they want me to do with it? Frame it? Forgive them? It was just paper. Hollow. It couldn’t hold my babies. It couldn’t undo anything.</w:t>
      </w:r>
    </w:p>
    <w:p w14:paraId="579F43AC" w14:textId="77777777" w:rsidR="003C28AA" w:rsidRDefault="00000000" w:rsidP="00B406C8">
      <w:r>
        <w:t>still, I pressed for more—some explanation, some sign that they had changed something, improved a system that failed not just me, but Mia and Leo. I wanted detail. I wanted truth. But I got silence. Avoidance. I was meant to disappear into the background.</w:t>
      </w:r>
    </w:p>
    <w:p w14:paraId="13F40D81" w14:textId="77777777" w:rsidR="003C28AA" w:rsidRDefault="00000000" w:rsidP="00B406C8">
      <w:r>
        <w:lastRenderedPageBreak/>
        <w:t>When you pursue a medical negligence case, you have to prove everything. Duty of care. Breach. Causation. Harm. You have to show that what happened didn’t just feel wrong—it was wrong. I knew that. But knowing it and having it recognised were two very different things.</w:t>
      </w:r>
    </w:p>
    <w:p w14:paraId="14B6D68C" w14:textId="77777777" w:rsidR="003C28AA" w:rsidRDefault="00000000" w:rsidP="00B406C8">
      <w:r>
        <w:t>It took nearly three years just to get them to admit fault. And during that time, I lived in a relentless loop of self-blame and exhaustion. I replayed every phone call I made, every appointment, every instinct I’d had that was ignored. Was there more I could have done? Could I have shouted louder?</w:t>
      </w:r>
    </w:p>
    <w:p w14:paraId="455173AE" w14:textId="77777777" w:rsidR="003C28AA" w:rsidRDefault="00000000" w:rsidP="00B406C8">
      <w:r>
        <w:t>By the time they admitted it, I didn’t feel relieved. I felt rage.</w:t>
      </w:r>
    </w:p>
    <w:p w14:paraId="60CFA43D" w14:textId="77777777" w:rsidR="003C28AA" w:rsidRDefault="00000000" w:rsidP="00B406C8">
      <w:r>
        <w:t>Next came the worst part—putting a monetary value on it. Suddenly, my children’s lives were numbers. My trauma, my suffering, the permanent damage to my body, all broken into sections and assessed by strangers.</w:t>
      </w:r>
    </w:p>
    <w:p w14:paraId="18DCA3AF" w14:textId="77777777" w:rsidR="003C28AA" w:rsidRDefault="00000000" w:rsidP="00B406C8">
      <w:r>
        <w:t>I was sent across the country to be examined. London. Edinburgh. Lancashire. Psychologists. Hepatologists.Plastic Surgeons. Surgeons. Each one writing a report, adding their piece to the puzzle. No one saw the full picture. No one could.</w:t>
      </w:r>
    </w:p>
    <w:p w14:paraId="63803D26" w14:textId="77777777" w:rsidR="003C28AA" w:rsidRDefault="00000000" w:rsidP="00B406C8">
      <w:r>
        <w:t>through all of it, I still had to mother. Still had to get up in the night and check my babies were still breathing. Still had to keep reliving my trauma. Frighten to death I wouldn’t wake the next day.</w:t>
      </w:r>
    </w:p>
    <w:p w14:paraId="49B6CD12" w14:textId="77777777" w:rsidR="003C28AA" w:rsidRDefault="00000000" w:rsidP="00B406C8">
      <w:r>
        <w:t>It took six years in total to reach the end. Six long, brutal years. We were one day away from court when the hospital offered a settlement. I accepted—not because it was enough, but because I had nothing left.</w:t>
      </w:r>
    </w:p>
    <w:p w14:paraId="04E60575" w14:textId="77777777" w:rsidR="003C28AA" w:rsidRDefault="00000000" w:rsidP="00B406C8">
      <w:r>
        <w:t>The figure meant security. A home. Stability. But it didn’t feel like justice. It felt like blood money. It felt like someone trying to pay me off to stay quiet.</w:t>
      </w:r>
    </w:p>
    <w:p w14:paraId="076C0BC9" w14:textId="77777777" w:rsidR="003C28AA" w:rsidRDefault="00000000" w:rsidP="00B406C8">
      <w:r>
        <w:lastRenderedPageBreak/>
        <w:t>What haunts me most isn’t even the settlement—it’s the way the law saw Mia and Leo. Or rather, the way it didn’t.</w:t>
      </w:r>
    </w:p>
    <w:p w14:paraId="570CCCEC" w14:textId="77777777" w:rsidR="003C28AA" w:rsidRDefault="00000000" w:rsidP="00B406C8">
      <w:r>
        <w:t>Because they had never taken a breath outside my body, the law didn’t consider them real. No birth certificates. No formal recognition. Just a stillbirth certificate—cold, clinical, reducing their entire existence to a technicality. Not one penny of the compensation reflected their loss.</w:t>
      </w:r>
    </w:p>
    <w:p w14:paraId="211E6EB3" w14:textId="77777777" w:rsidR="003C28AA" w:rsidRDefault="00000000" w:rsidP="00B406C8">
      <w:r>
        <w:t>I remember sitting with the hospital chaplain to collect their still birth certificate. His office was opposite the maternity ward. I had to walk past new mothers holding living babies to collect the document that declared mine had never lived.</w:t>
      </w:r>
    </w:p>
    <w:p w14:paraId="27899143" w14:textId="77777777" w:rsidR="003C28AA" w:rsidRDefault="00000000" w:rsidP="00B406C8">
      <w:r>
        <w:t>I had held them. I had felt their kicks. They were real. They were mine.</w:t>
      </w:r>
    </w:p>
    <w:p w14:paraId="63966EB6" w14:textId="77777777" w:rsidR="003C28AA" w:rsidRDefault="00000000" w:rsidP="00B406C8">
      <w:r>
        <w:t>to the system, they were nothing.</w:t>
      </w:r>
    </w:p>
    <w:p w14:paraId="1D221EE0" w14:textId="77777777" w:rsidR="003C28AA" w:rsidRDefault="00000000" w:rsidP="00B406C8">
      <w:r>
        <w:t>When it was all over, I thought I might feel some kind of closure. I didn’t. I felt angrier than ever.</w:t>
      </w:r>
    </w:p>
    <w:p w14:paraId="41073A49" w14:textId="77777777" w:rsidR="003C28AA" w:rsidRDefault="00000000" w:rsidP="00B406C8">
      <w:r>
        <w:t>So I made a vow. If this money was meant to silence me, I would use it to make noise. I would not sign a single document that would stop me speaking the truth.</w:t>
      </w:r>
    </w:p>
    <w:p w14:paraId="4D53E43A" w14:textId="77777777" w:rsidR="003C28AA" w:rsidRDefault="00000000" w:rsidP="00B406C8">
      <w:r>
        <w:t>I would raise my living children with everything I had. I would build a home rooted in love and memory. I would speak their names—Mia and Leo—until the world recognised them, their legacy would live on.</w:t>
      </w:r>
    </w:p>
    <w:p w14:paraId="26675984" w14:textId="77777777" w:rsidR="003C28AA" w:rsidRDefault="00000000" w:rsidP="00B406C8">
      <w:r>
        <w:t>I would find a way to make sure no other woman had to go through what I did.</w:t>
      </w:r>
    </w:p>
    <w:p w14:paraId="65E1EBA0" w14:textId="77777777" w:rsidR="003C28AA" w:rsidRDefault="00000000" w:rsidP="00B406C8">
      <w:r>
        <w:t>Chater twenty</w:t>
      </w:r>
    </w:p>
    <w:p w14:paraId="27194EB0" w14:textId="77777777" w:rsidR="003C28AA" w:rsidRDefault="00000000" w:rsidP="00B406C8">
      <w:r>
        <w:t xml:space="preserve">Before I could work on creating change I had to work on myself and my purpose for living. By the time Ava and Nico were both toddling around our small but cozy home, it might have looked — from the outside — as if I had everything I could possibly want. A husband who </w:t>
      </w:r>
      <w:r>
        <w:lastRenderedPageBreak/>
        <w:t>adored me, scars and all. Two bright-eyed children whose laughter tumbled into every room. We were even making steady steps toward owning our first home, something that had once belonged firmly in the realm of other people’s lives, not mine.</w:t>
      </w:r>
    </w:p>
    <w:p w14:paraId="10EC8F8E" w14:textId="77777777" w:rsidR="003C28AA" w:rsidRDefault="00000000" w:rsidP="00B406C8">
      <w:r>
        <w:t>appearances are rarely the whole story.</w:t>
      </w:r>
    </w:p>
    <w:p w14:paraId="5E4BF75A" w14:textId="77777777" w:rsidR="003C28AA" w:rsidRDefault="00000000" w:rsidP="00B406C8">
      <w:r>
        <w:t>Beneath that cheerful, everyday surface, there was a heaviness I couldn’t shake. Grief and anger still clung to me like damp clothes, heavy and hard to peel off. They followed me into every quiet moment, pressing against my ribs, slowing me down, whispering that the happiness I had now was borrowed, temporary.</w:t>
      </w:r>
    </w:p>
    <w:p w14:paraId="235D1D73" w14:textId="77777777" w:rsidR="003C28AA" w:rsidRDefault="00000000" w:rsidP="00B406C8">
      <w:r>
        <w:t>I tried to find a way out of it. I tried everything. Cognitive Behavioural Therapy. Psychiatry. Prescriptions for sertraline and propranolol. Hours spent in dim counselling rooms. Even a visit to a medium — hoping, against all reason, that they could bring me some sign from Mia and Leo. I wanted to believe they were somewhere safe, somewhere warm. I wanted to believe they still knew I loved them.</w:t>
      </w:r>
    </w:p>
    <w:p w14:paraId="463F91E1" w14:textId="77777777" w:rsidR="003C28AA" w:rsidRDefault="00000000" w:rsidP="00B406C8">
      <w:r>
        <w:t>Nothing shifted.</w:t>
      </w:r>
    </w:p>
    <w:p w14:paraId="0FCC3B0F" w14:textId="77777777" w:rsidR="003C28AA" w:rsidRDefault="00000000" w:rsidP="00B406C8">
      <w:r>
        <w:t>The nightmares kept coming. I’d wake in the early hours with my heart hammering, convinced Ava and Nico were gone. I would creep into their rooms, just to watch the rise and fall of their chests, needing proof that they were still here. The thoughts were constant — sharp-edged things that told me the worst was yet to come, that I’d lose them too, that I was cursed to outlive everyone I loved.</w:t>
      </w:r>
    </w:p>
    <w:p w14:paraId="29026B84" w14:textId="77777777" w:rsidR="003C28AA" w:rsidRDefault="00000000" w:rsidP="00B406C8">
      <w:r>
        <w:t>One afternoon, when the walls felt too close and my head too loud, I went out for a walk. No music. No distractions. Just the crunch of my shoes on the pavement and the bite of cold air on my face. I didn’t realise it then, but that small act — just moving forward — was the beginning of something.</w:t>
      </w:r>
    </w:p>
    <w:p w14:paraId="5CE38237" w14:textId="77777777" w:rsidR="003C28AA" w:rsidRDefault="00000000" w:rsidP="00B406C8">
      <w:r>
        <w:lastRenderedPageBreak/>
        <w:t>By the time I got home, my head felt fractionally clearer. Not fixed, not light, but… quieter. And I thought, maybe I need more of this.</w:t>
      </w:r>
    </w:p>
    <w:p w14:paraId="1F075AF7" w14:textId="77777777" w:rsidR="003C28AA" w:rsidRDefault="00000000" w:rsidP="00B406C8">
      <w:r>
        <w:t>Almost on a whim, I decided I was going to run the York 10K.</w:t>
      </w:r>
    </w:p>
    <w:p w14:paraId="7839672E" w14:textId="77777777" w:rsidR="003C28AA" w:rsidRDefault="00000000" w:rsidP="00B406C8">
      <w:r>
        <w:t>It was laughable, really. I’d never been a runner. Before my transplant, I couldn’t have jogged for a bus without feeling like my lungs were on fire. But that was exactly the point — I needed something that felt impossible, because if I could do that, maybe I could believe there were other impossible things still waiting for me.</w:t>
      </w:r>
    </w:p>
    <w:p w14:paraId="4D384B6B" w14:textId="77777777" w:rsidR="003C28AA" w:rsidRDefault="00000000" w:rsidP="00B406C8">
      <w:r>
        <w:t>I set my sights on raising money for the British Liver Trust, who had been there for me when my diagnosis felt like a foreign language. And I wanted to raise enough for a memorial bench for Mia and Leo. A place close enough that I could visit whenever I needed, instead of the long journey to Oldham.</w:t>
      </w:r>
    </w:p>
    <w:p w14:paraId="03B21D85" w14:textId="77777777" w:rsidR="003C28AA" w:rsidRDefault="00000000" w:rsidP="00B406C8">
      <w:r>
        <w:t>When I told my family and friends, I expected polite smiles, maybe a “good for you” or two. Instead, they rallied. Friends offered to train with me. People offered donations before I’d even taken my first step.</w:t>
      </w:r>
    </w:p>
    <w:p w14:paraId="63231C08" w14:textId="77777777" w:rsidR="003C28AA" w:rsidRDefault="00000000" w:rsidP="00B406C8">
      <w:r>
        <w:t>That first run was a reality check. I laced up old trainers, stepped outside full of determination… and barely made it 300 metres before I was gasping for breath. My legs felt heavy. My lungs burned. But the next day, I tried again. And again.</w:t>
      </w:r>
    </w:p>
    <w:p w14:paraId="54F738E5" w14:textId="77777777" w:rsidR="003C28AA" w:rsidRDefault="00000000" w:rsidP="00B406C8">
      <w:r>
        <w:t>Ava would watch me lace up my shoes, asking, “Mummy, are you going to run today?” Sometimes she’d run a few steps alongside me down the street, giggling, before Max scooped her up. Nico, too little to understand, would still beam and clap when I came back through the door, sweat-soaked and smiling. Those tiny moments — their little hands reaching for me, their pride — kept me going when everything hurt.</w:t>
      </w:r>
    </w:p>
    <w:p w14:paraId="2B4E88CD" w14:textId="77777777" w:rsidR="003C28AA" w:rsidRDefault="00000000" w:rsidP="00B406C8">
      <w:r>
        <w:lastRenderedPageBreak/>
        <w:t>Over three months, I worked through Couch to 5K, ticking off each session like a quiet victory. Parkrun became a Saturday ritual, where strangers would clap and cheer like I belonged there. For the first time in years, I felt part of something that had nothing to do with illness or grief.</w:t>
      </w:r>
    </w:p>
    <w:p w14:paraId="7EE2F19E" w14:textId="77777777" w:rsidR="003C28AA" w:rsidRDefault="00000000" w:rsidP="00B406C8">
      <w:r>
        <w:t>somewhere in all those miles, running stopped being a distraction and became my therapy. With each run, the fear loosened its grip a little. My breath came easier. My chest didn’t feel quite so tight. For half an hour at a time, I could exist without the weight of loss pressing on my shoulders.</w:t>
      </w:r>
    </w:p>
    <w:p w14:paraId="635C2FBC" w14:textId="77777777" w:rsidR="003C28AA" w:rsidRDefault="00000000" w:rsidP="00B406C8">
      <w:r>
        <w:t>In August 2019, I stood at the start line of the York 10K. Sixty-nine minutes later, I crossed the finish line to cheers from my family and friends. Ava climbed into my arms; Nico reached for my medal, his little fingers curling around it like it was treasure. We’d raised enough to give a generous donation to the British Liver Trust and to place Mia and Leo’s bench by the river — their names carved into something solid, unmovable, enduring.</w:t>
      </w:r>
    </w:p>
    <w:p w14:paraId="62A02A84" w14:textId="77777777" w:rsidR="003C28AA" w:rsidRDefault="00000000" w:rsidP="00B406C8">
      <w:r>
        <w:t>That race lit something inside me.</w:t>
      </w:r>
    </w:p>
    <w:p w14:paraId="358C0762" w14:textId="77777777" w:rsidR="003C28AA" w:rsidRDefault="00000000" w:rsidP="00B406C8">
      <w:r>
        <w:t>One 10K turned into ten miles. Ten miles turned into a half marathon. I joined a local group called See York Run York, where the finish line was never about your time, but about showing up. The races became part of the fabric of our family — Ava making signs, Nico shouting “Go, Mummy!” from his pushchair, Max handing me water on the course.</w:t>
      </w:r>
    </w:p>
    <w:p w14:paraId="580416FD" w14:textId="77777777" w:rsidR="003C28AA" w:rsidRDefault="00000000" w:rsidP="00B406C8">
      <w:r>
        <w:t>Eventually, I stood on the start line of the TCS London Marathon, running for Tommy’s in memory of Mia and Leo. Twenty-six miles of grit, pain and love. When I crossed that finish line, I cried — not just for the marathon, but for every step it had taken to get there.</w:t>
      </w:r>
    </w:p>
    <w:p w14:paraId="2FF2C054" w14:textId="77777777" w:rsidR="003C28AA" w:rsidRDefault="00000000" w:rsidP="00B406C8">
      <w:r>
        <w:lastRenderedPageBreak/>
        <w:t>From those first painful metres to now, I’ve run over three hundred races. Three hundred start lines. Three hundred finish lines. Three hundred chances for Ava and Nico to see their Mum choosing life, over and over again.</w:t>
      </w:r>
    </w:p>
    <w:p w14:paraId="0EC916E2" w14:textId="77777777" w:rsidR="003C28AA" w:rsidRDefault="00000000" w:rsidP="00B406C8">
      <w:r>
        <w:t>Three hundred opportunities to show my donor family my gratitude.</w:t>
      </w:r>
    </w:p>
    <w:p w14:paraId="537F90B3" w14:textId="77777777" w:rsidR="003C28AA" w:rsidRDefault="00000000" w:rsidP="00B406C8">
      <w:pPr>
        <w:ind w:firstLine="0"/>
        <w:jc w:val="center"/>
      </w:pPr>
      <w:r>
        <w:rPr>
          <w:b/>
        </w:rPr>
        <w:t>Chapter</w:t>
      </w:r>
    </w:p>
    <w:p w14:paraId="5FDF107F" w14:textId="77777777" w:rsidR="003C28AA" w:rsidRDefault="00000000" w:rsidP="00B406C8">
      <w:r>
        <w:t>My life after transplant made me reflect on my past, it completely changed me as a person and the relationships with the people around me. I wasn’t the same person, I saw the world in a different light. I started to think about how I had got here and my relationship with my parents.</w:t>
      </w:r>
    </w:p>
    <w:p w14:paraId="0B88C071" w14:textId="77777777" w:rsidR="003C28AA" w:rsidRDefault="00000000" w:rsidP="00B406C8">
      <w:r>
        <w:t>The irony of my life’s beginning is that I was never meant to exist. It all started in 1992, when my mother and father, newly married and glowing with possibility, discovered that conceiving naturally wouldn’t be so simple. They were young, brimming with dreams, but faced with a harsh medical reality: My mother, Maria, had complications that would make falling pregnant the traditional way extraordinarily difficult. And so they turned to IVF at St. James’s Hospital in Leeds, embarking on a journey filled with needle pricks, hormonal storms and delicate hope.</w:t>
      </w:r>
    </w:p>
    <w:p w14:paraId="184B5C89" w14:textId="77777777" w:rsidR="003C28AA" w:rsidRDefault="00000000" w:rsidP="00B406C8">
      <w:r>
        <w:t>They often recalled how each day of that IVF process was both triumphant and terrifying, my mother injecting herself in the kitchen as my father hovered nearby, unsure whether to speak words of encouragement or remain silent. “Your mother was fierce,” he’d tell me years later. It was that fierce resolve that brought me, a tiny clump of cells in a Petri dish, into being.</w:t>
      </w:r>
    </w:p>
    <w:p w14:paraId="1E29B110" w14:textId="77777777" w:rsidR="003C28AA" w:rsidRDefault="00000000" w:rsidP="00B406C8">
      <w:r>
        <w:t xml:space="preserve">On July 16, 1993, in the late evening during the rolling credits of Coronation Street, I arrived—a healthy baby girl. My parents settled on naming me Louise Brown, which, as they later discovered, was also the name of the first successful English IVF baby. Serendipity or </w:t>
      </w:r>
      <w:r>
        <w:lastRenderedPageBreak/>
        <w:t>cosmic humor, who knows? All they knew was that I was here and I was theirs. My mother quickly adapted to motherhood and a short while later began IVF once more to grow our family.</w:t>
      </w:r>
    </w:p>
    <w:p w14:paraId="407A7C9E" w14:textId="77777777" w:rsidR="003C28AA" w:rsidRDefault="00000000" w:rsidP="00B406C8">
      <w:r>
        <w:t>To understand my mother’s resilience, one must understand where she came from. She was born during a time of great upheaval. My grandmother had fled Hungary during the 1956 uprising, seeking refuge from the turmoil. After a difficult journey, she found safety in Norway, where my mother was born and raised with her younger brother. Norway became my mother’s home, a place where she learned to navigate life despite the shadow of her refugee status. She spent half of her youth in a boarding home run by nuns whilst my grandmother worked as a housekeeper and later a nurse.</w:t>
      </w:r>
    </w:p>
    <w:p w14:paraId="360B9004" w14:textId="77777777" w:rsidR="003C28AA" w:rsidRDefault="00000000" w:rsidP="00B406C8">
      <w:r>
        <w:t>As a young woman, my mother moved to Bergen, where she found work as a secretary on the oil rigs. It was there, in a small pub by the seafront, that she met my father. He was a traveling musician and something about his music captivated her. Their connection was immediate and soon enough, they were building a life together in the UK. I always believed that my mother’s yearning for a solid, nuclear family was rooted in the instability of her own upbringing. She wanted to create a sense of belonging that she had craved for so long.</w:t>
      </w:r>
    </w:p>
    <w:p w14:paraId="74A0C264" w14:textId="77777777" w:rsidR="003C28AA" w:rsidRDefault="00000000" w:rsidP="00B406C8">
      <w:r>
        <w:t>The NHS had funded their first round of IVF and after its success, my parents eagerly funded a second attempt, this time hoping for siblings for me. Their joy was immense when my mother fell pregnant with twins. My father was over the moon, already imagining the bustling household we would become. But their happiness was tragically short-lived. In her second trimester, one icy evening, my mother slipped while taking out the rubbish. The fall caused her to bleed and in that moment, their dream of expanding the family shattered. The loss of the twins was a devastating blow, one that left a wound in my mother’s heart that would never fully heal.</w:t>
      </w:r>
    </w:p>
    <w:p w14:paraId="564E6778" w14:textId="77777777" w:rsidR="003C28AA" w:rsidRDefault="00000000" w:rsidP="00B406C8">
      <w:r>
        <w:lastRenderedPageBreak/>
        <w:t>Despite her grief, my mother soldiered on, throwing herself into raising me with all the love and attention she could muster. I was her miracle, the child she had fought so hard to bring into the world. Without the support of the NHS, my parents would never have had the chance to become parents and they remained eternally grateful for the opportunity.</w:t>
      </w:r>
    </w:p>
    <w:p w14:paraId="18E44B3A" w14:textId="77777777" w:rsidR="003C28AA" w:rsidRDefault="00000000" w:rsidP="00B406C8">
      <w:r>
        <w:t>Growing up, we often joked about my origins, calling me the "lab experiment gone wrong" or the "test tube baby." It was our way of lightening the gravity of what had been a complex and emotionally charged journey. My mother rarely spoke of the twins, the siblings I never had the chance to meet. It wasn’t until I became pregnant with my first child that she opened up to me about her experiences. She shared the deep sense of guilt and sorrow she had carried for so many years, feelings that had remained buried beneath her quiet strength. In that moment, I saw my mother in a new light—not just as the woman who had given me life, but as someone who had endured unimaginable pain to bring me into this world.</w:t>
      </w:r>
    </w:p>
    <w:p w14:paraId="0926A160" w14:textId="77777777" w:rsidR="003C28AA" w:rsidRDefault="00000000" w:rsidP="00B406C8">
      <w:r>
        <w:t>My childhood began in softness. Bike rides down quiet streets, ballet lessons where my tutu itched but I didn’t care and afternoons where the kitchen smelt of sugar and boiled sweets. My mother wasn’t like the other mums at school — not in the way she dressed, the way she carried herself, or the way she spoke her mind. An Eastern European woman in a small British town, she was often misunderstood and she knew it. Sometimes she leaned into that misunderstanding, almost as if being the outsider gave her power.</w:t>
      </w:r>
    </w:p>
    <w:p w14:paraId="2A09A749" w14:textId="77777777" w:rsidR="003C28AA" w:rsidRDefault="00000000" w:rsidP="00B406C8">
      <w:r>
        <w:t>When I was ten, my parents divorced. It was the end of my childhood in more ways than one. The steady, warm hum of family life went silent. The home I knew cracked open and the cracks let other things in — darker things. My Mum never found love again, at least not the safe kind. Instead, she found men who hurt her.</w:t>
      </w:r>
    </w:p>
    <w:p w14:paraId="4F6352F7" w14:textId="77777777" w:rsidR="003C28AA" w:rsidRDefault="00000000" w:rsidP="00B406C8">
      <w:r>
        <w:lastRenderedPageBreak/>
        <w:t>My Dad lived nearby and I saw him often, but our conversations were clipped, cautious. I felt an unspoken loyalty to my Mum, as if siding with him would be a betrayal. I didn’t know then that by protecting her, I was leaving myself unprotected.</w:t>
      </w:r>
    </w:p>
    <w:p w14:paraId="3072B775" w14:textId="77777777" w:rsidR="003C28AA" w:rsidRDefault="00000000" w:rsidP="00B406C8">
      <w:r>
        <w:t>Her first boyfriend after the divorce was twenty years younger. He came into our lives like a storm — loud, reckless, dangerous. He beat her. He smashed the windows of our house until shards of glass littered the garden like frost. He wrote off car after car, the crashes becoming a grim monthly routine. Every time he came back with an apology, she let him in. And every time, it happened again.</w:t>
      </w:r>
    </w:p>
    <w:p w14:paraId="3BF4C24B" w14:textId="77777777" w:rsidR="003C28AA" w:rsidRDefault="00000000" w:rsidP="00B406C8">
      <w:r>
        <w:t>It took two years and a prison sentence before she finally saw what it was doing to us. But by then, something between us had already shifted — trust replaced by a wary, tired sort of survival.</w:t>
      </w:r>
    </w:p>
    <w:p w14:paraId="37CE9954" w14:textId="77777777" w:rsidR="003C28AA" w:rsidRDefault="00000000" w:rsidP="00B406C8">
      <w:r>
        <w:t>Other men came after him, but none matched the violence of that first one — until I was thirteen. That was when she met the man who nearly killed her.</w:t>
      </w:r>
    </w:p>
    <w:p w14:paraId="0BDCFC71" w14:textId="77777777" w:rsidR="003C28AA" w:rsidRDefault="00000000" w:rsidP="00B406C8">
      <w:r>
        <w:t>We lived then in what estate agents would call “a nice area.” The kind of place where neighbours wave and say, things like that don’t happen here. One evening, Mum went down to the cellar to collect the laundry. The door clicked shut behind her, locking her out. She shouted, knocked, called my name — but I was three floors up, on the phone to my best friend and didn’t hear a thing.</w:t>
      </w:r>
    </w:p>
    <w:p w14:paraId="37CD351F" w14:textId="77777777" w:rsidR="003C28AA" w:rsidRDefault="00000000" w:rsidP="00B406C8">
      <w:r>
        <w:t>Just as she was about to give up, a man walked by. He had scraggly brown hair and the kind of grin that tried too hard to look friendly. She asked to borrow his phone to call me. He handed it over and she dialled — but the line was busy. Mine was still tangled up in teenage chatter.</w:t>
      </w:r>
    </w:p>
    <w:p w14:paraId="567BB755" w14:textId="77777777" w:rsidR="003C28AA" w:rsidRDefault="00000000" w:rsidP="00B406C8">
      <w:r>
        <w:lastRenderedPageBreak/>
        <w:t>He offered to help break the lock. She hesitated, then agreed. He got in, asked for a drink. She gave him water. He demanded vodka and coke. She gave it to him, her hands probably shaking. She called up for me and I came down the stairs to hear the story. I remember apologising to him for not hearing the phone, a strange, misplaced politeness. He left soon after and we shoved a chair under the handle.</w:t>
      </w:r>
    </w:p>
    <w:p w14:paraId="6335263F" w14:textId="77777777" w:rsidR="003C28AA" w:rsidRDefault="00000000" w:rsidP="00B406C8">
      <w:r>
        <w:t>That should have been the end of it.</w:t>
      </w:r>
    </w:p>
    <w:p w14:paraId="09092E15" w14:textId="77777777" w:rsidR="003C28AA" w:rsidRDefault="00000000" w:rsidP="00B406C8">
      <w:r>
        <w:t>I went to bed early — school in the morning — and drifted into the kind of deep sleep only teenagers seem capable of. Then, a noise dragged me awake. Screams. Muffled yelps. My body shot upright before my mind could catch up.</w:t>
      </w:r>
    </w:p>
    <w:p w14:paraId="4039A462" w14:textId="77777777" w:rsidR="003C28AA" w:rsidRDefault="00000000" w:rsidP="00B406C8">
      <w:r>
        <w:t>I couldn’t find my glasses, so I stumbled forward half-blind, squinting through the blur. The sounds were sharper now — thuds, grunts, a voice spitting something I couldn’t quite catch.</w:t>
      </w:r>
    </w:p>
    <w:p w14:paraId="7E642BC0" w14:textId="77777777" w:rsidR="003C28AA" w:rsidRDefault="00000000" w:rsidP="00B406C8">
      <w:r>
        <w:t>When I reached the stairs, I saw them.</w:t>
      </w:r>
    </w:p>
    <w:p w14:paraId="63EF5105" w14:textId="77777777" w:rsidR="003C28AA" w:rsidRDefault="00000000" w:rsidP="00B406C8">
      <w:r>
        <w:t>Mum was naked, bent at a right angle, her hair wrapped in the man’s fist. He was punching her in the face, over and over. Her legs were streaked with blood. He looked up at me and in a cold, almost bored voice, said:</w:t>
      </w:r>
    </w:p>
    <w:p w14:paraId="6F0418C9" w14:textId="77777777" w:rsidR="003C28AA" w:rsidRDefault="00000000" w:rsidP="00B406C8">
      <w:r>
        <w:t>“You’re next.”</w:t>
      </w:r>
    </w:p>
    <w:p w14:paraId="0B37CD69" w14:textId="77777777" w:rsidR="003C28AA" w:rsidRDefault="00000000" w:rsidP="00B406C8">
      <w:r>
        <w:t>No. No, I wasn’t.</w:t>
      </w:r>
    </w:p>
    <w:p w14:paraId="76CFE851" w14:textId="77777777" w:rsidR="003C28AA" w:rsidRDefault="00000000" w:rsidP="00B406C8">
      <w:r>
        <w:t>I knew I couldn’t stop him physically — I was thirteen, small for my age and he was all sharp edges and fury. So I ran. Down the stairs, grabbing the house phone as I went, out into the night in nothing but knickers and a t-shirt. My bare feet hit the neighbour’s grass as I dialled 999 with trembling hands.</w:t>
      </w:r>
    </w:p>
    <w:p w14:paraId="21106DF4" w14:textId="77777777" w:rsidR="003C28AA" w:rsidRDefault="00000000" w:rsidP="00B406C8">
      <w:r>
        <w:lastRenderedPageBreak/>
        <w:t>The police arrived fast. Blue lights strobed across the walls as officers stormed in, pulling him away in handcuffs. I remember staring at the makeshift belt around his jeans — a piece of worn yarn tied in a bow. It’s strange what details burn themselves into you.</w:t>
      </w:r>
    </w:p>
    <w:p w14:paraId="0E56ED4E" w14:textId="77777777" w:rsidR="003C28AA" w:rsidRDefault="00000000" w:rsidP="00B406C8">
      <w:r>
        <w:t>When they brought me to my mother, I barely recognised her. Her eyes were swollen shut. Her face was an ugly palette of purples and blues. Blood everywhere. So much blood.</w:t>
      </w:r>
    </w:p>
    <w:p w14:paraId="37DA7DA3" w14:textId="77777777" w:rsidR="003C28AA" w:rsidRDefault="00000000" w:rsidP="00B406C8">
      <w:r>
        <w:t>We were taken to a rape crisis clinic that night. And the next morning, I went to school as if nothing had happened. That was how it worked — horror tucked neatly away behind a uniform and a tired smile.</w:t>
      </w:r>
    </w:p>
    <w:p w14:paraId="5412A7D0" w14:textId="77777777" w:rsidR="003C28AA" w:rsidRDefault="00000000" w:rsidP="00B406C8">
      <w:r>
        <w:t>I saw too much, too young. Violence became background noise. Chaos was normal. And through it all, I knew my Mum loved me — fiercely, in her way — but she didn’t know how to be the kind of mother I needed. She wanted to be my best friend, my confidante. What I needed was a mother.</w:t>
      </w:r>
    </w:p>
    <w:p w14:paraId="6ABCA8FB" w14:textId="77777777" w:rsidR="003C28AA" w:rsidRDefault="00000000" w:rsidP="00B406C8">
      <w:r>
        <w:t>By the time I turned eighteen, the air between us was thick with things unsaid. I moved out. It wasn’t dramatic; it was just necessary.</w:t>
      </w:r>
    </w:p>
    <w:p w14:paraId="62AB9DE4" w14:textId="77777777" w:rsidR="003C28AA" w:rsidRDefault="00000000" w:rsidP="00B406C8">
      <w:r>
        <w:t>When I had Ava and Nico, she loved them instantly. She wanted to be involved, to help — but she was unsure of herself. Our relationship was polite, functional, but never close. It stayed that way for years.</w:t>
      </w:r>
    </w:p>
    <w:p w14:paraId="6CD52591" w14:textId="77777777" w:rsidR="003C28AA" w:rsidRDefault="00000000" w:rsidP="00B406C8">
      <w:r>
        <w:t>Until the spring of 2023.</w:t>
      </w:r>
    </w:p>
    <w:p w14:paraId="480F218A" w14:textId="77777777" w:rsidR="003C28AA" w:rsidRDefault="00000000" w:rsidP="00B406C8">
      <w:r>
        <w:t>Something in me had shifted. Maybe it was age, maybe it was motherhood, maybe it was finally having the emotional intelligence to see her as more than “Mum.” I began to understand: she was a victim, too. She’d grown up in a children’s home, never found her place, never learned what safe love looked like. She’d been abused young.</w:t>
      </w:r>
    </w:p>
    <w:p w14:paraId="07867A56" w14:textId="77777777" w:rsidR="003C28AA" w:rsidRDefault="00000000" w:rsidP="00B406C8">
      <w:r>
        <w:lastRenderedPageBreak/>
        <w:t>in the back of my mind, I thought about my Mum. How she’d been shaped by her own pain. How she’d done the best she could with the tools she had.</w:t>
      </w:r>
    </w:p>
    <w:p w14:paraId="4D0FE87E" w14:textId="77777777" w:rsidR="003C28AA" w:rsidRDefault="00000000" w:rsidP="00B406C8">
      <w:r>
        <w:t>One evening, we sat together in my new living room. The children were asleep upstairs. The soft hum of the fridge was the only background noise. And we began to talk.</w:t>
      </w:r>
    </w:p>
    <w:p w14:paraId="76570CE7" w14:textId="77777777" w:rsidR="003C28AA" w:rsidRDefault="00000000" w:rsidP="00B406C8">
      <w:r>
        <w:t>Really talk.</w:t>
      </w:r>
    </w:p>
    <w:p w14:paraId="0496DFAD" w14:textId="77777777" w:rsidR="003C28AA" w:rsidRDefault="00000000" w:rsidP="00B406C8">
      <w:r>
        <w:t>We went back twenty years, picking apart the knots. She cried. I cried. She apologised. She told me she’d always loved my Dad, that their 17 years together had been her happiest. That gave me comfort — knowing she’d had that time, however fleeting it seemed now.</w:t>
      </w:r>
    </w:p>
    <w:p w14:paraId="2B0F96BD" w14:textId="77777777" w:rsidR="003C28AA" w:rsidRDefault="00000000" w:rsidP="00B406C8">
      <w:r>
        <w:t>We had very little in common, still. But in that moment, it didn’t matter. We loved each other fiercely.</w:t>
      </w:r>
    </w:p>
    <w:p w14:paraId="10168E8E" w14:textId="77777777" w:rsidR="003C28AA" w:rsidRDefault="00000000" w:rsidP="00B406C8">
      <w:r>
        <w:t>All I had ever wanted was for her to say sorry. And when she did, I forgave her — not just in words, but in my bones.</w:t>
      </w:r>
    </w:p>
    <w:p w14:paraId="4C679269" w14:textId="77777777" w:rsidR="003C28AA" w:rsidRDefault="00000000" w:rsidP="00B406C8">
      <w:r>
        <w:t>I am so grateful we’d had that conversation earlier that year — the one where the walls came down, where my Mum and I finally saw each other clearly. After two decades of jagged edges and unspoken pain, we had found some peace. I thought we’d have more time to make something of it.</w:t>
      </w:r>
    </w:p>
    <w:p w14:paraId="3C68A228" w14:textId="77777777" w:rsidR="003C28AA" w:rsidRDefault="00000000" w:rsidP="00B406C8">
      <w:r>
        <w:t>just weeks later, we were sat in Huddersfield Hospital, the walls a dull beige, the air heavy with disinfectant, listening to a liver specialist deliver the kind of news that makes time slow to a crawl.</w:t>
      </w:r>
    </w:p>
    <w:p w14:paraId="1521B479" w14:textId="77777777" w:rsidR="003C28AA" w:rsidRDefault="00000000" w:rsidP="00B406C8">
      <w:r>
        <w:t>“Stage 4 liver cancer,” he said, “and cirrhosis.” The words landed like stones in my stomach.</w:t>
      </w:r>
    </w:p>
    <w:p w14:paraId="49153490" w14:textId="77777777" w:rsidR="003C28AA" w:rsidRDefault="00000000" w:rsidP="00B406C8">
      <w:r>
        <w:t>The cancer was too advanced to treat. One year, maybe.</w:t>
      </w:r>
    </w:p>
    <w:p w14:paraId="4D8E5167" w14:textId="77777777" w:rsidR="003C28AA" w:rsidRDefault="00000000" w:rsidP="00B406C8">
      <w:r>
        <w:lastRenderedPageBreak/>
        <w:t>I looked at my mother — her face a mix of confusion and disbelief, like if she refused to accept it, it wouldn’t be true. At first, she tried to ignore it, burying herself in little routines, pretending life could go on untouched. But as the pain grew, the pretending faded. She started to look smaller, her steps slower, her skin marked by the swelling in her limbs.</w:t>
      </w:r>
    </w:p>
    <w:p w14:paraId="67D5B522" w14:textId="77777777" w:rsidR="003C28AA" w:rsidRDefault="00000000" w:rsidP="00B406C8">
      <w:r>
        <w:t>She began to lose hope. But I couldn’t — not yet. I couldn’t just watch her slip away.</w:t>
      </w:r>
    </w:p>
    <w:p w14:paraId="0C92B597" w14:textId="77777777" w:rsidR="003C28AA" w:rsidRDefault="00000000" w:rsidP="00B406C8">
      <w:r>
        <w:t>I contacted every specialist I could find, firing off emails into the void, waiting for replies that either never came or brought no solutions. No one could help her. She was in pain and I was running out of options.</w:t>
      </w:r>
    </w:p>
    <w:p w14:paraId="734D2C55" w14:textId="77777777" w:rsidR="003C28AA" w:rsidRDefault="00000000" w:rsidP="00B406C8">
      <w:r>
        <w:t>So I stepped over the line I’d always sworn I wouldn’t cross. I started looking at alternative medicine. Late nights on the internet, scrolling through questionable forums, ordering supplements from strangers. Clicking “buy now” on anything that claimed to shrink tumours, praying that maybe, somehow, it could make her eligible for a transplant.</w:t>
      </w:r>
    </w:p>
    <w:p w14:paraId="72AAA7D8" w14:textId="77777777" w:rsidR="003C28AA" w:rsidRDefault="00000000" w:rsidP="00B406C8">
      <w:r>
        <w:t>Then I found a group online talking about RSO, THC syringes — cannabis oil said to ease pain and, in some whispered corners, fight cancer. I was so desperate that I met a stranger in a car park and bought drugs. Not for me, but for her.</w:t>
      </w:r>
    </w:p>
    <w:p w14:paraId="17F60A20" w14:textId="77777777" w:rsidR="003C28AA" w:rsidRDefault="00000000" w:rsidP="00B406C8">
      <w:r>
        <w:t>It went against my morals, everything I’d been raised to avoid. But I was no longer thinking in lines of right or wrong — only in hours gained, pain eased, time borrowed. I just wanted to save her.</w:t>
      </w:r>
    </w:p>
    <w:p w14:paraId="54EF1C74" w14:textId="77777777" w:rsidR="003C28AA" w:rsidRDefault="00000000" w:rsidP="00B406C8">
      <w:r>
        <w:t>That July, she was told she had a year to live.</w:t>
      </w:r>
    </w:p>
    <w:p w14:paraId="74237C22" w14:textId="77777777" w:rsidR="003C28AA" w:rsidRDefault="00000000" w:rsidP="00B406C8">
      <w:r>
        <w:t xml:space="preserve">She took herself on holiday, completely on her own, no insurance, fully aware that the end was drawing near. It was such a her thing to do — bold, reckless, but absolutely alive. When walking became too painful, she didn’t let it stop her; she simply hired a mobility scooter and carried on. Some days she stayed in bed, resting her aching body, but on her good days she was </w:t>
      </w:r>
      <w:r>
        <w:lastRenderedPageBreak/>
        <w:t>unstoppable — exploring, laughing, even partying like she had all the time in the world. She refused to let her final chapter be defined by sickness; instead, she wrote it on her own terms, chasing moments of joy right until the end. She still came to my first Transplant Games, watching me start my new life as an athlete. It wasn’t her thing — the medals, the sport — but she was there, cheering for me despite the fact that walking even a few steps left her breathless.</w:t>
      </w:r>
    </w:p>
    <w:p w14:paraId="105E1712" w14:textId="77777777" w:rsidR="003C28AA" w:rsidRDefault="00000000" w:rsidP="00B406C8">
      <w:r>
        <w:t>She tried to work, clinging to a sense of normality. She waitressed at a little country pub, proud of every shift she managed. But I could see the effort it took.</w:t>
      </w:r>
    </w:p>
    <w:p w14:paraId="04A7C49E" w14:textId="77777777" w:rsidR="003C28AA" w:rsidRDefault="00000000" w:rsidP="00B406C8">
      <w:r>
        <w:t>October came and with it her birthday. My Dad, in his gruff but loving way, said, “Throw her a party, Lou. Let’s make it special.”</w:t>
      </w:r>
    </w:p>
    <w:p w14:paraId="332E81EB" w14:textId="77777777" w:rsidR="003C28AA" w:rsidRDefault="00000000" w:rsidP="00B406C8">
      <w:r>
        <w:t>So I did. We filled the night with music, laughter and dancing. My Dad played her favourite songs on his guitar and for a few hours she was radiant again — smiling, leaning into every hug. When it came time to say goodnight, she turned to my Dad and said, “Best birthday ever.”</w:t>
      </w:r>
    </w:p>
    <w:p w14:paraId="1A3AE7C5" w14:textId="77777777" w:rsidR="003C28AA" w:rsidRDefault="00000000" w:rsidP="00B406C8">
      <w:r>
        <w:t>I didn’t know those words would echo in my head weeks later.</w:t>
      </w:r>
    </w:p>
    <w:p w14:paraId="60DA2A69" w14:textId="77777777" w:rsidR="003C28AA" w:rsidRDefault="00000000" w:rsidP="00B406C8">
      <w:r>
        <w:t>The next morning, she slept in. When she came downstairs, her eyes were puffy, her face tired. While I was in the attic collecting some of her things, I saw it — a dent in the wall, big enough to notice.</w:t>
      </w:r>
    </w:p>
    <w:p w14:paraId="2C99E0AD" w14:textId="77777777" w:rsidR="003C28AA" w:rsidRDefault="00000000" w:rsidP="00B406C8">
      <w:r>
        <w:t>“What happened?” I asked.</w:t>
      </w:r>
    </w:p>
    <w:p w14:paraId="264D2138" w14:textId="77777777" w:rsidR="003C28AA" w:rsidRDefault="00000000" w:rsidP="00B406C8">
      <w:r>
        <w:t>She brushed it off. “Fell. Hit my head. I’m fine.” But the swelling around her eyes told another story.</w:t>
      </w:r>
    </w:p>
    <w:p w14:paraId="7800290C" w14:textId="77777777" w:rsidR="003C28AA" w:rsidRDefault="00000000" w:rsidP="00B406C8">
      <w:r>
        <w:t xml:space="preserve">We went out for Sunday lunch and, in true Mum fashion, she sent her steak back — she always did. The next day, I took her to a luxury spa, determined to spoil her. But she didn’t want to swim or have treatments. She just wanted to rest. I found her a lounger in the sun room, the </w:t>
      </w:r>
      <w:r>
        <w:lastRenderedPageBreak/>
        <w:t>blue light washing over her face, making her skin glow. She looked peaceful for the first time in weeks.</w:t>
      </w:r>
    </w:p>
    <w:p w14:paraId="3933AB0B" w14:textId="77777777" w:rsidR="003C28AA" w:rsidRDefault="00000000" w:rsidP="00B406C8">
      <w:r>
        <w:t>We had lunch, a glass of wine and then picked up the children together. She hugged them tightly, almost too tightly. Just before they reached the car, she looked at me and said, “I’m scared.”</w:t>
      </w:r>
    </w:p>
    <w:p w14:paraId="0E359E3D" w14:textId="77777777" w:rsidR="003C28AA" w:rsidRDefault="00000000" w:rsidP="00B406C8">
      <w:r>
        <w:t>I pulled her close. “I’m doing everything I can. I love you so much.”</w:t>
      </w:r>
    </w:p>
    <w:p w14:paraId="3A044A73" w14:textId="77777777" w:rsidR="003C28AA" w:rsidRDefault="00000000" w:rsidP="00B406C8">
      <w:r>
        <w:t>Two days later, I hadn’t heard from her. After dozens of missed calls, I sent my Dad to check. He banged on the door — nothing. As he walked away, she popped her head out, saying she was just tired from the weekend, then went back to bed.</w:t>
      </w:r>
    </w:p>
    <w:p w14:paraId="51A8F1C5" w14:textId="77777777" w:rsidR="003C28AA" w:rsidRDefault="00000000" w:rsidP="00B406C8">
      <w:r>
        <w:t>By Wednesday night, she rang me from an ambulance. Her eyes were swelling again and she told the paramedics about her fall. They suspected a head injury and took her in. I stayed on the phone with her until midnight, promising to be there once I sorted childcare.</w:t>
      </w:r>
    </w:p>
    <w:p w14:paraId="59500428" w14:textId="77777777" w:rsidR="003C28AA" w:rsidRDefault="00000000" w:rsidP="00B406C8">
      <w:r>
        <w:t>The next morning, I called the ward. “She’s fine,” they said. “Sitting up, drinking tea, asking about breakfast.” They asked me to bring her a few things. I felt relief.</w:t>
      </w:r>
    </w:p>
    <w:p w14:paraId="6DBC5A74" w14:textId="77777777" w:rsidR="003C28AA" w:rsidRDefault="00000000" w:rsidP="00B406C8">
      <w:r>
        <w:t>just before midday, as Max arrived to drive me, the phone rang again.</w:t>
      </w:r>
    </w:p>
    <w:p w14:paraId="6DE711DE" w14:textId="77777777" w:rsidR="003C28AA" w:rsidRDefault="00000000" w:rsidP="00B406C8">
      <w:r>
        <w:t>“You must come now. Your Mum has taken a turn. Please hurry.”</w:t>
      </w:r>
    </w:p>
    <w:p w14:paraId="54A56A0F" w14:textId="77777777" w:rsidR="003C28AA" w:rsidRDefault="00000000" w:rsidP="00B406C8">
      <w:r>
        <w:t>My knees buckled. I dropped to the floor, sobbing. Max pulled me up and I called my Dad — even though they were long separated, he didn’t hesitate. My friend Jane rushed over to drive me; I was shaking too much to hold the wheel.</w:t>
      </w:r>
    </w:p>
    <w:p w14:paraId="68E29764" w14:textId="77777777" w:rsidR="003C28AA" w:rsidRDefault="00000000" w:rsidP="00B406C8">
      <w:r>
        <w:t>On the way, Jane tried to prepare me. “She might be on a breathing tube. You might see wires, machines. Just… be ready.”</w:t>
      </w:r>
    </w:p>
    <w:p w14:paraId="57D6BE47" w14:textId="77777777" w:rsidR="003C28AA" w:rsidRDefault="00000000" w:rsidP="00B406C8">
      <w:r>
        <w:t>We ran from the car park, up the concrete steps, down the long corridor, chasing a nurse who barely looked back.</w:t>
      </w:r>
    </w:p>
    <w:p w14:paraId="644E99A9" w14:textId="77777777" w:rsidR="003C28AA" w:rsidRDefault="00000000" w:rsidP="00B406C8">
      <w:r>
        <w:lastRenderedPageBreak/>
        <w:t>I opened the door to see my Dad holding her hand.</w:t>
      </w:r>
    </w:p>
    <w:p w14:paraId="3669C981" w14:textId="77777777" w:rsidR="003C28AA" w:rsidRDefault="00000000" w:rsidP="00B406C8">
      <w:r>
        <w:t>I looked at her face — or tried to. Her eyes were swollen, grotesquely bulbous, blood dripping from them. Her mouth was slack. Her skin had lost its warmth.</w:t>
      </w:r>
    </w:p>
    <w:p w14:paraId="13641CED" w14:textId="77777777" w:rsidR="003C28AA" w:rsidRDefault="00000000" w:rsidP="00B406C8">
      <w:r>
        <w:t>“I’m sorry, Lou,” my Dad said quietly. “She’s gone. I held her hand so it wouldn’t be cold.”</w:t>
      </w:r>
    </w:p>
    <w:p w14:paraId="02B67962" w14:textId="77777777" w:rsidR="003C28AA" w:rsidRDefault="00000000" w:rsidP="00B406C8">
      <w:r>
        <w:t>Something inside me shattered. A sound came out of me I didn’t know I could make — raw, guttural, endless.</w:t>
      </w:r>
    </w:p>
    <w:p w14:paraId="2D5B4A71" w14:textId="77777777" w:rsidR="003C28AA" w:rsidRDefault="00000000" w:rsidP="00B406C8">
      <w:r>
        <w:t>Two hours ago, she’d been asking for breakfast. And now she was gone.</w:t>
      </w:r>
    </w:p>
    <w:p w14:paraId="2243A07B" w14:textId="77777777" w:rsidR="003C28AA" w:rsidRDefault="00000000" w:rsidP="00B406C8">
      <w:r>
        <w:t>The day after she died, the world outside carried on as though nothing had changed. The school run still happened. The bins still went out. People still queued for their morning coffees. But inside my chest, everything was hollow.</w:t>
      </w:r>
    </w:p>
    <w:p w14:paraId="1770477B" w14:textId="77777777" w:rsidR="003C28AA" w:rsidRDefault="00000000" w:rsidP="00B406C8">
      <w:r>
        <w:t>I woke up that morning knowing I had to do something that felt impossible — tell Ava and Nico their grandma was gone. I lay there for a while, staring at the ceiling, willing myself to find the right words, the right tone. But there are no right words. Nothing softens a truth like this.</w:t>
      </w:r>
    </w:p>
    <w:p w14:paraId="49730762" w14:textId="77777777" w:rsidR="003C28AA" w:rsidRDefault="00000000" w:rsidP="00B406C8">
      <w:r>
        <w:t>When they came downstairs, rubbing sleep from their eyes, their little feet padding across the kitchen floor, I could feel my throat tighten. How do you tell children — so young, so innocent — that someone they love will never walk through the door again?</w:t>
      </w:r>
    </w:p>
    <w:p w14:paraId="5CEF224D" w14:textId="77777777" w:rsidR="003C28AA" w:rsidRDefault="00000000" w:rsidP="00B406C8">
      <w:r>
        <w:t>We sat on the sofa, their small bodies pressed into mine. I took a deep breath. “I have something very sad to tell you,” I began, my voice trembling despite my best effort to hold it steady. “Grandma was very poorly and the doctors tried to help her, but… she died yesterday.”</w:t>
      </w:r>
    </w:p>
    <w:p w14:paraId="5D03CCCC" w14:textId="77777777" w:rsidR="003C28AA" w:rsidRDefault="00000000" w:rsidP="00B406C8">
      <w:r>
        <w:t>Ava’s eyes widened, confusion flickering across her face. Nico tilted his head, as if trying to make sense of the word died. I could see the questions forming — the ones they didn’t quite know how to ask.</w:t>
      </w:r>
    </w:p>
    <w:p w14:paraId="75D48C5E" w14:textId="77777777" w:rsidR="003C28AA" w:rsidRDefault="00000000" w:rsidP="00B406C8">
      <w:r>
        <w:lastRenderedPageBreak/>
        <w:t>I pulled them closer. “You know how we talk about people we love becoming stars in the sky when they can’t be here anymore? Well… Grandma is one of those stars now. Every night, when you look up, you’ll see her shining. She’ll be watching over you, sending you love from up there.”</w:t>
      </w:r>
    </w:p>
    <w:p w14:paraId="7619DF51" w14:textId="77777777" w:rsidR="003C28AA" w:rsidRDefault="00000000" w:rsidP="00B406C8">
      <w:r>
        <w:t>Ava’s lip trembled. “Can she see us all the time?” “Yes, darling,” I whispered, kissing her hair. “All the time.”</w:t>
      </w:r>
    </w:p>
    <w:p w14:paraId="5999194A" w14:textId="77777777" w:rsidR="003C28AA" w:rsidRDefault="00000000" w:rsidP="00B406C8">
      <w:r>
        <w:t>We opened the curtains and looked out at the pale daylight and I told them that even when we can’t see the stars, they’re still there — like Grandma’s love, always present, even if we can’t touch it anymore.</w:t>
      </w:r>
    </w:p>
    <w:p w14:paraId="616C1741" w14:textId="77777777" w:rsidR="003C28AA" w:rsidRDefault="00000000" w:rsidP="00B406C8">
      <w:r>
        <w:t>The rest of that day passed in fragments. I tried to carry on with the normal things — making lunch, folding laundry — but every task felt weighted. Everywhere I turned, there were reminders of her: a mug she’d once used, a cardigan she’d left hanging on the back of a chair, the faint scent of her perfume in the hallway.</w:t>
      </w:r>
    </w:p>
    <w:p w14:paraId="0AC4FD9F" w14:textId="77777777" w:rsidR="003C28AA" w:rsidRDefault="00000000" w:rsidP="00B406C8">
      <w:r>
        <w:t>At night, after I tucked them into bed, I stood in the garden under the dark sky. The air was cold, but I stayed there, searching for a star bright enough to claim as hers. When I found it, I whispered, You made it, Mum. Keep shining.</w:t>
      </w:r>
    </w:p>
    <w:p w14:paraId="42426A8B" w14:textId="77777777" w:rsidR="003C28AA" w:rsidRDefault="00000000" w:rsidP="00B406C8">
      <w:r>
        <w:t>Over the weeks that followed, grief settled in like an uninvited guest. I’d catch myself reaching for my phone to call her, wanting to share some small moment with her, only to remember she wasn’t there. Ava would sometimes look up at the sky and point, “That’s Grandma, isn’t it?” and I’d nod, even if I wasn’t sure which star she meant. It didn’t matter. What mattered was that in their hearts, she was still close.</w:t>
      </w:r>
    </w:p>
    <w:p w14:paraId="08FE2FAA" w14:textId="77777777" w:rsidR="003C28AA" w:rsidRDefault="00000000" w:rsidP="00B406C8">
      <w:r>
        <w:lastRenderedPageBreak/>
        <w:t>I did my best to keep her alive in our conversations — telling them stories about when I was their age, about the silly things she used to say, the way she always sent her steak back, how she made every birthday feel like a celebration. We laughed and cried in equal measure.</w:t>
      </w:r>
    </w:p>
    <w:p w14:paraId="1A774615" w14:textId="77777777" w:rsidR="003C28AA" w:rsidRDefault="00000000" w:rsidP="00B406C8">
      <w:r>
        <w:t>I worried that the fall had been a factor in her death but no her main cause of death strep. She had an infection that only showed in the days after her death and caused mass organ failure. I hope she passed peacefully with no pain.</w:t>
      </w:r>
    </w:p>
    <w:p w14:paraId="6CC84561" w14:textId="77777777" w:rsidR="003C28AA" w:rsidRDefault="00000000" w:rsidP="00B406C8">
      <w:r>
        <w:t>Losing her cracked something open in me, a grief that felt layered — for the mother I’d had, the mother I’d wished for and the grandmother my children had just begun to know. But alongside the ache was a strange kind of peace. We’d found our way back to each other before the end. She’d left knowing I loved her and I knew she loved me.</w:t>
      </w:r>
    </w:p>
    <w:p w14:paraId="5A1A8B74" w14:textId="77777777" w:rsidR="003C28AA" w:rsidRDefault="00000000" w:rsidP="00B406C8">
      <w:r>
        <w:t>now, when the night sky is clear, I still stand in the garden, tip my head back and find that one bright star. I tell her about my day, about the children, about the things I wish she could see. And in the stillness, I imagine her listening.</w:t>
      </w:r>
    </w:p>
    <w:p w14:paraId="4764CCAA" w14:textId="77777777" w:rsidR="003C28AA" w:rsidRDefault="00000000" w:rsidP="00B406C8">
      <w:pPr>
        <w:ind w:firstLine="0"/>
        <w:jc w:val="center"/>
      </w:pPr>
      <w:r>
        <w:rPr>
          <w:b/>
        </w:rPr>
        <w:t>Chapter Twenty One</w:t>
      </w:r>
    </w:p>
    <w:p w14:paraId="010C6257" w14:textId="77777777" w:rsidR="003C28AA" w:rsidRDefault="00000000" w:rsidP="00B406C8">
      <w:r>
        <w:t>Running had given me a lifeline, a way to channel my grief and pain into something productive, something that brought hope instead of despair. But as the years passed, that passion for running opened doors I never could have anticipated. One of those doors was the British Transplant Games, an event that would take me on a new journey, one I hadn’t seen coming but felt immensely grateful for.</w:t>
      </w:r>
    </w:p>
    <w:p w14:paraId="53254925" w14:textId="77777777" w:rsidR="003C28AA" w:rsidRDefault="00000000" w:rsidP="00B406C8">
      <w:r>
        <w:t xml:space="preserve">The British Transplant Games were unlike anything I’d ever experienced before. Held every year, they bring together athletes who have received life-saving organ transplants. It’s not just about the competition—it’s about celebrating life, resilience and the incredible gift of organ donation. I’d first heard about the Games through my transplant coordinator, who mentioned it </w:t>
      </w:r>
      <w:r>
        <w:lastRenderedPageBreak/>
        <w:t>casually one day, almost as if it were an afterthought. But to me, it felt like a challenge—a chance to see just how far my body, which had been through so much, could still go.</w:t>
      </w:r>
    </w:p>
    <w:p w14:paraId="5873EA5B" w14:textId="77777777" w:rsidR="003C28AA" w:rsidRDefault="00000000" w:rsidP="00B406C8">
      <w:r>
        <w:t>I accepted the invitation without hesitation, throwing myself into training with the same intensity I’d once dedicated to running in memory of Mia and Leo. The Transplant Games felt personal in a different way. This was a celebration of survival, of the life I was still living, despite everything. And so, I trained hard, throwing myself into track and field events—things I hadn’t tried since school, like the 400m, the 800m, long jump and even shot put. These were disciplines that tested every part of me—my strength, my stamina, my willpower.</w:t>
      </w:r>
    </w:p>
    <w:p w14:paraId="71F28929" w14:textId="77777777" w:rsidR="003C28AA" w:rsidRDefault="00000000" w:rsidP="00B406C8">
      <w:r>
        <w:t>My first British Transplant Games were held in Leeds. I remember arriving at the event, feeling a buzz of excitement and nerves. The atmosphere was electric, with athletes of all ages and backgrounds, each with their own story of survival, determination and gratitude. Some had received heart transplants, others kidney, liver, or lungs. I’d never been in a space where so many people had faced death and come out the other side, where every person had a shared understanding of just how precious life really was.</w:t>
      </w:r>
    </w:p>
    <w:p w14:paraId="0084DD83" w14:textId="77777777" w:rsidR="003C28AA" w:rsidRDefault="00000000" w:rsidP="00B406C8">
      <w:r>
        <w:t>I was nervous—more nervous than I’d been before any other race. But that nervousness faded the moment the starting gun went off. I ran with everything I had, feeling my muscles burn and my heart pound, pushing my body to its limits. And when I crossed the finish line in my first event, the 400m, it wasn’t just the physical triumph that hit me. It was the sense of accomplishment, the realization that I was still here, still running, still competing. It was a feeling of profound gratitude for the body that had endured so much and was still strong enough to carry me across that line.</w:t>
      </w:r>
    </w:p>
    <w:p w14:paraId="0432A88F" w14:textId="77777777" w:rsidR="003C28AA" w:rsidRDefault="00000000" w:rsidP="00B406C8">
      <w:r>
        <w:t>That day in Leeds, I won my first gold medal. And that was only the beginning.</w:t>
      </w:r>
    </w:p>
    <w:p w14:paraId="267931BF" w14:textId="77777777" w:rsidR="003C28AA" w:rsidRDefault="00000000" w:rsidP="00B406C8">
      <w:r>
        <w:lastRenderedPageBreak/>
        <w:t>In the following years, I went on to compete in the British Transplant Games in Coventry and Nottingham, each time pushing myself harder, training longer and competing with everything I had. The Games became a new passion for me, something that made me feel alive in a way that was hard to put into words. It was about more than just winning medals—though I did win. Over the course of those competitions, I brought home 10 golds and 1 silver in track and field events. I ran the 400m and 800m, both races that had become my specialties over the years, but I also threw myself into long jump and shot put, disciplines that tested a different kind of strength.</w:t>
      </w:r>
    </w:p>
    <w:p w14:paraId="1276296A" w14:textId="77777777" w:rsidR="003C28AA" w:rsidRDefault="00000000" w:rsidP="00B406C8">
      <w:r>
        <w:t>the medals weren’t the real prize. The real reward was the community I found in those Games. It was the camaraderie, the stories shared in between events, the understanding that we were all part of something much bigger. We were living proof that life can go on after unimaginable loss and that there’s still so much to fight for, so much to live for. Competing in the Transplant Games was a celebration of life and every race I ran, every jump I took, felt like a tribute to the strength and resilience of the human body—and to the donors and families who had made it possible for so many of us to be there.</w:t>
      </w:r>
    </w:p>
    <w:p w14:paraId="5A1F8476" w14:textId="77777777" w:rsidR="003C28AA" w:rsidRDefault="00000000" w:rsidP="00B406C8">
      <w:r>
        <w:t xml:space="preserve">At the British Transplant Games, I had the privilege of meeting the Donor Family Network—a group of incredible people who, despite their own profound losses, dedicate themselves to supporting and celebrating organ donation. The network is made up of families who have made the selfless decision to donate the organs of their loved ones, giving others a second chance at life. Meeting them was humbling in a way I hadn’t expected. These were people who had faced unimaginable grief, yet they turned that pain into something profoundly generous. Over time, they became much more than just familiar faces at the Games; they became close friends, a part of my extended family. We shared stories, tears and laughter, bonded by the </w:t>
      </w:r>
      <w:r>
        <w:lastRenderedPageBreak/>
        <w:t>deep understanding of both loss and life. They reminded me, again and again, of the incredible gift that organ donation is—not just for the recipients, but for the families who, in the darkest of times, chose to give hope to others. Their friendship has been one of the greatest joys of my transplant journey.</w:t>
      </w:r>
    </w:p>
    <w:p w14:paraId="062986DD" w14:textId="77777777" w:rsidR="003C28AA" w:rsidRDefault="00000000" w:rsidP="00B406C8">
      <w:r>
        <w:t>By the time I competed in Nottingham, the British Transplant Games had become more than just an annual event—they were a part of me, a part of my healing. Standing on the podium, draped in medals, I felt a mix of emotions. There was pride, of course, in what I had achieved. But there was also a deep sense of connection—to the athletes standing beside me, to the people cheering in the stands, to the families who had lost someone but given the ultimate gift of life to another.</w:t>
      </w:r>
    </w:p>
    <w:p w14:paraId="02277BF2" w14:textId="77777777" w:rsidR="003C28AA" w:rsidRDefault="00000000" w:rsidP="00B406C8">
      <w:r>
        <w:t>I often think about how far I’ve come since that first hesitant run down my street, barely managing 300 meters. Back then, I couldn’t have imagined that one day I’d be standing in a stadium, a medal around my neck, competing among people who had faced death and survived. But that’s the thing about life—it keeps surprising you, giving you new challenges, new opportunities to rise.</w:t>
      </w:r>
    </w:p>
    <w:p w14:paraId="3FCA941C" w14:textId="77777777" w:rsidR="003C28AA" w:rsidRDefault="00000000" w:rsidP="00B406C8">
      <w:r>
        <w:t>Competing in the Games was never just about the medals. It was about honoring the journey I’d been on, about pushing my body to its limits and discovering that even after all it had been through, it was still capable of so much more than I’d ever imagined.</w:t>
      </w:r>
    </w:p>
    <w:p w14:paraId="59A0BB8E" w14:textId="77777777" w:rsidR="003C28AA" w:rsidRDefault="00000000" w:rsidP="00B406C8">
      <w:r>
        <w:t>The British Transplant Games are often described as a celebration of life, a vibrant event where recipients, donors’ families and supporters come together to honor the power of organ donation. But amidst the races, medals and camaraderie, the heart of the Games beat strongest in a quiet corner: the Donor Family Network.</w:t>
      </w:r>
    </w:p>
    <w:p w14:paraId="06482F13" w14:textId="77777777" w:rsidR="003C28AA" w:rsidRDefault="00000000" w:rsidP="00B406C8">
      <w:r>
        <w:lastRenderedPageBreak/>
        <w:t>I had known about the network before the Games, of course. Their work was legendary in the transplant community—a group of people who had turned unimaginable loss into a beacon of hope for others. Still, nothing could have prepared me for the depth of connection and purpose I would find when I finally met them.</w:t>
      </w:r>
    </w:p>
    <w:p w14:paraId="1A42A261" w14:textId="77777777" w:rsidR="003C28AA" w:rsidRDefault="00000000" w:rsidP="00B406C8">
      <w:r>
        <w:t>Their stand at the Games was unassuming, but its presence carried weight. Photos of loved ones who had donated their organs smiled back from displays, their stories written out in delicate prose that captured their essence. Some were children, their cheeky grins forever frozen in time. Others were parents, siblings, or grandparents, remembered for their love, kindness and the selflessness of their final gift.</w:t>
      </w:r>
    </w:p>
    <w:p w14:paraId="095C18BE" w14:textId="77777777" w:rsidR="003C28AA" w:rsidRDefault="00000000" w:rsidP="00B406C8">
      <w:r>
        <w:t>The first thing that struck me was how welcoming they were. These were people who had experienced the darkest days of their lives, yet they radiated a warmth that drew you in. They wanted to talk—not about their grief alone, but about the legacy of their loved ones.</w:t>
      </w:r>
    </w:p>
    <w:p w14:paraId="2D2DD8A9" w14:textId="77777777" w:rsidR="003C28AA" w:rsidRDefault="00000000" w:rsidP="00B406C8">
      <w:r>
        <w:t>I met a father who spoke with pride about his teenage daughter, whose organs had saved five lives. He carried a photograph of her in his wallet and showed it to me, his hands steady despite the emotion in his voice. “She was always generous,” he said. “Always thinking of others. This is what she would have wanted.”</w:t>
      </w:r>
    </w:p>
    <w:p w14:paraId="52DDA89B" w14:textId="77777777" w:rsidR="003C28AA" w:rsidRDefault="00000000" w:rsidP="00B406C8">
      <w:r>
        <w:t>A mother told me about her son, whose decision to sign the organ donor register at 18 had shocked her at the time. “I didn’t think much of it then,” she admitted, her voice soft. “But when the time came, it was the only thing that made sense. He saved so many people. I think he’d be proud.”</w:t>
      </w:r>
    </w:p>
    <w:p w14:paraId="1C9A1AA7" w14:textId="77777777" w:rsidR="003C28AA" w:rsidRDefault="00000000" w:rsidP="00B406C8">
      <w:r>
        <w:t>There was a sense of community among them that was impossible to ignore. They weren’t just individuals grieving their loved ones—they were a family, bound together by the shared experience of turning loss into something meaningful.</w:t>
      </w:r>
    </w:p>
    <w:p w14:paraId="5EFD3210" w14:textId="77777777" w:rsidR="003C28AA" w:rsidRDefault="00000000" w:rsidP="00B406C8">
      <w:r>
        <w:lastRenderedPageBreak/>
        <w:t>One of the most moving events of the Games was the Donor Family Network’s memorial service. Held in a quiet space away from the buzz of the sports fields, it was a time for reflection, remembrance and gratitude.</w:t>
      </w:r>
    </w:p>
    <w:p w14:paraId="32766EE6" w14:textId="77777777" w:rsidR="003C28AA" w:rsidRDefault="00000000" w:rsidP="00B406C8">
      <w:r>
        <w:t>The room was filled with families of donors, transplant recipients and supporters. There was no division between us, no “them” and “us.” In that moment, we were all connected by the shared understanding of what organ donation means: life, love and the enduring legacy of those who gave.</w:t>
      </w:r>
    </w:p>
    <w:p w14:paraId="0489344A" w14:textId="77777777" w:rsidR="003C28AA" w:rsidRDefault="00000000" w:rsidP="00B406C8">
      <w:r>
        <w:t>The service opened with a roll call of names, read aloud in a voice that trembled with reverence. Each name carried a weight that hung in the air, a reminder of the lives that had been lost and the lives that had been saved.</w:t>
      </w:r>
    </w:p>
    <w:p w14:paraId="1EA7C058" w14:textId="77777777" w:rsidR="003C28AA" w:rsidRDefault="00000000" w:rsidP="00B406C8">
      <w:r>
        <w:t>Stories were shared—some by recipients like me, others by donor families who spoke with equal parts grief and pride. I listened as a mother talked about her son, whose decision to donate had brought light to so many in the midst of her darkest days. A sister spoke of her brother, who had been her best friend and who now lived on in the bodies of strangers.</w:t>
      </w:r>
    </w:p>
    <w:p w14:paraId="248AB20F" w14:textId="77777777" w:rsidR="003C28AA" w:rsidRDefault="00000000" w:rsidP="00B406C8">
      <w:r>
        <w:t>As the service continued, I felt overwhelmed by the sheer magnitude of what these families had done. Their strength was humbling, their love palpable. They had faced the unimaginable and emerged with a determination to make something good come from their pain.</w:t>
      </w:r>
    </w:p>
    <w:p w14:paraId="77DDA4DD" w14:textId="77777777" w:rsidR="003C28AA" w:rsidRDefault="00000000" w:rsidP="00B406C8">
      <w:r>
        <w:t>The Donor Family Network represents the very best of humanity. They are the quiet heroes, the ones whose stories often go untold but whose impact is immeasurable. They don’t seek recognition or praise; their mission is to ensure their loved ones’ legacies live on and to support others who walk the same path.</w:t>
      </w:r>
    </w:p>
    <w:p w14:paraId="0D0AB410" w14:textId="77777777" w:rsidR="003C28AA" w:rsidRDefault="00000000" w:rsidP="00B406C8">
      <w:r>
        <w:t xml:space="preserve">By the end of the Games, I had made friendships I knew would last a lifetime. These families had opened their hearts to me, sharing their stories with an honesty and vulnerability </w:t>
      </w:r>
      <w:r>
        <w:lastRenderedPageBreak/>
        <w:t>that left me in awe. They weren’t just grieving; they were building something—connection, hope and a future where organ donation is understood and celebrated.</w:t>
      </w:r>
    </w:p>
    <w:p w14:paraId="6EAA945D" w14:textId="77777777" w:rsidR="003C28AA" w:rsidRDefault="00000000" w:rsidP="00B406C8">
      <w:r>
        <w:t>The Donor Family Network is not just about loss; it’s about love. Love for those who are gone and for those who are still here, made possible by the extraordinary gift of life. Being in their presence was a reminder of how precious life is and how powerful it can be when we choose to give, even in the face of unimaginable sorrow.</w:t>
      </w:r>
    </w:p>
    <w:p w14:paraId="210AA9B9" w14:textId="77777777" w:rsidR="003C28AA" w:rsidRDefault="00000000" w:rsidP="00B406C8">
      <w:r>
        <w:t>It’s a privilege to know them, to hear their stories and to carry their loved ones’ legacies forward in everything we do. They are the beating heart of the transplant community and the Games would not be the same without them.</w:t>
      </w:r>
    </w:p>
    <w:p w14:paraId="311DF473" w14:textId="77777777" w:rsidR="003C28AA" w:rsidRDefault="00000000" w:rsidP="00B406C8">
      <w:r>
        <w:t>Competing in the British Transplant Games had already given me so much — purpose, community, connection. But I never expected that nestled among the events I’d entered on a whim was something that would change the entire direction of my sporting journey: shot put.</w:t>
      </w:r>
    </w:p>
    <w:p w14:paraId="6537BC3D" w14:textId="77777777" w:rsidR="003C28AA" w:rsidRDefault="00000000" w:rsidP="00B406C8">
      <w:r>
        <w:t>I signed up without thinking too much about it. I’d never thrown one before — in fact, I barely knew what a shot put even looked like. But I was feeling strong, curious and open to whatever came next. I had six weeks. Just six weeks to train, learn and try something totally new. That wasn’t a lot of time, but I had fire in my belly and a deep need to push myself in a different way.</w:t>
      </w:r>
    </w:p>
    <w:p w14:paraId="263D4F8C" w14:textId="77777777" w:rsidR="003C28AA" w:rsidRDefault="00000000" w:rsidP="00B406C8">
      <w:r>
        <w:t>What surprised me wasn’t just how much I loved it — it was how much it seemed to love me back. The rhythm, the explosiveness, the sheer power of it all… It lit something up inside me. I wasn’t just participating. I was competing — and excelling.</w:t>
      </w:r>
    </w:p>
    <w:p w14:paraId="19216A1B" w14:textId="77777777" w:rsidR="003C28AA" w:rsidRDefault="00000000" w:rsidP="00B406C8">
      <w:r>
        <w:t>Against all odds and with barely a month and a half of training, I won gold.</w:t>
      </w:r>
    </w:p>
    <w:p w14:paraId="31F042C9" w14:textId="77777777" w:rsidR="003C28AA" w:rsidRDefault="00000000" w:rsidP="00B406C8">
      <w:r>
        <w:t>Gold.</w:t>
      </w:r>
    </w:p>
    <w:p w14:paraId="693EDC9A" w14:textId="77777777" w:rsidR="003C28AA" w:rsidRDefault="00000000" w:rsidP="00B406C8">
      <w:r>
        <w:lastRenderedPageBreak/>
        <w:t>I’ll never forget that moment — standing on the podium with my medal, heart pounding, muscles aching, tears threatening to spill over. Not because of the win itself, but because of what it represented. My body, this body that had been through so much — pregnancy loss, a coma, a liver transplant — was now throwing a four-kilo ball of steel through the air with purpose and precision.</w:t>
      </w:r>
    </w:p>
    <w:p w14:paraId="2BA1FA01" w14:textId="77777777" w:rsidR="003C28AA" w:rsidRDefault="00000000" w:rsidP="00B406C8">
      <w:r>
        <w:t>Soon after that victory, something truly wild happened. I received an invitation to represent Team GB in Dresden, Germany at the World Transplant Games.</w:t>
      </w:r>
    </w:p>
    <w:p w14:paraId="0000CE16" w14:textId="77777777" w:rsidR="003C28AA" w:rsidRDefault="00000000" w:rsidP="00B406C8">
      <w:r>
        <w:t>I remember reading that email over and over again, thinking there had to be a mistake. Me? Representing Great Britain? In a sport I had only just discovered?</w:t>
      </w:r>
    </w:p>
    <w:p w14:paraId="39EECDAD" w14:textId="77777777" w:rsidR="003C28AA" w:rsidRDefault="00000000" w:rsidP="00B406C8">
      <w:r>
        <w:t>it was real. And it felt right. For once, instead of running from my story, I was throwing myself into it — quite literally.</w:t>
      </w:r>
    </w:p>
    <w:p w14:paraId="19553BB8" w14:textId="77777777" w:rsidR="003C28AA" w:rsidRDefault="00000000" w:rsidP="00B406C8">
      <w:r>
        <w:t>From that moment on, everything changed.</w:t>
      </w:r>
    </w:p>
    <w:p w14:paraId="75E0C93F" w14:textId="77777777" w:rsidR="003C28AA" w:rsidRDefault="00000000" w:rsidP="00B406C8">
      <w:r>
        <w:t>For the past nine months, I’ve been training under the guidance of the incredible Paul Wilson — a coach whose belief in me has carried me through some of my hardest sessions and most self-doubting days. Paul doesn’t treat me like a charity case or a “good news story.” He treats me like an athlete. Full stop.</w:t>
      </w:r>
    </w:p>
    <w:p w14:paraId="4B957A0F" w14:textId="77777777" w:rsidR="003C28AA" w:rsidRDefault="00000000" w:rsidP="00B406C8">
      <w:r>
        <w:t>He’s coached Olympians — and yet, when we’re out there training, he gives me the same level of detail, expectation and encouragement as he gives them. He doesn’t patronise. He doesn’t soften the edges. He just believes. And that belief has made all the difference.</w:t>
      </w:r>
    </w:p>
    <w:p w14:paraId="40787B2C" w14:textId="77777777" w:rsidR="003C28AA" w:rsidRDefault="00000000" w:rsidP="00B406C8">
      <w:r>
        <w:t>Some days I still feel like the underdog, the one who found this sport by accident. But Paul reminds me constantly that I’m not here by fluke. I’m here because I earned it — because strength is something I’ve been building quietly for years, through grief, resilience and relentless determination.</w:t>
      </w:r>
    </w:p>
    <w:p w14:paraId="691A2C23" w14:textId="77777777" w:rsidR="003C28AA" w:rsidRDefault="00000000" w:rsidP="00B406C8">
      <w:pPr>
        <w:ind w:firstLine="0"/>
        <w:jc w:val="center"/>
      </w:pPr>
      <w:r>
        <w:rPr>
          <w:b/>
        </w:rPr>
        <w:lastRenderedPageBreak/>
        <w:t>Chapter Twenty Two</w:t>
      </w:r>
    </w:p>
    <w:p w14:paraId="2C1C1CCC" w14:textId="77777777" w:rsidR="003C28AA" w:rsidRDefault="00000000" w:rsidP="00B406C8">
      <w:r>
        <w:t>For years after my transplant, I carried a silent question in my heart: Who was my donor?</w:t>
      </w:r>
    </w:p>
    <w:p w14:paraId="4D898F08" w14:textId="77777777" w:rsidR="003C28AA" w:rsidRDefault="00000000" w:rsidP="00B406C8">
      <w:r>
        <w:t>I thought about it constantly, especially in the quiet moments when I lay awake at night or during the rare pauses in my chaotic days. I owed everything—my life, my future—to someone I would likely never meet. Who were they? What were they like? Did they have a family? What kind of life had they lived before it ended too soon?</w:t>
      </w:r>
    </w:p>
    <w:p w14:paraId="31410657" w14:textId="77777777" w:rsidR="003C28AA" w:rsidRDefault="00000000" w:rsidP="00B406C8">
      <w:r>
        <w:t>When I was first placed on the transplant list, I was too overwhelmed to think about much beyond survival. But once I recovered, the weight of my gratitude grew heavier, tangled with curiosity. I often wondered if their family knew how much their choice had changed my life. I wondered if they’d ever want to reach out—or if I even deserved to know.</w:t>
      </w:r>
    </w:p>
    <w:p w14:paraId="269D08AE" w14:textId="77777777" w:rsidR="003C28AA" w:rsidRDefault="00000000" w:rsidP="00B406C8">
      <w:r>
        <w:t>The call came on an otherwise unremarkable day. I was now working at Leeds Hospitals Charity, working as a volunteer coordinator. My phone buzzed and I glanced at the screen. It was my transplant coordinator.</w:t>
      </w:r>
    </w:p>
    <w:p w14:paraId="7162C337" w14:textId="77777777" w:rsidR="003C28AA" w:rsidRDefault="00000000" w:rsidP="00B406C8">
      <w:r>
        <w:t>My stomach dropped. She didn’t call unless it was important. I excused myself and stepped into the hallway, suddenly hyper-aware of the pulse in my ears.</w:t>
      </w:r>
    </w:p>
    <w:p w14:paraId="74E8042C" w14:textId="77777777" w:rsidR="003C28AA" w:rsidRDefault="00000000" w:rsidP="00B406C8">
      <w:r>
        <w:t>“Louise, I have something for you,” she said. Her voice was steady but carried a weight that instantly made my palms sweat. “Your donor’s family has written a letter.”</w:t>
      </w:r>
    </w:p>
    <w:p w14:paraId="03F4FB1B" w14:textId="77777777" w:rsidR="003C28AA" w:rsidRDefault="00000000" w:rsidP="00B406C8">
      <w:r>
        <w:t>I froze. For years, I had dreamed of this moment, but now that it was here, I felt unprepared. She explained that the letter was at the hospital and asked if I could come collect it.</w:t>
      </w:r>
    </w:p>
    <w:p w14:paraId="6851FCAB" w14:textId="77777777" w:rsidR="003C28AA" w:rsidRDefault="00000000" w:rsidP="00B406C8">
      <w:r>
        <w:t>I barely remember agreeing. I must have said something—I’m on my way or I’ll be there soon—but the next thing I knew, I was racing through the halls of the hospital, my mind a blur of emotions.</w:t>
      </w:r>
    </w:p>
    <w:p w14:paraId="2C571F5D" w14:textId="77777777" w:rsidR="003C28AA" w:rsidRDefault="00000000" w:rsidP="00B406C8">
      <w:r>
        <w:lastRenderedPageBreak/>
        <w:t>When I arrived, she handed me an envelope. It was plain, unassuming, but in my hands, it felt like the most significant thing in the world.</w:t>
      </w:r>
    </w:p>
    <w:p w14:paraId="255AF433" w14:textId="77777777" w:rsidR="003C28AA" w:rsidRDefault="00000000" w:rsidP="00B406C8">
      <w:r>
        <w:t>“This is from your donor’s family,” she said gently. “You might want to open it at home.”</w:t>
      </w:r>
    </w:p>
    <w:p w14:paraId="2D5711F5" w14:textId="77777777" w:rsidR="003C28AA" w:rsidRDefault="00000000" w:rsidP="00B406C8">
      <w:r>
        <w:t>I nodded, gripping the envelope as though it might slip away. I told myself I’d wait until I was alone, until I could give the moment the space it deserved. But as soon as I stepped into the lift, the temptation became unbearable.</w:t>
      </w:r>
    </w:p>
    <w:p w14:paraId="0058BE26" w14:textId="77777777" w:rsidR="003C28AA" w:rsidRDefault="00000000" w:rsidP="00B406C8">
      <w:r>
        <w:t>The envelope came open in my trembling hands and the first thing I saw was her photograph.</w:t>
      </w:r>
    </w:p>
    <w:p w14:paraId="6783589F" w14:textId="77777777" w:rsidR="003C28AA" w:rsidRDefault="00000000" w:rsidP="00B406C8">
      <w:r>
        <w:t>Her name was Sarah. She had kind eyes and a warm, gentle smile that seemed to leap off the page. I couldn’t look away, even as tears began to well up in my eyes. This was her. The woman who had given me a second chance at life.</w:t>
      </w:r>
    </w:p>
    <w:p w14:paraId="34EBBB08" w14:textId="77777777" w:rsidR="003C28AA" w:rsidRDefault="00000000" w:rsidP="00B406C8">
      <w:r>
        <w:t>There was a eulogy beneath the photograph and as I read, I felt my breath catch in my chest. Sarah had been a mother, a grandmother and a cherished friend. She had loved adventure and the outdoors and she had a special bond with horses. The day she died, she had been out riding with a friend when a sudden brain aneurysm took her life. It was quick, unexpected and devastating.</w:t>
      </w:r>
    </w:p>
    <w:p w14:paraId="52730004" w14:textId="77777777" w:rsidR="003C28AA" w:rsidRDefault="00000000" w:rsidP="00B406C8">
      <w:r>
        <w:t>The letter included words from her daughter, one of the people who had made the impossible decision to donate Sarah’s organs. She wrote about the pain of losing her mother, but also about the comfort of knowing that Sarah’s death hadn’t been in vain. “We knew it’s what Mum would have wanted,” she wrote.</w:t>
      </w:r>
    </w:p>
    <w:p w14:paraId="20D478B0" w14:textId="77777777" w:rsidR="003C28AA" w:rsidRDefault="00000000" w:rsidP="00B406C8">
      <w:r>
        <w:t>There was also a drawing and note from Sarah’s young granddaughter. Her words were simple, but they carried a depth that left me breathless. “I am so glad my grandma saved you”</w:t>
      </w:r>
    </w:p>
    <w:p w14:paraId="1226CC9C" w14:textId="77777777" w:rsidR="003C28AA" w:rsidRDefault="00000000" w:rsidP="00B406C8">
      <w:r>
        <w:lastRenderedPageBreak/>
        <w:t>By the time I reached the bottom floor, the lift doors opened to an empty corridor and I stood there, frozen. The tears came fast and hot, unstoppable. Everything I had ever wondered about Sarah—her face, her life, her family—was in my hands. And in that moment, I felt both overwhelmed and profoundly grateful.</w:t>
      </w:r>
    </w:p>
    <w:p w14:paraId="758439E3" w14:textId="77777777" w:rsidR="003C28AA" w:rsidRDefault="00000000" w:rsidP="00B406C8">
      <w:r>
        <w:t>Sarah had been so much more than my donor. She had been a mother, a grandmother, a vibrant woman with a life full of love and laughter. The thought of her family, their grief and their strength brought a wave of emotions that left me feeling raw.</w:t>
      </w:r>
    </w:p>
    <w:p w14:paraId="6CADA2A9" w14:textId="77777777" w:rsidR="003C28AA" w:rsidRDefault="00000000" w:rsidP="00B406C8">
      <w:r>
        <w:t>She reminded me of my Mum. That was the first thought I had when I saw her picture. Something in her eyes, the kindness and strength, felt so familiar. I felt an instant connection to her, as though a piece of her had been with me all along.</w:t>
      </w:r>
    </w:p>
    <w:p w14:paraId="5C462E7F" w14:textId="77777777" w:rsidR="003C28AA" w:rsidRDefault="00000000" w:rsidP="00B406C8">
      <w:r>
        <w:t>Over the next few days, I read and reread the letter, trying to absorb every word. Sarah’s family had opened a door I never thought would exist. Slowly, I began to correspond with them. At first, it was letters exchanged cautiously, each one filled with equal parts gratitude and grief. Over time, our conversations became more open and we found one another on social media. Transplant coordinators often advise that you do not connect on social media, but for us it was the right decision. It also allowed me to connect with Sarah’s wider family, her two sons and another daughter.</w:t>
      </w:r>
    </w:p>
    <w:p w14:paraId="0B7296C8" w14:textId="77777777" w:rsidR="003C28AA" w:rsidRDefault="00000000" w:rsidP="00B406C8">
      <w:r>
        <w:t>I desperately wanted to meet them. I want to tell her children and grandchildren how much their mother’s gift has meant to me. I want them to know that every breath I take, every milestone I reach, every race I run, is in her honor</w:t>
      </w:r>
    </w:p>
    <w:p w14:paraId="460F2590" w14:textId="77777777" w:rsidR="003C28AA" w:rsidRDefault="00000000" w:rsidP="00B406C8">
      <w:r>
        <w:t xml:space="preserve">Everything I have done since my transplant—becoming a mother to Ava and Nico, raising £350,000 for charity, running marathons, training for the World Transplant Games—it’s </w:t>
      </w:r>
      <w:r>
        <w:lastRenderedPageBreak/>
        <w:t>all because of Sarah. She gave me more than a second chance at life; she gave me the chance to live with purpose.</w:t>
      </w:r>
    </w:p>
    <w:p w14:paraId="4E20D3E9" w14:textId="77777777" w:rsidR="003C28AA" w:rsidRDefault="00000000" w:rsidP="00B406C8">
      <w:r>
        <w:t>I think about Sarah every day. I think about the courage of her children, the bittersweet comfort of her grandchildren and the way her family turned unimaginable loss into a gift of life for someone they’d never met. Sarah saved eight people. Sarah’s gift is with me in every step I take, in every race I run, in every life I touch through my advocacy.</w:t>
      </w:r>
    </w:p>
    <w:p w14:paraId="5C6E803D" w14:textId="77777777" w:rsidR="003C28AA" w:rsidRDefault="00000000" w:rsidP="00B406C8">
      <w:r>
        <w:t>The letter wasn’t just an answer to my questions; it was a beginning. A beginning of understanding, connection and honoring the legacy of the incredible woman who became a part of me. Sarah wasn’t just my donor. She was a mother, a grandmother, a force of nature. And she will always be with me, in every heartbeat, every achievement, every breath.</w:t>
      </w:r>
    </w:p>
    <w:p w14:paraId="163A81E6" w14:textId="77777777" w:rsidR="003C28AA" w:rsidRDefault="00000000" w:rsidP="00B406C8">
      <w:r>
        <w:t>The future</w:t>
      </w:r>
    </w:p>
    <w:p w14:paraId="5D9610F2" w14:textId="77777777" w:rsidR="003C28AA" w:rsidRDefault="00000000" w:rsidP="00B406C8">
      <w:r>
        <w:t>For over two years, Sarah’s family and I exchanged letters, messages and glimpses of our lives, building a connection rooted in gratitude, grief and the profound bond of her selfless gift. Each exchange brought us closer and yet the idea of meeting felt monumental—too vast to grasp, too emotional to prepare for. But finally, after two years, we set a date.</w:t>
      </w:r>
    </w:p>
    <w:p w14:paraId="6114FD30" w14:textId="77777777" w:rsidR="003C28AA" w:rsidRDefault="00000000" w:rsidP="00B406C8">
      <w:r>
        <w:t>I can’t explain the mixture of emotions that ran through me as the day approached. Excitement, fear, gratitude and nervousness all swirled together. What would I say to the people who had lost so much and yet given so generously? Would I be able to convey how much Sarah’s gift meant to me, or would words fail me?</w:t>
      </w:r>
    </w:p>
    <w:p w14:paraId="7D41FC24" w14:textId="77777777" w:rsidR="003C28AA" w:rsidRDefault="00000000" w:rsidP="00B406C8">
      <w:r>
        <w:t>The day began before the sun had fully claimed the sky, a pale wash of light spilling across the rooftops. Our bags were packed the night before — clothes, snacks and enough toys to keep Ava and Nico busy on the long journey ahead. Ava was buzzing with excitement, bouncing on her toes, while Nico clung to me, his hair still warm and mussed from sleep.</w:t>
      </w:r>
    </w:p>
    <w:p w14:paraId="6772EBE2" w14:textId="77777777" w:rsidR="003C28AA" w:rsidRDefault="00000000" w:rsidP="00B406C8">
      <w:r>
        <w:lastRenderedPageBreak/>
        <w:t>They didn’t know the weight of where we were going. They only knew we were “going on a train adventure.”</w:t>
      </w:r>
    </w:p>
    <w:p w14:paraId="3ED03237" w14:textId="77777777" w:rsidR="003C28AA" w:rsidRDefault="00000000" w:rsidP="00B406C8">
      <w:r>
        <w:t>The train pulled away with that familiar sway, the soft clatter of wheels on track. We settled into our seats, the children pressing their faces to the glass, pointing out fields and sheep as the world blurred past. Five hours lay between us and the meeting I had been imagining for years — the day I would finally meet Sarah’s family.</w:t>
      </w:r>
    </w:p>
    <w:p w14:paraId="54233E26" w14:textId="77777777" w:rsidR="003C28AA" w:rsidRDefault="00000000" w:rsidP="00B406C8">
      <w:r>
        <w:t>Sarah. The name I had whispered in quiet moments. The person whose liver had saved my life. I had carried her with me every day since the transplant — in my body, in my heartbeat — but I had never seen the faces of the people who loved her first. Today, I would meet her son, his wife and their little girl — a child around Ava and Nico’s age.</w:t>
      </w:r>
    </w:p>
    <w:p w14:paraId="67140D4C" w14:textId="77777777" w:rsidR="003C28AA" w:rsidRDefault="00000000" w:rsidP="00B406C8">
      <w:r>
        <w:t>When we arrived, the hotel was tucked into a quiet street, the kind of place where the carpet muffled your footsteps. The room they’d set aside for us was small but warm, private in a way that made the air feel heavier.</w:t>
      </w:r>
    </w:p>
    <w:p w14:paraId="074F001E" w14:textId="77777777" w:rsidR="003C28AA" w:rsidRDefault="00000000" w:rsidP="00B406C8">
      <w:r>
        <w:t>Then they walked in.</w:t>
      </w:r>
    </w:p>
    <w:p w14:paraId="7CC43AC3" w14:textId="77777777" w:rsidR="003C28AA" w:rsidRDefault="00000000" w:rsidP="00B406C8">
      <w:r>
        <w:t>Sarah’s son stepped through first, tall and broad-shouldered, holding a bouquet of flowers. His wife followed, her smile warm but tinged with nerves and then their daughter — small, bright-eyed and holding tight to her mother’s hand. She had the same open expression as Ava, that guileless way children have when they haven’t learned to hide what they feel.</w:t>
      </w:r>
    </w:p>
    <w:p w14:paraId="0F0F5011" w14:textId="77777777" w:rsidR="003C28AA" w:rsidRDefault="00000000" w:rsidP="00B406C8">
      <w:r>
        <w:t>We shook hands — a gesture far too formal for the enormity of what bound us — and then we sat.</w:t>
      </w:r>
    </w:p>
    <w:p w14:paraId="597F4E27" w14:textId="77777777" w:rsidR="003C28AA" w:rsidRDefault="00000000" w:rsidP="00B406C8">
      <w:r>
        <w:t>The conversation started slowly. We shared our versions of events — mine from the hospital bed, theirs from the raw, unbearable hours when they made the decision to donate Sarah’s organs. Their words were heavy but steady, spoken with a quiet kind of courage.</w:t>
      </w:r>
    </w:p>
    <w:p w14:paraId="03E60DEE" w14:textId="77777777" w:rsidR="003C28AA" w:rsidRDefault="00000000" w:rsidP="00B406C8">
      <w:r>
        <w:lastRenderedPageBreak/>
        <w:t>then we spoke about Sarah herself.</w:t>
      </w:r>
    </w:p>
    <w:p w14:paraId="2BB11C2F" w14:textId="77777777" w:rsidR="003C28AA" w:rsidRDefault="00000000" w:rsidP="00B406C8">
      <w:r>
        <w:t>Her name seemed to soften the air. They told me about her laugh, her stubborn streak, how fiercely she loved her family. I tried to picture her in the colours they painted — alive, vibrant, real — and for the first time, she felt like more than just my donor. She felt like someone I could have known.</w:t>
      </w:r>
    </w:p>
    <w:p w14:paraId="4492FDCE" w14:textId="77777777" w:rsidR="003C28AA" w:rsidRDefault="00000000" w:rsidP="00B406C8">
      <w:r>
        <w:t>When it came time to part, none of us moved too quickly. We hugged — long, unspoken embraces — and I hoped they could feel my gratitude in the way I held on.</w:t>
      </w:r>
    </w:p>
    <w:p w14:paraId="561FB3A8" w14:textId="77777777" w:rsidR="003C28AA" w:rsidRDefault="00000000" w:rsidP="00B406C8">
      <w:r>
        <w:t>we didn’t say goodbye just yet. Instead, we all took the children to McDonald’s. The shift in atmosphere was almost jarring — from the intensity of our meeting to the simple chaos of Happy Meals, spilled fries and plastic toys. The children fell into an easy rhythm, laughing together like they’d known each other forever. Watching them side by side was grounding. Endings and beginnings, grief and joy, all tangled together in one plastic booth.</w:t>
      </w:r>
    </w:p>
    <w:p w14:paraId="193C1C7C" w14:textId="77777777" w:rsidR="003C28AA" w:rsidRDefault="00000000" w:rsidP="00B406C8">
      <w:r>
        <w:t>After we ate, we walked together through the town and by chance, we passed a chapel. They stopped and pointed, telling us it was where Sarah’s family had been awarded The Order of St John Award for Organ Donation — a posthumous honour given to families of organ donors in the UK.</w:t>
      </w:r>
    </w:p>
    <w:p w14:paraId="321D7C77" w14:textId="77777777" w:rsidR="003C28AA" w:rsidRDefault="00000000" w:rsidP="00B406C8">
      <w:r>
        <w:t>We decided to go inside.</w:t>
      </w:r>
    </w:p>
    <w:p w14:paraId="303CBCA5" w14:textId="77777777" w:rsidR="003C28AA" w:rsidRDefault="00000000" w:rsidP="00B406C8">
      <w:r>
        <w:t>The chapel was magnificent — high vaulted ceilings, stone walls that seemed to hum with history and shafts of light cutting through stained glass, scattering colour across the floor. The children’s voices echoed as they played, their small footsteps pattering between the pews. Their laughter floated upward, filling the space with something bright and alive.</w:t>
      </w:r>
    </w:p>
    <w:p w14:paraId="251DD07F" w14:textId="77777777" w:rsidR="003C28AA" w:rsidRDefault="00000000" w:rsidP="00B406C8">
      <w:r>
        <w:t>We sat quietly, watching them.</w:t>
      </w:r>
    </w:p>
    <w:p w14:paraId="03D467B7" w14:textId="77777777" w:rsidR="003C28AA" w:rsidRDefault="00000000" w:rsidP="00B406C8">
      <w:r>
        <w:lastRenderedPageBreak/>
        <w:t>In that stillness, the meaning of the day settled in my chest. This was the place where they had been honoured for the gift that had kept me alive — the gift that had allowed Ava and Nico to be here now, running across the chapel floor. It felt like standing in the overlap of two worlds: one shadowed by loss, the other lit by the lives that loss had made possible.</w:t>
      </w:r>
    </w:p>
    <w:p w14:paraId="069B8737" w14:textId="77777777" w:rsidR="003C28AA" w:rsidRDefault="00000000" w:rsidP="00B406C8">
      <w:r>
        <w:t>When we finally left, the children skipped ahead, hand in hand. I followed, carrying the flowers, carrying the weight of Sarah’s name, carrying the unspoken promise I had made to live well — for her, for them, for all of us.</w:t>
      </w:r>
    </w:p>
    <w:p w14:paraId="179EF125" w14:textId="77777777" w:rsidR="003C28AA" w:rsidRDefault="00000000" w:rsidP="00B406C8">
      <w:r>
        <w:t>As we stepped back out into the daylight, the air felt different. Lighter, yet somehow charged with meaning. I glanced at Ava and Nico, their cheeks flushed from playing, their hands still sticky from McDonald’s. They were blissfully unaware of the enormity of what had just happened, but I wasn’t.</w:t>
      </w:r>
    </w:p>
    <w:p w14:paraId="4795D9B4" w14:textId="77777777" w:rsidR="003C28AA" w:rsidRDefault="00000000" w:rsidP="00B406C8">
      <w:r>
        <w:t>I had always known my life had been saved by a stranger’s choice, but meeting Sarah’s family made it real in a way nothing else could. I’d looked into the eyes of the people who had lived through the unthinkable and still chosen generosity over despair. I had stood in the place where their love for Sarah had been honoured and I had felt the ripple of that choice in every step my children took around that chapel.</w:t>
      </w:r>
    </w:p>
    <w:p w14:paraId="5ACDB03F" w14:textId="77777777" w:rsidR="003C28AA" w:rsidRDefault="00000000" w:rsidP="00B406C8">
      <w:r>
        <w:t>From that day on, every mile I’ve run, every medal I’ve earned, has been for her as much as for me. Sarah’s name is in my breath when I’m gasping through the last stretch of a race. She’s there in the ache of my muscles, in the pounding of my heart, in the weight of my medals clinking together. She is in the £350,000 I have raised for causes close to my heart, in the conversations I’ve had about organ donation, in every person who has told me they’ve signed the register because of my story.</w:t>
      </w:r>
    </w:p>
    <w:p w14:paraId="1FEF4345" w14:textId="77777777" w:rsidR="003C28AA" w:rsidRDefault="00000000" w:rsidP="00B406C8">
      <w:r>
        <w:lastRenderedPageBreak/>
        <w:t>She is in the lives Ava and Nico are building — their laughter, their stubbornness, their wide-eyed wonder.</w:t>
      </w:r>
    </w:p>
    <w:p w14:paraId="38F47480" w14:textId="77777777" w:rsidR="003C28AA" w:rsidRDefault="00000000" w:rsidP="00B406C8">
      <w:r>
        <w:t>Meeting Sarah’s family didn’t just give me closure. It lit a fire under everything I do. It made me vow to live deliberately, with no half-measures, because my life isn’t mine alone. It belongs to all of us who are bound together by that single, lifesaving choice.</w:t>
      </w:r>
    </w:p>
    <w:p w14:paraId="15262274" w14:textId="77777777" w:rsidR="003C28AA" w:rsidRDefault="00000000" w:rsidP="00B406C8">
      <w:r>
        <w:t>Six hundred talks and three hundred finish lines later, I still say it: a life saved ought never be taken for granted. I didn’t set out to gather awards or medals. No, my purpose was to illuminate the wonder that emerges when a donor says “yes” in their darkness. Numbers became their own living story—mile markers on a road I never dared dream I’d walk. I spoke in whispered halls of hospitals and the echoing corners of church basements. Each time, I felt fresh births of understanding in the room—new hope pushing through tears, bridging sorrow and possibility.</w:t>
      </w:r>
    </w:p>
    <w:p w14:paraId="73046858" w14:textId="77777777" w:rsidR="003C28AA" w:rsidRDefault="00000000" w:rsidP="00B406C8">
      <w:r>
        <w:t>I’d stand before them, my own heart hammering, telling them that no mother’s intuition should ever be waved aside, that no quiet heartbeat should remain unchecked. Then I’d open the door to AFLP—Acute Fatty Liver of Pregnancy—letting them see how it nearly stole my life, along with my babies. And each time, I would say, “If you can—become a donor hero. Be someone else’s Sarah.”</w:t>
      </w:r>
    </w:p>
    <w:p w14:paraId="0B23FE9E" w14:textId="77777777" w:rsidR="003C28AA" w:rsidRDefault="00000000" w:rsidP="00B406C8">
      <w:r>
        <w:t xml:space="preserve">Sarah. Even now, her name lights a candle in the darkest corner of my spirit. Because of her, I lived to bury my twins—Mia and Leo—and still keep breathing. Every medal I’ve earned whispers her name along with mine; each step is both solitary and shared. My running legs became my medicine, my rebellion against what once felt like a ruined body. First I tiptoed around the block, then came 5Ks, 10Ks, half-marathons, full marathons. But the route that stirred </w:t>
      </w:r>
      <w:r>
        <w:lastRenderedPageBreak/>
        <w:t>my soul most was a 33-mile ultra from my doorstep in York to Leeds, back to the hospital that saved my life. It was a pilgrimage of gratitude—each footfall a note of prayer.</w:t>
      </w:r>
    </w:p>
    <w:p w14:paraId="7EEBB69B" w14:textId="77777777" w:rsidR="003C28AA" w:rsidRDefault="00000000" w:rsidP="00B406C8">
      <w:r>
        <w:t>I set out in the quiet of dawn, bag weighed down with organ donor cards to hand out. By mile twenty, my legs quivered and every muscle wept for mercy. Then, as if heaven itself reached out, a double rainbow crowned the sky, like a benediction. So I ran on, tears mingling with sweat, until I staggered through the hospital doors. My knees nearly folded under the weight of memory and thanksgiving. I thought of that first moment waking on these very wards, barely grasping that another woman’s organ now gave me life.</w:t>
      </w:r>
    </w:p>
    <w:p w14:paraId="33C955E4" w14:textId="77777777" w:rsidR="003C28AA" w:rsidRDefault="00000000" w:rsidP="00B406C8">
      <w:r>
        <w:t>By then, I’d crossed more than three hundred and fifty finish lines, though I only knew the count from the clinking medals on my wall. None of those finishes mattered as much as the story I carried—hope hammered into every conversation. The newspapers, the radio shows, the podcasts—they all came calling. My body, you see, was no longer just my own: it was Sarah’s gift, stitched together with the memory of Mia and Leo, whose fragile lives ended too soon but live on in the breath of my lungs.</w:t>
      </w:r>
    </w:p>
    <w:p w14:paraId="4DF0CFCA" w14:textId="77777777" w:rsidR="003C28AA" w:rsidRDefault="00000000" w:rsidP="00B406C8">
      <w:r>
        <w:t>I wanted folks to rethink what organ donation means, how it can burst into someone’s world like sunlight in the midnight hour. We are living proof that organ donation saved lives.</w:t>
      </w:r>
    </w:p>
    <w:p w14:paraId="2A60488F" w14:textId="77777777" w:rsidR="003C28AA" w:rsidRDefault="00000000" w:rsidP="00B406C8">
      <w:pPr>
        <w:ind w:firstLine="0"/>
        <w:jc w:val="center"/>
      </w:pPr>
      <w:r>
        <w:rPr>
          <w:b/>
        </w:rPr>
        <w:t>Chapter</w:t>
      </w:r>
    </w:p>
    <w:p w14:paraId="4ACC5710" w14:textId="77777777" w:rsidR="003C28AA" w:rsidRDefault="00000000" w:rsidP="00B406C8">
      <w:r>
        <w:t>For years, I had avoided my own reflection. The mirror wasn’t kind to me — not because of vanity, but because of memory. Every scar, every line, every uneven patch of skin told a story of what my body had endured. I didn’t see strength or survival looking back at me — I saw the ghost of someone I used to be. Someone who had been broken apart and stitched back together.</w:t>
      </w:r>
    </w:p>
    <w:p w14:paraId="1C34D4BC" w14:textId="77777777" w:rsidR="003C28AA" w:rsidRDefault="00000000" w:rsidP="00B406C8">
      <w:r>
        <w:lastRenderedPageBreak/>
        <w:t>Then, one afternoon, Ava came hurtling into the room, my phone clutched tightly in her small hands. Her eyes sparkled with a mischief and excitement that only a seven-year-old can muster.</w:t>
      </w:r>
    </w:p>
    <w:p w14:paraId="31D1F48F" w14:textId="77777777" w:rsidR="003C28AA" w:rsidRDefault="00000000" w:rsidP="00B406C8">
      <w:r>
        <w:t>“Why not you, Mummy?” she said, holding the screen up to me.</w:t>
      </w:r>
    </w:p>
    <w:p w14:paraId="5E9FD7A2" w14:textId="77777777" w:rsidR="003C28AA" w:rsidRDefault="00000000" w:rsidP="00B406C8">
      <w:r>
        <w:t>It was an advert for Ms Crown &amp; Glory United Kingdom. A beauty pageant.</w:t>
      </w:r>
    </w:p>
    <w:p w14:paraId="352038D8" w14:textId="77777777" w:rsidR="003C28AA" w:rsidRDefault="00000000" w:rsidP="00B406C8">
      <w:r>
        <w:t>I nearly laughed out loud. Me? A runner, a transplantee, a woman who still flinched when certain dresses brushed against her scars. Not the airbrushed, high-gloss “beauty queen” you see in magazines. But then the thought landed, heavy and unignorable: What kind of woman would I be if I told my daughter she should chase her dreams, if I wouldn’t chase mine?</w:t>
      </w:r>
    </w:p>
    <w:p w14:paraId="30318BE3" w14:textId="77777777" w:rsidR="003C28AA" w:rsidRDefault="00000000" w:rsidP="00B406C8">
      <w:r>
        <w:t>I had spent so much of Ava’s life telling her she was worthy, capable and enough — but what example was I setting if I couldn’t see that in myself? If I wanted her to believe those words, I had to live them.</w:t>
      </w:r>
    </w:p>
    <w:p w14:paraId="77D06000" w14:textId="77777777" w:rsidR="003C28AA" w:rsidRDefault="00000000" w:rsidP="00B406C8">
      <w:r>
        <w:t>So, without overthinking it, I filled in the form. And when they accepted me, I realised I’d just stepped into an entirely new world.</w:t>
      </w:r>
    </w:p>
    <w:p w14:paraId="0FFFC65B" w14:textId="77777777" w:rsidR="003C28AA" w:rsidRDefault="00000000" w:rsidP="00B406C8">
      <w:r>
        <w:t>The First Round — Interview</w:t>
      </w:r>
    </w:p>
    <w:p w14:paraId="62694954" w14:textId="77777777" w:rsidR="003C28AA" w:rsidRDefault="00000000" w:rsidP="00B406C8">
      <w:r>
        <w:t>Pageant day arrived and my nerves were fizzing. The first round was the interview — just me and the judges in a quiet room, no stage lights, no audience. This was my chance to pour my heart and soul into words.</w:t>
      </w:r>
    </w:p>
    <w:p w14:paraId="7C2F0529" w14:textId="77777777" w:rsidR="003C28AA" w:rsidRDefault="00000000" w:rsidP="00B406C8">
      <w:r>
        <w:t>I told them my story — about Sarah, the woman whose organ donation had saved my life and how my platform was rooted in gratitude, awareness and inspiring people to become donors themselves. I told them about Mia and Leo, my tiny twins and how I carried their memory into everything I did. I spoke about the work I’d done to raise awareness, the races I’d run, the people I’d spoken to.</w:t>
      </w:r>
    </w:p>
    <w:p w14:paraId="32E5FA72" w14:textId="77777777" w:rsidR="003C28AA" w:rsidRDefault="00000000" w:rsidP="00B406C8">
      <w:r>
        <w:lastRenderedPageBreak/>
        <w:t>It wasn’t rehearsed. It wasn’t polished. It was raw and real — my voice cracked in places and I didn’t hide it.</w:t>
      </w:r>
    </w:p>
    <w:p w14:paraId="3BC5A754" w14:textId="77777777" w:rsidR="003C28AA" w:rsidRDefault="00000000" w:rsidP="00B406C8">
      <w:r>
        <w:t>When I walked out of that interview room, my hands were trembling, but my heart felt strangely calm. I’d told the truth and that, to me, was already a win.</w:t>
      </w:r>
    </w:p>
    <w:p w14:paraId="28B11909" w14:textId="77777777" w:rsidR="003C28AA" w:rsidRDefault="00000000" w:rsidP="00B406C8">
      <w:r>
        <w:t>The Show — Fashion Wear</w:t>
      </w:r>
    </w:p>
    <w:p w14:paraId="2D1A27BE" w14:textId="77777777" w:rsidR="003C28AA" w:rsidRDefault="00000000" w:rsidP="00B406C8">
      <w:r>
        <w:t>The next round was the fashion wear section — bold, vibrant, fun. I stepped onto the stage in something that made me feel alive, not just dressed up. The music thumped through the floorboards, the lights were warm on my skin and for the first time in years, I walked with my head high.</w:t>
      </w:r>
    </w:p>
    <w:p w14:paraId="5F7363B6" w14:textId="77777777" w:rsidR="003C28AA" w:rsidRDefault="00000000" w:rsidP="00B406C8">
      <w:r>
        <w:t>This wasn’t about looking perfect. It was about showing up as myself, scars and all and owning my space.</w:t>
      </w:r>
    </w:p>
    <w:p w14:paraId="68C52617" w14:textId="77777777" w:rsidR="003C28AA" w:rsidRDefault="00000000" w:rsidP="00B406C8">
      <w:r>
        <w:t>The Show — Evening Wear</w:t>
      </w:r>
    </w:p>
    <w:p w14:paraId="6E532C8D" w14:textId="77777777" w:rsidR="003C28AA" w:rsidRDefault="00000000" w:rsidP="00B406C8">
      <w:r>
        <w:t>Then came evening wear — the moment most people picture when they think of pageants. My gown flowed around me like water, the fabric heavy yet comforting, almost like it was holding me together. I stepped onto the stage, the lights bright but not blinding, the audience a blur of smiles.</w:t>
      </w:r>
    </w:p>
    <w:p w14:paraId="07E10228" w14:textId="77777777" w:rsidR="003C28AA" w:rsidRDefault="00000000" w:rsidP="00B406C8">
      <w:r>
        <w:t>I stood there, breathing deeply and thought of Ava in the front row, watching.</w:t>
      </w:r>
    </w:p>
    <w:p w14:paraId="5E1C5F6B" w14:textId="77777777" w:rsidR="003C28AA" w:rsidRDefault="00000000" w:rsidP="00B406C8">
      <w:r>
        <w:t>then — the announcement.</w:t>
      </w:r>
    </w:p>
    <w:p w14:paraId="01857021" w14:textId="77777777" w:rsidR="003C28AA" w:rsidRDefault="00000000" w:rsidP="00B406C8">
      <w:r>
        <w:t>When they called my name as Ms Crown &amp; Glory United Kingdom, it felt like the air was sucked out of the room for a heartbeat before applause erupted around me.</w:t>
      </w:r>
    </w:p>
    <w:p w14:paraId="772B56CF" w14:textId="77777777" w:rsidR="003C28AA" w:rsidRDefault="00000000" w:rsidP="00B406C8">
      <w:r>
        <w:t>I couldn’t stop smiling. I couldn’t stop shaking.</w:t>
      </w:r>
    </w:p>
    <w:p w14:paraId="54AE4593" w14:textId="77777777" w:rsidR="003C28AA" w:rsidRDefault="00000000" w:rsidP="00B406C8">
      <w:r>
        <w:t>The Truth About Pageantry</w:t>
      </w:r>
    </w:p>
    <w:p w14:paraId="3CAFFFE1" w14:textId="77777777" w:rsidR="003C28AA" w:rsidRDefault="00000000" w:rsidP="00B406C8">
      <w:r>
        <w:lastRenderedPageBreak/>
        <w:t>Here’s what I wish people understood: it’s not like the cutthroat, catty, over-dramatised world you see in American TV shows. Not here. Not in this space.</w:t>
      </w:r>
    </w:p>
    <w:p w14:paraId="46F82EA8" w14:textId="77777777" w:rsidR="003C28AA" w:rsidRDefault="00000000" w:rsidP="00B406C8">
      <w:r>
        <w:t>It’s a safe, supportive environment where women from all walks of life come together. We cheer each other on. We lend each other dresses and lipstick, fix each other’s hair in the wings and celebrate each other’s wins without resentment. It’s not about competing to tear each other down — it’s about lifting each other up.</w:t>
      </w:r>
    </w:p>
    <w:p w14:paraId="3A22CDA8" w14:textId="77777777" w:rsidR="003C28AA" w:rsidRDefault="00000000" w:rsidP="00B406C8">
      <w:r>
        <w:t>Pageantry gave me something I didn’t think I’d ever get back — confidence. Not the superficial kind, but the deep, quiet sort that comes from feeling at home in your own skin again. It brought incredible friends into my life, women I can call at midnight when I’m having a wobble, women who get it.</w:t>
      </w:r>
    </w:p>
    <w:p w14:paraId="64386BB6" w14:textId="77777777" w:rsidR="003C28AA" w:rsidRDefault="00000000" w:rsidP="00B406C8">
      <w:r>
        <w:t>the crown? It’s not just a shiny object on my head. It’s a platform — a key that’s unlocked new audiences for my message. I’ve walked into schools and lecture halls wearing it, telling children that scars can be medals of survival and that being an organ donor can change the course of history for a family.</w:t>
      </w:r>
    </w:p>
    <w:p w14:paraId="63892278" w14:textId="77777777" w:rsidR="003C28AA" w:rsidRDefault="00000000" w:rsidP="00B406C8">
      <w:r>
        <w:t>The Bus</w:t>
      </w:r>
    </w:p>
    <w:p w14:paraId="1EFC5161" w14:textId="77777777" w:rsidR="003C28AA" w:rsidRDefault="00000000" w:rsidP="00B406C8">
      <w:r>
        <w:t>Not long after my win, something happened that left me just as stunned as that night on stage.</w:t>
      </w:r>
    </w:p>
    <w:p w14:paraId="50CAAC69" w14:textId="77777777" w:rsidR="003C28AA" w:rsidRDefault="00000000" w:rsidP="00B406C8">
      <w:r>
        <w:t>A few months later, I stood with Ava, Nico and my friend Jane on a street in York, waiting for something extraordinary. The late afternoon sun was turning the city golden. We knew it was coming, but when the bus rounded the corner, it still took my breath away.</w:t>
      </w:r>
    </w:p>
    <w:p w14:paraId="0A451E80" w14:textId="77777777" w:rsidR="003C28AA" w:rsidRDefault="00000000" w:rsidP="00B406C8">
      <w:r>
        <w:t>My name.</w:t>
      </w:r>
    </w:p>
    <w:p w14:paraId="18AFCCA0" w14:textId="77777777" w:rsidR="003C28AA" w:rsidRDefault="00000000" w:rsidP="00B406C8">
      <w:r>
        <w:t>In bold letters across the side of the bus.</w:t>
      </w:r>
    </w:p>
    <w:p w14:paraId="2B49CB7A" w14:textId="77777777" w:rsidR="003C28AA" w:rsidRDefault="00000000" w:rsidP="00B406C8">
      <w:r>
        <w:lastRenderedPageBreak/>
        <w:t>Ava gasped, bouncing on her toes. “Mummy! That’s your name!” she cried. Nico clutched Jane’s hand, eyes wide. “That’s Mummy’s bus?” he asked, like the concept was magical.</w:t>
      </w:r>
    </w:p>
    <w:p w14:paraId="490FC762" w14:textId="77777777" w:rsidR="003C28AA" w:rsidRDefault="00000000" w:rsidP="00B406C8">
      <w:r>
        <w:t>The driver stopped, smiling and waved us over. Nico climbed into the driver’s seat, his legs dangling, hands gripping the steering wheel as if he might drive us away on some grand adventure. Ava stood proudly beside him, grinning for the camera while Jane snapped pictures.</w:t>
      </w:r>
    </w:p>
    <w:p w14:paraId="7D60E00D" w14:textId="77777777" w:rsidR="003C28AA" w:rsidRDefault="00000000" w:rsidP="00B406C8">
      <w:r>
        <w:t>I stepped back for a moment, just to take it all in — my name on a bus, my children’s laughter ringing out into the city air, the warmth of my friend’s presence beside me.</w:t>
      </w:r>
    </w:p>
    <w:p w14:paraId="088050AE" w14:textId="77777777" w:rsidR="003C28AA" w:rsidRDefault="00000000" w:rsidP="00B406C8">
      <w:r>
        <w:t>It wasn’t just a bus. It was a moving story — my story — carrying hope through the streets. I thought of Sarah. Of Mia and Leo. Of the promise I’d made to keep running, speaking and sharing until my last breath.</w:t>
      </w:r>
    </w:p>
    <w:p w14:paraId="3DA3E3BA" w14:textId="77777777" w:rsidR="003C28AA" w:rsidRDefault="00000000" w:rsidP="00B406C8">
      <w:r>
        <w:t>We didn’t drive the bus that day, but as it pulled away, I knew we’d travelled somewhere important all the same.</w:t>
      </w:r>
    </w:p>
    <w:p w14:paraId="5364191B" w14:textId="77777777" w:rsidR="003C28AA" w:rsidRDefault="00000000" w:rsidP="00B406C8">
      <w:r>
        <w:t>Because this wasn’t just my win. It was ours. Ava’s faith in me. Nico’s wonder. My family and friends unwavering support. Sarah’s gift. Mia and Leo’s memory. All of it, rolling forward, still changing lives.</w:t>
      </w:r>
    </w:p>
    <w:p w14:paraId="42240609" w14:textId="77777777" w:rsidR="003C28AA" w:rsidRDefault="00000000" w:rsidP="00B406C8">
      <w:pPr>
        <w:ind w:firstLine="0"/>
        <w:jc w:val="center"/>
      </w:pPr>
      <w:r>
        <w:rPr>
          <w:b/>
        </w:rPr>
        <w:t>Chapter</w:t>
      </w:r>
    </w:p>
    <w:p w14:paraId="7B087051" w14:textId="77777777" w:rsidR="003C28AA" w:rsidRDefault="00000000" w:rsidP="00B406C8">
      <w:r>
        <w:t>The morning sun spilled through the kitchen window, catching in the steam of my coffee. The world outside my front door was already moving — neighbours heading to work, the school run unfolding in familiar chaos — but inside, the house was calm. Ava sat at the table, hair messy from sleep, sketching something I couldn’t quite see, while Nico was on the floor building a tower that looked like it might scrape the ceiling if he had enough bricks.</w:t>
      </w:r>
    </w:p>
    <w:p w14:paraId="0DC9C698" w14:textId="77777777" w:rsidR="003C28AA" w:rsidRDefault="00000000" w:rsidP="00B406C8">
      <w:r>
        <w:lastRenderedPageBreak/>
        <w:t>It struck me, as it sometimes does in quiet moments, how ordinary this scene was. Ordinary — a word that used to feel out of reach for me. Ordinary used to mean survival, stability, things that felt like luxuries when I was clinging to life in a hospital bed, when grief was a constant throb in my chest, when I didn’t know if my children would live to see their first birthdays.</w:t>
      </w:r>
    </w:p>
    <w:p w14:paraId="10D46FBE" w14:textId="77777777" w:rsidR="003C28AA" w:rsidRDefault="00000000" w:rsidP="00B406C8">
      <w:r>
        <w:t>Now, it meant the soft hum of a washing machine in the background. The smell of burnt toast because Nico had “helped” make breakfast. A text from my Dad telling me he’d booked the train to come watch me compete next week.</w:t>
      </w:r>
    </w:p>
    <w:p w14:paraId="40CF7A2E" w14:textId="77777777" w:rsidR="003C28AA" w:rsidRDefault="00000000" w:rsidP="00B406C8">
      <w:r>
        <w:t>beneath that ordinariness, there’s still a river of memory. Some days it trickles gently, a reminder of the things I’ve overcome. Other days, it roars, pulling me back to places I’ve fought hard to leave — the sound of monitors in the ICU, the taste of fear in my mouth as I signed consent forms, the weight of loss so heavy I thought it might crush me.</w:t>
      </w:r>
    </w:p>
    <w:p w14:paraId="728F0C5A" w14:textId="77777777" w:rsidR="003C28AA" w:rsidRDefault="00000000" w:rsidP="00B406C8">
      <w:r>
        <w:t>I’ve learned not to push those memories away. They’re part of me — the scaffolding beneath the life I’ve built. They’re why I lace up my trainers even when I’m tired. They’re why I stand on stages and tell my story to strangers. They’re why I say yes to things that scare me, like pageants and public speaking and starting over, again and again.</w:t>
      </w:r>
    </w:p>
    <w:p w14:paraId="74D9CA22" w14:textId="77777777" w:rsidR="003C28AA" w:rsidRDefault="00000000" w:rsidP="00B406C8">
      <w:r>
        <w:t>Today, I have work to do — emails to answer, training to fit in, a school pickup to coordinate — but there’s a different kind of hum under my skin. In a few days, I’ll be boarding a plane to compete at the World Transplant Games. My kit is folded neatly in a bag by the door, my spikes wrapped in tissue paper like they’re precious cargo. They are, in a way — tools that have carried me further than I ever thought possible.</w:t>
      </w:r>
    </w:p>
    <w:p w14:paraId="622C7ADA" w14:textId="77777777" w:rsidR="003C28AA" w:rsidRDefault="00000000" w:rsidP="00B406C8">
      <w:r>
        <w:t xml:space="preserve">As I sit there, sipping my coffee, I think of everyone who has brought me to this point. Sarah, my donor, whose heart stopped so mine could keep beating. Mia and Leo, my first babies, </w:t>
      </w:r>
      <w:r>
        <w:lastRenderedPageBreak/>
        <w:t>whose absence carved a hole in me but also lit a fire. My Mum, whose love was complicated but real and whose absence I still feel in quiet moments. My Dad, steady as a rock, who has stood on more sidelines than I can count, clapping until his hands hurt.</w:t>
      </w:r>
    </w:p>
    <w:p w14:paraId="5F71EAD0" w14:textId="77777777" w:rsidR="003C28AA" w:rsidRDefault="00000000" w:rsidP="00B406C8">
      <w:r>
        <w:t>then there’s me — the version of myself who thought she’d never run, never wear a crown, never find her voice, never feel truly alive again. She’s still here too, but now she’s standing taller.</w:t>
      </w:r>
    </w:p>
    <w:p w14:paraId="304A23CD" w14:textId="77777777" w:rsidR="003C28AA" w:rsidRDefault="00000000" w:rsidP="00B406C8">
      <w:r>
        <w:t>The Games feel like the culmination of something, but also the start of something else.</w:t>
      </w:r>
    </w:p>
    <w:p w14:paraId="274C3B14" w14:textId="77777777" w:rsidR="003C28AA" w:rsidRDefault="00000000" w:rsidP="00B406C8">
      <w:r>
        <w:t>The morning I left for Dresden, the house felt unusually still. It wasn’t the quiet of absence, but the kind that comes before a storm — a hush before something big changes. My suitcase lay open on the bed, the navy Team GB tracksuit folded neatly on top, its white lettering stark against the deep blue. I’d packed it last, almost as if tucking it there at the top would make me believe this was all real.</w:t>
      </w:r>
    </w:p>
    <w:p w14:paraId="32832C4F" w14:textId="77777777" w:rsidR="003C28AA" w:rsidRDefault="00000000" w:rsidP="00B406C8">
      <w:r>
        <w:t>I sat on the edge of the bed for a moment, my fingers running over the embroidered crest. My reflection caught in the mirror — a woman with a scattering of scars, hair tied back, eyes steady but shining with something close to disbelief. Ten years ago, I was hooked up to machines, learning how to breathe again. Now I was packing to fly across Europe to represent my country at the World Transplant Games.</w:t>
      </w:r>
    </w:p>
    <w:p w14:paraId="6D479575" w14:textId="77777777" w:rsidR="003C28AA" w:rsidRDefault="00000000" w:rsidP="00B406C8">
      <w:r>
        <w:t>From downstairs came the clink of mugs and the low hum of the kettle. Max was making tea — his love language, always. I heard the quiet tread of his feet on the stairs before he appeared in the doorway, holding my favourite mug between his hands.</w:t>
      </w:r>
    </w:p>
    <w:p w14:paraId="6E3DA3A2" w14:textId="77777777" w:rsidR="003C28AA" w:rsidRDefault="00000000" w:rsidP="00B406C8">
      <w:r>
        <w:t>“One last brew before you go off and bring home the medals?” is voice was light, teasing, but I saw the weight of pride in his eyes.</w:t>
      </w:r>
    </w:p>
    <w:p w14:paraId="4DBB810D" w14:textId="77777777" w:rsidR="003C28AA" w:rsidRDefault="00000000" w:rsidP="00B406C8">
      <w:r>
        <w:lastRenderedPageBreak/>
        <w:t>I smiled, taking the mug. “You’re sure you’ll be all right with the children while I’m gone?”</w:t>
      </w:r>
    </w:p>
    <w:p w14:paraId="2D52ABA9" w14:textId="77777777" w:rsidR="003C28AA" w:rsidRDefault="00000000" w:rsidP="00B406C8">
      <w:r>
        <w:t>He gave me that look — the one that had anchored me more times than I could count. “Lou, we’ve handled worse than a few days without you. I’ve got it. You just go out there and show them what you’re made of.”</w:t>
      </w:r>
    </w:p>
    <w:p w14:paraId="5790475D" w14:textId="77777777" w:rsidR="003C28AA" w:rsidRDefault="00000000" w:rsidP="00B406C8">
      <w:r>
        <w:t>What I was made of. It wasn’t just muscle and training. It was stitches, resilience, grief that had been reshaped into determination. It was Sarah’s gift, Mia and Leo’s memory, my Mum’s stubborn spirit, my Dad’s unwavering presence and Max — the love of my life, the man who’d stood beside me in every hospital corridor, every victory, every collapse.</w:t>
      </w:r>
    </w:p>
    <w:p w14:paraId="550E93E0" w14:textId="77777777" w:rsidR="003C28AA" w:rsidRDefault="00000000" w:rsidP="00B406C8">
      <w:r>
        <w:t>I drove to my Dad’s house and from there we set off together for the airport. We’d decided to travel like this, just him and me. It felt fitting, almost symbolic, that he’d be the one in the stands when I stepped onto that track.</w:t>
      </w:r>
    </w:p>
    <w:p w14:paraId="2B4BD117" w14:textId="77777777" w:rsidR="003C28AA" w:rsidRDefault="00000000" w:rsidP="00B406C8">
      <w:r>
        <w:t>As we loaded our bags into the car, I turned to see Ava and Nico standing in the doorway, waving with the kind of wild abandon only children can muster.</w:t>
      </w:r>
    </w:p>
    <w:p w14:paraId="16A13B98" w14:textId="77777777" w:rsidR="003C28AA" w:rsidRDefault="00000000" w:rsidP="00B406C8">
      <w:r>
        <w:t>“Bring us back a medal!” Ava shouted.</w:t>
      </w:r>
    </w:p>
    <w:p w14:paraId="427800B3" w14:textId="77777777" w:rsidR="003C28AA" w:rsidRDefault="00000000" w:rsidP="00B406C8">
      <w:r>
        <w:t>“And sweeties!” Nico added.</w:t>
      </w:r>
    </w:p>
    <w:p w14:paraId="10BF9BA3" w14:textId="77777777" w:rsidR="003C28AA" w:rsidRDefault="00000000" w:rsidP="00B406C8">
      <w:r>
        <w:t>I pressed my hand to the glass as we pulled away, their little faces growing smaller until they were just bright specks in the morning light.</w:t>
      </w:r>
    </w:p>
    <w:p w14:paraId="21C27011" w14:textId="77777777" w:rsidR="003C28AA" w:rsidRDefault="00000000" w:rsidP="00B406C8">
      <w:r>
        <w:t>Airports have their own pulse — a restless mix of anticipation and fatigue. Dad and I moved through check-in and security in a comfortable rhythm. In the departure lounge, the scent of coffee and butter from a café drifted toward us and we took it as a sign. Sitting across from him with a steaming mug in hand, I noticed the way his eyes softened when he looked at me.</w:t>
      </w:r>
    </w:p>
    <w:p w14:paraId="3B520A54" w14:textId="77777777" w:rsidR="003C28AA" w:rsidRDefault="00000000" w:rsidP="00B406C8">
      <w:r>
        <w:t>“Nervous?” he asked.</w:t>
      </w:r>
    </w:p>
    <w:p w14:paraId="5562FD4C" w14:textId="77777777" w:rsidR="003C28AA" w:rsidRDefault="00000000" w:rsidP="00B406C8">
      <w:r>
        <w:lastRenderedPageBreak/>
        <w:t>“More excited than nervous,” I said. But deep down, there was a hum of something bigger. Not nerves exactly — gratitude. Gratitude that I was here, that I was strong enough, that I was alive to feel this.</w:t>
      </w:r>
    </w:p>
    <w:p w14:paraId="519C4312" w14:textId="77777777" w:rsidR="003C28AA" w:rsidRDefault="00000000" w:rsidP="00B406C8">
      <w:r>
        <w:t>On the plane, I pressed my forehead to the cool glass and watched the ground shrink. Somewhere below, Max would be walking the children to school, thinking about what to make for tea. Somewhere below were the streets I’d run on, the hospitals I’d stayed in, the quiet bench by the river where I’d whispered to Mia and Leo.</w:t>
      </w:r>
    </w:p>
    <w:p w14:paraId="72C5EA0B" w14:textId="77777777" w:rsidR="003C28AA" w:rsidRDefault="00000000" w:rsidP="00B406C8">
      <w:r>
        <w:t>Dresden greeted us with air that was cool but carried a hint of spring. The streets felt like a painting — cobblestones underfoot, elegant spires catching the afternoon light, the river winding quietly through it all. Our hotel overlooked a little square with a fountain at its centre, the gentle rush of water carrying up to our room.</w:t>
      </w:r>
    </w:p>
    <w:p w14:paraId="2DB0A667" w14:textId="77777777" w:rsidR="003C28AA" w:rsidRDefault="00000000" w:rsidP="00B406C8">
      <w:r>
        <w:t>That night, I lay in bed listening to it. Outside, the city hummed — soft music from a bar, footsteps echoing down the street. I closed my eyes and thought about how many people had carried me here — some still with me, some I’d lost along the way.</w:t>
      </w:r>
    </w:p>
    <w:p w14:paraId="6CEC8160" w14:textId="77777777" w:rsidR="003C28AA" w:rsidRDefault="00000000" w:rsidP="00B406C8">
      <w:r>
        <w:t>The next morning, walking into the opening ceremony felt like stepping into a tide of colour and sound. Athletes from all over the world filled the arena, flags waving, music swelling. Every face told a story. Every scar was a chapter. Here were people who had been where I’d been — staring down mortality and choosing to fight.</w:t>
      </w:r>
    </w:p>
    <w:p w14:paraId="482C3669" w14:textId="77777777" w:rsidR="003C28AA" w:rsidRDefault="00000000" w:rsidP="00B406C8">
      <w:r>
        <w:t>When the announcer called “Great Britain,” I stepped forward with my teammates, the crowd’s cheer wrapping around us like a wave. I found Dad in the stands, clapping with both hands and the sight of him there — solid, steady — made my throat tighten.</w:t>
      </w:r>
    </w:p>
    <w:p w14:paraId="633041C5" w14:textId="77777777" w:rsidR="003C28AA" w:rsidRDefault="00000000" w:rsidP="00B406C8">
      <w:r>
        <w:lastRenderedPageBreak/>
        <w:t>It was nice time to begin the competition. The sun was warm on my shoulders, the scent of fresh grass rising from the field. My coach’s voice echoed in my head: Drive from your legs. Breathe into the throw. Commit.</w:t>
      </w:r>
    </w:p>
    <w:p w14:paraId="4D58046C" w14:textId="77777777" w:rsidR="003C28AA" w:rsidRDefault="00000000" w:rsidP="00B406C8">
      <w:r>
        <w:t>The shot was cool and heavy in my palm, grounding me. I took my stance, coiled my energy and let it go. It sailed through the air, hitting the ground with a satisfying thud. Each throw was more than distance — it was a thank you to Sarah, a promise to my children, a defiance to every prediction that said I wouldn’t get here.</w:t>
      </w:r>
    </w:p>
    <w:p w14:paraId="44AE859E" w14:textId="77777777" w:rsidR="003C28AA" w:rsidRDefault="00000000" w:rsidP="00B406C8">
      <w:r>
        <w:t>In the discus circle, the unexpected happened. My very first throw flew out clean and strong, sailing over 22 metres. It felt almost effortless, as if all the training and frustration had condensed into that single release. The rest of the series was less impressive—some safe but unremarkable distances, one throw that went completely wrong and earned a foul. Still, nothing touched that opener. When the results came through, I was in second place, just behind another Brit, a good friend. To be beaten by someone I admired didn’t feel like defeat; it felt like a shared triumph, proof that we both belonged on that stage.</w:t>
      </w:r>
    </w:p>
    <w:p w14:paraId="7648C4D4" w14:textId="77777777" w:rsidR="003C28AA" w:rsidRDefault="00000000" w:rsidP="00B406C8">
      <w:r>
        <w:t>When they called my name for silver, I almost didn’t hear it. The noise of the stadium blurred, the world narrowing to a single point. Louise Prashad, Great Britain.</w:t>
      </w:r>
    </w:p>
    <w:p w14:paraId="60B3EF53" w14:textId="77777777" w:rsidR="003C28AA" w:rsidRDefault="00000000" w:rsidP="00B406C8">
      <w:r>
        <w:t>Stepping onto the podium, the medal around my neck was heavier than I’d imagined. I closed my hand over it, feeling not just the metal, but the weight of every hospital stay, every tear, every laugh that had carried me here.</w:t>
      </w:r>
    </w:p>
    <w:p w14:paraId="71F13C29" w14:textId="77777777" w:rsidR="003C28AA" w:rsidRDefault="00000000" w:rsidP="00B406C8">
      <w:r>
        <w:t>As I stepped down, Dad was there. His eyes were bright, proud, but also wet. He tilted his head to the sky.</w:t>
      </w:r>
    </w:p>
    <w:p w14:paraId="4E9DD825" w14:textId="77777777" w:rsidR="003C28AA" w:rsidRDefault="00000000" w:rsidP="00B406C8">
      <w:r>
        <w:t>“For them,” he said softly.</w:t>
      </w:r>
    </w:p>
    <w:p w14:paraId="1879E8F9" w14:textId="77777777" w:rsidR="003C28AA" w:rsidRDefault="00000000" w:rsidP="00B406C8">
      <w:r>
        <w:t>“For them,” I whispered back.</w:t>
      </w:r>
    </w:p>
    <w:p w14:paraId="17EB50A8" w14:textId="77777777" w:rsidR="003C28AA" w:rsidRDefault="00000000" w:rsidP="00B406C8">
      <w:r>
        <w:lastRenderedPageBreak/>
        <w:t>In that sky, I saw them all — Mum, Sarah, Mia, Leo — and I felt Max’s love holding me steady from miles away. The medal caught the evening light, flashing like a signal to somewhere beyond us.</w:t>
      </w:r>
    </w:p>
    <w:p w14:paraId="3981F959" w14:textId="77777777" w:rsidR="003C28AA" w:rsidRDefault="00000000" w:rsidP="00B406C8">
      <w:r>
        <w:t>We stood there, just the two of us, the stadium slowly emptying around us. This wasn’t the end of the story. There were still miles to run, golds to be won, stages to stand on, lives to touch. But for now, I was exactly where I needed to be.</w:t>
      </w:r>
    </w:p>
    <w:p w14:paraId="4A47ADA3" w14:textId="77777777" w:rsidR="003C28AA" w:rsidRDefault="00000000" w:rsidP="00B406C8">
      <w:r>
        <w:t>Three world championship medals around my neck. My Dad beside me. Eyes lifted to the sky.</w:t>
      </w:r>
    </w:p>
    <w:p w14:paraId="3ADD2C0B" w14:textId="77777777" w:rsidR="003C28AA" w:rsidRDefault="00000000" w:rsidP="00B406C8">
      <w:r>
        <w:t>The rest of the story could wait.</w:t>
      </w:r>
    </w:p>
    <w:p w14:paraId="4ADFB895" w14:textId="77777777" w:rsidR="00B406C8" w:rsidRDefault="00B406C8" w:rsidP="00B406C8"/>
    <w:p w14:paraId="15B7630F" w14:textId="77777777" w:rsidR="00B406C8" w:rsidRPr="00B406C8" w:rsidRDefault="00B406C8" w:rsidP="00B406C8">
      <w:pPr>
        <w:rPr>
          <w:b/>
          <w:bCs/>
        </w:rPr>
      </w:pPr>
      <w:r w:rsidRPr="00B406C8">
        <w:rPr>
          <w:b/>
          <w:bCs/>
        </w:rPr>
        <w:t>Epilogue — Beyond Survival</w:t>
      </w:r>
    </w:p>
    <w:p w14:paraId="375FF2D8" w14:textId="77777777" w:rsidR="00B406C8" w:rsidRPr="00B406C8" w:rsidRDefault="00B406C8" w:rsidP="00B406C8">
      <w:r w:rsidRPr="00B406C8">
        <w:t>When I woke up after my transplant, I was alive because of someone else’s decision — or more often, their family’s decision — at the worst possible moment of their lives. That truth never leaves me. It’s a gift that carries weight: gratitude, responsibility, and a determination to make sure fewer lives are lost waiting.</w:t>
      </w:r>
    </w:p>
    <w:p w14:paraId="76F40B60" w14:textId="77777777" w:rsidR="00B406C8" w:rsidRPr="00B406C8" w:rsidRDefault="00B406C8" w:rsidP="00B406C8">
      <w:r w:rsidRPr="00B406C8">
        <w:t>In the UK, we’ve seen progress. Max and Keira’s Law, named after two children whose stories shook the nation, shifted us to an “opt-out” system in 2020. In theory, everyone is a donor unless they say otherwise. But in practice, families are still asked, and if they object, donation doesn’t go ahead. Which means the most important conversation is still the one at the dinner table — telling the people you love what you would want. Because in that moment of grief, clarity matters.</w:t>
      </w:r>
    </w:p>
    <w:p w14:paraId="0B6569F3" w14:textId="77777777" w:rsidR="00B406C8" w:rsidRPr="00B406C8" w:rsidRDefault="00B406C8" w:rsidP="00B406C8">
      <w:r w:rsidRPr="00B406C8">
        <w:t xml:space="preserve">And yet I keep asking myself: why is this the only decision your family can overturn for you? If you make a will, no one asks your family to rewrite it. If you make medical decisions in </w:t>
      </w:r>
      <w:r w:rsidRPr="00B406C8">
        <w:lastRenderedPageBreak/>
        <w:t xml:space="preserve">life, they’re respected. But if you decide in life that you want to save others through donation, that choice can be undone at the very end. I understand why this practice was thought up — families in shock, the delicacy of those moments — but it chips away at autonomy. A decision made in life should be </w:t>
      </w:r>
      <w:proofErr w:type="spellStart"/>
      <w:r w:rsidRPr="00B406C8">
        <w:t>honoured</w:t>
      </w:r>
      <w:proofErr w:type="spellEnd"/>
      <w:r w:rsidRPr="00B406C8">
        <w:t xml:space="preserve"> in death.</w:t>
      </w:r>
    </w:p>
    <w:p w14:paraId="4C9E3D5C" w14:textId="77777777" w:rsidR="00B406C8" w:rsidRPr="00B406C8" w:rsidRDefault="00B406C8" w:rsidP="00B406C8">
      <w:r w:rsidRPr="00B406C8">
        <w:t>Too many donations never happen because grief clouds the bigger picture. Families, raw with loss, cannot bear the thought of their loved one being “taken apart.” It’s human, but it costs lives.</w:t>
      </w:r>
    </w:p>
    <w:p w14:paraId="6DA4C118" w14:textId="77777777" w:rsidR="00B406C8" w:rsidRPr="00B406C8" w:rsidRDefault="00B406C8" w:rsidP="00B406C8">
      <w:r w:rsidRPr="00B406C8">
        <w:t xml:space="preserve">Some countries take a stricter, and in many ways clearer, approach. In Singapore and Chile, if you opt out of being a donor, you lose priority if you ever need an organ yourself. In Israel, registered donors and their families are moved higher up the waiting list, while those who refuse to give are pushed to the back. These systems </w:t>
      </w:r>
      <w:proofErr w:type="spellStart"/>
      <w:r w:rsidRPr="00B406C8">
        <w:t>recognise</w:t>
      </w:r>
      <w:proofErr w:type="spellEnd"/>
      <w:r w:rsidRPr="00B406C8">
        <w:t xml:space="preserve"> fairness: if you expect to receive, you must also be willing to give. Their donation rates rose because the system demanded reciprocity, not just goodwill.</w:t>
      </w:r>
    </w:p>
    <w:p w14:paraId="6490AB48" w14:textId="77777777" w:rsidR="00B406C8" w:rsidRPr="00B406C8" w:rsidRDefault="00B406C8" w:rsidP="00B406C8">
      <w:r w:rsidRPr="00B406C8">
        <w:t>Here in the UK, our rates have started to slip. Not because we lack generosity, but because we focus on education campaigns while leaving families to carry unbearable weight in impossible moments. Education matters, but it is not enough. What we need is a blanket opt-out system without a family veto — one that safeguards autonomy and makes sure no one’s final act of generosity is erased.</w:t>
      </w:r>
    </w:p>
    <w:p w14:paraId="1D07C2D9" w14:textId="77777777" w:rsidR="00B406C8" w:rsidRPr="00B406C8" w:rsidRDefault="00B406C8" w:rsidP="00B406C8">
      <w:r w:rsidRPr="00B406C8">
        <w:t>For me, this isn’t policy talk. It’s the reason I am here to write these words. The reason I can hold my children, speak, laugh, and breathe. Every day I carry my donor’s legacy, and every day I hope for a time when no life is cut short for lack of a transplant.</w:t>
      </w:r>
    </w:p>
    <w:p w14:paraId="4DCAC291" w14:textId="17E5EE36" w:rsidR="00B406C8" w:rsidRDefault="00B406C8" w:rsidP="00B406C8">
      <w:r w:rsidRPr="00B406C8">
        <w:t>The conversation begins at home. But the change we need belongs to all of us.</w:t>
      </w:r>
      <w:r>
        <w:t xml:space="preserve"> </w:t>
      </w:r>
    </w:p>
    <w:p w14:paraId="1FEC7126" w14:textId="05C36B7A" w:rsidR="00A565B5" w:rsidRDefault="00A565B5" w:rsidP="00A565B5">
      <w:pPr>
        <w:ind w:firstLine="0"/>
      </w:pPr>
      <w:r>
        <w:lastRenderedPageBreak/>
        <w:t xml:space="preserve">Until policy begins to shift I urge you to make your decision clear, leaving no on in doubt. Your decision could </w:t>
      </w:r>
      <w:r w:rsidR="006248EE">
        <w:t>make a student a doctor, a man a father or a woman a CEO.</w:t>
      </w:r>
    </w:p>
    <w:p w14:paraId="2D92F303" w14:textId="77777777" w:rsidR="006248EE" w:rsidRDefault="006248EE" w:rsidP="00A565B5">
      <w:pPr>
        <w:ind w:firstLine="0"/>
      </w:pPr>
    </w:p>
    <w:p w14:paraId="76DC13C2" w14:textId="77777777" w:rsidR="006248EE" w:rsidRPr="00B406C8" w:rsidRDefault="006248EE" w:rsidP="00A565B5">
      <w:pPr>
        <w:ind w:firstLine="0"/>
      </w:pPr>
    </w:p>
    <w:p w14:paraId="6BA85274" w14:textId="77777777" w:rsidR="00B406C8" w:rsidRDefault="00B406C8" w:rsidP="00B406C8"/>
    <w:p w14:paraId="54A1F1DE" w14:textId="77777777" w:rsidR="00617C6B" w:rsidRDefault="00617C6B" w:rsidP="00B406C8"/>
    <w:p w14:paraId="27F40338" w14:textId="77777777" w:rsidR="00617C6B" w:rsidRDefault="00617C6B" w:rsidP="00B406C8"/>
    <w:sectPr w:rsidR="00617C6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74910923">
    <w:abstractNumId w:val="8"/>
  </w:num>
  <w:num w:numId="2" w16cid:durableId="2101293545">
    <w:abstractNumId w:val="6"/>
  </w:num>
  <w:num w:numId="3" w16cid:durableId="28261400">
    <w:abstractNumId w:val="5"/>
  </w:num>
  <w:num w:numId="4" w16cid:durableId="127936696">
    <w:abstractNumId w:val="4"/>
  </w:num>
  <w:num w:numId="5" w16cid:durableId="322508855">
    <w:abstractNumId w:val="7"/>
  </w:num>
  <w:num w:numId="6" w16cid:durableId="2028827768">
    <w:abstractNumId w:val="3"/>
  </w:num>
  <w:num w:numId="7" w16cid:durableId="793324935">
    <w:abstractNumId w:val="2"/>
  </w:num>
  <w:num w:numId="8" w16cid:durableId="474882298">
    <w:abstractNumId w:val="1"/>
  </w:num>
  <w:num w:numId="9" w16cid:durableId="382366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00A0"/>
    <w:rsid w:val="0029639D"/>
    <w:rsid w:val="00326F90"/>
    <w:rsid w:val="003C28AA"/>
    <w:rsid w:val="004F259F"/>
    <w:rsid w:val="00617C6B"/>
    <w:rsid w:val="006248EE"/>
    <w:rsid w:val="00701E57"/>
    <w:rsid w:val="00785CE8"/>
    <w:rsid w:val="009F5641"/>
    <w:rsid w:val="00A565B5"/>
    <w:rsid w:val="00AA1D8D"/>
    <w:rsid w:val="00B406C8"/>
    <w:rsid w:val="00B47730"/>
    <w:rsid w:val="00CB0664"/>
    <w:rsid w:val="00CE6ED8"/>
    <w:rsid w:val="00F118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7B72B"/>
  <w14:defaultImageDpi w14:val="300"/>
  <w15:docId w15:val="{837F6905-F40C-4259-ABC8-276399E4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176</Pages>
  <Words>43404</Words>
  <Characters>247406</Characters>
  <Application>Microsoft Office Word</Application>
  <DocSecurity>0</DocSecurity>
  <Lines>2061</Lines>
  <Paragraphs>580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290230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Louise Prashad</cp:lastModifiedBy>
  <cp:revision>10</cp:revision>
  <dcterms:created xsi:type="dcterms:W3CDTF">2025-08-31T09:43:00Z</dcterms:created>
  <dcterms:modified xsi:type="dcterms:W3CDTF">2025-08-31T10:00:00Z</dcterms:modified>
  <cp:category/>
</cp:coreProperties>
</file>