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37786" w14:textId="68B89674" w:rsidR="00F22576" w:rsidRDefault="00000000">
      <w:pPr>
        <w:pStyle w:val="Title"/>
      </w:pPr>
      <w:r>
        <w:t>The Doctors of the Citadel</w:t>
      </w:r>
    </w:p>
    <w:p w14:paraId="2AAD1E48" w14:textId="77777777" w:rsidR="00F22576" w:rsidRDefault="00000000">
      <w:pPr>
        <w:pStyle w:val="Heading1"/>
      </w:pPr>
      <w:r>
        <w:t>Chapter I – The Star That Grows</w:t>
      </w:r>
    </w:p>
    <w:p w14:paraId="4E6F7863" w14:textId="77777777" w:rsidR="00F22576" w:rsidRDefault="00000000">
      <w:r>
        <w:t>The citadel was not built for one lifetime, nor for one kingdom. Its stones were older than the thrones of the Eleven Kingdoms combined, older even than the songs that told of their founding. To walk beneath its arches was to feel time press upon you, heavy as a hand on the shoulder.</w:t>
      </w:r>
      <w:r>
        <w:br/>
      </w:r>
      <w:r>
        <w:br/>
        <w:t>Legends said it had been carved from the bones of the world itself, a hollowed mountain reshaped by those who came before even kings. Some claimed the citadel had been raised by giants, others by spirits, still others by the first Doctors themselves, whose minds reached further than any who followed. Whatever its origin, the citadel endured while kingdoms rose and fell around it, their banners fading but its stones unyielding.</w:t>
      </w:r>
      <w:r>
        <w:br/>
      </w:r>
      <w:r>
        <w:br/>
        <w:t>Inside, everything was shadow and echo. Torches smoked against vaulted ceilings, leaving the stone etched with soot-darkened glyphs that no one bothered to clean. Their patterns were mistaken for wards by the apprentices, who whispered that they kept the darkness at bay. The truth was less magical and more mundane: years of fire left marks, and those marks became part of the citadel’s story, absorbed into its mystique.</w:t>
      </w:r>
      <w:r>
        <w:br/>
      </w:r>
      <w:r>
        <w:br/>
        <w:t>The air itself bore the smell of parchment dust, ash, and bitter herbs. Apprentices hurried through corridors clutching wax tablets and quills, their robes patched with ink stains. Novices muttered formulas under their breath, practicing words that seemed like spells to the outside world but were in fact the language of measures and proportions.</w:t>
      </w:r>
      <w:r>
        <w:br/>
      </w:r>
      <w:r>
        <w:br/>
        <w:t>To the common folk, we were magicians cloaked in smoke and secrecy. To the Eleven Thrones, we were arbiters whose counsel weighed heavier than swords. A king might order war, but not without first testing the will of the citadel. A queen might raise a levy, but only after seeking our sanction. It was said that crowns glittered only because the Doctors polished them with wisdom.</w:t>
      </w:r>
      <w:r>
        <w:br/>
      </w:r>
      <w:r>
        <w:br/>
        <w:t>I, Klitus, was counted among the Doctors of Advance Potions, a discipline rooted in earth and body. I healed soldiers stricken on the field, brewed restoratives for noble bloodlines, and supplied tinctures to merchants who traveled long and feared pestilence. My craft was science hidden beneath ritual: careful hands, steady proportions, a memory trained to recall the right balance of root, ash, and flame. Yet when I stood before dukes and generals, they bowed as though I carried fire in my veins.</w:t>
      </w:r>
      <w:r>
        <w:br/>
      </w:r>
      <w:r>
        <w:br/>
        <w:t>Even with such honor, my thoughts had been restless. My eyes, trained to measure powders and trace herbs, had turned instead toward the dome of heaven. For there, among the familiar constellations, burned a light too bright, too willful.</w:t>
      </w:r>
      <w:r>
        <w:br/>
      </w:r>
      <w:r>
        <w:lastRenderedPageBreak/>
        <w:br/>
        <w:t>I had marked it carefully, night after night, pressing lines into parchment with a hand that should have been grinding herbs instead. Each morning I compared my sketches: the star was larger, bolder. It swelled like a wound in the sky.</w:t>
      </w:r>
      <w:r>
        <w:br/>
      </w:r>
      <w:r>
        <w:br/>
        <w:t>The shepherds in the valley had begun to whisper of it, calling it the White Flame. Farmers spoke of omens, wondering if it foretold harvest or famine. Apprentices asked hushed questions after lectures, eyes flicking upward with the same unease that haunted me.</w:t>
      </w:r>
      <w:r>
        <w:br/>
      </w:r>
      <w:r>
        <w:br/>
        <w:t>And I—though I tried to busy myself with potions and lessons—could not look away. I knew too little, but I knew enough to fear.</w:t>
      </w:r>
      <w:r>
        <w:br/>
      </w:r>
      <w:r>
        <w:br/>
        <w:t>Thus I sought out Gundae Prium, Doctor of Heavenly Objects. His discipline was unlike mine. Where I dealt with plants, minerals, and humors of the body, he concerned himself with the dance of stars, moons, and comets. His chambers smelled not of roots and ash, but of brass and oil. Lenses gleamed there, ground smooth and polished until they burned the eyes with clarity. He was said to read the heavens as a scribe reads the lines of a holy text.</w:t>
      </w:r>
      <w:r>
        <w:br/>
      </w:r>
      <w:r>
        <w:br/>
        <w:t>I found him in the main chamber, his long robes gathered beneath one arm as he hurried toward a lecture. I spoke before I lost nerve.</w:t>
      </w:r>
      <w:r>
        <w:br/>
      </w:r>
      <w:r>
        <w:br/>
        <w:t>“Gundae, can you spare a moment to answer a question?”</w:t>
      </w:r>
      <w:r>
        <w:br/>
      </w:r>
      <w:r>
        <w:br/>
        <w:t>“Yes yes, but walk with me. I am late for lectures.”</w:t>
      </w:r>
      <w:r>
        <w:br/>
      </w:r>
      <w:r>
        <w:br/>
        <w:t>“This will be more than a moment,” I pressed. “Can you spare time after day fall?”</w:t>
      </w:r>
      <w:r>
        <w:br/>
      </w:r>
      <w:r>
        <w:br/>
        <w:t>He hesitated, his long fingers tapping the scroll he carried. “I certainly can. Here? One past day fall?”</w:t>
      </w:r>
      <w:r>
        <w:br/>
      </w:r>
      <w:r>
        <w:br/>
        <w:t>“Yes. Thank you.”</w:t>
      </w:r>
      <w:r>
        <w:br/>
      </w:r>
      <w:r>
        <w:br/>
        <w:t>He inclined his head, but something in his eyes unsettled me. He had not asked which star I meant. He already knew.</w:t>
      </w:r>
      <w:r>
        <w:br/>
      </w:r>
      <w:r>
        <w:br/>
        <w:t>The day crawled. I taught three sessions in the chamber of apprentices, though I scarcely recall my words. I spoke of roots that could cure fever if steeped in vinegar, of metals that hardened when folded into the body of a blade. The apprentices scribbled dutifully, yet their eyes flicked often to the slits of window where daylight bled. They too had seen the star, though none dared name it aloud.</w:t>
      </w:r>
      <w:r>
        <w:br/>
      </w:r>
      <w:r>
        <w:br/>
        <w:t xml:space="preserve">Between lectures I checked the sands in the great hourglass. Each time, the grains mocked me, falling slow as though the day conspired to keep me from my answer. The citadel’s </w:t>
      </w:r>
      <w:r>
        <w:lastRenderedPageBreak/>
        <w:t>rhythm pressed on: bells at midfall, novices chanting litanies of anatomy, healers grinding powders into bowls. To all others, it was a day like any other. To me, it stretched like a taut cord ready to snap.</w:t>
      </w:r>
      <w:r>
        <w:br/>
      </w:r>
      <w:r>
        <w:br/>
        <w:t>At last the bells tolled for day fall. Shadows of the spires stretched long across the valley. I gathered my parchments, though my hand lingered on the sketches of the growing light. A part of me wished to bring them to Gundae, to demand his interpretation at once. But another part of me feared the confirmation he might give.</w:t>
      </w:r>
      <w:r>
        <w:br/>
      </w:r>
      <w:r>
        <w:br/>
        <w:t>I am not one to linger outside after day’s end. Those who studied the dark arts claimed the night, filling the chambers with chants and smoke until dawn. Yet tonight, the star drew me elsewhere—not to the forbidden, but to the heavens themselves.</w:t>
      </w:r>
      <w:r>
        <w:br/>
      </w:r>
      <w:r>
        <w:br/>
        <w:t>The citadel changed when day’s lamps were dimmed. Its halls grew cavernous, the echo of footsteps amplified as if ghosts paced with the living. Torches burned lower, leaving pockets of shadow where whispers gathered.</w:t>
      </w:r>
      <w:r>
        <w:br/>
      </w:r>
      <w:r>
        <w:br/>
        <w:t>In those hours, the Doctors of darker studies emerged. They walked wrapped in robes deeper than black, hoods shadowing their faces. Some experimented upon nocturnal beasts, creatures drawn from caverns or marshes. Others worked with bones and the stillness of death, seeking truths that frightened the day scholars. The citadel tolerated them, for knowledge was knowledge, but few ventured near their chambers unless compelled.</w:t>
      </w:r>
      <w:r>
        <w:br/>
      </w:r>
      <w:r>
        <w:br/>
        <w:t>As I walked toward Gundae’s observatory, I passed murals I had not studied in years: painted ceilings depicting the fall of fire-stones, rivers running red, and crowns cast down in ruin. The apprentices took them as allegories. Tonight, they felt like warnings.</w:t>
      </w:r>
      <w:r>
        <w:br/>
      </w:r>
      <w:r>
        <w:br/>
        <w:t>At the heart of the citadel stood the Tower of Heavens. It rose above the rest, its dome open to the sky. Here, the Doctors of Heavenly Objects made their craft, charting the dance of stars and moons. Brass instruments crowded the tower: armillaries, astrolabes, and great polished lenses mounted upon frames of oak. To the untrained, it looked like a temple of strange gods. To us, it was the citadel’s eye upon the cosmos.</w:t>
      </w:r>
      <w:r>
        <w:br/>
      </w:r>
      <w:r>
        <w:br/>
        <w:t>It was here I found Gundae waiting.</w:t>
      </w:r>
      <w:r>
        <w:br/>
      </w:r>
      <w:r>
        <w:br/>
        <w:t>He stood upon the stair, his hands clasped behind him. The brass tube he always carried was strapped across his back like a weapon. His robe, deep indigo, shimmered faintly in the torchlight as though stitched with threads of silver. His eyes, when they met mine, carried the same sharpness I remembered—eyes that seemed to measure a man as one measures an equation, always weighing, always calculating.</w:t>
      </w:r>
      <w:r>
        <w:br/>
      </w:r>
      <w:r>
        <w:br/>
        <w:t>“You came,” he said.</w:t>
      </w:r>
      <w:r>
        <w:br/>
      </w:r>
      <w:r>
        <w:br/>
      </w:r>
      <w:r>
        <w:lastRenderedPageBreak/>
        <w:t>“I would have come sooner, if I thought you’d grant me audience.”</w:t>
      </w:r>
      <w:r>
        <w:br/>
      </w:r>
      <w:r>
        <w:br/>
        <w:t>“Patience is as necessary in study as in war. The heavens do not hasten because we wish them to.”</w:t>
      </w:r>
      <w:r>
        <w:br/>
      </w:r>
      <w:r>
        <w:br/>
        <w:t>He turned, beckoning me higher. The stair wound upward into the dome. At its peak, the roof split apart, revealing the sky entire. Stars blazed with cold fire. Yet my eye was drawn at once to the wanderer—the swelling light in the east. No other star rivaled its brilliance.</w:t>
      </w:r>
      <w:r>
        <w:br/>
      </w:r>
      <w:r>
        <w:br/>
        <w:t>“It is… larger tonight,” I said.</w:t>
      </w:r>
      <w:r>
        <w:br/>
      </w:r>
      <w:r>
        <w:br/>
        <w:t>“All stars are eternal to the untrained eye. Only those who mark the heavens daily can see their changes.” His tone was careful, measured. He was already guarding himself.</w:t>
      </w:r>
      <w:r>
        <w:br/>
      </w:r>
      <w:r>
        <w:br/>
        <w:t>I longed to press him, to demand his reckoning, but he raised a hand, forestalling me.</w:t>
      </w:r>
      <w:r>
        <w:br/>
      </w:r>
      <w:r>
        <w:br/>
        <w:t>“Not here,” he said. “The apprentices are still awake. Their tongues wag more than their minds. We shall meet after the hour of silence.”</w:t>
      </w:r>
      <w:r>
        <w:br/>
      </w:r>
      <w:r>
        <w:br/>
        <w:t>The hour of silence. It came once each night, when the bells rang to mark midnight. For that span of time, no voices were permitted in the citadel halls. It was a tradition older than memory. Some said it honored the spirits who dwelled within the stones. Others whispered that it had been decreed in ancient times, when the citadel first discovered truths so dangerous they could not be spoken aloud.</w:t>
      </w:r>
      <w:r>
        <w:br/>
      </w:r>
      <w:r>
        <w:br/>
        <w:t>I nodded, though impatience gnawed at me. “Then at midnight, here?”</w:t>
      </w:r>
      <w:r>
        <w:br/>
      </w:r>
      <w:r>
        <w:br/>
        <w:t>“Yes. Here.” His eyes flicked to the star again, then back to me. “And Klitus—say nothing of this. Not to your apprentices, not to your fellows, not even to yourself when you dream. Let the star remain nameless until we have spoken further.”</w:t>
      </w:r>
      <w:r>
        <w:br/>
      </w:r>
      <w:r>
        <w:br/>
        <w:t>His words pressed upon me like a weight. I swallowed and bowed my head. “As you wish.”</w:t>
      </w:r>
      <w:r>
        <w:br/>
      </w:r>
      <w:r>
        <w:br/>
        <w:t>Yet even as I descended the stair, I knew my silence would be thin as paper.</w:t>
      </w:r>
      <w:r>
        <w:br/>
      </w:r>
      <w:r>
        <w:br/>
        <w:t>I returned to my chambers, but sleep would not come. The star burned in my thoughts, chasing me through memory.</w:t>
      </w:r>
      <w:r>
        <w:br/>
      </w:r>
      <w:r>
        <w:br/>
        <w:t>I thought of the council of crowns, held every seventh year. The Eleven Kings and Queens gathered beneath the citadel’s roof, each bringing gifts: gold, rare stones, silks dyed in colors that rivaled flame. Yet it was not the treasures that mattered, but the questions they carried—questions of war, of famine, of rule. And it was the Doctors who answered. A single nod from the citadel could make or break an alliance, raise or topple a dynasty.</w:t>
      </w:r>
      <w:r>
        <w:br/>
      </w:r>
      <w:r>
        <w:lastRenderedPageBreak/>
        <w:br/>
        <w:t>We were no kings, yet kings feared us. We commanded no armies, yet armies marched at our suggestion. Even whispers from the citadel carried through the kingdoms like thunder across valleys.</w:t>
      </w:r>
      <w:r>
        <w:br/>
      </w:r>
      <w:r>
        <w:br/>
        <w:t>And I wondered: if the truth of the star became known, what storm would those whispers become?</w:t>
      </w:r>
      <w:r>
        <w:br/>
      </w:r>
      <w:r>
        <w:br/>
        <w:t>The bells tolled midnight. Their chimes rolled like waves through the stone halls, each note sinking into silence. Doors closed. Voices stilled. Even footsteps seemed to hush themselves in reverence.</w:t>
      </w:r>
      <w:r>
        <w:br/>
      </w:r>
      <w:r>
        <w:br/>
        <w:t>I wrapped my robe about me and slipped through the corridor, past murals of fire and ruin. The citadel seemed a tomb in those moments, each shadow a watching spirit.</w:t>
      </w:r>
      <w:r>
        <w:br/>
      </w:r>
      <w:r>
        <w:br/>
        <w:t>At the stair to the Tower of Heavens, I paused. Above, I could see the faint gleam of brass instruments, and Gundae’s silhouette framed against the sky. The wanderer blazed above him, now so large that it seemed a torch rather than a star.</w:t>
      </w:r>
      <w:r>
        <w:br/>
      </w:r>
      <w:r>
        <w:br/>
        <w:t>I drew breath and began to climb.</w:t>
      </w:r>
      <w:r>
        <w:br/>
      </w:r>
      <w:r>
        <w:br/>
        <w:t>When I reached the top, Gundae was already waiting. He stood beside the great armillary, the brass rings glinting in the starlight. His face was pale, his hands trembling as they rested upon the railing.</w:t>
      </w:r>
      <w:r>
        <w:br/>
      </w:r>
      <w:r>
        <w:br/>
        <w:t>“You see it,” he whispered.</w:t>
      </w:r>
      <w:r>
        <w:br/>
      </w:r>
      <w:r>
        <w:br/>
        <w:t>“I see it,” I replied.</w:t>
      </w:r>
      <w:r>
        <w:br/>
      </w:r>
      <w:r>
        <w:br/>
        <w:t>“It is not a star. It is a wanderer, a body of stone and fire. And it comes closer with each passing night.”</w:t>
      </w:r>
      <w:r>
        <w:br/>
      </w:r>
      <w:r>
        <w:br/>
        <w:t>I swallowed hard. “How near? How long?”</w:t>
      </w:r>
      <w:r>
        <w:br/>
      </w:r>
      <w:r>
        <w:br/>
        <w:t>He shook his head. “Too soon. Too soon for comfort, too soon for preparation. And yet we must not speak of it—not yet. If the Eleven Thrones hear, panic will shatter their realms before the fire-stone ever touches earth.”</w:t>
      </w:r>
      <w:r>
        <w:br/>
      </w:r>
      <w:r>
        <w:br/>
        <w:t>“Then what are we to do?” I demanded.</w:t>
      </w:r>
      <w:r>
        <w:br/>
      </w:r>
      <w:r>
        <w:br/>
        <w:t>“Wait,” he said. His eyes met mine, hard as flint. “Wait, and watch. And when the time comes, we shall speak to the council—not before.”</w:t>
      </w:r>
      <w:r>
        <w:br/>
      </w:r>
      <w:r>
        <w:br/>
      </w:r>
      <w:r>
        <w:lastRenderedPageBreak/>
        <w:t>His words settled like ash in my chest. Wait? While the star grew brighter each night? While whispers spread among shepherds and apprentices alike?</w:t>
      </w:r>
      <w:r>
        <w:br/>
      </w:r>
      <w:r>
        <w:br/>
        <w:t>I bowed my head, though inside me burned a fire I could not quench.</w:t>
      </w:r>
      <w:r>
        <w:br/>
      </w:r>
      <w:r>
        <w:br/>
        <w:t>“Yes,” I said softly. “For now.”</w:t>
      </w:r>
      <w:r>
        <w:br/>
      </w:r>
      <w:r>
        <w:br/>
        <w:t>But in my heart, I knew I would not keep silent forever.</w:t>
      </w:r>
      <w:r>
        <w:br/>
      </w:r>
      <w:r>
        <w:br/>
        <w:t>I left him there in the Tower, his face upturned to the star as though in prayer. The silence pressed upon me as I descended, the hush of the citadel deeper than ever.</w:t>
      </w:r>
      <w:r>
        <w:br/>
      </w:r>
      <w:r>
        <w:br/>
        <w:t>In the courtyard below, shadows stirred as the hour of silence waned. Lamps flickered to life once more. The citadel breathed again. But the star still burned above, watching, swelling, demanding.</w:t>
      </w:r>
      <w:r>
        <w:br/>
      </w:r>
      <w:r>
        <w:br/>
        <w:t>And I, Klitus of Advance Potions, felt the weight of two truths pressing upon me: the duty to remain silent, and the greater duty to seek the truth, whatever storm it might unleash upon the Eleven Kingdoms.</w:t>
      </w:r>
    </w:p>
    <w:p w14:paraId="596802DB" w14:textId="77777777" w:rsidR="002A1566" w:rsidRDefault="002A1566" w:rsidP="002A1566">
      <w:pPr>
        <w:pStyle w:val="Heading1"/>
        <w:rPr>
          <w:color w:val="000000"/>
        </w:rPr>
      </w:pPr>
      <w:r>
        <w:rPr>
          <w:color w:val="000000"/>
        </w:rPr>
        <w:t>Chapter II – The Gathering of Shadows</w:t>
      </w:r>
    </w:p>
    <w:p w14:paraId="40DED630" w14:textId="77777777" w:rsidR="002A1566" w:rsidRDefault="002A1566" w:rsidP="002A1566">
      <w:pPr>
        <w:pStyle w:val="NormalWeb"/>
        <w:rPr>
          <w:color w:val="000000"/>
        </w:rPr>
      </w:pPr>
      <w:r>
        <w:rPr>
          <w:color w:val="000000"/>
        </w:rPr>
        <w:t>There are corridors in the citadel where only whispers dwell. One of them is called the Corridor of Ashes, its walls lined with charred banners from kingdoms long fallen. No apprentice walks there unbidden, for it leads to the Chamber of Council—the sanctum where the High Doctors meet.</w:t>
      </w:r>
    </w:p>
    <w:p w14:paraId="3FCBB6B2" w14:textId="77777777" w:rsidR="002A1566" w:rsidRDefault="002A1566" w:rsidP="002A1566">
      <w:pPr>
        <w:pStyle w:val="NormalWeb"/>
        <w:rPr>
          <w:color w:val="000000"/>
        </w:rPr>
      </w:pPr>
      <w:r>
        <w:rPr>
          <w:color w:val="000000"/>
        </w:rPr>
        <w:t>Eleven in number, they sit in a circle of stone chairs older than memory, each chair carved with the sigil of their discipline. And at the circle’s heart is the Chair Presiding, a seat higher than the rest, reserved for the one chosen to speak the voice of all Doctors.</w:t>
      </w:r>
    </w:p>
    <w:p w14:paraId="052C9A8B" w14:textId="77777777" w:rsidR="002A1566" w:rsidRDefault="002A1566" w:rsidP="002A1566">
      <w:pPr>
        <w:pStyle w:val="NormalWeb"/>
        <w:rPr>
          <w:color w:val="000000"/>
        </w:rPr>
      </w:pPr>
      <w:r>
        <w:rPr>
          <w:color w:val="000000"/>
        </w:rPr>
        <w:t>I had never set foot there. Doctors of Advance Potions did not sit in the High Council. My craft healed bodies, but it did not shape the fate of kingdoms. Yet the star pulled me toward forbidden thresholds, daring me to trespass.</w:t>
      </w:r>
    </w:p>
    <w:p w14:paraId="1B316BBD" w14:textId="77777777" w:rsidR="002A1566" w:rsidRDefault="002A1566" w:rsidP="002A1566">
      <w:pPr>
        <w:pStyle w:val="NormalWeb"/>
        <w:rPr>
          <w:color w:val="000000"/>
        </w:rPr>
      </w:pPr>
      <w:r>
        <w:rPr>
          <w:color w:val="000000"/>
        </w:rPr>
        <w:t xml:space="preserve">It was </w:t>
      </w:r>
      <w:proofErr w:type="spellStart"/>
      <w:r>
        <w:rPr>
          <w:color w:val="000000"/>
        </w:rPr>
        <w:t>Gundae</w:t>
      </w:r>
      <w:proofErr w:type="spellEnd"/>
      <w:r>
        <w:rPr>
          <w:color w:val="000000"/>
        </w:rPr>
        <w:t xml:space="preserve"> who led me close, though unwillingly. He had summoned me at dusk, his face drawn tight with secrets. “There are things you must hear,” he said, “but only as an observer. Speak nothing. Do nothing. Remember only.”</w:t>
      </w:r>
    </w:p>
    <w:p w14:paraId="3C3E8F27" w14:textId="33E6D8C1" w:rsidR="002A1566" w:rsidRPr="002A1566" w:rsidRDefault="002A1566" w:rsidP="002A1566">
      <w:pPr>
        <w:pStyle w:val="NormalWeb"/>
        <w:rPr>
          <w:color w:val="000000"/>
        </w:rPr>
      </w:pPr>
      <w:r>
        <w:rPr>
          <w:color w:val="000000"/>
        </w:rPr>
        <w:t xml:space="preserve">I promised silence, though my </w:t>
      </w:r>
      <w:proofErr w:type="gramStart"/>
      <w:r>
        <w:rPr>
          <w:color w:val="000000"/>
        </w:rPr>
        <w:t>heart beat</w:t>
      </w:r>
      <w:proofErr w:type="gramEnd"/>
      <w:r>
        <w:rPr>
          <w:color w:val="000000"/>
        </w:rPr>
        <w:t xml:space="preserve"> with defiance.</w:t>
      </w:r>
    </w:p>
    <w:p w14:paraId="640C39DF" w14:textId="77777777" w:rsidR="002A1566" w:rsidRDefault="002A1566" w:rsidP="002A1566">
      <w:pPr>
        <w:pStyle w:val="NormalWeb"/>
        <w:rPr>
          <w:color w:val="000000"/>
        </w:rPr>
      </w:pPr>
      <w:r>
        <w:rPr>
          <w:color w:val="000000"/>
        </w:rPr>
        <w:t xml:space="preserve">The Chamber was vast, its dome painted with constellations picked out in silver leaf, tarnished from ages of smoke. At its center, a round table of black stone glistened like oil, its surface veined with white that seemed to shift in the torchlight. The air was heavy </w:t>
      </w:r>
      <w:r>
        <w:rPr>
          <w:color w:val="000000"/>
        </w:rPr>
        <w:lastRenderedPageBreak/>
        <w:t xml:space="preserve">with incense—sage, cedar, and the bitter root called </w:t>
      </w:r>
      <w:proofErr w:type="spellStart"/>
      <w:r>
        <w:rPr>
          <w:color w:val="000000"/>
        </w:rPr>
        <w:t>duskwort</w:t>
      </w:r>
      <w:proofErr w:type="spellEnd"/>
      <w:r>
        <w:rPr>
          <w:color w:val="000000"/>
        </w:rPr>
        <w:t>, burned to still the nerves of those who entered.</w:t>
      </w:r>
    </w:p>
    <w:p w14:paraId="4415144D" w14:textId="77777777" w:rsidR="002A1566" w:rsidRDefault="002A1566" w:rsidP="002A1566">
      <w:pPr>
        <w:pStyle w:val="NormalWeb"/>
        <w:rPr>
          <w:color w:val="000000"/>
        </w:rPr>
      </w:pPr>
      <w:r>
        <w:rPr>
          <w:color w:val="000000"/>
        </w:rPr>
        <w:t>The eleven seats were filled by cloaked figures, their faces hidden in shadow. Only the Presiding Chair was clearly lit, occupied by an ancient woman whose skin seemed carved from wax. She was said to have lived longer than any ruler of the Eleven Kingdoms, sustained by knowledge no one dared name.</w:t>
      </w:r>
    </w:p>
    <w:p w14:paraId="77B8A436" w14:textId="77777777" w:rsidR="002A1566" w:rsidRDefault="002A1566" w:rsidP="002A1566">
      <w:pPr>
        <w:pStyle w:val="NormalWeb"/>
        <w:rPr>
          <w:color w:val="000000"/>
        </w:rPr>
      </w:pPr>
      <w:r>
        <w:rPr>
          <w:color w:val="000000"/>
        </w:rPr>
        <w:t xml:space="preserve">Around her sat the Elder Doctors: </w:t>
      </w:r>
      <w:proofErr w:type="spellStart"/>
      <w:r>
        <w:rPr>
          <w:color w:val="000000"/>
        </w:rPr>
        <w:t>Brakon</w:t>
      </w:r>
      <w:proofErr w:type="spellEnd"/>
      <w:r>
        <w:rPr>
          <w:color w:val="000000"/>
        </w:rPr>
        <w:t xml:space="preserve"> of the Forge, his hands scarred and blackened from years at the anvils of the citadel; Willum Mays of Forgotten Tongues, his lips constantly moving as though repeating ancient words to himself; Davit Bennet of Law, his robe lined with the seals of treaties and decrees, his eyes sharp with calculation.</w:t>
      </w:r>
    </w:p>
    <w:p w14:paraId="0180AE72" w14:textId="77777777" w:rsidR="002A1566" w:rsidRDefault="002A1566" w:rsidP="002A1566">
      <w:pPr>
        <w:pStyle w:val="NormalWeb"/>
        <w:rPr>
          <w:color w:val="000000"/>
        </w:rPr>
      </w:pPr>
      <w:r>
        <w:rPr>
          <w:color w:val="000000"/>
        </w:rPr>
        <w:t xml:space="preserve">And beside them, </w:t>
      </w:r>
      <w:proofErr w:type="spellStart"/>
      <w:r>
        <w:rPr>
          <w:color w:val="000000"/>
        </w:rPr>
        <w:t>Gundae</w:t>
      </w:r>
      <w:proofErr w:type="spellEnd"/>
      <w:r>
        <w:rPr>
          <w:color w:val="000000"/>
        </w:rPr>
        <w:t xml:space="preserve"> </w:t>
      </w:r>
      <w:proofErr w:type="spellStart"/>
      <w:r>
        <w:rPr>
          <w:color w:val="000000"/>
        </w:rPr>
        <w:t>Prium</w:t>
      </w:r>
      <w:proofErr w:type="spellEnd"/>
      <w:r>
        <w:rPr>
          <w:color w:val="000000"/>
        </w:rPr>
        <w:t>, Doctor of Heavenly Objects, stood with his brass tube across his knees.</w:t>
      </w:r>
    </w:p>
    <w:p w14:paraId="4D71A943" w14:textId="77B70154" w:rsidR="002A1566" w:rsidRPr="002A1566" w:rsidRDefault="002A1566" w:rsidP="002A1566">
      <w:pPr>
        <w:pStyle w:val="NormalWeb"/>
        <w:rPr>
          <w:color w:val="000000"/>
        </w:rPr>
      </w:pPr>
      <w:r>
        <w:rPr>
          <w:color w:val="000000"/>
        </w:rPr>
        <w:t>I entered behind him, a shadow to his presence. The others glanced at me but said nothing. Perhaps they thought me a scribe, perhaps an assistant. I did not correct them.</w:t>
      </w:r>
    </w:p>
    <w:p w14:paraId="1C775146" w14:textId="77777777" w:rsidR="002A1566" w:rsidRDefault="002A1566" w:rsidP="002A1566">
      <w:pPr>
        <w:pStyle w:val="NormalWeb"/>
        <w:rPr>
          <w:color w:val="000000"/>
        </w:rPr>
      </w:pPr>
      <w:proofErr w:type="spellStart"/>
      <w:r>
        <w:rPr>
          <w:color w:val="000000"/>
        </w:rPr>
        <w:t>Gundae</w:t>
      </w:r>
      <w:proofErr w:type="spellEnd"/>
      <w:r>
        <w:rPr>
          <w:color w:val="000000"/>
        </w:rPr>
        <w:t xml:space="preserve"> was the first to speak. He laid out parchment covered with markings of the heavens, showing the star’s path across the nights. His voice was steady, though I could hear the tightness beneath it.</w:t>
      </w:r>
    </w:p>
    <w:p w14:paraId="2875AD6B" w14:textId="77777777" w:rsidR="002A1566" w:rsidRDefault="002A1566" w:rsidP="002A1566">
      <w:pPr>
        <w:pStyle w:val="NormalWeb"/>
        <w:rPr>
          <w:color w:val="000000"/>
        </w:rPr>
      </w:pPr>
      <w:r>
        <w:rPr>
          <w:color w:val="000000"/>
        </w:rPr>
        <w:t>“It is no star,” he said. “It is a wanderer. A body of stone and fire, vast enough to blot constellations. It grows nearer each night. My calculations suggest it will pass close by our world—or strike it.”</w:t>
      </w:r>
    </w:p>
    <w:p w14:paraId="458AA42F" w14:textId="77777777" w:rsidR="002A1566" w:rsidRDefault="002A1566" w:rsidP="002A1566">
      <w:pPr>
        <w:pStyle w:val="NormalWeb"/>
        <w:rPr>
          <w:color w:val="000000"/>
        </w:rPr>
      </w:pPr>
      <w:r>
        <w:rPr>
          <w:color w:val="000000"/>
        </w:rPr>
        <w:t>A murmur stirred the chamber.</w:t>
      </w:r>
    </w:p>
    <w:p w14:paraId="72C96F65" w14:textId="77777777" w:rsidR="002A1566" w:rsidRDefault="002A1566" w:rsidP="002A1566">
      <w:pPr>
        <w:pStyle w:val="NormalWeb"/>
        <w:rPr>
          <w:color w:val="000000"/>
        </w:rPr>
      </w:pPr>
      <w:proofErr w:type="spellStart"/>
      <w:r>
        <w:rPr>
          <w:color w:val="000000"/>
        </w:rPr>
        <w:t>Brakon</w:t>
      </w:r>
      <w:proofErr w:type="spellEnd"/>
      <w:r>
        <w:rPr>
          <w:color w:val="000000"/>
        </w:rPr>
        <w:t xml:space="preserve"> grunted, his deep voice filling the dome. “Then it is a hammer. The heavens forge their will, and we are the anvil. So be it.”</w:t>
      </w:r>
    </w:p>
    <w:p w14:paraId="34C36B1B" w14:textId="77777777" w:rsidR="002A1566" w:rsidRDefault="002A1566" w:rsidP="002A1566">
      <w:pPr>
        <w:pStyle w:val="NormalWeb"/>
        <w:rPr>
          <w:color w:val="000000"/>
        </w:rPr>
      </w:pPr>
      <w:r>
        <w:rPr>
          <w:color w:val="000000"/>
        </w:rPr>
        <w:t>Davit Bennet leaned forward, his sharp eyes glinting. “</w:t>
      </w:r>
      <w:proofErr w:type="gramStart"/>
      <w:r>
        <w:rPr>
          <w:color w:val="000000"/>
        </w:rPr>
        <w:t>So</w:t>
      </w:r>
      <w:proofErr w:type="gramEnd"/>
      <w:r>
        <w:rPr>
          <w:color w:val="000000"/>
        </w:rPr>
        <w:t xml:space="preserve"> be it? If word of </w:t>
      </w:r>
      <w:proofErr w:type="gramStart"/>
      <w:r>
        <w:rPr>
          <w:color w:val="000000"/>
        </w:rPr>
        <w:t>this spreads</w:t>
      </w:r>
      <w:proofErr w:type="gramEnd"/>
      <w:r>
        <w:rPr>
          <w:color w:val="000000"/>
        </w:rPr>
        <w:t>, the Eleven Thrones will shatter before the stone even falls. Armies will march, priests will declare doom, farmers will flee their fields. Chaos will starve us before fire touches ground.”</w:t>
      </w:r>
    </w:p>
    <w:p w14:paraId="47F0B690" w14:textId="77777777" w:rsidR="002A1566" w:rsidRDefault="002A1566" w:rsidP="002A1566">
      <w:pPr>
        <w:pStyle w:val="NormalWeb"/>
        <w:rPr>
          <w:color w:val="000000"/>
        </w:rPr>
      </w:pPr>
      <w:r>
        <w:rPr>
          <w:color w:val="000000"/>
        </w:rPr>
        <w:t xml:space="preserve">Willum Mays shifted uneasily. “There are… texts. Records of past </w:t>
      </w:r>
      <w:proofErr w:type="gramStart"/>
      <w:r>
        <w:rPr>
          <w:color w:val="000000"/>
        </w:rPr>
        <w:t>fire-stones</w:t>
      </w:r>
      <w:proofErr w:type="gramEnd"/>
      <w:r>
        <w:rPr>
          <w:color w:val="000000"/>
        </w:rPr>
        <w:t xml:space="preserve">. They speak of floods, of plagues. Whole valleys drowned. But also… survival. Some lands prospered after. Perhaps…” He trailed off under </w:t>
      </w:r>
      <w:proofErr w:type="spellStart"/>
      <w:r>
        <w:rPr>
          <w:color w:val="000000"/>
        </w:rPr>
        <w:t>Brakon’s</w:t>
      </w:r>
      <w:proofErr w:type="spellEnd"/>
      <w:r>
        <w:rPr>
          <w:color w:val="000000"/>
        </w:rPr>
        <w:t xml:space="preserve"> glare.</w:t>
      </w:r>
    </w:p>
    <w:p w14:paraId="4849DCCC" w14:textId="3C95DD81" w:rsidR="002A1566" w:rsidRDefault="002A1566" w:rsidP="002A1566">
      <w:pPr>
        <w:pStyle w:val="NormalWeb"/>
        <w:rPr>
          <w:color w:val="000000"/>
        </w:rPr>
      </w:pPr>
      <w:r>
        <w:rPr>
          <w:color w:val="000000"/>
        </w:rPr>
        <w:t>The Presiding Chair raised a hand, silencing them. Her voice was soft, like parchment crumbling. “The question is not what it is, but what we shall do. Knowledge is power, but power can also unmake. Speak, Doctors: shall we reveal this, or guard it in shadow?”</w:t>
      </w:r>
    </w:p>
    <w:p w14:paraId="54A85AB8" w14:textId="77777777" w:rsidR="002A1566" w:rsidRDefault="002A1566" w:rsidP="002A1566">
      <w:pPr>
        <w:pStyle w:val="NormalWeb"/>
        <w:rPr>
          <w:color w:val="000000"/>
        </w:rPr>
      </w:pPr>
      <w:r>
        <w:rPr>
          <w:color w:val="000000"/>
        </w:rPr>
        <w:lastRenderedPageBreak/>
        <w:t xml:space="preserve">I bit my tongue until it bled. Every instinct screamed to speak, to pour out what I had seen, the whispers of apprentices, the fear of farmers. But I remembered </w:t>
      </w:r>
      <w:proofErr w:type="spellStart"/>
      <w:r>
        <w:rPr>
          <w:color w:val="000000"/>
        </w:rPr>
        <w:t>Gundae’s</w:t>
      </w:r>
      <w:proofErr w:type="spellEnd"/>
      <w:r>
        <w:rPr>
          <w:color w:val="000000"/>
        </w:rPr>
        <w:t xml:space="preserve"> warning:</w:t>
      </w:r>
      <w:r>
        <w:rPr>
          <w:rStyle w:val="apple-converted-space"/>
          <w:color w:val="000000"/>
        </w:rPr>
        <w:t> </w:t>
      </w:r>
      <w:r>
        <w:rPr>
          <w:rStyle w:val="Emphasis"/>
          <w:rFonts w:eastAsiaTheme="majorEastAsia"/>
          <w:color w:val="000000"/>
        </w:rPr>
        <w:t>speak nothing</w:t>
      </w:r>
      <w:r>
        <w:rPr>
          <w:color w:val="000000"/>
        </w:rPr>
        <w:t>.</w:t>
      </w:r>
    </w:p>
    <w:p w14:paraId="2F740655" w14:textId="01655620" w:rsidR="002A1566" w:rsidRPr="002A1566" w:rsidRDefault="002A1566" w:rsidP="002A1566">
      <w:pPr>
        <w:pStyle w:val="NormalWeb"/>
        <w:rPr>
          <w:color w:val="000000"/>
        </w:rPr>
      </w:pPr>
      <w:r>
        <w:rPr>
          <w:color w:val="000000"/>
        </w:rPr>
        <w:t>Yet as they debated, I felt the weight of the star pressing through the dome itself, as though it listened, waiting for us to name it.</w:t>
      </w:r>
    </w:p>
    <w:p w14:paraId="1123AB3F" w14:textId="77777777" w:rsidR="002A1566" w:rsidRDefault="002A1566" w:rsidP="002A1566">
      <w:pPr>
        <w:pStyle w:val="NormalWeb"/>
        <w:rPr>
          <w:color w:val="000000"/>
        </w:rPr>
      </w:pPr>
      <w:proofErr w:type="spellStart"/>
      <w:r>
        <w:rPr>
          <w:color w:val="000000"/>
        </w:rPr>
        <w:t>Gundae’s</w:t>
      </w:r>
      <w:proofErr w:type="spellEnd"/>
      <w:r>
        <w:rPr>
          <w:color w:val="000000"/>
        </w:rPr>
        <w:t xml:space="preserve"> words hung in the chamber like smoke:</w:t>
      </w:r>
      <w:r>
        <w:rPr>
          <w:rStyle w:val="apple-converted-space"/>
          <w:color w:val="000000"/>
        </w:rPr>
        <w:t> </w:t>
      </w:r>
      <w:r>
        <w:rPr>
          <w:rStyle w:val="Emphasis"/>
          <w:color w:val="000000"/>
        </w:rPr>
        <w:t>It comes closer with each passing night.</w:t>
      </w:r>
    </w:p>
    <w:p w14:paraId="206D447D" w14:textId="77777777" w:rsidR="002A1566" w:rsidRDefault="002A1566" w:rsidP="002A1566">
      <w:pPr>
        <w:pStyle w:val="NormalWeb"/>
        <w:rPr>
          <w:color w:val="000000"/>
        </w:rPr>
      </w:pPr>
      <w:proofErr w:type="spellStart"/>
      <w:r>
        <w:rPr>
          <w:color w:val="000000"/>
        </w:rPr>
        <w:t>Brakon</w:t>
      </w:r>
      <w:proofErr w:type="spellEnd"/>
      <w:r>
        <w:rPr>
          <w:color w:val="000000"/>
        </w:rPr>
        <w:t xml:space="preserve"> shifted in his seat, his scarred fingers drumming the black stone table. “You speak of vastness, </w:t>
      </w:r>
      <w:proofErr w:type="spellStart"/>
      <w:r>
        <w:rPr>
          <w:color w:val="000000"/>
        </w:rPr>
        <w:t>Prium</w:t>
      </w:r>
      <w:proofErr w:type="spellEnd"/>
      <w:r>
        <w:rPr>
          <w:color w:val="000000"/>
        </w:rPr>
        <w:t>. But give us measure. The forge respects weight and time, not omens.”</w:t>
      </w:r>
    </w:p>
    <w:p w14:paraId="1AE93685" w14:textId="77777777" w:rsidR="002A1566" w:rsidRDefault="002A1566" w:rsidP="002A1566">
      <w:pPr>
        <w:pStyle w:val="NormalWeb"/>
        <w:rPr>
          <w:color w:val="000000"/>
        </w:rPr>
      </w:pPr>
      <w:proofErr w:type="spellStart"/>
      <w:r>
        <w:rPr>
          <w:color w:val="000000"/>
        </w:rPr>
        <w:t>Gundae</w:t>
      </w:r>
      <w:proofErr w:type="spellEnd"/>
      <w:r>
        <w:rPr>
          <w:color w:val="000000"/>
        </w:rPr>
        <w:t xml:space="preserve"> inclined his head, though his eyes flickered toward the Presiding Chair before answering. “By my calculations, the wanderer will draw near in the span of eight lunar orbits. Eight moons waxing and waning, and it will be upon us.”</w:t>
      </w:r>
    </w:p>
    <w:p w14:paraId="7FDD4E40" w14:textId="77777777" w:rsidR="002A1566" w:rsidRDefault="002A1566" w:rsidP="002A1566">
      <w:pPr>
        <w:pStyle w:val="NormalWeb"/>
        <w:rPr>
          <w:color w:val="000000"/>
        </w:rPr>
      </w:pPr>
      <w:r>
        <w:rPr>
          <w:color w:val="000000"/>
        </w:rPr>
        <w:t>A ripple moved through the circle. Eight moons—hardly more than two seasons.</w:t>
      </w:r>
    </w:p>
    <w:p w14:paraId="680FE775" w14:textId="77777777" w:rsidR="002A1566" w:rsidRDefault="002A1566" w:rsidP="002A1566">
      <w:pPr>
        <w:pStyle w:val="NormalWeb"/>
        <w:rPr>
          <w:color w:val="000000"/>
        </w:rPr>
      </w:pPr>
      <w:r>
        <w:rPr>
          <w:color w:val="000000"/>
        </w:rPr>
        <w:t>Willum Mays spoke next, his voice low, as if afraid the walls might listen. “Eight moons… and then? Will it strike?”</w:t>
      </w:r>
    </w:p>
    <w:p w14:paraId="452F573C" w14:textId="77777777" w:rsidR="002A1566" w:rsidRDefault="002A1566" w:rsidP="002A1566">
      <w:pPr>
        <w:pStyle w:val="NormalWeb"/>
        <w:rPr>
          <w:color w:val="000000"/>
        </w:rPr>
      </w:pPr>
      <w:r>
        <w:rPr>
          <w:color w:val="000000"/>
        </w:rPr>
        <w:t xml:space="preserve">“That,” </w:t>
      </w:r>
      <w:proofErr w:type="spellStart"/>
      <w:r>
        <w:rPr>
          <w:color w:val="000000"/>
        </w:rPr>
        <w:t>Gundae</w:t>
      </w:r>
      <w:proofErr w:type="spellEnd"/>
      <w:r>
        <w:rPr>
          <w:color w:val="000000"/>
        </w:rPr>
        <w:t xml:space="preserve"> said, “cannot yet be known. Its path is not fixed as the stars, but errant. The wanderer may pass us by, though close enough to sear the heavens. Or…” His pause was long, heavy. “It may fall.”</w:t>
      </w:r>
    </w:p>
    <w:p w14:paraId="44326992" w14:textId="77777777" w:rsidR="002A1566" w:rsidRDefault="002A1566" w:rsidP="002A1566">
      <w:pPr>
        <w:pStyle w:val="NormalWeb"/>
        <w:rPr>
          <w:color w:val="000000"/>
        </w:rPr>
      </w:pPr>
      <w:r>
        <w:rPr>
          <w:color w:val="000000"/>
        </w:rPr>
        <w:t xml:space="preserve">“Which is it?” </w:t>
      </w:r>
      <w:proofErr w:type="spellStart"/>
      <w:r>
        <w:rPr>
          <w:color w:val="000000"/>
        </w:rPr>
        <w:t>Brakon</w:t>
      </w:r>
      <w:proofErr w:type="spellEnd"/>
      <w:r>
        <w:rPr>
          <w:color w:val="000000"/>
        </w:rPr>
        <w:t xml:space="preserve"> demanded.</w:t>
      </w:r>
    </w:p>
    <w:p w14:paraId="5D08D889" w14:textId="77777777" w:rsidR="002A1566" w:rsidRDefault="002A1566" w:rsidP="002A1566">
      <w:pPr>
        <w:pStyle w:val="NormalWeb"/>
        <w:rPr>
          <w:color w:val="000000"/>
        </w:rPr>
      </w:pPr>
      <w:proofErr w:type="spellStart"/>
      <w:r>
        <w:rPr>
          <w:color w:val="000000"/>
        </w:rPr>
        <w:t>Gundae’s</w:t>
      </w:r>
      <w:proofErr w:type="spellEnd"/>
      <w:r>
        <w:rPr>
          <w:color w:val="000000"/>
        </w:rPr>
        <w:t xml:space="preserve"> lips thinned. “We shall not know until the final weeks. Perhaps only the final week.”</w:t>
      </w:r>
    </w:p>
    <w:p w14:paraId="3767D916" w14:textId="77777777" w:rsidR="002A1566" w:rsidRDefault="002A1566" w:rsidP="002A1566">
      <w:pPr>
        <w:pStyle w:val="NormalWeb"/>
        <w:rPr>
          <w:color w:val="000000"/>
        </w:rPr>
      </w:pPr>
      <w:r>
        <w:rPr>
          <w:color w:val="000000"/>
        </w:rPr>
        <w:t>The words dropped like iron into the silence.</w:t>
      </w:r>
    </w:p>
    <w:p w14:paraId="25FFE840" w14:textId="77777777" w:rsidR="002A1566" w:rsidRDefault="002A1566" w:rsidP="002A1566">
      <w:pPr>
        <w:pStyle w:val="NormalWeb"/>
        <w:rPr>
          <w:color w:val="000000"/>
        </w:rPr>
      </w:pPr>
      <w:r>
        <w:rPr>
          <w:color w:val="000000"/>
        </w:rPr>
        <w:t>Davit Bennet leaned forward, his sharp eyes narrowing. “</w:t>
      </w:r>
      <w:proofErr w:type="gramStart"/>
      <w:r>
        <w:rPr>
          <w:color w:val="000000"/>
        </w:rPr>
        <w:t>So</w:t>
      </w:r>
      <w:proofErr w:type="gramEnd"/>
      <w:r>
        <w:rPr>
          <w:color w:val="000000"/>
        </w:rPr>
        <w:t xml:space="preserve"> we face ruin, and we will not know until the very end whether it comes? Even without impact, what of its fires? You speak of wanderers as though they are gentle. But I have read of them in the old records—stones trailing flame, burning the sky, setting fields alight, poisoning rivers. Even if it passes us by, it may leave us in ash.”</w:t>
      </w:r>
    </w:p>
    <w:p w14:paraId="657DAF1F" w14:textId="77777777" w:rsidR="002A1566" w:rsidRDefault="002A1566" w:rsidP="002A1566">
      <w:pPr>
        <w:pStyle w:val="NormalWeb"/>
        <w:rPr>
          <w:color w:val="000000"/>
        </w:rPr>
      </w:pPr>
      <w:r>
        <w:rPr>
          <w:color w:val="000000"/>
        </w:rPr>
        <w:t>Willum nodded quickly, his fingers worrying the edge of his robe. “Yes… yes, the texts speak of such. A fire-stone crossing can scour land clean as plague. Not even an impact is needed for devastation. The air itself can be turned to fire.”</w:t>
      </w:r>
    </w:p>
    <w:p w14:paraId="21B42A3B" w14:textId="77777777" w:rsidR="002A1566" w:rsidRDefault="002A1566" w:rsidP="002A1566">
      <w:pPr>
        <w:pStyle w:val="NormalWeb"/>
        <w:rPr>
          <w:color w:val="000000"/>
        </w:rPr>
      </w:pPr>
      <w:proofErr w:type="spellStart"/>
      <w:r>
        <w:rPr>
          <w:color w:val="000000"/>
        </w:rPr>
        <w:t>Brakon</w:t>
      </w:r>
      <w:proofErr w:type="spellEnd"/>
      <w:r>
        <w:rPr>
          <w:color w:val="000000"/>
        </w:rPr>
        <w:t xml:space="preserve"> growled. “Then we prepare as one prepares for siege. Gather stores. Forge weapons. Build strong walls.”</w:t>
      </w:r>
    </w:p>
    <w:p w14:paraId="17C4D77A" w14:textId="77777777" w:rsidR="002A1566" w:rsidRDefault="002A1566" w:rsidP="002A1566">
      <w:pPr>
        <w:pStyle w:val="NormalWeb"/>
        <w:rPr>
          <w:color w:val="000000"/>
        </w:rPr>
      </w:pPr>
      <w:r>
        <w:rPr>
          <w:color w:val="000000"/>
        </w:rPr>
        <w:lastRenderedPageBreak/>
        <w:t xml:space="preserve">Davit scoffed. “You cannot forge iron against the heavens, </w:t>
      </w:r>
      <w:proofErr w:type="spellStart"/>
      <w:r>
        <w:rPr>
          <w:color w:val="000000"/>
        </w:rPr>
        <w:t>Brakon</w:t>
      </w:r>
      <w:proofErr w:type="spellEnd"/>
      <w:r>
        <w:rPr>
          <w:color w:val="000000"/>
        </w:rPr>
        <w:t>. Armies are useless against fire that falls from the sky.”</w:t>
      </w:r>
    </w:p>
    <w:p w14:paraId="758B2614" w14:textId="77777777" w:rsidR="002A1566" w:rsidRDefault="002A1566" w:rsidP="002A1566">
      <w:pPr>
        <w:pStyle w:val="NormalWeb"/>
        <w:rPr>
          <w:color w:val="000000"/>
        </w:rPr>
      </w:pPr>
      <w:r>
        <w:rPr>
          <w:color w:val="000000"/>
        </w:rPr>
        <w:t>“Then what do you propose, Lawman?”</w:t>
      </w:r>
    </w:p>
    <w:p w14:paraId="7640C765" w14:textId="77777777" w:rsidR="002A1566" w:rsidRDefault="002A1566" w:rsidP="002A1566">
      <w:pPr>
        <w:pStyle w:val="NormalWeb"/>
        <w:rPr>
          <w:color w:val="000000"/>
        </w:rPr>
      </w:pPr>
      <w:r>
        <w:rPr>
          <w:color w:val="000000"/>
        </w:rPr>
        <w:t xml:space="preserve">“I propose silence,” Davit said coldly. “If word of </w:t>
      </w:r>
      <w:proofErr w:type="gramStart"/>
      <w:r>
        <w:rPr>
          <w:color w:val="000000"/>
        </w:rPr>
        <w:t>this escapes</w:t>
      </w:r>
      <w:proofErr w:type="gramEnd"/>
      <w:r>
        <w:rPr>
          <w:color w:val="000000"/>
        </w:rPr>
        <w:t xml:space="preserve"> before certainty, the Eleven Thrones will destroy themselves in panic. Farmers will flee their fields. Soldiers will abandon their posts. Priests will declare the end, and kings will scramble to seize what little time remains. The citadel will be blamed. The citadel will burn.”</w:t>
      </w:r>
    </w:p>
    <w:p w14:paraId="2E2E70BE" w14:textId="77777777" w:rsidR="002A1566" w:rsidRDefault="002A1566" w:rsidP="002A1566">
      <w:pPr>
        <w:pStyle w:val="NormalWeb"/>
        <w:rPr>
          <w:color w:val="000000"/>
        </w:rPr>
      </w:pPr>
      <w:r>
        <w:rPr>
          <w:color w:val="000000"/>
        </w:rPr>
        <w:t xml:space="preserve">The Presiding Chair raised her hand, quelling the storm. Her eyes, milky but piercing, turned toward </w:t>
      </w:r>
      <w:proofErr w:type="spellStart"/>
      <w:r>
        <w:rPr>
          <w:color w:val="000000"/>
        </w:rPr>
        <w:t>Gundae</w:t>
      </w:r>
      <w:proofErr w:type="spellEnd"/>
      <w:r>
        <w:rPr>
          <w:color w:val="000000"/>
        </w:rPr>
        <w:t>. “Your judgment, Doctor of Heavenly Objects?”</w:t>
      </w:r>
    </w:p>
    <w:p w14:paraId="3E499AAB" w14:textId="3848479F" w:rsidR="002A1566" w:rsidRPr="002A1566" w:rsidRDefault="002A1566" w:rsidP="002A1566">
      <w:pPr>
        <w:pStyle w:val="NormalWeb"/>
        <w:rPr>
          <w:color w:val="000000"/>
        </w:rPr>
      </w:pPr>
      <w:proofErr w:type="spellStart"/>
      <w:r>
        <w:rPr>
          <w:color w:val="000000"/>
        </w:rPr>
        <w:t>Gundae</w:t>
      </w:r>
      <w:proofErr w:type="spellEnd"/>
      <w:r>
        <w:rPr>
          <w:color w:val="000000"/>
        </w:rPr>
        <w:t xml:space="preserve"> bowed his head. “I counsel silence, until the final weeks. Knowledge shared too early will undo the kingdoms before the </w:t>
      </w:r>
      <w:proofErr w:type="gramStart"/>
      <w:r>
        <w:rPr>
          <w:color w:val="000000"/>
        </w:rPr>
        <w:t>fire-stone</w:t>
      </w:r>
      <w:proofErr w:type="gramEnd"/>
      <w:r>
        <w:rPr>
          <w:color w:val="000000"/>
        </w:rPr>
        <w:t xml:space="preserve"> has chance. We must watch. We must measure. And when the hour comes, we will act.”</w:t>
      </w:r>
    </w:p>
    <w:p w14:paraId="28BF71E2" w14:textId="77777777" w:rsidR="002A1566" w:rsidRDefault="002A1566" w:rsidP="002A1566">
      <w:pPr>
        <w:pStyle w:val="NormalWeb"/>
        <w:rPr>
          <w:color w:val="000000"/>
        </w:rPr>
      </w:pPr>
      <w:r>
        <w:rPr>
          <w:color w:val="000000"/>
        </w:rPr>
        <w:t>My blood burned with unshed words.</w:t>
      </w:r>
      <w:r>
        <w:rPr>
          <w:rStyle w:val="apple-converted-space"/>
          <w:color w:val="000000"/>
        </w:rPr>
        <w:t> </w:t>
      </w:r>
      <w:r>
        <w:rPr>
          <w:rStyle w:val="Emphasis"/>
          <w:color w:val="000000"/>
        </w:rPr>
        <w:t>Eight moons!</w:t>
      </w:r>
      <w:r>
        <w:rPr>
          <w:rStyle w:val="apple-converted-space"/>
          <w:color w:val="000000"/>
        </w:rPr>
        <w:t> </w:t>
      </w:r>
      <w:r>
        <w:rPr>
          <w:color w:val="000000"/>
        </w:rPr>
        <w:t>Only eight moons until the sky itself might fall. And yet they would say nothing? Would keep silent until the last moment, when no preparation could be made?</w:t>
      </w:r>
    </w:p>
    <w:p w14:paraId="5380A3D2" w14:textId="77777777" w:rsidR="002A1566" w:rsidRDefault="002A1566" w:rsidP="002A1566">
      <w:pPr>
        <w:pStyle w:val="NormalWeb"/>
        <w:rPr>
          <w:color w:val="000000"/>
        </w:rPr>
      </w:pPr>
      <w:r>
        <w:rPr>
          <w:color w:val="000000"/>
        </w:rPr>
        <w:t>I clenched my fists beneath the table’s shadow, nails biting into my palm. I remembered the whispers of my apprentices, the fear in the farmer’s eyes as they gazed skyward. Was their dread not worth truth? Was their labor not worth warning?</w:t>
      </w:r>
    </w:p>
    <w:p w14:paraId="09199C63" w14:textId="77777777" w:rsidR="002A1566" w:rsidRDefault="002A1566" w:rsidP="002A1566">
      <w:pPr>
        <w:pStyle w:val="NormalWeb"/>
        <w:rPr>
          <w:color w:val="000000"/>
        </w:rPr>
      </w:pPr>
      <w:r>
        <w:rPr>
          <w:color w:val="000000"/>
        </w:rPr>
        <w:t xml:space="preserve">But I was no Elder. I had no seat in the </w:t>
      </w:r>
      <w:proofErr w:type="gramStart"/>
      <w:r>
        <w:rPr>
          <w:color w:val="000000"/>
        </w:rPr>
        <w:t>circle,</w:t>
      </w:r>
      <w:proofErr w:type="gramEnd"/>
      <w:r>
        <w:rPr>
          <w:color w:val="000000"/>
        </w:rPr>
        <w:t xml:space="preserve"> no sigil carved upon the black stone. My presence here was already intrusion. To speak now would be to defy </w:t>
      </w:r>
      <w:proofErr w:type="spellStart"/>
      <w:r>
        <w:rPr>
          <w:color w:val="000000"/>
        </w:rPr>
        <w:t>Gundae</w:t>
      </w:r>
      <w:proofErr w:type="spellEnd"/>
      <w:r>
        <w:rPr>
          <w:color w:val="000000"/>
        </w:rPr>
        <w:t>, to expose myself as a trespasser.</w:t>
      </w:r>
    </w:p>
    <w:p w14:paraId="589E355B" w14:textId="458E779D" w:rsidR="002A1566" w:rsidRPr="002A1566" w:rsidRDefault="002A1566" w:rsidP="002A1566">
      <w:pPr>
        <w:pStyle w:val="NormalWeb"/>
        <w:rPr>
          <w:color w:val="000000"/>
        </w:rPr>
      </w:pPr>
      <w:proofErr w:type="gramStart"/>
      <w:r>
        <w:rPr>
          <w:color w:val="000000"/>
        </w:rPr>
        <w:t>So</w:t>
      </w:r>
      <w:proofErr w:type="gramEnd"/>
      <w:r>
        <w:rPr>
          <w:color w:val="000000"/>
        </w:rPr>
        <w:t xml:space="preserve"> I bit my tongue. And I listened. And I burned.</w:t>
      </w:r>
    </w:p>
    <w:p w14:paraId="4871BF8C" w14:textId="77777777" w:rsidR="002A1566" w:rsidRDefault="002A1566" w:rsidP="002A1566">
      <w:pPr>
        <w:pStyle w:val="NormalWeb"/>
        <w:rPr>
          <w:color w:val="000000"/>
        </w:rPr>
      </w:pPr>
      <w:r>
        <w:rPr>
          <w:color w:val="000000"/>
        </w:rPr>
        <w:t>After long debate, the Presiding Chair spoke again. Her voice cracked like parchment torn.</w:t>
      </w:r>
    </w:p>
    <w:p w14:paraId="4ECE2F61" w14:textId="77777777" w:rsidR="002A1566" w:rsidRDefault="002A1566" w:rsidP="002A1566">
      <w:pPr>
        <w:pStyle w:val="NormalWeb"/>
        <w:rPr>
          <w:color w:val="000000"/>
        </w:rPr>
      </w:pPr>
      <w:r>
        <w:rPr>
          <w:color w:val="000000"/>
        </w:rPr>
        <w:t>“It is agreed. The knowledge of the wanderer remains here, within these walls. The people shall not know. The Thrones shall not know. For silence preserves order, and order preserves life. We are the citadel; we carry the burden. We are the watchers in the dark.”</w:t>
      </w:r>
    </w:p>
    <w:p w14:paraId="56FC8E0E" w14:textId="77777777" w:rsidR="002A1566" w:rsidRDefault="002A1566" w:rsidP="002A1566">
      <w:pPr>
        <w:pStyle w:val="NormalWeb"/>
        <w:rPr>
          <w:color w:val="000000"/>
        </w:rPr>
      </w:pPr>
      <w:r>
        <w:rPr>
          <w:color w:val="000000"/>
        </w:rPr>
        <w:t xml:space="preserve">One by one, the Elders inclined their heads. </w:t>
      </w:r>
      <w:proofErr w:type="spellStart"/>
      <w:r>
        <w:rPr>
          <w:color w:val="000000"/>
        </w:rPr>
        <w:t>Brakon</w:t>
      </w:r>
      <w:proofErr w:type="spellEnd"/>
      <w:r>
        <w:rPr>
          <w:color w:val="000000"/>
        </w:rPr>
        <w:t xml:space="preserve"> scowled but gave assent. Willum nodded nervously. Davit’s thin lips curved in satisfaction. </w:t>
      </w:r>
      <w:proofErr w:type="spellStart"/>
      <w:r>
        <w:rPr>
          <w:color w:val="000000"/>
        </w:rPr>
        <w:t>Gundae’s</w:t>
      </w:r>
      <w:proofErr w:type="spellEnd"/>
      <w:r>
        <w:rPr>
          <w:color w:val="000000"/>
        </w:rPr>
        <w:t xml:space="preserve"> shoulders sagged, as though relief and dread both warred within him.</w:t>
      </w:r>
    </w:p>
    <w:p w14:paraId="273B6AE1" w14:textId="55969419" w:rsidR="002A1566" w:rsidRPr="002A1566" w:rsidRDefault="002A1566" w:rsidP="002A1566">
      <w:pPr>
        <w:pStyle w:val="NormalWeb"/>
        <w:rPr>
          <w:color w:val="000000"/>
        </w:rPr>
      </w:pPr>
      <w:r>
        <w:rPr>
          <w:color w:val="000000"/>
        </w:rPr>
        <w:t>And I—Klitus, Doctor of Advance Potions—bowed my head with the rest, though in my heart a seed of rebellion had already taken root.</w:t>
      </w:r>
    </w:p>
    <w:p w14:paraId="2D7FF71B" w14:textId="77777777" w:rsidR="002A1566" w:rsidRDefault="002A1566" w:rsidP="002A1566">
      <w:pPr>
        <w:pStyle w:val="NormalWeb"/>
        <w:rPr>
          <w:color w:val="000000"/>
        </w:rPr>
      </w:pPr>
      <w:r>
        <w:rPr>
          <w:color w:val="000000"/>
        </w:rPr>
        <w:lastRenderedPageBreak/>
        <w:t>As the Council adjourned, shadows deepened. The incense had burned to ash, leaving only bitter smoke. I slipped from the chamber, my mind a storm. Eight moons. Perhaps less. The wanderer bore down, fire trailing, and even if it missed, the air itself might ignite.</w:t>
      </w:r>
    </w:p>
    <w:p w14:paraId="21379795" w14:textId="77777777" w:rsidR="002A1566" w:rsidRDefault="002A1566" w:rsidP="002A1566">
      <w:pPr>
        <w:pStyle w:val="NormalWeb"/>
        <w:rPr>
          <w:color w:val="000000"/>
        </w:rPr>
      </w:pPr>
      <w:r>
        <w:rPr>
          <w:color w:val="000000"/>
        </w:rPr>
        <w:t>And the Council would keep silent.</w:t>
      </w:r>
    </w:p>
    <w:p w14:paraId="6AF05186" w14:textId="7B167307" w:rsidR="002A1566" w:rsidRDefault="002A1566" w:rsidP="002A1566">
      <w:pPr>
        <w:pStyle w:val="NormalWeb"/>
        <w:rPr>
          <w:color w:val="000000"/>
        </w:rPr>
      </w:pPr>
      <w:r>
        <w:rPr>
          <w:color w:val="000000"/>
        </w:rPr>
        <w:t>But silence, I knew, could kill as surely as flame.</w:t>
      </w:r>
    </w:p>
    <w:p w14:paraId="207465F0" w14:textId="77777777" w:rsidR="002A1566" w:rsidRDefault="002A1566" w:rsidP="002A1566">
      <w:pPr>
        <w:pStyle w:val="NormalWeb"/>
        <w:rPr>
          <w:color w:val="000000"/>
        </w:rPr>
      </w:pPr>
      <w:r>
        <w:rPr>
          <w:color w:val="000000"/>
        </w:rPr>
        <w:t xml:space="preserve">When the chamber emptied, I followed </w:t>
      </w:r>
      <w:proofErr w:type="spellStart"/>
      <w:r>
        <w:rPr>
          <w:color w:val="000000"/>
        </w:rPr>
        <w:t>Gundae</w:t>
      </w:r>
      <w:proofErr w:type="spellEnd"/>
      <w:r>
        <w:rPr>
          <w:color w:val="000000"/>
        </w:rPr>
        <w:t xml:space="preserve"> down the Corridor of Ashes. His steps were </w:t>
      </w:r>
      <w:proofErr w:type="gramStart"/>
      <w:r>
        <w:rPr>
          <w:color w:val="000000"/>
        </w:rPr>
        <w:t>heavy,</w:t>
      </w:r>
      <w:proofErr w:type="gramEnd"/>
      <w:r>
        <w:rPr>
          <w:color w:val="000000"/>
        </w:rPr>
        <w:t xml:space="preserve"> his shoulders bowed beneath the burden of silence. I could bear it no longer.</w:t>
      </w:r>
    </w:p>
    <w:p w14:paraId="2C775D03" w14:textId="77777777" w:rsidR="002A1566" w:rsidRDefault="002A1566" w:rsidP="002A1566">
      <w:pPr>
        <w:pStyle w:val="NormalWeb"/>
        <w:rPr>
          <w:color w:val="000000"/>
        </w:rPr>
      </w:pPr>
      <w:r>
        <w:rPr>
          <w:color w:val="000000"/>
        </w:rPr>
        <w:t>“You said eight moons,” I hissed, my voice echoing off the charred banners. “Eight! And we will not know until the final weeks if it will strike? Not until perhaps the last week itself?”</w:t>
      </w:r>
    </w:p>
    <w:p w14:paraId="7A381819" w14:textId="77777777" w:rsidR="002A1566" w:rsidRDefault="002A1566" w:rsidP="002A1566">
      <w:pPr>
        <w:pStyle w:val="NormalWeb"/>
        <w:rPr>
          <w:color w:val="000000"/>
        </w:rPr>
      </w:pPr>
      <w:proofErr w:type="spellStart"/>
      <w:r>
        <w:rPr>
          <w:color w:val="000000"/>
        </w:rPr>
        <w:t>Gundae</w:t>
      </w:r>
      <w:proofErr w:type="spellEnd"/>
      <w:r>
        <w:rPr>
          <w:color w:val="000000"/>
        </w:rPr>
        <w:t xml:space="preserve"> stopped, turning on me with eyes bright and weary. “Yes. Perhaps seven, perhaps nine. But close enough. Too close. Even without impact, Klitus, the fire-stone’s passage could scorch the very air. Forests could burn, rivers could sour, crops could wither in heat. The world might be undone without a single stone touching soil.”</w:t>
      </w:r>
    </w:p>
    <w:p w14:paraId="55017962" w14:textId="77777777" w:rsidR="002A1566" w:rsidRDefault="002A1566" w:rsidP="002A1566">
      <w:pPr>
        <w:pStyle w:val="NormalWeb"/>
        <w:rPr>
          <w:color w:val="000000"/>
        </w:rPr>
      </w:pPr>
      <w:r>
        <w:rPr>
          <w:color w:val="000000"/>
        </w:rPr>
        <w:t>His words clawed at my chest. Eight moons. Eight short turns of the sky. The seasons would hardly change before doom might descend.</w:t>
      </w:r>
    </w:p>
    <w:p w14:paraId="349A79A5" w14:textId="77777777" w:rsidR="002A1566" w:rsidRDefault="002A1566" w:rsidP="002A1566">
      <w:pPr>
        <w:pStyle w:val="NormalWeb"/>
        <w:rPr>
          <w:color w:val="000000"/>
        </w:rPr>
      </w:pPr>
      <w:r>
        <w:rPr>
          <w:color w:val="000000"/>
        </w:rPr>
        <w:t>“And yet you would remain silent,” I said bitterly.</w:t>
      </w:r>
    </w:p>
    <w:p w14:paraId="4008EED5" w14:textId="187FAF94" w:rsidR="002A1566" w:rsidRPr="002A1566" w:rsidRDefault="002A1566" w:rsidP="002A1566">
      <w:pPr>
        <w:pStyle w:val="NormalWeb"/>
        <w:rPr>
          <w:color w:val="000000"/>
        </w:rPr>
      </w:pPr>
      <w:r>
        <w:rPr>
          <w:color w:val="000000"/>
        </w:rPr>
        <w:t>“I would preserve order,” he snapped. “Panic is a fire that spreads faster than any falling star. You heard Davit. If word spreads now, the kingdoms will devour each other long before the heavens move.”</w:t>
      </w:r>
    </w:p>
    <w:p w14:paraId="31BF2856" w14:textId="77777777" w:rsidR="002A1566" w:rsidRDefault="002A1566" w:rsidP="002A1566">
      <w:pPr>
        <w:pStyle w:val="NormalWeb"/>
        <w:rPr>
          <w:color w:val="000000"/>
        </w:rPr>
      </w:pPr>
      <w:r>
        <w:rPr>
          <w:color w:val="000000"/>
        </w:rPr>
        <w:t>Even as he spoke, rumors already seeped through the citadel walls. I had heard whispers that very morning: King Barrus of the Western Marches, called the Dragon Lord, was making demands of his neighbors.</w:t>
      </w:r>
    </w:p>
    <w:p w14:paraId="0D7B459C" w14:textId="77777777" w:rsidR="002A1566" w:rsidRDefault="002A1566" w:rsidP="002A1566">
      <w:pPr>
        <w:pStyle w:val="NormalWeb"/>
        <w:rPr>
          <w:color w:val="000000"/>
        </w:rPr>
      </w:pPr>
      <w:r>
        <w:rPr>
          <w:color w:val="000000"/>
        </w:rPr>
        <w:t>Barrus commanded an army unlike any other, for he had bent dragons to his will—great scaled beasts whose wings beat storms into the air, whose fire could reduce fortresses to rubble in an hour. His throne had ever been restless, his gaze covetous.</w:t>
      </w:r>
    </w:p>
    <w:p w14:paraId="4D2A2765" w14:textId="77777777" w:rsidR="002A1566" w:rsidRDefault="002A1566" w:rsidP="002A1566">
      <w:pPr>
        <w:pStyle w:val="NormalWeb"/>
        <w:rPr>
          <w:color w:val="000000"/>
        </w:rPr>
      </w:pPr>
      <w:r>
        <w:rPr>
          <w:color w:val="000000"/>
        </w:rPr>
        <w:t>Now, emboldened by whispers of the growing star, he sent emissaries to the neighboring thrones.</w:t>
      </w:r>
      <w:r>
        <w:rPr>
          <w:rStyle w:val="apple-converted-space"/>
          <w:color w:val="000000"/>
        </w:rPr>
        <w:t> </w:t>
      </w:r>
      <w:r>
        <w:rPr>
          <w:rStyle w:val="Emphasis"/>
          <w:color w:val="000000"/>
        </w:rPr>
        <w:t>Surrender your grain, your ore, your steel… or face the might of the Dragon Host.</w:t>
      </w:r>
    </w:p>
    <w:p w14:paraId="65363098" w14:textId="77777777" w:rsidR="002A1566" w:rsidRDefault="002A1566" w:rsidP="002A1566">
      <w:pPr>
        <w:pStyle w:val="NormalWeb"/>
        <w:rPr>
          <w:color w:val="000000"/>
        </w:rPr>
      </w:pPr>
      <w:r>
        <w:rPr>
          <w:color w:val="000000"/>
        </w:rPr>
        <w:t>The Council might cloak the truth in silence, but Barrus already wielded fear as a weapon. If he gathered enough supplies, he would rise from king to emperor, from dragon lord to dragon tyrant.</w:t>
      </w:r>
    </w:p>
    <w:p w14:paraId="234829CB" w14:textId="3B495B47" w:rsidR="002A1566" w:rsidRPr="002A1566" w:rsidRDefault="002A1566" w:rsidP="002A1566">
      <w:pPr>
        <w:pStyle w:val="NormalWeb"/>
        <w:rPr>
          <w:color w:val="000000"/>
        </w:rPr>
      </w:pPr>
      <w:r>
        <w:rPr>
          <w:color w:val="000000"/>
        </w:rPr>
        <w:lastRenderedPageBreak/>
        <w:t>And the other thrones—uncertain, fearful—wavered between defiance and compliance. Some offered tribute in secret, others raised armies, but none spoke openly, for all feared the wrath of his beasts.</w:t>
      </w:r>
    </w:p>
    <w:p w14:paraId="22781861" w14:textId="77777777" w:rsidR="002A1566" w:rsidRDefault="002A1566" w:rsidP="002A1566">
      <w:pPr>
        <w:pStyle w:val="NormalWeb"/>
        <w:rPr>
          <w:color w:val="000000"/>
        </w:rPr>
      </w:pPr>
      <w:r>
        <w:rPr>
          <w:color w:val="000000"/>
        </w:rPr>
        <w:t xml:space="preserve">I seized </w:t>
      </w:r>
      <w:proofErr w:type="spellStart"/>
      <w:r>
        <w:rPr>
          <w:color w:val="000000"/>
        </w:rPr>
        <w:t>Gundae’s</w:t>
      </w:r>
      <w:proofErr w:type="spellEnd"/>
      <w:r>
        <w:rPr>
          <w:color w:val="000000"/>
        </w:rPr>
        <w:t xml:space="preserve"> arm. “Do you not see? Silence is already broken. Barrus has heard whispers enough to act, to demand, to bend fear to his throne. If he is allowed to grow strong while the rest are left in ignorance, then even if the star passes us by, the kingdoms will be ashes by his hand.”</w:t>
      </w:r>
    </w:p>
    <w:p w14:paraId="744C0D96" w14:textId="77777777" w:rsidR="002A1566" w:rsidRDefault="002A1566" w:rsidP="002A1566">
      <w:pPr>
        <w:pStyle w:val="NormalWeb"/>
        <w:rPr>
          <w:color w:val="000000"/>
        </w:rPr>
      </w:pPr>
      <w:proofErr w:type="spellStart"/>
      <w:r>
        <w:rPr>
          <w:color w:val="000000"/>
        </w:rPr>
        <w:t>Gundae’s</w:t>
      </w:r>
      <w:proofErr w:type="spellEnd"/>
      <w:r>
        <w:rPr>
          <w:color w:val="000000"/>
        </w:rPr>
        <w:t xml:space="preserve"> face darkened. “And if the people learn the truth too soon? If panic drives them to abandon their fields, their posts, their order? Then Barrus will not need dragons—the kingdoms will fall without a single flame.”</w:t>
      </w:r>
    </w:p>
    <w:p w14:paraId="24B23738" w14:textId="77777777" w:rsidR="002A1566" w:rsidRDefault="002A1566" w:rsidP="002A1566">
      <w:pPr>
        <w:pStyle w:val="NormalWeb"/>
        <w:rPr>
          <w:color w:val="000000"/>
        </w:rPr>
      </w:pPr>
      <w:r>
        <w:rPr>
          <w:color w:val="000000"/>
        </w:rPr>
        <w:t>I let him go, my hands shaking. “You chain truth as though it were poison. Perhaps it is. But a poison withheld can kill as surely as one swallowed.”</w:t>
      </w:r>
    </w:p>
    <w:p w14:paraId="54C4079B" w14:textId="638CA5B1" w:rsidR="002A1566" w:rsidRPr="002A1566" w:rsidRDefault="002A1566" w:rsidP="002A1566">
      <w:pPr>
        <w:pStyle w:val="NormalWeb"/>
        <w:rPr>
          <w:color w:val="000000"/>
        </w:rPr>
      </w:pPr>
      <w:r>
        <w:rPr>
          <w:color w:val="000000"/>
        </w:rPr>
        <w:t>For a moment, neither of us spoke. The corridor’s shadows pressed close, as though the very citadel held its breath.</w:t>
      </w:r>
    </w:p>
    <w:p w14:paraId="7F64AB5C" w14:textId="77777777" w:rsidR="002A1566" w:rsidRDefault="002A1566" w:rsidP="002A1566">
      <w:pPr>
        <w:pStyle w:val="NormalWeb"/>
        <w:rPr>
          <w:color w:val="000000"/>
        </w:rPr>
      </w:pPr>
      <w:r>
        <w:rPr>
          <w:color w:val="000000"/>
        </w:rPr>
        <w:t xml:space="preserve">The next night, I returned to the Council chamber unbidden. </w:t>
      </w:r>
      <w:proofErr w:type="spellStart"/>
      <w:r>
        <w:rPr>
          <w:color w:val="000000"/>
        </w:rPr>
        <w:t>Brakon</w:t>
      </w:r>
      <w:proofErr w:type="spellEnd"/>
      <w:r>
        <w:rPr>
          <w:color w:val="000000"/>
        </w:rPr>
        <w:t xml:space="preserve">, Willum Mays, and Davit Bennet stood with </w:t>
      </w:r>
      <w:proofErr w:type="spellStart"/>
      <w:r>
        <w:rPr>
          <w:color w:val="000000"/>
        </w:rPr>
        <w:t>Gundae</w:t>
      </w:r>
      <w:proofErr w:type="spellEnd"/>
      <w:r>
        <w:rPr>
          <w:color w:val="000000"/>
        </w:rPr>
        <w:t xml:space="preserve"> around the black stone table, voices low but urgent. They spoke not of the star now, but of Barrus.</w:t>
      </w:r>
    </w:p>
    <w:p w14:paraId="540EDCDC" w14:textId="77777777" w:rsidR="002A1566" w:rsidRDefault="002A1566" w:rsidP="002A1566">
      <w:pPr>
        <w:pStyle w:val="NormalWeb"/>
        <w:rPr>
          <w:color w:val="000000"/>
        </w:rPr>
      </w:pPr>
      <w:proofErr w:type="spellStart"/>
      <w:r>
        <w:rPr>
          <w:color w:val="000000"/>
        </w:rPr>
        <w:t>Brakon</w:t>
      </w:r>
      <w:proofErr w:type="spellEnd"/>
      <w:r>
        <w:rPr>
          <w:color w:val="000000"/>
        </w:rPr>
        <w:t xml:space="preserve"> thumped his scarred fist upon the table. “If the Dragon Lord seizes the granaries of the Eastern Plains, he will hold half the kingdom in his claw. Better the star </w:t>
      </w:r>
      <w:proofErr w:type="gramStart"/>
      <w:r>
        <w:rPr>
          <w:color w:val="000000"/>
        </w:rPr>
        <w:t>strike</w:t>
      </w:r>
      <w:proofErr w:type="gramEnd"/>
      <w:r>
        <w:rPr>
          <w:color w:val="000000"/>
        </w:rPr>
        <w:t xml:space="preserve"> us clean than leave us to his tyranny.”</w:t>
      </w:r>
    </w:p>
    <w:p w14:paraId="593BC81A" w14:textId="77777777" w:rsidR="002A1566" w:rsidRDefault="002A1566" w:rsidP="002A1566">
      <w:pPr>
        <w:pStyle w:val="NormalWeb"/>
        <w:rPr>
          <w:color w:val="000000"/>
        </w:rPr>
      </w:pPr>
      <w:r>
        <w:rPr>
          <w:color w:val="000000"/>
        </w:rPr>
        <w:t>Willum wrung his hands. “He moves already. I have seen the sealed letters—caravans turning westward, tributes carried in silence. The thrones grow weak, their knees bend.”</w:t>
      </w:r>
    </w:p>
    <w:p w14:paraId="657861AA" w14:textId="77777777" w:rsidR="002A1566" w:rsidRDefault="002A1566" w:rsidP="002A1566">
      <w:pPr>
        <w:pStyle w:val="NormalWeb"/>
        <w:rPr>
          <w:color w:val="000000"/>
        </w:rPr>
      </w:pPr>
      <w:r>
        <w:rPr>
          <w:color w:val="000000"/>
        </w:rPr>
        <w:t>Davit’s voice was cold as winter. “Barrus does not believe in omens. He believes in advantage. He hears only that a shadow grows in the sky, and he makes demands. That is enough. If we do not act, he will rule before the eighth moon rises.”</w:t>
      </w:r>
    </w:p>
    <w:p w14:paraId="564796E4" w14:textId="77777777" w:rsidR="002A1566" w:rsidRDefault="002A1566" w:rsidP="002A1566">
      <w:pPr>
        <w:pStyle w:val="NormalWeb"/>
        <w:rPr>
          <w:color w:val="000000"/>
        </w:rPr>
      </w:pPr>
      <w:r>
        <w:rPr>
          <w:color w:val="000000"/>
        </w:rPr>
        <w:t xml:space="preserve">“And what would you propose?” </w:t>
      </w:r>
      <w:proofErr w:type="spellStart"/>
      <w:r>
        <w:rPr>
          <w:color w:val="000000"/>
        </w:rPr>
        <w:t>Gundae</w:t>
      </w:r>
      <w:proofErr w:type="spellEnd"/>
      <w:r>
        <w:rPr>
          <w:color w:val="000000"/>
        </w:rPr>
        <w:t xml:space="preserve"> asked sharply.</w:t>
      </w:r>
    </w:p>
    <w:p w14:paraId="13748465" w14:textId="77777777" w:rsidR="002A1566" w:rsidRDefault="002A1566" w:rsidP="002A1566">
      <w:pPr>
        <w:pStyle w:val="NormalWeb"/>
        <w:rPr>
          <w:color w:val="000000"/>
        </w:rPr>
      </w:pPr>
      <w:r>
        <w:rPr>
          <w:color w:val="000000"/>
        </w:rPr>
        <w:t>Davit looked to the others. “Secrecy has already failed. Barrus proves it. We must control the truth before he does. Better the kingdoms hear from the citadel than from the whispers of dragons.”</w:t>
      </w:r>
    </w:p>
    <w:p w14:paraId="4055959B" w14:textId="4CC00750" w:rsidR="002A1566" w:rsidRPr="002A1566" w:rsidRDefault="002A1566" w:rsidP="002A1566">
      <w:pPr>
        <w:pStyle w:val="NormalWeb"/>
        <w:rPr>
          <w:color w:val="000000"/>
        </w:rPr>
      </w:pPr>
      <w:r>
        <w:rPr>
          <w:color w:val="000000"/>
        </w:rPr>
        <w:t xml:space="preserve">The chamber stilled. Even </w:t>
      </w:r>
      <w:proofErr w:type="spellStart"/>
      <w:r>
        <w:rPr>
          <w:color w:val="000000"/>
        </w:rPr>
        <w:t>Brakon</w:t>
      </w:r>
      <w:proofErr w:type="spellEnd"/>
      <w:r>
        <w:rPr>
          <w:color w:val="000000"/>
        </w:rPr>
        <w:t xml:space="preserve"> fell silent. For the first time, I saw doubt flicker in </w:t>
      </w:r>
      <w:proofErr w:type="spellStart"/>
      <w:r>
        <w:rPr>
          <w:color w:val="000000"/>
        </w:rPr>
        <w:t>Gundae’s</w:t>
      </w:r>
      <w:proofErr w:type="spellEnd"/>
      <w:r>
        <w:rPr>
          <w:color w:val="000000"/>
        </w:rPr>
        <w:t xml:space="preserve"> eyes.</w:t>
      </w:r>
    </w:p>
    <w:p w14:paraId="2E5922CB" w14:textId="77777777" w:rsidR="002A1566" w:rsidRDefault="002A1566" w:rsidP="002A1566">
      <w:pPr>
        <w:pStyle w:val="NormalWeb"/>
        <w:rPr>
          <w:color w:val="000000"/>
        </w:rPr>
      </w:pPr>
      <w:r>
        <w:rPr>
          <w:color w:val="000000"/>
        </w:rPr>
        <w:t xml:space="preserve">I lingered in the shadows, unacknowledged, but my </w:t>
      </w:r>
      <w:proofErr w:type="gramStart"/>
      <w:r>
        <w:rPr>
          <w:color w:val="000000"/>
        </w:rPr>
        <w:t>heart beat</w:t>
      </w:r>
      <w:proofErr w:type="gramEnd"/>
      <w:r>
        <w:rPr>
          <w:color w:val="000000"/>
        </w:rPr>
        <w:t xml:space="preserve"> like a drum. Eight moons. The star’s fire above, Barrus’s dragons below. One would burn the skies, the other the earth.</w:t>
      </w:r>
    </w:p>
    <w:p w14:paraId="2C98842A" w14:textId="77777777" w:rsidR="002A1566" w:rsidRDefault="002A1566" w:rsidP="002A1566">
      <w:pPr>
        <w:pStyle w:val="NormalWeb"/>
        <w:rPr>
          <w:color w:val="000000"/>
        </w:rPr>
      </w:pPr>
      <w:r>
        <w:rPr>
          <w:color w:val="000000"/>
        </w:rPr>
        <w:lastRenderedPageBreak/>
        <w:t>And the citadel—our citadel—balanced between silence and revelation, as if silence itself could hold back flame.</w:t>
      </w:r>
    </w:p>
    <w:p w14:paraId="7212FE7F" w14:textId="77777777" w:rsidR="002A1566" w:rsidRDefault="002A1566" w:rsidP="002A1566">
      <w:pPr>
        <w:pStyle w:val="NormalWeb"/>
        <w:rPr>
          <w:color w:val="000000"/>
        </w:rPr>
      </w:pPr>
      <w:r>
        <w:rPr>
          <w:color w:val="000000"/>
        </w:rPr>
        <w:t>I swore then, silently and fiercely, that I would not let silence be the citadel’s only answer. Whether through scroll, whisper, or open defiance, I would seek the truth. And when the time came, I would speak it.</w:t>
      </w:r>
    </w:p>
    <w:p w14:paraId="5DBA33AA" w14:textId="77777777" w:rsidR="002A1566" w:rsidRDefault="002A1566" w:rsidP="002A1566">
      <w:pPr>
        <w:pStyle w:val="NormalWeb"/>
        <w:rPr>
          <w:color w:val="000000"/>
        </w:rPr>
      </w:pPr>
      <w:r>
        <w:rPr>
          <w:color w:val="000000"/>
        </w:rPr>
        <w:t>Even if it meant fire.</w:t>
      </w:r>
    </w:p>
    <w:p w14:paraId="551950C6" w14:textId="46B97412" w:rsidR="002A1566" w:rsidRDefault="002A1566" w:rsidP="002A1566">
      <w:pPr>
        <w:pStyle w:val="Heading1"/>
        <w:rPr>
          <w:color w:val="000000"/>
        </w:rPr>
      </w:pPr>
      <w:r>
        <w:rPr>
          <w:color w:val="000000"/>
        </w:rPr>
        <w:t>Chapter III – The Envoy of the Dragon Lord</w:t>
      </w:r>
    </w:p>
    <w:p w14:paraId="473CA68D" w14:textId="050B63B1" w:rsidR="002A1566" w:rsidRDefault="002A1566" w:rsidP="002A1566">
      <w:pPr>
        <w:pStyle w:val="NormalWeb"/>
        <w:rPr>
          <w:color w:val="000000"/>
        </w:rPr>
      </w:pPr>
      <w:r>
        <w:rPr>
          <w:color w:val="000000"/>
        </w:rPr>
        <w:t>The bells tolled at midrise, slow and iron-heavy. Their echoes rippled through the valley, startling crows from the fields below. At the citadel’s gate, a column of riders appeared</w:t>
      </w:r>
      <w:r>
        <w:rPr>
          <w:color w:val="000000"/>
        </w:rPr>
        <w:t xml:space="preserve"> - </w:t>
      </w:r>
      <w:r>
        <w:rPr>
          <w:color w:val="000000"/>
        </w:rPr>
        <w:t>helms glinting, banners snapping in the wind. And above them, circling like a storm-cloud given wings, was the dragon.</w:t>
      </w:r>
    </w:p>
    <w:p w14:paraId="7CCE5B44" w14:textId="77777777" w:rsidR="002A1566" w:rsidRDefault="002A1566" w:rsidP="002A1566">
      <w:pPr>
        <w:pStyle w:val="NormalWeb"/>
        <w:rPr>
          <w:color w:val="000000"/>
        </w:rPr>
      </w:pPr>
      <w:r>
        <w:rPr>
          <w:color w:val="000000"/>
        </w:rPr>
        <w:t>Its scales burned the color of rusted iron, its wings vast enough to cast a shadow over half the gatehouse. When it roared, the sound was not mere thunder—it was command. Apprentices fled the walls in terror. Even the elder guards at the gate lowered their spears, though their arms shook.</w:t>
      </w:r>
    </w:p>
    <w:p w14:paraId="13903D10" w14:textId="77777777" w:rsidR="002A1566" w:rsidRDefault="002A1566" w:rsidP="002A1566">
      <w:pPr>
        <w:pStyle w:val="NormalWeb"/>
        <w:rPr>
          <w:color w:val="000000"/>
        </w:rPr>
      </w:pPr>
      <w:r>
        <w:rPr>
          <w:color w:val="000000"/>
        </w:rPr>
        <w:t xml:space="preserve">At the head of the column rode Doctor </w:t>
      </w:r>
      <w:proofErr w:type="spellStart"/>
      <w:r>
        <w:rPr>
          <w:color w:val="000000"/>
        </w:rPr>
        <w:t>Moodius</w:t>
      </w:r>
      <w:proofErr w:type="spellEnd"/>
      <w:r>
        <w:rPr>
          <w:color w:val="000000"/>
        </w:rPr>
        <w:t xml:space="preserve"> Beltram. Unlike most Doctors, he wore no scholar’s robes. His cloak was trimmed in crimson, embroidered with the sigil of King Barrus—the serpent crowned with flame. His eyes were sharp as cut glass, his beard forked and oiled. Two guards flanked him, their armor dark as ash, and behind them strode the Dragon Rider, helm crowned with curved horns.</w:t>
      </w:r>
    </w:p>
    <w:p w14:paraId="1F833DF2" w14:textId="77777777" w:rsidR="002A1566" w:rsidRDefault="002A1566" w:rsidP="002A1566">
      <w:pPr>
        <w:pStyle w:val="NormalWeb"/>
        <w:rPr>
          <w:color w:val="000000"/>
        </w:rPr>
      </w:pPr>
      <w:proofErr w:type="spellStart"/>
      <w:r>
        <w:rPr>
          <w:color w:val="000000"/>
        </w:rPr>
        <w:t>Moodius</w:t>
      </w:r>
      <w:proofErr w:type="spellEnd"/>
      <w:r>
        <w:rPr>
          <w:color w:val="000000"/>
        </w:rPr>
        <w:t xml:space="preserve"> dismounted without bowing. His voice carried easily across the courtyard.</w:t>
      </w:r>
    </w:p>
    <w:p w14:paraId="08EC2A0F" w14:textId="77777777" w:rsidR="002A1566" w:rsidRDefault="002A1566" w:rsidP="002A1566">
      <w:pPr>
        <w:pStyle w:val="NormalWeb"/>
        <w:rPr>
          <w:color w:val="000000"/>
        </w:rPr>
      </w:pPr>
      <w:r>
        <w:rPr>
          <w:color w:val="000000"/>
        </w:rPr>
        <w:t xml:space="preserve">“By order of His Majesty Barrus, Lord of Dragons, Master of the Western Marches, I come to demand truth. Word travels even here to the citadel: a star grows in the sky, a </w:t>
      </w:r>
      <w:proofErr w:type="gramStart"/>
      <w:r>
        <w:rPr>
          <w:color w:val="000000"/>
        </w:rPr>
        <w:t>fire-stone</w:t>
      </w:r>
      <w:proofErr w:type="gramEnd"/>
      <w:r>
        <w:rPr>
          <w:color w:val="000000"/>
        </w:rPr>
        <w:t xml:space="preserve"> from heaven. The King would have knowledge. Now.”</w:t>
      </w:r>
    </w:p>
    <w:p w14:paraId="07F867B7" w14:textId="6E1E7D5C" w:rsidR="002A1566" w:rsidRPr="002A1566" w:rsidRDefault="002A1566" w:rsidP="002A1566">
      <w:pPr>
        <w:pStyle w:val="NormalWeb"/>
        <w:rPr>
          <w:color w:val="000000"/>
        </w:rPr>
      </w:pPr>
      <w:r>
        <w:rPr>
          <w:color w:val="000000"/>
        </w:rPr>
        <w:t>His words struck like hammers. To demand knowledge was no crime—but to demand it</w:t>
      </w:r>
      <w:r>
        <w:rPr>
          <w:rStyle w:val="apple-converted-space"/>
          <w:color w:val="000000"/>
        </w:rPr>
        <w:t> </w:t>
      </w:r>
      <w:r>
        <w:rPr>
          <w:rStyle w:val="Emphasis"/>
          <w:rFonts w:eastAsiaTheme="majorEastAsia"/>
          <w:color w:val="000000"/>
        </w:rPr>
        <w:t>thus</w:t>
      </w:r>
      <w:r>
        <w:rPr>
          <w:color w:val="000000"/>
        </w:rPr>
        <w:t>, with dragon fire glinting overhead, was near sacrilege.</w:t>
      </w:r>
    </w:p>
    <w:p w14:paraId="5FAF82F0" w14:textId="77777777" w:rsidR="002A1566" w:rsidRDefault="002A1566" w:rsidP="002A1566">
      <w:pPr>
        <w:pStyle w:val="NormalWeb"/>
        <w:rPr>
          <w:color w:val="000000"/>
        </w:rPr>
      </w:pPr>
      <w:r>
        <w:rPr>
          <w:color w:val="000000"/>
        </w:rPr>
        <w:t xml:space="preserve">I stood among the gathering Doctors, my heart pounding. Beside me, </w:t>
      </w:r>
      <w:proofErr w:type="spellStart"/>
      <w:r>
        <w:rPr>
          <w:color w:val="000000"/>
        </w:rPr>
        <w:t>Gundae’s</w:t>
      </w:r>
      <w:proofErr w:type="spellEnd"/>
      <w:r>
        <w:rPr>
          <w:color w:val="000000"/>
        </w:rPr>
        <w:t xml:space="preserve"> face was pale. The Elders whispered, </w:t>
      </w:r>
      <w:proofErr w:type="spellStart"/>
      <w:r>
        <w:rPr>
          <w:color w:val="000000"/>
        </w:rPr>
        <w:t>Brakon</w:t>
      </w:r>
      <w:proofErr w:type="spellEnd"/>
      <w:r>
        <w:rPr>
          <w:color w:val="000000"/>
        </w:rPr>
        <w:t xml:space="preserve"> growling curses under his breath, Willum fidgeting like a cornered rabbit, Davit’s eyes narrowing in calculation.</w:t>
      </w:r>
    </w:p>
    <w:p w14:paraId="6B3F1883" w14:textId="77777777" w:rsidR="002A1566" w:rsidRDefault="002A1566" w:rsidP="002A1566">
      <w:pPr>
        <w:pStyle w:val="NormalWeb"/>
        <w:rPr>
          <w:color w:val="000000"/>
        </w:rPr>
      </w:pPr>
      <w:r>
        <w:rPr>
          <w:color w:val="000000"/>
        </w:rPr>
        <w:t>The Presiding Chair had not yet spoken. She remained at her high seat, gazing down as though the dragon’s shadow did not reach her. Finally, she lifted one withered hand.</w:t>
      </w:r>
    </w:p>
    <w:p w14:paraId="6E9C45EF" w14:textId="77777777" w:rsidR="002A1566" w:rsidRDefault="002A1566" w:rsidP="002A1566">
      <w:pPr>
        <w:pStyle w:val="NormalWeb"/>
        <w:rPr>
          <w:color w:val="000000"/>
        </w:rPr>
      </w:pPr>
      <w:r>
        <w:rPr>
          <w:color w:val="000000"/>
        </w:rPr>
        <w:t xml:space="preserve">“Doctor </w:t>
      </w:r>
      <w:proofErr w:type="spellStart"/>
      <w:r>
        <w:rPr>
          <w:color w:val="000000"/>
        </w:rPr>
        <w:t>Moodius</w:t>
      </w:r>
      <w:proofErr w:type="spellEnd"/>
      <w:r>
        <w:rPr>
          <w:color w:val="000000"/>
        </w:rPr>
        <w:t xml:space="preserve"> Beltram,” she said, her voice thin but unyielding. “You come armed, with steel and fire, into a house of knowledge. That alone is offense. You come with </w:t>
      </w:r>
      <w:r>
        <w:rPr>
          <w:color w:val="000000"/>
        </w:rPr>
        <w:lastRenderedPageBreak/>
        <w:t>demand, not supplication. That too is offense. And yet we are the citadel, who guard the truth even from kings. Tell me, why should we answer you?”</w:t>
      </w:r>
    </w:p>
    <w:p w14:paraId="7C33D4B0" w14:textId="77777777" w:rsidR="002A1566" w:rsidRDefault="002A1566" w:rsidP="002A1566">
      <w:pPr>
        <w:pStyle w:val="NormalWeb"/>
        <w:rPr>
          <w:color w:val="000000"/>
        </w:rPr>
      </w:pPr>
      <w:proofErr w:type="spellStart"/>
      <w:r>
        <w:rPr>
          <w:color w:val="000000"/>
        </w:rPr>
        <w:t>Moodius</w:t>
      </w:r>
      <w:proofErr w:type="spellEnd"/>
      <w:r>
        <w:rPr>
          <w:color w:val="000000"/>
        </w:rPr>
        <w:t xml:space="preserve"> bowed stiffly, but his words were edged. “Because my King commands it. And if the citadel cannot answer, then Barrus himself shall read the truth from the sky—and he shall act as he deems fit. With or without your sanction.”</w:t>
      </w:r>
    </w:p>
    <w:p w14:paraId="0EC4A37C" w14:textId="57EE2BBD" w:rsidR="002A1566" w:rsidRPr="002A1566" w:rsidRDefault="002A1566" w:rsidP="002A1566">
      <w:pPr>
        <w:pStyle w:val="NormalWeb"/>
        <w:rPr>
          <w:color w:val="000000"/>
        </w:rPr>
      </w:pPr>
      <w:r>
        <w:rPr>
          <w:color w:val="000000"/>
        </w:rPr>
        <w:t>At that, the Dragon Rider behind him let the beast dip lower, a shadow of flame licking from its jaws.</w:t>
      </w:r>
    </w:p>
    <w:p w14:paraId="28C081B3" w14:textId="77777777" w:rsidR="002A1566" w:rsidRDefault="002A1566" w:rsidP="002A1566">
      <w:pPr>
        <w:pStyle w:val="NormalWeb"/>
        <w:rPr>
          <w:color w:val="000000"/>
        </w:rPr>
      </w:pPr>
      <w:r>
        <w:rPr>
          <w:color w:val="000000"/>
        </w:rPr>
        <w:t xml:space="preserve">The air burned with tension. I felt my throat tighten. </w:t>
      </w:r>
      <w:proofErr w:type="gramStart"/>
      <w:r>
        <w:rPr>
          <w:color w:val="000000"/>
        </w:rPr>
        <w:t>Never before</w:t>
      </w:r>
      <w:proofErr w:type="gramEnd"/>
      <w:r>
        <w:rPr>
          <w:color w:val="000000"/>
        </w:rPr>
        <w:t xml:space="preserve"> had the citadel been so openly challenged. Even in wars past, kings and queens had bent the knee here, seeking wisdom. But Barrus sent demands wrapped in fire.</w:t>
      </w:r>
    </w:p>
    <w:p w14:paraId="69EEA9BF" w14:textId="3CB7866E" w:rsidR="002A1566" w:rsidRDefault="002A1566" w:rsidP="002A1566">
      <w:pPr>
        <w:pStyle w:val="NormalWeb"/>
        <w:rPr>
          <w:color w:val="000000"/>
        </w:rPr>
      </w:pPr>
      <w:r>
        <w:rPr>
          <w:color w:val="000000"/>
        </w:rPr>
        <w:t xml:space="preserve">And in that moment, I knew: if the citadel did not answer, Barrus would twist silence into excuse. He would tell the </w:t>
      </w:r>
      <w:proofErr w:type="gramStart"/>
      <w:r>
        <w:rPr>
          <w:color w:val="000000"/>
        </w:rPr>
        <w:t>thrones,</w:t>
      </w:r>
      <w:proofErr w:type="gramEnd"/>
      <w:r>
        <w:rPr>
          <w:rStyle w:val="apple-converted-space"/>
          <w:color w:val="000000"/>
        </w:rPr>
        <w:t> </w:t>
      </w:r>
      <w:r>
        <w:rPr>
          <w:rStyle w:val="Emphasis"/>
          <w:rFonts w:eastAsiaTheme="majorEastAsia"/>
          <w:color w:val="000000"/>
        </w:rPr>
        <w:t>The Doctors withhold knowledge. Only the Dragon Lord acts to preserve the realms.</w:t>
      </w:r>
      <w:r>
        <w:rPr>
          <w:rStyle w:val="apple-converted-space"/>
          <w:color w:val="000000"/>
        </w:rPr>
        <w:t> </w:t>
      </w:r>
      <w:r>
        <w:rPr>
          <w:color w:val="000000"/>
        </w:rPr>
        <w:t>And with his dragons, who could deny him?</w:t>
      </w:r>
    </w:p>
    <w:p w14:paraId="03F2F322" w14:textId="77777777" w:rsidR="002A1566" w:rsidRDefault="002A1566" w:rsidP="002A1566">
      <w:pPr>
        <w:pStyle w:val="NormalWeb"/>
        <w:rPr>
          <w:color w:val="000000"/>
        </w:rPr>
      </w:pPr>
      <w:r>
        <w:rPr>
          <w:color w:val="000000"/>
        </w:rPr>
        <w:t>In the thousand-year annals of the citadel, there had never been such a sight. Envoys came with scrolls and tribute, not with iron and dragons. Kings and queens, even at war, came in peace to the citadel’s gates, for they understood the sanctity of its stones.</w:t>
      </w:r>
    </w:p>
    <w:p w14:paraId="1A6624AA" w14:textId="77777777" w:rsidR="002A1566" w:rsidRDefault="002A1566" w:rsidP="002A1566">
      <w:pPr>
        <w:pStyle w:val="NormalWeb"/>
        <w:rPr>
          <w:color w:val="000000"/>
        </w:rPr>
      </w:pPr>
      <w:r>
        <w:rPr>
          <w:color w:val="000000"/>
        </w:rPr>
        <w:t>To march on the citadel armed was blasphemy, not by creed but by tradition older than crowns. The citadel was older than any throne; it was the lamp of knowledge that no sword was permitted to dim.</w:t>
      </w:r>
    </w:p>
    <w:p w14:paraId="5B9941E8" w14:textId="77777777" w:rsidR="002A1566" w:rsidRDefault="002A1566" w:rsidP="002A1566">
      <w:pPr>
        <w:pStyle w:val="NormalWeb"/>
        <w:rPr>
          <w:color w:val="000000"/>
        </w:rPr>
      </w:pPr>
      <w:r>
        <w:rPr>
          <w:color w:val="000000"/>
        </w:rPr>
        <w:t>Yet here was Barrus, breaking that ancient pact, his riders’ armor glinting beneath the dragon’s shadow. Apprentices whispered in terror, guards muttered curses under their breath, and even the great bells above the gate seemed to toll with outrage.</w:t>
      </w:r>
    </w:p>
    <w:p w14:paraId="21824B4F" w14:textId="77777777" w:rsidR="002A1566" w:rsidRDefault="002A1566" w:rsidP="002A1566">
      <w:pPr>
        <w:pStyle w:val="NormalWeb"/>
        <w:rPr>
          <w:color w:val="000000"/>
        </w:rPr>
      </w:pPr>
      <w:r>
        <w:rPr>
          <w:color w:val="000000"/>
        </w:rPr>
        <w:t>The Presiding Chair herself rose from her high seat, leaning upon a staff of carved ebony. Her voice cracked like dry wood but carried to every corner.</w:t>
      </w:r>
    </w:p>
    <w:p w14:paraId="1E8FCA00" w14:textId="77777777" w:rsidR="002A1566" w:rsidRDefault="002A1566" w:rsidP="002A1566">
      <w:pPr>
        <w:pStyle w:val="NormalWeb"/>
        <w:rPr>
          <w:color w:val="000000"/>
        </w:rPr>
      </w:pPr>
      <w:r>
        <w:rPr>
          <w:color w:val="000000"/>
        </w:rPr>
        <w:t xml:space="preserve">“No king has ever marched steel upon these steps. Not once in all the ages since stone was laid upon stone. Barrus shames his own name, and through you, </w:t>
      </w:r>
      <w:proofErr w:type="spellStart"/>
      <w:r>
        <w:rPr>
          <w:color w:val="000000"/>
        </w:rPr>
        <w:t>Moodius</w:t>
      </w:r>
      <w:proofErr w:type="spellEnd"/>
      <w:r>
        <w:rPr>
          <w:color w:val="000000"/>
        </w:rPr>
        <w:t xml:space="preserve"> Beltram, he brings shame upon us all.”</w:t>
      </w:r>
    </w:p>
    <w:p w14:paraId="5485C3B5" w14:textId="7F1018D1" w:rsidR="002A1566" w:rsidRPr="002A1566" w:rsidRDefault="002A1566" w:rsidP="002A1566">
      <w:pPr>
        <w:pStyle w:val="NormalWeb"/>
        <w:rPr>
          <w:color w:val="000000"/>
        </w:rPr>
      </w:pPr>
      <w:r>
        <w:rPr>
          <w:color w:val="000000"/>
        </w:rPr>
        <w:t>Beltram bowed stiffly, unbending. “Shame is a word for the weak. My King does not bend to customs when the skies themselves burn with omens.”</w:t>
      </w:r>
    </w:p>
    <w:p w14:paraId="2AB1E87F" w14:textId="77777777" w:rsidR="002A1566" w:rsidRDefault="002A1566" w:rsidP="002A1566">
      <w:pPr>
        <w:pStyle w:val="NormalWeb"/>
        <w:rPr>
          <w:color w:val="000000"/>
        </w:rPr>
      </w:pPr>
      <w:r>
        <w:rPr>
          <w:color w:val="000000"/>
        </w:rPr>
        <w:t>A horn was sounded, low and resonant, echoing down the halls. One by one, the members of the High Council arrived, robed and solemn, each taking their carved seat around the circle of stone. Eleven chairs, eleven sigils: flame, root, bone, star, steel, wave, breath, stone, lore, shadow, and claw.</w:t>
      </w:r>
    </w:p>
    <w:p w14:paraId="06311FA4" w14:textId="77777777" w:rsidR="002A1566" w:rsidRDefault="002A1566" w:rsidP="002A1566">
      <w:pPr>
        <w:pStyle w:val="NormalWeb"/>
        <w:rPr>
          <w:color w:val="000000"/>
        </w:rPr>
      </w:pPr>
      <w:r>
        <w:rPr>
          <w:color w:val="000000"/>
        </w:rPr>
        <w:lastRenderedPageBreak/>
        <w:t xml:space="preserve">At the Chair Presiding sat old Doctor Marcellis, her face drawn with the lines of a hundred winters, her eyes brighter than coals. To her right sat </w:t>
      </w:r>
      <w:proofErr w:type="spellStart"/>
      <w:r>
        <w:rPr>
          <w:color w:val="000000"/>
        </w:rPr>
        <w:t>Gundae</w:t>
      </w:r>
      <w:proofErr w:type="spellEnd"/>
      <w:r>
        <w:rPr>
          <w:color w:val="000000"/>
        </w:rPr>
        <w:t xml:space="preserve">, restless and gaunt. To her left, </w:t>
      </w:r>
      <w:proofErr w:type="spellStart"/>
      <w:r>
        <w:rPr>
          <w:color w:val="000000"/>
        </w:rPr>
        <w:t>Brakon</w:t>
      </w:r>
      <w:proofErr w:type="spellEnd"/>
      <w:r>
        <w:rPr>
          <w:color w:val="000000"/>
        </w:rPr>
        <w:t xml:space="preserve">, his scarred hands folded like iron. And </w:t>
      </w:r>
      <w:proofErr w:type="gramStart"/>
      <w:r>
        <w:rPr>
          <w:color w:val="000000"/>
        </w:rPr>
        <w:t>so</w:t>
      </w:r>
      <w:proofErr w:type="gramEnd"/>
      <w:r>
        <w:rPr>
          <w:color w:val="000000"/>
        </w:rPr>
        <w:t xml:space="preserve"> they gathered—the Council of Eleven, before whom even kings were but petitioners.</w:t>
      </w:r>
    </w:p>
    <w:p w14:paraId="25977F57" w14:textId="77777777" w:rsidR="002A1566" w:rsidRDefault="002A1566" w:rsidP="002A1566">
      <w:pPr>
        <w:pStyle w:val="NormalWeb"/>
        <w:rPr>
          <w:color w:val="000000"/>
        </w:rPr>
      </w:pPr>
      <w:r>
        <w:rPr>
          <w:color w:val="000000"/>
        </w:rPr>
        <w:t>But today, a king’s voice entered carried on the back of threat.</w:t>
      </w:r>
    </w:p>
    <w:p w14:paraId="3FFCFF40" w14:textId="77777777" w:rsidR="002A1566" w:rsidRDefault="002A1566" w:rsidP="002A1566">
      <w:pPr>
        <w:pStyle w:val="NormalWeb"/>
        <w:rPr>
          <w:color w:val="000000"/>
        </w:rPr>
      </w:pPr>
      <w:r>
        <w:rPr>
          <w:color w:val="000000"/>
        </w:rPr>
        <w:t>Doctor Pense, cloaked in green scales sewn into his robe, stood to acknowledge Moodius. He was the citadel’s appointed Doctor of Scales and Talons, traditionally an academic post devoted to the study of beasts. But all knew that in recent years he had leaned ever closer to King Barrus, whose dragons provided his research.</w:t>
      </w:r>
    </w:p>
    <w:p w14:paraId="67D92180" w14:textId="77777777" w:rsidR="002A1566" w:rsidRDefault="002A1566" w:rsidP="002A1566">
      <w:pPr>
        <w:pStyle w:val="NormalWeb"/>
        <w:rPr>
          <w:color w:val="000000"/>
        </w:rPr>
      </w:pPr>
      <w:r>
        <w:rPr>
          <w:color w:val="000000"/>
        </w:rPr>
        <w:t xml:space="preserve">The Chair’s gaze turned upon him, and her voice was laced with fire. “Pense, you shame this council by permitting your King to send fire and steel upon our threshold. Explain </w:t>
      </w:r>
      <w:proofErr w:type="gramStart"/>
      <w:r>
        <w:rPr>
          <w:color w:val="000000"/>
        </w:rPr>
        <w:t>yourself, or</w:t>
      </w:r>
      <w:proofErr w:type="gramEnd"/>
      <w:r>
        <w:rPr>
          <w:color w:val="000000"/>
        </w:rPr>
        <w:t xml:space="preserve"> be seated in disgrace.”</w:t>
      </w:r>
    </w:p>
    <w:p w14:paraId="666DAC58" w14:textId="02B37DAF" w:rsidR="002A1566" w:rsidRPr="002A1566" w:rsidRDefault="002A1566" w:rsidP="002A1566">
      <w:pPr>
        <w:pStyle w:val="NormalWeb"/>
        <w:rPr>
          <w:color w:val="000000"/>
        </w:rPr>
      </w:pPr>
      <w:r>
        <w:rPr>
          <w:color w:val="000000"/>
        </w:rPr>
        <w:t>Pense flushed, his jaw tightening. “I represent the Dragon Lord. He asks only what any King may ask—truth of the heavens, knowledge of the star. Would you deny one throne what you grant the others?”</w:t>
      </w:r>
    </w:p>
    <w:p w14:paraId="18798D87" w14:textId="77777777" w:rsidR="002A1566" w:rsidRDefault="002A1566" w:rsidP="002A1566">
      <w:pPr>
        <w:pStyle w:val="NormalWeb"/>
        <w:rPr>
          <w:color w:val="000000"/>
        </w:rPr>
      </w:pPr>
      <w:r>
        <w:rPr>
          <w:color w:val="000000"/>
        </w:rPr>
        <w:t xml:space="preserve">The chamber rippled with voices. </w:t>
      </w:r>
      <w:proofErr w:type="spellStart"/>
      <w:r>
        <w:rPr>
          <w:color w:val="000000"/>
        </w:rPr>
        <w:t>Brakon</w:t>
      </w:r>
      <w:proofErr w:type="spellEnd"/>
      <w:r>
        <w:rPr>
          <w:color w:val="000000"/>
        </w:rPr>
        <w:t xml:space="preserve"> slammed a fist upon his chair. “No throne has ever demanded under threat of dragon-fire!”</w:t>
      </w:r>
    </w:p>
    <w:p w14:paraId="0A373A8E" w14:textId="77777777" w:rsidR="002A1566" w:rsidRDefault="002A1566" w:rsidP="002A1566">
      <w:pPr>
        <w:pStyle w:val="NormalWeb"/>
        <w:rPr>
          <w:color w:val="000000"/>
        </w:rPr>
      </w:pPr>
      <w:r>
        <w:rPr>
          <w:color w:val="000000"/>
        </w:rPr>
        <w:t>Willum wrung his hands nervously. “Yet… yet if Barrus presses his claim, might not my King do the same? Must I not defend his interests as well?”</w:t>
      </w:r>
    </w:p>
    <w:p w14:paraId="03CE0A25" w14:textId="77777777" w:rsidR="002A1566" w:rsidRDefault="002A1566" w:rsidP="002A1566">
      <w:pPr>
        <w:pStyle w:val="NormalWeb"/>
        <w:rPr>
          <w:color w:val="000000"/>
        </w:rPr>
      </w:pPr>
      <w:r>
        <w:rPr>
          <w:color w:val="000000"/>
        </w:rPr>
        <w:t xml:space="preserve">Davit Bennet’s voice cut through the tumult, low and precise. “If one King sends a </w:t>
      </w:r>
      <w:proofErr w:type="gramStart"/>
      <w:r>
        <w:rPr>
          <w:color w:val="000000"/>
        </w:rPr>
        <w:t>Doctor</w:t>
      </w:r>
      <w:proofErr w:type="gramEnd"/>
      <w:r>
        <w:rPr>
          <w:color w:val="000000"/>
        </w:rPr>
        <w:t xml:space="preserve"> to speak for him, then all must. </w:t>
      </w:r>
      <w:proofErr w:type="gramStart"/>
      <w:r>
        <w:rPr>
          <w:color w:val="000000"/>
        </w:rPr>
        <w:t>Otherwise</w:t>
      </w:r>
      <w:proofErr w:type="gramEnd"/>
      <w:r>
        <w:rPr>
          <w:color w:val="000000"/>
        </w:rPr>
        <w:t xml:space="preserve"> the Dragon Lord alone will hold sway.”</w:t>
      </w:r>
    </w:p>
    <w:p w14:paraId="1267D588" w14:textId="77777777" w:rsidR="002A1566" w:rsidRDefault="002A1566" w:rsidP="002A1566">
      <w:pPr>
        <w:pStyle w:val="NormalWeb"/>
        <w:rPr>
          <w:color w:val="000000"/>
        </w:rPr>
      </w:pPr>
      <w:r>
        <w:rPr>
          <w:color w:val="000000"/>
        </w:rPr>
        <w:t>At that, the hall erupted. The neutral walls of the citadel trembled as each Doctor murmured of their own thrones. Voices of loyalty clashed with vows of tradition. Some demanded neutrality, others shouted that their oaths to kingdom and crown outweighed silence.</w:t>
      </w:r>
    </w:p>
    <w:p w14:paraId="4A4D995F" w14:textId="05AE94E5" w:rsidR="002A1566" w:rsidRPr="002A1566" w:rsidRDefault="002A1566" w:rsidP="002A1566">
      <w:pPr>
        <w:pStyle w:val="NormalWeb"/>
        <w:rPr>
          <w:color w:val="000000"/>
        </w:rPr>
      </w:pPr>
      <w:r>
        <w:rPr>
          <w:color w:val="000000"/>
        </w:rPr>
        <w:t>For the first time in living memory, the Council of Eleven spoke not as one mind but as eleven thrones.</w:t>
      </w:r>
    </w:p>
    <w:p w14:paraId="1E019B78" w14:textId="77777777" w:rsidR="002A1566" w:rsidRDefault="002A1566" w:rsidP="002A1566">
      <w:pPr>
        <w:pStyle w:val="NormalWeb"/>
        <w:rPr>
          <w:color w:val="000000"/>
        </w:rPr>
      </w:pPr>
      <w:r>
        <w:rPr>
          <w:color w:val="000000"/>
        </w:rPr>
        <w:t>I sat in the shadows of the chamber, my place unacknowledged. But what I saw chilled me more than dragon fire. The citadel was fracturing. Where once it had stood above the kingdoms, now the kingdoms were dragging it down into their quarrels.</w:t>
      </w:r>
    </w:p>
    <w:p w14:paraId="3EB608C9" w14:textId="77777777" w:rsidR="002A1566" w:rsidRDefault="002A1566" w:rsidP="002A1566">
      <w:pPr>
        <w:pStyle w:val="NormalWeb"/>
        <w:rPr>
          <w:color w:val="000000"/>
        </w:rPr>
      </w:pPr>
      <w:r>
        <w:rPr>
          <w:color w:val="000000"/>
        </w:rPr>
        <w:t>The Presiding Chair struck her staff upon the floor, sparks flying from the stone. Silence fell.</w:t>
      </w:r>
    </w:p>
    <w:p w14:paraId="687BD7B7" w14:textId="77777777" w:rsidR="002A1566" w:rsidRDefault="002A1566" w:rsidP="002A1566">
      <w:pPr>
        <w:pStyle w:val="NormalWeb"/>
        <w:rPr>
          <w:color w:val="000000"/>
        </w:rPr>
      </w:pPr>
      <w:r>
        <w:rPr>
          <w:color w:val="000000"/>
        </w:rPr>
        <w:lastRenderedPageBreak/>
        <w:t xml:space="preserve">“This council is not of kings, but of knowledge. Yet if kings demand through </w:t>
      </w:r>
      <w:proofErr w:type="gramStart"/>
      <w:r>
        <w:rPr>
          <w:color w:val="000000"/>
        </w:rPr>
        <w:t>Doctors</w:t>
      </w:r>
      <w:proofErr w:type="gramEnd"/>
      <w:r>
        <w:rPr>
          <w:color w:val="000000"/>
        </w:rPr>
        <w:t>, then the citadel itself is imperiled. I will not see our walls become another throne room, swayed by banners and tribute.”</w:t>
      </w:r>
    </w:p>
    <w:p w14:paraId="720F795E" w14:textId="77777777" w:rsidR="002A1566" w:rsidRDefault="002A1566" w:rsidP="002A1566">
      <w:pPr>
        <w:pStyle w:val="NormalWeb"/>
        <w:rPr>
          <w:color w:val="000000"/>
        </w:rPr>
      </w:pPr>
      <w:r>
        <w:rPr>
          <w:color w:val="000000"/>
        </w:rPr>
        <w:t>Her gaze fell upon Pense, who had not bowed. “You are scorned, Pense, for you have brought Barrus’s voice here as a threat, not as a plea. And shame will follow your seat until you atone.”</w:t>
      </w:r>
    </w:p>
    <w:p w14:paraId="45CBA329" w14:textId="19826E53" w:rsidR="002A1566" w:rsidRPr="002A1566" w:rsidRDefault="002A1566" w:rsidP="002A1566">
      <w:pPr>
        <w:pStyle w:val="NormalWeb"/>
        <w:rPr>
          <w:color w:val="000000"/>
        </w:rPr>
      </w:pPr>
      <w:r>
        <w:rPr>
          <w:color w:val="000000"/>
        </w:rPr>
        <w:t xml:space="preserve">The shame of a </w:t>
      </w:r>
      <w:proofErr w:type="gramStart"/>
      <w:r>
        <w:rPr>
          <w:color w:val="000000"/>
        </w:rPr>
        <w:t>Doctor</w:t>
      </w:r>
      <w:proofErr w:type="gramEnd"/>
      <w:r>
        <w:rPr>
          <w:color w:val="000000"/>
        </w:rPr>
        <w:t xml:space="preserve"> was no small thing. Pense lowered his eyes at last, but defiance smoldered there still.</w:t>
      </w:r>
    </w:p>
    <w:p w14:paraId="303F37FC" w14:textId="77777777" w:rsidR="002A1566" w:rsidRDefault="002A1566" w:rsidP="002A1566">
      <w:pPr>
        <w:pStyle w:val="NormalWeb"/>
        <w:rPr>
          <w:color w:val="000000"/>
        </w:rPr>
      </w:pPr>
      <w:r>
        <w:rPr>
          <w:color w:val="000000"/>
        </w:rPr>
        <w:t xml:space="preserve">Outside, the dragon roared again, as if answering the tumult within. I looked to </w:t>
      </w:r>
      <w:proofErr w:type="spellStart"/>
      <w:r>
        <w:rPr>
          <w:color w:val="000000"/>
        </w:rPr>
        <w:t>Gundae</w:t>
      </w:r>
      <w:proofErr w:type="spellEnd"/>
      <w:r>
        <w:rPr>
          <w:color w:val="000000"/>
        </w:rPr>
        <w:t>, whose lips moved in silent calculation. Eight moons remained before the star’s path would be known. Eight moons before fire might fall. And already, the citadel was unraveling, the unity of the Doctors breaking under the weight of fear.</w:t>
      </w:r>
    </w:p>
    <w:p w14:paraId="60D9A509" w14:textId="36A7C89E" w:rsidR="002A1566" w:rsidRPr="002A1566" w:rsidRDefault="002A1566" w:rsidP="002A1566">
      <w:pPr>
        <w:pStyle w:val="NormalWeb"/>
        <w:rPr>
          <w:color w:val="000000"/>
        </w:rPr>
      </w:pPr>
      <w:r>
        <w:rPr>
          <w:color w:val="000000"/>
        </w:rPr>
        <w:t>I wondered then if the true doom would not come from the sky, but from within these walls.</w:t>
      </w:r>
    </w:p>
    <w:p w14:paraId="189D4767" w14:textId="77777777" w:rsidR="002A1566" w:rsidRDefault="002A1566" w:rsidP="002A1566">
      <w:pPr>
        <w:pStyle w:val="NormalWeb"/>
        <w:rPr>
          <w:color w:val="000000"/>
        </w:rPr>
      </w:pPr>
      <w:r>
        <w:rPr>
          <w:color w:val="000000"/>
        </w:rPr>
        <w:t>The Presiding Chair’s words hung in the chamber like smoke. All eyes fixed upon Doctor Pense. He fidgeted with the scaled hem of his robe, his jaw stiff, his pride visibly burning.</w:t>
      </w:r>
    </w:p>
    <w:p w14:paraId="64C8FAEE" w14:textId="77777777" w:rsidR="002A1566" w:rsidRDefault="002A1566" w:rsidP="002A1566">
      <w:pPr>
        <w:pStyle w:val="NormalWeb"/>
        <w:rPr>
          <w:color w:val="000000"/>
        </w:rPr>
      </w:pPr>
      <w:r>
        <w:rPr>
          <w:color w:val="000000"/>
        </w:rPr>
        <w:t>“Doctor Pense,” Marcellis said, her voice low but cutting, “the citadel has never bowed to threat. To stand here draped in your King’s scales is offense enough. But to allow an envoy to bring soldiers and dragon-fire to our gates is a wound to every stone beneath our feet.”</w:t>
      </w:r>
    </w:p>
    <w:p w14:paraId="0D4F655D" w14:textId="77777777" w:rsidR="002A1566" w:rsidRDefault="002A1566" w:rsidP="002A1566">
      <w:pPr>
        <w:pStyle w:val="NormalWeb"/>
        <w:rPr>
          <w:color w:val="000000"/>
        </w:rPr>
      </w:pPr>
      <w:proofErr w:type="spellStart"/>
      <w:r>
        <w:rPr>
          <w:color w:val="000000"/>
        </w:rPr>
        <w:t>Brakon</w:t>
      </w:r>
      <w:proofErr w:type="spellEnd"/>
      <w:r>
        <w:rPr>
          <w:color w:val="000000"/>
        </w:rPr>
        <w:t xml:space="preserve"> rose from his seat, his scarred hand slamming the arm of his chair. “I call it treachery,” he growled. “Pense forgets himself. He forgets the oath we all swore—to serve knowledge before thrones. If he sits among us as a mouth for Barrus, then he should not sit at all.”</w:t>
      </w:r>
    </w:p>
    <w:p w14:paraId="39F05FA7" w14:textId="77777777" w:rsidR="002A1566" w:rsidRDefault="002A1566" w:rsidP="002A1566">
      <w:pPr>
        <w:pStyle w:val="NormalWeb"/>
        <w:rPr>
          <w:color w:val="000000"/>
        </w:rPr>
      </w:pPr>
      <w:r>
        <w:rPr>
          <w:color w:val="000000"/>
        </w:rPr>
        <w:t xml:space="preserve">Pense’s head snapped up. “You would exile me for loyalty? My work, my craft, my very life is bound to scales and talons. Who else would know the temper of dragons but </w:t>
      </w:r>
      <w:proofErr w:type="gramStart"/>
      <w:r>
        <w:rPr>
          <w:color w:val="000000"/>
        </w:rPr>
        <w:t>I</w:t>
      </w:r>
      <w:proofErr w:type="gramEnd"/>
      <w:r>
        <w:rPr>
          <w:color w:val="000000"/>
        </w:rPr>
        <w:t>? Who else could temper Barrus’s wrath if not myself? Would you cast me out and leave him unchallenged?”</w:t>
      </w:r>
    </w:p>
    <w:p w14:paraId="55924C5A" w14:textId="77777777" w:rsidR="002A1566" w:rsidRDefault="002A1566" w:rsidP="002A1566">
      <w:pPr>
        <w:pStyle w:val="NormalWeb"/>
        <w:rPr>
          <w:color w:val="000000"/>
        </w:rPr>
      </w:pPr>
      <w:r>
        <w:rPr>
          <w:color w:val="000000"/>
        </w:rPr>
        <w:t xml:space="preserve">The chamber shook with murmurs. Some agreed with </w:t>
      </w:r>
      <w:proofErr w:type="spellStart"/>
      <w:r>
        <w:rPr>
          <w:color w:val="000000"/>
        </w:rPr>
        <w:t>Brakon</w:t>
      </w:r>
      <w:proofErr w:type="spellEnd"/>
      <w:r>
        <w:rPr>
          <w:color w:val="000000"/>
        </w:rPr>
        <w:t>, others hesitated. Even Davit Bennet leaned forward, fingers steepled, his calm voice like the slow edge of a blade.</w:t>
      </w:r>
    </w:p>
    <w:p w14:paraId="00CFEE7D" w14:textId="7200AD18" w:rsidR="002A1566" w:rsidRPr="002A1566" w:rsidRDefault="002A1566" w:rsidP="002A1566">
      <w:pPr>
        <w:pStyle w:val="NormalWeb"/>
        <w:rPr>
          <w:color w:val="000000"/>
        </w:rPr>
      </w:pPr>
      <w:r>
        <w:rPr>
          <w:color w:val="000000"/>
        </w:rPr>
        <w:t>“Pense speaks of loyalty to his King,” Davit said. “But what of loyalty to this council? To knowledge itself? If Barrus learns the truth through Pense, then only Barrus will wield it. That cannot be permitted.”</w:t>
      </w:r>
    </w:p>
    <w:p w14:paraId="43FCE4D0" w14:textId="77777777" w:rsidR="002A1566" w:rsidRDefault="002A1566" w:rsidP="002A1566">
      <w:pPr>
        <w:pStyle w:val="NormalWeb"/>
        <w:rPr>
          <w:color w:val="000000"/>
        </w:rPr>
      </w:pPr>
      <w:r>
        <w:rPr>
          <w:color w:val="000000"/>
        </w:rPr>
        <w:lastRenderedPageBreak/>
        <w:t>The Presiding Chair struck her staff again, and sparks leapt across the stones. “Enough. Hear me well: no King may send a dragon to these halls. No King may dictate with steel upon these steps. If Barrus believes he may do so, then he is no better than the warlords of old who sought to plunder our vaults. We shamed them, and we shall shame him.”</w:t>
      </w:r>
    </w:p>
    <w:p w14:paraId="57E2CA44" w14:textId="77777777" w:rsidR="002A1566" w:rsidRDefault="002A1566" w:rsidP="002A1566">
      <w:pPr>
        <w:pStyle w:val="NormalWeb"/>
        <w:rPr>
          <w:color w:val="000000"/>
        </w:rPr>
      </w:pPr>
      <w:r>
        <w:rPr>
          <w:color w:val="000000"/>
        </w:rPr>
        <w:t>Her gaze hardened upon Pense. “And you, Doctor of Scales and Talons, shall bear the weight of that shame. You brought your King’s fire into our chamber. You will carry our condemnation back to him.”</w:t>
      </w:r>
    </w:p>
    <w:p w14:paraId="32767BAE" w14:textId="77777777" w:rsidR="002A1566" w:rsidRDefault="002A1566" w:rsidP="002A1566">
      <w:pPr>
        <w:pStyle w:val="NormalWeb"/>
        <w:rPr>
          <w:color w:val="000000"/>
        </w:rPr>
      </w:pPr>
      <w:r>
        <w:rPr>
          <w:color w:val="000000"/>
        </w:rPr>
        <w:t>The air grew heavy. Pense’s face flushed crimson, his lips trembling with the effort to hold back words that would condemn him further. At last, he spat through clenched teeth: “So you make me traitor to one side or the other. Either to my King, or to this council. You put me where honor cannot stand.”</w:t>
      </w:r>
    </w:p>
    <w:p w14:paraId="0673880C" w14:textId="77777777" w:rsidR="002A1566" w:rsidRDefault="002A1566" w:rsidP="002A1566">
      <w:pPr>
        <w:pStyle w:val="NormalWeb"/>
        <w:rPr>
          <w:color w:val="000000"/>
        </w:rPr>
      </w:pPr>
      <w:r>
        <w:rPr>
          <w:color w:val="000000"/>
        </w:rPr>
        <w:t xml:space="preserve">“You put yourself there,” </w:t>
      </w:r>
      <w:proofErr w:type="spellStart"/>
      <w:r>
        <w:rPr>
          <w:color w:val="000000"/>
        </w:rPr>
        <w:t>Brakon</w:t>
      </w:r>
      <w:proofErr w:type="spellEnd"/>
      <w:r>
        <w:rPr>
          <w:color w:val="000000"/>
        </w:rPr>
        <w:t xml:space="preserve"> growled.</w:t>
      </w:r>
    </w:p>
    <w:p w14:paraId="1278C9B8" w14:textId="57E619F9" w:rsidR="002A1566" w:rsidRPr="002A1566" w:rsidRDefault="002A1566" w:rsidP="002A1566">
      <w:pPr>
        <w:pStyle w:val="NormalWeb"/>
        <w:rPr>
          <w:color w:val="000000"/>
        </w:rPr>
      </w:pPr>
      <w:r>
        <w:rPr>
          <w:color w:val="000000"/>
        </w:rPr>
        <w:t>Willum Mays, who had been silent until now, rose timidly. His voice cracked, but the desperation in it carried. “If Pense is allowed to speak for Barrus, then every throne will demand its own voice. My King will not abide another’s Doctor commanding knowledge alone. If this continues, the council will fracture beyond repair.”</w:t>
      </w:r>
    </w:p>
    <w:p w14:paraId="3EDF50DD" w14:textId="77777777" w:rsidR="002A1566" w:rsidRDefault="002A1566" w:rsidP="002A1566">
      <w:pPr>
        <w:pStyle w:val="NormalWeb"/>
        <w:rPr>
          <w:color w:val="000000"/>
        </w:rPr>
      </w:pPr>
      <w:r>
        <w:rPr>
          <w:color w:val="000000"/>
        </w:rPr>
        <w:t>The Chair lifted her staff high, and the chamber fell silent again. Her words struck with the force of iron.</w:t>
      </w:r>
    </w:p>
    <w:p w14:paraId="182E10E5" w14:textId="77777777" w:rsidR="002A1566" w:rsidRDefault="002A1566" w:rsidP="002A1566">
      <w:pPr>
        <w:pStyle w:val="NormalWeb"/>
        <w:rPr>
          <w:color w:val="000000"/>
        </w:rPr>
      </w:pPr>
      <w:r>
        <w:rPr>
          <w:color w:val="000000"/>
        </w:rPr>
        <w:t xml:space="preserve">“Then it is decided. If Barrus wishes truth, he will have it as others </w:t>
      </w:r>
      <w:proofErr w:type="gramStart"/>
      <w:r>
        <w:rPr>
          <w:color w:val="000000"/>
        </w:rPr>
        <w:t>do:</w:t>
      </w:r>
      <w:proofErr w:type="gramEnd"/>
      <w:r>
        <w:rPr>
          <w:color w:val="000000"/>
        </w:rPr>
        <w:t xml:space="preserve"> through counsel, not through conquest. No envoy may sit at this table with guards at his back and dragon flame in his shadow. </w:t>
      </w:r>
      <w:proofErr w:type="spellStart"/>
      <w:r>
        <w:rPr>
          <w:color w:val="000000"/>
        </w:rPr>
        <w:t>Moodius</w:t>
      </w:r>
      <w:proofErr w:type="spellEnd"/>
      <w:r>
        <w:rPr>
          <w:color w:val="000000"/>
        </w:rPr>
        <w:t xml:space="preserve"> Beltram must depart the citadel, and his beast with him, before we will speak further. Until he withdraws, the heavens themselves will be silent to his ears.”</w:t>
      </w:r>
    </w:p>
    <w:p w14:paraId="3A4AD62B" w14:textId="77777777" w:rsidR="002A1566" w:rsidRDefault="002A1566" w:rsidP="002A1566">
      <w:pPr>
        <w:pStyle w:val="NormalWeb"/>
        <w:rPr>
          <w:color w:val="000000"/>
        </w:rPr>
      </w:pPr>
      <w:r>
        <w:rPr>
          <w:color w:val="000000"/>
        </w:rPr>
        <w:t>Gasps rippled through the chamber. To send away a King’s envoy was no small thing. It was insult wrapped in defiance.</w:t>
      </w:r>
    </w:p>
    <w:p w14:paraId="6406F334" w14:textId="77777777" w:rsidR="002A1566" w:rsidRDefault="002A1566" w:rsidP="002A1566">
      <w:pPr>
        <w:pStyle w:val="NormalWeb"/>
        <w:rPr>
          <w:color w:val="000000"/>
        </w:rPr>
      </w:pPr>
      <w:r>
        <w:rPr>
          <w:color w:val="000000"/>
        </w:rPr>
        <w:t>Doctor Pense staggered to his feet. His eyes were wide, his voice hoarse with fury and fear. “You would have me tell Barrus… that he is denied?”</w:t>
      </w:r>
    </w:p>
    <w:p w14:paraId="4A6D8EAF" w14:textId="00193C2B" w:rsidR="002A1566" w:rsidRPr="002A1566" w:rsidRDefault="002A1566" w:rsidP="002A1566">
      <w:pPr>
        <w:pStyle w:val="NormalWeb"/>
        <w:rPr>
          <w:color w:val="000000"/>
        </w:rPr>
      </w:pPr>
      <w:r>
        <w:rPr>
          <w:color w:val="000000"/>
        </w:rPr>
        <w:t>The Chair’s gaze was merciless. “Tell him that the citadel bows to no throne. Tell him that the knowledge of the skies is not bought by threats. Tell him that his envoy is unwelcome, and that the shame of his arrival will linger until it is atoned.”</w:t>
      </w:r>
    </w:p>
    <w:p w14:paraId="6807A584" w14:textId="77777777" w:rsidR="002A1566" w:rsidRDefault="002A1566" w:rsidP="002A1566">
      <w:pPr>
        <w:pStyle w:val="NormalWeb"/>
        <w:rPr>
          <w:color w:val="000000"/>
        </w:rPr>
      </w:pPr>
      <w:r>
        <w:rPr>
          <w:color w:val="000000"/>
        </w:rPr>
        <w:t>Pense’s hands shook as he gathered the folds of his scaled robe. The scorn of the council weighed upon him heavier than iron chains. In the citadel, to be scorned was more than insult. It was a mark, an indelible stain on reputation, carried like a brand. Apprentices would whisper of it, peers would avert their eyes, Elders would call it to memory for generations.</w:t>
      </w:r>
    </w:p>
    <w:p w14:paraId="08659FE9" w14:textId="77777777" w:rsidR="002A1566" w:rsidRDefault="002A1566" w:rsidP="002A1566">
      <w:pPr>
        <w:pStyle w:val="NormalWeb"/>
        <w:rPr>
          <w:color w:val="000000"/>
        </w:rPr>
      </w:pPr>
      <w:r>
        <w:rPr>
          <w:color w:val="000000"/>
        </w:rPr>
        <w:lastRenderedPageBreak/>
        <w:t>He bowed stiffly, the gesture twisted by anger. “So be it. I will tell my King that the citadel prefers silence to loyalty. And when the star falls, let us see whose fire consumes whom.”</w:t>
      </w:r>
    </w:p>
    <w:p w14:paraId="1D53850D" w14:textId="224DE672" w:rsidR="002A1566" w:rsidRPr="002A1566" w:rsidRDefault="002A1566" w:rsidP="002A1566">
      <w:pPr>
        <w:pStyle w:val="NormalWeb"/>
        <w:rPr>
          <w:color w:val="000000"/>
        </w:rPr>
      </w:pPr>
      <w:r>
        <w:rPr>
          <w:color w:val="000000"/>
        </w:rPr>
        <w:t>With that, he turned and strode from the chamber. His footsteps echoed like thunder, each one carrying the weight of disgrace.</w:t>
      </w:r>
    </w:p>
    <w:p w14:paraId="28240D01" w14:textId="77777777" w:rsidR="002A1566" w:rsidRDefault="002A1566" w:rsidP="002A1566">
      <w:pPr>
        <w:pStyle w:val="NormalWeb"/>
        <w:rPr>
          <w:color w:val="000000"/>
        </w:rPr>
      </w:pPr>
      <w:r>
        <w:rPr>
          <w:color w:val="000000"/>
        </w:rPr>
        <w:t>I remained in the shadows, my chest tight. Never had I seen such fury in the chamber. Never had I seen scorn laid so bare. Yet even as Pense departed, I could not shake the thought gnawing at my mind: Barrus would not take such insult as final.</w:t>
      </w:r>
    </w:p>
    <w:p w14:paraId="0887D6E6" w14:textId="1B4181B2" w:rsidR="002A1566" w:rsidRPr="002A1566" w:rsidRDefault="002A1566" w:rsidP="002A1566">
      <w:pPr>
        <w:pStyle w:val="NormalWeb"/>
        <w:rPr>
          <w:color w:val="000000"/>
        </w:rPr>
      </w:pPr>
      <w:r>
        <w:rPr>
          <w:color w:val="000000"/>
        </w:rPr>
        <w:t>He would not atone. He would not bend. He would return with more than one envoy, more than one dragon. And the citadel, proud in its silence, might find that scorn was not shield enough against fire.</w:t>
      </w:r>
    </w:p>
    <w:p w14:paraId="5E4BE92E" w14:textId="77777777" w:rsidR="002A1566" w:rsidRDefault="002A1566" w:rsidP="002A1566">
      <w:pPr>
        <w:pStyle w:val="NormalWeb"/>
        <w:rPr>
          <w:color w:val="000000"/>
        </w:rPr>
      </w:pPr>
      <w:r>
        <w:rPr>
          <w:color w:val="000000"/>
        </w:rPr>
        <w:t>When the chamber finally stilled, the air was heavy with the taste of iron and ash. Pense’s departure left silence behind him, but it was not peace. It was the silence of fault-lines beneath stone, waiting to crack.</w:t>
      </w:r>
    </w:p>
    <w:p w14:paraId="213D6952" w14:textId="77777777" w:rsidR="002A1566" w:rsidRDefault="002A1566" w:rsidP="002A1566">
      <w:pPr>
        <w:pStyle w:val="NormalWeb"/>
        <w:rPr>
          <w:color w:val="000000"/>
        </w:rPr>
      </w:pPr>
      <w:proofErr w:type="spellStart"/>
      <w:r>
        <w:rPr>
          <w:color w:val="000000"/>
        </w:rPr>
        <w:t>Brakon’s</w:t>
      </w:r>
      <w:proofErr w:type="spellEnd"/>
      <w:r>
        <w:rPr>
          <w:color w:val="000000"/>
        </w:rPr>
        <w:t xml:space="preserve"> scarred knuckles were still white upon the chair’s arm. Willum Mays wrung his sleeves as though he could squeeze his fears into cloth. Davit Bennet’s eyes were unreadable, but I saw in them the glint of strategy, as if pieces of a vast game shifted silently behind his brow.</w:t>
      </w:r>
    </w:p>
    <w:p w14:paraId="4BFE3FF0" w14:textId="77777777" w:rsidR="002A1566" w:rsidRDefault="002A1566" w:rsidP="002A1566">
      <w:pPr>
        <w:pStyle w:val="NormalWeb"/>
        <w:rPr>
          <w:color w:val="000000"/>
        </w:rPr>
      </w:pPr>
      <w:r>
        <w:rPr>
          <w:color w:val="000000"/>
        </w:rPr>
        <w:t>At last, the Presiding Chair rose once more. Her frail frame seemed smaller than the staff she leaned upon, but her voice carried with the weight of seven centuries.</w:t>
      </w:r>
    </w:p>
    <w:p w14:paraId="73E7A929" w14:textId="77777777" w:rsidR="002A1566" w:rsidRDefault="002A1566" w:rsidP="002A1566">
      <w:pPr>
        <w:pStyle w:val="NormalWeb"/>
        <w:rPr>
          <w:color w:val="000000"/>
        </w:rPr>
      </w:pPr>
      <w:r>
        <w:rPr>
          <w:color w:val="000000"/>
        </w:rPr>
        <w:t>“This council stands upon a threshold not seen in three-quarters of a millennium. The citadel has not summoned the Thrones in gathering since the Days of the Shattered Crown, seven hundred and fifty cycles past. Then, it was to end a war that consumed half the kingdoms. Now, it is to forestall a fire that may consume them all.”</w:t>
      </w:r>
    </w:p>
    <w:p w14:paraId="75E7AA34" w14:textId="3C8A939A" w:rsidR="002A1566" w:rsidRPr="002A1566" w:rsidRDefault="002A1566" w:rsidP="002A1566">
      <w:pPr>
        <w:pStyle w:val="NormalWeb"/>
        <w:rPr>
          <w:color w:val="000000"/>
        </w:rPr>
      </w:pPr>
      <w:r>
        <w:rPr>
          <w:color w:val="000000"/>
        </w:rPr>
        <w:t>Her words struck like a bell. The room shifted, as if history itself leaned nearer to listen.</w:t>
      </w:r>
    </w:p>
    <w:p w14:paraId="537986CC" w14:textId="77777777" w:rsidR="002A1566" w:rsidRDefault="002A1566" w:rsidP="002A1566">
      <w:pPr>
        <w:pStyle w:val="NormalWeb"/>
        <w:rPr>
          <w:color w:val="000000"/>
        </w:rPr>
      </w:pPr>
      <w:proofErr w:type="spellStart"/>
      <w:r>
        <w:rPr>
          <w:color w:val="000000"/>
        </w:rPr>
        <w:t>Brakon</w:t>
      </w:r>
      <w:proofErr w:type="spellEnd"/>
      <w:r>
        <w:rPr>
          <w:color w:val="000000"/>
        </w:rPr>
        <w:t xml:space="preserve"> was first to answer. “Summon them? All eleven Thrones, here, beneath these vaults?” His voice was incredulous, but behind it smoldered a soldier’s eagerness. “It would remind them who holds the higher seat.”</w:t>
      </w:r>
    </w:p>
    <w:p w14:paraId="78352E53" w14:textId="77777777" w:rsidR="002A1566" w:rsidRDefault="002A1566" w:rsidP="002A1566">
      <w:pPr>
        <w:pStyle w:val="NormalWeb"/>
        <w:rPr>
          <w:color w:val="000000"/>
        </w:rPr>
      </w:pPr>
      <w:r>
        <w:rPr>
          <w:color w:val="000000"/>
        </w:rPr>
        <w:t>Willum paled, shaking his head. “It will stir fears! To call all crowns to one place… kings and queens do not travel lightly. Armies will stir. Borders will bristle. Whispers will spread like plague. No throne will believe we call them as equals. They will think we mean to bind them.”</w:t>
      </w:r>
    </w:p>
    <w:p w14:paraId="2B3F2DC6" w14:textId="77777777" w:rsidR="002A1566" w:rsidRDefault="002A1566" w:rsidP="002A1566">
      <w:pPr>
        <w:pStyle w:val="NormalWeb"/>
        <w:rPr>
          <w:color w:val="000000"/>
        </w:rPr>
      </w:pPr>
      <w:r>
        <w:rPr>
          <w:color w:val="000000"/>
        </w:rPr>
        <w:t xml:space="preserve">Davit leaned forward, his voice a knife of calm logic. “Perhaps that is precisely what is needed. If the Thrones continue to pull against one another, Barrus will devour them piece by piece. If the citadel alone holds knowledge of the star, they will mistrust us. But </w:t>
      </w:r>
      <w:r>
        <w:rPr>
          <w:color w:val="000000"/>
        </w:rPr>
        <w:lastRenderedPageBreak/>
        <w:t>if they are summoned to hear it with their own ears, then none can claim we held truth in shadows.”</w:t>
      </w:r>
    </w:p>
    <w:p w14:paraId="2BE41774" w14:textId="44172352" w:rsidR="002A1566" w:rsidRPr="002A1566" w:rsidRDefault="002A1566" w:rsidP="002A1566">
      <w:pPr>
        <w:pStyle w:val="NormalWeb"/>
        <w:rPr>
          <w:color w:val="000000"/>
        </w:rPr>
      </w:pPr>
      <w:r>
        <w:rPr>
          <w:color w:val="000000"/>
        </w:rPr>
        <w:t>The chamber murmured with uneasy assent.</w:t>
      </w:r>
    </w:p>
    <w:p w14:paraId="68648598" w14:textId="77777777" w:rsidR="002A1566" w:rsidRDefault="002A1566" w:rsidP="002A1566">
      <w:pPr>
        <w:pStyle w:val="NormalWeb"/>
        <w:rPr>
          <w:color w:val="000000"/>
        </w:rPr>
      </w:pPr>
      <w:r>
        <w:rPr>
          <w:color w:val="000000"/>
        </w:rPr>
        <w:t>Marcellis struck her staff thrice against the stone floor. The sparks leapt like stars, hissing in the dark. “</w:t>
      </w:r>
      <w:proofErr w:type="gramStart"/>
      <w:r>
        <w:rPr>
          <w:color w:val="000000"/>
        </w:rPr>
        <w:t>So</w:t>
      </w:r>
      <w:proofErr w:type="gramEnd"/>
      <w:r>
        <w:rPr>
          <w:color w:val="000000"/>
        </w:rPr>
        <w:t xml:space="preserve"> it shall be. The Thrones will be called to order. Letters sealed with my own hand shall go forth at once. Each crown must come to the citadel in person, with no more than their sworn guard at their side. No banners. No armies. No tribute. They will sit as mortals before the truth of the skies.”</w:t>
      </w:r>
    </w:p>
    <w:p w14:paraId="73660ADB" w14:textId="77777777" w:rsidR="002A1566" w:rsidRDefault="002A1566" w:rsidP="002A1566">
      <w:pPr>
        <w:pStyle w:val="NormalWeb"/>
        <w:rPr>
          <w:color w:val="000000"/>
        </w:rPr>
      </w:pPr>
      <w:r>
        <w:rPr>
          <w:color w:val="000000"/>
        </w:rPr>
        <w:t>The chamber gasped. To strip kings of their retinues, to summon them not as rulers but as supplicants—it had not been done in living memory.</w:t>
      </w:r>
    </w:p>
    <w:p w14:paraId="2CBB7051" w14:textId="77777777" w:rsidR="002A1566" w:rsidRDefault="002A1566" w:rsidP="002A1566">
      <w:pPr>
        <w:pStyle w:val="NormalWeb"/>
        <w:rPr>
          <w:color w:val="000000"/>
        </w:rPr>
      </w:pPr>
      <w:proofErr w:type="spellStart"/>
      <w:r>
        <w:rPr>
          <w:color w:val="000000"/>
        </w:rPr>
        <w:t>Brakon</w:t>
      </w:r>
      <w:proofErr w:type="spellEnd"/>
      <w:r>
        <w:rPr>
          <w:color w:val="000000"/>
        </w:rPr>
        <w:t xml:space="preserve"> allowed himself a grim smile. “It will test their pride.”</w:t>
      </w:r>
    </w:p>
    <w:p w14:paraId="2DD09789" w14:textId="77777777" w:rsidR="002A1566" w:rsidRDefault="002A1566" w:rsidP="002A1566">
      <w:pPr>
        <w:pStyle w:val="NormalWeb"/>
        <w:rPr>
          <w:color w:val="000000"/>
        </w:rPr>
      </w:pPr>
      <w:r>
        <w:rPr>
          <w:color w:val="000000"/>
        </w:rPr>
        <w:t>Willum clutched at his robe. “It will test their tempers.”</w:t>
      </w:r>
    </w:p>
    <w:p w14:paraId="0536E321" w14:textId="0815DF1D" w:rsidR="002A1566" w:rsidRPr="002A1566" w:rsidRDefault="002A1566" w:rsidP="002A1566">
      <w:pPr>
        <w:pStyle w:val="NormalWeb"/>
        <w:rPr>
          <w:color w:val="000000"/>
        </w:rPr>
      </w:pPr>
      <w:r>
        <w:rPr>
          <w:color w:val="000000"/>
        </w:rPr>
        <w:t>Davit only murmured, “It will test their wisdom. And perhaps find it wanting.”</w:t>
      </w:r>
    </w:p>
    <w:p w14:paraId="25B42635" w14:textId="77777777" w:rsidR="002A1566" w:rsidRDefault="002A1566" w:rsidP="002A1566">
      <w:pPr>
        <w:pStyle w:val="NormalWeb"/>
        <w:rPr>
          <w:color w:val="000000"/>
        </w:rPr>
      </w:pPr>
      <w:r>
        <w:rPr>
          <w:color w:val="000000"/>
        </w:rPr>
        <w:t xml:space="preserve">In the shadows, my breath caught. To summon the Thrones… it was unthinkable, yet utterly necessary. The citadel’s power had always been subtle, rooted in counsel and silence, not in command. But today, silence had failed. Pense’s scorn had shown it. Barrus’s envoy had shattered it. The citadel could no longer whisper from the shadows. It must speak </w:t>
      </w:r>
      <w:proofErr w:type="gramStart"/>
      <w:r>
        <w:rPr>
          <w:color w:val="000000"/>
        </w:rPr>
        <w:t>aloud, or</w:t>
      </w:r>
      <w:proofErr w:type="gramEnd"/>
      <w:r>
        <w:rPr>
          <w:color w:val="000000"/>
        </w:rPr>
        <w:t xml:space="preserve"> lose its voice forever.</w:t>
      </w:r>
    </w:p>
    <w:p w14:paraId="0B2A8218" w14:textId="77777777" w:rsidR="002A1566" w:rsidRDefault="002A1566" w:rsidP="002A1566">
      <w:pPr>
        <w:pStyle w:val="NormalWeb"/>
        <w:rPr>
          <w:color w:val="000000"/>
        </w:rPr>
      </w:pPr>
      <w:r>
        <w:rPr>
          <w:color w:val="000000"/>
        </w:rPr>
        <w:t>Eight moons until the star drew near. Eight moons until fire might fall. And before then, eleven kings would gather in one hall, their rivalries and hungers brought face to face beneath the citadel’s roof.</w:t>
      </w:r>
    </w:p>
    <w:p w14:paraId="2FE0CAD2" w14:textId="63FB0A36" w:rsidR="002A1566" w:rsidRPr="002A1566" w:rsidRDefault="002A1566" w:rsidP="002A1566">
      <w:pPr>
        <w:pStyle w:val="NormalWeb"/>
        <w:rPr>
          <w:color w:val="000000"/>
        </w:rPr>
      </w:pPr>
      <w:r>
        <w:rPr>
          <w:color w:val="000000"/>
        </w:rPr>
        <w:t>It would be a council of truth—or a council of ruin.</w:t>
      </w:r>
    </w:p>
    <w:p w14:paraId="5DD1AD15" w14:textId="77777777" w:rsidR="002A1566" w:rsidRDefault="002A1566" w:rsidP="002A1566">
      <w:pPr>
        <w:pStyle w:val="NormalWeb"/>
        <w:rPr>
          <w:color w:val="000000"/>
        </w:rPr>
      </w:pPr>
      <w:r>
        <w:rPr>
          <w:color w:val="000000"/>
        </w:rPr>
        <w:t>The Chair dismissed us with a final command. “Prepare the vaults. Prepare the halls. Prepare your own tongues, for they will be sharper than swords before this is done. And pray to whatever heavens you keep, for soon, the Thrones themselves will walk our stones.”</w:t>
      </w:r>
    </w:p>
    <w:p w14:paraId="4FE9F3D1" w14:textId="77777777" w:rsidR="002A1566" w:rsidRDefault="002A1566" w:rsidP="002A1566">
      <w:pPr>
        <w:pStyle w:val="NormalWeb"/>
        <w:rPr>
          <w:color w:val="000000"/>
        </w:rPr>
      </w:pPr>
      <w:r>
        <w:rPr>
          <w:color w:val="000000"/>
        </w:rPr>
        <w:t>As I filed out with the others, my hands shook with both dread and wonder. To see eleven crowns beneath one roof, to hear them argue not of taxes or borders but of the sky itself—such a thing had not happened since the age of legend.</w:t>
      </w:r>
    </w:p>
    <w:p w14:paraId="5D3B760F" w14:textId="77777777" w:rsidR="002A1566" w:rsidRDefault="002A1566" w:rsidP="002A1566">
      <w:pPr>
        <w:pStyle w:val="NormalWeb"/>
        <w:rPr>
          <w:color w:val="000000"/>
        </w:rPr>
      </w:pPr>
      <w:r>
        <w:rPr>
          <w:color w:val="000000"/>
        </w:rPr>
        <w:t>And yet, even as the echoes of the staff still lingered in my ears, I could not shake one thought:</w:t>
      </w:r>
    </w:p>
    <w:p w14:paraId="4D2D152F" w14:textId="77777777" w:rsidR="002A1566" w:rsidRDefault="002A1566" w:rsidP="002A1566">
      <w:pPr>
        <w:pStyle w:val="NormalWeb"/>
        <w:rPr>
          <w:color w:val="000000"/>
        </w:rPr>
      </w:pPr>
      <w:r>
        <w:rPr>
          <w:color w:val="000000"/>
        </w:rPr>
        <w:t>What if Barrus came not with words, but with wings?</w:t>
      </w:r>
    </w:p>
    <w:p w14:paraId="5FDBA5F8" w14:textId="5F196C48" w:rsidR="00D33D1C" w:rsidRDefault="00D33D1C" w:rsidP="00D33D1C">
      <w:pPr>
        <w:pStyle w:val="Heading1"/>
        <w:rPr>
          <w:color w:val="000000"/>
        </w:rPr>
      </w:pPr>
      <w:r>
        <w:rPr>
          <w:color w:val="000000"/>
        </w:rPr>
        <w:lastRenderedPageBreak/>
        <w:t>Chapter IV – The Invitation of the King</w:t>
      </w:r>
      <w:r>
        <w:rPr>
          <w:color w:val="000000"/>
        </w:rPr>
        <w:t>s</w:t>
      </w:r>
    </w:p>
    <w:p w14:paraId="1F0C5E98" w14:textId="0D84C63E" w:rsidR="00D33D1C" w:rsidRPr="00D33D1C" w:rsidRDefault="00D33D1C" w:rsidP="00D33D1C">
      <w:pPr>
        <w:pStyle w:val="NormalWeb"/>
        <w:rPr>
          <w:b/>
          <w:bCs/>
          <w:color w:val="000000"/>
        </w:rPr>
      </w:pPr>
      <w:r w:rsidRPr="00D33D1C">
        <w:rPr>
          <w:b/>
          <w:bCs/>
          <w:color w:val="000000"/>
        </w:rPr>
        <w:t>The Earth King</w:t>
      </w:r>
    </w:p>
    <w:p w14:paraId="087B0B1E" w14:textId="625CD962" w:rsidR="00D33D1C" w:rsidRDefault="00D33D1C" w:rsidP="00D33D1C">
      <w:pPr>
        <w:pStyle w:val="NormalWeb"/>
        <w:rPr>
          <w:color w:val="000000"/>
        </w:rPr>
      </w:pPr>
      <w:r>
        <w:rPr>
          <w:color w:val="000000"/>
        </w:rPr>
        <w:t>The messenger came at dawn, cloaked in the colors of the citadel: black and silver, the staff-and-flame sigil stitched upon his breast. He carried no sword, no banner, no threat — only a sealed scroll bound with black wax. Yet when the guards admitted him to the hall of Whey Prancer, the air grew taut as though armies pressed at the gate.</w:t>
      </w:r>
    </w:p>
    <w:p w14:paraId="73662036" w14:textId="77777777" w:rsidR="00D33D1C" w:rsidRDefault="00D33D1C" w:rsidP="00D33D1C">
      <w:pPr>
        <w:pStyle w:val="NormalWeb"/>
        <w:rPr>
          <w:color w:val="000000"/>
        </w:rPr>
      </w:pPr>
      <w:r>
        <w:rPr>
          <w:color w:val="000000"/>
        </w:rPr>
        <w:t>For no man alive had seen such a summons. The Thrones had not been called to the citadel in seven hundred and fifty cycles.</w:t>
      </w:r>
    </w:p>
    <w:p w14:paraId="2FEEBF2A" w14:textId="77777777" w:rsidR="00D33D1C" w:rsidRDefault="00D33D1C" w:rsidP="00D33D1C">
      <w:pPr>
        <w:pStyle w:val="NormalWeb"/>
        <w:rPr>
          <w:color w:val="000000"/>
        </w:rPr>
      </w:pPr>
      <w:r>
        <w:rPr>
          <w:color w:val="000000"/>
        </w:rPr>
        <w:t>Whey Prancer broke the seal with care, his farmer’s hands broad and calloused despite the crown upon his brow. He read in silence, lips moving slightly, his gray eyes narrowing as the words sank in. When at last he lowered the scroll, the hall seemed smaller for the weight of it.</w:t>
      </w:r>
    </w:p>
    <w:p w14:paraId="7528785C" w14:textId="77777777" w:rsidR="00D33D1C" w:rsidRDefault="00D33D1C" w:rsidP="00D33D1C">
      <w:pPr>
        <w:pStyle w:val="NormalWeb"/>
        <w:rPr>
          <w:color w:val="000000"/>
        </w:rPr>
      </w:pPr>
      <w:r>
        <w:rPr>
          <w:color w:val="000000"/>
        </w:rPr>
        <w:t>“They summon us all,” he murmured. “Every crown. Every throne. To sit beneath their vaults and hear of the heavens.”</w:t>
      </w:r>
    </w:p>
    <w:p w14:paraId="2C9E53EA" w14:textId="77777777" w:rsidR="00D33D1C" w:rsidRDefault="00D33D1C" w:rsidP="00D33D1C">
      <w:pPr>
        <w:pStyle w:val="NormalWeb"/>
        <w:rPr>
          <w:color w:val="000000"/>
        </w:rPr>
      </w:pPr>
      <w:r>
        <w:rPr>
          <w:color w:val="000000"/>
        </w:rPr>
        <w:t>At his side, Queen Bretta leaned forward. Her dark hair streaked with silver framed a face stern with years of care but warm with quiet strength. “Why now, my lord? Why break a silence older than our fathers’ fathers?”</w:t>
      </w:r>
    </w:p>
    <w:p w14:paraId="51060076" w14:textId="77777777" w:rsidR="00D33D1C" w:rsidRDefault="00D33D1C" w:rsidP="00D33D1C">
      <w:pPr>
        <w:pStyle w:val="NormalWeb"/>
        <w:rPr>
          <w:color w:val="000000"/>
        </w:rPr>
      </w:pPr>
      <w:r>
        <w:rPr>
          <w:color w:val="000000"/>
        </w:rPr>
        <w:t>Whey’s gaze drifted to the high window where dawn spilled across his farmlands. Beyond the walls stretched fields of golden barley and rows of fruit trees heavy with autumn yield. His kingdom was not rich in armies, but it was rich in bread, and bread was the heart of life. Less than five hundred men bore his banners, but tens of thousands tilled his soil.</w:t>
      </w:r>
    </w:p>
    <w:p w14:paraId="0DEF6DE0" w14:textId="5D8A6798" w:rsidR="00D33D1C" w:rsidRPr="00D33D1C" w:rsidRDefault="00D33D1C" w:rsidP="00D33D1C">
      <w:pPr>
        <w:pStyle w:val="NormalWeb"/>
        <w:rPr>
          <w:color w:val="000000"/>
        </w:rPr>
      </w:pPr>
      <w:r>
        <w:rPr>
          <w:color w:val="000000"/>
        </w:rPr>
        <w:t>“Because of the star,” Whey said at last. “The White Flame in the sky. It grows brighter. My farmers have spoken of it with unease. Now the citadel would have us speak of it in council. But why summon all crowns? To what end?”</w:t>
      </w:r>
    </w:p>
    <w:p w14:paraId="3556E21F" w14:textId="77777777" w:rsidR="00D33D1C" w:rsidRDefault="00D33D1C" w:rsidP="00D33D1C">
      <w:pPr>
        <w:pStyle w:val="NormalWeb"/>
        <w:rPr>
          <w:color w:val="000000"/>
        </w:rPr>
      </w:pPr>
      <w:r>
        <w:rPr>
          <w:color w:val="000000"/>
        </w:rPr>
        <w:t>Bretta took the scroll, her sharp eyes scanning the neat script. “Because the citadel no longer trusts whispers. If the star is omen, all must see it together. If it is threat, all must bear it together.” She sighed, and her hand found his. “Yet together is not a word the Thrones cherish. You know this, Whey. Kings are wolves. Even in peace, they bare their teeth.”</w:t>
      </w:r>
    </w:p>
    <w:p w14:paraId="612D9E7E" w14:textId="77777777" w:rsidR="00D33D1C" w:rsidRDefault="00D33D1C" w:rsidP="00D33D1C">
      <w:pPr>
        <w:pStyle w:val="NormalWeb"/>
        <w:rPr>
          <w:color w:val="000000"/>
        </w:rPr>
      </w:pPr>
      <w:r>
        <w:rPr>
          <w:color w:val="000000"/>
        </w:rPr>
        <w:t>“True,” Whey admitted. “And I am no wolf. My army is but five hundred, my guards but a dozen. I hold no dragons, no fleets, no vaults of gold. Only the soil, the barley, the orchards. If crowns gather, what weight does mine carry among them?”</w:t>
      </w:r>
    </w:p>
    <w:p w14:paraId="319217B5" w14:textId="66618AEF" w:rsidR="00D33D1C" w:rsidRPr="00D33D1C" w:rsidRDefault="00D33D1C" w:rsidP="00D33D1C">
      <w:pPr>
        <w:pStyle w:val="NormalWeb"/>
        <w:rPr>
          <w:color w:val="000000"/>
        </w:rPr>
      </w:pPr>
      <w:r>
        <w:rPr>
          <w:color w:val="000000"/>
        </w:rPr>
        <w:lastRenderedPageBreak/>
        <w:t>“Weight enough,” Bretta said firmly. “For a king who feeds the people is not weak. And your people love you for it. Love is a greater shield than spears, though not always a sharper one.”</w:t>
      </w:r>
    </w:p>
    <w:p w14:paraId="4CA4557E" w14:textId="77777777" w:rsidR="00D33D1C" w:rsidRDefault="00D33D1C" w:rsidP="00D33D1C">
      <w:pPr>
        <w:pStyle w:val="NormalWeb"/>
        <w:rPr>
          <w:color w:val="000000"/>
        </w:rPr>
      </w:pPr>
      <w:r>
        <w:rPr>
          <w:color w:val="000000"/>
        </w:rPr>
        <w:t xml:space="preserve">At that, another voice joined them. Doctor </w:t>
      </w:r>
      <w:proofErr w:type="spellStart"/>
      <w:r>
        <w:rPr>
          <w:color w:val="000000"/>
        </w:rPr>
        <w:t>Boraht</w:t>
      </w:r>
      <w:proofErr w:type="spellEnd"/>
      <w:r>
        <w:rPr>
          <w:color w:val="000000"/>
        </w:rPr>
        <w:t>, his robe the color of sunlit earth, stepped from the shadows where he had listened with patience. He was older than Whey, his hair a tangled white mane, his skin weathered like soil after harvest. He carried no weapon, only a wooden staff polished smooth by years of toil.</w:t>
      </w:r>
    </w:p>
    <w:p w14:paraId="57709B56" w14:textId="77777777" w:rsidR="00D33D1C" w:rsidRDefault="00D33D1C" w:rsidP="00D33D1C">
      <w:pPr>
        <w:pStyle w:val="NormalWeb"/>
        <w:rPr>
          <w:color w:val="000000"/>
        </w:rPr>
      </w:pPr>
      <w:r>
        <w:rPr>
          <w:color w:val="000000"/>
        </w:rPr>
        <w:t xml:space="preserve">“The citadel calls,” </w:t>
      </w:r>
      <w:proofErr w:type="spellStart"/>
      <w:r>
        <w:rPr>
          <w:color w:val="000000"/>
        </w:rPr>
        <w:t>Boraht</w:t>
      </w:r>
      <w:proofErr w:type="spellEnd"/>
      <w:r>
        <w:rPr>
          <w:color w:val="000000"/>
        </w:rPr>
        <w:t xml:space="preserve"> said softly. “And it is right they do. A </w:t>
      </w:r>
      <w:proofErr w:type="gramStart"/>
      <w:r>
        <w:rPr>
          <w:color w:val="000000"/>
        </w:rPr>
        <w:t>fire-stone</w:t>
      </w:r>
      <w:proofErr w:type="gramEnd"/>
      <w:r>
        <w:rPr>
          <w:color w:val="000000"/>
        </w:rPr>
        <w:t xml:space="preserve"> grows in the sky. I have measured its course with tools humble compared to </w:t>
      </w:r>
      <w:proofErr w:type="spellStart"/>
      <w:r>
        <w:rPr>
          <w:color w:val="000000"/>
        </w:rPr>
        <w:t>Gundae</w:t>
      </w:r>
      <w:proofErr w:type="spellEnd"/>
      <w:r>
        <w:rPr>
          <w:color w:val="000000"/>
        </w:rPr>
        <w:t xml:space="preserve"> </w:t>
      </w:r>
      <w:proofErr w:type="spellStart"/>
      <w:r>
        <w:rPr>
          <w:color w:val="000000"/>
        </w:rPr>
        <w:t>Prium’s</w:t>
      </w:r>
      <w:proofErr w:type="spellEnd"/>
      <w:r>
        <w:rPr>
          <w:color w:val="000000"/>
        </w:rPr>
        <w:t>, but the truth is plain even to farmers’ eyes. It waxes. It will wax still more. Whether it strikes or passes, its fire will reach us.”</w:t>
      </w:r>
    </w:p>
    <w:p w14:paraId="160426E9" w14:textId="77777777" w:rsidR="00D33D1C" w:rsidRDefault="00D33D1C" w:rsidP="00D33D1C">
      <w:pPr>
        <w:pStyle w:val="NormalWeb"/>
        <w:rPr>
          <w:color w:val="000000"/>
        </w:rPr>
      </w:pPr>
      <w:r>
        <w:rPr>
          <w:color w:val="000000"/>
        </w:rPr>
        <w:t>Whey frowned, his jaw tightening. “You believe it dangerous.”</w:t>
      </w:r>
    </w:p>
    <w:p w14:paraId="38556501" w14:textId="77777777" w:rsidR="00D33D1C" w:rsidRDefault="00D33D1C" w:rsidP="00D33D1C">
      <w:pPr>
        <w:pStyle w:val="NormalWeb"/>
        <w:rPr>
          <w:color w:val="000000"/>
        </w:rPr>
      </w:pPr>
      <w:r>
        <w:rPr>
          <w:color w:val="000000"/>
        </w:rPr>
        <w:t xml:space="preserve">“I believe,” </w:t>
      </w:r>
      <w:proofErr w:type="spellStart"/>
      <w:r>
        <w:rPr>
          <w:color w:val="000000"/>
        </w:rPr>
        <w:t>Boraht</w:t>
      </w:r>
      <w:proofErr w:type="spellEnd"/>
      <w:r>
        <w:rPr>
          <w:color w:val="000000"/>
        </w:rPr>
        <w:t xml:space="preserve"> said, “that no star grows so large without purpose. The heavens have no kindness, only law. And law does not bend for men, or kings, or citadels. It falls where it will.”</w:t>
      </w:r>
    </w:p>
    <w:p w14:paraId="048BCCF2" w14:textId="694464C1" w:rsidR="00D33D1C" w:rsidRPr="00D33D1C" w:rsidRDefault="00D33D1C" w:rsidP="00D33D1C">
      <w:pPr>
        <w:pStyle w:val="NormalWeb"/>
        <w:rPr>
          <w:color w:val="000000"/>
        </w:rPr>
      </w:pPr>
      <w:r>
        <w:rPr>
          <w:color w:val="000000"/>
        </w:rPr>
        <w:t xml:space="preserve">Bretta’s hand tightened on </w:t>
      </w:r>
      <w:proofErr w:type="spellStart"/>
      <w:r>
        <w:rPr>
          <w:color w:val="000000"/>
        </w:rPr>
        <w:t>Whey’s</w:t>
      </w:r>
      <w:proofErr w:type="spellEnd"/>
      <w:r>
        <w:rPr>
          <w:color w:val="000000"/>
        </w:rPr>
        <w:t>. “Then what choice have we? Refuse the summons, and we seem cowards. Accept it, and we walk into a hall of wolves.”</w:t>
      </w:r>
    </w:p>
    <w:p w14:paraId="02422108" w14:textId="77777777" w:rsidR="00D33D1C" w:rsidRDefault="00D33D1C" w:rsidP="00D33D1C">
      <w:pPr>
        <w:pStyle w:val="NormalWeb"/>
        <w:rPr>
          <w:color w:val="000000"/>
        </w:rPr>
      </w:pPr>
      <w:r>
        <w:rPr>
          <w:color w:val="000000"/>
        </w:rPr>
        <w:t>Whey Prancer stood and walked to the window. The fields stretched endlessly, dotted with peasants beginning their day’s labor. They looked up at their king and waved, smiling, unafraid. To them he was not Whey the weak, or Whey the peaceful — he was their shield, their provider, their king who walked among them in muddy boots as often as in gilded halls.</w:t>
      </w:r>
    </w:p>
    <w:p w14:paraId="3DF9DD77" w14:textId="77777777" w:rsidR="00D33D1C" w:rsidRDefault="00D33D1C" w:rsidP="00D33D1C">
      <w:pPr>
        <w:pStyle w:val="NormalWeb"/>
        <w:rPr>
          <w:color w:val="000000"/>
        </w:rPr>
      </w:pPr>
      <w:r>
        <w:rPr>
          <w:color w:val="000000"/>
        </w:rPr>
        <w:t>“I am loved here,” Whey said quietly. “</w:t>
      </w:r>
      <w:proofErr w:type="gramStart"/>
      <w:r>
        <w:rPr>
          <w:color w:val="000000"/>
        </w:rPr>
        <w:t>Loved, but</w:t>
      </w:r>
      <w:proofErr w:type="gramEnd"/>
      <w:r>
        <w:rPr>
          <w:color w:val="000000"/>
        </w:rPr>
        <w:t xml:space="preserve"> not feared. Barrus would laugh at me. Even Marcellis might dismiss me. What use is the Earth King among such crowns?”</w:t>
      </w:r>
    </w:p>
    <w:p w14:paraId="35B1E27E" w14:textId="77777777" w:rsidR="00D33D1C" w:rsidRDefault="00D33D1C" w:rsidP="00D33D1C">
      <w:pPr>
        <w:pStyle w:val="NormalWeb"/>
        <w:rPr>
          <w:color w:val="000000"/>
        </w:rPr>
      </w:pPr>
      <w:proofErr w:type="spellStart"/>
      <w:r>
        <w:rPr>
          <w:color w:val="000000"/>
        </w:rPr>
        <w:t>Boraht</w:t>
      </w:r>
      <w:proofErr w:type="spellEnd"/>
      <w:r>
        <w:rPr>
          <w:color w:val="000000"/>
        </w:rPr>
        <w:t xml:space="preserve"> answered with unexpected steel in his voice. “Use enough, my lord. Bread fills stomachs when fire destroys fields. The armies of Barrus cannot march on empty bellies. The citadel cannot wield its wisdom if its halls starve. And when fire falls from the heavens, kings will find that soil is stronger than swords.”</w:t>
      </w:r>
    </w:p>
    <w:p w14:paraId="044AD877" w14:textId="77777777" w:rsidR="00D33D1C" w:rsidRDefault="00D33D1C" w:rsidP="00D33D1C">
      <w:pPr>
        <w:pStyle w:val="NormalWeb"/>
        <w:rPr>
          <w:color w:val="000000"/>
        </w:rPr>
      </w:pPr>
      <w:r>
        <w:rPr>
          <w:color w:val="000000"/>
        </w:rPr>
        <w:t>Bretta nodded. “And if Barrus comes with dragons to that gathering, then every king will need your voice. Peace has its weight, Whey. Do not cast it aside.”</w:t>
      </w:r>
    </w:p>
    <w:p w14:paraId="465EF4CB" w14:textId="77777777" w:rsidR="00D33D1C" w:rsidRDefault="00D33D1C" w:rsidP="00D33D1C">
      <w:pPr>
        <w:pStyle w:val="NormalWeb"/>
        <w:rPr>
          <w:color w:val="000000"/>
        </w:rPr>
      </w:pPr>
      <w:r>
        <w:rPr>
          <w:color w:val="000000"/>
        </w:rPr>
        <w:t>Whey Prancer turned back, the sealed scroll still trembling in his hand. At last, he nodded, though his face was clouded with doubt.</w:t>
      </w:r>
    </w:p>
    <w:p w14:paraId="43E1E5FD" w14:textId="77777777" w:rsidR="00D33D1C" w:rsidRDefault="00D33D1C" w:rsidP="00D33D1C">
      <w:pPr>
        <w:pStyle w:val="NormalWeb"/>
        <w:rPr>
          <w:color w:val="000000"/>
        </w:rPr>
      </w:pPr>
      <w:r>
        <w:rPr>
          <w:color w:val="000000"/>
        </w:rPr>
        <w:t>“Then I will go. I will walk among wolves. And may the gods grant that when the star comes, my crown is not trampled beneath their claws.”</w:t>
      </w:r>
    </w:p>
    <w:p w14:paraId="098C8ABB" w14:textId="7236F02F" w:rsidR="00D33D1C" w:rsidRPr="00D33D1C" w:rsidRDefault="00D33D1C" w:rsidP="00D33D1C">
      <w:pPr>
        <w:pStyle w:val="NormalWeb"/>
        <w:rPr>
          <w:b/>
          <w:bCs/>
          <w:color w:val="000000"/>
        </w:rPr>
      </w:pPr>
      <w:r w:rsidRPr="00D33D1C">
        <w:rPr>
          <w:b/>
          <w:bCs/>
          <w:color w:val="000000"/>
        </w:rPr>
        <w:lastRenderedPageBreak/>
        <w:t>The Hound King</w:t>
      </w:r>
    </w:p>
    <w:p w14:paraId="6E74BA89" w14:textId="77777777" w:rsidR="00D33D1C" w:rsidRDefault="00D33D1C" w:rsidP="00D33D1C">
      <w:pPr>
        <w:pStyle w:val="NormalWeb"/>
        <w:rPr>
          <w:color w:val="000000"/>
        </w:rPr>
      </w:pPr>
      <w:r>
        <w:rPr>
          <w:color w:val="000000"/>
        </w:rPr>
        <w:t xml:space="preserve">The second invitation was carried north, across wind-scoured plains and through forests thick with oak and ash. Few dared </w:t>
      </w:r>
      <w:proofErr w:type="gramStart"/>
      <w:r>
        <w:rPr>
          <w:color w:val="000000"/>
        </w:rPr>
        <w:t>tread</w:t>
      </w:r>
      <w:proofErr w:type="gramEnd"/>
      <w:r>
        <w:rPr>
          <w:color w:val="000000"/>
        </w:rPr>
        <w:t xml:space="preserve"> those lands, for there the Hound King reigned.</w:t>
      </w:r>
    </w:p>
    <w:p w14:paraId="0F2509A4" w14:textId="77777777" w:rsidR="00D33D1C" w:rsidRDefault="00D33D1C" w:rsidP="00D33D1C">
      <w:pPr>
        <w:pStyle w:val="NormalWeb"/>
        <w:rPr>
          <w:color w:val="000000"/>
        </w:rPr>
      </w:pPr>
      <w:r>
        <w:rPr>
          <w:color w:val="000000"/>
        </w:rPr>
        <w:t>Baird Tooth was his name, though most spoke it with caution, for he was as much legend as man. His kingdom was vast, its borders marked not by walls but by the patrols of his Mongrels — colossal beasts said to descend from the first wild hounds of the earth, taller than a horse at the shoulder, their eyes bright with uncanny intelligence.</w:t>
      </w:r>
    </w:p>
    <w:p w14:paraId="1AEF9366" w14:textId="77777777" w:rsidR="00D33D1C" w:rsidRDefault="00D33D1C" w:rsidP="00D33D1C">
      <w:pPr>
        <w:pStyle w:val="NormalWeb"/>
        <w:rPr>
          <w:color w:val="000000"/>
        </w:rPr>
      </w:pPr>
      <w:r>
        <w:rPr>
          <w:color w:val="000000"/>
        </w:rPr>
        <w:t>No Mongrel crossed his borders unbidden. No stranger who came without leave was spared their fangs. Yet within those borders, his people walked safely, for the beasts knew their scents, their voices, their place in the pack.</w:t>
      </w:r>
    </w:p>
    <w:p w14:paraId="5D069BD1" w14:textId="68847C2B" w:rsidR="00D33D1C" w:rsidRPr="00D33D1C" w:rsidRDefault="00D33D1C" w:rsidP="00D33D1C">
      <w:pPr>
        <w:pStyle w:val="NormalWeb"/>
        <w:rPr>
          <w:color w:val="000000"/>
        </w:rPr>
      </w:pPr>
      <w:r>
        <w:rPr>
          <w:color w:val="000000"/>
        </w:rPr>
        <w:t xml:space="preserve">And at the head of the pack was Baird Tooth himself, clad not in gilded plate but in hardened leathers, his shoulders broad, his </w:t>
      </w:r>
      <w:proofErr w:type="gramStart"/>
      <w:r>
        <w:rPr>
          <w:color w:val="000000"/>
        </w:rPr>
        <w:t>beard streaked</w:t>
      </w:r>
      <w:proofErr w:type="gramEnd"/>
      <w:r>
        <w:rPr>
          <w:color w:val="000000"/>
        </w:rPr>
        <w:t xml:space="preserve"> gray, his voice rough as gravel. At his side, always, walked his first Mongrel — a beast called Fang, black as midnight, with jaws that could snap oak in two and eyes that glimmered with near-human thought.</w:t>
      </w:r>
    </w:p>
    <w:p w14:paraId="61949A28" w14:textId="77777777" w:rsidR="00D33D1C" w:rsidRDefault="00D33D1C" w:rsidP="00D33D1C">
      <w:pPr>
        <w:pStyle w:val="NormalWeb"/>
        <w:rPr>
          <w:color w:val="000000"/>
        </w:rPr>
      </w:pPr>
      <w:r>
        <w:rPr>
          <w:color w:val="000000"/>
        </w:rPr>
        <w:t xml:space="preserve">The citadel’s messenger was admitted only after hours of waiting at the border, his scroll raised high, while a dozen Mongrels prowled around him in silence. Only when Fang himself padded forward, sniffing the man with a growl that rumbled like a storm, did the guards lead him to the </w:t>
      </w:r>
      <w:proofErr w:type="gramStart"/>
      <w:r>
        <w:rPr>
          <w:color w:val="000000"/>
        </w:rPr>
        <w:t>Hound King’s hall</w:t>
      </w:r>
      <w:proofErr w:type="gramEnd"/>
      <w:r>
        <w:rPr>
          <w:color w:val="000000"/>
        </w:rPr>
        <w:t>.</w:t>
      </w:r>
    </w:p>
    <w:p w14:paraId="1CEAECB1" w14:textId="77777777" w:rsidR="00D33D1C" w:rsidRDefault="00D33D1C" w:rsidP="00D33D1C">
      <w:pPr>
        <w:pStyle w:val="NormalWeb"/>
        <w:rPr>
          <w:color w:val="000000"/>
        </w:rPr>
      </w:pPr>
      <w:r>
        <w:rPr>
          <w:color w:val="000000"/>
        </w:rPr>
        <w:t>Baird Tooth broke the seal with one hand, his Mongrel resting its great head upon the other. He read swiftly, his lips curling into something between a snarl and a grin.</w:t>
      </w:r>
    </w:p>
    <w:p w14:paraId="7B86F4F3" w14:textId="77777777" w:rsidR="00D33D1C" w:rsidRDefault="00D33D1C" w:rsidP="00D33D1C">
      <w:pPr>
        <w:pStyle w:val="NormalWeb"/>
        <w:rPr>
          <w:color w:val="000000"/>
        </w:rPr>
      </w:pPr>
      <w:r>
        <w:rPr>
          <w:color w:val="000000"/>
        </w:rPr>
        <w:t>“The citadel summons all crowns,” he growled. “Even me. Even the Hound.” He spat to the side. “It has been seven hundred and fifty cycles since they dared such a thing.”</w:t>
      </w:r>
    </w:p>
    <w:p w14:paraId="7293EE20" w14:textId="6560D65C" w:rsidR="00D33D1C" w:rsidRPr="00D33D1C" w:rsidRDefault="00D33D1C" w:rsidP="00D33D1C">
      <w:pPr>
        <w:pStyle w:val="NormalWeb"/>
        <w:rPr>
          <w:color w:val="000000"/>
        </w:rPr>
      </w:pPr>
      <w:r>
        <w:rPr>
          <w:color w:val="000000"/>
        </w:rPr>
        <w:t>He tossed the scroll aside, and Fang caught it in his jaws, shredding the parchment with relish. The guards chuckled nervously, but Baird’s eyes silenced them.</w:t>
      </w:r>
    </w:p>
    <w:p w14:paraId="30232FFF" w14:textId="77777777" w:rsidR="00D33D1C" w:rsidRDefault="00D33D1C" w:rsidP="00D33D1C">
      <w:pPr>
        <w:pStyle w:val="NormalWeb"/>
        <w:rPr>
          <w:color w:val="000000"/>
        </w:rPr>
      </w:pPr>
      <w:r>
        <w:rPr>
          <w:color w:val="000000"/>
        </w:rPr>
        <w:t>At his side sat three of his captains, veterans scarred from a dozen campaigns. One spoke first: “My king, this is folly. The citadel thinks to bind you in its walls. Better to send a token envoy and keep our strength here.”</w:t>
      </w:r>
    </w:p>
    <w:p w14:paraId="50F5128B" w14:textId="77777777" w:rsidR="00D33D1C" w:rsidRDefault="00D33D1C" w:rsidP="00D33D1C">
      <w:pPr>
        <w:pStyle w:val="NormalWeb"/>
        <w:rPr>
          <w:color w:val="000000"/>
        </w:rPr>
      </w:pPr>
      <w:r>
        <w:rPr>
          <w:color w:val="000000"/>
        </w:rPr>
        <w:t>Another shook his head. “If Barrus sends dragons, then the Mongrels must stand beside you. Better to show the citadel that no beast rules the skies without beasts ruling the earth.”</w:t>
      </w:r>
    </w:p>
    <w:p w14:paraId="64D52E38" w14:textId="77777777" w:rsidR="00D33D1C" w:rsidRDefault="00D33D1C" w:rsidP="00D33D1C">
      <w:pPr>
        <w:pStyle w:val="NormalWeb"/>
        <w:rPr>
          <w:color w:val="000000"/>
        </w:rPr>
      </w:pPr>
      <w:r>
        <w:rPr>
          <w:color w:val="000000"/>
        </w:rPr>
        <w:t xml:space="preserve">The third captain leaned forward. “The citadel </w:t>
      </w:r>
      <w:proofErr w:type="gramStart"/>
      <w:r>
        <w:rPr>
          <w:color w:val="000000"/>
        </w:rPr>
        <w:t>would</w:t>
      </w:r>
      <w:proofErr w:type="gramEnd"/>
      <w:r>
        <w:rPr>
          <w:color w:val="000000"/>
        </w:rPr>
        <w:t xml:space="preserve"> strip us of our pack if you go alone. They demand crowns without armies. To obey is to walk into their hall naked.”</w:t>
      </w:r>
    </w:p>
    <w:p w14:paraId="1BFE39E9" w14:textId="0CA43FC4" w:rsidR="00D33D1C" w:rsidRPr="00D33D1C" w:rsidRDefault="00D33D1C" w:rsidP="00D33D1C">
      <w:pPr>
        <w:pStyle w:val="NormalWeb"/>
        <w:rPr>
          <w:color w:val="000000"/>
        </w:rPr>
      </w:pPr>
      <w:r>
        <w:rPr>
          <w:color w:val="000000"/>
        </w:rPr>
        <w:t xml:space="preserve">Baird Tooth laughed, the sound booming. “Naked? You think me naked while Fang walks beside me? You think the Hound King weak without his pack? No, captains. The </w:t>
      </w:r>
      <w:r>
        <w:rPr>
          <w:color w:val="000000"/>
        </w:rPr>
        <w:lastRenderedPageBreak/>
        <w:t>citadel knows my beasts cannot march beyond my lands — they are bound here. But Fang… Fang will walk with me. And that will be enough.”</w:t>
      </w:r>
    </w:p>
    <w:p w14:paraId="0300542C" w14:textId="77777777" w:rsidR="00D33D1C" w:rsidRDefault="00D33D1C" w:rsidP="00D33D1C">
      <w:pPr>
        <w:pStyle w:val="NormalWeb"/>
        <w:rPr>
          <w:color w:val="000000"/>
        </w:rPr>
      </w:pPr>
      <w:r>
        <w:rPr>
          <w:color w:val="000000"/>
        </w:rPr>
        <w:t>That night, as the fire burned low, Baird sat alone with Fang, his hand resting upon the beast’s head.</w:t>
      </w:r>
    </w:p>
    <w:p w14:paraId="3EA9DC20" w14:textId="77777777" w:rsidR="00D33D1C" w:rsidRDefault="00D33D1C" w:rsidP="00D33D1C">
      <w:pPr>
        <w:pStyle w:val="NormalWeb"/>
        <w:rPr>
          <w:color w:val="000000"/>
        </w:rPr>
      </w:pPr>
      <w:r>
        <w:rPr>
          <w:color w:val="000000"/>
        </w:rPr>
        <w:t>“They call us to council,” he muttered. “They think to make me a wolf among lions and dragons. But wolves are cunning, Fang. Wolves wait. Wolves strike when the lion sleeps.”</w:t>
      </w:r>
    </w:p>
    <w:p w14:paraId="156E7DB0" w14:textId="77777777" w:rsidR="00D33D1C" w:rsidRDefault="00D33D1C" w:rsidP="00D33D1C">
      <w:pPr>
        <w:pStyle w:val="NormalWeb"/>
        <w:rPr>
          <w:color w:val="000000"/>
        </w:rPr>
      </w:pPr>
      <w:r>
        <w:rPr>
          <w:color w:val="000000"/>
        </w:rPr>
        <w:t>The Mongrel tilted its head, as if in understanding. Its tail thumped once against the floor.</w:t>
      </w:r>
    </w:p>
    <w:p w14:paraId="4AD88D0C" w14:textId="77777777" w:rsidR="00D33D1C" w:rsidRDefault="00D33D1C" w:rsidP="00D33D1C">
      <w:pPr>
        <w:pStyle w:val="NormalWeb"/>
        <w:rPr>
          <w:color w:val="000000"/>
        </w:rPr>
      </w:pPr>
      <w:r>
        <w:rPr>
          <w:color w:val="000000"/>
        </w:rPr>
        <w:t>Baird’s eyes narrowed, gazing into the flames. “I will go. Let Barrus bring fire. Let Whey bring grain. Let all the Thrones sit together like hounds at a feast. We shall see whose bite is sharpest when the star falls.”</w:t>
      </w:r>
    </w:p>
    <w:p w14:paraId="5D19D8E0" w14:textId="1FCCF814" w:rsidR="00D33D1C" w:rsidRDefault="00D33D1C" w:rsidP="00D33D1C">
      <w:pPr>
        <w:pStyle w:val="Heading3"/>
        <w:rPr>
          <w:color w:val="000000"/>
        </w:rPr>
      </w:pPr>
      <w:r>
        <w:rPr>
          <w:color w:val="000000"/>
        </w:rPr>
        <w:t>The Lion King</w:t>
      </w:r>
    </w:p>
    <w:p w14:paraId="43A1F51F" w14:textId="77777777" w:rsidR="00D33D1C" w:rsidRDefault="00D33D1C" w:rsidP="00D33D1C">
      <w:pPr>
        <w:pStyle w:val="NormalWeb"/>
        <w:rPr>
          <w:color w:val="000000"/>
        </w:rPr>
      </w:pPr>
      <w:r>
        <w:rPr>
          <w:color w:val="000000"/>
        </w:rPr>
        <w:t>To the west, where stone spires clawed the sky and the winds howled like wolves through mountain passes, lay the realm of</w:t>
      </w:r>
      <w:r>
        <w:rPr>
          <w:rStyle w:val="apple-converted-space"/>
          <w:color w:val="000000"/>
        </w:rPr>
        <w:t> </w:t>
      </w:r>
      <w:r w:rsidRPr="00D33D1C">
        <w:rPr>
          <w:rStyle w:val="Strong"/>
          <w:b w:val="0"/>
          <w:bCs w:val="0"/>
          <w:color w:val="000000"/>
        </w:rPr>
        <w:t>Thaddeus the Lion King</w:t>
      </w:r>
      <w:r>
        <w:rPr>
          <w:color w:val="000000"/>
        </w:rPr>
        <w:t>. His throne was carved into the bones of the cliffs themselves, a seat surrounded not by courtiers but by cages of iron.</w:t>
      </w:r>
    </w:p>
    <w:p w14:paraId="374587BF" w14:textId="77777777" w:rsidR="00D33D1C" w:rsidRDefault="00D33D1C" w:rsidP="00D33D1C">
      <w:pPr>
        <w:pStyle w:val="NormalWeb"/>
        <w:rPr>
          <w:color w:val="000000"/>
        </w:rPr>
      </w:pPr>
      <w:r>
        <w:rPr>
          <w:color w:val="000000"/>
        </w:rPr>
        <w:t>For Thaddeus’s crown was shared with his beasts — the mountain lions that roamed his crags and valleys. He had raised them from cubs, trained them to leap at his signal, to bare their teeth when he spoke. Yet training was not obedience. His soldiers bore scars upon arms and faces, and too many graves lined the mountain slopes where men had died not by enemy blade but by the claws of their own king’s pride.</w:t>
      </w:r>
    </w:p>
    <w:p w14:paraId="017569EE" w14:textId="77777777" w:rsidR="00D33D1C" w:rsidRDefault="00D33D1C" w:rsidP="00D33D1C">
      <w:pPr>
        <w:pStyle w:val="NormalWeb"/>
        <w:rPr>
          <w:color w:val="000000"/>
        </w:rPr>
      </w:pPr>
      <w:r>
        <w:rPr>
          <w:color w:val="000000"/>
        </w:rPr>
        <w:t>Thaddeus was a tall man, broad-shouldered, his hair as wild as his lions’ manes. He wore no crown of gold but a circlet of bone, and his cloak was stitched from the pelts of beasts he had slain himself.</w:t>
      </w:r>
    </w:p>
    <w:p w14:paraId="5AF23510" w14:textId="2D1B776A" w:rsidR="00D33D1C" w:rsidRPr="00D33D1C" w:rsidRDefault="00D33D1C" w:rsidP="00D33D1C">
      <w:pPr>
        <w:pStyle w:val="NormalWeb"/>
        <w:rPr>
          <w:color w:val="000000"/>
        </w:rPr>
      </w:pPr>
      <w:r>
        <w:rPr>
          <w:color w:val="000000"/>
        </w:rPr>
        <w:t>It was to this savage court that the citadel’s messenger was brought, scroll held high, as the lions prowled behind their bars, their yellow eyes unblinking.</w:t>
      </w:r>
    </w:p>
    <w:p w14:paraId="18EA89B8" w14:textId="77777777" w:rsidR="00D33D1C" w:rsidRDefault="00D33D1C" w:rsidP="00D33D1C">
      <w:pPr>
        <w:pStyle w:val="NormalWeb"/>
        <w:rPr>
          <w:color w:val="000000"/>
        </w:rPr>
      </w:pPr>
      <w:r>
        <w:rPr>
          <w:color w:val="000000"/>
        </w:rPr>
        <w:t>Thaddeus tore the seal with a growl of his own. His eyes ran across the words, and his lips curved into a humorless smile.</w:t>
      </w:r>
    </w:p>
    <w:p w14:paraId="78B228B0" w14:textId="77777777" w:rsidR="00D33D1C" w:rsidRDefault="00D33D1C" w:rsidP="00D33D1C">
      <w:pPr>
        <w:pStyle w:val="NormalWeb"/>
        <w:rPr>
          <w:color w:val="000000"/>
        </w:rPr>
      </w:pPr>
      <w:r>
        <w:rPr>
          <w:color w:val="000000"/>
        </w:rPr>
        <w:t>“The citadel summons me,” he said, his voice echoing off the stone. “They call the Lion to sit among dragons and wolves, as though I were a tame cat to be stroked.”</w:t>
      </w:r>
    </w:p>
    <w:p w14:paraId="65CFE7C3" w14:textId="77777777" w:rsidR="00D33D1C" w:rsidRDefault="00D33D1C" w:rsidP="00D33D1C">
      <w:pPr>
        <w:pStyle w:val="NormalWeb"/>
        <w:rPr>
          <w:color w:val="000000"/>
        </w:rPr>
      </w:pPr>
      <w:r>
        <w:rPr>
          <w:color w:val="000000"/>
        </w:rPr>
        <w:t>From the shadows, a man stepped forward — tall and lean, his robe stitched with strange patterns of fur. This was</w:t>
      </w:r>
      <w:r>
        <w:rPr>
          <w:rStyle w:val="apple-converted-space"/>
          <w:color w:val="000000"/>
        </w:rPr>
        <w:t> </w:t>
      </w:r>
      <w:r w:rsidRPr="00D33D1C">
        <w:rPr>
          <w:rStyle w:val="Strong"/>
          <w:b w:val="0"/>
          <w:bCs w:val="0"/>
          <w:color w:val="000000"/>
        </w:rPr>
        <w:t>Doctor Quill Dance</w:t>
      </w:r>
      <w:r>
        <w:rPr>
          <w:color w:val="000000"/>
        </w:rPr>
        <w:t>, the Doctor of Skins and Pelts, whose art lay not in healing but in preservation, in knowing the ways of hides, furs, and the beasts who bore them. His hands were marked with cuts and dyes, his eyes sharp as needles.</w:t>
      </w:r>
    </w:p>
    <w:p w14:paraId="35C7534A" w14:textId="0C11A6E7" w:rsidR="00D33D1C" w:rsidRPr="00D33D1C" w:rsidRDefault="00D33D1C" w:rsidP="00D33D1C">
      <w:pPr>
        <w:pStyle w:val="NormalWeb"/>
        <w:rPr>
          <w:color w:val="000000"/>
        </w:rPr>
      </w:pPr>
      <w:r>
        <w:rPr>
          <w:color w:val="000000"/>
        </w:rPr>
        <w:lastRenderedPageBreak/>
        <w:t xml:space="preserve">“The citadel dares much,” Quill Dance murmured. “They summon </w:t>
      </w:r>
      <w:proofErr w:type="gramStart"/>
      <w:r>
        <w:rPr>
          <w:color w:val="000000"/>
        </w:rPr>
        <w:t>lions, but</w:t>
      </w:r>
      <w:proofErr w:type="gramEnd"/>
      <w:r>
        <w:rPr>
          <w:color w:val="000000"/>
        </w:rPr>
        <w:t xml:space="preserve"> demand they leave their claws behind. Will you obey, my king?”</w:t>
      </w:r>
    </w:p>
    <w:p w14:paraId="3AD31B3E" w14:textId="77777777" w:rsidR="00D33D1C" w:rsidRDefault="00D33D1C" w:rsidP="00D33D1C">
      <w:pPr>
        <w:pStyle w:val="NormalWeb"/>
        <w:rPr>
          <w:color w:val="000000"/>
        </w:rPr>
      </w:pPr>
      <w:r>
        <w:rPr>
          <w:color w:val="000000"/>
        </w:rPr>
        <w:t>One of Thaddeus’s captains spoke, a scar still raw across his cheek. “The citadel is no place for our pride. Better to remain in the mountains. The star will burn the lowlands before it touches us.”</w:t>
      </w:r>
    </w:p>
    <w:p w14:paraId="4FC8FFCD" w14:textId="77777777" w:rsidR="00D33D1C" w:rsidRDefault="00D33D1C" w:rsidP="00D33D1C">
      <w:pPr>
        <w:pStyle w:val="NormalWeb"/>
        <w:rPr>
          <w:color w:val="000000"/>
        </w:rPr>
      </w:pPr>
      <w:r>
        <w:rPr>
          <w:color w:val="000000"/>
        </w:rPr>
        <w:t>Another captain shook his head. “But if Barrus comes with dragons, and we stay in silence, then the other Thrones will fall under his fire. Better to be present, even if only to show we are not cowards.”</w:t>
      </w:r>
    </w:p>
    <w:p w14:paraId="6D0A32FD" w14:textId="77777777" w:rsidR="00D33D1C" w:rsidRDefault="00D33D1C" w:rsidP="00D33D1C">
      <w:pPr>
        <w:pStyle w:val="NormalWeb"/>
        <w:rPr>
          <w:color w:val="000000"/>
        </w:rPr>
      </w:pPr>
      <w:r>
        <w:rPr>
          <w:color w:val="000000"/>
        </w:rPr>
        <w:t>Thaddeus laughed, though there was little mirth in it. “Cowards? My lions have slain more men than Barrus’s dragons have ever burned. The citadel fears me more than they fear the star. That is why they summon me — not for counsel, but to keep me caged in their hall.”</w:t>
      </w:r>
    </w:p>
    <w:p w14:paraId="3B52F3BE" w14:textId="77777777" w:rsidR="00D33D1C" w:rsidRDefault="00D33D1C" w:rsidP="00D33D1C">
      <w:pPr>
        <w:pStyle w:val="NormalWeb"/>
        <w:rPr>
          <w:color w:val="000000"/>
        </w:rPr>
      </w:pPr>
      <w:r>
        <w:rPr>
          <w:color w:val="000000"/>
        </w:rPr>
        <w:t>Quill Dance’s voice cut through the murmurs. “Perhaps, my king. But a caged lion still bares teeth. If you are absent, the citadel will whisper that the Lion fears the sky. If you are present, even with one beast at your side, they will tremble at your growl.”</w:t>
      </w:r>
    </w:p>
    <w:p w14:paraId="785DA626" w14:textId="77777777" w:rsidR="00D33D1C" w:rsidRDefault="00D33D1C" w:rsidP="00D33D1C">
      <w:pPr>
        <w:pStyle w:val="NormalWeb"/>
        <w:rPr>
          <w:color w:val="000000"/>
        </w:rPr>
      </w:pPr>
      <w:r>
        <w:rPr>
          <w:color w:val="000000"/>
        </w:rPr>
        <w:t>Thaddeus turned to one of the cages. A great lion pressed its muzzle against the bars, rumbling deep in its chest. The king reached through, stroking the beast’s mane with calloused fingers.</w:t>
      </w:r>
    </w:p>
    <w:p w14:paraId="3BBBEFC0" w14:textId="77777777" w:rsidR="00D33D1C" w:rsidRDefault="00D33D1C" w:rsidP="00D33D1C">
      <w:pPr>
        <w:pStyle w:val="NormalWeb"/>
        <w:rPr>
          <w:color w:val="000000"/>
        </w:rPr>
      </w:pPr>
      <w:r>
        <w:rPr>
          <w:color w:val="000000"/>
        </w:rPr>
        <w:t>“I will go,” he said at last. “And I will bring one of my children with me. Let the citadel see what it means to call the Lion to council. Let Barrus see that dragons are not the only beasts with claws.”</w:t>
      </w:r>
    </w:p>
    <w:p w14:paraId="2ED0CFA4" w14:textId="6456F3C6" w:rsidR="00D33D1C" w:rsidRPr="00D33D1C" w:rsidRDefault="00D33D1C" w:rsidP="00D33D1C">
      <w:pPr>
        <w:pStyle w:val="NormalWeb"/>
        <w:rPr>
          <w:color w:val="000000"/>
        </w:rPr>
      </w:pPr>
      <w:r>
        <w:rPr>
          <w:color w:val="000000"/>
        </w:rPr>
        <w:t>The lion roared, and the sound shook the mountain hall. The messenger paled, clutching the scroll as though it could shield him.</w:t>
      </w:r>
    </w:p>
    <w:p w14:paraId="1BBA8F43" w14:textId="77777777" w:rsidR="00D33D1C" w:rsidRDefault="00D33D1C" w:rsidP="00D33D1C">
      <w:pPr>
        <w:pStyle w:val="NormalWeb"/>
        <w:rPr>
          <w:color w:val="000000"/>
        </w:rPr>
      </w:pPr>
      <w:r>
        <w:rPr>
          <w:color w:val="000000"/>
        </w:rPr>
        <w:t>As the court dispersed, Quill Dance approached the king in private. His voice was low, almost reverent. “Remember, my lord, lions do not always obey. Even your hand cannot hold their rage forever.”</w:t>
      </w:r>
    </w:p>
    <w:p w14:paraId="5F16B828" w14:textId="77777777" w:rsidR="00D33D1C" w:rsidRDefault="00D33D1C" w:rsidP="00D33D1C">
      <w:pPr>
        <w:pStyle w:val="NormalWeb"/>
        <w:rPr>
          <w:color w:val="000000"/>
        </w:rPr>
      </w:pPr>
      <w:r>
        <w:rPr>
          <w:color w:val="000000"/>
        </w:rPr>
        <w:t>Thaddeus’s smile was sharp as fangs. “Then let them see. The citadel would summon wildness into its tame halls. Let them choke on it.”</w:t>
      </w:r>
    </w:p>
    <w:p w14:paraId="05A3C6ED" w14:textId="77777777" w:rsidR="00D33D1C" w:rsidRDefault="00D33D1C" w:rsidP="00D33D1C">
      <w:pPr>
        <w:pStyle w:val="NormalWeb"/>
        <w:rPr>
          <w:color w:val="000000"/>
        </w:rPr>
      </w:pPr>
      <w:r>
        <w:rPr>
          <w:color w:val="000000"/>
        </w:rPr>
        <w:t>The lion roared again, and in its voice echoed the promise of blood.</w:t>
      </w:r>
    </w:p>
    <w:p w14:paraId="49851EDE" w14:textId="3ECBD502" w:rsidR="00D33D1C" w:rsidRDefault="00D33D1C" w:rsidP="00D33D1C">
      <w:pPr>
        <w:pStyle w:val="Heading3"/>
        <w:rPr>
          <w:color w:val="000000"/>
        </w:rPr>
      </w:pPr>
      <w:r>
        <w:rPr>
          <w:color w:val="000000"/>
        </w:rPr>
        <w:t>T</w:t>
      </w:r>
      <w:r>
        <w:rPr>
          <w:color w:val="000000"/>
        </w:rPr>
        <w:t>he Minor King</w:t>
      </w:r>
    </w:p>
    <w:p w14:paraId="12FE17AC" w14:textId="77777777" w:rsidR="00D33D1C" w:rsidRDefault="00D33D1C" w:rsidP="00D33D1C">
      <w:pPr>
        <w:pStyle w:val="NormalWeb"/>
        <w:rPr>
          <w:color w:val="000000"/>
        </w:rPr>
      </w:pPr>
      <w:r>
        <w:rPr>
          <w:color w:val="000000"/>
        </w:rPr>
        <w:t>Far beneath the ridges of the central mountains lay the mines of</w:t>
      </w:r>
      <w:r>
        <w:rPr>
          <w:rStyle w:val="apple-converted-space"/>
          <w:color w:val="000000"/>
        </w:rPr>
        <w:t> </w:t>
      </w:r>
      <w:r w:rsidRPr="00D33D1C">
        <w:rPr>
          <w:rStyle w:val="Strong"/>
          <w:b w:val="0"/>
          <w:bCs w:val="0"/>
          <w:color w:val="000000"/>
        </w:rPr>
        <w:t>Danel “Digger” Darns</w:t>
      </w:r>
      <w:r>
        <w:rPr>
          <w:color w:val="000000"/>
        </w:rPr>
        <w:t xml:space="preserve">, King of the Minors. His hall was no soaring keep of stone </w:t>
      </w:r>
      <w:proofErr w:type="gramStart"/>
      <w:r>
        <w:rPr>
          <w:color w:val="000000"/>
        </w:rPr>
        <w:t>towers</w:t>
      </w:r>
      <w:proofErr w:type="gramEnd"/>
      <w:r>
        <w:rPr>
          <w:color w:val="000000"/>
        </w:rPr>
        <w:t xml:space="preserve"> but a fortress carved into the living rock, its walls glimmering faintly with veins of ore. The air smelled of coal </w:t>
      </w:r>
      <w:r>
        <w:rPr>
          <w:color w:val="000000"/>
        </w:rPr>
        <w:lastRenderedPageBreak/>
        <w:t>smoke and molten iron, and the steady ring of hammers was the heartbeat of his kingdom.</w:t>
      </w:r>
    </w:p>
    <w:p w14:paraId="38DEDFFA" w14:textId="77777777" w:rsidR="00D33D1C" w:rsidRDefault="00D33D1C" w:rsidP="00D33D1C">
      <w:pPr>
        <w:pStyle w:val="NormalWeb"/>
        <w:rPr>
          <w:color w:val="000000"/>
        </w:rPr>
      </w:pPr>
      <w:r>
        <w:rPr>
          <w:color w:val="000000"/>
        </w:rPr>
        <w:t>The Minors were not tall. Their growth, stunted by generations in darkness and dust, left them half the height of the other peoples. Yet what they lacked in stature they gained in sinew and grit. Every muscle was tempered by the weight of pickaxe and hammer, every callous earned in service of the forges.</w:t>
      </w:r>
    </w:p>
    <w:p w14:paraId="7C7BA235" w14:textId="6BE952B8" w:rsidR="00D33D1C" w:rsidRPr="00D33D1C" w:rsidRDefault="00D33D1C" w:rsidP="00D33D1C">
      <w:pPr>
        <w:pStyle w:val="NormalWeb"/>
        <w:rPr>
          <w:color w:val="000000"/>
        </w:rPr>
      </w:pPr>
      <w:r>
        <w:rPr>
          <w:color w:val="000000"/>
        </w:rPr>
        <w:t>The weapons of kings and generals alike had passed through these tunnels. The iron-shod spears of Baird’s hounds, the steel cages for Thaddeus’s lions, even the rivets of Barrus’s dragon-chains — all bore the mark of the Minors’ forges. Small their numbers might be, but their reach was vast, for every crown rested in some way upon their steel.</w:t>
      </w:r>
    </w:p>
    <w:p w14:paraId="2E0AD0C7" w14:textId="77777777" w:rsidR="00D33D1C" w:rsidRDefault="00D33D1C" w:rsidP="00D33D1C">
      <w:pPr>
        <w:pStyle w:val="NormalWeb"/>
        <w:rPr>
          <w:color w:val="000000"/>
        </w:rPr>
      </w:pPr>
      <w:r>
        <w:rPr>
          <w:color w:val="000000"/>
        </w:rPr>
        <w:t>The citadel’s messenger descended into the mountain keep, flanked by guards who carried lanterns to cut the thick gloom. When the scroll was presented, King Danel Darns received it at his long iron table, his legs dangling above the stone floor, his great beard braided with copper rings. His black eyes glittered beneath heavy brows as he read.</w:t>
      </w:r>
    </w:p>
    <w:p w14:paraId="6FF82FFE" w14:textId="77777777" w:rsidR="00D33D1C" w:rsidRDefault="00D33D1C" w:rsidP="00D33D1C">
      <w:pPr>
        <w:pStyle w:val="NormalWeb"/>
        <w:rPr>
          <w:color w:val="000000"/>
        </w:rPr>
      </w:pPr>
      <w:r>
        <w:rPr>
          <w:color w:val="000000"/>
        </w:rPr>
        <w:t xml:space="preserve">“They call me to the citadel,” he grunted. “They summon every throne to sit in their shadow. Hah! </w:t>
      </w:r>
      <w:proofErr w:type="gramStart"/>
      <w:r>
        <w:rPr>
          <w:color w:val="000000"/>
        </w:rPr>
        <w:t>So</w:t>
      </w:r>
      <w:proofErr w:type="gramEnd"/>
      <w:r>
        <w:rPr>
          <w:color w:val="000000"/>
        </w:rPr>
        <w:t xml:space="preserve"> the Doctors grow fearful of the sky.”</w:t>
      </w:r>
    </w:p>
    <w:p w14:paraId="1F560AFA" w14:textId="77777777" w:rsidR="00D33D1C" w:rsidRDefault="00D33D1C" w:rsidP="00D33D1C">
      <w:pPr>
        <w:pStyle w:val="NormalWeb"/>
        <w:rPr>
          <w:color w:val="000000"/>
        </w:rPr>
      </w:pPr>
      <w:r>
        <w:rPr>
          <w:color w:val="000000"/>
        </w:rPr>
        <w:t>At his side sat</w:t>
      </w:r>
      <w:r>
        <w:rPr>
          <w:rStyle w:val="apple-converted-space"/>
          <w:color w:val="000000"/>
        </w:rPr>
        <w:t> </w:t>
      </w:r>
      <w:r w:rsidRPr="00D33D1C">
        <w:rPr>
          <w:rStyle w:val="Strong"/>
          <w:b w:val="0"/>
          <w:bCs w:val="0"/>
          <w:color w:val="000000"/>
        </w:rPr>
        <w:t>Queen Alba</w:t>
      </w:r>
      <w:r>
        <w:rPr>
          <w:color w:val="000000"/>
        </w:rPr>
        <w:t>, stout and sharp-tongued, her hair silvered by soot. She peered over his shoulder at the parchment. “If the heavens fall, it will crush us all the same, Danel. Even the deepest tunnel cannot keep out fire from the sky.”</w:t>
      </w:r>
    </w:p>
    <w:p w14:paraId="7DA6CAAD" w14:textId="10AB6C74" w:rsidR="00D33D1C" w:rsidRPr="00D33D1C" w:rsidRDefault="00D33D1C" w:rsidP="00D33D1C">
      <w:pPr>
        <w:pStyle w:val="NormalWeb"/>
        <w:rPr>
          <w:color w:val="000000"/>
        </w:rPr>
      </w:pPr>
      <w:r>
        <w:rPr>
          <w:color w:val="000000"/>
        </w:rPr>
        <w:t>Danel frowned, stroking his beard. “Perhaps. But I do not like to leave my walls. These veins are the marrow of the realms. Without them, every crown is naked. If I sit in the citadel’s hall, who guards my forges? Who guards my miners?”</w:t>
      </w:r>
    </w:p>
    <w:p w14:paraId="02BA41A4" w14:textId="77777777" w:rsidR="00D33D1C" w:rsidRDefault="00D33D1C" w:rsidP="00D33D1C">
      <w:pPr>
        <w:pStyle w:val="NormalWeb"/>
        <w:rPr>
          <w:color w:val="000000"/>
        </w:rPr>
      </w:pPr>
      <w:r>
        <w:rPr>
          <w:color w:val="000000"/>
        </w:rPr>
        <w:t>From across the table,</w:t>
      </w:r>
      <w:r>
        <w:rPr>
          <w:rStyle w:val="apple-converted-space"/>
          <w:color w:val="000000"/>
        </w:rPr>
        <w:t> </w:t>
      </w:r>
      <w:r w:rsidRPr="00D33D1C">
        <w:rPr>
          <w:rStyle w:val="Strong"/>
          <w:b w:val="0"/>
          <w:bCs w:val="0"/>
          <w:color w:val="000000"/>
        </w:rPr>
        <w:t>Doctor Griffon Bax</w:t>
      </w:r>
      <w:r>
        <w:rPr>
          <w:color w:val="000000"/>
        </w:rPr>
        <w:t>, the Doctor of Metals, cleared his throat. Unlike the stunted Minors, Bax was of normal height — a tall, lean man with ink-stained hands and spectacles perched upon his nose. He was an outsider who had long ago bound himself to Danel’s service, for no other kingdom rivaled the Minors in ore.</w:t>
      </w:r>
    </w:p>
    <w:p w14:paraId="66EDF18F" w14:textId="6BDA3EE5" w:rsidR="00D33D1C" w:rsidRDefault="00D33D1C" w:rsidP="00D33D1C">
      <w:pPr>
        <w:pStyle w:val="NormalWeb"/>
        <w:rPr>
          <w:color w:val="000000"/>
        </w:rPr>
      </w:pPr>
      <w:r>
        <w:rPr>
          <w:color w:val="000000"/>
        </w:rPr>
        <w:t>“The citadel’s summons is no request,” Bax said gravely. “It is an order cloaked in ritual. To ignore it would be folly. If the star truly bears fire enough to scour the fields, even your forges will not stand. You must go, my king. The citadel will speak of doom, and the realms will demand answers. Better you are there to hear them — and to remind them that no sword or chain exists without your mines.”</w:t>
      </w:r>
    </w:p>
    <w:p w14:paraId="5158F48F" w14:textId="77777777" w:rsidR="00D33D1C" w:rsidRDefault="00D33D1C" w:rsidP="00D33D1C">
      <w:pPr>
        <w:pStyle w:val="NormalWeb"/>
        <w:rPr>
          <w:color w:val="000000"/>
        </w:rPr>
      </w:pPr>
      <w:r>
        <w:rPr>
          <w:color w:val="000000"/>
        </w:rPr>
        <w:t>At that,</w:t>
      </w:r>
      <w:r>
        <w:rPr>
          <w:rStyle w:val="apple-converted-space"/>
          <w:color w:val="000000"/>
        </w:rPr>
        <w:t> </w:t>
      </w:r>
      <w:proofErr w:type="spellStart"/>
      <w:r w:rsidRPr="00D33D1C">
        <w:rPr>
          <w:rStyle w:val="Strong"/>
          <w:b w:val="0"/>
          <w:bCs w:val="0"/>
          <w:color w:val="000000"/>
        </w:rPr>
        <w:t>Clancer</w:t>
      </w:r>
      <w:proofErr w:type="spellEnd"/>
      <w:r w:rsidRPr="00D33D1C">
        <w:rPr>
          <w:rStyle w:val="Strong"/>
          <w:b w:val="0"/>
          <w:bCs w:val="0"/>
          <w:color w:val="000000"/>
        </w:rPr>
        <w:t xml:space="preserve"> Minow</w:t>
      </w:r>
      <w:r>
        <w:rPr>
          <w:color w:val="000000"/>
        </w:rPr>
        <w:t xml:space="preserve">, captain of the Minor armies, slammed a fist upon the table. A burly figure even by his people’s standards, his face was marred with scars and </w:t>
      </w:r>
      <w:proofErr w:type="gramStart"/>
      <w:r>
        <w:rPr>
          <w:color w:val="000000"/>
        </w:rPr>
        <w:t>coal-dust</w:t>
      </w:r>
      <w:proofErr w:type="gramEnd"/>
      <w:r>
        <w:rPr>
          <w:color w:val="000000"/>
        </w:rPr>
        <w:t xml:space="preserve"> that no soap could cleanse.</w:t>
      </w:r>
    </w:p>
    <w:p w14:paraId="5CAAE438" w14:textId="77777777" w:rsidR="00D33D1C" w:rsidRDefault="00D33D1C" w:rsidP="00D33D1C">
      <w:pPr>
        <w:pStyle w:val="NormalWeb"/>
        <w:rPr>
          <w:color w:val="000000"/>
        </w:rPr>
      </w:pPr>
      <w:r>
        <w:rPr>
          <w:color w:val="000000"/>
        </w:rPr>
        <w:t xml:space="preserve">“My king,” </w:t>
      </w:r>
      <w:proofErr w:type="spellStart"/>
      <w:r>
        <w:rPr>
          <w:color w:val="000000"/>
        </w:rPr>
        <w:t>Clancer</w:t>
      </w:r>
      <w:proofErr w:type="spellEnd"/>
      <w:r>
        <w:rPr>
          <w:color w:val="000000"/>
        </w:rPr>
        <w:t xml:space="preserve"> rumbled, “we are few, but we are not weak. If you must go, I will march with you, and every soldier will follow. The citadel demands no armies, but we </w:t>
      </w:r>
      <w:r>
        <w:rPr>
          <w:color w:val="000000"/>
        </w:rPr>
        <w:lastRenderedPageBreak/>
        <w:t>will guard your steps with steel. Let the other thrones see that the Minors do not quake in tunnels.”</w:t>
      </w:r>
    </w:p>
    <w:p w14:paraId="2302231E" w14:textId="77777777" w:rsidR="00D33D1C" w:rsidRDefault="00D33D1C" w:rsidP="00D33D1C">
      <w:pPr>
        <w:pStyle w:val="NormalWeb"/>
        <w:rPr>
          <w:color w:val="000000"/>
        </w:rPr>
      </w:pPr>
      <w:r>
        <w:rPr>
          <w:color w:val="000000"/>
        </w:rPr>
        <w:t xml:space="preserve">Danel grinned at that, his teeth flashing in the firelight. “Spoken like a true hammer, </w:t>
      </w:r>
      <w:proofErr w:type="spellStart"/>
      <w:r>
        <w:rPr>
          <w:color w:val="000000"/>
        </w:rPr>
        <w:t>Clancer</w:t>
      </w:r>
      <w:proofErr w:type="spellEnd"/>
      <w:r>
        <w:rPr>
          <w:color w:val="000000"/>
        </w:rPr>
        <w:t>. Strike hard, strike loud, and let the sparks fall where they may.”</w:t>
      </w:r>
    </w:p>
    <w:p w14:paraId="3D881C58" w14:textId="3AECD6B7" w:rsidR="00D33D1C" w:rsidRPr="00D33D1C" w:rsidRDefault="00D33D1C" w:rsidP="00D33D1C">
      <w:pPr>
        <w:pStyle w:val="NormalWeb"/>
        <w:rPr>
          <w:color w:val="000000"/>
        </w:rPr>
      </w:pPr>
      <w:r>
        <w:rPr>
          <w:color w:val="000000"/>
        </w:rPr>
        <w:t>Alba scowled, though fondly. “Just do not strike too loud, or the mountain itself may answer. And if you go, Danel, remember — kings may covet your ore more than they fear the star. Keep your tongue sharp, for sharper than swords are the bargains struck in the citadel’s halls.”</w:t>
      </w:r>
    </w:p>
    <w:p w14:paraId="29B43177" w14:textId="77777777" w:rsidR="00D33D1C" w:rsidRDefault="00D33D1C" w:rsidP="00D33D1C">
      <w:pPr>
        <w:pStyle w:val="NormalWeb"/>
        <w:rPr>
          <w:color w:val="000000"/>
        </w:rPr>
      </w:pPr>
      <w:r>
        <w:rPr>
          <w:color w:val="000000"/>
        </w:rPr>
        <w:t xml:space="preserve">King Danel Darns rose from his seat, short in stature but heavy with presence. He lifted the citadel’s scroll in one hand, the copper rings in his beard glinting in the </w:t>
      </w:r>
      <w:proofErr w:type="gramStart"/>
      <w:r>
        <w:rPr>
          <w:color w:val="000000"/>
        </w:rPr>
        <w:t>forge-light</w:t>
      </w:r>
      <w:proofErr w:type="gramEnd"/>
      <w:r>
        <w:rPr>
          <w:color w:val="000000"/>
        </w:rPr>
        <w:t>.</w:t>
      </w:r>
    </w:p>
    <w:p w14:paraId="00DA5F60" w14:textId="77777777" w:rsidR="00D33D1C" w:rsidRDefault="00D33D1C" w:rsidP="00D33D1C">
      <w:pPr>
        <w:pStyle w:val="NormalWeb"/>
        <w:rPr>
          <w:color w:val="000000"/>
        </w:rPr>
      </w:pPr>
      <w:r>
        <w:rPr>
          <w:color w:val="000000"/>
        </w:rPr>
        <w:t>“Then it is decided,” he declared. “The Lion may bring his beasts, the Hound his mongrels, the Dragon his fire. I will bring what they all need most — iron and steel. Let the citadel remember that crowns and swords alike rest upon my people’s toil. And let the Thrones remember that the Minors may be small, but we hold the weight of mountains in our hands.”</w:t>
      </w:r>
    </w:p>
    <w:p w14:paraId="5489A1BE" w14:textId="77777777" w:rsidR="00D33D1C" w:rsidRDefault="00D33D1C" w:rsidP="00D33D1C">
      <w:pPr>
        <w:pStyle w:val="NormalWeb"/>
        <w:rPr>
          <w:color w:val="000000"/>
        </w:rPr>
      </w:pPr>
      <w:r>
        <w:rPr>
          <w:color w:val="000000"/>
        </w:rPr>
        <w:t>Fires roared in the forges, echoing his words like thunder through the stone halls.</w:t>
      </w:r>
    </w:p>
    <w:p w14:paraId="10FB4D04" w14:textId="53954058" w:rsidR="00D33D1C" w:rsidRDefault="00D33D1C" w:rsidP="00D33D1C">
      <w:pPr>
        <w:pStyle w:val="Heading3"/>
        <w:rPr>
          <w:color w:val="000000"/>
        </w:rPr>
      </w:pPr>
      <w:r>
        <w:rPr>
          <w:color w:val="000000"/>
        </w:rPr>
        <w:t>T</w:t>
      </w:r>
      <w:r>
        <w:rPr>
          <w:color w:val="000000"/>
        </w:rPr>
        <w:t>he Sea King</w:t>
      </w:r>
    </w:p>
    <w:p w14:paraId="13C65657" w14:textId="77777777" w:rsidR="00D33D1C" w:rsidRDefault="00D33D1C" w:rsidP="00D33D1C">
      <w:pPr>
        <w:pStyle w:val="NormalWeb"/>
        <w:rPr>
          <w:color w:val="000000"/>
        </w:rPr>
      </w:pPr>
      <w:r>
        <w:rPr>
          <w:color w:val="000000"/>
        </w:rPr>
        <w:t>Far to the south, where the waters shimmered warm and endless, lay the island throne of</w:t>
      </w:r>
      <w:r>
        <w:rPr>
          <w:rStyle w:val="apple-converted-space"/>
          <w:color w:val="000000"/>
        </w:rPr>
        <w:t> </w:t>
      </w:r>
      <w:r w:rsidRPr="00D33D1C">
        <w:rPr>
          <w:rStyle w:val="Strong"/>
          <w:b w:val="0"/>
          <w:bCs w:val="0"/>
          <w:color w:val="000000"/>
        </w:rPr>
        <w:t>King Wester</w:t>
      </w:r>
      <w:r>
        <w:rPr>
          <w:color w:val="000000"/>
        </w:rPr>
        <w:t>, Lord of the Seas. His land was small, little more than rocky hills and harbors. Yet his power stretched farther than any army, for his ships threaded the veins of the continent like blood through a body.</w:t>
      </w:r>
    </w:p>
    <w:p w14:paraId="3AEB10D0" w14:textId="77777777" w:rsidR="00D33D1C" w:rsidRDefault="00D33D1C" w:rsidP="00D33D1C">
      <w:pPr>
        <w:pStyle w:val="NormalWeb"/>
        <w:rPr>
          <w:color w:val="000000"/>
        </w:rPr>
      </w:pPr>
      <w:r>
        <w:rPr>
          <w:color w:val="000000"/>
        </w:rPr>
        <w:t>Every net of fish drawn from the sea, every barrel of salt, every cargo of grain crossing between coasts — all paid tribute to him. To defy Wester was to risk hunger, isolation, and ruin. For though his vessels were fishing boats in name, each was built with hidden steel, its hull braced for war.</w:t>
      </w:r>
    </w:p>
    <w:p w14:paraId="3BAE65D0" w14:textId="58B169CB" w:rsidR="00D33D1C" w:rsidRPr="00D33D1C" w:rsidRDefault="00D33D1C" w:rsidP="00D33D1C">
      <w:pPr>
        <w:pStyle w:val="NormalWeb"/>
        <w:rPr>
          <w:color w:val="000000"/>
        </w:rPr>
      </w:pPr>
      <w:r>
        <w:rPr>
          <w:color w:val="000000"/>
        </w:rPr>
        <w:t xml:space="preserve">His palace overlooked the great harbor of </w:t>
      </w:r>
      <w:proofErr w:type="spellStart"/>
      <w:r>
        <w:rPr>
          <w:color w:val="000000"/>
        </w:rPr>
        <w:t>Serevar</w:t>
      </w:r>
      <w:proofErr w:type="spellEnd"/>
      <w:r>
        <w:rPr>
          <w:color w:val="000000"/>
        </w:rPr>
        <w:t>, where hundreds of sails rocked upon the tide. Flags of tribute fluttered from masts — crimson, gold, and green — proof of the mainland’s dependency.</w:t>
      </w:r>
    </w:p>
    <w:p w14:paraId="2C84B6DA" w14:textId="77777777" w:rsidR="00D33D1C" w:rsidRDefault="00D33D1C" w:rsidP="00D33D1C">
      <w:pPr>
        <w:pStyle w:val="NormalWeb"/>
        <w:rPr>
          <w:color w:val="000000"/>
        </w:rPr>
      </w:pPr>
      <w:r>
        <w:rPr>
          <w:color w:val="000000"/>
        </w:rPr>
        <w:t>When the citadel’s messenger arrived by ship, he was led into the salt-stained throne hall. Nets hung from the rafters, seashells glittered in mosaics on the floor, and the smell of brine clung to every stone.</w:t>
      </w:r>
    </w:p>
    <w:p w14:paraId="7A679E50" w14:textId="724F7980" w:rsidR="00D33D1C" w:rsidRDefault="00D33D1C" w:rsidP="00D33D1C">
      <w:pPr>
        <w:pStyle w:val="NormalWeb"/>
        <w:rPr>
          <w:color w:val="000000"/>
        </w:rPr>
      </w:pPr>
      <w:r>
        <w:rPr>
          <w:color w:val="000000"/>
        </w:rPr>
        <w:t xml:space="preserve">Wester sat upon a throne carved from the ribs of a whale, a weathered man with hair white as </w:t>
      </w:r>
      <w:proofErr w:type="gramStart"/>
      <w:r>
        <w:rPr>
          <w:color w:val="000000"/>
        </w:rPr>
        <w:t>sea-foam</w:t>
      </w:r>
      <w:proofErr w:type="gramEnd"/>
      <w:r>
        <w:rPr>
          <w:color w:val="000000"/>
        </w:rPr>
        <w:t xml:space="preserve"> and eyes the color of </w:t>
      </w:r>
      <w:r>
        <w:rPr>
          <w:color w:val="000000"/>
        </w:rPr>
        <w:t>storm clouds</w:t>
      </w:r>
      <w:r>
        <w:rPr>
          <w:color w:val="000000"/>
        </w:rPr>
        <w:t>. His queen was long gone to the deep, but beside him stood his daughter</w:t>
      </w:r>
      <w:r>
        <w:rPr>
          <w:rStyle w:val="apple-converted-space"/>
          <w:color w:val="000000"/>
        </w:rPr>
        <w:t> </w:t>
      </w:r>
      <w:proofErr w:type="spellStart"/>
      <w:r w:rsidRPr="00D33D1C">
        <w:rPr>
          <w:rStyle w:val="Strong"/>
          <w:b w:val="0"/>
          <w:bCs w:val="0"/>
          <w:color w:val="000000"/>
        </w:rPr>
        <w:t>Westrex</w:t>
      </w:r>
      <w:proofErr w:type="spellEnd"/>
      <w:r>
        <w:rPr>
          <w:color w:val="000000"/>
        </w:rPr>
        <w:t xml:space="preserve">, tall and proud, her hair bound in </w:t>
      </w:r>
      <w:r>
        <w:rPr>
          <w:color w:val="000000"/>
        </w:rPr>
        <w:lastRenderedPageBreak/>
        <w:t>sailor’s braids, her hand resting upon the hilt of a cutlass. Today she wore the sash of coming-of-age, for she had reached the year when she might captain her own vessel.</w:t>
      </w:r>
    </w:p>
    <w:p w14:paraId="2E3895F3" w14:textId="68BB63FB" w:rsidR="00D33D1C" w:rsidRPr="00D33D1C" w:rsidRDefault="00D33D1C" w:rsidP="00D33D1C">
      <w:pPr>
        <w:pStyle w:val="NormalWeb"/>
        <w:rPr>
          <w:color w:val="000000"/>
        </w:rPr>
      </w:pPr>
      <w:r>
        <w:rPr>
          <w:color w:val="000000"/>
        </w:rPr>
        <w:t>The King broke the black seal and read in silence. His face hardened, though a glimmer of curiosity lit his eye. “The citadel summons me,” he said at last. “Seven hundred and fifty cycles since the last call, and now they would gather us like fishermen to a net.”</w:t>
      </w:r>
    </w:p>
    <w:p w14:paraId="4BDD518F" w14:textId="77777777" w:rsidR="00D33D1C" w:rsidRDefault="00D33D1C" w:rsidP="00D33D1C">
      <w:pPr>
        <w:pStyle w:val="NormalWeb"/>
        <w:rPr>
          <w:color w:val="000000"/>
        </w:rPr>
      </w:pPr>
      <w:r>
        <w:rPr>
          <w:color w:val="000000"/>
        </w:rPr>
        <w:t>At his right stood</w:t>
      </w:r>
      <w:r>
        <w:rPr>
          <w:rStyle w:val="apple-converted-space"/>
          <w:color w:val="000000"/>
        </w:rPr>
        <w:t> </w:t>
      </w:r>
      <w:r w:rsidRPr="00D33D1C">
        <w:rPr>
          <w:rStyle w:val="Strong"/>
          <w:b w:val="0"/>
          <w:bCs w:val="0"/>
          <w:color w:val="000000"/>
        </w:rPr>
        <w:t>Wayward Storm</w:t>
      </w:r>
      <w:r>
        <w:rPr>
          <w:color w:val="000000"/>
        </w:rPr>
        <w:t>, Commander of the Fleet, his skin burned dark by sun and his voice rough as crashing waves. “A trap, my king. They call you far from the waters where you rule, far from ships and tide. On land, you are but another crown among many.”</w:t>
      </w:r>
    </w:p>
    <w:p w14:paraId="048EC354" w14:textId="77777777" w:rsidR="00D33D1C" w:rsidRDefault="00D33D1C" w:rsidP="00D33D1C">
      <w:pPr>
        <w:pStyle w:val="NormalWeb"/>
        <w:rPr>
          <w:color w:val="000000"/>
        </w:rPr>
      </w:pPr>
      <w:r>
        <w:rPr>
          <w:color w:val="000000"/>
        </w:rPr>
        <w:t>Wester gave a low chuckle. “And yet none of them eat without me, Wayward. Let Barrus bring dragons, let Thaddeus bring lions — they cannot drink flame nor feast on claws. They need the sea, and the sea is mine.”</w:t>
      </w:r>
    </w:p>
    <w:p w14:paraId="73E821F6" w14:textId="77777777" w:rsidR="00D33D1C" w:rsidRDefault="00D33D1C" w:rsidP="00D33D1C">
      <w:pPr>
        <w:pStyle w:val="NormalWeb"/>
        <w:rPr>
          <w:color w:val="000000"/>
        </w:rPr>
      </w:pPr>
      <w:r>
        <w:rPr>
          <w:color w:val="000000"/>
        </w:rPr>
        <w:t>From the shadows,</w:t>
      </w:r>
      <w:r>
        <w:rPr>
          <w:rStyle w:val="apple-converted-space"/>
          <w:color w:val="000000"/>
        </w:rPr>
        <w:t> </w:t>
      </w:r>
      <w:r w:rsidRPr="00D33D1C">
        <w:rPr>
          <w:rStyle w:val="Strong"/>
          <w:b w:val="0"/>
          <w:bCs w:val="0"/>
          <w:color w:val="000000"/>
        </w:rPr>
        <w:t>Doctor Gavin</w:t>
      </w:r>
      <w:r>
        <w:rPr>
          <w:color w:val="000000"/>
        </w:rPr>
        <w:t>, the Doctor of Gills, stepped forward. His robe was dyed sea-green, adorned with scales that shimmered faintly when the light struck them. He was a strange man, forever smelling faintly of salt and kelp, but his mind was keen. “The star above does not heed tides, my king. Its fire will fall on land and sea alike. If the citadel warns of doom, then even the waters may burn. You must hear their truth.”</w:t>
      </w:r>
    </w:p>
    <w:p w14:paraId="2B6BE044" w14:textId="77777777" w:rsidR="00D33D1C" w:rsidRDefault="00D33D1C" w:rsidP="00D33D1C">
      <w:pPr>
        <w:pStyle w:val="NormalWeb"/>
        <w:rPr>
          <w:color w:val="000000"/>
        </w:rPr>
      </w:pPr>
      <w:r>
        <w:rPr>
          <w:color w:val="000000"/>
        </w:rPr>
        <w:t xml:space="preserve">Wester tapped the scroll against his knee. His gaze drifted to </w:t>
      </w:r>
      <w:proofErr w:type="spellStart"/>
      <w:r>
        <w:rPr>
          <w:color w:val="000000"/>
        </w:rPr>
        <w:t>Westrex</w:t>
      </w:r>
      <w:proofErr w:type="spellEnd"/>
      <w:r>
        <w:rPr>
          <w:color w:val="000000"/>
        </w:rPr>
        <w:t>, who stood silently, her eyes bright with hunger for adventure. “And you, daughter? What say you?”</w:t>
      </w:r>
    </w:p>
    <w:p w14:paraId="594EC9C0" w14:textId="77E1CA7B" w:rsidR="00D33D1C" w:rsidRPr="00D33D1C" w:rsidRDefault="00D33D1C" w:rsidP="00D33D1C">
      <w:pPr>
        <w:pStyle w:val="NormalWeb"/>
        <w:rPr>
          <w:color w:val="000000"/>
        </w:rPr>
      </w:pPr>
      <w:proofErr w:type="spellStart"/>
      <w:r>
        <w:rPr>
          <w:color w:val="000000"/>
        </w:rPr>
        <w:t>Westrex</w:t>
      </w:r>
      <w:proofErr w:type="spellEnd"/>
      <w:r>
        <w:rPr>
          <w:color w:val="000000"/>
        </w:rPr>
        <w:t xml:space="preserve"> lifted her chin. “Go, Father. And take me with you. If the Thrones are to gather, let them see that the sea has heirs as well as kings.”</w:t>
      </w:r>
    </w:p>
    <w:p w14:paraId="3E9EBE24" w14:textId="77777777" w:rsidR="00D33D1C" w:rsidRDefault="00D33D1C" w:rsidP="00D33D1C">
      <w:pPr>
        <w:pStyle w:val="NormalWeb"/>
        <w:rPr>
          <w:color w:val="000000"/>
        </w:rPr>
      </w:pPr>
      <w:r>
        <w:rPr>
          <w:color w:val="000000"/>
        </w:rPr>
        <w:t>The old King’s laughter filled the hall, rolling like surf on stone. “Spoken like a captain already. Very well. I will sail to the citadel, with my fleet shadowing every coast along the way. Let no ship move without my blessing until I return.”</w:t>
      </w:r>
    </w:p>
    <w:p w14:paraId="6AF13A6D" w14:textId="77777777" w:rsidR="00D33D1C" w:rsidRDefault="00D33D1C" w:rsidP="00D33D1C">
      <w:pPr>
        <w:pStyle w:val="NormalWeb"/>
        <w:rPr>
          <w:color w:val="000000"/>
        </w:rPr>
      </w:pPr>
      <w:r>
        <w:rPr>
          <w:color w:val="000000"/>
        </w:rPr>
        <w:t xml:space="preserve">He turned to Wayward Storm. “Ready the Black Net and the </w:t>
      </w:r>
      <w:proofErr w:type="spellStart"/>
      <w:r>
        <w:rPr>
          <w:color w:val="000000"/>
        </w:rPr>
        <w:t>Razorwind</w:t>
      </w:r>
      <w:proofErr w:type="spellEnd"/>
      <w:r>
        <w:rPr>
          <w:color w:val="000000"/>
        </w:rPr>
        <w:t>. Let the Thrones see our sails on the horizon.”</w:t>
      </w:r>
    </w:p>
    <w:p w14:paraId="435B4F26" w14:textId="77777777" w:rsidR="00D33D1C" w:rsidRDefault="00D33D1C" w:rsidP="00D33D1C">
      <w:pPr>
        <w:pStyle w:val="NormalWeb"/>
        <w:rPr>
          <w:color w:val="000000"/>
        </w:rPr>
      </w:pPr>
      <w:r>
        <w:rPr>
          <w:color w:val="000000"/>
        </w:rPr>
        <w:t>To Gavin, he nodded. “Prepare the charts. If the heavens burn, I will know how to shield the sea.”</w:t>
      </w:r>
    </w:p>
    <w:p w14:paraId="20F83FB2" w14:textId="77777777" w:rsidR="00D33D1C" w:rsidRDefault="00D33D1C" w:rsidP="00D33D1C">
      <w:pPr>
        <w:pStyle w:val="NormalWeb"/>
        <w:rPr>
          <w:color w:val="000000"/>
        </w:rPr>
      </w:pPr>
      <w:r>
        <w:rPr>
          <w:color w:val="000000"/>
        </w:rPr>
        <w:t xml:space="preserve">At last, he laid a hand upon </w:t>
      </w:r>
      <w:proofErr w:type="spellStart"/>
      <w:r>
        <w:rPr>
          <w:color w:val="000000"/>
        </w:rPr>
        <w:t>Westrex’s</w:t>
      </w:r>
      <w:proofErr w:type="spellEnd"/>
      <w:r>
        <w:rPr>
          <w:color w:val="000000"/>
        </w:rPr>
        <w:t xml:space="preserve"> shoulder. “And you, daughter, shall stand at my side. The Thrones will know the sea has no fear, and that its legacy is already anchored.”</w:t>
      </w:r>
    </w:p>
    <w:p w14:paraId="6EB04FCD" w14:textId="77777777" w:rsidR="00D33D1C" w:rsidRDefault="00D33D1C" w:rsidP="00D33D1C">
      <w:pPr>
        <w:pStyle w:val="NormalWeb"/>
        <w:rPr>
          <w:color w:val="000000"/>
        </w:rPr>
      </w:pPr>
      <w:r>
        <w:rPr>
          <w:color w:val="000000"/>
        </w:rPr>
        <w:t>The harbor thundered with the sound of horns, and across the island sails unfurled. The King of the Seas would answer the summons — but not as a beggar. He would arrive as storm and tide.</w:t>
      </w:r>
    </w:p>
    <w:p w14:paraId="4BEBB796" w14:textId="6FCC05F1" w:rsidR="00E14F9F" w:rsidRDefault="00E14F9F" w:rsidP="00E14F9F">
      <w:pPr>
        <w:pStyle w:val="Heading3"/>
        <w:rPr>
          <w:color w:val="000000"/>
        </w:rPr>
      </w:pPr>
      <w:r>
        <w:rPr>
          <w:color w:val="000000"/>
        </w:rPr>
        <w:lastRenderedPageBreak/>
        <w:t>The Hawk</w:t>
      </w:r>
      <w:r w:rsidR="004F748E">
        <w:rPr>
          <w:color w:val="000000"/>
        </w:rPr>
        <w:t xml:space="preserve"> King</w:t>
      </w:r>
    </w:p>
    <w:p w14:paraId="2CEEDBEC" w14:textId="77777777" w:rsidR="00E14F9F" w:rsidRDefault="00E14F9F" w:rsidP="00E14F9F">
      <w:pPr>
        <w:pStyle w:val="NormalWeb"/>
        <w:rPr>
          <w:color w:val="000000"/>
        </w:rPr>
      </w:pPr>
      <w:r>
        <w:rPr>
          <w:color w:val="000000"/>
        </w:rPr>
        <w:t xml:space="preserve">On the eastern cliffs, where the sea winds tore at stone and gulls wheeled endlessly above the foam, dwelt the </w:t>
      </w:r>
      <w:proofErr w:type="spellStart"/>
      <w:r>
        <w:rPr>
          <w:color w:val="000000"/>
        </w:rPr>
        <w:t>Hawkmen</w:t>
      </w:r>
      <w:proofErr w:type="spellEnd"/>
      <w:r>
        <w:rPr>
          <w:color w:val="000000"/>
        </w:rPr>
        <w:t>. They were not born of natural law, nor of any divine order, but of a forgotten sin.</w:t>
      </w:r>
    </w:p>
    <w:p w14:paraId="6277ABD2" w14:textId="77777777" w:rsidR="00E14F9F" w:rsidRDefault="00E14F9F" w:rsidP="00E14F9F">
      <w:pPr>
        <w:pStyle w:val="NormalWeb"/>
        <w:rPr>
          <w:color w:val="000000"/>
        </w:rPr>
      </w:pPr>
      <w:r>
        <w:rPr>
          <w:color w:val="000000"/>
        </w:rPr>
        <w:t>Over a thousand cycles ago, when the Citadel’s rule of knowledge was young, there had walked among them a man named</w:t>
      </w:r>
      <w:r>
        <w:rPr>
          <w:rStyle w:val="apple-converted-space"/>
          <w:color w:val="000000"/>
        </w:rPr>
        <w:t> </w:t>
      </w:r>
      <w:r w:rsidRPr="004F748E">
        <w:rPr>
          <w:rStyle w:val="Strong"/>
          <w:b w:val="0"/>
          <w:bCs w:val="0"/>
          <w:color w:val="000000"/>
        </w:rPr>
        <w:t>Doctor Willpent</w:t>
      </w:r>
      <w:r>
        <w:rPr>
          <w:color w:val="000000"/>
        </w:rPr>
        <w:t>, once titled the Doctor of Abominations. He had sought to blend man with beast, claiming that the path to true dominion lay not in the heavens but in the flesh itself.</w:t>
      </w:r>
    </w:p>
    <w:p w14:paraId="2407953F" w14:textId="77777777" w:rsidR="00E14F9F" w:rsidRDefault="00E14F9F" w:rsidP="00E14F9F">
      <w:pPr>
        <w:pStyle w:val="NormalWeb"/>
        <w:rPr>
          <w:color w:val="000000"/>
        </w:rPr>
      </w:pPr>
      <w:r>
        <w:rPr>
          <w:color w:val="000000"/>
        </w:rPr>
        <w:t xml:space="preserve">By graft and grafting, by the spilling and mixing of blood, he wrought his work in secret: wings sewn into the backs of men, blood exchanged with hawks, flesh scarred and made strange. Most of his creations perished. Yet some survived, and when he forced them to breed, they gave rise to the first of the </w:t>
      </w:r>
      <w:proofErr w:type="spellStart"/>
      <w:r>
        <w:rPr>
          <w:color w:val="000000"/>
        </w:rPr>
        <w:t>Hawkmen</w:t>
      </w:r>
      <w:proofErr w:type="spellEnd"/>
      <w:r>
        <w:rPr>
          <w:color w:val="000000"/>
        </w:rPr>
        <w:t>.</w:t>
      </w:r>
    </w:p>
    <w:p w14:paraId="51F55253" w14:textId="77777777" w:rsidR="00E14F9F" w:rsidRDefault="00E14F9F" w:rsidP="00E14F9F">
      <w:pPr>
        <w:pStyle w:val="NormalWeb"/>
        <w:rPr>
          <w:color w:val="000000"/>
        </w:rPr>
      </w:pPr>
      <w:r>
        <w:rPr>
          <w:color w:val="000000"/>
        </w:rPr>
        <w:t>One such family fled his cages, fleeing to the eastern cliffs, where they made their nests high above the surf. There, away from men’s eyes, they prospered. Generations passed, until their number grew into the tens of thousands — men and women with vast wings of bone and feather, bodies lean and strong, their cries mingling with the gulls in the salt air.</w:t>
      </w:r>
    </w:p>
    <w:p w14:paraId="5061717F" w14:textId="72A282D5" w:rsidR="00E14F9F" w:rsidRPr="004F748E" w:rsidRDefault="00E14F9F" w:rsidP="004F748E">
      <w:pPr>
        <w:pStyle w:val="NormalWeb"/>
        <w:rPr>
          <w:color w:val="000000"/>
        </w:rPr>
      </w:pPr>
      <w:r>
        <w:rPr>
          <w:color w:val="000000"/>
        </w:rPr>
        <w:t>But their freedom did not last. Two hundred and fifty cycles ago,</w:t>
      </w:r>
      <w:r>
        <w:rPr>
          <w:rStyle w:val="apple-converted-space"/>
          <w:color w:val="000000"/>
        </w:rPr>
        <w:t> </w:t>
      </w:r>
      <w:r w:rsidRPr="004F748E">
        <w:rPr>
          <w:rStyle w:val="Strong"/>
          <w:b w:val="0"/>
          <w:bCs w:val="0"/>
          <w:color w:val="000000"/>
        </w:rPr>
        <w:t>King Barrok</w:t>
      </w:r>
      <w:r>
        <w:rPr>
          <w:color w:val="000000"/>
        </w:rPr>
        <w:t>, the great-great-grandfather of Barrus, declared them abominations and loosed his dragons upon the cliffs. The war that followed was known in every kingdom as the</w:t>
      </w:r>
      <w:r>
        <w:rPr>
          <w:rStyle w:val="apple-converted-space"/>
          <w:color w:val="000000"/>
        </w:rPr>
        <w:t> </w:t>
      </w:r>
      <w:r w:rsidRPr="004F748E">
        <w:rPr>
          <w:rStyle w:val="Strong"/>
          <w:b w:val="0"/>
          <w:bCs w:val="0"/>
          <w:color w:val="000000"/>
        </w:rPr>
        <w:t>Great Air War</w:t>
      </w:r>
      <w:r>
        <w:rPr>
          <w:color w:val="000000"/>
        </w:rPr>
        <w:t xml:space="preserve">. Flame met feather, claw met talon, and the sky burned. By its end, the </w:t>
      </w:r>
      <w:proofErr w:type="spellStart"/>
      <w:r>
        <w:rPr>
          <w:color w:val="000000"/>
        </w:rPr>
        <w:t>Hawkmen’s</w:t>
      </w:r>
      <w:proofErr w:type="spellEnd"/>
      <w:r>
        <w:rPr>
          <w:color w:val="000000"/>
        </w:rPr>
        <w:t xml:space="preserve"> glory was broken, their numbers reduced to whispers. No census was ever taken, but few now believed they were many.</w:t>
      </w:r>
    </w:p>
    <w:p w14:paraId="454BE576" w14:textId="77777777" w:rsidR="00E14F9F" w:rsidRDefault="00E14F9F" w:rsidP="00E14F9F">
      <w:pPr>
        <w:pStyle w:val="NormalWeb"/>
        <w:rPr>
          <w:color w:val="000000"/>
        </w:rPr>
      </w:pPr>
      <w:r>
        <w:rPr>
          <w:color w:val="000000"/>
        </w:rPr>
        <w:t>It was to this people that the Citadel’s messenger came, trembling beneath the shadow of wings as he climbed the spiral path to the cliff keep of</w:t>
      </w:r>
      <w:r>
        <w:rPr>
          <w:rStyle w:val="apple-converted-space"/>
          <w:color w:val="000000"/>
        </w:rPr>
        <w:t> </w:t>
      </w:r>
      <w:r w:rsidRPr="004F748E">
        <w:rPr>
          <w:rStyle w:val="Strong"/>
          <w:b w:val="0"/>
          <w:bCs w:val="0"/>
          <w:color w:val="000000"/>
        </w:rPr>
        <w:t xml:space="preserve">King </w:t>
      </w:r>
      <w:proofErr w:type="spellStart"/>
      <w:r w:rsidRPr="004F748E">
        <w:rPr>
          <w:rStyle w:val="Strong"/>
          <w:b w:val="0"/>
          <w:bCs w:val="0"/>
          <w:color w:val="000000"/>
        </w:rPr>
        <w:t>Stormflyer</w:t>
      </w:r>
      <w:proofErr w:type="spellEnd"/>
      <w:r>
        <w:rPr>
          <w:color w:val="000000"/>
        </w:rPr>
        <w:t>.</w:t>
      </w:r>
    </w:p>
    <w:p w14:paraId="0BAEAEEC" w14:textId="77777777" w:rsidR="00E14F9F" w:rsidRDefault="00E14F9F" w:rsidP="00E14F9F">
      <w:pPr>
        <w:pStyle w:val="NormalWeb"/>
        <w:rPr>
          <w:color w:val="000000"/>
        </w:rPr>
      </w:pPr>
      <w:r>
        <w:rPr>
          <w:color w:val="000000"/>
        </w:rPr>
        <w:t xml:space="preserve">The </w:t>
      </w:r>
      <w:proofErr w:type="spellStart"/>
      <w:r>
        <w:rPr>
          <w:color w:val="000000"/>
        </w:rPr>
        <w:t>Hawkmen</w:t>
      </w:r>
      <w:proofErr w:type="spellEnd"/>
      <w:r>
        <w:rPr>
          <w:color w:val="000000"/>
        </w:rPr>
        <w:t xml:space="preserve"> had no true palace — their lives were woven into the cliffside itself, their homes dug into stone or woven from reeds high in the wind. Yet for the sake of outsiders, they had built a fortress hall of gray rock, perched like a bird’s roost at the highest shelf.</w:t>
      </w:r>
    </w:p>
    <w:p w14:paraId="4779390C" w14:textId="77777777" w:rsidR="00E14F9F" w:rsidRDefault="00E14F9F" w:rsidP="00E14F9F">
      <w:pPr>
        <w:pStyle w:val="NormalWeb"/>
        <w:rPr>
          <w:color w:val="000000"/>
        </w:rPr>
      </w:pPr>
      <w:r>
        <w:rPr>
          <w:color w:val="000000"/>
        </w:rPr>
        <w:t>Here the King awaited.</w:t>
      </w:r>
      <w:r>
        <w:rPr>
          <w:rStyle w:val="apple-converted-space"/>
          <w:color w:val="000000"/>
        </w:rPr>
        <w:t> </w:t>
      </w:r>
      <w:r w:rsidRPr="004F748E">
        <w:rPr>
          <w:rStyle w:val="Strong"/>
          <w:b w:val="0"/>
          <w:bCs w:val="0"/>
          <w:color w:val="000000"/>
        </w:rPr>
        <w:t>Stormflyer</w:t>
      </w:r>
      <w:r>
        <w:rPr>
          <w:rStyle w:val="apple-converted-space"/>
          <w:color w:val="000000"/>
        </w:rPr>
        <w:t> </w:t>
      </w:r>
      <w:r>
        <w:rPr>
          <w:color w:val="000000"/>
        </w:rPr>
        <w:t xml:space="preserve">was tall, his shoulders broad, his wings vast — each feather mottled with streaks of white and gold. His eyes were sharp as a hawk’s, yellow in the torchlight, and when he spread his </w:t>
      </w:r>
      <w:proofErr w:type="gramStart"/>
      <w:r>
        <w:rPr>
          <w:color w:val="000000"/>
        </w:rPr>
        <w:t>wings</w:t>
      </w:r>
      <w:proofErr w:type="gramEnd"/>
      <w:r>
        <w:rPr>
          <w:color w:val="000000"/>
        </w:rPr>
        <w:t xml:space="preserve"> the chamber seemed too small to hold him. At his side stood</w:t>
      </w:r>
      <w:r>
        <w:rPr>
          <w:rStyle w:val="apple-converted-space"/>
          <w:color w:val="000000"/>
        </w:rPr>
        <w:t> </w:t>
      </w:r>
      <w:r w:rsidRPr="004F748E">
        <w:rPr>
          <w:rStyle w:val="Strong"/>
          <w:b w:val="0"/>
          <w:bCs w:val="0"/>
          <w:color w:val="000000"/>
        </w:rPr>
        <w:t>Queen Ava</w:t>
      </w:r>
      <w:r>
        <w:rPr>
          <w:color w:val="000000"/>
        </w:rPr>
        <w:t>, her feathers darker, her beauty fierce and unyielding. Behind them loomed</w:t>
      </w:r>
      <w:r>
        <w:rPr>
          <w:rStyle w:val="apple-converted-space"/>
          <w:color w:val="000000"/>
        </w:rPr>
        <w:t> </w:t>
      </w:r>
      <w:r w:rsidRPr="004F748E">
        <w:rPr>
          <w:rStyle w:val="Strong"/>
          <w:b w:val="0"/>
          <w:bCs w:val="0"/>
          <w:color w:val="000000"/>
        </w:rPr>
        <w:t>Darius</w:t>
      </w:r>
      <w:r>
        <w:rPr>
          <w:color w:val="000000"/>
        </w:rPr>
        <w:t>, the Master of Arms, scarred by battle, a spear of strange design in his hand.</w:t>
      </w:r>
    </w:p>
    <w:p w14:paraId="108E6CBC" w14:textId="77777777" w:rsidR="00E14F9F" w:rsidRDefault="00E14F9F" w:rsidP="00E14F9F">
      <w:pPr>
        <w:pStyle w:val="NormalWeb"/>
        <w:rPr>
          <w:color w:val="000000"/>
        </w:rPr>
      </w:pPr>
      <w:r>
        <w:rPr>
          <w:color w:val="000000"/>
        </w:rPr>
        <w:t xml:space="preserve">The scroll was presented, and </w:t>
      </w:r>
      <w:proofErr w:type="spellStart"/>
      <w:r>
        <w:rPr>
          <w:color w:val="000000"/>
        </w:rPr>
        <w:t>Stormflyer</w:t>
      </w:r>
      <w:proofErr w:type="spellEnd"/>
      <w:r>
        <w:rPr>
          <w:color w:val="000000"/>
        </w:rPr>
        <w:t xml:space="preserve"> broke the seal with his clawed fingers. He read in silence, the parchment crinkling in his hands.</w:t>
      </w:r>
    </w:p>
    <w:p w14:paraId="42EE26F0" w14:textId="77777777" w:rsidR="00E14F9F" w:rsidRDefault="00E14F9F" w:rsidP="00E14F9F">
      <w:pPr>
        <w:pStyle w:val="NormalWeb"/>
        <w:rPr>
          <w:color w:val="000000"/>
        </w:rPr>
      </w:pPr>
      <w:r>
        <w:rPr>
          <w:color w:val="000000"/>
        </w:rPr>
        <w:lastRenderedPageBreak/>
        <w:t>“The Citadel calls us,” he said at last, his voice deep as wind through stone. “They summon all Thrones to their hall. After seven centuries, they remember the wings they once cursed.”</w:t>
      </w:r>
    </w:p>
    <w:p w14:paraId="422324AE" w14:textId="77777777" w:rsidR="00E14F9F" w:rsidRDefault="00E14F9F" w:rsidP="00E14F9F">
      <w:pPr>
        <w:pStyle w:val="NormalWeb"/>
        <w:rPr>
          <w:color w:val="000000"/>
        </w:rPr>
      </w:pPr>
      <w:r>
        <w:rPr>
          <w:color w:val="000000"/>
        </w:rPr>
        <w:t xml:space="preserve">Darius spat to the floor, his feathers bristling. “It is insult, my king. They banished </w:t>
      </w:r>
      <w:proofErr w:type="spellStart"/>
      <w:r>
        <w:rPr>
          <w:color w:val="000000"/>
        </w:rPr>
        <w:t>Willpent</w:t>
      </w:r>
      <w:proofErr w:type="spellEnd"/>
      <w:r>
        <w:rPr>
          <w:color w:val="000000"/>
        </w:rPr>
        <w:t>, cast us into exile, called us heresy. Now they would parade us like tame falcons among their thrones. Better to burn their scroll and let them wonder if we yet live.”</w:t>
      </w:r>
    </w:p>
    <w:p w14:paraId="5942FF66" w14:textId="77777777" w:rsidR="00E14F9F" w:rsidRDefault="00E14F9F" w:rsidP="00E14F9F">
      <w:pPr>
        <w:pStyle w:val="NormalWeb"/>
        <w:rPr>
          <w:color w:val="000000"/>
        </w:rPr>
      </w:pPr>
      <w:r>
        <w:rPr>
          <w:color w:val="000000"/>
        </w:rPr>
        <w:t xml:space="preserve">But Ava’s voice was cool and measured. “If we refuse, they will count us as dead already. They will whisper that the </w:t>
      </w:r>
      <w:proofErr w:type="spellStart"/>
      <w:r>
        <w:rPr>
          <w:color w:val="000000"/>
        </w:rPr>
        <w:t>Hawkmen</w:t>
      </w:r>
      <w:proofErr w:type="spellEnd"/>
      <w:r>
        <w:rPr>
          <w:color w:val="000000"/>
        </w:rPr>
        <w:t xml:space="preserve"> perished after the Air War, that our nests are empty. Is that the legacy you wish, my king? Silence?”</w:t>
      </w:r>
    </w:p>
    <w:p w14:paraId="7A4CE43D" w14:textId="77777777" w:rsidR="00E14F9F" w:rsidRDefault="00E14F9F" w:rsidP="00E14F9F">
      <w:pPr>
        <w:pStyle w:val="NormalWeb"/>
        <w:rPr>
          <w:color w:val="000000"/>
        </w:rPr>
      </w:pPr>
      <w:proofErr w:type="spellStart"/>
      <w:r>
        <w:rPr>
          <w:color w:val="000000"/>
        </w:rPr>
        <w:t>Stormflyer’s</w:t>
      </w:r>
      <w:proofErr w:type="spellEnd"/>
      <w:r>
        <w:rPr>
          <w:color w:val="000000"/>
        </w:rPr>
        <w:t xml:space="preserve"> wings rustled, and the wind of them stirred the torches. “No. The Thrones will see us. They will know that we endure. Let Barrus remember that his blood is stained with ours, that his dragons once tore our children from the sky. If he sits in the Citadel, then I will stand before him — wings unbroken.”</w:t>
      </w:r>
    </w:p>
    <w:p w14:paraId="43C4C324" w14:textId="77777777" w:rsidR="00E14F9F" w:rsidRDefault="00E14F9F" w:rsidP="00E14F9F">
      <w:pPr>
        <w:pStyle w:val="NormalWeb"/>
        <w:rPr>
          <w:color w:val="000000"/>
        </w:rPr>
      </w:pPr>
      <w:r>
        <w:rPr>
          <w:color w:val="000000"/>
        </w:rPr>
        <w:t>The King stepped onto the balcony, spreading his wings against the dawn. Far below, the ocean churned and broke upon the cliffs. In the distance, the nests of his people shone faintly with feathers in the light.</w:t>
      </w:r>
    </w:p>
    <w:p w14:paraId="6E7F03DB" w14:textId="77777777" w:rsidR="00E14F9F" w:rsidRDefault="00E14F9F" w:rsidP="00E14F9F">
      <w:pPr>
        <w:pStyle w:val="NormalWeb"/>
        <w:rPr>
          <w:color w:val="000000"/>
        </w:rPr>
      </w:pPr>
      <w:r>
        <w:rPr>
          <w:color w:val="000000"/>
        </w:rPr>
        <w:t>“Prepare the hall,” he commanded. “I will go to the Citadel, and Ava with me. Darius, you will lead our guard. We will fly when the moon wanes. Let the Thrones see that the sky still belongs to us.”</w:t>
      </w:r>
    </w:p>
    <w:p w14:paraId="55792FD1" w14:textId="7D1510B7" w:rsidR="00D33D1C" w:rsidRDefault="00E14F9F" w:rsidP="002A1566">
      <w:pPr>
        <w:pStyle w:val="NormalWeb"/>
        <w:rPr>
          <w:color w:val="000000"/>
        </w:rPr>
      </w:pPr>
      <w:r>
        <w:rPr>
          <w:color w:val="000000"/>
        </w:rPr>
        <w:t xml:space="preserve">The messenger, pale with awe, bowed low. And as the horns of the </w:t>
      </w:r>
      <w:proofErr w:type="spellStart"/>
      <w:r>
        <w:rPr>
          <w:color w:val="000000"/>
        </w:rPr>
        <w:t>Hawkmen</w:t>
      </w:r>
      <w:proofErr w:type="spellEnd"/>
      <w:r>
        <w:rPr>
          <w:color w:val="000000"/>
        </w:rPr>
        <w:t xml:space="preserve"> echoed across the cliffs, wings filled the air, rising like a storm from the rocks. The </w:t>
      </w:r>
      <w:proofErr w:type="spellStart"/>
      <w:r>
        <w:rPr>
          <w:color w:val="000000"/>
        </w:rPr>
        <w:t>Hawkmen</w:t>
      </w:r>
      <w:proofErr w:type="spellEnd"/>
      <w:r>
        <w:rPr>
          <w:color w:val="000000"/>
        </w:rPr>
        <w:t xml:space="preserve"> would answer the summons — not as ghosts, but as a people reborn.</w:t>
      </w:r>
    </w:p>
    <w:p w14:paraId="792AB7FA" w14:textId="3C6B57D3" w:rsidR="000169F8" w:rsidRDefault="000169F8" w:rsidP="000169F8">
      <w:pPr>
        <w:pStyle w:val="Heading3"/>
        <w:rPr>
          <w:color w:val="000000"/>
        </w:rPr>
      </w:pPr>
      <w:r>
        <w:rPr>
          <w:color w:val="000000"/>
        </w:rPr>
        <w:t>The Serpent King</w:t>
      </w:r>
    </w:p>
    <w:p w14:paraId="76E0E32F" w14:textId="77777777" w:rsidR="000169F8" w:rsidRDefault="000169F8" w:rsidP="000169F8">
      <w:pPr>
        <w:pStyle w:val="NormalWeb"/>
        <w:rPr>
          <w:color w:val="000000"/>
        </w:rPr>
      </w:pPr>
      <w:r>
        <w:rPr>
          <w:color w:val="000000"/>
        </w:rPr>
        <w:t xml:space="preserve">To the southwest lay the drowned lands, a tangle of water and reeds where the earth bled into the sea. Few dared </w:t>
      </w:r>
      <w:proofErr w:type="gramStart"/>
      <w:r>
        <w:rPr>
          <w:color w:val="000000"/>
        </w:rPr>
        <w:t>wander</w:t>
      </w:r>
      <w:proofErr w:type="gramEnd"/>
      <w:r>
        <w:rPr>
          <w:color w:val="000000"/>
        </w:rPr>
        <w:t xml:space="preserve"> those swamps, for there dwelt the</w:t>
      </w:r>
      <w:r>
        <w:rPr>
          <w:rStyle w:val="apple-converted-space"/>
          <w:color w:val="000000"/>
        </w:rPr>
        <w:t> </w:t>
      </w:r>
      <w:r w:rsidRPr="000169F8">
        <w:rPr>
          <w:rStyle w:val="Strong"/>
          <w:b w:val="0"/>
          <w:bCs w:val="0"/>
          <w:color w:val="000000"/>
        </w:rPr>
        <w:t>Serpent Men</w:t>
      </w:r>
      <w:r>
        <w:rPr>
          <w:rStyle w:val="apple-converted-space"/>
          <w:color w:val="000000"/>
        </w:rPr>
        <w:t> </w:t>
      </w:r>
      <w:r>
        <w:rPr>
          <w:color w:val="000000"/>
        </w:rPr>
        <w:t xml:space="preserve">— remnants of </w:t>
      </w:r>
      <w:proofErr w:type="spellStart"/>
      <w:r>
        <w:rPr>
          <w:color w:val="000000"/>
        </w:rPr>
        <w:t>Willpent’s</w:t>
      </w:r>
      <w:proofErr w:type="spellEnd"/>
      <w:r>
        <w:rPr>
          <w:color w:val="000000"/>
        </w:rPr>
        <w:t xml:space="preserve"> second abomination.</w:t>
      </w:r>
    </w:p>
    <w:p w14:paraId="2C787B89" w14:textId="77777777" w:rsidR="000169F8" w:rsidRDefault="000169F8" w:rsidP="000169F8">
      <w:pPr>
        <w:pStyle w:val="NormalWeb"/>
        <w:rPr>
          <w:color w:val="000000"/>
        </w:rPr>
      </w:pPr>
      <w:r>
        <w:rPr>
          <w:color w:val="000000"/>
        </w:rPr>
        <w:t>Smaller than true men, their bodies were marked by scales that gleamed faintly in the damp. Many bore long tails, heavy and muscular, dragging behind them as they walked. Their jaws jutted wide, teeth sharp as chisels, their yellow eyes unblinking. Some carried gills upon their necks, allowing them to vanish beneath the murky waters with scarcely a ripple.</w:t>
      </w:r>
    </w:p>
    <w:p w14:paraId="2527FB2E" w14:textId="77777777" w:rsidR="000169F8" w:rsidRDefault="000169F8" w:rsidP="000169F8">
      <w:pPr>
        <w:pStyle w:val="NormalWeb"/>
        <w:rPr>
          <w:color w:val="000000"/>
        </w:rPr>
      </w:pPr>
      <w:r>
        <w:rPr>
          <w:color w:val="000000"/>
        </w:rPr>
        <w:t xml:space="preserve">They were born of men and reptiles, twisted by the grafts and forced breeding of the Abomination Doctor. Where the </w:t>
      </w:r>
      <w:proofErr w:type="spellStart"/>
      <w:r>
        <w:rPr>
          <w:color w:val="000000"/>
        </w:rPr>
        <w:t>Hawkmen</w:t>
      </w:r>
      <w:proofErr w:type="spellEnd"/>
      <w:r>
        <w:rPr>
          <w:color w:val="000000"/>
        </w:rPr>
        <w:t xml:space="preserve"> had escaped into the sky, the Serpent Men were driven into the muck — and there they had remained, multiplying slowly in shadow. The swamps grew with them, for they were masters of water and earth, flooding fields and valleys inch by inch until their borders spread like a creeping tide.</w:t>
      </w:r>
    </w:p>
    <w:p w14:paraId="09DBE756" w14:textId="77777777" w:rsidR="000169F8" w:rsidRDefault="00704C60" w:rsidP="000169F8">
      <w:r>
        <w:rPr>
          <w:noProof/>
        </w:rPr>
        <w:lastRenderedPageBreak/>
      </w:r>
      <w:r w:rsidR="00704C60">
        <w:rPr>
          <w:noProof/>
        </w:rPr>
        <w:pict w14:anchorId="31BFBAFE">
          <v:rect id="_x0000_i1274" alt="" style="width:246.65pt;height:.05pt;mso-width-percent:0;mso-height-percent:0;mso-width-percent:0;mso-height-percent:0" o:hrpct="527" o:hralign="center" o:hrstd="t" o:hr="t" fillcolor="#a0a0a0" stroked="f"/>
        </w:pict>
      </w:r>
    </w:p>
    <w:p w14:paraId="544676A1" w14:textId="77777777" w:rsidR="000169F8" w:rsidRDefault="000169F8" w:rsidP="000169F8">
      <w:pPr>
        <w:pStyle w:val="Heading3"/>
        <w:rPr>
          <w:color w:val="000000"/>
        </w:rPr>
      </w:pPr>
      <w:r>
        <w:rPr>
          <w:color w:val="000000"/>
        </w:rPr>
        <w:t>The Throne of Bresson</w:t>
      </w:r>
    </w:p>
    <w:p w14:paraId="2E41D4A8" w14:textId="77777777" w:rsidR="000169F8" w:rsidRDefault="000169F8" w:rsidP="000169F8">
      <w:pPr>
        <w:pStyle w:val="NormalWeb"/>
        <w:rPr>
          <w:color w:val="000000"/>
        </w:rPr>
      </w:pPr>
      <w:r>
        <w:rPr>
          <w:color w:val="000000"/>
        </w:rPr>
        <w:t>In the heart of that mire rose a fortress of stone and wood, half-sunken and veiled in moss. Here ruled</w:t>
      </w:r>
      <w:r>
        <w:rPr>
          <w:rStyle w:val="apple-converted-space"/>
          <w:color w:val="000000"/>
        </w:rPr>
        <w:t> </w:t>
      </w:r>
      <w:r w:rsidRPr="000169F8">
        <w:rPr>
          <w:rStyle w:val="Strong"/>
          <w:b w:val="0"/>
          <w:bCs w:val="0"/>
          <w:color w:val="000000"/>
        </w:rPr>
        <w:t>King Bresson</w:t>
      </w:r>
      <w:r>
        <w:rPr>
          <w:color w:val="000000"/>
        </w:rPr>
        <w:t>, scaled and broad-jawed, his tail curled like a whip across the throne steps. His consort,</w:t>
      </w:r>
      <w:r>
        <w:rPr>
          <w:rStyle w:val="apple-converted-space"/>
          <w:color w:val="000000"/>
        </w:rPr>
        <w:t> </w:t>
      </w:r>
      <w:r w:rsidRPr="000169F8">
        <w:rPr>
          <w:rStyle w:val="Strong"/>
          <w:b w:val="0"/>
          <w:bCs w:val="0"/>
          <w:color w:val="000000"/>
        </w:rPr>
        <w:t>Queen Esson</w:t>
      </w:r>
      <w:r>
        <w:rPr>
          <w:color w:val="000000"/>
        </w:rPr>
        <w:t>, sat beside him upon a nest of reeds and stones, her belly heavy with the clutch she had just laid — eggs gleaming faintly in the torchlight.</w:t>
      </w:r>
    </w:p>
    <w:p w14:paraId="2E880687" w14:textId="77777777" w:rsidR="000169F8" w:rsidRDefault="000169F8" w:rsidP="000169F8">
      <w:pPr>
        <w:pStyle w:val="NormalWeb"/>
        <w:rPr>
          <w:color w:val="000000"/>
        </w:rPr>
      </w:pPr>
      <w:r>
        <w:rPr>
          <w:color w:val="000000"/>
        </w:rPr>
        <w:t>The swamp resounded with croaks and hisses as the messenger from the citadel was brought before them, flanked by wary guards with spears tipped in bone.</w:t>
      </w:r>
    </w:p>
    <w:p w14:paraId="336F2630" w14:textId="77777777" w:rsidR="000169F8" w:rsidRDefault="000169F8" w:rsidP="000169F8">
      <w:pPr>
        <w:pStyle w:val="NormalWeb"/>
        <w:rPr>
          <w:color w:val="000000"/>
        </w:rPr>
      </w:pPr>
      <w:r>
        <w:rPr>
          <w:color w:val="000000"/>
        </w:rPr>
        <w:t>Bresson tore the seal with his claws and read the words aloud, his voice a rasp like stone upon stone. “The Citadel calls. They summon us with the others — Thrones of men, beasts, and wings.”</w:t>
      </w:r>
    </w:p>
    <w:p w14:paraId="0CB41C5C" w14:textId="7A4E147D" w:rsidR="000169F8" w:rsidRPr="000169F8" w:rsidRDefault="000169F8" w:rsidP="000169F8">
      <w:pPr>
        <w:pStyle w:val="NormalWeb"/>
        <w:rPr>
          <w:color w:val="000000"/>
        </w:rPr>
      </w:pPr>
      <w:r>
        <w:rPr>
          <w:color w:val="000000"/>
        </w:rPr>
        <w:t xml:space="preserve">A hiss rippled through the gathered serpents. They rarely left their swamps, and the thought of the </w:t>
      </w:r>
      <w:proofErr w:type="gramStart"/>
      <w:r>
        <w:rPr>
          <w:color w:val="000000"/>
        </w:rPr>
        <w:t>dry stone</w:t>
      </w:r>
      <w:proofErr w:type="gramEnd"/>
      <w:r>
        <w:rPr>
          <w:color w:val="000000"/>
        </w:rPr>
        <w:t xml:space="preserve"> halls of the citadel filled them with dread and suspicion.</w:t>
      </w:r>
    </w:p>
    <w:p w14:paraId="74B0A0E1" w14:textId="77777777" w:rsidR="000169F8" w:rsidRDefault="000169F8" w:rsidP="000169F8">
      <w:pPr>
        <w:pStyle w:val="NormalWeb"/>
        <w:rPr>
          <w:color w:val="000000"/>
        </w:rPr>
      </w:pPr>
      <w:r w:rsidRPr="000169F8">
        <w:rPr>
          <w:rStyle w:val="Strong"/>
          <w:b w:val="0"/>
          <w:bCs w:val="0"/>
          <w:color w:val="000000"/>
        </w:rPr>
        <w:t xml:space="preserve">Chief of War </w:t>
      </w:r>
      <w:proofErr w:type="spellStart"/>
      <w:r w:rsidRPr="000169F8">
        <w:rPr>
          <w:rStyle w:val="Strong"/>
          <w:b w:val="0"/>
          <w:bCs w:val="0"/>
          <w:color w:val="000000"/>
        </w:rPr>
        <w:t>Naysos</w:t>
      </w:r>
      <w:proofErr w:type="spellEnd"/>
      <w:r>
        <w:rPr>
          <w:rStyle w:val="apple-converted-space"/>
          <w:color w:val="000000"/>
        </w:rPr>
        <w:t> </w:t>
      </w:r>
      <w:r>
        <w:rPr>
          <w:color w:val="000000"/>
        </w:rPr>
        <w:t>rose, his scales dark as night, his tail coiled like a serpent ready to strike. “It is trickery,” he spat. “The Citadel has never recognized us. We are called abominations, cursed things. Why now do they wish us to sit among them? Better we stay in the water and strike at any who trespass.”</w:t>
      </w:r>
    </w:p>
    <w:p w14:paraId="3718BF11" w14:textId="77777777" w:rsidR="000169F8" w:rsidRDefault="000169F8" w:rsidP="000169F8">
      <w:pPr>
        <w:pStyle w:val="NormalWeb"/>
        <w:rPr>
          <w:color w:val="000000"/>
        </w:rPr>
      </w:pPr>
      <w:r>
        <w:rPr>
          <w:color w:val="000000"/>
        </w:rPr>
        <w:t xml:space="preserve">Queen Esson’s voice was </w:t>
      </w:r>
      <w:proofErr w:type="gramStart"/>
      <w:r>
        <w:rPr>
          <w:color w:val="000000"/>
        </w:rPr>
        <w:t>softer, but</w:t>
      </w:r>
      <w:proofErr w:type="gramEnd"/>
      <w:r>
        <w:rPr>
          <w:color w:val="000000"/>
        </w:rPr>
        <w:t xml:space="preserve"> carried the weight of her brood. “If we do not go, the others will speak for us. They will say the Serpents cower in their mire. They will claim our numbers are gone, our power broken. And when the star falls, they will come for our swamps first — for they have ever coveted our waters.”</w:t>
      </w:r>
    </w:p>
    <w:p w14:paraId="4B66B53C" w14:textId="77777777" w:rsidR="000169F8" w:rsidRDefault="000169F8" w:rsidP="000169F8">
      <w:pPr>
        <w:pStyle w:val="NormalWeb"/>
        <w:rPr>
          <w:color w:val="000000"/>
        </w:rPr>
      </w:pPr>
      <w:r>
        <w:rPr>
          <w:color w:val="000000"/>
        </w:rPr>
        <w:t>Her claws brushed the eggs at her side. “If the sky burns, even the mire will boil. We must know what comes.”</w:t>
      </w:r>
    </w:p>
    <w:p w14:paraId="13D39327" w14:textId="384090D7" w:rsidR="000169F8" w:rsidRPr="000169F8" w:rsidRDefault="000169F8" w:rsidP="000169F8">
      <w:pPr>
        <w:pStyle w:val="NormalWeb"/>
        <w:rPr>
          <w:color w:val="000000"/>
        </w:rPr>
      </w:pPr>
      <w:r>
        <w:rPr>
          <w:color w:val="000000"/>
        </w:rPr>
        <w:t xml:space="preserve">Bresson’s tongue flickered between his teeth as he considered. At last, he rose, his tail striking the stone with a crack. “Then we shall go. I and Esson, and </w:t>
      </w:r>
      <w:proofErr w:type="spellStart"/>
      <w:r>
        <w:rPr>
          <w:color w:val="000000"/>
        </w:rPr>
        <w:t>Naysos</w:t>
      </w:r>
      <w:proofErr w:type="spellEnd"/>
      <w:r>
        <w:rPr>
          <w:color w:val="000000"/>
        </w:rPr>
        <w:t xml:space="preserve"> with me. The Citadel will see that we are not forgotten. They will choke on the hiss of our tongues and the stench of our swamp.”</w:t>
      </w:r>
    </w:p>
    <w:p w14:paraId="36C0ED8D" w14:textId="77777777" w:rsidR="000169F8" w:rsidRDefault="000169F8" w:rsidP="000169F8">
      <w:pPr>
        <w:pStyle w:val="NormalWeb"/>
        <w:rPr>
          <w:color w:val="000000"/>
        </w:rPr>
      </w:pPr>
      <w:r>
        <w:rPr>
          <w:color w:val="000000"/>
        </w:rPr>
        <w:t xml:space="preserve">The messenger, pale and trembling, bowed low as the swamp echoed with the cries of the Serpent Men. Bresson leaned close, his jaw uncomfortably wide, his eyes burning like </w:t>
      </w:r>
      <w:proofErr w:type="spellStart"/>
      <w:r>
        <w:rPr>
          <w:color w:val="000000"/>
        </w:rPr>
        <w:t>swampfire</w:t>
      </w:r>
      <w:proofErr w:type="spellEnd"/>
      <w:r>
        <w:rPr>
          <w:color w:val="000000"/>
        </w:rPr>
        <w:t>.</w:t>
      </w:r>
    </w:p>
    <w:p w14:paraId="2265FE69" w14:textId="77777777" w:rsidR="000169F8" w:rsidRDefault="000169F8" w:rsidP="000169F8">
      <w:pPr>
        <w:pStyle w:val="NormalWeb"/>
        <w:rPr>
          <w:color w:val="000000"/>
        </w:rPr>
      </w:pPr>
      <w:r>
        <w:rPr>
          <w:color w:val="000000"/>
        </w:rPr>
        <w:t>“Tell your masters,</w:t>
      </w:r>
      <w:proofErr w:type="gramStart"/>
      <w:r>
        <w:rPr>
          <w:color w:val="000000"/>
        </w:rPr>
        <w:t>” he</w:t>
      </w:r>
      <w:proofErr w:type="gramEnd"/>
      <w:r>
        <w:rPr>
          <w:color w:val="000000"/>
        </w:rPr>
        <w:t xml:space="preserve"> hissed, “the Serpent will crawl from the mire and coil around their stone hall. And when the star falls, we will not drown alone.”</w:t>
      </w:r>
    </w:p>
    <w:p w14:paraId="3DDDC0DC" w14:textId="77777777" w:rsidR="000169F8" w:rsidRDefault="000169F8" w:rsidP="000169F8">
      <w:pPr>
        <w:pStyle w:val="NormalWeb"/>
        <w:rPr>
          <w:color w:val="000000"/>
        </w:rPr>
      </w:pPr>
      <w:r>
        <w:rPr>
          <w:color w:val="000000"/>
        </w:rPr>
        <w:lastRenderedPageBreak/>
        <w:t xml:space="preserve">Queen Esson coiled protectively around her eggs, her gaze unyielding. </w:t>
      </w:r>
      <w:proofErr w:type="spellStart"/>
      <w:r>
        <w:rPr>
          <w:color w:val="000000"/>
        </w:rPr>
        <w:t>Naysos</w:t>
      </w:r>
      <w:proofErr w:type="spellEnd"/>
      <w:r>
        <w:rPr>
          <w:color w:val="000000"/>
        </w:rPr>
        <w:t xml:space="preserve"> hefted his spear and gave a guttural cry that was answered by hundreds of hisses in the swamp beyond.</w:t>
      </w:r>
    </w:p>
    <w:p w14:paraId="7F3C9308" w14:textId="77777777" w:rsidR="000169F8" w:rsidRDefault="000169F8" w:rsidP="000169F8">
      <w:pPr>
        <w:pStyle w:val="NormalWeb"/>
        <w:rPr>
          <w:color w:val="000000"/>
        </w:rPr>
      </w:pPr>
      <w:r>
        <w:rPr>
          <w:color w:val="000000"/>
        </w:rPr>
        <w:t>The Serpent Throne had spoken. The swamp would send its king.</w:t>
      </w:r>
    </w:p>
    <w:p w14:paraId="0F6C198C" w14:textId="6F6B2F63" w:rsidR="00673695" w:rsidRDefault="00673695" w:rsidP="00673695">
      <w:pPr>
        <w:pStyle w:val="Heading3"/>
        <w:rPr>
          <w:color w:val="000000"/>
        </w:rPr>
      </w:pPr>
      <w:r>
        <w:rPr>
          <w:color w:val="000000"/>
        </w:rPr>
        <w:t>The Vineyard King</w:t>
      </w:r>
    </w:p>
    <w:p w14:paraId="411CC210" w14:textId="77777777" w:rsidR="00673695" w:rsidRDefault="00673695" w:rsidP="00673695">
      <w:pPr>
        <w:pStyle w:val="NormalWeb"/>
        <w:rPr>
          <w:color w:val="000000"/>
        </w:rPr>
      </w:pPr>
      <w:r>
        <w:rPr>
          <w:color w:val="000000"/>
        </w:rPr>
        <w:t>Far to the east lay the green island of</w:t>
      </w:r>
      <w:r>
        <w:rPr>
          <w:rStyle w:val="apple-converted-space"/>
          <w:color w:val="000000"/>
        </w:rPr>
        <w:t> </w:t>
      </w:r>
      <w:proofErr w:type="spellStart"/>
      <w:r w:rsidRPr="00673695">
        <w:rPr>
          <w:rStyle w:val="Strong"/>
          <w:b w:val="0"/>
          <w:bCs w:val="0"/>
          <w:color w:val="000000"/>
        </w:rPr>
        <w:t>Hespolol</w:t>
      </w:r>
      <w:proofErr w:type="spellEnd"/>
      <w:r>
        <w:rPr>
          <w:color w:val="000000"/>
        </w:rPr>
        <w:t>, where vineyards draped every hillside and the soil, rich with volcanic ash, yielded fruits found nowhere else in the world. From these, wines and ales were brewed that every throne coveted.</w:t>
      </w:r>
    </w:p>
    <w:p w14:paraId="6428E8D5" w14:textId="17123BEF" w:rsidR="00673695" w:rsidRPr="00673695" w:rsidRDefault="00673695" w:rsidP="00673695">
      <w:pPr>
        <w:pStyle w:val="NormalWeb"/>
        <w:rPr>
          <w:color w:val="000000"/>
        </w:rPr>
      </w:pPr>
      <w:r>
        <w:rPr>
          <w:color w:val="000000"/>
        </w:rPr>
        <w:t xml:space="preserve">No king dared anger </w:t>
      </w:r>
      <w:proofErr w:type="spellStart"/>
      <w:r>
        <w:rPr>
          <w:color w:val="000000"/>
        </w:rPr>
        <w:t>Hespolol</w:t>
      </w:r>
      <w:proofErr w:type="spellEnd"/>
      <w:r>
        <w:rPr>
          <w:color w:val="000000"/>
        </w:rPr>
        <w:t xml:space="preserve">, for to be denied its vintages was to be cut off from the feasts and rites that bound kingdoms together. Even Barrus, dragon-lord and conqueror, drank of </w:t>
      </w:r>
      <w:proofErr w:type="spellStart"/>
      <w:r>
        <w:rPr>
          <w:color w:val="000000"/>
        </w:rPr>
        <w:t>Hespolol’s</w:t>
      </w:r>
      <w:proofErr w:type="spellEnd"/>
      <w:r>
        <w:rPr>
          <w:color w:val="000000"/>
        </w:rPr>
        <w:t xml:space="preserve"> wines. So </w:t>
      </w:r>
      <w:proofErr w:type="spellStart"/>
      <w:r>
        <w:rPr>
          <w:color w:val="000000"/>
        </w:rPr>
        <w:t>Hespolol</w:t>
      </w:r>
      <w:proofErr w:type="spellEnd"/>
      <w:r>
        <w:rPr>
          <w:color w:val="000000"/>
        </w:rPr>
        <w:t xml:space="preserve"> endured untouched, shielded not by armies but by thirst.</w:t>
      </w:r>
    </w:p>
    <w:p w14:paraId="107914A4" w14:textId="77777777" w:rsidR="00673695" w:rsidRDefault="00673695" w:rsidP="00673695">
      <w:pPr>
        <w:pStyle w:val="NormalWeb"/>
        <w:rPr>
          <w:color w:val="000000"/>
        </w:rPr>
      </w:pPr>
      <w:r w:rsidRPr="00673695">
        <w:rPr>
          <w:rStyle w:val="Strong"/>
          <w:b w:val="0"/>
          <w:bCs w:val="0"/>
          <w:color w:val="000000"/>
        </w:rPr>
        <w:t xml:space="preserve">King </w:t>
      </w:r>
      <w:proofErr w:type="spellStart"/>
      <w:r w:rsidRPr="00673695">
        <w:rPr>
          <w:rStyle w:val="Strong"/>
          <w:b w:val="0"/>
          <w:bCs w:val="0"/>
          <w:color w:val="000000"/>
        </w:rPr>
        <w:t>Plenstant</w:t>
      </w:r>
      <w:proofErr w:type="spellEnd"/>
      <w:r>
        <w:rPr>
          <w:color w:val="000000"/>
        </w:rPr>
        <w:t>, styling himself</w:t>
      </w:r>
      <w:r>
        <w:rPr>
          <w:rStyle w:val="apple-converted-space"/>
          <w:color w:val="000000"/>
        </w:rPr>
        <w:t> </w:t>
      </w:r>
      <w:r w:rsidRPr="00673695">
        <w:rPr>
          <w:rStyle w:val="Strong"/>
          <w:b w:val="0"/>
          <w:bCs w:val="0"/>
          <w:color w:val="000000"/>
        </w:rPr>
        <w:t>King Pleasant</w:t>
      </w:r>
      <w:r w:rsidRPr="00673695">
        <w:rPr>
          <w:b/>
          <w:bCs/>
          <w:color w:val="000000"/>
        </w:rPr>
        <w:t>,</w:t>
      </w:r>
      <w:r>
        <w:rPr>
          <w:color w:val="000000"/>
        </w:rPr>
        <w:t xml:space="preserve"> leaned into the jest that others once cast at him. He wore silks embroidered with gems, his beard perfumed, his hands ringed with gold. He was more host than warlord, more vintner than tyrant. But beneath the softness lay cunning: he knew that a feast could end a war, and a withheld goblet could topple an alliance.</w:t>
      </w:r>
    </w:p>
    <w:p w14:paraId="10198237" w14:textId="77777777" w:rsidR="00673695" w:rsidRDefault="00673695" w:rsidP="00673695">
      <w:pPr>
        <w:pStyle w:val="NormalWeb"/>
        <w:rPr>
          <w:color w:val="000000"/>
        </w:rPr>
      </w:pPr>
      <w:r>
        <w:rPr>
          <w:color w:val="000000"/>
        </w:rPr>
        <w:t>At his side, always, was</w:t>
      </w:r>
      <w:r>
        <w:rPr>
          <w:rStyle w:val="apple-converted-space"/>
          <w:color w:val="000000"/>
        </w:rPr>
        <w:t> </w:t>
      </w:r>
      <w:r w:rsidRPr="00673695">
        <w:rPr>
          <w:rStyle w:val="Strong"/>
          <w:b w:val="0"/>
          <w:bCs w:val="0"/>
          <w:color w:val="000000"/>
        </w:rPr>
        <w:t>Prince Perry</w:t>
      </w:r>
      <w:r>
        <w:rPr>
          <w:rStyle w:val="apple-converted-space"/>
          <w:color w:val="000000"/>
        </w:rPr>
        <w:t> </w:t>
      </w:r>
      <w:r>
        <w:rPr>
          <w:color w:val="000000"/>
        </w:rPr>
        <w:t xml:space="preserve">— not his son, but his chosen companion, his romantic consort. The court had long whispered about Perry’s role, but </w:t>
      </w:r>
      <w:proofErr w:type="spellStart"/>
      <w:r>
        <w:rPr>
          <w:color w:val="000000"/>
        </w:rPr>
        <w:t>Plenstant</w:t>
      </w:r>
      <w:proofErr w:type="spellEnd"/>
      <w:r>
        <w:rPr>
          <w:color w:val="000000"/>
        </w:rPr>
        <w:t xml:space="preserve"> wore it openly, parading him in finery, kissing his cheek at councils, laughing in his ear at banquets. To some rulers this was scandal, to others weakness, but </w:t>
      </w:r>
      <w:proofErr w:type="spellStart"/>
      <w:r>
        <w:rPr>
          <w:color w:val="000000"/>
        </w:rPr>
        <w:t>Plenstant</w:t>
      </w:r>
      <w:proofErr w:type="spellEnd"/>
      <w:r>
        <w:rPr>
          <w:color w:val="000000"/>
        </w:rPr>
        <w:t xml:space="preserve"> turned it into theater.</w:t>
      </w:r>
    </w:p>
    <w:p w14:paraId="3DA53905" w14:textId="77777777" w:rsidR="00673695" w:rsidRDefault="00673695" w:rsidP="00673695">
      <w:pPr>
        <w:pStyle w:val="NormalWeb"/>
        <w:rPr>
          <w:color w:val="000000"/>
        </w:rPr>
      </w:pPr>
      <w:r>
        <w:rPr>
          <w:color w:val="000000"/>
        </w:rPr>
        <w:t>Behind them, stalwart and unamused, stood</w:t>
      </w:r>
      <w:r>
        <w:rPr>
          <w:rStyle w:val="apple-converted-space"/>
          <w:color w:val="000000"/>
        </w:rPr>
        <w:t> </w:t>
      </w:r>
      <w:proofErr w:type="spellStart"/>
      <w:r w:rsidRPr="004C5B42">
        <w:rPr>
          <w:rStyle w:val="Strong"/>
          <w:b w:val="0"/>
          <w:bCs w:val="0"/>
          <w:color w:val="000000"/>
        </w:rPr>
        <w:t>Janedo</w:t>
      </w:r>
      <w:proofErr w:type="spellEnd"/>
      <w:r>
        <w:rPr>
          <w:color w:val="000000"/>
        </w:rPr>
        <w:t xml:space="preserve">, commander of the royal guard. Broad-shouldered, sword always at her hip, she was the steel hidden beneath </w:t>
      </w:r>
      <w:proofErr w:type="spellStart"/>
      <w:r>
        <w:rPr>
          <w:color w:val="000000"/>
        </w:rPr>
        <w:t>Hespolol’s</w:t>
      </w:r>
      <w:proofErr w:type="spellEnd"/>
      <w:r>
        <w:rPr>
          <w:color w:val="000000"/>
        </w:rPr>
        <w:t xml:space="preserve"> velvet.</w:t>
      </w:r>
    </w:p>
    <w:p w14:paraId="36BE3196" w14:textId="77777777" w:rsidR="00673695" w:rsidRDefault="00673695" w:rsidP="00673695">
      <w:pPr>
        <w:pStyle w:val="NormalWeb"/>
        <w:rPr>
          <w:color w:val="000000"/>
        </w:rPr>
      </w:pPr>
      <w:r>
        <w:rPr>
          <w:color w:val="000000"/>
        </w:rPr>
        <w:t xml:space="preserve">When the citadel’s messenger delivered the sealed scroll, </w:t>
      </w:r>
      <w:proofErr w:type="spellStart"/>
      <w:r>
        <w:rPr>
          <w:color w:val="000000"/>
        </w:rPr>
        <w:t>Plenstant</w:t>
      </w:r>
      <w:proofErr w:type="spellEnd"/>
      <w:r>
        <w:rPr>
          <w:color w:val="000000"/>
        </w:rPr>
        <w:t xml:space="preserve"> opened it with a jeweled finger, sipping from a golden goblet as he read.</w:t>
      </w:r>
    </w:p>
    <w:p w14:paraId="39812202" w14:textId="77777777" w:rsidR="00673695" w:rsidRDefault="00673695" w:rsidP="00673695">
      <w:pPr>
        <w:pStyle w:val="NormalWeb"/>
        <w:rPr>
          <w:color w:val="000000"/>
        </w:rPr>
      </w:pPr>
      <w:r>
        <w:rPr>
          <w:color w:val="000000"/>
        </w:rPr>
        <w:t>“They summon us,” he said at last, voice warm as honey. “Every crown, every beast, even the abominations. And of course — the Vineyard.”</w:t>
      </w:r>
    </w:p>
    <w:p w14:paraId="2A026A63" w14:textId="77777777" w:rsidR="00673695" w:rsidRDefault="00673695" w:rsidP="00673695">
      <w:pPr>
        <w:pStyle w:val="NormalWeb"/>
        <w:rPr>
          <w:color w:val="000000"/>
        </w:rPr>
      </w:pPr>
      <w:r>
        <w:rPr>
          <w:color w:val="000000"/>
        </w:rPr>
        <w:t>Perry leaned in, his lips close to the king’s ear. “You cannot refuse. They would drink from another’s cask, and your name would sour in their mouths.”</w:t>
      </w:r>
    </w:p>
    <w:p w14:paraId="30F44159" w14:textId="77777777" w:rsidR="004C5B42" w:rsidRDefault="00673695" w:rsidP="00673695">
      <w:pPr>
        <w:pStyle w:val="NormalWeb"/>
        <w:rPr>
          <w:color w:val="000000"/>
        </w:rPr>
      </w:pPr>
      <w:proofErr w:type="spellStart"/>
      <w:r>
        <w:rPr>
          <w:color w:val="000000"/>
        </w:rPr>
        <w:t>Janedo</w:t>
      </w:r>
      <w:proofErr w:type="spellEnd"/>
      <w:r>
        <w:rPr>
          <w:color w:val="000000"/>
        </w:rPr>
        <w:t xml:space="preserve"> gave a curt nod. “True. Still, my king, remember this summons is not a feast. It is a gathering of threats. The Dragons may come with fire, the Lions with claws. We go, but we must not go unguarded.”</w:t>
      </w:r>
    </w:p>
    <w:p w14:paraId="36C096DB" w14:textId="424D77A8" w:rsidR="00673695" w:rsidRDefault="00673695" w:rsidP="00673695">
      <w:pPr>
        <w:pStyle w:val="NormalWeb"/>
        <w:rPr>
          <w:color w:val="000000"/>
        </w:rPr>
      </w:pPr>
      <w:proofErr w:type="spellStart"/>
      <w:r>
        <w:rPr>
          <w:color w:val="000000"/>
        </w:rPr>
        <w:lastRenderedPageBreak/>
        <w:t>Plenstant</w:t>
      </w:r>
      <w:proofErr w:type="spellEnd"/>
      <w:r>
        <w:rPr>
          <w:color w:val="000000"/>
        </w:rPr>
        <w:t xml:space="preserve"> laughed, raising his goblet high. “Guarded, yes. But let them bring fire and fang — we will bring what they cannot: delight. The Citadel may preach of doom, but they will speak it with </w:t>
      </w:r>
      <w:proofErr w:type="spellStart"/>
      <w:r>
        <w:rPr>
          <w:color w:val="000000"/>
        </w:rPr>
        <w:t>Hespolol’s</w:t>
      </w:r>
      <w:proofErr w:type="spellEnd"/>
      <w:r>
        <w:rPr>
          <w:color w:val="000000"/>
        </w:rPr>
        <w:t xml:space="preserve"> wine on their tongues.”</w:t>
      </w:r>
    </w:p>
    <w:p w14:paraId="15681AF0" w14:textId="77777777" w:rsidR="00673695" w:rsidRDefault="00673695" w:rsidP="00673695">
      <w:pPr>
        <w:pStyle w:val="NormalWeb"/>
        <w:rPr>
          <w:color w:val="000000"/>
        </w:rPr>
      </w:pPr>
      <w:r>
        <w:rPr>
          <w:color w:val="000000"/>
        </w:rPr>
        <w:t xml:space="preserve">He kissed Perry’s hand, and the court echoed his toast with goblets that rang like bells. </w:t>
      </w:r>
      <w:proofErr w:type="spellStart"/>
      <w:r>
        <w:rPr>
          <w:color w:val="000000"/>
        </w:rPr>
        <w:t>Janedo</w:t>
      </w:r>
      <w:proofErr w:type="spellEnd"/>
      <w:r>
        <w:rPr>
          <w:color w:val="000000"/>
        </w:rPr>
        <w:t xml:space="preserve"> only watched, her jaw tight, as if already seeing the dangers hidden in the citadel’s stone.</w:t>
      </w:r>
    </w:p>
    <w:p w14:paraId="55DE38AF" w14:textId="77777777" w:rsidR="00673695" w:rsidRDefault="00673695" w:rsidP="00673695">
      <w:pPr>
        <w:pStyle w:val="NormalWeb"/>
        <w:rPr>
          <w:color w:val="000000"/>
        </w:rPr>
      </w:pPr>
      <w:r>
        <w:rPr>
          <w:color w:val="000000"/>
        </w:rPr>
        <w:t>The Vineyard King would answer the summons — dressed in velvet, crowned in grapes, his lover at his side, his guards in shining mail. Let the other Thrones sneer. In the end, they would drink.</w:t>
      </w:r>
    </w:p>
    <w:p w14:paraId="66101745" w14:textId="073D9D6D" w:rsidR="004C5B42" w:rsidRDefault="004C5B42" w:rsidP="004C5B42">
      <w:pPr>
        <w:pStyle w:val="Heading3"/>
        <w:rPr>
          <w:color w:val="000000"/>
        </w:rPr>
      </w:pPr>
      <w:r>
        <w:rPr>
          <w:color w:val="000000"/>
        </w:rPr>
        <w:t>The Nomad King</w:t>
      </w:r>
    </w:p>
    <w:p w14:paraId="125994FA" w14:textId="77777777" w:rsidR="004C5B42" w:rsidRDefault="004C5B42" w:rsidP="004C5B42">
      <w:pPr>
        <w:pStyle w:val="NormalWeb"/>
        <w:rPr>
          <w:color w:val="000000"/>
        </w:rPr>
      </w:pPr>
      <w:r>
        <w:rPr>
          <w:color w:val="000000"/>
        </w:rPr>
        <w:t>To the northeast stretched the wastes: desert winds that scoured the bones of a once-mighty kingdom, and grasslands that clung like patches of green to the edge of ruin. Long ago, during the last</w:t>
      </w:r>
      <w:r>
        <w:rPr>
          <w:rStyle w:val="apple-converted-space"/>
          <w:color w:val="000000"/>
        </w:rPr>
        <w:t> </w:t>
      </w:r>
      <w:r w:rsidRPr="004C5B42">
        <w:rPr>
          <w:rStyle w:val="Strong"/>
          <w:b w:val="0"/>
          <w:bCs w:val="0"/>
          <w:color w:val="000000"/>
        </w:rPr>
        <w:t>Skyfall</w:t>
      </w:r>
      <w:r>
        <w:rPr>
          <w:color w:val="000000"/>
        </w:rPr>
        <w:t>, this was the greatest realm of all, rich with rivers, harvest, and armies that covered the plains. But when the heavens rained fire, the land was burned to ash. Rivers dried, fields turned to sand, and only the stone of the great castle endured.</w:t>
      </w:r>
    </w:p>
    <w:p w14:paraId="11B4E54F" w14:textId="77777777" w:rsidR="004C5B42" w:rsidRDefault="004C5B42" w:rsidP="004C5B42">
      <w:pPr>
        <w:pStyle w:val="NormalWeb"/>
        <w:rPr>
          <w:color w:val="000000"/>
        </w:rPr>
      </w:pPr>
      <w:r>
        <w:rPr>
          <w:color w:val="000000"/>
        </w:rPr>
        <w:t>Now the people wandered as</w:t>
      </w:r>
      <w:r>
        <w:rPr>
          <w:rStyle w:val="apple-converted-space"/>
          <w:color w:val="000000"/>
        </w:rPr>
        <w:t> </w:t>
      </w:r>
      <w:r w:rsidRPr="004C5B42">
        <w:rPr>
          <w:rStyle w:val="Strong"/>
          <w:b w:val="0"/>
          <w:bCs w:val="0"/>
          <w:color w:val="000000"/>
        </w:rPr>
        <w:t>nomads</w:t>
      </w:r>
      <w:r>
        <w:rPr>
          <w:color w:val="000000"/>
        </w:rPr>
        <w:t>, moving with the seasons, living from the gems still pulled from deep mines and from what little grass remained for their herds. They were no longer a kingdom of palaces, but of tents, wagons, and fire-lit camps. Yet their spirit did not die, for hardship had made them hard as stone.</w:t>
      </w:r>
    </w:p>
    <w:p w14:paraId="75BFAAC0" w14:textId="77777777" w:rsidR="004C5B42" w:rsidRDefault="004C5B42" w:rsidP="004C5B42">
      <w:pPr>
        <w:pStyle w:val="NormalWeb"/>
        <w:rPr>
          <w:color w:val="000000"/>
        </w:rPr>
      </w:pPr>
      <w:r>
        <w:rPr>
          <w:color w:val="000000"/>
        </w:rPr>
        <w:t>At the heart of this wandering throne was</w:t>
      </w:r>
      <w:r>
        <w:rPr>
          <w:rStyle w:val="apple-converted-space"/>
          <w:color w:val="000000"/>
        </w:rPr>
        <w:t> </w:t>
      </w:r>
      <w:r w:rsidRPr="004C5B42">
        <w:rPr>
          <w:rStyle w:val="Strong"/>
          <w:b w:val="0"/>
          <w:bCs w:val="0"/>
          <w:color w:val="000000"/>
        </w:rPr>
        <w:t xml:space="preserve">King </w:t>
      </w:r>
      <w:proofErr w:type="spellStart"/>
      <w:r w:rsidRPr="004C5B42">
        <w:rPr>
          <w:rStyle w:val="Strong"/>
          <w:b w:val="0"/>
          <w:bCs w:val="0"/>
          <w:color w:val="000000"/>
        </w:rPr>
        <w:t>Rexter</w:t>
      </w:r>
      <w:proofErr w:type="spellEnd"/>
      <w:r>
        <w:rPr>
          <w:color w:val="000000"/>
        </w:rPr>
        <w:t>, known to all as the</w:t>
      </w:r>
      <w:r>
        <w:rPr>
          <w:rStyle w:val="apple-converted-space"/>
          <w:color w:val="000000"/>
        </w:rPr>
        <w:t> </w:t>
      </w:r>
      <w:r w:rsidRPr="004C5B42">
        <w:rPr>
          <w:rStyle w:val="Strong"/>
          <w:b w:val="0"/>
          <w:bCs w:val="0"/>
          <w:color w:val="000000"/>
        </w:rPr>
        <w:t>Nomad King</w:t>
      </w:r>
      <w:r>
        <w:rPr>
          <w:color w:val="000000"/>
        </w:rPr>
        <w:t>. He wore no crown of gold, only a circlet of steel set with gems — trophies of the land that still yielded treasure beneath its ruin. His skin was leathered by sun, his beard streaked with gray, his eyes sharp as flint.</w:t>
      </w:r>
    </w:p>
    <w:p w14:paraId="55067A77" w14:textId="77777777" w:rsidR="004C5B42" w:rsidRDefault="004C5B42" w:rsidP="004C5B42">
      <w:pPr>
        <w:pStyle w:val="NormalWeb"/>
        <w:rPr>
          <w:color w:val="000000"/>
        </w:rPr>
      </w:pPr>
      <w:proofErr w:type="spellStart"/>
      <w:r>
        <w:rPr>
          <w:color w:val="000000"/>
        </w:rPr>
        <w:t xml:space="preserve">Rexter’s throne </w:t>
      </w:r>
      <w:proofErr w:type="spellEnd"/>
      <w:r>
        <w:rPr>
          <w:color w:val="000000"/>
        </w:rPr>
        <w:t>was not in a hall but in a tent, heavy with carpets and colored silks, pitched beside the blackened ruin of the old castle. The castle itself stood hollow and abandoned, a burned husk, kept only as a symbol of what had been.</w:t>
      </w:r>
    </w:p>
    <w:p w14:paraId="749504AA" w14:textId="77777777" w:rsidR="004C5B42" w:rsidRDefault="004C5B42" w:rsidP="004C5B42">
      <w:pPr>
        <w:pStyle w:val="NormalWeb"/>
        <w:rPr>
          <w:color w:val="000000"/>
        </w:rPr>
      </w:pPr>
      <w:r>
        <w:rPr>
          <w:color w:val="000000"/>
        </w:rPr>
        <w:t>By his side were his</w:t>
      </w:r>
      <w:r>
        <w:rPr>
          <w:rStyle w:val="apple-converted-space"/>
          <w:color w:val="000000"/>
        </w:rPr>
        <w:t> </w:t>
      </w:r>
      <w:r w:rsidRPr="004C5B42">
        <w:rPr>
          <w:rStyle w:val="Strong"/>
          <w:b w:val="0"/>
          <w:bCs w:val="0"/>
          <w:color w:val="000000"/>
        </w:rPr>
        <w:t>three queens</w:t>
      </w:r>
      <w:r>
        <w:rPr>
          <w:color w:val="000000"/>
        </w:rPr>
        <w:t>:</w:t>
      </w:r>
    </w:p>
    <w:p w14:paraId="13E0DB02" w14:textId="77777777" w:rsidR="004C5B42" w:rsidRPr="004C5B42" w:rsidRDefault="004C5B42" w:rsidP="004C5B42">
      <w:pPr>
        <w:pStyle w:val="NormalWeb"/>
        <w:numPr>
          <w:ilvl w:val="0"/>
          <w:numId w:val="10"/>
        </w:numPr>
        <w:rPr>
          <w:color w:val="000000"/>
        </w:rPr>
      </w:pPr>
      <w:r w:rsidRPr="004C5B42">
        <w:rPr>
          <w:rStyle w:val="Strong"/>
          <w:b w:val="0"/>
          <w:bCs w:val="0"/>
          <w:color w:val="000000"/>
        </w:rPr>
        <w:t>Greto</w:t>
      </w:r>
      <w:r w:rsidRPr="004C5B42">
        <w:rPr>
          <w:rStyle w:val="apple-converted-space"/>
          <w:color w:val="000000"/>
        </w:rPr>
        <w:t> </w:t>
      </w:r>
      <w:r w:rsidRPr="004C5B42">
        <w:rPr>
          <w:color w:val="000000"/>
        </w:rPr>
        <w:t>– the eldest, wise in herbs and survival, keeper of the tribe’s traditions.</w:t>
      </w:r>
    </w:p>
    <w:p w14:paraId="343E88C2" w14:textId="77777777" w:rsidR="004C5B42" w:rsidRPr="004C5B42" w:rsidRDefault="004C5B42" w:rsidP="004C5B42">
      <w:pPr>
        <w:pStyle w:val="NormalWeb"/>
        <w:numPr>
          <w:ilvl w:val="0"/>
          <w:numId w:val="10"/>
        </w:numPr>
        <w:rPr>
          <w:color w:val="000000"/>
        </w:rPr>
      </w:pPr>
      <w:r w:rsidRPr="004C5B42">
        <w:rPr>
          <w:rStyle w:val="Strong"/>
          <w:b w:val="0"/>
          <w:bCs w:val="0"/>
          <w:color w:val="000000"/>
        </w:rPr>
        <w:t>Amon</w:t>
      </w:r>
      <w:r w:rsidRPr="004C5B42">
        <w:rPr>
          <w:rStyle w:val="apple-converted-space"/>
          <w:b/>
          <w:bCs/>
          <w:color w:val="000000"/>
        </w:rPr>
        <w:t> </w:t>
      </w:r>
      <w:r w:rsidRPr="004C5B42">
        <w:rPr>
          <w:color w:val="000000"/>
        </w:rPr>
        <w:t>– fierce and outspoken, often seen mounted with the horse-guard, a queen of war.</w:t>
      </w:r>
    </w:p>
    <w:p w14:paraId="5E115AAF" w14:textId="77777777" w:rsidR="004C5B42" w:rsidRPr="004C5B42" w:rsidRDefault="004C5B42" w:rsidP="004C5B42">
      <w:pPr>
        <w:pStyle w:val="NormalWeb"/>
        <w:numPr>
          <w:ilvl w:val="0"/>
          <w:numId w:val="10"/>
        </w:numPr>
        <w:rPr>
          <w:color w:val="000000"/>
        </w:rPr>
      </w:pPr>
      <w:r w:rsidRPr="004C5B42">
        <w:rPr>
          <w:rStyle w:val="Strong"/>
          <w:b w:val="0"/>
          <w:bCs w:val="0"/>
          <w:color w:val="000000"/>
        </w:rPr>
        <w:t>Rubit</w:t>
      </w:r>
      <w:r w:rsidRPr="004C5B42">
        <w:rPr>
          <w:rStyle w:val="apple-converted-space"/>
          <w:color w:val="000000"/>
        </w:rPr>
        <w:t> </w:t>
      </w:r>
      <w:r w:rsidRPr="004C5B42">
        <w:rPr>
          <w:color w:val="000000"/>
        </w:rPr>
        <w:t>– youngest, sharp of wit, whose laughter was said to keep bitterness from the campfires.</w:t>
      </w:r>
    </w:p>
    <w:p w14:paraId="197CCA6C" w14:textId="14AD89E3" w:rsidR="004C5B42" w:rsidRPr="004C5B42" w:rsidRDefault="004C5B42" w:rsidP="004C5B42">
      <w:pPr>
        <w:pStyle w:val="NormalWeb"/>
        <w:rPr>
          <w:color w:val="000000"/>
        </w:rPr>
      </w:pPr>
      <w:r>
        <w:rPr>
          <w:color w:val="000000"/>
        </w:rPr>
        <w:t>Together, they formed a triad that steadied the king, giving voice to memory, fire, and hope.</w:t>
      </w:r>
    </w:p>
    <w:p w14:paraId="636E3E31" w14:textId="77777777" w:rsidR="004C5B42" w:rsidRDefault="004C5B42" w:rsidP="004C5B42">
      <w:pPr>
        <w:pStyle w:val="NormalWeb"/>
        <w:rPr>
          <w:color w:val="000000"/>
        </w:rPr>
      </w:pPr>
      <w:r>
        <w:rPr>
          <w:color w:val="000000"/>
        </w:rPr>
        <w:lastRenderedPageBreak/>
        <w:t xml:space="preserve">When the citadel’s scroll was presented to him, </w:t>
      </w:r>
      <w:proofErr w:type="spellStart"/>
      <w:r>
        <w:rPr>
          <w:color w:val="000000"/>
        </w:rPr>
        <w:t>Rexter</w:t>
      </w:r>
      <w:proofErr w:type="spellEnd"/>
      <w:r>
        <w:rPr>
          <w:color w:val="000000"/>
        </w:rPr>
        <w:t xml:space="preserve"> read it in silence, the desert wind rattling the tent poles.</w:t>
      </w:r>
    </w:p>
    <w:p w14:paraId="1754B70B" w14:textId="77777777" w:rsidR="004C5B42" w:rsidRDefault="004C5B42" w:rsidP="004C5B42">
      <w:pPr>
        <w:pStyle w:val="NormalWeb"/>
        <w:rPr>
          <w:color w:val="000000"/>
        </w:rPr>
      </w:pPr>
      <w:r>
        <w:rPr>
          <w:color w:val="000000"/>
        </w:rPr>
        <w:t>“They summon us to their stone,” he said at last. “The Citadel calls upon us, as though our desert is not proof enough of what falls from the sky. Do they think we have forgotten the last fire?”</w:t>
      </w:r>
    </w:p>
    <w:p w14:paraId="27FEE149" w14:textId="77777777" w:rsidR="004C5B42" w:rsidRDefault="004C5B42" w:rsidP="004C5B42">
      <w:pPr>
        <w:pStyle w:val="NormalWeb"/>
        <w:rPr>
          <w:color w:val="000000"/>
        </w:rPr>
      </w:pPr>
      <w:r>
        <w:rPr>
          <w:color w:val="000000"/>
        </w:rPr>
        <w:t>At his side stood</w:t>
      </w:r>
      <w:r>
        <w:rPr>
          <w:rStyle w:val="apple-converted-space"/>
          <w:color w:val="000000"/>
        </w:rPr>
        <w:t> </w:t>
      </w:r>
      <w:proofErr w:type="spellStart"/>
      <w:r w:rsidRPr="004C5B42">
        <w:rPr>
          <w:rStyle w:val="Strong"/>
          <w:b w:val="0"/>
          <w:bCs w:val="0"/>
          <w:color w:val="000000"/>
        </w:rPr>
        <w:t>Borid</w:t>
      </w:r>
      <w:proofErr w:type="spellEnd"/>
      <w:r>
        <w:rPr>
          <w:color w:val="000000"/>
        </w:rPr>
        <w:t>, his captain of men, tall and scarred, still bearing the old armor of the burned kingdom. With him was his son,</w:t>
      </w:r>
      <w:r>
        <w:rPr>
          <w:rStyle w:val="apple-converted-space"/>
          <w:color w:val="000000"/>
        </w:rPr>
        <w:t> </w:t>
      </w:r>
      <w:r w:rsidRPr="004C5B42">
        <w:rPr>
          <w:rStyle w:val="Strong"/>
          <w:b w:val="0"/>
          <w:bCs w:val="0"/>
          <w:color w:val="000000"/>
        </w:rPr>
        <w:t>Juner</w:t>
      </w:r>
      <w:r>
        <w:rPr>
          <w:color w:val="000000"/>
        </w:rPr>
        <w:t>, young and untested, but already commanding bands of riders across the sands.</w:t>
      </w:r>
    </w:p>
    <w:p w14:paraId="78158183" w14:textId="77777777" w:rsidR="004C5B42" w:rsidRDefault="004C5B42" w:rsidP="004C5B42">
      <w:pPr>
        <w:pStyle w:val="NormalWeb"/>
        <w:rPr>
          <w:color w:val="000000"/>
        </w:rPr>
      </w:pPr>
      <w:proofErr w:type="spellStart"/>
      <w:r>
        <w:rPr>
          <w:color w:val="000000"/>
        </w:rPr>
        <w:t>Borid</w:t>
      </w:r>
      <w:proofErr w:type="spellEnd"/>
      <w:r>
        <w:rPr>
          <w:color w:val="000000"/>
        </w:rPr>
        <w:t xml:space="preserve"> spoke, voice like gravel. “We should not go. The Citadel has never come to us. They let us burn. Let them now fear the sky as we did.”</w:t>
      </w:r>
    </w:p>
    <w:p w14:paraId="6C16702E" w14:textId="77777777" w:rsidR="004C5B42" w:rsidRDefault="004C5B42" w:rsidP="004C5B42">
      <w:pPr>
        <w:pStyle w:val="NormalWeb"/>
        <w:rPr>
          <w:color w:val="000000"/>
        </w:rPr>
      </w:pPr>
      <w:proofErr w:type="spellStart"/>
      <w:r>
        <w:rPr>
          <w:color w:val="000000"/>
        </w:rPr>
        <w:t>Juner</w:t>
      </w:r>
      <w:proofErr w:type="spellEnd"/>
      <w:r>
        <w:rPr>
          <w:color w:val="000000"/>
        </w:rPr>
        <w:t xml:space="preserve"> clenched his fists, eager with youth. “But father, if the sky falls again, will not the desert burn twice? If there is knowledge to save us, we must hear it.”</w:t>
      </w:r>
    </w:p>
    <w:p w14:paraId="07DF15E6" w14:textId="77777777" w:rsidR="004C5B42" w:rsidRDefault="004C5B42" w:rsidP="004C5B42">
      <w:pPr>
        <w:pStyle w:val="NormalWeb"/>
        <w:rPr>
          <w:color w:val="000000"/>
        </w:rPr>
      </w:pPr>
      <w:r>
        <w:rPr>
          <w:color w:val="000000"/>
        </w:rPr>
        <w:t>Queen Greto lifted her weathered hands. “The Citadel cannot undo the past. But perhaps they can keep it from happening again. We must not let pride blind us.”</w:t>
      </w:r>
    </w:p>
    <w:p w14:paraId="1457DC5E" w14:textId="77777777" w:rsidR="004C5B42" w:rsidRDefault="004C5B42" w:rsidP="004C5B42">
      <w:pPr>
        <w:pStyle w:val="NormalWeb"/>
        <w:rPr>
          <w:color w:val="000000"/>
        </w:rPr>
      </w:pPr>
      <w:r>
        <w:rPr>
          <w:color w:val="000000"/>
        </w:rPr>
        <w:t>Amon spat into the sand. “Pride keeps us alive. To kneel in their stone halls is to show our weakness.”</w:t>
      </w:r>
    </w:p>
    <w:p w14:paraId="09ADC464" w14:textId="77777777" w:rsidR="004C5B42" w:rsidRDefault="004C5B42" w:rsidP="004C5B42">
      <w:pPr>
        <w:pStyle w:val="NormalWeb"/>
        <w:rPr>
          <w:color w:val="000000"/>
        </w:rPr>
      </w:pPr>
      <w:r>
        <w:rPr>
          <w:color w:val="000000"/>
        </w:rPr>
        <w:t>Rubit’s laugh was bitter this time. “Weakness is thirst, Amon. Weakness is hunger. If the star brings fire again, the desert will consume us whole. Better to swallow pride than ash.”</w:t>
      </w:r>
    </w:p>
    <w:p w14:paraId="6A53D351" w14:textId="77777777" w:rsidR="004C5B42" w:rsidRDefault="004C5B42" w:rsidP="004C5B42">
      <w:pPr>
        <w:pStyle w:val="NormalWeb"/>
        <w:rPr>
          <w:color w:val="000000"/>
        </w:rPr>
      </w:pPr>
      <w:proofErr w:type="spellStart"/>
      <w:r>
        <w:rPr>
          <w:color w:val="000000"/>
        </w:rPr>
        <w:t>Rexter</w:t>
      </w:r>
      <w:proofErr w:type="spellEnd"/>
      <w:r>
        <w:rPr>
          <w:color w:val="000000"/>
        </w:rPr>
        <w:t xml:space="preserve"> listened, silent, his gaze upon the horizon where the ruins of the old castle loomed. At last, he stood, gripping his staff crowned with desert gems.</w:t>
      </w:r>
    </w:p>
    <w:p w14:paraId="08FEB205" w14:textId="77777777" w:rsidR="004C5B42" w:rsidRDefault="004C5B42" w:rsidP="004C5B42">
      <w:pPr>
        <w:pStyle w:val="NormalWeb"/>
        <w:rPr>
          <w:color w:val="000000"/>
        </w:rPr>
      </w:pPr>
      <w:r>
        <w:rPr>
          <w:color w:val="000000"/>
        </w:rPr>
        <w:t xml:space="preserve">“We will go,” he declared. “Not because they call us, but because we know the truth of fire better than any throne. The Citadel must hear the voice of the burned. </w:t>
      </w:r>
      <w:proofErr w:type="spellStart"/>
      <w:r>
        <w:rPr>
          <w:color w:val="000000"/>
        </w:rPr>
        <w:t>Borid</w:t>
      </w:r>
      <w:proofErr w:type="spellEnd"/>
      <w:r>
        <w:rPr>
          <w:color w:val="000000"/>
        </w:rPr>
        <w:t xml:space="preserve">, prepare the riders. </w:t>
      </w:r>
      <w:proofErr w:type="spellStart"/>
      <w:r>
        <w:rPr>
          <w:color w:val="000000"/>
        </w:rPr>
        <w:t>Juner</w:t>
      </w:r>
      <w:proofErr w:type="spellEnd"/>
      <w:r>
        <w:rPr>
          <w:color w:val="000000"/>
        </w:rPr>
        <w:t>, ride with them. My queens will march at my side, as they always have. Let the others drink their wine and roar with their beasts. We are the desert — we endure.”</w:t>
      </w:r>
    </w:p>
    <w:p w14:paraId="2E0016B3" w14:textId="77777777" w:rsidR="004C5B42" w:rsidRDefault="004C5B42" w:rsidP="004C5B42">
      <w:pPr>
        <w:pStyle w:val="NormalWeb"/>
        <w:rPr>
          <w:color w:val="000000"/>
        </w:rPr>
      </w:pPr>
      <w:r>
        <w:rPr>
          <w:color w:val="000000"/>
        </w:rPr>
        <w:t xml:space="preserve">The desert winds howled outside the tent, filling the silence. The messenger bowed, shaken by the weight of </w:t>
      </w:r>
      <w:proofErr w:type="spellStart"/>
      <w:r>
        <w:rPr>
          <w:color w:val="000000"/>
        </w:rPr>
        <w:t>Rexter’s</w:t>
      </w:r>
      <w:proofErr w:type="spellEnd"/>
      <w:r>
        <w:rPr>
          <w:color w:val="000000"/>
        </w:rPr>
        <w:t xml:space="preserve"> words.</w:t>
      </w:r>
    </w:p>
    <w:p w14:paraId="5473A34C" w14:textId="77777777" w:rsidR="004C5B42" w:rsidRDefault="004C5B42" w:rsidP="004C5B42">
      <w:pPr>
        <w:pStyle w:val="NormalWeb"/>
        <w:rPr>
          <w:color w:val="000000"/>
        </w:rPr>
      </w:pPr>
      <w:r>
        <w:rPr>
          <w:color w:val="000000"/>
        </w:rPr>
        <w:t>The Nomad King would come to the Citadel, bringing with him the memory of fire, and the proof that kingdoms can fall to ash and still endure.</w:t>
      </w:r>
    </w:p>
    <w:p w14:paraId="21F15E8F" w14:textId="65DA808A" w:rsidR="0014536E" w:rsidRDefault="0014536E" w:rsidP="0014536E">
      <w:pPr>
        <w:pStyle w:val="Heading3"/>
        <w:rPr>
          <w:color w:val="000000"/>
        </w:rPr>
      </w:pPr>
      <w:r>
        <w:rPr>
          <w:color w:val="000000"/>
        </w:rPr>
        <w:t>The Forest King</w:t>
      </w:r>
    </w:p>
    <w:p w14:paraId="43C55344" w14:textId="77777777" w:rsidR="0014536E" w:rsidRDefault="0014536E" w:rsidP="0014536E">
      <w:pPr>
        <w:pStyle w:val="NormalWeb"/>
        <w:rPr>
          <w:color w:val="000000"/>
        </w:rPr>
      </w:pPr>
      <w:r>
        <w:rPr>
          <w:color w:val="000000"/>
        </w:rPr>
        <w:t xml:space="preserve">In the southeast stretched the greenest expanse of the continent — forests so dense that the sun itself seemed a guest, its light trickling down through endless canopies. The trees </w:t>
      </w:r>
      <w:r>
        <w:rPr>
          <w:color w:val="000000"/>
        </w:rPr>
        <w:lastRenderedPageBreak/>
        <w:t>grew tall and thick, heavy with game, fruit, and nuts, providing all that was needed for life and war. Here ruled the</w:t>
      </w:r>
      <w:r>
        <w:rPr>
          <w:rStyle w:val="apple-converted-space"/>
          <w:color w:val="000000"/>
        </w:rPr>
        <w:t> </w:t>
      </w:r>
      <w:r w:rsidRPr="0014536E">
        <w:rPr>
          <w:rStyle w:val="Strong"/>
          <w:b w:val="0"/>
          <w:bCs w:val="0"/>
          <w:color w:val="000000"/>
        </w:rPr>
        <w:t>Forest King</w:t>
      </w:r>
      <w:r>
        <w:rPr>
          <w:color w:val="000000"/>
        </w:rPr>
        <w:t>, whose people had never known famine nor want.</w:t>
      </w:r>
    </w:p>
    <w:p w14:paraId="04181DD7" w14:textId="77777777" w:rsidR="0014536E" w:rsidRDefault="0014536E" w:rsidP="0014536E">
      <w:pPr>
        <w:pStyle w:val="NormalWeb"/>
        <w:rPr>
          <w:color w:val="000000"/>
        </w:rPr>
      </w:pPr>
      <w:r>
        <w:rPr>
          <w:color w:val="000000"/>
        </w:rPr>
        <w:t>But prosperity did not soften them. In the Forest Kingdom, every child was placed into the army from a young age, their first bows strung before they were tall enough to draw them fully. To live was to train; to train was to serve. Theirs was not a kingdom of farmers or merchants, but of hunters and soldiers, all sworn to the throne.</w:t>
      </w:r>
    </w:p>
    <w:p w14:paraId="478565FD" w14:textId="5F331A60" w:rsidR="0014536E" w:rsidRPr="0014536E" w:rsidRDefault="0014536E" w:rsidP="0014536E">
      <w:pPr>
        <w:pStyle w:val="NormalWeb"/>
        <w:rPr>
          <w:color w:val="000000"/>
        </w:rPr>
      </w:pPr>
      <w:r>
        <w:rPr>
          <w:color w:val="000000"/>
        </w:rPr>
        <w:t>Their arrows were feared across the continent, said to be able to pierce dragon-scale and bring even the mightiest beast from the skies. Where other armies moved slowly, burdened by armor, the forest soldiers melted into the green, vanishing and striking as shadows. Few kingdoms had ever dared cross them, for every step into their woods was a step into a thousand waiting bows.</w:t>
      </w:r>
    </w:p>
    <w:p w14:paraId="63A66C21" w14:textId="77777777" w:rsidR="0014536E" w:rsidRDefault="0014536E" w:rsidP="0014536E">
      <w:pPr>
        <w:pStyle w:val="NormalWeb"/>
        <w:rPr>
          <w:color w:val="000000"/>
        </w:rPr>
      </w:pPr>
      <w:r>
        <w:rPr>
          <w:color w:val="000000"/>
        </w:rPr>
        <w:t>At the heart of this living fortress was</w:t>
      </w:r>
      <w:r>
        <w:rPr>
          <w:rStyle w:val="apple-converted-space"/>
          <w:color w:val="000000"/>
        </w:rPr>
        <w:t> </w:t>
      </w:r>
      <w:r w:rsidRPr="0014536E">
        <w:rPr>
          <w:rStyle w:val="Strong"/>
          <w:b w:val="0"/>
          <w:bCs w:val="0"/>
          <w:color w:val="000000"/>
        </w:rPr>
        <w:t>King Bruce</w:t>
      </w:r>
      <w:r>
        <w:rPr>
          <w:color w:val="000000"/>
        </w:rPr>
        <w:t xml:space="preserve">, the Forest King. His cloak was of green and brown </w:t>
      </w:r>
      <w:proofErr w:type="gramStart"/>
      <w:r>
        <w:rPr>
          <w:color w:val="000000"/>
        </w:rPr>
        <w:t>feathers,</w:t>
      </w:r>
      <w:proofErr w:type="gramEnd"/>
      <w:r>
        <w:rPr>
          <w:color w:val="000000"/>
        </w:rPr>
        <w:t xml:space="preserve"> his crown carved from oak and bound with vines. He was a man of stern discipline, but not without humor — a hunter’s laugh often rang from his hall. His people loved him, for he shared in their labors and feasts, never sitting idle while others fought or toiled.</w:t>
      </w:r>
    </w:p>
    <w:p w14:paraId="028F2A4C" w14:textId="77777777" w:rsidR="0014536E" w:rsidRDefault="0014536E" w:rsidP="0014536E">
      <w:pPr>
        <w:pStyle w:val="NormalWeb"/>
        <w:rPr>
          <w:color w:val="000000"/>
        </w:rPr>
      </w:pPr>
      <w:r>
        <w:rPr>
          <w:color w:val="000000"/>
        </w:rPr>
        <w:t>At his side was</w:t>
      </w:r>
      <w:r>
        <w:rPr>
          <w:rStyle w:val="apple-converted-space"/>
          <w:color w:val="000000"/>
        </w:rPr>
        <w:t> </w:t>
      </w:r>
      <w:proofErr w:type="spellStart"/>
      <w:r w:rsidRPr="0014536E">
        <w:rPr>
          <w:rStyle w:val="Strong"/>
          <w:b w:val="0"/>
          <w:bCs w:val="0"/>
          <w:color w:val="000000"/>
        </w:rPr>
        <w:t>Breva</w:t>
      </w:r>
      <w:proofErr w:type="spellEnd"/>
      <w:r w:rsidRPr="0014536E">
        <w:rPr>
          <w:b/>
          <w:bCs/>
          <w:color w:val="000000"/>
        </w:rPr>
        <w:t>,</w:t>
      </w:r>
      <w:r>
        <w:rPr>
          <w:color w:val="000000"/>
        </w:rPr>
        <w:t xml:space="preserve"> his new wife, soon to be made queen when the year of marriage was complete. She was known for her keen aim as much as for her beauty, and many whispered she was as much archer as consort.</w:t>
      </w:r>
    </w:p>
    <w:p w14:paraId="49566633" w14:textId="77777777" w:rsidR="0014536E" w:rsidRDefault="0014536E" w:rsidP="0014536E">
      <w:pPr>
        <w:pStyle w:val="NormalWeb"/>
        <w:rPr>
          <w:color w:val="000000"/>
        </w:rPr>
      </w:pPr>
      <w:r>
        <w:rPr>
          <w:color w:val="000000"/>
        </w:rPr>
        <w:t>Beside Bruce stood his captains:</w:t>
      </w:r>
    </w:p>
    <w:p w14:paraId="129B7C0A" w14:textId="77777777" w:rsidR="0014536E" w:rsidRDefault="0014536E" w:rsidP="0014536E">
      <w:pPr>
        <w:pStyle w:val="NormalWeb"/>
        <w:numPr>
          <w:ilvl w:val="0"/>
          <w:numId w:val="11"/>
        </w:numPr>
        <w:rPr>
          <w:color w:val="000000"/>
        </w:rPr>
      </w:pPr>
      <w:r w:rsidRPr="0014536E">
        <w:rPr>
          <w:rStyle w:val="Strong"/>
          <w:b w:val="0"/>
          <w:bCs w:val="0"/>
          <w:color w:val="000000"/>
        </w:rPr>
        <w:t>The Archer Lord</w:t>
      </w:r>
      <w:r>
        <w:rPr>
          <w:color w:val="000000"/>
        </w:rPr>
        <w:t>, master of bowmen, who commanded the endless ranks of archers that were the pride of the forest.</w:t>
      </w:r>
    </w:p>
    <w:p w14:paraId="71F23703" w14:textId="77777777" w:rsidR="0014536E" w:rsidRDefault="0014536E" w:rsidP="0014536E">
      <w:pPr>
        <w:pStyle w:val="NormalWeb"/>
        <w:numPr>
          <w:ilvl w:val="0"/>
          <w:numId w:val="11"/>
        </w:numPr>
        <w:rPr>
          <w:color w:val="000000"/>
        </w:rPr>
      </w:pPr>
      <w:r w:rsidRPr="0014536E">
        <w:rPr>
          <w:rStyle w:val="Strong"/>
          <w:b w:val="0"/>
          <w:bCs w:val="0"/>
          <w:color w:val="000000"/>
        </w:rPr>
        <w:t>The Javelin Lord</w:t>
      </w:r>
      <w:r>
        <w:rPr>
          <w:color w:val="000000"/>
        </w:rPr>
        <w:t>, master of hunters, whose warriors hurled death with unmatched precision from the trees.</w:t>
      </w:r>
    </w:p>
    <w:p w14:paraId="41188153" w14:textId="568FC8A3" w:rsidR="0014536E" w:rsidRPr="005D3B61" w:rsidRDefault="0014536E" w:rsidP="005D3B61">
      <w:pPr>
        <w:pStyle w:val="NormalWeb"/>
        <w:rPr>
          <w:color w:val="000000"/>
        </w:rPr>
      </w:pPr>
      <w:r>
        <w:rPr>
          <w:color w:val="000000"/>
        </w:rPr>
        <w:t xml:space="preserve">And in the council chamber of </w:t>
      </w:r>
      <w:proofErr w:type="gramStart"/>
      <w:r>
        <w:rPr>
          <w:color w:val="000000"/>
        </w:rPr>
        <w:t>Bruce’s hall</w:t>
      </w:r>
      <w:proofErr w:type="gramEnd"/>
      <w:r>
        <w:rPr>
          <w:color w:val="000000"/>
        </w:rPr>
        <w:t xml:space="preserve"> was always present</w:t>
      </w:r>
      <w:r>
        <w:rPr>
          <w:rStyle w:val="apple-converted-space"/>
          <w:color w:val="000000"/>
        </w:rPr>
        <w:t> </w:t>
      </w:r>
      <w:r w:rsidRPr="0014536E">
        <w:rPr>
          <w:rStyle w:val="Strong"/>
          <w:b w:val="0"/>
          <w:bCs w:val="0"/>
          <w:color w:val="000000"/>
        </w:rPr>
        <w:t>Doctor Yevor</w:t>
      </w:r>
      <w:r>
        <w:rPr>
          <w:color w:val="000000"/>
        </w:rPr>
        <w:t xml:space="preserve">, the Doctor of Foliage. A quiet, thoughtful man, </w:t>
      </w:r>
      <w:proofErr w:type="spellStart"/>
      <w:r>
        <w:rPr>
          <w:color w:val="000000"/>
        </w:rPr>
        <w:t>Yevor</w:t>
      </w:r>
      <w:proofErr w:type="spellEnd"/>
      <w:r>
        <w:rPr>
          <w:color w:val="000000"/>
        </w:rPr>
        <w:t xml:space="preserve"> studied every plant, root, and leaf of the forests, drawing cures, poisons, and sustenance from them. His bond with Bruce was strong, and his loyalty to the Citadel stronger still.</w:t>
      </w:r>
    </w:p>
    <w:p w14:paraId="64261C93" w14:textId="48B174AC" w:rsidR="0014536E" w:rsidRDefault="0014536E" w:rsidP="0014536E">
      <w:pPr>
        <w:pStyle w:val="NormalWeb"/>
        <w:rPr>
          <w:color w:val="000000"/>
        </w:rPr>
      </w:pPr>
      <w:r>
        <w:rPr>
          <w:color w:val="000000"/>
        </w:rPr>
        <w:t>When the messeng</w:t>
      </w:r>
      <w:r>
        <w:rPr>
          <w:color w:val="000000"/>
        </w:rPr>
        <w:t>e</w:t>
      </w:r>
      <w:r>
        <w:rPr>
          <w:color w:val="000000"/>
        </w:rPr>
        <w:t>r arrived bearing the sealed scroll, Bruce received it beneath the great oak rafters of his hall. He broke the wax and read aloud, his voice carrying through the chamber.</w:t>
      </w:r>
    </w:p>
    <w:p w14:paraId="252321EC" w14:textId="77777777" w:rsidR="0014536E" w:rsidRDefault="0014536E" w:rsidP="0014536E">
      <w:pPr>
        <w:pStyle w:val="NormalWeb"/>
        <w:rPr>
          <w:color w:val="000000"/>
        </w:rPr>
      </w:pPr>
      <w:r>
        <w:rPr>
          <w:color w:val="000000"/>
        </w:rPr>
        <w:t>“The Citadel summons us,” he declared. “All Thrones, all crowns, to gather beneath their stone.”</w:t>
      </w:r>
    </w:p>
    <w:p w14:paraId="4FD93180" w14:textId="77777777" w:rsidR="0014536E" w:rsidRDefault="0014536E" w:rsidP="0014536E">
      <w:pPr>
        <w:pStyle w:val="NormalWeb"/>
        <w:rPr>
          <w:color w:val="000000"/>
        </w:rPr>
      </w:pPr>
      <w:r>
        <w:rPr>
          <w:color w:val="000000"/>
        </w:rPr>
        <w:t>Breva’s hand touched his arm. “It has been seven centuries. If they call now, it is for grave reason. You must go.”</w:t>
      </w:r>
    </w:p>
    <w:p w14:paraId="5A4CE260" w14:textId="77777777" w:rsidR="0014536E" w:rsidRDefault="0014536E" w:rsidP="0014536E">
      <w:pPr>
        <w:pStyle w:val="NormalWeb"/>
        <w:rPr>
          <w:color w:val="000000"/>
        </w:rPr>
      </w:pPr>
      <w:r>
        <w:rPr>
          <w:color w:val="000000"/>
        </w:rPr>
        <w:lastRenderedPageBreak/>
        <w:t>The Archer Lord bowed. “We will march with you, my king. The forest follows where you lead.”</w:t>
      </w:r>
    </w:p>
    <w:p w14:paraId="529565C6" w14:textId="77777777" w:rsidR="0014536E" w:rsidRDefault="0014536E" w:rsidP="0014536E">
      <w:pPr>
        <w:pStyle w:val="NormalWeb"/>
        <w:rPr>
          <w:color w:val="000000"/>
        </w:rPr>
      </w:pPr>
      <w:r>
        <w:rPr>
          <w:color w:val="000000"/>
        </w:rPr>
        <w:t>The Javelin Lord slammed his spear to the floor. “And if Barrus brings his dragons, we will bring them down. The sky is no shield against us.”</w:t>
      </w:r>
    </w:p>
    <w:p w14:paraId="4296DDEE" w14:textId="237CC86D" w:rsidR="0014536E" w:rsidRPr="005D3B61" w:rsidRDefault="0014536E" w:rsidP="005D3B61">
      <w:pPr>
        <w:pStyle w:val="NormalWeb"/>
        <w:rPr>
          <w:color w:val="000000"/>
        </w:rPr>
      </w:pPr>
      <w:r>
        <w:rPr>
          <w:color w:val="000000"/>
        </w:rPr>
        <w:t xml:space="preserve">Doctor </w:t>
      </w:r>
      <w:proofErr w:type="spellStart"/>
      <w:r>
        <w:rPr>
          <w:color w:val="000000"/>
        </w:rPr>
        <w:t>Yevor</w:t>
      </w:r>
      <w:proofErr w:type="spellEnd"/>
      <w:r>
        <w:rPr>
          <w:color w:val="000000"/>
        </w:rPr>
        <w:t xml:space="preserve"> inclined his head, his robes whispering like leaves. “The Citadel will need allies when fire falls from above. You, my king, have always stood in their shadow. It is time you stand in their hall.”</w:t>
      </w:r>
    </w:p>
    <w:p w14:paraId="30CCD445" w14:textId="77777777" w:rsidR="0014536E" w:rsidRDefault="0014536E" w:rsidP="0014536E">
      <w:pPr>
        <w:pStyle w:val="NormalWeb"/>
        <w:rPr>
          <w:color w:val="000000"/>
        </w:rPr>
      </w:pPr>
      <w:r>
        <w:rPr>
          <w:color w:val="000000"/>
        </w:rPr>
        <w:t xml:space="preserve">Bruce rose, his crown of oak glinting in the firelight. “Then it is settled. We go to the Citadel, </w:t>
      </w:r>
      <w:proofErr w:type="spellStart"/>
      <w:r>
        <w:rPr>
          <w:color w:val="000000"/>
        </w:rPr>
        <w:t>Breva</w:t>
      </w:r>
      <w:proofErr w:type="spellEnd"/>
      <w:r>
        <w:rPr>
          <w:color w:val="000000"/>
        </w:rPr>
        <w:t xml:space="preserve"> at my side, my lords at my back. Let the Dragons come with fire, the Lions with claws, the Serpents with fangs. The forest has arrows enough for them all.”</w:t>
      </w:r>
    </w:p>
    <w:p w14:paraId="3CF8289E" w14:textId="77777777" w:rsidR="0014536E" w:rsidRDefault="0014536E" w:rsidP="0014536E">
      <w:pPr>
        <w:pStyle w:val="NormalWeb"/>
        <w:rPr>
          <w:color w:val="000000"/>
        </w:rPr>
      </w:pPr>
      <w:r>
        <w:rPr>
          <w:color w:val="000000"/>
        </w:rPr>
        <w:t>A great cheer rose from the gathered captains. Outside, the horns of the forest sounded, and thousands of archers answered, their voices and bows rising as one.</w:t>
      </w:r>
    </w:p>
    <w:p w14:paraId="173B0F2A" w14:textId="77777777" w:rsidR="0014536E" w:rsidRDefault="0014536E" w:rsidP="0014536E">
      <w:pPr>
        <w:pStyle w:val="NormalWeb"/>
        <w:rPr>
          <w:color w:val="000000"/>
        </w:rPr>
      </w:pPr>
      <w:r>
        <w:rPr>
          <w:color w:val="000000"/>
        </w:rPr>
        <w:t>The Forest King would come to the Citadel, bringing with him the green might of the trees, and the promise that even the skies were not safe from his people.</w:t>
      </w:r>
    </w:p>
    <w:p w14:paraId="7F80D33D" w14:textId="77777777" w:rsidR="00D4224A" w:rsidRDefault="00D4224A" w:rsidP="00D4224A">
      <w:pPr>
        <w:pStyle w:val="Heading1"/>
        <w:rPr>
          <w:color w:val="000000"/>
        </w:rPr>
      </w:pPr>
      <w:r>
        <w:rPr>
          <w:color w:val="000000"/>
        </w:rPr>
        <w:t>Chapter V – Preparations at the Citadel</w:t>
      </w:r>
    </w:p>
    <w:p w14:paraId="0C34D5C8" w14:textId="77777777" w:rsidR="00D4224A" w:rsidRDefault="00D4224A" w:rsidP="00D4224A">
      <w:pPr>
        <w:pStyle w:val="NormalWeb"/>
        <w:rPr>
          <w:color w:val="000000"/>
        </w:rPr>
      </w:pPr>
      <w:r>
        <w:rPr>
          <w:color w:val="000000"/>
        </w:rPr>
        <w:t>The Citadel had not seen such stirrings in lifetimes. Its halls, carved into living stone and older than the kingdoms themselves, hummed with voices and footsteps. The great gates, seldom opened except to scholars or pilgrims, were unbarred and tested, their hinges groaning with the weight of centuries. Fires were kindled in every watchtower, and apprentices scrubbed moss from walls that had not been touched since before their grandfathers were born.</w:t>
      </w:r>
    </w:p>
    <w:p w14:paraId="61FA0E7B" w14:textId="77777777" w:rsidR="00D4224A" w:rsidRDefault="00D4224A" w:rsidP="00D4224A">
      <w:pPr>
        <w:pStyle w:val="NormalWeb"/>
        <w:rPr>
          <w:color w:val="000000"/>
        </w:rPr>
      </w:pPr>
      <w:r>
        <w:rPr>
          <w:color w:val="000000"/>
        </w:rPr>
        <w:t>For the Thrones were coming.</w:t>
      </w:r>
    </w:p>
    <w:p w14:paraId="40B5B0EA" w14:textId="77777777" w:rsidR="00D4224A" w:rsidRDefault="00D4224A" w:rsidP="00D4224A">
      <w:pPr>
        <w:pStyle w:val="NormalWeb"/>
        <w:rPr>
          <w:color w:val="000000"/>
        </w:rPr>
      </w:pPr>
      <w:r>
        <w:rPr>
          <w:color w:val="000000"/>
        </w:rPr>
        <w:t>Within the vaulted chamber of the Eleven Doctors,</w:t>
      </w:r>
      <w:r>
        <w:rPr>
          <w:rStyle w:val="apple-converted-space"/>
          <w:color w:val="000000"/>
        </w:rPr>
        <w:t> </w:t>
      </w:r>
      <w:r w:rsidRPr="00D4224A">
        <w:rPr>
          <w:rStyle w:val="Strong"/>
          <w:rFonts w:eastAsiaTheme="majorEastAsia"/>
          <w:b w:val="0"/>
          <w:bCs w:val="0"/>
          <w:color w:val="000000"/>
        </w:rPr>
        <w:t>Marcellis</w:t>
      </w:r>
      <w:r>
        <w:rPr>
          <w:color w:val="000000"/>
        </w:rPr>
        <w:t>, the Presiding Chair, oversaw the bustle with eyes sharp as knives. “Every throne must be honored,” she declared, her voice echoing off pillars carved with runes of forgotten sciences. “Even those we scorn. The Citadel must appear strong, unbroken, eternal.”</w:t>
      </w:r>
    </w:p>
    <w:p w14:paraId="1550DA1A" w14:textId="77777777" w:rsidR="00D4224A" w:rsidRDefault="00D4224A" w:rsidP="00D4224A">
      <w:pPr>
        <w:pStyle w:val="NormalWeb"/>
        <w:rPr>
          <w:color w:val="000000"/>
        </w:rPr>
      </w:pPr>
      <w:r>
        <w:rPr>
          <w:color w:val="000000"/>
        </w:rPr>
        <w:t>Around her, the other Doctors argued and counseled:</w:t>
      </w:r>
    </w:p>
    <w:p w14:paraId="59CBC9CC" w14:textId="77777777" w:rsidR="00D4224A" w:rsidRDefault="00D4224A" w:rsidP="00D4224A">
      <w:pPr>
        <w:pStyle w:val="NormalWeb"/>
        <w:numPr>
          <w:ilvl w:val="0"/>
          <w:numId w:val="12"/>
        </w:numPr>
        <w:rPr>
          <w:color w:val="000000"/>
        </w:rPr>
      </w:pPr>
      <w:r w:rsidRPr="00D4224A">
        <w:rPr>
          <w:rStyle w:val="Strong"/>
          <w:rFonts w:eastAsiaTheme="majorEastAsia"/>
          <w:b w:val="0"/>
          <w:bCs w:val="0"/>
          <w:color w:val="000000"/>
        </w:rPr>
        <w:t>Brakon</w:t>
      </w:r>
      <w:r>
        <w:rPr>
          <w:rStyle w:val="apple-converted-space"/>
          <w:color w:val="000000"/>
        </w:rPr>
        <w:t> </w:t>
      </w:r>
      <w:r>
        <w:rPr>
          <w:color w:val="000000"/>
        </w:rPr>
        <w:t>urged heavier guards, muttering of assassins and betrayals.</w:t>
      </w:r>
    </w:p>
    <w:p w14:paraId="7A097358" w14:textId="77777777" w:rsidR="00D4224A" w:rsidRDefault="00D4224A" w:rsidP="00D4224A">
      <w:pPr>
        <w:pStyle w:val="NormalWeb"/>
        <w:numPr>
          <w:ilvl w:val="0"/>
          <w:numId w:val="12"/>
        </w:numPr>
        <w:rPr>
          <w:color w:val="000000"/>
        </w:rPr>
      </w:pPr>
      <w:r w:rsidRPr="00D4224A">
        <w:rPr>
          <w:rStyle w:val="Strong"/>
          <w:rFonts w:eastAsiaTheme="majorEastAsia"/>
          <w:b w:val="0"/>
          <w:bCs w:val="0"/>
          <w:color w:val="000000"/>
        </w:rPr>
        <w:t>Willum Mays</w:t>
      </w:r>
      <w:r>
        <w:rPr>
          <w:rStyle w:val="apple-converted-space"/>
          <w:color w:val="000000"/>
        </w:rPr>
        <w:t> </w:t>
      </w:r>
      <w:r>
        <w:rPr>
          <w:color w:val="000000"/>
        </w:rPr>
        <w:t>fretted over food stores and bedding, wringing his hands at the thought of dragons landing near the Citadel’s fields.</w:t>
      </w:r>
    </w:p>
    <w:p w14:paraId="579AE7CF" w14:textId="77777777" w:rsidR="00D4224A" w:rsidRDefault="00D4224A" w:rsidP="00D4224A">
      <w:pPr>
        <w:pStyle w:val="NormalWeb"/>
        <w:numPr>
          <w:ilvl w:val="0"/>
          <w:numId w:val="12"/>
        </w:numPr>
        <w:rPr>
          <w:color w:val="000000"/>
        </w:rPr>
      </w:pPr>
      <w:r w:rsidRPr="00D4224A">
        <w:rPr>
          <w:rStyle w:val="Strong"/>
          <w:rFonts w:eastAsiaTheme="majorEastAsia"/>
          <w:b w:val="0"/>
          <w:bCs w:val="0"/>
          <w:color w:val="000000"/>
        </w:rPr>
        <w:t>Davit Bennet</w:t>
      </w:r>
      <w:r>
        <w:rPr>
          <w:rStyle w:val="apple-converted-space"/>
          <w:color w:val="000000"/>
        </w:rPr>
        <w:t> </w:t>
      </w:r>
      <w:r>
        <w:rPr>
          <w:color w:val="000000"/>
        </w:rPr>
        <w:t xml:space="preserve">kept a cold </w:t>
      </w:r>
      <w:proofErr w:type="gramStart"/>
      <w:r>
        <w:rPr>
          <w:color w:val="000000"/>
        </w:rPr>
        <w:t>silence,</w:t>
      </w:r>
      <w:proofErr w:type="gramEnd"/>
      <w:r>
        <w:rPr>
          <w:color w:val="000000"/>
        </w:rPr>
        <w:t xml:space="preserve"> his eyes fixed on the star charts unrolled by </w:t>
      </w:r>
      <w:proofErr w:type="spellStart"/>
      <w:r>
        <w:rPr>
          <w:color w:val="000000"/>
        </w:rPr>
        <w:t>Gundae</w:t>
      </w:r>
      <w:proofErr w:type="spellEnd"/>
      <w:r>
        <w:rPr>
          <w:color w:val="000000"/>
        </w:rPr>
        <w:t xml:space="preserve"> </w:t>
      </w:r>
      <w:proofErr w:type="spellStart"/>
      <w:r>
        <w:rPr>
          <w:color w:val="000000"/>
        </w:rPr>
        <w:t>Prium</w:t>
      </w:r>
      <w:proofErr w:type="spellEnd"/>
      <w:r>
        <w:rPr>
          <w:color w:val="000000"/>
        </w:rPr>
        <w:t>.</w:t>
      </w:r>
    </w:p>
    <w:p w14:paraId="6CBBDF2A" w14:textId="77777777" w:rsidR="00D4224A" w:rsidRDefault="00D4224A" w:rsidP="00D4224A">
      <w:pPr>
        <w:pStyle w:val="NormalWeb"/>
        <w:numPr>
          <w:ilvl w:val="0"/>
          <w:numId w:val="12"/>
        </w:numPr>
        <w:rPr>
          <w:color w:val="000000"/>
        </w:rPr>
      </w:pPr>
      <w:proofErr w:type="spellStart"/>
      <w:r w:rsidRPr="00D4224A">
        <w:rPr>
          <w:rStyle w:val="Strong"/>
          <w:rFonts w:eastAsiaTheme="majorEastAsia"/>
          <w:b w:val="0"/>
          <w:bCs w:val="0"/>
          <w:color w:val="000000"/>
        </w:rPr>
        <w:t>Gundae</w:t>
      </w:r>
      <w:proofErr w:type="spellEnd"/>
      <w:r>
        <w:rPr>
          <w:color w:val="000000"/>
        </w:rPr>
        <w:t>, ever the cautious astronomer, reminded them: “We prepare for Thrones, but the sky prepares its own reckoning. The star will not wait for our pomp.”</w:t>
      </w:r>
    </w:p>
    <w:p w14:paraId="4BFE570D" w14:textId="77777777" w:rsidR="00D4224A" w:rsidRDefault="00D4224A" w:rsidP="00D4224A">
      <w:pPr>
        <w:pStyle w:val="NormalWeb"/>
        <w:rPr>
          <w:color w:val="000000"/>
        </w:rPr>
      </w:pPr>
      <w:r>
        <w:rPr>
          <w:color w:val="000000"/>
        </w:rPr>
        <w:lastRenderedPageBreak/>
        <w:t>Courtyards once used for quiet lessons were cleared for banners and tents. Kitchens long dormant blazed with ovens, roasting meats and baking breads enough for thousands. Armories were unlocked, their contents polished: ancient weapons of curious make, part science, part mystery, the relics of a knowledge even the Doctors no longer fully understood.</w:t>
      </w:r>
    </w:p>
    <w:p w14:paraId="775E64C9" w14:textId="77777777" w:rsidR="00D4224A" w:rsidRDefault="00D4224A" w:rsidP="00D4224A">
      <w:pPr>
        <w:pStyle w:val="NormalWeb"/>
        <w:rPr>
          <w:color w:val="000000"/>
        </w:rPr>
      </w:pPr>
      <w:r>
        <w:rPr>
          <w:color w:val="000000"/>
        </w:rPr>
        <w:t xml:space="preserve">Apprentices hurried underfoot, hanging banners of the Citadel — the staff and flame — alongside empty poles where the colors of each kingdom would soon hang. Some marveled aloud at the thought: dragons tethered beside hounds, lions caged within bowshot of hawks, serpents hissing from water troughs beside the wine casks of </w:t>
      </w:r>
      <w:proofErr w:type="spellStart"/>
      <w:r>
        <w:rPr>
          <w:color w:val="000000"/>
        </w:rPr>
        <w:t>Hespolol</w:t>
      </w:r>
      <w:proofErr w:type="spellEnd"/>
      <w:r>
        <w:rPr>
          <w:color w:val="000000"/>
        </w:rPr>
        <w:t>.</w:t>
      </w:r>
    </w:p>
    <w:p w14:paraId="7B4D75C4" w14:textId="77777777" w:rsidR="00D4224A" w:rsidRDefault="00D4224A" w:rsidP="00D4224A">
      <w:pPr>
        <w:pStyle w:val="NormalWeb"/>
        <w:rPr>
          <w:color w:val="000000"/>
        </w:rPr>
      </w:pPr>
      <w:r>
        <w:rPr>
          <w:color w:val="000000"/>
        </w:rPr>
        <w:t>It was unthinkable — and yet it was coming.</w:t>
      </w:r>
    </w:p>
    <w:p w14:paraId="431BF45E" w14:textId="77777777" w:rsidR="00D4224A" w:rsidRDefault="00D4224A" w:rsidP="00D4224A">
      <w:pPr>
        <w:pStyle w:val="NormalWeb"/>
        <w:rPr>
          <w:color w:val="000000"/>
        </w:rPr>
      </w:pPr>
      <w:r>
        <w:rPr>
          <w:color w:val="000000"/>
        </w:rPr>
        <w:t>At night, torches burned without rest. Guards doubled their patrols, for though the Citadel was neutral ground, all knew that blood feuds and ancient grudges would walk through its gates. Old men whispered of the last council, seven and a half centuries ago, when three Thrones nearly came to war upon the very steps of the great hall.</w:t>
      </w:r>
    </w:p>
    <w:p w14:paraId="227AA3E0" w14:textId="77777777" w:rsidR="00D4224A" w:rsidRDefault="00D4224A" w:rsidP="00D4224A">
      <w:pPr>
        <w:pStyle w:val="NormalWeb"/>
        <w:rPr>
          <w:color w:val="000000"/>
        </w:rPr>
      </w:pPr>
      <w:r>
        <w:rPr>
          <w:color w:val="000000"/>
        </w:rPr>
        <w:t>The apprentices traded rumors: that Barrus meant to strike before the council began, that the Serpent Men would poison the wells, that the Hawk King would soar above the Citadel’s very roof to shame the Dragons. Others whispered of the star in the sky, growing larger each night, and swore they could already feel its heat upon their skin.</w:t>
      </w:r>
    </w:p>
    <w:p w14:paraId="56E93287" w14:textId="77777777" w:rsidR="00D4224A" w:rsidRDefault="00D4224A" w:rsidP="00D4224A">
      <w:pPr>
        <w:pStyle w:val="NormalWeb"/>
        <w:rPr>
          <w:color w:val="000000"/>
        </w:rPr>
      </w:pPr>
      <w:r>
        <w:rPr>
          <w:color w:val="000000"/>
        </w:rPr>
        <w:t xml:space="preserve">Doctor </w:t>
      </w:r>
      <w:proofErr w:type="spellStart"/>
      <w:r>
        <w:rPr>
          <w:color w:val="000000"/>
        </w:rPr>
        <w:t>Gundae</w:t>
      </w:r>
      <w:proofErr w:type="spellEnd"/>
      <w:r>
        <w:rPr>
          <w:color w:val="000000"/>
        </w:rPr>
        <w:t xml:space="preserve"> climbed nightly to the observatory tower, his instruments spread across stone tables: lenses, polished brass rings, crystals etched with strange lines.</w:t>
      </w:r>
      <w:r>
        <w:rPr>
          <w:rStyle w:val="apple-converted-space"/>
          <w:color w:val="000000"/>
        </w:rPr>
        <w:t> </w:t>
      </w:r>
      <w:r>
        <w:rPr>
          <w:rStyle w:val="Strong"/>
          <w:rFonts w:eastAsiaTheme="majorEastAsia"/>
          <w:color w:val="000000"/>
        </w:rPr>
        <w:t>Klitus</w:t>
      </w:r>
      <w:r>
        <w:rPr>
          <w:rStyle w:val="apple-converted-space"/>
          <w:color w:val="000000"/>
        </w:rPr>
        <w:t> </w:t>
      </w:r>
      <w:r>
        <w:rPr>
          <w:color w:val="000000"/>
        </w:rPr>
        <w:t>often joined him, notebook in hand. Together they watched the star swell.</w:t>
      </w:r>
    </w:p>
    <w:p w14:paraId="4B44457A" w14:textId="77777777" w:rsidR="00D4224A" w:rsidRDefault="00D4224A" w:rsidP="00D4224A">
      <w:pPr>
        <w:pStyle w:val="NormalWeb"/>
        <w:rPr>
          <w:color w:val="000000"/>
        </w:rPr>
      </w:pPr>
      <w:r>
        <w:rPr>
          <w:color w:val="000000"/>
        </w:rPr>
        <w:t xml:space="preserve">“Eight moons,” </w:t>
      </w:r>
      <w:proofErr w:type="spellStart"/>
      <w:r>
        <w:rPr>
          <w:color w:val="000000"/>
        </w:rPr>
        <w:t>Gundae</w:t>
      </w:r>
      <w:proofErr w:type="spellEnd"/>
      <w:r>
        <w:rPr>
          <w:color w:val="000000"/>
        </w:rPr>
        <w:t xml:space="preserve"> whispered. “Perhaps less, if the heavens are cruel. We may not know until the final week whether the earth itself is its target.”</w:t>
      </w:r>
    </w:p>
    <w:p w14:paraId="152A2A65" w14:textId="77777777" w:rsidR="00D4224A" w:rsidRDefault="00D4224A" w:rsidP="00D4224A">
      <w:pPr>
        <w:pStyle w:val="NormalWeb"/>
        <w:rPr>
          <w:color w:val="000000"/>
        </w:rPr>
      </w:pPr>
      <w:r>
        <w:rPr>
          <w:color w:val="000000"/>
        </w:rPr>
        <w:t>Klitus shivered, though the night was warm. “Do we tell them?”</w:t>
      </w:r>
    </w:p>
    <w:p w14:paraId="0DA92CB3" w14:textId="77777777" w:rsidR="00D4224A" w:rsidRDefault="00D4224A" w:rsidP="00D4224A">
      <w:pPr>
        <w:pStyle w:val="NormalWeb"/>
        <w:rPr>
          <w:color w:val="000000"/>
        </w:rPr>
      </w:pPr>
      <w:proofErr w:type="spellStart"/>
      <w:r>
        <w:rPr>
          <w:color w:val="000000"/>
        </w:rPr>
        <w:t>Gundae’s</w:t>
      </w:r>
      <w:proofErr w:type="spellEnd"/>
      <w:r>
        <w:rPr>
          <w:color w:val="000000"/>
        </w:rPr>
        <w:t xml:space="preserve"> lips pressed thin. “Not yet. If panic takes the Citadel before the Thrones even arrive, it will not be the star that ends us, but one another’s hands.”</w:t>
      </w:r>
    </w:p>
    <w:p w14:paraId="2C7B2400" w14:textId="77777777" w:rsidR="00D4224A" w:rsidRDefault="00D4224A" w:rsidP="00D4224A">
      <w:pPr>
        <w:pStyle w:val="NormalWeb"/>
        <w:rPr>
          <w:color w:val="000000"/>
        </w:rPr>
      </w:pPr>
      <w:r>
        <w:rPr>
          <w:color w:val="000000"/>
        </w:rPr>
        <w:t>Day by day, the Citadel filled with signs of preparation: new forges sparked, barracks cleaned, roads cleared of overgrowth. Messengers galloped through the gates bearing word:</w:t>
      </w:r>
    </w:p>
    <w:p w14:paraId="0B20D9E9" w14:textId="77777777" w:rsidR="00D4224A" w:rsidRDefault="00D4224A" w:rsidP="00D4224A">
      <w:pPr>
        <w:pStyle w:val="NormalWeb"/>
        <w:numPr>
          <w:ilvl w:val="0"/>
          <w:numId w:val="13"/>
        </w:numPr>
        <w:rPr>
          <w:color w:val="000000"/>
        </w:rPr>
      </w:pPr>
      <w:r>
        <w:rPr>
          <w:color w:val="000000"/>
        </w:rPr>
        <w:t>The Hound King’s mongrels were already pacing at the northern forests.</w:t>
      </w:r>
    </w:p>
    <w:p w14:paraId="0654852F" w14:textId="77777777" w:rsidR="00D4224A" w:rsidRDefault="00D4224A" w:rsidP="00D4224A">
      <w:pPr>
        <w:pStyle w:val="NormalWeb"/>
        <w:numPr>
          <w:ilvl w:val="0"/>
          <w:numId w:val="13"/>
        </w:numPr>
        <w:rPr>
          <w:color w:val="000000"/>
        </w:rPr>
      </w:pPr>
      <w:r>
        <w:rPr>
          <w:color w:val="000000"/>
        </w:rPr>
        <w:t>The Sea King’s sails had been spotted on the horizon.</w:t>
      </w:r>
    </w:p>
    <w:p w14:paraId="7385FEC3" w14:textId="77777777" w:rsidR="00D4224A" w:rsidRDefault="00D4224A" w:rsidP="00D4224A">
      <w:pPr>
        <w:pStyle w:val="NormalWeb"/>
        <w:numPr>
          <w:ilvl w:val="0"/>
          <w:numId w:val="13"/>
        </w:numPr>
        <w:rPr>
          <w:color w:val="000000"/>
        </w:rPr>
      </w:pPr>
      <w:r>
        <w:rPr>
          <w:color w:val="000000"/>
        </w:rPr>
        <w:t>The Nomad King’s riders cut across the desert like wind.</w:t>
      </w:r>
    </w:p>
    <w:p w14:paraId="768B82DC" w14:textId="77777777" w:rsidR="00D4224A" w:rsidRDefault="00D4224A" w:rsidP="00D4224A">
      <w:pPr>
        <w:pStyle w:val="NormalWeb"/>
        <w:numPr>
          <w:ilvl w:val="0"/>
          <w:numId w:val="13"/>
        </w:numPr>
        <w:rPr>
          <w:color w:val="000000"/>
        </w:rPr>
      </w:pPr>
      <w:r>
        <w:rPr>
          <w:color w:val="000000"/>
        </w:rPr>
        <w:t>Even the Serpent Men stirred in their swamps, their hiss carried on the wind.</w:t>
      </w:r>
    </w:p>
    <w:p w14:paraId="61283412" w14:textId="77777777" w:rsidR="00D4224A" w:rsidRDefault="00D4224A" w:rsidP="00D4224A">
      <w:pPr>
        <w:pStyle w:val="NormalWeb"/>
        <w:rPr>
          <w:color w:val="000000"/>
        </w:rPr>
      </w:pPr>
      <w:r>
        <w:rPr>
          <w:color w:val="000000"/>
        </w:rPr>
        <w:t>The Citadel braced itself.</w:t>
      </w:r>
    </w:p>
    <w:p w14:paraId="0E176D68" w14:textId="7C1FC2BC" w:rsidR="00D4224A" w:rsidRDefault="00D4224A" w:rsidP="00FA44C0">
      <w:pPr>
        <w:pStyle w:val="NormalWeb"/>
        <w:rPr>
          <w:color w:val="000000"/>
        </w:rPr>
      </w:pPr>
      <w:r>
        <w:rPr>
          <w:color w:val="000000"/>
        </w:rPr>
        <w:lastRenderedPageBreak/>
        <w:t>For the Thrones were coming. And when they arrived, the world would hold its breath.</w:t>
      </w:r>
    </w:p>
    <w:p w14:paraId="33CCF969" w14:textId="77777777" w:rsidR="00D4224A" w:rsidRDefault="00D4224A" w:rsidP="00D4224A">
      <w:pPr>
        <w:pStyle w:val="NormalWeb"/>
        <w:rPr>
          <w:color w:val="000000"/>
        </w:rPr>
      </w:pPr>
      <w:r>
        <w:rPr>
          <w:color w:val="000000"/>
        </w:rPr>
        <w:t>The Citadel’s corridors had never been so crowded. Apprentices, normally bent over tablets and charts, now carried torches, banners, or bales of hay. Servants swept the halls as if they were scrubbing away centuries of dust.</w:t>
      </w:r>
    </w:p>
    <w:p w14:paraId="598907AF" w14:textId="77777777" w:rsidR="00D4224A" w:rsidRDefault="00D4224A" w:rsidP="00D4224A">
      <w:pPr>
        <w:pStyle w:val="NormalWeb"/>
        <w:rPr>
          <w:color w:val="000000"/>
        </w:rPr>
      </w:pPr>
      <w:r>
        <w:rPr>
          <w:color w:val="000000"/>
        </w:rPr>
        <w:t>Everywhere, whispers chased through the stone:</w:t>
      </w:r>
    </w:p>
    <w:p w14:paraId="78F8BCE8" w14:textId="77777777" w:rsidR="00D4224A" w:rsidRDefault="00D4224A" w:rsidP="00D4224A">
      <w:pPr>
        <w:pStyle w:val="NormalWeb"/>
        <w:rPr>
          <w:color w:val="000000"/>
        </w:rPr>
      </w:pPr>
      <w:r>
        <w:rPr>
          <w:color w:val="000000"/>
        </w:rPr>
        <w:t>“They say the Dragon Lord already extorts tribute from his neighbors. Will he demand the same here?”</w:t>
      </w:r>
      <w:r>
        <w:rPr>
          <w:color w:val="000000"/>
        </w:rPr>
        <w:br/>
        <w:t>“I heard the Serpent Queen has laid eggs. Imagine—eggs carried into the Citadel’s halls!”</w:t>
      </w:r>
      <w:r>
        <w:rPr>
          <w:color w:val="000000"/>
        </w:rPr>
        <w:br/>
        <w:t>“They say the Hawk King will bring a lion’s skull as tribute, to mock Thaddeus!”</w:t>
      </w:r>
      <w:r>
        <w:rPr>
          <w:color w:val="000000"/>
        </w:rPr>
        <w:br/>
        <w:t>“Bah. More likely he will fly above the roof to show us his wings.”</w:t>
      </w:r>
    </w:p>
    <w:p w14:paraId="367F8625" w14:textId="7DBEABF5" w:rsidR="00D4224A" w:rsidRPr="00FA44C0" w:rsidRDefault="00D4224A" w:rsidP="00FA44C0">
      <w:pPr>
        <w:pStyle w:val="NormalWeb"/>
        <w:rPr>
          <w:color w:val="000000"/>
        </w:rPr>
      </w:pPr>
      <w:r>
        <w:rPr>
          <w:color w:val="000000"/>
        </w:rPr>
        <w:t>Others lowered their voices when speaking of the star. Some swore they saw it pulse like a heart. Others said its glow stained the clouds red at night. One boy claimed that a falling ember had already burned a farmer’s field near the coast, though no proof was brought. Fear made its own truths.</w:t>
      </w:r>
    </w:p>
    <w:p w14:paraId="5549FA41" w14:textId="77777777" w:rsidR="00D4224A" w:rsidRDefault="00D4224A" w:rsidP="00D4224A">
      <w:pPr>
        <w:pStyle w:val="NormalWeb"/>
        <w:rPr>
          <w:color w:val="000000"/>
        </w:rPr>
      </w:pPr>
      <w:r>
        <w:rPr>
          <w:color w:val="000000"/>
        </w:rPr>
        <w:t>In the great kitchens, fires roared day and night. Spices long stored in sealed jars were ground into stews; game from every province was roasted on spits. Apprentices who once studied herbs and potions now found themselves chopping vegetables and rolling dough until their hands blistered.</w:t>
      </w:r>
    </w:p>
    <w:p w14:paraId="12126E07" w14:textId="77777777" w:rsidR="00D4224A" w:rsidRDefault="00D4224A" w:rsidP="00D4224A">
      <w:pPr>
        <w:pStyle w:val="NormalWeb"/>
        <w:rPr>
          <w:color w:val="000000"/>
        </w:rPr>
      </w:pPr>
      <w:r>
        <w:rPr>
          <w:color w:val="000000"/>
        </w:rPr>
        <w:t xml:space="preserve">“Dragons, lions, serpents,” muttered the </w:t>
      </w:r>
      <w:proofErr w:type="spellStart"/>
      <w:r>
        <w:rPr>
          <w:color w:val="000000"/>
        </w:rPr>
        <w:t>cookmaster</w:t>
      </w:r>
      <w:proofErr w:type="spellEnd"/>
      <w:r>
        <w:rPr>
          <w:color w:val="000000"/>
        </w:rPr>
        <w:t>, a stout woman with arms like tree trunks. “I’ll not have any throne complain they went hungry here. If they must kill one another, let them do it on a full belly.”</w:t>
      </w:r>
    </w:p>
    <w:p w14:paraId="36B7073C" w14:textId="5969BA3D" w:rsidR="00D4224A" w:rsidRPr="00FA44C0" w:rsidRDefault="00D4224A" w:rsidP="00FA44C0">
      <w:pPr>
        <w:pStyle w:val="NormalWeb"/>
        <w:rPr>
          <w:color w:val="000000"/>
        </w:rPr>
      </w:pPr>
      <w:r>
        <w:rPr>
          <w:color w:val="000000"/>
        </w:rPr>
        <w:t xml:space="preserve">Casks of </w:t>
      </w:r>
      <w:proofErr w:type="spellStart"/>
      <w:r>
        <w:rPr>
          <w:color w:val="000000"/>
        </w:rPr>
        <w:t>Hespolol’s</w:t>
      </w:r>
      <w:proofErr w:type="spellEnd"/>
      <w:r>
        <w:rPr>
          <w:color w:val="000000"/>
        </w:rPr>
        <w:t xml:space="preserve"> wine had already arrived in tribute — two of the Vineyard King’s swift ships had delivered them early, gilded barrels gleaming with grape seals. The apprentices who rolled them into the vault could not resist running their hands over the staves, marveling that so much wealth was locked in mere wood.</w:t>
      </w:r>
    </w:p>
    <w:p w14:paraId="269D63E9" w14:textId="77777777" w:rsidR="00D4224A" w:rsidRDefault="00D4224A" w:rsidP="00D4224A">
      <w:pPr>
        <w:pStyle w:val="NormalWeb"/>
        <w:rPr>
          <w:color w:val="000000"/>
        </w:rPr>
      </w:pPr>
      <w:r>
        <w:rPr>
          <w:color w:val="000000"/>
        </w:rPr>
        <w:t xml:space="preserve">Beyond the walls, laborers built new stables and pens. The Citadel’s own modest mounts looked nervous at the smells already wafting </w:t>
      </w:r>
      <w:proofErr w:type="gramStart"/>
      <w:r>
        <w:rPr>
          <w:color w:val="000000"/>
        </w:rPr>
        <w:t>in:</w:t>
      </w:r>
      <w:proofErr w:type="gramEnd"/>
      <w:r>
        <w:rPr>
          <w:color w:val="000000"/>
        </w:rPr>
        <w:t xml:space="preserve"> hound fur, reptile musk, the faint ozone stink of dragon-fire.</w:t>
      </w:r>
    </w:p>
    <w:p w14:paraId="7F0EB6AF" w14:textId="77777777" w:rsidR="00D4224A" w:rsidRDefault="00D4224A" w:rsidP="00D4224A">
      <w:pPr>
        <w:pStyle w:val="NormalWeb"/>
        <w:rPr>
          <w:color w:val="000000"/>
        </w:rPr>
      </w:pPr>
      <w:r>
        <w:rPr>
          <w:color w:val="000000"/>
        </w:rPr>
        <w:t xml:space="preserve">“What fool thinks we can keep all these beasts in one yard?” muttered a </w:t>
      </w:r>
      <w:proofErr w:type="spellStart"/>
      <w:r>
        <w:rPr>
          <w:color w:val="000000"/>
        </w:rPr>
        <w:t>stablehand</w:t>
      </w:r>
      <w:proofErr w:type="spellEnd"/>
      <w:r>
        <w:rPr>
          <w:color w:val="000000"/>
        </w:rPr>
        <w:t>, hammering a post. “The Hound King’s mongrels alone could tear a lion apart.”</w:t>
      </w:r>
    </w:p>
    <w:p w14:paraId="72835DFE" w14:textId="77777777" w:rsidR="00D4224A" w:rsidRDefault="00D4224A" w:rsidP="00D4224A">
      <w:pPr>
        <w:pStyle w:val="NormalWeb"/>
        <w:rPr>
          <w:color w:val="000000"/>
        </w:rPr>
      </w:pPr>
      <w:r>
        <w:rPr>
          <w:color w:val="000000"/>
        </w:rPr>
        <w:t>Another spat. “Better the beasts tear each other than their masters. At least a hound cannot bargain.”</w:t>
      </w:r>
    </w:p>
    <w:p w14:paraId="6E174B2F" w14:textId="72EB1A1A" w:rsidR="00D4224A" w:rsidRPr="00D4224A" w:rsidRDefault="00D4224A" w:rsidP="00D4224A">
      <w:pPr>
        <w:pStyle w:val="NormalWeb"/>
        <w:rPr>
          <w:color w:val="000000"/>
        </w:rPr>
      </w:pPr>
      <w:r>
        <w:rPr>
          <w:color w:val="000000"/>
        </w:rPr>
        <w:t>Still, they worked, binding posts and weaving nets, preparing troughs of water deep enough for serpents and hooks strong enough to anchor dragons. The Citadel had never seemed so vulnerable — a fortress not of defense, but of hospitality.</w:t>
      </w:r>
    </w:p>
    <w:p w14:paraId="0EAC46AF" w14:textId="77777777" w:rsidR="00D4224A" w:rsidRDefault="00D4224A" w:rsidP="00D4224A">
      <w:pPr>
        <w:pStyle w:val="NormalWeb"/>
        <w:rPr>
          <w:color w:val="000000"/>
        </w:rPr>
      </w:pPr>
      <w:r>
        <w:rPr>
          <w:color w:val="000000"/>
        </w:rPr>
        <w:lastRenderedPageBreak/>
        <w:t>The Citadel’s guards drilled twice daily, spears and shields flashing under the banners. They were well-trained, but none mistook themselves for an army. Eleven Thrones meant eleven retinues, each arriving with personal guards, tempers, and grudges.</w:t>
      </w:r>
    </w:p>
    <w:p w14:paraId="02205DC0" w14:textId="77777777" w:rsidR="00D4224A" w:rsidRDefault="00D4224A" w:rsidP="00D4224A">
      <w:pPr>
        <w:pStyle w:val="NormalWeb"/>
        <w:rPr>
          <w:color w:val="000000"/>
        </w:rPr>
      </w:pPr>
      <w:r>
        <w:rPr>
          <w:color w:val="000000"/>
        </w:rPr>
        <w:t xml:space="preserve">“What happens when the Dragon Lord’s rider spits fire across the </w:t>
      </w:r>
      <w:proofErr w:type="gramStart"/>
      <w:r>
        <w:rPr>
          <w:color w:val="000000"/>
        </w:rPr>
        <w:t>Lion King’s hall</w:t>
      </w:r>
      <w:proofErr w:type="gramEnd"/>
      <w:r>
        <w:rPr>
          <w:color w:val="000000"/>
        </w:rPr>
        <w:t>?” asked one young guard.</w:t>
      </w:r>
      <w:r>
        <w:rPr>
          <w:color w:val="000000"/>
        </w:rPr>
        <w:br/>
        <w:t>“Then we burn,” his captain answered flatly.</w:t>
      </w:r>
    </w:p>
    <w:p w14:paraId="46638928" w14:textId="1EB85256" w:rsidR="00D4224A" w:rsidRPr="00D4224A" w:rsidRDefault="00D4224A" w:rsidP="00D4224A">
      <w:pPr>
        <w:pStyle w:val="NormalWeb"/>
        <w:rPr>
          <w:color w:val="000000"/>
        </w:rPr>
      </w:pPr>
      <w:r>
        <w:rPr>
          <w:color w:val="000000"/>
        </w:rPr>
        <w:t xml:space="preserve">The order was strict: no sword drawn within the Citadel unless commanded by a </w:t>
      </w:r>
      <w:proofErr w:type="gramStart"/>
      <w:r>
        <w:rPr>
          <w:color w:val="000000"/>
        </w:rPr>
        <w:t>Doctor</w:t>
      </w:r>
      <w:proofErr w:type="gramEnd"/>
      <w:r>
        <w:rPr>
          <w:color w:val="000000"/>
        </w:rPr>
        <w:t>. But whispers crept into the ranks that this would not hold. Old feuds ran deep, and some feared the Citadel’s ancient stones would see blood before the star even neared.</w:t>
      </w:r>
    </w:p>
    <w:p w14:paraId="7391A0E4" w14:textId="77777777" w:rsidR="00D4224A" w:rsidRDefault="00D4224A" w:rsidP="00D4224A">
      <w:pPr>
        <w:pStyle w:val="NormalWeb"/>
        <w:rPr>
          <w:color w:val="000000"/>
        </w:rPr>
      </w:pPr>
      <w:r>
        <w:rPr>
          <w:color w:val="000000"/>
        </w:rPr>
        <w:t>In the High Council chamber, the Eleven Doctors gathered nightly. Their torches cast long shadows on walls carved with constellations and relics of forgotten sciences.</w:t>
      </w:r>
    </w:p>
    <w:p w14:paraId="34D6311B" w14:textId="77777777" w:rsidR="00D4224A" w:rsidRDefault="00D4224A" w:rsidP="00D4224A">
      <w:pPr>
        <w:pStyle w:val="NormalWeb"/>
        <w:numPr>
          <w:ilvl w:val="0"/>
          <w:numId w:val="14"/>
        </w:numPr>
        <w:rPr>
          <w:color w:val="000000"/>
        </w:rPr>
      </w:pPr>
      <w:r w:rsidRPr="00D4224A">
        <w:rPr>
          <w:rStyle w:val="Strong"/>
          <w:b w:val="0"/>
          <w:bCs w:val="0"/>
          <w:color w:val="000000"/>
        </w:rPr>
        <w:t>Brakon</w:t>
      </w:r>
      <w:r>
        <w:rPr>
          <w:rStyle w:val="apple-converted-space"/>
          <w:color w:val="000000"/>
        </w:rPr>
        <w:t> </w:t>
      </w:r>
      <w:r>
        <w:rPr>
          <w:color w:val="000000"/>
        </w:rPr>
        <w:t>warned again that Barrus might seize the Citadel outright.</w:t>
      </w:r>
    </w:p>
    <w:p w14:paraId="1826B067" w14:textId="77777777" w:rsidR="00D4224A" w:rsidRDefault="00D4224A" w:rsidP="00D4224A">
      <w:pPr>
        <w:pStyle w:val="NormalWeb"/>
        <w:numPr>
          <w:ilvl w:val="0"/>
          <w:numId w:val="14"/>
        </w:numPr>
        <w:rPr>
          <w:color w:val="000000"/>
        </w:rPr>
      </w:pPr>
      <w:r w:rsidRPr="00D4224A">
        <w:rPr>
          <w:rStyle w:val="Strong"/>
          <w:b w:val="0"/>
          <w:bCs w:val="0"/>
          <w:color w:val="000000"/>
        </w:rPr>
        <w:t>Willum Mays</w:t>
      </w:r>
      <w:r>
        <w:rPr>
          <w:rStyle w:val="apple-converted-space"/>
          <w:color w:val="000000"/>
        </w:rPr>
        <w:t> </w:t>
      </w:r>
      <w:r>
        <w:rPr>
          <w:color w:val="000000"/>
        </w:rPr>
        <w:t>spoke of hidden assassins.</w:t>
      </w:r>
    </w:p>
    <w:p w14:paraId="1F4A1FDC" w14:textId="77777777" w:rsidR="00D4224A" w:rsidRDefault="00D4224A" w:rsidP="00D4224A">
      <w:pPr>
        <w:pStyle w:val="NormalWeb"/>
        <w:numPr>
          <w:ilvl w:val="0"/>
          <w:numId w:val="14"/>
        </w:numPr>
        <w:rPr>
          <w:color w:val="000000"/>
        </w:rPr>
      </w:pPr>
      <w:r w:rsidRPr="00D4224A">
        <w:rPr>
          <w:rStyle w:val="Strong"/>
          <w:b w:val="0"/>
          <w:bCs w:val="0"/>
          <w:color w:val="000000"/>
        </w:rPr>
        <w:t>Pense</w:t>
      </w:r>
      <w:r>
        <w:rPr>
          <w:color w:val="000000"/>
        </w:rPr>
        <w:t>, still scorned for his loyalty to Barrus, kept his eyes down, enduring their venom.</w:t>
      </w:r>
    </w:p>
    <w:p w14:paraId="79B4F67D" w14:textId="77777777" w:rsidR="00D4224A" w:rsidRDefault="00D4224A" w:rsidP="00D4224A">
      <w:pPr>
        <w:pStyle w:val="NormalWeb"/>
        <w:numPr>
          <w:ilvl w:val="0"/>
          <w:numId w:val="14"/>
        </w:numPr>
        <w:rPr>
          <w:color w:val="000000"/>
        </w:rPr>
      </w:pPr>
      <w:r w:rsidRPr="00D4224A">
        <w:rPr>
          <w:rStyle w:val="Strong"/>
          <w:b w:val="0"/>
          <w:bCs w:val="0"/>
          <w:color w:val="000000"/>
        </w:rPr>
        <w:t>Marcellis</w:t>
      </w:r>
      <w:r>
        <w:rPr>
          <w:color w:val="000000"/>
        </w:rPr>
        <w:t>, the Chair, silenced them with her staff. “We must show strength. If we falter, the Thrones will sense weakness and strike.”</w:t>
      </w:r>
    </w:p>
    <w:p w14:paraId="2E6102C3" w14:textId="77777777" w:rsidR="00D4224A" w:rsidRDefault="00D4224A" w:rsidP="00D4224A">
      <w:pPr>
        <w:pStyle w:val="NormalWeb"/>
        <w:rPr>
          <w:color w:val="000000"/>
        </w:rPr>
      </w:pPr>
      <w:r>
        <w:rPr>
          <w:color w:val="000000"/>
        </w:rPr>
        <w:t xml:space="preserve">Doctor </w:t>
      </w:r>
      <w:proofErr w:type="spellStart"/>
      <w:r>
        <w:rPr>
          <w:color w:val="000000"/>
        </w:rPr>
        <w:t>Gundae</w:t>
      </w:r>
      <w:proofErr w:type="spellEnd"/>
      <w:r>
        <w:rPr>
          <w:color w:val="000000"/>
        </w:rPr>
        <w:t xml:space="preserve"> </w:t>
      </w:r>
      <w:proofErr w:type="spellStart"/>
      <w:r>
        <w:rPr>
          <w:color w:val="000000"/>
        </w:rPr>
        <w:t>Prium</w:t>
      </w:r>
      <w:proofErr w:type="spellEnd"/>
      <w:r>
        <w:rPr>
          <w:color w:val="000000"/>
        </w:rPr>
        <w:t xml:space="preserve"> laid fresh charts upon the stone table. The star glowed larger each night. “Eight moons, perhaps less,” he repeated. “We must bind the Thrones to one another before fear breaks them apart.”</w:t>
      </w:r>
    </w:p>
    <w:p w14:paraId="5AB3B526" w14:textId="77777777" w:rsidR="00D4224A" w:rsidRDefault="00D4224A" w:rsidP="00D4224A">
      <w:pPr>
        <w:pStyle w:val="NormalWeb"/>
        <w:rPr>
          <w:color w:val="000000"/>
        </w:rPr>
      </w:pPr>
      <w:r>
        <w:rPr>
          <w:color w:val="000000"/>
        </w:rPr>
        <w:t>But Klitus, standing apart, could not shake the thought that binding kings to one another might be more dangerous than the star itself.</w:t>
      </w:r>
    </w:p>
    <w:p w14:paraId="6367CB54" w14:textId="77777777" w:rsidR="00D4224A" w:rsidRDefault="00D4224A" w:rsidP="00D4224A">
      <w:pPr>
        <w:pStyle w:val="NormalWeb"/>
        <w:rPr>
          <w:color w:val="000000"/>
        </w:rPr>
      </w:pPr>
      <w:r>
        <w:rPr>
          <w:color w:val="000000"/>
        </w:rPr>
        <w:t>Even the villages around the Citadel buzzed with unease. Peasants stared at the road, whispering that dragons would soon thunder down it, that hounds the size of horses would tear through their fields, that the Serpent Men would poison the streams.</w:t>
      </w:r>
    </w:p>
    <w:p w14:paraId="1FF040E4" w14:textId="77777777" w:rsidR="00D4224A" w:rsidRDefault="00D4224A" w:rsidP="00D4224A">
      <w:pPr>
        <w:pStyle w:val="NormalWeb"/>
        <w:rPr>
          <w:color w:val="000000"/>
        </w:rPr>
      </w:pPr>
      <w:r>
        <w:rPr>
          <w:color w:val="000000"/>
        </w:rPr>
        <w:t>Merchants hoarded goods, uncertain whether to flee or profit from the gathering. Inns filled with strangers hoping to catch sight of kings they had only ever heard of in story. Some claimed that to look upon the Dragon Lord was to invite madness. Others swore the Vineyard King’s consort could steal your breath with a smile.</w:t>
      </w:r>
    </w:p>
    <w:p w14:paraId="5EF62977" w14:textId="77777777" w:rsidR="00D4224A" w:rsidRDefault="00D4224A" w:rsidP="00D4224A">
      <w:pPr>
        <w:pStyle w:val="NormalWeb"/>
        <w:rPr>
          <w:color w:val="000000"/>
        </w:rPr>
      </w:pPr>
      <w:r>
        <w:rPr>
          <w:color w:val="000000"/>
        </w:rPr>
        <w:t>The Citadel’s presence was meant to steady the world. Instead, it had become the world’s beating heart, pulsing faster with every rumor.</w:t>
      </w:r>
    </w:p>
    <w:p w14:paraId="065D7157" w14:textId="77777777" w:rsidR="00D4224A" w:rsidRDefault="00D4224A" w:rsidP="00D4224A">
      <w:pPr>
        <w:pStyle w:val="NormalWeb"/>
        <w:rPr>
          <w:color w:val="000000"/>
        </w:rPr>
      </w:pPr>
      <w:r>
        <w:rPr>
          <w:color w:val="000000"/>
        </w:rPr>
        <w:t>By the time the first leaves began to fall from the trees, the Citadel’s stones gleamed as though newly born. The gates stood ready, the banners hung, the torches lit. The Citadel had prepared all it could.</w:t>
      </w:r>
    </w:p>
    <w:p w14:paraId="49D1C85C" w14:textId="77777777" w:rsidR="00D4224A" w:rsidRDefault="00D4224A" w:rsidP="00D4224A">
      <w:pPr>
        <w:pStyle w:val="NormalWeb"/>
        <w:rPr>
          <w:color w:val="000000"/>
        </w:rPr>
      </w:pPr>
      <w:r>
        <w:rPr>
          <w:color w:val="000000"/>
        </w:rPr>
        <w:lastRenderedPageBreak/>
        <w:t>Yet in the quiet of the nights, when the halls stilled, the star above seemed brighter, nearer, as if it too were preparing.</w:t>
      </w:r>
    </w:p>
    <w:p w14:paraId="10003C47" w14:textId="77777777" w:rsidR="00D4224A" w:rsidRDefault="00D4224A" w:rsidP="00D4224A">
      <w:pPr>
        <w:pStyle w:val="NormalWeb"/>
        <w:rPr>
          <w:color w:val="000000"/>
        </w:rPr>
      </w:pPr>
      <w:r>
        <w:rPr>
          <w:color w:val="000000"/>
        </w:rPr>
        <w:t xml:space="preserve">And </w:t>
      </w:r>
      <w:proofErr w:type="gramStart"/>
      <w:r>
        <w:rPr>
          <w:color w:val="000000"/>
        </w:rPr>
        <w:t>so</w:t>
      </w:r>
      <w:proofErr w:type="gramEnd"/>
      <w:r>
        <w:rPr>
          <w:color w:val="000000"/>
        </w:rPr>
        <w:t xml:space="preserve"> the whispers grew: that history itself was walking toward the Citadel, that this gathering would either save the realms or end them.</w:t>
      </w:r>
    </w:p>
    <w:p w14:paraId="166A4003" w14:textId="20A50244" w:rsidR="00D4224A" w:rsidRPr="00D4224A" w:rsidRDefault="00D4224A" w:rsidP="00D4224A">
      <w:pPr>
        <w:pStyle w:val="Heading3"/>
        <w:rPr>
          <w:b w:val="0"/>
          <w:bCs w:val="0"/>
          <w:color w:val="000000"/>
        </w:rPr>
      </w:pPr>
      <w:r w:rsidRPr="00D4224A">
        <w:rPr>
          <w:b w:val="0"/>
          <w:bCs w:val="0"/>
          <w:color w:val="000000"/>
        </w:rPr>
        <w:t>The Arrival</w:t>
      </w:r>
      <w:r w:rsidRPr="00D4224A">
        <w:rPr>
          <w:b w:val="0"/>
          <w:bCs w:val="0"/>
          <w:color w:val="000000"/>
        </w:rPr>
        <w:t>s Begin</w:t>
      </w:r>
      <w:r>
        <w:rPr>
          <w:b w:val="0"/>
          <w:bCs w:val="0"/>
          <w:color w:val="000000"/>
        </w:rPr>
        <w:t>.</w:t>
      </w:r>
    </w:p>
    <w:p w14:paraId="05266A8A" w14:textId="77777777" w:rsidR="00D4224A" w:rsidRPr="00D4224A" w:rsidRDefault="00D4224A" w:rsidP="00D4224A">
      <w:pPr>
        <w:pStyle w:val="NormalWeb"/>
        <w:rPr>
          <w:b/>
          <w:bCs/>
          <w:color w:val="000000"/>
        </w:rPr>
      </w:pPr>
      <w:r>
        <w:rPr>
          <w:color w:val="000000"/>
        </w:rPr>
        <w:t>The first banners seen upon the northern road were not of fire, claw, or scale, but of green and gold — sheaves of wheat crossed over a plow. Word spread quickly:</w:t>
      </w:r>
      <w:r>
        <w:rPr>
          <w:rStyle w:val="apple-converted-space"/>
          <w:color w:val="000000"/>
        </w:rPr>
        <w:t> </w:t>
      </w:r>
      <w:r w:rsidRPr="00D4224A">
        <w:rPr>
          <w:rStyle w:val="Strong"/>
          <w:b w:val="0"/>
          <w:bCs w:val="0"/>
          <w:color w:val="000000"/>
        </w:rPr>
        <w:t>King Whey Prancer had come.</w:t>
      </w:r>
    </w:p>
    <w:p w14:paraId="2DD1F37F" w14:textId="77777777" w:rsidR="00D4224A" w:rsidRDefault="00D4224A" w:rsidP="00D4224A">
      <w:pPr>
        <w:pStyle w:val="NormalWeb"/>
        <w:rPr>
          <w:color w:val="000000"/>
        </w:rPr>
      </w:pPr>
      <w:r>
        <w:rPr>
          <w:color w:val="000000"/>
        </w:rPr>
        <w:t>The Earth King rode not upon a steed of war but a sturdy farm horse, broad-backed and plain. Around him marched no glittering host, only</w:t>
      </w:r>
      <w:r>
        <w:rPr>
          <w:rStyle w:val="apple-converted-space"/>
          <w:color w:val="000000"/>
        </w:rPr>
        <w:t> </w:t>
      </w:r>
      <w:r w:rsidRPr="00D4224A">
        <w:rPr>
          <w:rStyle w:val="Strong"/>
          <w:b w:val="0"/>
          <w:bCs w:val="0"/>
          <w:color w:val="000000"/>
        </w:rPr>
        <w:t>fewer than five hundred soldiers</w:t>
      </w:r>
      <w:r>
        <w:rPr>
          <w:color w:val="000000"/>
        </w:rPr>
        <w:t>, clad in simple leather and bronze, their shields painted with the same wheat sigil. Behind them came wagons of grain, not as tribute but as provisions for the Citadel itself.</w:t>
      </w:r>
    </w:p>
    <w:p w14:paraId="6A770DED" w14:textId="77777777" w:rsidR="00D4224A" w:rsidRDefault="00D4224A" w:rsidP="00D4224A">
      <w:pPr>
        <w:pStyle w:val="NormalWeb"/>
        <w:rPr>
          <w:color w:val="000000"/>
        </w:rPr>
      </w:pPr>
      <w:r>
        <w:rPr>
          <w:color w:val="000000"/>
        </w:rPr>
        <w:t>At his side rode</w:t>
      </w:r>
      <w:r>
        <w:rPr>
          <w:rStyle w:val="apple-converted-space"/>
          <w:color w:val="000000"/>
        </w:rPr>
        <w:t> </w:t>
      </w:r>
      <w:r w:rsidRPr="00D4224A">
        <w:rPr>
          <w:rStyle w:val="Strong"/>
          <w:b w:val="0"/>
          <w:bCs w:val="0"/>
          <w:color w:val="000000"/>
        </w:rPr>
        <w:t>Queen Bretta</w:t>
      </w:r>
      <w:r>
        <w:rPr>
          <w:color w:val="000000"/>
        </w:rPr>
        <w:t>, calm and gracious, and</w:t>
      </w:r>
      <w:r>
        <w:rPr>
          <w:rStyle w:val="apple-converted-space"/>
          <w:color w:val="000000"/>
        </w:rPr>
        <w:t> </w:t>
      </w:r>
      <w:r w:rsidRPr="00D4224A">
        <w:rPr>
          <w:rStyle w:val="Strong"/>
          <w:b w:val="0"/>
          <w:bCs w:val="0"/>
          <w:color w:val="000000"/>
        </w:rPr>
        <w:t xml:space="preserve">Doctor </w:t>
      </w:r>
      <w:proofErr w:type="spellStart"/>
      <w:r w:rsidRPr="00D4224A">
        <w:rPr>
          <w:rStyle w:val="Strong"/>
          <w:b w:val="0"/>
          <w:bCs w:val="0"/>
          <w:color w:val="000000"/>
        </w:rPr>
        <w:t>Boraht</w:t>
      </w:r>
      <w:proofErr w:type="spellEnd"/>
      <w:r>
        <w:rPr>
          <w:color w:val="000000"/>
        </w:rPr>
        <w:t>, the Doctor of Grains, his satchel heavy with seeds and scrolls of harvest lore.</w:t>
      </w:r>
    </w:p>
    <w:p w14:paraId="745E1F2D" w14:textId="77777777" w:rsidR="00D4224A" w:rsidRDefault="00D4224A" w:rsidP="00D4224A">
      <w:pPr>
        <w:pStyle w:val="NormalWeb"/>
        <w:rPr>
          <w:color w:val="000000"/>
        </w:rPr>
      </w:pPr>
      <w:r>
        <w:rPr>
          <w:color w:val="000000"/>
        </w:rPr>
        <w:t>The people and apprentices watching from the walls murmured with approval. Of all the kings, Whey Prancer was loved most by his own people, and even strangers felt ease in his presence. He raised his hand in greeting, not as a ruler but as a neighbor.</w:t>
      </w:r>
    </w:p>
    <w:p w14:paraId="59DEF8A2" w14:textId="77777777" w:rsidR="00D4224A" w:rsidRDefault="00D4224A" w:rsidP="00D4224A">
      <w:pPr>
        <w:pStyle w:val="NormalWeb"/>
        <w:rPr>
          <w:color w:val="000000"/>
        </w:rPr>
      </w:pPr>
      <w:r>
        <w:rPr>
          <w:color w:val="000000"/>
        </w:rPr>
        <w:t>At the gates, he made no demand but one: “My wagons of grain shall feed not just my own men, but the halls of the Citadel. If there is to be feasting or famine, let it be shared by all. This is my word.”</w:t>
      </w:r>
    </w:p>
    <w:p w14:paraId="59F53F48" w14:textId="77777777" w:rsidR="00D4224A" w:rsidRDefault="00D4224A" w:rsidP="00D4224A">
      <w:pPr>
        <w:pStyle w:val="NormalWeb"/>
        <w:rPr>
          <w:color w:val="000000"/>
        </w:rPr>
      </w:pPr>
      <w:r>
        <w:rPr>
          <w:color w:val="000000"/>
        </w:rPr>
        <w:t xml:space="preserve">The Doctors bowed in respect, for in </w:t>
      </w:r>
      <w:proofErr w:type="spellStart"/>
      <w:r>
        <w:rPr>
          <w:color w:val="000000"/>
        </w:rPr>
        <w:t>Whey’s</w:t>
      </w:r>
      <w:proofErr w:type="spellEnd"/>
      <w:r>
        <w:rPr>
          <w:color w:val="000000"/>
        </w:rPr>
        <w:t xml:space="preserve"> words there was no hidden edge — only the steadiness of the fields.</w:t>
      </w:r>
    </w:p>
    <w:p w14:paraId="546030E6" w14:textId="77777777" w:rsidR="00D4224A" w:rsidRDefault="00D4224A" w:rsidP="00D4224A">
      <w:pPr>
        <w:pStyle w:val="NormalWeb"/>
        <w:rPr>
          <w:color w:val="000000"/>
        </w:rPr>
      </w:pPr>
      <w:r>
        <w:rPr>
          <w:color w:val="000000"/>
        </w:rPr>
        <w:t>The next sails to appear on the southern horizon set the Citadel buzzing. Gilded prows, colored silks snapping in the wind, and casks of wine stacked high upon the decks — it could only be</w:t>
      </w:r>
      <w:r>
        <w:rPr>
          <w:rStyle w:val="apple-converted-space"/>
          <w:color w:val="000000"/>
        </w:rPr>
        <w:t> </w:t>
      </w:r>
      <w:r w:rsidRPr="00D4224A">
        <w:rPr>
          <w:rStyle w:val="Strong"/>
          <w:b w:val="0"/>
          <w:bCs w:val="0"/>
          <w:color w:val="000000"/>
        </w:rPr>
        <w:t xml:space="preserve">King </w:t>
      </w:r>
      <w:proofErr w:type="spellStart"/>
      <w:r w:rsidRPr="00D4224A">
        <w:rPr>
          <w:rStyle w:val="Strong"/>
          <w:b w:val="0"/>
          <w:bCs w:val="0"/>
          <w:color w:val="000000"/>
        </w:rPr>
        <w:t>Plenstant</w:t>
      </w:r>
      <w:proofErr w:type="spellEnd"/>
      <w:r w:rsidRPr="00D4224A">
        <w:rPr>
          <w:rStyle w:val="Strong"/>
          <w:b w:val="0"/>
          <w:bCs w:val="0"/>
          <w:color w:val="000000"/>
        </w:rPr>
        <w:t xml:space="preserve">, the Vineyard King of </w:t>
      </w:r>
      <w:proofErr w:type="spellStart"/>
      <w:r w:rsidRPr="00D4224A">
        <w:rPr>
          <w:rStyle w:val="Strong"/>
          <w:b w:val="0"/>
          <w:bCs w:val="0"/>
          <w:color w:val="000000"/>
        </w:rPr>
        <w:t>Hespolol</w:t>
      </w:r>
      <w:proofErr w:type="spellEnd"/>
      <w:r>
        <w:rPr>
          <w:color w:val="000000"/>
        </w:rPr>
        <w:t>.</w:t>
      </w:r>
    </w:p>
    <w:p w14:paraId="0940D6AD" w14:textId="77777777" w:rsidR="00D4224A" w:rsidRDefault="00D4224A" w:rsidP="00D4224A">
      <w:pPr>
        <w:pStyle w:val="NormalWeb"/>
        <w:rPr>
          <w:color w:val="000000"/>
        </w:rPr>
      </w:pPr>
      <w:r>
        <w:rPr>
          <w:color w:val="000000"/>
        </w:rPr>
        <w:t>When his ships anchored at the river’s edge, his entourage spilled forth like a festival. Musicians played pipes and drums, servants rolled barrels marked with grape seals, and attendants bore trays of sweet fruits.</w:t>
      </w:r>
    </w:p>
    <w:p w14:paraId="17786CA3" w14:textId="763AEB00" w:rsidR="00D4224A" w:rsidRDefault="00D4224A" w:rsidP="00D4224A">
      <w:pPr>
        <w:pStyle w:val="NormalWeb"/>
        <w:rPr>
          <w:color w:val="000000"/>
        </w:rPr>
      </w:pPr>
      <w:proofErr w:type="spellStart"/>
      <w:r>
        <w:rPr>
          <w:color w:val="000000"/>
        </w:rPr>
        <w:t>Plenstant</w:t>
      </w:r>
      <w:proofErr w:type="spellEnd"/>
      <w:r>
        <w:rPr>
          <w:color w:val="000000"/>
        </w:rPr>
        <w:t xml:space="preserve"> himself disembarked in silks of violet and gold, a crown woven with vine leaves upon his head. At his side walked</w:t>
      </w:r>
      <w:r>
        <w:rPr>
          <w:rStyle w:val="apple-converted-space"/>
          <w:color w:val="000000"/>
        </w:rPr>
        <w:t> </w:t>
      </w:r>
      <w:r w:rsidRPr="00D4224A">
        <w:rPr>
          <w:rStyle w:val="Strong"/>
          <w:b w:val="0"/>
          <w:bCs w:val="0"/>
          <w:color w:val="000000"/>
        </w:rPr>
        <w:t>Prince Perry</w:t>
      </w:r>
      <w:r>
        <w:rPr>
          <w:color w:val="000000"/>
        </w:rPr>
        <w:t>, his consort, clad in matching finery, their fingers entwined as they strode beneath the Citadel’s gates. Behind them came</w:t>
      </w:r>
      <w:r>
        <w:rPr>
          <w:rStyle w:val="apple-converted-space"/>
          <w:color w:val="000000"/>
        </w:rPr>
        <w:t> </w:t>
      </w:r>
      <w:proofErr w:type="spellStart"/>
      <w:r w:rsidRPr="00D4224A">
        <w:rPr>
          <w:rStyle w:val="Strong"/>
          <w:b w:val="0"/>
          <w:bCs w:val="0"/>
          <w:color w:val="000000"/>
        </w:rPr>
        <w:t>Janedo</w:t>
      </w:r>
      <w:proofErr w:type="spellEnd"/>
      <w:r>
        <w:rPr>
          <w:color w:val="000000"/>
        </w:rPr>
        <w:t>, commander of the guards, her armored presence the steel in the vineyard’s velvet.</w:t>
      </w:r>
    </w:p>
    <w:p w14:paraId="01EC6F21" w14:textId="77777777" w:rsidR="00D4224A" w:rsidRDefault="00D4224A" w:rsidP="00D4224A">
      <w:pPr>
        <w:pStyle w:val="NormalWeb"/>
        <w:rPr>
          <w:color w:val="000000"/>
        </w:rPr>
      </w:pPr>
      <w:r>
        <w:rPr>
          <w:color w:val="000000"/>
        </w:rPr>
        <w:lastRenderedPageBreak/>
        <w:t xml:space="preserve">The people gasped and whispered, for few rulers flaunted themselves so openly. Some called it vanity, others saw strategy: </w:t>
      </w:r>
      <w:proofErr w:type="spellStart"/>
      <w:r>
        <w:rPr>
          <w:color w:val="000000"/>
        </w:rPr>
        <w:t>Hespolol’s</w:t>
      </w:r>
      <w:proofErr w:type="spellEnd"/>
      <w:r>
        <w:rPr>
          <w:color w:val="000000"/>
        </w:rPr>
        <w:t xml:space="preserve"> wealth entered the Citadel not as tribute, but as temptation.</w:t>
      </w:r>
    </w:p>
    <w:p w14:paraId="666FE428" w14:textId="77777777" w:rsidR="00D4224A" w:rsidRDefault="00D4224A" w:rsidP="00D4224A">
      <w:pPr>
        <w:pStyle w:val="NormalWeb"/>
        <w:rPr>
          <w:color w:val="000000"/>
        </w:rPr>
      </w:pPr>
      <w:proofErr w:type="spellStart"/>
      <w:r>
        <w:rPr>
          <w:color w:val="000000"/>
        </w:rPr>
        <w:t>Plenstant’s</w:t>
      </w:r>
      <w:proofErr w:type="spellEnd"/>
      <w:r>
        <w:rPr>
          <w:color w:val="000000"/>
        </w:rPr>
        <w:t xml:space="preserve"> demand was spoken with a smile: “The Citadel must keep my wines safe. These barrels will be opened at the council’s feast, and no hand but mine shall grant the first pour. If we are to discuss the doom of the heavens, let it be with full goblets, not dry tongues.”</w:t>
      </w:r>
    </w:p>
    <w:p w14:paraId="6D90C1F3" w14:textId="77777777" w:rsidR="00D4224A" w:rsidRDefault="00D4224A" w:rsidP="00D4224A">
      <w:pPr>
        <w:pStyle w:val="NormalWeb"/>
        <w:rPr>
          <w:color w:val="000000"/>
        </w:rPr>
      </w:pPr>
      <w:r>
        <w:rPr>
          <w:color w:val="000000"/>
        </w:rPr>
        <w:t xml:space="preserve">The council could not refuse, though </w:t>
      </w:r>
      <w:proofErr w:type="spellStart"/>
      <w:r>
        <w:rPr>
          <w:color w:val="000000"/>
        </w:rPr>
        <w:t>Brakon</w:t>
      </w:r>
      <w:proofErr w:type="spellEnd"/>
      <w:r>
        <w:rPr>
          <w:color w:val="000000"/>
        </w:rPr>
        <w:t xml:space="preserve"> muttered that </w:t>
      </w:r>
      <w:proofErr w:type="spellStart"/>
      <w:r>
        <w:rPr>
          <w:color w:val="000000"/>
        </w:rPr>
        <w:t>Plenstant’s</w:t>
      </w:r>
      <w:proofErr w:type="spellEnd"/>
      <w:r>
        <w:rPr>
          <w:color w:val="000000"/>
        </w:rPr>
        <w:t xml:space="preserve"> tongue was sharper than his guards’ swords.</w:t>
      </w:r>
    </w:p>
    <w:p w14:paraId="7B45E827" w14:textId="77777777" w:rsidR="00D4224A" w:rsidRDefault="00D4224A" w:rsidP="00D4224A">
      <w:pPr>
        <w:pStyle w:val="NormalWeb"/>
        <w:rPr>
          <w:color w:val="000000"/>
        </w:rPr>
      </w:pPr>
      <w:r>
        <w:rPr>
          <w:color w:val="000000"/>
        </w:rPr>
        <w:t>On the third day, horns sounded from the southern coast, and sails like white wings filled the horizon. The harbor swelled with ships as</w:t>
      </w:r>
      <w:r>
        <w:rPr>
          <w:rStyle w:val="apple-converted-space"/>
          <w:color w:val="000000"/>
        </w:rPr>
        <w:t> </w:t>
      </w:r>
      <w:r w:rsidRPr="00D4224A">
        <w:rPr>
          <w:rStyle w:val="Strong"/>
          <w:b w:val="0"/>
          <w:bCs w:val="0"/>
          <w:color w:val="000000"/>
        </w:rPr>
        <w:t>King Wester, the Sea King</w:t>
      </w:r>
      <w:r>
        <w:rPr>
          <w:color w:val="000000"/>
        </w:rPr>
        <w:t>, arrived with his fleet.</w:t>
      </w:r>
    </w:p>
    <w:p w14:paraId="43E823AB" w14:textId="77777777" w:rsidR="00D4224A" w:rsidRDefault="00D4224A" w:rsidP="00D4224A">
      <w:pPr>
        <w:pStyle w:val="NormalWeb"/>
        <w:rPr>
          <w:color w:val="000000"/>
        </w:rPr>
      </w:pPr>
      <w:r>
        <w:rPr>
          <w:color w:val="000000"/>
        </w:rPr>
        <w:t>Though his island kingdom was small, his ships were legion — fishing boats in name, but each built for war. At his side stood</w:t>
      </w:r>
      <w:r>
        <w:rPr>
          <w:rStyle w:val="apple-converted-space"/>
          <w:color w:val="000000"/>
        </w:rPr>
        <w:t> </w:t>
      </w:r>
      <w:r w:rsidRPr="00D4224A">
        <w:rPr>
          <w:rStyle w:val="Strong"/>
          <w:b w:val="0"/>
          <w:bCs w:val="0"/>
          <w:color w:val="000000"/>
        </w:rPr>
        <w:t xml:space="preserve">Princess </w:t>
      </w:r>
      <w:proofErr w:type="spellStart"/>
      <w:r w:rsidRPr="00D4224A">
        <w:rPr>
          <w:rStyle w:val="Strong"/>
          <w:b w:val="0"/>
          <w:bCs w:val="0"/>
          <w:color w:val="000000"/>
        </w:rPr>
        <w:t>Westrex</w:t>
      </w:r>
      <w:proofErr w:type="spellEnd"/>
      <w:r>
        <w:rPr>
          <w:color w:val="000000"/>
        </w:rPr>
        <w:t>, newly come of captain’s age, her eyes alight with pride as she walked the dock beside her father. Behind them tramped</w:t>
      </w:r>
      <w:r>
        <w:rPr>
          <w:rStyle w:val="apple-converted-space"/>
          <w:color w:val="000000"/>
        </w:rPr>
        <w:t> </w:t>
      </w:r>
      <w:r w:rsidRPr="00D4224A">
        <w:rPr>
          <w:rStyle w:val="Strong"/>
          <w:b w:val="0"/>
          <w:bCs w:val="0"/>
          <w:color w:val="000000"/>
        </w:rPr>
        <w:t>Wayward Storm</w:t>
      </w:r>
      <w:r>
        <w:rPr>
          <w:color w:val="000000"/>
        </w:rPr>
        <w:t>, commander of the fleet, weathered and grim, his voice already barking orders to sailors who tethered ships with expert precision.</w:t>
      </w:r>
      <w:r>
        <w:rPr>
          <w:rStyle w:val="apple-converted-space"/>
          <w:color w:val="000000"/>
        </w:rPr>
        <w:t> </w:t>
      </w:r>
      <w:r w:rsidRPr="00D4224A">
        <w:rPr>
          <w:rStyle w:val="Strong"/>
          <w:b w:val="0"/>
          <w:bCs w:val="0"/>
          <w:color w:val="000000"/>
        </w:rPr>
        <w:t>Doctor Gavin of Gills</w:t>
      </w:r>
      <w:r>
        <w:rPr>
          <w:rStyle w:val="apple-converted-space"/>
          <w:color w:val="000000"/>
        </w:rPr>
        <w:t> </w:t>
      </w:r>
      <w:r>
        <w:rPr>
          <w:color w:val="000000"/>
        </w:rPr>
        <w:t>followed quietly, his sea-green robe clinging damply, his eyes always scanning the water.</w:t>
      </w:r>
    </w:p>
    <w:p w14:paraId="3BAD2892" w14:textId="77777777" w:rsidR="00D4224A" w:rsidRDefault="00D4224A" w:rsidP="00D4224A">
      <w:pPr>
        <w:pStyle w:val="NormalWeb"/>
        <w:rPr>
          <w:color w:val="000000"/>
        </w:rPr>
      </w:pPr>
      <w:r>
        <w:rPr>
          <w:color w:val="000000"/>
        </w:rPr>
        <w:t xml:space="preserve">Wester greeted the Citadel with no smile, but with a nod of respect. “My fleet surrounds this coast. No ship shall pass without my knowledge. You have my strength — but </w:t>
      </w:r>
      <w:proofErr w:type="gramStart"/>
      <w:r>
        <w:rPr>
          <w:color w:val="000000"/>
        </w:rPr>
        <w:t>understand:</w:t>
      </w:r>
      <w:proofErr w:type="gramEnd"/>
      <w:r>
        <w:rPr>
          <w:color w:val="000000"/>
        </w:rPr>
        <w:t xml:space="preserve"> I will not see my vessels insulted or denied. The sea does not forgive.”</w:t>
      </w:r>
    </w:p>
    <w:p w14:paraId="7CFA2D85" w14:textId="77777777" w:rsidR="00D4224A" w:rsidRDefault="00D4224A" w:rsidP="00D4224A">
      <w:pPr>
        <w:pStyle w:val="NormalWeb"/>
        <w:rPr>
          <w:color w:val="000000"/>
        </w:rPr>
      </w:pPr>
      <w:r>
        <w:rPr>
          <w:color w:val="000000"/>
        </w:rPr>
        <w:t>His demand was clear: waters for his fleet, berths for his ships, and tribute of salt for his men. The Citadel granted it, though apprentices muttered that the Sea King’s presence was as much a blockade as it was protection.</w:t>
      </w:r>
    </w:p>
    <w:p w14:paraId="4AD0E814" w14:textId="77777777" w:rsidR="00D4224A" w:rsidRDefault="00D4224A" w:rsidP="00D4224A">
      <w:pPr>
        <w:pStyle w:val="NormalWeb"/>
        <w:rPr>
          <w:color w:val="000000"/>
        </w:rPr>
      </w:pPr>
      <w:r>
        <w:rPr>
          <w:color w:val="000000"/>
        </w:rPr>
        <w:t>As the first three kings settled within the Citadel’s walls, a hush of awe fell. Though their armies were modest compared to Barrus’s dragons or Baird’s mongrels, these rulers carried influence in subtler ways:</w:t>
      </w:r>
    </w:p>
    <w:p w14:paraId="4B64151E" w14:textId="77777777" w:rsidR="00D4224A" w:rsidRDefault="00D4224A" w:rsidP="00D4224A">
      <w:pPr>
        <w:pStyle w:val="NormalWeb"/>
        <w:numPr>
          <w:ilvl w:val="0"/>
          <w:numId w:val="15"/>
        </w:numPr>
        <w:rPr>
          <w:color w:val="000000"/>
        </w:rPr>
      </w:pPr>
      <w:r>
        <w:rPr>
          <w:color w:val="000000"/>
        </w:rPr>
        <w:t>The Earth King, through</w:t>
      </w:r>
      <w:r>
        <w:rPr>
          <w:rStyle w:val="apple-converted-space"/>
          <w:color w:val="000000"/>
        </w:rPr>
        <w:t> </w:t>
      </w:r>
      <w:r w:rsidRPr="00D4224A">
        <w:rPr>
          <w:rStyle w:val="Strong"/>
          <w:b w:val="0"/>
          <w:bCs w:val="0"/>
          <w:color w:val="000000"/>
        </w:rPr>
        <w:t>honesty and provis</w:t>
      </w:r>
      <w:r>
        <w:rPr>
          <w:rStyle w:val="Strong"/>
          <w:color w:val="000000"/>
        </w:rPr>
        <w:t>ion</w:t>
      </w:r>
      <w:r>
        <w:rPr>
          <w:color w:val="000000"/>
        </w:rPr>
        <w:t>, a stabilizing presence.</w:t>
      </w:r>
    </w:p>
    <w:p w14:paraId="598AEF2C" w14:textId="77777777" w:rsidR="00D4224A" w:rsidRDefault="00D4224A" w:rsidP="00D4224A">
      <w:pPr>
        <w:pStyle w:val="NormalWeb"/>
        <w:numPr>
          <w:ilvl w:val="0"/>
          <w:numId w:val="15"/>
        </w:numPr>
        <w:rPr>
          <w:color w:val="000000"/>
        </w:rPr>
      </w:pPr>
      <w:r>
        <w:rPr>
          <w:color w:val="000000"/>
        </w:rPr>
        <w:t>The Vineyard King, through</w:t>
      </w:r>
      <w:r>
        <w:rPr>
          <w:rStyle w:val="apple-converted-space"/>
          <w:color w:val="000000"/>
        </w:rPr>
        <w:t> </w:t>
      </w:r>
      <w:r w:rsidRPr="00D4224A">
        <w:rPr>
          <w:rStyle w:val="Strong"/>
          <w:b w:val="0"/>
          <w:bCs w:val="0"/>
          <w:color w:val="000000"/>
        </w:rPr>
        <w:t>pleasure and persuasion</w:t>
      </w:r>
      <w:r>
        <w:rPr>
          <w:color w:val="000000"/>
        </w:rPr>
        <w:t>, weaving charm and scandal in equal measure.</w:t>
      </w:r>
    </w:p>
    <w:p w14:paraId="42064B91" w14:textId="77777777" w:rsidR="00D4224A" w:rsidRDefault="00D4224A" w:rsidP="00D4224A">
      <w:pPr>
        <w:pStyle w:val="NormalWeb"/>
        <w:numPr>
          <w:ilvl w:val="0"/>
          <w:numId w:val="15"/>
        </w:numPr>
        <w:rPr>
          <w:color w:val="000000"/>
        </w:rPr>
      </w:pPr>
      <w:r>
        <w:rPr>
          <w:color w:val="000000"/>
        </w:rPr>
        <w:t>The Sea King, through</w:t>
      </w:r>
      <w:r>
        <w:rPr>
          <w:rStyle w:val="apple-converted-space"/>
          <w:color w:val="000000"/>
        </w:rPr>
        <w:t> </w:t>
      </w:r>
      <w:r w:rsidRPr="00D4224A">
        <w:rPr>
          <w:rStyle w:val="Strong"/>
          <w:b w:val="0"/>
          <w:bCs w:val="0"/>
          <w:color w:val="000000"/>
        </w:rPr>
        <w:t>trade and threat</w:t>
      </w:r>
      <w:r>
        <w:rPr>
          <w:color w:val="000000"/>
        </w:rPr>
        <w:t>, his ships hemming in the Citadel as surely as stone walls.</w:t>
      </w:r>
    </w:p>
    <w:p w14:paraId="068DD8B0" w14:textId="77777777" w:rsidR="00D4224A" w:rsidRDefault="00D4224A" w:rsidP="00D4224A">
      <w:pPr>
        <w:pStyle w:val="NormalWeb"/>
        <w:rPr>
          <w:color w:val="000000"/>
        </w:rPr>
      </w:pPr>
      <w:r>
        <w:rPr>
          <w:color w:val="000000"/>
        </w:rPr>
        <w:t>And the whispers rose again among the Citadel’s servants: “If these be the peaceful ones, what storms will follow when the Dragon, the Lion, and the Hound arrive?”</w:t>
      </w:r>
    </w:p>
    <w:p w14:paraId="542194F9" w14:textId="77777777" w:rsidR="00147AFC" w:rsidRDefault="00147AFC" w:rsidP="00147AFC">
      <w:pPr>
        <w:pStyle w:val="NormalWeb"/>
        <w:rPr>
          <w:color w:val="000000"/>
        </w:rPr>
      </w:pPr>
      <w:r>
        <w:rPr>
          <w:color w:val="000000"/>
        </w:rPr>
        <w:lastRenderedPageBreak/>
        <w:t>The Citadel’s great hall of welcome smelled faintly of stone dust and torch smoke when</w:t>
      </w:r>
      <w:r>
        <w:rPr>
          <w:rStyle w:val="apple-converted-space"/>
          <w:color w:val="000000"/>
        </w:rPr>
        <w:t> </w:t>
      </w:r>
      <w:r w:rsidRPr="00147AFC">
        <w:rPr>
          <w:rStyle w:val="Strong"/>
          <w:b w:val="0"/>
          <w:bCs w:val="0"/>
          <w:color w:val="000000"/>
        </w:rPr>
        <w:t>King Whey Prancer</w:t>
      </w:r>
      <w:r>
        <w:rPr>
          <w:rStyle w:val="apple-converted-space"/>
          <w:color w:val="000000"/>
        </w:rPr>
        <w:t> </w:t>
      </w:r>
      <w:r>
        <w:rPr>
          <w:color w:val="000000"/>
        </w:rPr>
        <w:t>and</w:t>
      </w:r>
      <w:r>
        <w:rPr>
          <w:rStyle w:val="apple-converted-space"/>
          <w:color w:val="000000"/>
        </w:rPr>
        <w:t> </w:t>
      </w:r>
      <w:r w:rsidRPr="00147AFC">
        <w:rPr>
          <w:rStyle w:val="Strong"/>
          <w:b w:val="0"/>
          <w:bCs w:val="0"/>
          <w:color w:val="000000"/>
        </w:rPr>
        <w:t xml:space="preserve">King </w:t>
      </w:r>
      <w:proofErr w:type="spellStart"/>
      <w:r w:rsidRPr="00147AFC">
        <w:rPr>
          <w:rStyle w:val="Strong"/>
          <w:b w:val="0"/>
          <w:bCs w:val="0"/>
          <w:color w:val="000000"/>
        </w:rPr>
        <w:t>Plenstant</w:t>
      </w:r>
      <w:proofErr w:type="spellEnd"/>
      <w:r w:rsidRPr="00147AFC">
        <w:rPr>
          <w:rStyle w:val="Strong"/>
          <w:b w:val="0"/>
          <w:bCs w:val="0"/>
          <w:color w:val="000000"/>
        </w:rPr>
        <w:t xml:space="preserve"> of </w:t>
      </w:r>
      <w:proofErr w:type="spellStart"/>
      <w:r w:rsidRPr="00147AFC">
        <w:rPr>
          <w:rStyle w:val="Strong"/>
          <w:b w:val="0"/>
          <w:bCs w:val="0"/>
          <w:color w:val="000000"/>
        </w:rPr>
        <w:t>Hespolol</w:t>
      </w:r>
      <w:proofErr w:type="spellEnd"/>
      <w:r w:rsidRPr="00147AFC">
        <w:rPr>
          <w:rStyle w:val="apple-converted-space"/>
          <w:b/>
          <w:bCs/>
          <w:color w:val="000000"/>
        </w:rPr>
        <w:t> </w:t>
      </w:r>
      <w:r>
        <w:rPr>
          <w:color w:val="000000"/>
        </w:rPr>
        <w:t>sat together for the first time.</w:t>
      </w:r>
    </w:p>
    <w:p w14:paraId="275CE9BA" w14:textId="77777777" w:rsidR="00147AFC" w:rsidRDefault="00147AFC" w:rsidP="00147AFC">
      <w:pPr>
        <w:pStyle w:val="NormalWeb"/>
        <w:rPr>
          <w:color w:val="000000"/>
        </w:rPr>
      </w:pPr>
      <w:r>
        <w:rPr>
          <w:color w:val="000000"/>
        </w:rPr>
        <w:t>The Earth King wore a plain tunic of wool, his crown little more than hammered copper. The Vineyard King arrived swathed in silks that shimmered with every turn of his hand, rings glinting like fireflies under torchlight. At his side,</w:t>
      </w:r>
      <w:r>
        <w:rPr>
          <w:rStyle w:val="apple-converted-space"/>
          <w:color w:val="000000"/>
        </w:rPr>
        <w:t> </w:t>
      </w:r>
      <w:r w:rsidRPr="00147AFC">
        <w:rPr>
          <w:rStyle w:val="Strong"/>
          <w:b w:val="0"/>
          <w:bCs w:val="0"/>
          <w:color w:val="000000"/>
        </w:rPr>
        <w:t>Prince Perry</w:t>
      </w:r>
      <w:r w:rsidRPr="00147AFC">
        <w:rPr>
          <w:rStyle w:val="apple-converted-space"/>
          <w:b/>
          <w:bCs/>
          <w:color w:val="000000"/>
        </w:rPr>
        <w:t> </w:t>
      </w:r>
      <w:r>
        <w:rPr>
          <w:color w:val="000000"/>
        </w:rPr>
        <w:t>lounged in a high-backed chair, eyes sharp with amusement, while</w:t>
      </w:r>
      <w:r>
        <w:rPr>
          <w:rStyle w:val="apple-converted-space"/>
          <w:color w:val="000000"/>
        </w:rPr>
        <w:t> </w:t>
      </w:r>
      <w:r w:rsidRPr="00147AFC">
        <w:rPr>
          <w:rStyle w:val="Strong"/>
          <w:b w:val="0"/>
          <w:bCs w:val="0"/>
          <w:color w:val="000000"/>
        </w:rPr>
        <w:t>Doctor Boraht</w:t>
      </w:r>
      <w:r w:rsidRPr="00147AFC">
        <w:rPr>
          <w:rStyle w:val="apple-converted-space"/>
          <w:b/>
          <w:bCs/>
          <w:color w:val="000000"/>
        </w:rPr>
        <w:t> </w:t>
      </w:r>
      <w:r>
        <w:rPr>
          <w:color w:val="000000"/>
        </w:rPr>
        <w:t>and</w:t>
      </w:r>
      <w:r>
        <w:rPr>
          <w:rStyle w:val="apple-converted-space"/>
          <w:color w:val="000000"/>
        </w:rPr>
        <w:t> </w:t>
      </w:r>
      <w:proofErr w:type="spellStart"/>
      <w:r w:rsidRPr="00147AFC">
        <w:rPr>
          <w:rStyle w:val="Strong"/>
          <w:b w:val="0"/>
          <w:bCs w:val="0"/>
          <w:color w:val="000000"/>
        </w:rPr>
        <w:t>Janedo</w:t>
      </w:r>
      <w:proofErr w:type="spellEnd"/>
      <w:r>
        <w:rPr>
          <w:rStyle w:val="apple-converted-space"/>
          <w:color w:val="000000"/>
        </w:rPr>
        <w:t> </w:t>
      </w:r>
      <w:r>
        <w:rPr>
          <w:color w:val="000000"/>
        </w:rPr>
        <w:t>stood watchful.</w:t>
      </w:r>
    </w:p>
    <w:p w14:paraId="327F532C" w14:textId="77777777" w:rsidR="00147AFC" w:rsidRDefault="00147AFC" w:rsidP="00147AFC">
      <w:pPr>
        <w:pStyle w:val="NormalWeb"/>
        <w:rPr>
          <w:color w:val="000000"/>
        </w:rPr>
      </w:pPr>
      <w:proofErr w:type="spellStart"/>
      <w:r>
        <w:rPr>
          <w:color w:val="000000"/>
        </w:rPr>
        <w:t>Plenstant</w:t>
      </w:r>
      <w:proofErr w:type="spellEnd"/>
      <w:r>
        <w:rPr>
          <w:color w:val="000000"/>
        </w:rPr>
        <w:t xml:space="preserve"> poured goblets of his own red wine and pressed one into Whey’s hand before a word was spoken.</w:t>
      </w:r>
    </w:p>
    <w:p w14:paraId="59A68737" w14:textId="77777777" w:rsidR="00147AFC" w:rsidRDefault="00147AFC" w:rsidP="00147AFC">
      <w:pPr>
        <w:pStyle w:val="NormalWeb"/>
        <w:rPr>
          <w:color w:val="000000"/>
        </w:rPr>
      </w:pPr>
      <w:r>
        <w:rPr>
          <w:color w:val="000000"/>
        </w:rPr>
        <w:t xml:space="preserve">“You look troubled, my friend of fields,” </w:t>
      </w:r>
      <w:proofErr w:type="spellStart"/>
      <w:r>
        <w:rPr>
          <w:color w:val="000000"/>
        </w:rPr>
        <w:t>Plenstant</w:t>
      </w:r>
      <w:proofErr w:type="spellEnd"/>
      <w:r>
        <w:rPr>
          <w:color w:val="000000"/>
        </w:rPr>
        <w:t xml:space="preserve"> said, his tone teasing but not unkind. “Your brow furrows as though you mean to plow the very stone of this Citadel.”</w:t>
      </w:r>
    </w:p>
    <w:p w14:paraId="649E26B7" w14:textId="77777777" w:rsidR="00147AFC" w:rsidRDefault="00147AFC" w:rsidP="00147AFC">
      <w:pPr>
        <w:pStyle w:val="NormalWeb"/>
        <w:rPr>
          <w:color w:val="000000"/>
        </w:rPr>
      </w:pPr>
      <w:r>
        <w:rPr>
          <w:color w:val="000000"/>
        </w:rPr>
        <w:t>Whey Prancer sipped, then set the goblet aside. “The furrows are not mine to plow. They belong to the heavens.” He glanced toward the tall windows, where the night sky revealed the swelling star. “</w:t>
      </w:r>
      <w:proofErr w:type="spellStart"/>
      <w:r>
        <w:rPr>
          <w:color w:val="000000"/>
        </w:rPr>
        <w:t>Boraht</w:t>
      </w:r>
      <w:proofErr w:type="spellEnd"/>
      <w:r>
        <w:rPr>
          <w:color w:val="000000"/>
        </w:rPr>
        <w:t xml:space="preserve"> tells me the seed knows the difference between sun and storm. I do not. And I fear the Doctors may not either.”</w:t>
      </w:r>
    </w:p>
    <w:p w14:paraId="22401D3D" w14:textId="77777777" w:rsidR="00147AFC" w:rsidRDefault="00147AFC" w:rsidP="00147AFC">
      <w:pPr>
        <w:pStyle w:val="NormalWeb"/>
        <w:rPr>
          <w:color w:val="000000"/>
        </w:rPr>
      </w:pPr>
      <w:proofErr w:type="spellStart"/>
      <w:r>
        <w:rPr>
          <w:color w:val="000000"/>
        </w:rPr>
        <w:t>Plenstant</w:t>
      </w:r>
      <w:proofErr w:type="spellEnd"/>
      <w:r>
        <w:rPr>
          <w:color w:val="000000"/>
        </w:rPr>
        <w:t xml:space="preserve"> leaned forward, lowering his voice. “Then let us plant together. If war breaks among the Thrones, your grain will starve them or sustain them. My wine will sway their moods. We need not raise a sword if our tables are full.”</w:t>
      </w:r>
    </w:p>
    <w:p w14:paraId="10AE7013" w14:textId="77777777" w:rsidR="00147AFC" w:rsidRDefault="00147AFC" w:rsidP="00147AFC">
      <w:pPr>
        <w:pStyle w:val="NormalWeb"/>
        <w:rPr>
          <w:color w:val="000000"/>
        </w:rPr>
      </w:pPr>
      <w:r>
        <w:rPr>
          <w:color w:val="000000"/>
        </w:rPr>
        <w:t>The Earth King considered him, his expression unreadable. He was a man of peace, but no fool.</w:t>
      </w:r>
    </w:p>
    <w:p w14:paraId="56D6008D" w14:textId="77777777" w:rsidR="00147AFC" w:rsidRDefault="00147AFC" w:rsidP="00147AFC">
      <w:pPr>
        <w:pStyle w:val="NormalWeb"/>
        <w:rPr>
          <w:color w:val="000000"/>
        </w:rPr>
      </w:pPr>
      <w:r>
        <w:rPr>
          <w:color w:val="000000"/>
        </w:rPr>
        <w:t>On the following night,</w:t>
      </w:r>
      <w:r>
        <w:rPr>
          <w:rStyle w:val="apple-converted-space"/>
          <w:color w:val="000000"/>
        </w:rPr>
        <w:t> </w:t>
      </w:r>
      <w:r w:rsidRPr="00147AFC">
        <w:rPr>
          <w:rStyle w:val="Strong"/>
          <w:b w:val="0"/>
          <w:bCs w:val="0"/>
          <w:color w:val="000000"/>
        </w:rPr>
        <w:t>King Wester of the Seas</w:t>
      </w:r>
      <w:r>
        <w:rPr>
          <w:rStyle w:val="apple-converted-space"/>
          <w:color w:val="000000"/>
        </w:rPr>
        <w:t> </w:t>
      </w:r>
      <w:r>
        <w:rPr>
          <w:color w:val="000000"/>
        </w:rPr>
        <w:t>entered the hall, his boots leaving damp prints upon the stone. His daughter</w:t>
      </w:r>
      <w:r>
        <w:rPr>
          <w:rStyle w:val="apple-converted-space"/>
          <w:color w:val="000000"/>
        </w:rPr>
        <w:t> </w:t>
      </w:r>
      <w:r w:rsidRPr="00147AFC">
        <w:rPr>
          <w:rStyle w:val="Strong"/>
          <w:b w:val="0"/>
          <w:bCs w:val="0"/>
          <w:color w:val="000000"/>
        </w:rPr>
        <w:t>Westrex</w:t>
      </w:r>
      <w:r>
        <w:rPr>
          <w:rStyle w:val="apple-converted-space"/>
          <w:color w:val="000000"/>
        </w:rPr>
        <w:t> </w:t>
      </w:r>
      <w:r>
        <w:rPr>
          <w:color w:val="000000"/>
        </w:rPr>
        <w:t>shadowed him, and</w:t>
      </w:r>
      <w:r>
        <w:rPr>
          <w:rStyle w:val="apple-converted-space"/>
          <w:color w:val="000000"/>
        </w:rPr>
        <w:t> </w:t>
      </w:r>
      <w:r w:rsidRPr="00147AFC">
        <w:rPr>
          <w:rStyle w:val="Strong"/>
          <w:b w:val="0"/>
          <w:bCs w:val="0"/>
          <w:color w:val="000000"/>
        </w:rPr>
        <w:t>Wayward Storm</w:t>
      </w:r>
      <w:r>
        <w:rPr>
          <w:rStyle w:val="apple-converted-space"/>
          <w:color w:val="000000"/>
        </w:rPr>
        <w:t> </w:t>
      </w:r>
      <w:r>
        <w:rPr>
          <w:color w:val="000000"/>
        </w:rPr>
        <w:t>towered at his shoulder. The scent of brine and tar clung to him like armor.</w:t>
      </w:r>
    </w:p>
    <w:p w14:paraId="6AE016C8" w14:textId="77777777" w:rsidR="00147AFC" w:rsidRDefault="00147AFC" w:rsidP="00147AFC">
      <w:pPr>
        <w:pStyle w:val="NormalWeb"/>
        <w:rPr>
          <w:color w:val="000000"/>
        </w:rPr>
      </w:pPr>
      <w:r>
        <w:rPr>
          <w:color w:val="000000"/>
        </w:rPr>
        <w:t>The Vineyard King greeted him with a flourish. “Ah, the tides themselves walk into our hall! Welcome, Wester. Have you come bearing storms or calm seas?”</w:t>
      </w:r>
    </w:p>
    <w:p w14:paraId="31D6F6A3" w14:textId="77777777" w:rsidR="00147AFC" w:rsidRDefault="00147AFC" w:rsidP="00147AFC">
      <w:pPr>
        <w:pStyle w:val="NormalWeb"/>
        <w:rPr>
          <w:color w:val="000000"/>
        </w:rPr>
      </w:pPr>
      <w:r>
        <w:rPr>
          <w:color w:val="000000"/>
        </w:rPr>
        <w:t>“Both,” Wester replied, his voice steady as a tide. He sat without asking leave, his weather-beaten crown resting awkwardly on his salt-streaked hair. “The Citadel is hemmed in now. My fleet watches every inlet. If another king wishes to smuggle in soldiers or beasts, I will know it.”</w:t>
      </w:r>
    </w:p>
    <w:p w14:paraId="1EC087FC" w14:textId="77777777" w:rsidR="00147AFC" w:rsidRDefault="00147AFC" w:rsidP="00147AFC">
      <w:pPr>
        <w:pStyle w:val="NormalWeb"/>
        <w:rPr>
          <w:color w:val="000000"/>
        </w:rPr>
      </w:pPr>
      <w:r>
        <w:rPr>
          <w:color w:val="000000"/>
        </w:rPr>
        <w:t xml:space="preserve">“That is a threat,” </w:t>
      </w:r>
      <w:proofErr w:type="spellStart"/>
      <w:r>
        <w:rPr>
          <w:color w:val="000000"/>
        </w:rPr>
        <w:t>Plenstant</w:t>
      </w:r>
      <w:proofErr w:type="spellEnd"/>
      <w:r>
        <w:rPr>
          <w:color w:val="000000"/>
        </w:rPr>
        <w:t xml:space="preserve"> said lightly, though his eyes narrowed.</w:t>
      </w:r>
    </w:p>
    <w:p w14:paraId="5B2D8DEF" w14:textId="77777777" w:rsidR="00147AFC" w:rsidRDefault="00147AFC" w:rsidP="00147AFC">
      <w:pPr>
        <w:pStyle w:val="NormalWeb"/>
        <w:rPr>
          <w:color w:val="000000"/>
        </w:rPr>
      </w:pPr>
      <w:r>
        <w:rPr>
          <w:color w:val="000000"/>
        </w:rPr>
        <w:t>“It is a promise,” Wester answered.</w:t>
      </w:r>
    </w:p>
    <w:p w14:paraId="7DAAFD49" w14:textId="77777777" w:rsidR="00147AFC" w:rsidRDefault="00147AFC" w:rsidP="00147AFC">
      <w:pPr>
        <w:pStyle w:val="NormalWeb"/>
        <w:rPr>
          <w:color w:val="000000"/>
        </w:rPr>
      </w:pPr>
      <w:r>
        <w:rPr>
          <w:color w:val="000000"/>
        </w:rPr>
        <w:t>Whey Prancer raised a hand, his calm voice parting the tension. “Peace. If the star comes for us, it will not matter who controls the rivers and harbors. None of us will have dominion over ashes.”</w:t>
      </w:r>
    </w:p>
    <w:p w14:paraId="23C3D634" w14:textId="77777777" w:rsidR="00147AFC" w:rsidRDefault="00147AFC" w:rsidP="00147AFC">
      <w:pPr>
        <w:pStyle w:val="NormalWeb"/>
        <w:rPr>
          <w:color w:val="000000"/>
        </w:rPr>
      </w:pPr>
      <w:r>
        <w:rPr>
          <w:color w:val="000000"/>
        </w:rPr>
        <w:lastRenderedPageBreak/>
        <w:t>Wester’s gaze softened slightly, and for the first time he looked past the men to the swelling star above the Citadel towers. “Perhaps,” he admitted, “but a ship without a captain sinks faster than one with a steady hand. If we are to survive, someone must steer.”</w:t>
      </w:r>
    </w:p>
    <w:p w14:paraId="2AFD45F5" w14:textId="77777777" w:rsidR="00147AFC" w:rsidRDefault="00147AFC" w:rsidP="00147AFC">
      <w:pPr>
        <w:pStyle w:val="NormalWeb"/>
        <w:rPr>
          <w:color w:val="000000"/>
        </w:rPr>
      </w:pPr>
      <w:proofErr w:type="spellStart"/>
      <w:r>
        <w:rPr>
          <w:color w:val="000000"/>
        </w:rPr>
        <w:t>Plenstant</w:t>
      </w:r>
      <w:proofErr w:type="spellEnd"/>
      <w:r>
        <w:rPr>
          <w:color w:val="000000"/>
        </w:rPr>
        <w:t xml:space="preserve"> smirked into his goblet. “And you would be that captain?”</w:t>
      </w:r>
    </w:p>
    <w:p w14:paraId="5171A344" w14:textId="77777777" w:rsidR="00147AFC" w:rsidRDefault="00147AFC" w:rsidP="00147AFC">
      <w:pPr>
        <w:pStyle w:val="NormalWeb"/>
        <w:rPr>
          <w:color w:val="000000"/>
        </w:rPr>
      </w:pPr>
      <w:r>
        <w:rPr>
          <w:color w:val="000000"/>
        </w:rPr>
        <w:t>“No,” Wester said flatly. “But I will not let Barrus be.”</w:t>
      </w:r>
    </w:p>
    <w:p w14:paraId="778818AB" w14:textId="77777777" w:rsidR="00147AFC" w:rsidRDefault="00147AFC" w:rsidP="00147AFC">
      <w:pPr>
        <w:pStyle w:val="NormalWeb"/>
        <w:rPr>
          <w:color w:val="000000"/>
        </w:rPr>
      </w:pPr>
      <w:r>
        <w:rPr>
          <w:color w:val="000000"/>
        </w:rPr>
        <w:t xml:space="preserve">Later that night, as the kings retired, their </w:t>
      </w:r>
      <w:proofErr w:type="gramStart"/>
      <w:r>
        <w:rPr>
          <w:color w:val="000000"/>
        </w:rPr>
        <w:t>Doctors</w:t>
      </w:r>
      <w:proofErr w:type="gramEnd"/>
      <w:r>
        <w:rPr>
          <w:color w:val="000000"/>
        </w:rPr>
        <w:t xml:space="preserve"> lingered in the hall.</w:t>
      </w:r>
      <w:r>
        <w:rPr>
          <w:rStyle w:val="apple-converted-space"/>
          <w:color w:val="000000"/>
        </w:rPr>
        <w:t> </w:t>
      </w:r>
      <w:r w:rsidRPr="00147AFC">
        <w:rPr>
          <w:rStyle w:val="Strong"/>
          <w:b w:val="0"/>
          <w:bCs w:val="0"/>
          <w:color w:val="000000"/>
        </w:rPr>
        <w:t xml:space="preserve">Doctor </w:t>
      </w:r>
      <w:proofErr w:type="spellStart"/>
      <w:r w:rsidRPr="00147AFC">
        <w:rPr>
          <w:rStyle w:val="Strong"/>
          <w:b w:val="0"/>
          <w:bCs w:val="0"/>
          <w:color w:val="000000"/>
        </w:rPr>
        <w:t>Boraht</w:t>
      </w:r>
      <w:proofErr w:type="spellEnd"/>
      <w:r>
        <w:rPr>
          <w:rStyle w:val="apple-converted-space"/>
          <w:color w:val="000000"/>
        </w:rPr>
        <w:t> </w:t>
      </w:r>
      <w:r>
        <w:rPr>
          <w:color w:val="000000"/>
        </w:rPr>
        <w:t>of Grains,</w:t>
      </w:r>
      <w:r>
        <w:rPr>
          <w:rStyle w:val="apple-converted-space"/>
          <w:color w:val="000000"/>
        </w:rPr>
        <w:t> </w:t>
      </w:r>
      <w:r w:rsidRPr="00147AFC">
        <w:rPr>
          <w:rStyle w:val="Strong"/>
          <w:b w:val="0"/>
          <w:bCs w:val="0"/>
          <w:color w:val="000000"/>
        </w:rPr>
        <w:t>Doctor Gavin of Gills</w:t>
      </w:r>
      <w:r>
        <w:rPr>
          <w:color w:val="000000"/>
        </w:rPr>
        <w:t>, and the Vineyard King’s retinue gathered near the fire.</w:t>
      </w:r>
    </w:p>
    <w:p w14:paraId="3B27540E" w14:textId="77777777" w:rsidR="00147AFC" w:rsidRDefault="00147AFC" w:rsidP="00147AFC">
      <w:pPr>
        <w:pStyle w:val="NormalWeb"/>
        <w:rPr>
          <w:color w:val="000000"/>
        </w:rPr>
      </w:pPr>
      <w:proofErr w:type="spellStart"/>
      <w:r>
        <w:rPr>
          <w:color w:val="000000"/>
        </w:rPr>
        <w:t>Boraht</w:t>
      </w:r>
      <w:proofErr w:type="spellEnd"/>
      <w:r>
        <w:rPr>
          <w:color w:val="000000"/>
        </w:rPr>
        <w:t xml:space="preserve"> stroked his gray beard thoughtfully. “Whey’s fears are plain. He sees only the sky and the harvest. He does not think in terms of war.”</w:t>
      </w:r>
    </w:p>
    <w:p w14:paraId="6ED06131" w14:textId="77777777" w:rsidR="00147AFC" w:rsidRDefault="00147AFC" w:rsidP="00147AFC">
      <w:pPr>
        <w:pStyle w:val="NormalWeb"/>
        <w:rPr>
          <w:color w:val="000000"/>
        </w:rPr>
      </w:pPr>
      <w:r>
        <w:rPr>
          <w:color w:val="000000"/>
        </w:rPr>
        <w:t>Doctor Gavin, pale and hollow-eyed, shook his head. “And yet war is what the sea whispers. Barrus will not wait for the star. He will take what he can before it falls. If the other Thrones do not bind themselves, the Dragon Lord will bind them in fire.”</w:t>
      </w:r>
    </w:p>
    <w:p w14:paraId="4B2D9946" w14:textId="77777777" w:rsidR="00147AFC" w:rsidRDefault="00147AFC" w:rsidP="00147AFC">
      <w:pPr>
        <w:pStyle w:val="NormalWeb"/>
        <w:rPr>
          <w:color w:val="000000"/>
        </w:rPr>
      </w:pPr>
      <w:proofErr w:type="spellStart"/>
      <w:r>
        <w:rPr>
          <w:color w:val="000000"/>
        </w:rPr>
        <w:t>Janedo</w:t>
      </w:r>
      <w:proofErr w:type="spellEnd"/>
      <w:r>
        <w:rPr>
          <w:color w:val="000000"/>
        </w:rPr>
        <w:t>, standing silently, finally spoke. “Then it will be your task, Doctors, to keep these kings from tearing each other’s throats before the council begins. Else all our preparations will be for naught.”</w:t>
      </w:r>
    </w:p>
    <w:p w14:paraId="2F5DF1AA" w14:textId="77777777" w:rsidR="00147AFC" w:rsidRDefault="00147AFC" w:rsidP="00147AFC">
      <w:pPr>
        <w:pStyle w:val="NormalWeb"/>
        <w:rPr>
          <w:color w:val="000000"/>
        </w:rPr>
      </w:pPr>
      <w:r>
        <w:rPr>
          <w:color w:val="000000"/>
        </w:rPr>
        <w:t>Her eyes flicked to the star through the window, glowing larger with each passing night. “And the sky will make no distinction between lion, serpent, or man.”</w:t>
      </w:r>
    </w:p>
    <w:p w14:paraId="09EE4F8D" w14:textId="77777777" w:rsidR="00147AFC" w:rsidRDefault="00147AFC" w:rsidP="00147AFC">
      <w:pPr>
        <w:pStyle w:val="NormalWeb"/>
        <w:rPr>
          <w:color w:val="000000"/>
        </w:rPr>
      </w:pPr>
      <w:r>
        <w:rPr>
          <w:color w:val="000000"/>
        </w:rPr>
        <w:t>Before the moon waned again, the three peaceful kings — Earth, Vineyard, and Sea — met once more, this time in the</w:t>
      </w:r>
      <w:r>
        <w:rPr>
          <w:rStyle w:val="apple-converted-space"/>
          <w:color w:val="000000"/>
        </w:rPr>
        <w:t> </w:t>
      </w:r>
      <w:r w:rsidRPr="00147AFC">
        <w:rPr>
          <w:rStyle w:val="Strong"/>
          <w:b w:val="0"/>
          <w:bCs w:val="0"/>
          <w:color w:val="000000"/>
        </w:rPr>
        <w:t>Council’s outer chamber</w:t>
      </w:r>
      <w:r>
        <w:rPr>
          <w:rStyle w:val="apple-converted-space"/>
          <w:color w:val="000000"/>
        </w:rPr>
        <w:t> </w:t>
      </w:r>
      <w:r>
        <w:rPr>
          <w:color w:val="000000"/>
        </w:rPr>
        <w:t>beneath the Citadel dome. Though no charter was written, a pact was whispered:</w:t>
      </w:r>
    </w:p>
    <w:p w14:paraId="166E889A" w14:textId="77777777" w:rsidR="00147AFC" w:rsidRDefault="00147AFC" w:rsidP="00147AFC">
      <w:pPr>
        <w:pStyle w:val="NormalWeb"/>
        <w:numPr>
          <w:ilvl w:val="0"/>
          <w:numId w:val="16"/>
        </w:numPr>
        <w:rPr>
          <w:color w:val="000000"/>
        </w:rPr>
      </w:pPr>
      <w:r>
        <w:rPr>
          <w:color w:val="000000"/>
        </w:rPr>
        <w:t>Whey Prancer would pledge</w:t>
      </w:r>
      <w:r>
        <w:rPr>
          <w:rStyle w:val="apple-converted-space"/>
          <w:color w:val="000000"/>
        </w:rPr>
        <w:t> </w:t>
      </w:r>
      <w:r w:rsidRPr="00147AFC">
        <w:rPr>
          <w:rStyle w:val="Strong"/>
          <w:b w:val="0"/>
          <w:bCs w:val="0"/>
          <w:color w:val="000000"/>
        </w:rPr>
        <w:t>grain and provisions</w:t>
      </w:r>
      <w:r>
        <w:rPr>
          <w:rStyle w:val="apple-converted-space"/>
          <w:color w:val="000000"/>
        </w:rPr>
        <w:t> </w:t>
      </w:r>
      <w:r>
        <w:rPr>
          <w:color w:val="000000"/>
        </w:rPr>
        <w:t>to feed the Citadel during the gathering.</w:t>
      </w:r>
    </w:p>
    <w:p w14:paraId="297B4525" w14:textId="77777777" w:rsidR="00147AFC" w:rsidRDefault="00147AFC" w:rsidP="00147AFC">
      <w:pPr>
        <w:pStyle w:val="NormalWeb"/>
        <w:numPr>
          <w:ilvl w:val="0"/>
          <w:numId w:val="16"/>
        </w:numPr>
        <w:rPr>
          <w:color w:val="000000"/>
        </w:rPr>
      </w:pPr>
      <w:proofErr w:type="spellStart"/>
      <w:r>
        <w:rPr>
          <w:color w:val="000000"/>
        </w:rPr>
        <w:t>Plenstant</w:t>
      </w:r>
      <w:proofErr w:type="spellEnd"/>
      <w:r>
        <w:rPr>
          <w:color w:val="000000"/>
        </w:rPr>
        <w:t xml:space="preserve"> would pledge</w:t>
      </w:r>
      <w:r>
        <w:rPr>
          <w:rStyle w:val="apple-converted-space"/>
          <w:color w:val="000000"/>
        </w:rPr>
        <w:t> </w:t>
      </w:r>
      <w:r w:rsidRPr="00147AFC">
        <w:rPr>
          <w:rStyle w:val="Strong"/>
          <w:b w:val="0"/>
          <w:bCs w:val="0"/>
          <w:color w:val="000000"/>
        </w:rPr>
        <w:t>wine and wealth</w:t>
      </w:r>
      <w:r w:rsidRPr="00147AFC">
        <w:rPr>
          <w:rStyle w:val="apple-converted-space"/>
          <w:b/>
          <w:bCs/>
          <w:color w:val="000000"/>
        </w:rPr>
        <w:t> </w:t>
      </w:r>
      <w:r>
        <w:rPr>
          <w:color w:val="000000"/>
        </w:rPr>
        <w:t>to grease tempers and delay quarrels.</w:t>
      </w:r>
    </w:p>
    <w:p w14:paraId="7918526D" w14:textId="77777777" w:rsidR="00147AFC" w:rsidRDefault="00147AFC" w:rsidP="00147AFC">
      <w:pPr>
        <w:pStyle w:val="NormalWeb"/>
        <w:numPr>
          <w:ilvl w:val="0"/>
          <w:numId w:val="16"/>
        </w:numPr>
        <w:rPr>
          <w:color w:val="000000"/>
        </w:rPr>
      </w:pPr>
      <w:r>
        <w:rPr>
          <w:color w:val="000000"/>
        </w:rPr>
        <w:t>Wester would pledge</w:t>
      </w:r>
      <w:r>
        <w:rPr>
          <w:rStyle w:val="apple-converted-space"/>
          <w:color w:val="000000"/>
        </w:rPr>
        <w:t> </w:t>
      </w:r>
      <w:r w:rsidRPr="00147AFC">
        <w:rPr>
          <w:rStyle w:val="Strong"/>
          <w:b w:val="0"/>
          <w:bCs w:val="0"/>
          <w:color w:val="000000"/>
        </w:rPr>
        <w:t>his fleet</w:t>
      </w:r>
      <w:r>
        <w:rPr>
          <w:rStyle w:val="apple-converted-space"/>
          <w:color w:val="000000"/>
        </w:rPr>
        <w:t> </w:t>
      </w:r>
      <w:r>
        <w:rPr>
          <w:color w:val="000000"/>
        </w:rPr>
        <w:t>to guard the harbors and rivers, preventing sudden betrayal.</w:t>
      </w:r>
    </w:p>
    <w:p w14:paraId="351F07B6" w14:textId="77777777" w:rsidR="00147AFC" w:rsidRDefault="00147AFC" w:rsidP="00147AFC">
      <w:pPr>
        <w:pStyle w:val="NormalWeb"/>
        <w:rPr>
          <w:color w:val="000000"/>
        </w:rPr>
      </w:pPr>
      <w:r>
        <w:rPr>
          <w:color w:val="000000"/>
        </w:rPr>
        <w:t>It was not yet an alliance, but it was a shield against chaos. They would not let the council be broken before it began.</w:t>
      </w:r>
    </w:p>
    <w:p w14:paraId="0277A6C4" w14:textId="77777777" w:rsidR="00147AFC" w:rsidRDefault="00147AFC" w:rsidP="00147AFC">
      <w:pPr>
        <w:pStyle w:val="NormalWeb"/>
        <w:rPr>
          <w:color w:val="000000"/>
        </w:rPr>
      </w:pPr>
      <w:r>
        <w:rPr>
          <w:color w:val="000000"/>
        </w:rPr>
        <w:t>And yet even as they clasped hands, each man held his own fears close:</w:t>
      </w:r>
    </w:p>
    <w:p w14:paraId="434551EB" w14:textId="77777777" w:rsidR="00147AFC" w:rsidRDefault="00147AFC" w:rsidP="00147AFC">
      <w:pPr>
        <w:pStyle w:val="NormalWeb"/>
        <w:numPr>
          <w:ilvl w:val="0"/>
          <w:numId w:val="17"/>
        </w:numPr>
        <w:rPr>
          <w:color w:val="000000"/>
        </w:rPr>
      </w:pPr>
      <w:r>
        <w:rPr>
          <w:color w:val="000000"/>
        </w:rPr>
        <w:t>Whey wondered if peace could stand before dragon flame.</w:t>
      </w:r>
    </w:p>
    <w:p w14:paraId="55647E5D" w14:textId="77777777" w:rsidR="00147AFC" w:rsidRDefault="00147AFC" w:rsidP="00147AFC">
      <w:pPr>
        <w:pStyle w:val="NormalWeb"/>
        <w:numPr>
          <w:ilvl w:val="0"/>
          <w:numId w:val="17"/>
        </w:numPr>
        <w:rPr>
          <w:color w:val="000000"/>
        </w:rPr>
      </w:pPr>
      <w:proofErr w:type="spellStart"/>
      <w:r>
        <w:rPr>
          <w:color w:val="000000"/>
        </w:rPr>
        <w:t>Plenstant</w:t>
      </w:r>
      <w:proofErr w:type="spellEnd"/>
      <w:r>
        <w:rPr>
          <w:color w:val="000000"/>
        </w:rPr>
        <w:t xml:space="preserve"> wondered if charm could bend kings already bent on conquest.</w:t>
      </w:r>
    </w:p>
    <w:p w14:paraId="0B508609" w14:textId="77777777" w:rsidR="00147AFC" w:rsidRDefault="00147AFC" w:rsidP="00147AFC">
      <w:pPr>
        <w:pStyle w:val="NormalWeb"/>
        <w:numPr>
          <w:ilvl w:val="0"/>
          <w:numId w:val="17"/>
        </w:numPr>
        <w:rPr>
          <w:color w:val="000000"/>
        </w:rPr>
      </w:pPr>
      <w:r>
        <w:rPr>
          <w:color w:val="000000"/>
        </w:rPr>
        <w:t>Wester wondered if his ships could hold against the star itself.</w:t>
      </w:r>
    </w:p>
    <w:p w14:paraId="625CA692" w14:textId="37DEF2CC" w:rsidR="00147AFC" w:rsidRDefault="00147AFC" w:rsidP="00147AFC">
      <w:pPr>
        <w:pStyle w:val="NormalWeb"/>
        <w:rPr>
          <w:color w:val="000000"/>
        </w:rPr>
      </w:pPr>
      <w:r>
        <w:rPr>
          <w:color w:val="000000"/>
        </w:rPr>
        <w:t>Above them, the star pulsed brighter still.</w:t>
      </w:r>
    </w:p>
    <w:p w14:paraId="176F24E7" w14:textId="77777777" w:rsidR="00147AFC" w:rsidRDefault="00147AFC" w:rsidP="00147AFC">
      <w:pPr>
        <w:pStyle w:val="NormalWeb"/>
        <w:rPr>
          <w:color w:val="000000"/>
        </w:rPr>
      </w:pPr>
      <w:r>
        <w:rPr>
          <w:color w:val="000000"/>
        </w:rPr>
        <w:lastRenderedPageBreak/>
        <w:t>The Citadel bells rang at dawn, and from the eastern road came a sight that stirred unease in every heart. Not because of fire or storm, but because of the</w:t>
      </w:r>
      <w:r>
        <w:rPr>
          <w:rStyle w:val="apple-converted-space"/>
          <w:color w:val="000000"/>
        </w:rPr>
        <w:t> </w:t>
      </w:r>
      <w:r w:rsidRPr="00147AFC">
        <w:rPr>
          <w:rStyle w:val="Strong"/>
          <w:b w:val="0"/>
          <w:bCs w:val="0"/>
          <w:color w:val="000000"/>
        </w:rPr>
        <w:t>silence</w:t>
      </w:r>
      <w:r>
        <w:rPr>
          <w:color w:val="000000"/>
        </w:rPr>
        <w:t>.</w:t>
      </w:r>
    </w:p>
    <w:p w14:paraId="1DE7810B" w14:textId="77777777" w:rsidR="00147AFC" w:rsidRDefault="00147AFC" w:rsidP="00147AFC">
      <w:pPr>
        <w:pStyle w:val="NormalWeb"/>
        <w:rPr>
          <w:color w:val="000000"/>
        </w:rPr>
      </w:pPr>
      <w:r w:rsidRPr="00147AFC">
        <w:rPr>
          <w:rStyle w:val="Strong"/>
          <w:b w:val="0"/>
          <w:bCs w:val="0"/>
          <w:color w:val="000000"/>
        </w:rPr>
        <w:t>King Bruce, the Forest King</w:t>
      </w:r>
      <w:r>
        <w:rPr>
          <w:color w:val="000000"/>
        </w:rPr>
        <w:t xml:space="preserve">, marched at the head of his people. They came not as courtiers or merchants, but as soldiers. Men and women alike, clad in green and brown, each bearing bow and quiver, javelin or spear. There was no music, no banner </w:t>
      </w:r>
      <w:proofErr w:type="gramStart"/>
      <w:r>
        <w:rPr>
          <w:color w:val="000000"/>
        </w:rPr>
        <w:t>save</w:t>
      </w:r>
      <w:proofErr w:type="gramEnd"/>
      <w:r>
        <w:rPr>
          <w:color w:val="000000"/>
        </w:rPr>
        <w:t xml:space="preserve"> the sigil of the oak tree, its roots entwined like grasping fingers.</w:t>
      </w:r>
    </w:p>
    <w:p w14:paraId="554E55A4" w14:textId="77777777" w:rsidR="00147AFC" w:rsidRDefault="00147AFC" w:rsidP="00147AFC">
      <w:pPr>
        <w:pStyle w:val="NormalWeb"/>
        <w:rPr>
          <w:color w:val="000000"/>
        </w:rPr>
      </w:pPr>
      <w:r>
        <w:rPr>
          <w:color w:val="000000"/>
        </w:rPr>
        <w:t>Behind Bruce walked</w:t>
      </w:r>
      <w:r>
        <w:rPr>
          <w:rStyle w:val="apple-converted-space"/>
          <w:color w:val="000000"/>
        </w:rPr>
        <w:t> </w:t>
      </w:r>
      <w:r w:rsidRPr="00147AFC">
        <w:rPr>
          <w:rStyle w:val="Strong"/>
          <w:b w:val="0"/>
          <w:bCs w:val="0"/>
          <w:color w:val="000000"/>
        </w:rPr>
        <w:t>Breva</w:t>
      </w:r>
      <w:r>
        <w:rPr>
          <w:color w:val="000000"/>
        </w:rPr>
        <w:t>, his soon-to-be queen, young and watchful, her hand upon her bow as though it were already a crown. At his other side strode</w:t>
      </w:r>
      <w:r>
        <w:rPr>
          <w:rStyle w:val="apple-converted-space"/>
          <w:color w:val="000000"/>
        </w:rPr>
        <w:t> </w:t>
      </w:r>
      <w:r w:rsidRPr="00147AFC">
        <w:rPr>
          <w:rStyle w:val="Strong"/>
          <w:b w:val="0"/>
          <w:bCs w:val="0"/>
          <w:color w:val="000000"/>
        </w:rPr>
        <w:t>Doctor Yevor, Doctor of Foliage</w:t>
      </w:r>
      <w:r w:rsidRPr="00147AFC">
        <w:rPr>
          <w:b/>
          <w:bCs/>
          <w:color w:val="000000"/>
        </w:rPr>
        <w:t>,</w:t>
      </w:r>
      <w:r>
        <w:rPr>
          <w:color w:val="000000"/>
        </w:rPr>
        <w:t xml:space="preserve"> whose robes were stitched with pressed leaves and whose staff sprouted living vines.</w:t>
      </w:r>
    </w:p>
    <w:p w14:paraId="39385BD4" w14:textId="77777777" w:rsidR="00147AFC" w:rsidRDefault="00147AFC" w:rsidP="00147AFC">
      <w:pPr>
        <w:pStyle w:val="NormalWeb"/>
        <w:rPr>
          <w:color w:val="000000"/>
        </w:rPr>
      </w:pPr>
      <w:r>
        <w:rPr>
          <w:color w:val="000000"/>
        </w:rPr>
        <w:t>The Citadel guards stiffened on the walls, for it seemed the forest itself had uprooted and come to their gates.</w:t>
      </w:r>
    </w:p>
    <w:p w14:paraId="4227B965" w14:textId="77777777" w:rsidR="00147AFC" w:rsidRDefault="00147AFC" w:rsidP="00147AFC">
      <w:pPr>
        <w:pStyle w:val="NormalWeb"/>
        <w:rPr>
          <w:color w:val="000000"/>
        </w:rPr>
      </w:pPr>
      <w:r>
        <w:rPr>
          <w:color w:val="000000"/>
        </w:rPr>
        <w:t>Bruce halted before the gate, his voice deep and commanding. “The Forest serves the Council. We serve the Doctors. Let none doubt it.” His archers stamped their spear-butts in unison, the sound echoing like thunder.</w:t>
      </w:r>
    </w:p>
    <w:p w14:paraId="09002851" w14:textId="77777777" w:rsidR="00147AFC" w:rsidRDefault="00147AFC" w:rsidP="00147AFC">
      <w:pPr>
        <w:pStyle w:val="NormalWeb"/>
        <w:rPr>
          <w:color w:val="000000"/>
        </w:rPr>
      </w:pPr>
      <w:r>
        <w:rPr>
          <w:color w:val="000000"/>
        </w:rPr>
        <w:t>Yet his demand was quiet, almost unnerving: “My people require no feast, no beds. Give us only a place for our bows, and we will guard the Citadel as though it were our own.”</w:t>
      </w:r>
    </w:p>
    <w:p w14:paraId="66176FFC" w14:textId="77777777" w:rsidR="00147AFC" w:rsidRDefault="00147AFC" w:rsidP="00147AFC">
      <w:pPr>
        <w:pStyle w:val="NormalWeb"/>
        <w:rPr>
          <w:color w:val="000000"/>
        </w:rPr>
      </w:pPr>
      <w:r>
        <w:rPr>
          <w:color w:val="000000"/>
        </w:rPr>
        <w:t>The Doctors exchanged glances, for in his words there was not peace, but</w:t>
      </w:r>
      <w:r>
        <w:rPr>
          <w:rStyle w:val="apple-converted-space"/>
          <w:color w:val="000000"/>
        </w:rPr>
        <w:t> </w:t>
      </w:r>
      <w:r w:rsidRPr="00147AFC">
        <w:rPr>
          <w:rStyle w:val="Strong"/>
          <w:b w:val="0"/>
          <w:bCs w:val="0"/>
          <w:color w:val="000000"/>
        </w:rPr>
        <w:t>pledged obedience — and a reminder that the Forest had always bent to the Doctors’ will.</w:t>
      </w:r>
    </w:p>
    <w:p w14:paraId="1322FC58" w14:textId="77777777" w:rsidR="00147AFC" w:rsidRDefault="00147AFC" w:rsidP="00147AFC">
      <w:pPr>
        <w:pStyle w:val="NormalWeb"/>
        <w:rPr>
          <w:color w:val="000000"/>
        </w:rPr>
      </w:pPr>
      <w:r>
        <w:rPr>
          <w:color w:val="000000"/>
        </w:rPr>
        <w:t>By dusk, dust plumes rose from the northeastern horizon. Horns sounded, and riders appeared across the desert’s edge. The procession did not move as a column but as a shifting tide, breaking apart and reforming, like wind across sand.</w:t>
      </w:r>
    </w:p>
    <w:p w14:paraId="40378A6B" w14:textId="77777777" w:rsidR="00147AFC" w:rsidRDefault="00147AFC" w:rsidP="00147AFC">
      <w:pPr>
        <w:pStyle w:val="NormalWeb"/>
        <w:rPr>
          <w:color w:val="000000"/>
        </w:rPr>
      </w:pPr>
      <w:r>
        <w:rPr>
          <w:color w:val="000000"/>
        </w:rPr>
        <w:t>At its center rode</w:t>
      </w:r>
      <w:r>
        <w:rPr>
          <w:rStyle w:val="apple-converted-space"/>
          <w:color w:val="000000"/>
        </w:rPr>
        <w:t> </w:t>
      </w:r>
      <w:r w:rsidRPr="00147AFC">
        <w:rPr>
          <w:rStyle w:val="Strong"/>
          <w:b w:val="0"/>
          <w:bCs w:val="0"/>
          <w:color w:val="000000"/>
        </w:rPr>
        <w:t xml:space="preserve">King </w:t>
      </w:r>
      <w:proofErr w:type="spellStart"/>
      <w:r w:rsidRPr="00147AFC">
        <w:rPr>
          <w:rStyle w:val="Strong"/>
          <w:b w:val="0"/>
          <w:bCs w:val="0"/>
          <w:color w:val="000000"/>
        </w:rPr>
        <w:t>Rexter</w:t>
      </w:r>
      <w:proofErr w:type="spellEnd"/>
      <w:r w:rsidRPr="00147AFC">
        <w:rPr>
          <w:rStyle w:val="Strong"/>
          <w:b w:val="0"/>
          <w:bCs w:val="0"/>
          <w:color w:val="000000"/>
        </w:rPr>
        <w:t>, the Nomad King</w:t>
      </w:r>
      <w:r>
        <w:rPr>
          <w:color w:val="000000"/>
        </w:rPr>
        <w:t>, astride a tall, lean steed bred for endurance. His crown was a band of bronze set with rough gems, unpolished but gleaming in the sunset.</w:t>
      </w:r>
    </w:p>
    <w:p w14:paraId="2DC60B88" w14:textId="77777777" w:rsidR="00147AFC" w:rsidRDefault="00147AFC" w:rsidP="00147AFC">
      <w:pPr>
        <w:pStyle w:val="NormalWeb"/>
        <w:rPr>
          <w:color w:val="000000"/>
        </w:rPr>
      </w:pPr>
      <w:r>
        <w:rPr>
          <w:color w:val="000000"/>
        </w:rPr>
        <w:t>He did not ride alone. Around him thundered his three queens:</w:t>
      </w:r>
      <w:r>
        <w:rPr>
          <w:rStyle w:val="apple-converted-space"/>
          <w:color w:val="000000"/>
        </w:rPr>
        <w:t> </w:t>
      </w:r>
      <w:r w:rsidRPr="00147AFC">
        <w:rPr>
          <w:rStyle w:val="Strong"/>
          <w:b w:val="0"/>
          <w:bCs w:val="0"/>
          <w:color w:val="000000"/>
        </w:rPr>
        <w:t>Greto, Amon, and Rubit</w:t>
      </w:r>
      <w:r>
        <w:rPr>
          <w:color w:val="000000"/>
        </w:rPr>
        <w:t>, veiled and armored, each carrying curved sabers. Behind them galloped his general</w:t>
      </w:r>
      <w:r>
        <w:rPr>
          <w:rStyle w:val="apple-converted-space"/>
          <w:color w:val="000000"/>
        </w:rPr>
        <w:t> </w:t>
      </w:r>
      <w:proofErr w:type="spellStart"/>
      <w:r w:rsidRPr="00147AFC">
        <w:rPr>
          <w:rStyle w:val="Strong"/>
          <w:b w:val="0"/>
          <w:bCs w:val="0"/>
          <w:color w:val="000000"/>
        </w:rPr>
        <w:t>Borid</w:t>
      </w:r>
      <w:proofErr w:type="spellEnd"/>
      <w:r>
        <w:rPr>
          <w:rStyle w:val="apple-converted-space"/>
          <w:color w:val="000000"/>
        </w:rPr>
        <w:t> </w:t>
      </w:r>
      <w:r>
        <w:rPr>
          <w:color w:val="000000"/>
        </w:rPr>
        <w:t xml:space="preserve">and </w:t>
      </w:r>
      <w:proofErr w:type="spellStart"/>
      <w:r>
        <w:rPr>
          <w:color w:val="000000"/>
        </w:rPr>
        <w:t>Borid’s</w:t>
      </w:r>
      <w:proofErr w:type="spellEnd"/>
      <w:r>
        <w:rPr>
          <w:color w:val="000000"/>
        </w:rPr>
        <w:t xml:space="preserve"> son,</w:t>
      </w:r>
      <w:r>
        <w:rPr>
          <w:rStyle w:val="apple-converted-space"/>
          <w:color w:val="000000"/>
        </w:rPr>
        <w:t> </w:t>
      </w:r>
      <w:r w:rsidRPr="00147AFC">
        <w:rPr>
          <w:rStyle w:val="Strong"/>
          <w:b w:val="0"/>
          <w:bCs w:val="0"/>
          <w:color w:val="000000"/>
        </w:rPr>
        <w:t>Juner</w:t>
      </w:r>
      <w:r>
        <w:rPr>
          <w:color w:val="000000"/>
        </w:rPr>
        <w:t>, their eyes sharp and scanning the Citadel walls.</w:t>
      </w:r>
    </w:p>
    <w:p w14:paraId="21B52006" w14:textId="77777777" w:rsidR="00147AFC" w:rsidRDefault="00147AFC" w:rsidP="00147AFC">
      <w:pPr>
        <w:pStyle w:val="NormalWeb"/>
        <w:rPr>
          <w:color w:val="000000"/>
        </w:rPr>
      </w:pPr>
      <w:r>
        <w:rPr>
          <w:color w:val="000000"/>
        </w:rPr>
        <w:t>The Nomads carried no wagons, no treasures, no tribute. What they brought was speed:</w:t>
      </w:r>
      <w:r>
        <w:rPr>
          <w:rStyle w:val="apple-converted-space"/>
          <w:color w:val="000000"/>
        </w:rPr>
        <w:t> </w:t>
      </w:r>
      <w:r w:rsidRPr="00147AFC">
        <w:rPr>
          <w:rStyle w:val="Strong"/>
          <w:b w:val="0"/>
          <w:bCs w:val="0"/>
          <w:color w:val="000000"/>
        </w:rPr>
        <w:t>swift riders, fierce and mobile, with lances glinting like a moving storm of steel.</w:t>
      </w:r>
    </w:p>
    <w:p w14:paraId="3C9A41D3" w14:textId="77777777" w:rsidR="00147AFC" w:rsidRDefault="00147AFC" w:rsidP="00147AFC">
      <w:pPr>
        <w:pStyle w:val="NormalWeb"/>
        <w:rPr>
          <w:color w:val="000000"/>
        </w:rPr>
      </w:pPr>
      <w:r>
        <w:rPr>
          <w:color w:val="000000"/>
        </w:rPr>
        <w:t xml:space="preserve">At the gates, </w:t>
      </w:r>
      <w:proofErr w:type="spellStart"/>
      <w:r>
        <w:rPr>
          <w:color w:val="000000"/>
        </w:rPr>
        <w:t>Rexter</w:t>
      </w:r>
      <w:proofErr w:type="spellEnd"/>
      <w:r>
        <w:rPr>
          <w:color w:val="000000"/>
        </w:rPr>
        <w:t xml:space="preserve"> lifted his voice, harsh and cracked from desert winds. “The desert brings no gift but survival. My people will not be penned like goats within your walls. We will camp outside the Citadel, and my tents will rise where the sand finds them.”</w:t>
      </w:r>
    </w:p>
    <w:p w14:paraId="04DC059C" w14:textId="77777777" w:rsidR="00147AFC" w:rsidRDefault="00147AFC" w:rsidP="00147AFC">
      <w:pPr>
        <w:pStyle w:val="NormalWeb"/>
        <w:rPr>
          <w:color w:val="000000"/>
        </w:rPr>
      </w:pPr>
      <w:r>
        <w:rPr>
          <w:color w:val="000000"/>
        </w:rPr>
        <w:lastRenderedPageBreak/>
        <w:t>Some of the Doctors bristled — for the Citadel had always demanded guests stay within its bounds. But none could deny the Nomad King. His people were too restless, too proud. To bind them would be to break them.</w:t>
      </w:r>
    </w:p>
    <w:p w14:paraId="07CFEFDE" w14:textId="77777777" w:rsidR="00147AFC" w:rsidRDefault="00147AFC" w:rsidP="00147AFC">
      <w:pPr>
        <w:pStyle w:val="NormalWeb"/>
        <w:rPr>
          <w:color w:val="000000"/>
        </w:rPr>
      </w:pPr>
      <w:proofErr w:type="spellStart"/>
      <w:r>
        <w:rPr>
          <w:color w:val="000000"/>
        </w:rPr>
        <w:t>Rexter’s</w:t>
      </w:r>
      <w:proofErr w:type="spellEnd"/>
      <w:r>
        <w:rPr>
          <w:color w:val="000000"/>
        </w:rPr>
        <w:t xml:space="preserve"> demand was simple, but heavy with implication: “Send for me when the Thrones are gathered. Until then, my people remain free.”</w:t>
      </w:r>
    </w:p>
    <w:p w14:paraId="66353256" w14:textId="77777777" w:rsidR="00147AFC" w:rsidRDefault="00147AFC" w:rsidP="00147AFC">
      <w:pPr>
        <w:pStyle w:val="NormalWeb"/>
        <w:rPr>
          <w:color w:val="000000"/>
        </w:rPr>
      </w:pPr>
      <w:r>
        <w:rPr>
          <w:color w:val="000000"/>
        </w:rPr>
        <w:t>The apprentices whispered late into the night:</w:t>
      </w:r>
    </w:p>
    <w:p w14:paraId="21D8FA7D" w14:textId="77777777" w:rsidR="00147AFC" w:rsidRDefault="00147AFC" w:rsidP="00147AFC">
      <w:pPr>
        <w:pStyle w:val="NormalWeb"/>
        <w:numPr>
          <w:ilvl w:val="0"/>
          <w:numId w:val="18"/>
        </w:numPr>
        <w:rPr>
          <w:color w:val="000000"/>
        </w:rPr>
      </w:pPr>
      <w:r>
        <w:rPr>
          <w:color w:val="000000"/>
        </w:rPr>
        <w:t>“The Forest King brings more soldiers than farmers.”</w:t>
      </w:r>
    </w:p>
    <w:p w14:paraId="1C0E60CF" w14:textId="77777777" w:rsidR="00147AFC" w:rsidRDefault="00147AFC" w:rsidP="00147AFC">
      <w:pPr>
        <w:pStyle w:val="NormalWeb"/>
        <w:numPr>
          <w:ilvl w:val="0"/>
          <w:numId w:val="18"/>
        </w:numPr>
        <w:rPr>
          <w:color w:val="000000"/>
        </w:rPr>
      </w:pPr>
      <w:r>
        <w:rPr>
          <w:color w:val="000000"/>
        </w:rPr>
        <w:t>“The Nomads refuse the Citadel’s shelter — is that pride, or fear?”</w:t>
      </w:r>
    </w:p>
    <w:p w14:paraId="6EA49F0B" w14:textId="77777777" w:rsidR="00147AFC" w:rsidRDefault="00147AFC" w:rsidP="00147AFC">
      <w:pPr>
        <w:pStyle w:val="NormalWeb"/>
        <w:numPr>
          <w:ilvl w:val="0"/>
          <w:numId w:val="18"/>
        </w:numPr>
        <w:rPr>
          <w:color w:val="000000"/>
        </w:rPr>
      </w:pPr>
      <w:r>
        <w:rPr>
          <w:color w:val="000000"/>
        </w:rPr>
        <w:t>“Already, the kings make their own laws here. How will the Council contain them when Barrus arrives?”</w:t>
      </w:r>
    </w:p>
    <w:p w14:paraId="3C764B87" w14:textId="77777777" w:rsidR="00147AFC" w:rsidRDefault="00147AFC" w:rsidP="00147AFC">
      <w:pPr>
        <w:pStyle w:val="NormalWeb"/>
        <w:rPr>
          <w:color w:val="000000"/>
        </w:rPr>
      </w:pPr>
      <w:r>
        <w:rPr>
          <w:color w:val="000000"/>
        </w:rPr>
        <w:t>Above all, the growing star burned brighter, casting pale light upon stone walls and stirring unease in every soul.</w:t>
      </w:r>
    </w:p>
    <w:p w14:paraId="0623DAD5" w14:textId="77777777" w:rsidR="00FA44C0" w:rsidRDefault="00FA44C0" w:rsidP="00FA44C0">
      <w:pPr>
        <w:pStyle w:val="NormalWeb"/>
        <w:rPr>
          <w:color w:val="000000"/>
        </w:rPr>
      </w:pPr>
      <w:r>
        <w:rPr>
          <w:color w:val="000000"/>
        </w:rPr>
        <w:t xml:space="preserve">King </w:t>
      </w:r>
      <w:proofErr w:type="spellStart"/>
      <w:r>
        <w:rPr>
          <w:color w:val="000000"/>
        </w:rPr>
        <w:t>Plenstant</w:t>
      </w:r>
      <w:proofErr w:type="spellEnd"/>
      <w:r>
        <w:rPr>
          <w:color w:val="000000"/>
        </w:rPr>
        <w:t xml:space="preserve"> of </w:t>
      </w:r>
      <w:proofErr w:type="spellStart"/>
      <w:r>
        <w:rPr>
          <w:color w:val="000000"/>
        </w:rPr>
        <w:t>Hespolol</w:t>
      </w:r>
      <w:proofErr w:type="spellEnd"/>
      <w:r>
        <w:rPr>
          <w:color w:val="000000"/>
        </w:rPr>
        <w:t xml:space="preserve"> had a talent for finding men when they least wished to be found. He entered the Forest King’s chamber with two goblets and a smile, as though it were his own hall.</w:t>
      </w:r>
    </w:p>
    <w:p w14:paraId="288ED6B3" w14:textId="77777777" w:rsidR="00FA44C0" w:rsidRDefault="00FA44C0" w:rsidP="00FA44C0">
      <w:pPr>
        <w:pStyle w:val="NormalWeb"/>
        <w:rPr>
          <w:color w:val="000000"/>
        </w:rPr>
      </w:pPr>
      <w:r>
        <w:rPr>
          <w:color w:val="000000"/>
        </w:rPr>
        <w:t>Bruce sat sharpening a long blade while</w:t>
      </w:r>
      <w:r>
        <w:rPr>
          <w:rStyle w:val="apple-converted-space"/>
          <w:color w:val="000000"/>
        </w:rPr>
        <w:t> </w:t>
      </w:r>
      <w:proofErr w:type="spellStart"/>
      <w:r w:rsidRPr="00FA44C0">
        <w:rPr>
          <w:rStyle w:val="Strong"/>
          <w:b w:val="0"/>
          <w:bCs w:val="0"/>
          <w:color w:val="000000"/>
        </w:rPr>
        <w:t>Breva</w:t>
      </w:r>
      <w:proofErr w:type="spellEnd"/>
      <w:r>
        <w:rPr>
          <w:color w:val="000000"/>
        </w:rPr>
        <w:t>, the betrothed, stood at the window.</w:t>
      </w:r>
      <w:r>
        <w:rPr>
          <w:rStyle w:val="apple-converted-space"/>
          <w:color w:val="000000"/>
        </w:rPr>
        <w:t> </w:t>
      </w:r>
      <w:r w:rsidRPr="00FA44C0">
        <w:rPr>
          <w:rStyle w:val="Strong"/>
          <w:b w:val="0"/>
          <w:bCs w:val="0"/>
          <w:color w:val="000000"/>
        </w:rPr>
        <w:t>Doctor Yevor</w:t>
      </w:r>
      <w:r>
        <w:rPr>
          <w:rStyle w:val="apple-converted-space"/>
          <w:color w:val="000000"/>
        </w:rPr>
        <w:t> </w:t>
      </w:r>
      <w:r>
        <w:rPr>
          <w:color w:val="000000"/>
        </w:rPr>
        <w:t>sat nearby, murmuring softly to a vine he coaxed to coil around the stone balustrade.</w:t>
      </w:r>
    </w:p>
    <w:p w14:paraId="0ACF6926" w14:textId="77777777" w:rsidR="00FA44C0" w:rsidRDefault="00FA44C0" w:rsidP="00FA44C0">
      <w:pPr>
        <w:pStyle w:val="NormalWeb"/>
        <w:rPr>
          <w:color w:val="000000"/>
        </w:rPr>
      </w:pPr>
      <w:r>
        <w:rPr>
          <w:color w:val="000000"/>
        </w:rPr>
        <w:t xml:space="preserve">“Your men march like shadows,” </w:t>
      </w:r>
      <w:proofErr w:type="spellStart"/>
      <w:r>
        <w:rPr>
          <w:color w:val="000000"/>
        </w:rPr>
        <w:t>Plenstant</w:t>
      </w:r>
      <w:proofErr w:type="spellEnd"/>
      <w:r>
        <w:rPr>
          <w:color w:val="000000"/>
        </w:rPr>
        <w:t xml:space="preserve"> began, pouring deep red </w:t>
      </w:r>
      <w:proofErr w:type="spellStart"/>
      <w:r>
        <w:rPr>
          <w:color w:val="000000"/>
        </w:rPr>
        <w:t>Hespolol</w:t>
      </w:r>
      <w:proofErr w:type="spellEnd"/>
      <w:r>
        <w:rPr>
          <w:color w:val="000000"/>
        </w:rPr>
        <w:t xml:space="preserve"> wine into the goblets. “Even the Citadel walls seemed to tremble as you entered. You could command fear with a glance, and yet…” He handed the cup to Bruce, who did not move. “…you bow before the Doctors as if they were kings above kings. Curious.”</w:t>
      </w:r>
    </w:p>
    <w:p w14:paraId="52017B4B" w14:textId="77777777" w:rsidR="00FA44C0" w:rsidRDefault="00FA44C0" w:rsidP="00FA44C0">
      <w:pPr>
        <w:pStyle w:val="NormalWeb"/>
        <w:rPr>
          <w:color w:val="000000"/>
        </w:rPr>
      </w:pPr>
      <w:r>
        <w:rPr>
          <w:color w:val="000000"/>
        </w:rPr>
        <w:t>Bruce accepted the cup at last. He drank without expression. “The Forest does not question the roots from which it grows. The Doctors have always guided us. We do not break the pattern of the wood.”</w:t>
      </w:r>
    </w:p>
    <w:p w14:paraId="1DE3D7B2" w14:textId="77777777" w:rsidR="00FA44C0" w:rsidRDefault="00FA44C0" w:rsidP="00FA44C0">
      <w:pPr>
        <w:pStyle w:val="NormalWeb"/>
        <w:rPr>
          <w:color w:val="000000"/>
        </w:rPr>
      </w:pPr>
      <w:proofErr w:type="spellStart"/>
      <w:r>
        <w:rPr>
          <w:color w:val="000000"/>
        </w:rPr>
        <w:t>Plenstant</w:t>
      </w:r>
      <w:proofErr w:type="spellEnd"/>
      <w:r>
        <w:rPr>
          <w:color w:val="000000"/>
        </w:rPr>
        <w:t xml:space="preserve"> chuckled, raising his own cup. “A loyal tree indeed. Yet even the tallest oak must bend when the storm comes. And I fear the storm is not just in the sky.”</w:t>
      </w:r>
    </w:p>
    <w:p w14:paraId="48D68D46" w14:textId="77777777" w:rsidR="00FA44C0" w:rsidRDefault="00FA44C0" w:rsidP="00FA44C0">
      <w:pPr>
        <w:pStyle w:val="NormalWeb"/>
        <w:rPr>
          <w:color w:val="000000"/>
        </w:rPr>
      </w:pPr>
      <w:proofErr w:type="spellStart"/>
      <w:r>
        <w:rPr>
          <w:color w:val="000000"/>
        </w:rPr>
        <w:t>Breva</w:t>
      </w:r>
      <w:proofErr w:type="spellEnd"/>
      <w:r>
        <w:rPr>
          <w:color w:val="000000"/>
        </w:rPr>
        <w:t xml:space="preserve"> turned sharply, her voice cutting. “Speak plain, Vineyard King.”</w:t>
      </w:r>
    </w:p>
    <w:p w14:paraId="69F68673" w14:textId="77777777" w:rsidR="00FA44C0" w:rsidRDefault="00FA44C0" w:rsidP="00FA44C0">
      <w:pPr>
        <w:pStyle w:val="NormalWeb"/>
        <w:rPr>
          <w:color w:val="000000"/>
        </w:rPr>
      </w:pPr>
      <w:r>
        <w:rPr>
          <w:color w:val="000000"/>
        </w:rPr>
        <w:t xml:space="preserve">“Very well,” </w:t>
      </w:r>
      <w:proofErr w:type="spellStart"/>
      <w:r>
        <w:rPr>
          <w:color w:val="000000"/>
        </w:rPr>
        <w:t>Plenstant</w:t>
      </w:r>
      <w:proofErr w:type="spellEnd"/>
      <w:r>
        <w:rPr>
          <w:color w:val="000000"/>
        </w:rPr>
        <w:t xml:space="preserve"> said, lowering his goblet. “Barrus will come. He will demand your bows serve him, not the Council. The question is: when he comes roaring, will the Forest </w:t>
      </w:r>
      <w:proofErr w:type="spellStart"/>
      <w:r>
        <w:rPr>
          <w:color w:val="000000"/>
        </w:rPr>
        <w:t>stand still</w:t>
      </w:r>
      <w:proofErr w:type="spellEnd"/>
      <w:r>
        <w:rPr>
          <w:color w:val="000000"/>
        </w:rPr>
        <w:t>, or bend to his fire?”</w:t>
      </w:r>
    </w:p>
    <w:p w14:paraId="3190E9AE" w14:textId="77777777" w:rsidR="00FA44C0" w:rsidRDefault="00FA44C0" w:rsidP="00FA44C0">
      <w:pPr>
        <w:pStyle w:val="NormalWeb"/>
        <w:rPr>
          <w:color w:val="000000"/>
        </w:rPr>
      </w:pPr>
      <w:r>
        <w:rPr>
          <w:color w:val="000000"/>
        </w:rPr>
        <w:t xml:space="preserve">Bruce said nothing. But Breva’s eyes narrowed, and </w:t>
      </w:r>
      <w:proofErr w:type="spellStart"/>
      <w:r>
        <w:rPr>
          <w:color w:val="000000"/>
        </w:rPr>
        <w:t>Plenstant</w:t>
      </w:r>
      <w:proofErr w:type="spellEnd"/>
      <w:r>
        <w:rPr>
          <w:color w:val="000000"/>
        </w:rPr>
        <w:t xml:space="preserve"> knew he had sown his seed.</w:t>
      </w:r>
    </w:p>
    <w:p w14:paraId="157DA4B2" w14:textId="77777777" w:rsidR="00FA44C0" w:rsidRDefault="00FA44C0" w:rsidP="00FA44C0">
      <w:pPr>
        <w:pStyle w:val="NormalWeb"/>
        <w:rPr>
          <w:color w:val="000000"/>
        </w:rPr>
      </w:pPr>
      <w:r>
        <w:rPr>
          <w:color w:val="000000"/>
        </w:rPr>
        <w:lastRenderedPageBreak/>
        <w:t xml:space="preserve">Later that night, </w:t>
      </w:r>
      <w:proofErr w:type="spellStart"/>
      <w:r>
        <w:rPr>
          <w:color w:val="000000"/>
        </w:rPr>
        <w:t>Plenstant</w:t>
      </w:r>
      <w:proofErr w:type="spellEnd"/>
      <w:r>
        <w:rPr>
          <w:color w:val="000000"/>
        </w:rPr>
        <w:t xml:space="preserve"> found</w:t>
      </w:r>
      <w:r>
        <w:rPr>
          <w:rStyle w:val="apple-converted-space"/>
          <w:color w:val="000000"/>
        </w:rPr>
        <w:t> </w:t>
      </w:r>
      <w:proofErr w:type="spellStart"/>
      <w:r w:rsidRPr="00FA44C0">
        <w:rPr>
          <w:rStyle w:val="Strong"/>
          <w:b w:val="0"/>
          <w:bCs w:val="0"/>
          <w:color w:val="000000"/>
        </w:rPr>
        <w:t>Rexter</w:t>
      </w:r>
      <w:proofErr w:type="spellEnd"/>
      <w:r w:rsidRPr="00FA44C0">
        <w:rPr>
          <w:rStyle w:val="apple-converted-space"/>
          <w:b/>
          <w:bCs/>
          <w:color w:val="000000"/>
        </w:rPr>
        <w:t> </w:t>
      </w:r>
      <w:r>
        <w:rPr>
          <w:color w:val="000000"/>
        </w:rPr>
        <w:t>in the outer courtyard, seated cross-legged before a brazier, his three queens at his side. The desert king’s tent had been pitched just beyond the Citadel wall, as he had promised, and his riders lounged nearby like restless wolves.</w:t>
      </w:r>
    </w:p>
    <w:p w14:paraId="1023F425" w14:textId="77777777" w:rsidR="00FA44C0" w:rsidRDefault="00FA44C0" w:rsidP="00FA44C0">
      <w:pPr>
        <w:pStyle w:val="NormalWeb"/>
        <w:rPr>
          <w:color w:val="000000"/>
        </w:rPr>
      </w:pPr>
      <w:proofErr w:type="spellStart"/>
      <w:r>
        <w:rPr>
          <w:color w:val="000000"/>
        </w:rPr>
        <w:t>Plenstant</w:t>
      </w:r>
      <w:proofErr w:type="spellEnd"/>
      <w:r>
        <w:rPr>
          <w:color w:val="000000"/>
        </w:rPr>
        <w:t xml:space="preserve"> entered with the same smile, bearing no goblets this time but a</w:t>
      </w:r>
      <w:r>
        <w:rPr>
          <w:rStyle w:val="apple-converted-space"/>
          <w:color w:val="000000"/>
        </w:rPr>
        <w:t> </w:t>
      </w:r>
      <w:r w:rsidRPr="00FA44C0">
        <w:rPr>
          <w:rStyle w:val="Strong"/>
          <w:b w:val="0"/>
          <w:bCs w:val="0"/>
          <w:color w:val="000000"/>
        </w:rPr>
        <w:t xml:space="preserve">skin of </w:t>
      </w:r>
      <w:proofErr w:type="spellStart"/>
      <w:r w:rsidRPr="00FA44C0">
        <w:rPr>
          <w:rStyle w:val="Strong"/>
          <w:b w:val="0"/>
          <w:bCs w:val="0"/>
          <w:color w:val="000000"/>
        </w:rPr>
        <w:t>Hespolol</w:t>
      </w:r>
      <w:proofErr w:type="spellEnd"/>
      <w:r w:rsidRPr="00FA44C0">
        <w:rPr>
          <w:rStyle w:val="Strong"/>
          <w:b w:val="0"/>
          <w:bCs w:val="0"/>
          <w:color w:val="000000"/>
        </w:rPr>
        <w:t xml:space="preserve"> wine</w:t>
      </w:r>
      <w:r w:rsidRPr="00FA44C0">
        <w:rPr>
          <w:b/>
          <w:bCs/>
          <w:color w:val="000000"/>
        </w:rPr>
        <w:t>,</w:t>
      </w:r>
      <w:r>
        <w:rPr>
          <w:color w:val="000000"/>
        </w:rPr>
        <w:t xml:space="preserve"> offered with both hands. “The desert drinks poorly, I am told. I bring a taste of soil and vine.”</w:t>
      </w:r>
    </w:p>
    <w:p w14:paraId="4E59DAC0" w14:textId="77777777" w:rsidR="00FA44C0" w:rsidRDefault="00FA44C0" w:rsidP="00FA44C0">
      <w:pPr>
        <w:pStyle w:val="NormalWeb"/>
        <w:rPr>
          <w:color w:val="000000"/>
        </w:rPr>
      </w:pPr>
      <w:proofErr w:type="spellStart"/>
      <w:r>
        <w:rPr>
          <w:color w:val="000000"/>
        </w:rPr>
        <w:t>Rexter</w:t>
      </w:r>
      <w:proofErr w:type="spellEnd"/>
      <w:r>
        <w:rPr>
          <w:color w:val="000000"/>
        </w:rPr>
        <w:t xml:space="preserve"> studied him with hard, sun-scorched eyes. His queens whispered among themselves, their laughter edged like knives.</w:t>
      </w:r>
    </w:p>
    <w:p w14:paraId="6829D123" w14:textId="77777777" w:rsidR="00FA44C0" w:rsidRDefault="00FA44C0" w:rsidP="00FA44C0">
      <w:pPr>
        <w:pStyle w:val="NormalWeb"/>
        <w:rPr>
          <w:color w:val="000000"/>
        </w:rPr>
      </w:pPr>
      <w:r>
        <w:rPr>
          <w:color w:val="000000"/>
        </w:rPr>
        <w:t xml:space="preserve">“You bring sweetness to salt,” </w:t>
      </w:r>
      <w:proofErr w:type="spellStart"/>
      <w:r>
        <w:rPr>
          <w:color w:val="000000"/>
        </w:rPr>
        <w:t>Rexter</w:t>
      </w:r>
      <w:proofErr w:type="spellEnd"/>
      <w:r>
        <w:rPr>
          <w:color w:val="000000"/>
        </w:rPr>
        <w:t xml:space="preserve"> said, taking the skin. He drank deep, the wine staining his lips. “But sweetness makes men soft. My people live by the sand and blade.”</w:t>
      </w:r>
    </w:p>
    <w:p w14:paraId="2749204E" w14:textId="77777777" w:rsidR="00FA44C0" w:rsidRDefault="00FA44C0" w:rsidP="00FA44C0">
      <w:pPr>
        <w:pStyle w:val="NormalWeb"/>
        <w:rPr>
          <w:color w:val="000000"/>
        </w:rPr>
      </w:pPr>
      <w:r>
        <w:rPr>
          <w:color w:val="000000"/>
        </w:rPr>
        <w:t xml:space="preserve">“And yet,” </w:t>
      </w:r>
      <w:proofErr w:type="spellStart"/>
      <w:r>
        <w:rPr>
          <w:color w:val="000000"/>
        </w:rPr>
        <w:t>Plenstant</w:t>
      </w:r>
      <w:proofErr w:type="spellEnd"/>
      <w:r>
        <w:rPr>
          <w:color w:val="000000"/>
        </w:rPr>
        <w:t xml:space="preserve"> said smoothly, “your riders will not stop the star when it falls. Your sabers will not cut flame from the sky. You will need more than speed to endure.”</w:t>
      </w:r>
    </w:p>
    <w:p w14:paraId="3B691C17" w14:textId="77777777" w:rsidR="00FA44C0" w:rsidRDefault="00FA44C0" w:rsidP="00FA44C0">
      <w:pPr>
        <w:pStyle w:val="NormalWeb"/>
        <w:rPr>
          <w:color w:val="000000"/>
        </w:rPr>
      </w:pPr>
      <w:proofErr w:type="spellStart"/>
      <w:r>
        <w:rPr>
          <w:color w:val="000000"/>
        </w:rPr>
        <w:t>Rexter’s</w:t>
      </w:r>
      <w:proofErr w:type="spellEnd"/>
      <w:r>
        <w:rPr>
          <w:color w:val="000000"/>
        </w:rPr>
        <w:t xml:space="preserve"> general,</w:t>
      </w:r>
      <w:r>
        <w:rPr>
          <w:rStyle w:val="apple-converted-space"/>
          <w:color w:val="000000"/>
        </w:rPr>
        <w:t> </w:t>
      </w:r>
      <w:proofErr w:type="spellStart"/>
      <w:r w:rsidRPr="00FA44C0">
        <w:rPr>
          <w:rStyle w:val="Strong"/>
          <w:b w:val="0"/>
          <w:bCs w:val="0"/>
          <w:color w:val="000000"/>
        </w:rPr>
        <w:t>Borid</w:t>
      </w:r>
      <w:proofErr w:type="spellEnd"/>
      <w:r>
        <w:rPr>
          <w:color w:val="000000"/>
        </w:rPr>
        <w:t>, snarled. “We will need no one. We will scatter before the fire as we scatter before sandstorms. We survive where others burn.”</w:t>
      </w:r>
    </w:p>
    <w:p w14:paraId="4A676A55" w14:textId="77777777" w:rsidR="00FA44C0" w:rsidRDefault="00FA44C0" w:rsidP="00FA44C0">
      <w:pPr>
        <w:pStyle w:val="NormalWeb"/>
        <w:rPr>
          <w:color w:val="000000"/>
        </w:rPr>
      </w:pPr>
      <w:proofErr w:type="spellStart"/>
      <w:r>
        <w:rPr>
          <w:color w:val="000000"/>
        </w:rPr>
        <w:t>Plenstant</w:t>
      </w:r>
      <w:proofErr w:type="spellEnd"/>
      <w:r>
        <w:rPr>
          <w:color w:val="000000"/>
        </w:rPr>
        <w:t xml:space="preserve"> leaned closer, lowering his voice so only </w:t>
      </w:r>
      <w:proofErr w:type="spellStart"/>
      <w:r>
        <w:rPr>
          <w:color w:val="000000"/>
        </w:rPr>
        <w:t>Rexter</w:t>
      </w:r>
      <w:proofErr w:type="spellEnd"/>
      <w:r>
        <w:rPr>
          <w:color w:val="000000"/>
        </w:rPr>
        <w:t xml:space="preserve"> could hear. “Scatter, yes… but scattered men cannot rule. What throne remains to a king if his people are dust on the wind?”</w:t>
      </w:r>
    </w:p>
    <w:p w14:paraId="7C671FC2" w14:textId="77777777" w:rsidR="00FA44C0" w:rsidRDefault="00FA44C0" w:rsidP="00FA44C0">
      <w:pPr>
        <w:pStyle w:val="NormalWeb"/>
        <w:rPr>
          <w:color w:val="000000"/>
        </w:rPr>
      </w:pPr>
      <w:proofErr w:type="spellStart"/>
      <w:r>
        <w:rPr>
          <w:color w:val="000000"/>
        </w:rPr>
        <w:t>Rexter’s</w:t>
      </w:r>
      <w:proofErr w:type="spellEnd"/>
      <w:r>
        <w:rPr>
          <w:color w:val="000000"/>
        </w:rPr>
        <w:t xml:space="preserve"> silence was answer enough.</w:t>
      </w:r>
    </w:p>
    <w:p w14:paraId="052DEA42" w14:textId="77777777" w:rsidR="00FA44C0" w:rsidRDefault="00FA44C0" w:rsidP="00FA44C0">
      <w:pPr>
        <w:pStyle w:val="NormalWeb"/>
        <w:rPr>
          <w:color w:val="000000"/>
        </w:rPr>
      </w:pPr>
      <w:r>
        <w:rPr>
          <w:color w:val="000000"/>
        </w:rPr>
        <w:t xml:space="preserve">The next evening, under the guise of hospitality, </w:t>
      </w:r>
      <w:proofErr w:type="spellStart"/>
      <w:r>
        <w:rPr>
          <w:color w:val="000000"/>
        </w:rPr>
        <w:t>Plenstant</w:t>
      </w:r>
      <w:proofErr w:type="spellEnd"/>
      <w:r>
        <w:rPr>
          <w:color w:val="000000"/>
        </w:rPr>
        <w:t xml:space="preserve"> arranged for both Bruce and </w:t>
      </w:r>
      <w:proofErr w:type="spellStart"/>
      <w:r>
        <w:rPr>
          <w:color w:val="000000"/>
        </w:rPr>
        <w:t>Rexter</w:t>
      </w:r>
      <w:proofErr w:type="spellEnd"/>
      <w:r>
        <w:rPr>
          <w:color w:val="000000"/>
        </w:rPr>
        <w:t xml:space="preserve"> to join him in a quiet chamber of the Citadel. Only their closest confidants attended — </w:t>
      </w:r>
      <w:proofErr w:type="spellStart"/>
      <w:r>
        <w:rPr>
          <w:color w:val="000000"/>
        </w:rPr>
        <w:t>Breva</w:t>
      </w:r>
      <w:proofErr w:type="spellEnd"/>
      <w:r>
        <w:rPr>
          <w:color w:val="000000"/>
        </w:rPr>
        <w:t xml:space="preserve">, </w:t>
      </w:r>
      <w:proofErr w:type="spellStart"/>
      <w:r>
        <w:rPr>
          <w:color w:val="000000"/>
        </w:rPr>
        <w:t>Yevor</w:t>
      </w:r>
      <w:proofErr w:type="spellEnd"/>
      <w:r>
        <w:rPr>
          <w:color w:val="000000"/>
        </w:rPr>
        <w:t xml:space="preserve">, </w:t>
      </w:r>
      <w:proofErr w:type="spellStart"/>
      <w:r>
        <w:rPr>
          <w:color w:val="000000"/>
        </w:rPr>
        <w:t>Borid</w:t>
      </w:r>
      <w:proofErr w:type="spellEnd"/>
      <w:r>
        <w:rPr>
          <w:color w:val="000000"/>
        </w:rPr>
        <w:t>, and the queens.</w:t>
      </w:r>
    </w:p>
    <w:p w14:paraId="4D80999A" w14:textId="77777777" w:rsidR="00FA44C0" w:rsidRDefault="00FA44C0" w:rsidP="00FA44C0">
      <w:pPr>
        <w:pStyle w:val="NormalWeb"/>
        <w:rPr>
          <w:color w:val="000000"/>
        </w:rPr>
      </w:pPr>
      <w:r>
        <w:rPr>
          <w:color w:val="000000"/>
        </w:rPr>
        <w:t>The Vineyard King poured wine into goblets carved of wood, not silver, so that none could claim insult. He raised his own cup.</w:t>
      </w:r>
    </w:p>
    <w:p w14:paraId="5991888D" w14:textId="77777777" w:rsidR="00FA44C0" w:rsidRDefault="00FA44C0" w:rsidP="00FA44C0">
      <w:pPr>
        <w:pStyle w:val="NormalWeb"/>
        <w:rPr>
          <w:color w:val="000000"/>
        </w:rPr>
      </w:pPr>
      <w:r>
        <w:rPr>
          <w:color w:val="000000"/>
        </w:rPr>
        <w:t>“Brothers,” he said smoothly, “we are the first to arrive. Already, the Citadel fills with whispers. The star swells above us, and Barrus’s shadow stretches long across every hall. If we are to survive this gathering, we must know one another not as strangers, but as men who can stand together.”</w:t>
      </w:r>
    </w:p>
    <w:p w14:paraId="3F3080BC" w14:textId="77777777" w:rsidR="00FA44C0" w:rsidRDefault="00FA44C0" w:rsidP="00FA44C0">
      <w:pPr>
        <w:pStyle w:val="NormalWeb"/>
        <w:rPr>
          <w:color w:val="000000"/>
        </w:rPr>
      </w:pPr>
      <w:r>
        <w:rPr>
          <w:color w:val="000000"/>
        </w:rPr>
        <w:t xml:space="preserve">Bruce grunted, drinking without comment. </w:t>
      </w:r>
      <w:proofErr w:type="spellStart"/>
      <w:r>
        <w:rPr>
          <w:color w:val="000000"/>
        </w:rPr>
        <w:t>Rexter</w:t>
      </w:r>
      <w:proofErr w:type="spellEnd"/>
      <w:r>
        <w:rPr>
          <w:color w:val="000000"/>
        </w:rPr>
        <w:t xml:space="preserve"> watched him, then raised his own goblet.</w:t>
      </w:r>
    </w:p>
    <w:p w14:paraId="42C77B45" w14:textId="77777777" w:rsidR="00FA44C0" w:rsidRDefault="00FA44C0" w:rsidP="00FA44C0">
      <w:pPr>
        <w:pStyle w:val="NormalWeb"/>
        <w:rPr>
          <w:color w:val="000000"/>
        </w:rPr>
      </w:pPr>
      <w:proofErr w:type="spellStart"/>
      <w:r>
        <w:rPr>
          <w:color w:val="000000"/>
        </w:rPr>
        <w:t>Plenstant</w:t>
      </w:r>
      <w:proofErr w:type="spellEnd"/>
      <w:r>
        <w:rPr>
          <w:color w:val="000000"/>
        </w:rPr>
        <w:t xml:space="preserve"> continued. “The Doctors call us here for counsel, not conquest. But you and I know that counsel can swiftly turn to chains. Each king will come with demands. Barrus most of all. And if we are divided, the Dragon Lord will devour us piece by piece.”</w:t>
      </w:r>
    </w:p>
    <w:p w14:paraId="79D0F123" w14:textId="77777777" w:rsidR="00FA44C0" w:rsidRDefault="00FA44C0" w:rsidP="00FA44C0">
      <w:pPr>
        <w:pStyle w:val="NormalWeb"/>
        <w:rPr>
          <w:color w:val="000000"/>
        </w:rPr>
      </w:pPr>
      <w:r>
        <w:rPr>
          <w:color w:val="000000"/>
        </w:rPr>
        <w:lastRenderedPageBreak/>
        <w:t xml:space="preserve">Bruce’s eyes flicked toward </w:t>
      </w:r>
      <w:proofErr w:type="spellStart"/>
      <w:r>
        <w:rPr>
          <w:color w:val="000000"/>
        </w:rPr>
        <w:t>Yevor</w:t>
      </w:r>
      <w:proofErr w:type="spellEnd"/>
      <w:r>
        <w:rPr>
          <w:color w:val="000000"/>
        </w:rPr>
        <w:t>, who gave a slow nod. “The Forest obeys the Doctors,” Bruce said finally. “But the Forest will not bow to Barrus.”</w:t>
      </w:r>
    </w:p>
    <w:p w14:paraId="5FBFBB35" w14:textId="77777777" w:rsidR="00FA44C0" w:rsidRDefault="00FA44C0" w:rsidP="00FA44C0">
      <w:pPr>
        <w:pStyle w:val="NormalWeb"/>
        <w:rPr>
          <w:color w:val="000000"/>
        </w:rPr>
      </w:pPr>
      <w:proofErr w:type="spellStart"/>
      <w:r>
        <w:rPr>
          <w:color w:val="000000"/>
        </w:rPr>
        <w:t>Rexter</w:t>
      </w:r>
      <w:proofErr w:type="spellEnd"/>
      <w:r>
        <w:rPr>
          <w:color w:val="000000"/>
        </w:rPr>
        <w:t xml:space="preserve"> gave a harsh laugh. “The desert bows to no one. But we scatter, yes. Alone, my riders cannot match his dragons. Together…” His gaze slid to Bruce. “…perhaps.”</w:t>
      </w:r>
    </w:p>
    <w:p w14:paraId="597DC4E2" w14:textId="77777777" w:rsidR="00FA44C0" w:rsidRDefault="00FA44C0" w:rsidP="00FA44C0">
      <w:pPr>
        <w:pStyle w:val="NormalWeb"/>
        <w:rPr>
          <w:color w:val="000000"/>
        </w:rPr>
      </w:pPr>
      <w:proofErr w:type="spellStart"/>
      <w:r>
        <w:rPr>
          <w:color w:val="000000"/>
        </w:rPr>
        <w:t>Plenstant</w:t>
      </w:r>
      <w:proofErr w:type="spellEnd"/>
      <w:r>
        <w:rPr>
          <w:color w:val="000000"/>
        </w:rPr>
        <w:t xml:space="preserve"> smiled, sipping his wine. “Then let us drink. To the first stones of a wall that may yet hold against fire.”</w:t>
      </w:r>
    </w:p>
    <w:p w14:paraId="48F6E9C4" w14:textId="77777777" w:rsidR="00FA44C0" w:rsidRDefault="00FA44C0" w:rsidP="00FA44C0">
      <w:pPr>
        <w:pStyle w:val="NormalWeb"/>
        <w:rPr>
          <w:color w:val="000000"/>
        </w:rPr>
      </w:pPr>
      <w:r>
        <w:rPr>
          <w:color w:val="000000"/>
        </w:rPr>
        <w:t>Their goblets clinked in uneasy unison, and the pact — tentative, fragile — was sealed in silence.</w:t>
      </w:r>
    </w:p>
    <w:p w14:paraId="709EC4BE" w14:textId="77777777" w:rsidR="00FA44C0" w:rsidRDefault="00FA44C0" w:rsidP="00FA44C0">
      <w:pPr>
        <w:pStyle w:val="NormalWeb"/>
        <w:rPr>
          <w:color w:val="000000"/>
        </w:rPr>
      </w:pPr>
      <w:r>
        <w:rPr>
          <w:color w:val="000000"/>
        </w:rPr>
        <w:t>The bells tolled at midday, though none had seen a caravan approach from the western swamps. Instead, a lone figure came slithering up the stone road —</w:t>
      </w:r>
      <w:r>
        <w:rPr>
          <w:rStyle w:val="apple-converted-space"/>
          <w:color w:val="000000"/>
        </w:rPr>
        <w:t> </w:t>
      </w:r>
      <w:r w:rsidRPr="00FA44C0">
        <w:rPr>
          <w:rStyle w:val="Strong"/>
          <w:b w:val="0"/>
          <w:bCs w:val="0"/>
          <w:color w:val="000000"/>
        </w:rPr>
        <w:t>King Bresson, the Serpent King</w:t>
      </w:r>
      <w:r w:rsidRPr="00FA44C0">
        <w:rPr>
          <w:b/>
          <w:bCs/>
          <w:color w:val="000000"/>
        </w:rPr>
        <w:t>,</w:t>
      </w:r>
      <w:r>
        <w:rPr>
          <w:color w:val="000000"/>
        </w:rPr>
        <w:t xml:space="preserve"> without escort, without heralds, without guards.</w:t>
      </w:r>
    </w:p>
    <w:p w14:paraId="15EE9D6B" w14:textId="77777777" w:rsidR="00FA44C0" w:rsidRDefault="00FA44C0" w:rsidP="00FA44C0">
      <w:pPr>
        <w:pStyle w:val="NormalWeb"/>
        <w:rPr>
          <w:color w:val="000000"/>
        </w:rPr>
      </w:pPr>
      <w:r>
        <w:rPr>
          <w:color w:val="000000"/>
        </w:rPr>
        <w:t>He moved with unsettling grace, shorter than the men of the plains but broader in shoulder, his skin faintly scaled and glistening in the sun. A long cloak dragged behind him, its hem damp with swamp water. From beneath the cloak, a serpentine tail flicked across the cobblestones. His jaw was heavy, his teeth visible even when his mouth was closed, and his gills flared faintly at his throat as he breathed the drier air of the Citadel.</w:t>
      </w:r>
    </w:p>
    <w:p w14:paraId="7E19D707" w14:textId="77777777" w:rsidR="00FA44C0" w:rsidRDefault="00FA44C0" w:rsidP="00FA44C0">
      <w:pPr>
        <w:pStyle w:val="NormalWeb"/>
        <w:rPr>
          <w:color w:val="000000"/>
        </w:rPr>
      </w:pPr>
      <w:r>
        <w:rPr>
          <w:color w:val="000000"/>
        </w:rPr>
        <w:t>The guards along the wall whispered uneasily.</w:t>
      </w:r>
      <w:r>
        <w:rPr>
          <w:rStyle w:val="apple-converted-space"/>
          <w:color w:val="000000"/>
        </w:rPr>
        <w:t> </w:t>
      </w:r>
      <w:r>
        <w:rPr>
          <w:rStyle w:val="Emphasis"/>
          <w:color w:val="000000"/>
        </w:rPr>
        <w:t xml:space="preserve">Where were his generals? His Queen? His </w:t>
      </w:r>
      <w:proofErr w:type="spellStart"/>
      <w:r>
        <w:rPr>
          <w:rStyle w:val="Emphasis"/>
          <w:color w:val="000000"/>
        </w:rPr>
        <w:t>spawnlings</w:t>
      </w:r>
      <w:proofErr w:type="spellEnd"/>
      <w:r>
        <w:rPr>
          <w:rStyle w:val="Emphasis"/>
          <w:color w:val="000000"/>
        </w:rPr>
        <w:t>?</w:t>
      </w:r>
      <w:r>
        <w:rPr>
          <w:rStyle w:val="apple-converted-space"/>
          <w:color w:val="000000"/>
        </w:rPr>
        <w:t> </w:t>
      </w:r>
      <w:r>
        <w:rPr>
          <w:color w:val="000000"/>
        </w:rPr>
        <w:t xml:space="preserve">It was said Queen Esson had only just laid eggs in her nest — perhaps that was why he came without retinue. Or perhaps, more fearfully, he trusted </w:t>
      </w:r>
      <w:proofErr w:type="gramStart"/>
      <w:r>
        <w:rPr>
          <w:color w:val="000000"/>
        </w:rPr>
        <w:t>no one but</w:t>
      </w:r>
      <w:proofErr w:type="gramEnd"/>
      <w:r>
        <w:rPr>
          <w:color w:val="000000"/>
        </w:rPr>
        <w:t xml:space="preserve"> himself to walk into the Citadel’s heart.</w:t>
      </w:r>
    </w:p>
    <w:p w14:paraId="405B1A7C" w14:textId="77777777" w:rsidR="00FA44C0" w:rsidRDefault="00FA44C0" w:rsidP="00FA44C0">
      <w:pPr>
        <w:pStyle w:val="NormalWeb"/>
        <w:rPr>
          <w:color w:val="000000"/>
        </w:rPr>
      </w:pPr>
      <w:r>
        <w:rPr>
          <w:color w:val="000000"/>
        </w:rPr>
        <w:t>The gates creaked open.</w:t>
      </w:r>
    </w:p>
    <w:p w14:paraId="0213D2F4" w14:textId="77777777" w:rsidR="00FA44C0" w:rsidRDefault="00FA44C0" w:rsidP="00FA44C0">
      <w:pPr>
        <w:pStyle w:val="NormalWeb"/>
        <w:rPr>
          <w:color w:val="000000"/>
        </w:rPr>
      </w:pPr>
      <w:r>
        <w:rPr>
          <w:color w:val="000000"/>
        </w:rPr>
        <w:t>Bresson entered in silence, his black eyes reflecting torchlight like wet stones. His presence chilled the air. He bowed — though barely — before the assembled Doctors, his voice low and rasping.</w:t>
      </w:r>
    </w:p>
    <w:p w14:paraId="4D908E31" w14:textId="77777777" w:rsidR="00FA44C0" w:rsidRDefault="00FA44C0" w:rsidP="00FA44C0">
      <w:pPr>
        <w:pStyle w:val="NormalWeb"/>
        <w:rPr>
          <w:color w:val="000000"/>
        </w:rPr>
      </w:pPr>
      <w:r>
        <w:rPr>
          <w:color w:val="000000"/>
        </w:rPr>
        <w:t>“The swamps send me,” he said simply. “That is all.”</w:t>
      </w:r>
    </w:p>
    <w:p w14:paraId="5A803AAF" w14:textId="1377D3A2" w:rsidR="00FA44C0" w:rsidRPr="00BC6917" w:rsidRDefault="00FA44C0" w:rsidP="00BC6917">
      <w:pPr>
        <w:pStyle w:val="NormalWeb"/>
        <w:rPr>
          <w:color w:val="000000"/>
        </w:rPr>
      </w:pPr>
      <w:r>
        <w:rPr>
          <w:color w:val="000000"/>
        </w:rPr>
        <w:t>No wagons of tribute, no soldiers, no demands. Only those words, delivered like a hiss in the grand hall.</w:t>
      </w:r>
    </w:p>
    <w:p w14:paraId="04583B00" w14:textId="77777777" w:rsidR="00FA44C0" w:rsidRDefault="00FA44C0" w:rsidP="00FA44C0">
      <w:pPr>
        <w:pStyle w:val="NormalWeb"/>
        <w:rPr>
          <w:color w:val="000000"/>
        </w:rPr>
      </w:pPr>
      <w:r>
        <w:rPr>
          <w:color w:val="000000"/>
        </w:rPr>
        <w:t>The Earth King, hearing of his arrival, remarked quietly to Bretta:</w:t>
      </w:r>
      <w:r>
        <w:rPr>
          <w:color w:val="000000"/>
        </w:rPr>
        <w:br/>
        <w:t>“A king who comes alone either fears nothing — or has nothing left to lose.”</w:t>
      </w:r>
    </w:p>
    <w:p w14:paraId="47DC16F0" w14:textId="77777777" w:rsidR="00FA44C0" w:rsidRDefault="00FA44C0" w:rsidP="00FA44C0">
      <w:pPr>
        <w:pStyle w:val="NormalWeb"/>
        <w:rPr>
          <w:color w:val="000000"/>
        </w:rPr>
      </w:pPr>
      <w:r>
        <w:rPr>
          <w:color w:val="000000"/>
        </w:rPr>
        <w:t>The Vineyard King, ever watchful, smirked as he sipped his wine. “Alone, yes. But serpents strike quickest when unseen. Do not mistake silence for weakness.”</w:t>
      </w:r>
    </w:p>
    <w:p w14:paraId="6168C7E8" w14:textId="77777777" w:rsidR="00FA44C0" w:rsidRDefault="00FA44C0" w:rsidP="00FA44C0">
      <w:pPr>
        <w:pStyle w:val="NormalWeb"/>
        <w:rPr>
          <w:color w:val="000000"/>
        </w:rPr>
      </w:pPr>
      <w:r>
        <w:rPr>
          <w:color w:val="000000"/>
        </w:rPr>
        <w:t>King Bruce of the Forest said nothing, but his hand strayed to the hilt of his sword.</w:t>
      </w:r>
    </w:p>
    <w:p w14:paraId="5C69FB79" w14:textId="1D39C671" w:rsidR="00FA44C0" w:rsidRPr="00BC6917" w:rsidRDefault="00FA44C0" w:rsidP="00BC6917">
      <w:pPr>
        <w:pStyle w:val="NormalWeb"/>
        <w:rPr>
          <w:color w:val="000000"/>
        </w:rPr>
      </w:pPr>
      <w:r>
        <w:rPr>
          <w:color w:val="000000"/>
        </w:rPr>
        <w:lastRenderedPageBreak/>
        <w:t xml:space="preserve">And </w:t>
      </w:r>
      <w:proofErr w:type="spellStart"/>
      <w:r>
        <w:rPr>
          <w:color w:val="000000"/>
        </w:rPr>
        <w:t>Rexter</w:t>
      </w:r>
      <w:proofErr w:type="spellEnd"/>
      <w:r>
        <w:rPr>
          <w:color w:val="000000"/>
        </w:rPr>
        <w:t>, the Nomad King, laughed harshly when word reached him outside the walls. “The swamp breeds monsters. Best he comes alone — else the Citadel would stink of rot.”</w:t>
      </w:r>
    </w:p>
    <w:p w14:paraId="68E1385B" w14:textId="77777777" w:rsidR="00FA44C0" w:rsidRDefault="00FA44C0" w:rsidP="00FA44C0">
      <w:pPr>
        <w:pStyle w:val="NormalWeb"/>
        <w:rPr>
          <w:color w:val="000000"/>
        </w:rPr>
      </w:pPr>
      <w:r>
        <w:rPr>
          <w:color w:val="000000"/>
        </w:rPr>
        <w:t>That night,</w:t>
      </w:r>
      <w:r>
        <w:rPr>
          <w:rStyle w:val="apple-converted-space"/>
          <w:color w:val="000000"/>
        </w:rPr>
        <w:t> </w:t>
      </w:r>
      <w:r w:rsidRPr="00BC6917">
        <w:rPr>
          <w:rStyle w:val="Strong"/>
          <w:b w:val="0"/>
          <w:bCs w:val="0"/>
          <w:color w:val="000000"/>
        </w:rPr>
        <w:t>Doctor Marcellis</w:t>
      </w:r>
      <w:r>
        <w:rPr>
          <w:color w:val="000000"/>
        </w:rPr>
        <w:t>, the Chair, convened the Doctors privately.</w:t>
      </w:r>
    </w:p>
    <w:p w14:paraId="233BEE60" w14:textId="77777777" w:rsidR="00FA44C0" w:rsidRDefault="00FA44C0" w:rsidP="00FA44C0">
      <w:pPr>
        <w:pStyle w:val="NormalWeb"/>
        <w:rPr>
          <w:color w:val="000000"/>
        </w:rPr>
      </w:pPr>
      <w:r>
        <w:rPr>
          <w:color w:val="000000"/>
        </w:rPr>
        <w:t xml:space="preserve">“Why does he come alone?” asked Willum Mays nervously. “Even his general </w:t>
      </w:r>
      <w:proofErr w:type="spellStart"/>
      <w:r>
        <w:rPr>
          <w:color w:val="000000"/>
        </w:rPr>
        <w:t>Naysos</w:t>
      </w:r>
      <w:proofErr w:type="spellEnd"/>
      <w:r>
        <w:rPr>
          <w:color w:val="000000"/>
        </w:rPr>
        <w:t xml:space="preserve"> would have steadied his presence.”</w:t>
      </w:r>
    </w:p>
    <w:p w14:paraId="4D34A141" w14:textId="77777777" w:rsidR="00FA44C0" w:rsidRDefault="00FA44C0" w:rsidP="00FA44C0">
      <w:pPr>
        <w:pStyle w:val="NormalWeb"/>
        <w:rPr>
          <w:color w:val="000000"/>
        </w:rPr>
      </w:pPr>
      <w:r>
        <w:rPr>
          <w:color w:val="000000"/>
        </w:rPr>
        <w:t xml:space="preserve">“He comes to unsettle us,” </w:t>
      </w:r>
      <w:proofErr w:type="spellStart"/>
      <w:r>
        <w:rPr>
          <w:color w:val="000000"/>
        </w:rPr>
        <w:t>Brakon</w:t>
      </w:r>
      <w:proofErr w:type="spellEnd"/>
      <w:r>
        <w:rPr>
          <w:color w:val="000000"/>
        </w:rPr>
        <w:t xml:space="preserve"> growled. “To remind us that the swamps need no banners, no armies. They spread in silence, little by little, until all land is theirs.”</w:t>
      </w:r>
    </w:p>
    <w:p w14:paraId="771B2648" w14:textId="77777777" w:rsidR="00FA44C0" w:rsidRDefault="00FA44C0" w:rsidP="00FA44C0">
      <w:pPr>
        <w:pStyle w:val="NormalWeb"/>
        <w:rPr>
          <w:color w:val="000000"/>
        </w:rPr>
      </w:pPr>
      <w:proofErr w:type="spellStart"/>
      <w:r>
        <w:rPr>
          <w:color w:val="000000"/>
        </w:rPr>
        <w:t>Gundae</w:t>
      </w:r>
      <w:proofErr w:type="spellEnd"/>
      <w:r>
        <w:rPr>
          <w:color w:val="000000"/>
        </w:rPr>
        <w:t xml:space="preserve"> </w:t>
      </w:r>
      <w:proofErr w:type="spellStart"/>
      <w:r>
        <w:rPr>
          <w:color w:val="000000"/>
        </w:rPr>
        <w:t>Prium</w:t>
      </w:r>
      <w:proofErr w:type="spellEnd"/>
      <w:r>
        <w:rPr>
          <w:color w:val="000000"/>
        </w:rPr>
        <w:t xml:space="preserve"> only frowned, his eyes lingering on the star charts. “Or perhaps he comes because his queen is nesting. Or because his army cannot march far from their waters. Do not read too much into absence. Read instead what he did not say.”</w:t>
      </w:r>
    </w:p>
    <w:p w14:paraId="67989908" w14:textId="77777777" w:rsidR="00FA44C0" w:rsidRDefault="00FA44C0" w:rsidP="00FA44C0">
      <w:pPr>
        <w:pStyle w:val="NormalWeb"/>
        <w:rPr>
          <w:color w:val="000000"/>
        </w:rPr>
      </w:pPr>
      <w:r>
        <w:rPr>
          <w:color w:val="000000"/>
        </w:rPr>
        <w:t xml:space="preserve">“What </w:t>
      </w:r>
      <w:proofErr w:type="gramStart"/>
      <w:r>
        <w:rPr>
          <w:color w:val="000000"/>
        </w:rPr>
        <w:t>he did</w:t>
      </w:r>
      <w:proofErr w:type="gramEnd"/>
      <w:r>
        <w:rPr>
          <w:color w:val="000000"/>
        </w:rPr>
        <w:t xml:space="preserve"> not say?” Marcellis pressed.</w:t>
      </w:r>
    </w:p>
    <w:p w14:paraId="14B2E73A" w14:textId="777200FB" w:rsidR="00FA44C0" w:rsidRPr="00BC6917" w:rsidRDefault="00FA44C0" w:rsidP="00BC6917">
      <w:pPr>
        <w:pStyle w:val="NormalWeb"/>
        <w:rPr>
          <w:color w:val="000000"/>
        </w:rPr>
      </w:pPr>
      <w:proofErr w:type="spellStart"/>
      <w:r>
        <w:rPr>
          <w:color w:val="000000"/>
        </w:rPr>
        <w:t>Gundae’s</w:t>
      </w:r>
      <w:proofErr w:type="spellEnd"/>
      <w:r>
        <w:rPr>
          <w:color w:val="000000"/>
        </w:rPr>
        <w:t xml:space="preserve"> eyes rose to the burning star beyond the window. “He did not ask about the heavens. Not once. He came here not for answers. He came here to watch.”</w:t>
      </w:r>
    </w:p>
    <w:p w14:paraId="2E5D4821" w14:textId="77777777" w:rsidR="00FA44C0" w:rsidRDefault="00FA44C0" w:rsidP="00FA44C0">
      <w:pPr>
        <w:pStyle w:val="NormalWeb"/>
        <w:rPr>
          <w:color w:val="000000"/>
        </w:rPr>
      </w:pPr>
      <w:r>
        <w:rPr>
          <w:color w:val="000000"/>
        </w:rPr>
        <w:t>The next morning, Bresson appeared before the Citadel’s servants and spoke only a single command:</w:t>
      </w:r>
    </w:p>
    <w:p w14:paraId="4BA4EC56" w14:textId="77777777" w:rsidR="00FA44C0" w:rsidRDefault="00FA44C0" w:rsidP="00FA44C0">
      <w:pPr>
        <w:pStyle w:val="NormalWeb"/>
        <w:rPr>
          <w:color w:val="000000"/>
        </w:rPr>
      </w:pPr>
      <w:r>
        <w:rPr>
          <w:color w:val="000000"/>
        </w:rPr>
        <w:t>“Stone basin. Water. Deep.”</w:t>
      </w:r>
    </w:p>
    <w:p w14:paraId="110B6AA0" w14:textId="77777777" w:rsidR="00FA44C0" w:rsidRDefault="00FA44C0" w:rsidP="00FA44C0">
      <w:pPr>
        <w:pStyle w:val="NormalWeb"/>
        <w:rPr>
          <w:color w:val="000000"/>
        </w:rPr>
      </w:pPr>
      <w:r>
        <w:rPr>
          <w:color w:val="000000"/>
        </w:rPr>
        <w:t>When questioned, he repeated nothing. A basin was carved swiftly in one of the courtyards, filled with rainwater and fed by the Citadel’s cisterns. Bresson coiled at its edge, submerging himself until only his eyes and nostrils showed above the surface.</w:t>
      </w:r>
    </w:p>
    <w:p w14:paraId="7E062542" w14:textId="77777777" w:rsidR="00FA44C0" w:rsidRDefault="00FA44C0" w:rsidP="00FA44C0">
      <w:pPr>
        <w:pStyle w:val="NormalWeb"/>
        <w:rPr>
          <w:color w:val="000000"/>
        </w:rPr>
      </w:pPr>
      <w:r>
        <w:rPr>
          <w:color w:val="000000"/>
        </w:rPr>
        <w:t>And there he remained, hour after hour, as though he had made the Citadel his swamp.</w:t>
      </w:r>
    </w:p>
    <w:p w14:paraId="4CD04A77" w14:textId="77777777" w:rsidR="00FA44C0" w:rsidRDefault="00FA44C0" w:rsidP="00FA44C0">
      <w:pPr>
        <w:pStyle w:val="NormalWeb"/>
        <w:rPr>
          <w:color w:val="000000"/>
        </w:rPr>
      </w:pPr>
      <w:r>
        <w:rPr>
          <w:color w:val="000000"/>
        </w:rPr>
        <w:t>The apprentices whispered in terror. “He will not leave the water. He waits. For what?”</w:t>
      </w:r>
    </w:p>
    <w:p w14:paraId="6DC589E0" w14:textId="77777777" w:rsidR="00FA44C0" w:rsidRDefault="00FA44C0" w:rsidP="00FA44C0">
      <w:pPr>
        <w:pStyle w:val="NormalWeb"/>
        <w:rPr>
          <w:color w:val="000000"/>
        </w:rPr>
      </w:pPr>
      <w:r>
        <w:rPr>
          <w:color w:val="000000"/>
        </w:rPr>
        <w:t>No answer came, save the steady gleam of his eyes fixed toward the gates, watching for the next king to arrive.</w:t>
      </w:r>
    </w:p>
    <w:p w14:paraId="0B375D5B" w14:textId="77777777" w:rsidR="0033743C" w:rsidRDefault="0033743C" w:rsidP="0033743C">
      <w:pPr>
        <w:pStyle w:val="NormalWeb"/>
        <w:rPr>
          <w:color w:val="000000"/>
        </w:rPr>
      </w:pPr>
      <w:r>
        <w:rPr>
          <w:color w:val="000000"/>
        </w:rPr>
        <w:t>The next to arrive was heard long before he was seen. The steady</w:t>
      </w:r>
      <w:r>
        <w:rPr>
          <w:rStyle w:val="apple-converted-space"/>
          <w:color w:val="000000"/>
        </w:rPr>
        <w:t> </w:t>
      </w:r>
      <w:r>
        <w:rPr>
          <w:rStyle w:val="Emphasis"/>
          <w:color w:val="000000"/>
        </w:rPr>
        <w:t>clang</w:t>
      </w:r>
      <w:r>
        <w:rPr>
          <w:rStyle w:val="apple-converted-space"/>
          <w:color w:val="000000"/>
        </w:rPr>
        <w:t> </w:t>
      </w:r>
      <w:r>
        <w:rPr>
          <w:color w:val="000000"/>
        </w:rPr>
        <w:t>of hammer on iron echoed up the road to the Citadel, mingled with the creak of laden wagons and the chant of deep voices.</w:t>
      </w:r>
    </w:p>
    <w:p w14:paraId="6605180A" w14:textId="77777777" w:rsidR="0033743C" w:rsidRDefault="0033743C" w:rsidP="0033743C">
      <w:pPr>
        <w:pStyle w:val="NormalWeb"/>
        <w:rPr>
          <w:color w:val="000000"/>
        </w:rPr>
      </w:pPr>
      <w:r w:rsidRPr="00272DC1">
        <w:rPr>
          <w:rStyle w:val="Strong"/>
          <w:b w:val="0"/>
          <w:bCs w:val="0"/>
          <w:color w:val="000000"/>
        </w:rPr>
        <w:t>Danel “Digger” Darns, the Miner King</w:t>
      </w:r>
      <w:r>
        <w:rPr>
          <w:color w:val="000000"/>
        </w:rPr>
        <w:t>, came at the head of his host. He was shorter than other men, as were all his people, their frames stout and muscled from lives beneath the mountains. But where their bodies were small, their presence was vast — iron carts rolled behind them, filled with blades, axes, and ingots that glimmered in the morning light.</w:t>
      </w:r>
    </w:p>
    <w:p w14:paraId="6C78295F" w14:textId="77777777" w:rsidR="0033743C" w:rsidRDefault="0033743C" w:rsidP="0033743C">
      <w:pPr>
        <w:pStyle w:val="NormalWeb"/>
        <w:rPr>
          <w:color w:val="000000"/>
        </w:rPr>
      </w:pPr>
      <w:r>
        <w:rPr>
          <w:color w:val="000000"/>
        </w:rPr>
        <w:lastRenderedPageBreak/>
        <w:t>At his side rode his</w:t>
      </w:r>
      <w:r>
        <w:rPr>
          <w:rStyle w:val="apple-converted-space"/>
          <w:color w:val="000000"/>
        </w:rPr>
        <w:t> </w:t>
      </w:r>
      <w:r w:rsidRPr="00272DC1">
        <w:rPr>
          <w:rStyle w:val="Strong"/>
          <w:b w:val="0"/>
          <w:bCs w:val="0"/>
          <w:color w:val="000000"/>
        </w:rPr>
        <w:t>Queen Alba</w:t>
      </w:r>
      <w:r>
        <w:rPr>
          <w:color w:val="000000"/>
        </w:rPr>
        <w:t>, her dark hair bound in silver rings. Behind them marched</w:t>
      </w:r>
      <w:r>
        <w:rPr>
          <w:rStyle w:val="apple-converted-space"/>
          <w:color w:val="000000"/>
        </w:rPr>
        <w:t> </w:t>
      </w:r>
      <w:proofErr w:type="spellStart"/>
      <w:r w:rsidRPr="00272DC1">
        <w:rPr>
          <w:rStyle w:val="Strong"/>
          <w:b w:val="0"/>
          <w:bCs w:val="0"/>
          <w:color w:val="000000"/>
        </w:rPr>
        <w:t>Clancer</w:t>
      </w:r>
      <w:proofErr w:type="spellEnd"/>
      <w:r w:rsidRPr="00272DC1">
        <w:rPr>
          <w:rStyle w:val="Strong"/>
          <w:b w:val="0"/>
          <w:bCs w:val="0"/>
          <w:color w:val="000000"/>
        </w:rPr>
        <w:t xml:space="preserve"> Minow</w:t>
      </w:r>
      <w:r>
        <w:rPr>
          <w:color w:val="000000"/>
        </w:rPr>
        <w:t>, his general, tall for a miner, scarred across the cheek from cave battles with rock serpents.</w:t>
      </w:r>
      <w:r>
        <w:rPr>
          <w:rStyle w:val="apple-converted-space"/>
          <w:color w:val="000000"/>
        </w:rPr>
        <w:t> </w:t>
      </w:r>
      <w:r w:rsidRPr="00272DC1">
        <w:rPr>
          <w:rStyle w:val="Strong"/>
          <w:b w:val="0"/>
          <w:bCs w:val="0"/>
          <w:color w:val="000000"/>
        </w:rPr>
        <w:t>Doctor Griffon Bax</w:t>
      </w:r>
      <w:r>
        <w:rPr>
          <w:color w:val="000000"/>
        </w:rPr>
        <w:t>, the Doctor of Metals, walked with them, taller than all, for he was not of the stunted folk but had long served their craft.</w:t>
      </w:r>
    </w:p>
    <w:p w14:paraId="58D8175F" w14:textId="77777777" w:rsidR="0033743C" w:rsidRDefault="0033743C" w:rsidP="0033743C">
      <w:pPr>
        <w:pStyle w:val="NormalWeb"/>
        <w:rPr>
          <w:color w:val="000000"/>
        </w:rPr>
      </w:pPr>
      <w:r>
        <w:rPr>
          <w:color w:val="000000"/>
        </w:rPr>
        <w:t>The Miner King’s voice boomed as he entered the gates, gravelly yet proud. “The mountains bring what they always have — steel for war, gems for barter, stone for walls. If the sky means to fall, then we shall meet it with iron.”</w:t>
      </w:r>
    </w:p>
    <w:p w14:paraId="71B50A15" w14:textId="7055E1CD" w:rsidR="0033743C" w:rsidRPr="0033743C" w:rsidRDefault="0033743C" w:rsidP="0033743C">
      <w:pPr>
        <w:pStyle w:val="NormalWeb"/>
        <w:rPr>
          <w:color w:val="000000"/>
        </w:rPr>
      </w:pPr>
      <w:r>
        <w:rPr>
          <w:color w:val="000000"/>
        </w:rPr>
        <w:t>His words carried less menace than practicality. The miners did not posture with beasts or wings; their power lay in the weight of forged steel, and in their refusal to bow before famine or fire.</w:t>
      </w:r>
    </w:p>
    <w:p w14:paraId="4950AD75" w14:textId="77777777" w:rsidR="0033743C" w:rsidRDefault="0033743C" w:rsidP="0033743C">
      <w:pPr>
        <w:pStyle w:val="NormalWeb"/>
        <w:rPr>
          <w:color w:val="000000"/>
        </w:rPr>
      </w:pPr>
      <w:r>
        <w:rPr>
          <w:color w:val="000000"/>
        </w:rPr>
        <w:t>In the great hall, Danel Darns placed a hammer upon the council table, its head dark with soot, its haft carved with runes of his people.</w:t>
      </w:r>
    </w:p>
    <w:p w14:paraId="371B35A6" w14:textId="77777777" w:rsidR="0033743C" w:rsidRDefault="0033743C" w:rsidP="0033743C">
      <w:pPr>
        <w:pStyle w:val="NormalWeb"/>
        <w:rPr>
          <w:color w:val="000000"/>
        </w:rPr>
      </w:pPr>
      <w:r>
        <w:rPr>
          <w:color w:val="000000"/>
        </w:rPr>
        <w:t>“We do not ask for feasts or songs,” he said, his heavy-lidded eyes scanning the Doctors. “We ask for forges. Give us heat, anvils, and ore, and we shall arm the Citadel and all within it. If the star is to fall, let it meet blades, not bare hands.”</w:t>
      </w:r>
    </w:p>
    <w:p w14:paraId="29E5FA79" w14:textId="77777777" w:rsidR="0033743C" w:rsidRDefault="0033743C" w:rsidP="0033743C">
      <w:pPr>
        <w:pStyle w:val="NormalWeb"/>
        <w:rPr>
          <w:color w:val="000000"/>
        </w:rPr>
      </w:pPr>
      <w:r>
        <w:rPr>
          <w:color w:val="000000"/>
        </w:rPr>
        <w:t>The Doctors murmured at this. It was both a demand and a gift — an offer to turn the Citadel into an armory, but also a reminder that the Miner King could withhold what all others would need when war came.</w:t>
      </w:r>
    </w:p>
    <w:p w14:paraId="71B0397F" w14:textId="45C4F180" w:rsidR="0033743C" w:rsidRPr="0033743C" w:rsidRDefault="0033743C" w:rsidP="0033743C">
      <w:pPr>
        <w:pStyle w:val="NormalWeb"/>
        <w:rPr>
          <w:color w:val="000000"/>
        </w:rPr>
      </w:pPr>
      <w:r>
        <w:rPr>
          <w:color w:val="000000"/>
        </w:rPr>
        <w:t xml:space="preserve">Doctor Griffon Bax, tall and severe, added: “If this council falters, it will not be words that save us. It will be iron. Remember </w:t>
      </w:r>
      <w:proofErr w:type="gramStart"/>
      <w:r>
        <w:rPr>
          <w:color w:val="000000"/>
        </w:rPr>
        <w:t>that,</w:t>
      </w:r>
      <w:proofErr w:type="gramEnd"/>
      <w:r>
        <w:rPr>
          <w:color w:val="000000"/>
        </w:rPr>
        <w:t xml:space="preserve"> my lords.”</w:t>
      </w:r>
    </w:p>
    <w:p w14:paraId="109AA896" w14:textId="77777777" w:rsidR="0033743C" w:rsidRDefault="0033743C" w:rsidP="0033743C">
      <w:pPr>
        <w:pStyle w:val="NormalWeb"/>
        <w:numPr>
          <w:ilvl w:val="0"/>
          <w:numId w:val="19"/>
        </w:numPr>
        <w:rPr>
          <w:color w:val="000000"/>
        </w:rPr>
      </w:pPr>
      <w:r w:rsidRPr="0033743C">
        <w:rPr>
          <w:rStyle w:val="Strong"/>
          <w:b w:val="0"/>
          <w:bCs w:val="0"/>
          <w:color w:val="000000"/>
        </w:rPr>
        <w:t>Whey Prancer</w:t>
      </w:r>
      <w:r>
        <w:rPr>
          <w:color w:val="000000"/>
        </w:rPr>
        <w:t>, upon hearing of the Miner King’s arrival, nodded approvingly. “Better iron than fire. At least iron is wielded by men, not by beasts.”</w:t>
      </w:r>
    </w:p>
    <w:p w14:paraId="1842481A" w14:textId="77777777" w:rsidR="0033743C" w:rsidRDefault="0033743C" w:rsidP="0033743C">
      <w:pPr>
        <w:pStyle w:val="NormalWeb"/>
        <w:numPr>
          <w:ilvl w:val="0"/>
          <w:numId w:val="19"/>
        </w:numPr>
        <w:rPr>
          <w:color w:val="000000"/>
        </w:rPr>
      </w:pPr>
      <w:proofErr w:type="spellStart"/>
      <w:r w:rsidRPr="0033743C">
        <w:rPr>
          <w:rStyle w:val="Strong"/>
          <w:b w:val="0"/>
          <w:bCs w:val="0"/>
          <w:color w:val="000000"/>
        </w:rPr>
        <w:t>Plenstant</w:t>
      </w:r>
      <w:proofErr w:type="spellEnd"/>
      <w:r>
        <w:rPr>
          <w:color w:val="000000"/>
        </w:rPr>
        <w:t>, sipping his wine, chuckled. “The miners speak of iron as if it were magic. But iron does not still fear. It only feeds it.”</w:t>
      </w:r>
    </w:p>
    <w:p w14:paraId="41D4DD78" w14:textId="77777777" w:rsidR="0033743C" w:rsidRDefault="0033743C" w:rsidP="0033743C">
      <w:pPr>
        <w:pStyle w:val="NormalWeb"/>
        <w:numPr>
          <w:ilvl w:val="0"/>
          <w:numId w:val="19"/>
        </w:numPr>
        <w:rPr>
          <w:color w:val="000000"/>
        </w:rPr>
      </w:pPr>
      <w:r w:rsidRPr="0033743C">
        <w:rPr>
          <w:rStyle w:val="Strong"/>
          <w:b w:val="0"/>
          <w:bCs w:val="0"/>
          <w:color w:val="000000"/>
        </w:rPr>
        <w:t>Bruce</w:t>
      </w:r>
      <w:r>
        <w:rPr>
          <w:color w:val="000000"/>
        </w:rPr>
        <w:t>, the Forest King, approved silently, for he respected discipline and saw it in the miners’ ranks.</w:t>
      </w:r>
    </w:p>
    <w:p w14:paraId="1E411E23" w14:textId="77777777" w:rsidR="0033743C" w:rsidRDefault="0033743C" w:rsidP="0033743C">
      <w:pPr>
        <w:pStyle w:val="NormalWeb"/>
        <w:numPr>
          <w:ilvl w:val="0"/>
          <w:numId w:val="19"/>
        </w:numPr>
        <w:rPr>
          <w:color w:val="000000"/>
        </w:rPr>
      </w:pPr>
      <w:proofErr w:type="spellStart"/>
      <w:r w:rsidRPr="0033743C">
        <w:rPr>
          <w:rStyle w:val="Strong"/>
          <w:b w:val="0"/>
          <w:bCs w:val="0"/>
          <w:color w:val="000000"/>
        </w:rPr>
        <w:t>Rexter</w:t>
      </w:r>
      <w:proofErr w:type="spellEnd"/>
      <w:r>
        <w:rPr>
          <w:color w:val="000000"/>
        </w:rPr>
        <w:t>, the Nomad King, scoffed. “What use is steel in the desert when sand buries all? He comes heavy with wagons, and wagons sink.”</w:t>
      </w:r>
    </w:p>
    <w:p w14:paraId="09854AF6" w14:textId="6CDAC35C" w:rsidR="0033743C" w:rsidRPr="0033743C" w:rsidRDefault="0033743C" w:rsidP="0033743C">
      <w:pPr>
        <w:pStyle w:val="NormalWeb"/>
        <w:rPr>
          <w:color w:val="000000"/>
        </w:rPr>
      </w:pPr>
      <w:r>
        <w:rPr>
          <w:color w:val="000000"/>
        </w:rPr>
        <w:t>As for</w:t>
      </w:r>
      <w:r>
        <w:rPr>
          <w:rStyle w:val="apple-converted-space"/>
          <w:color w:val="000000"/>
        </w:rPr>
        <w:t> </w:t>
      </w:r>
      <w:r w:rsidRPr="0033743C">
        <w:rPr>
          <w:rStyle w:val="Strong"/>
          <w:b w:val="0"/>
          <w:bCs w:val="0"/>
          <w:color w:val="000000"/>
        </w:rPr>
        <w:t>Bresson</w:t>
      </w:r>
      <w:r>
        <w:rPr>
          <w:color w:val="000000"/>
        </w:rPr>
        <w:t>, he only raised his head from the water basin long enough to hiss, “Iron rusts.” Then he sank again beneath the surface.</w:t>
      </w:r>
    </w:p>
    <w:p w14:paraId="599972D7" w14:textId="77777777" w:rsidR="0033743C" w:rsidRDefault="0033743C" w:rsidP="0033743C">
      <w:pPr>
        <w:pStyle w:val="NormalWeb"/>
        <w:rPr>
          <w:color w:val="000000"/>
        </w:rPr>
      </w:pPr>
      <w:r>
        <w:rPr>
          <w:color w:val="000000"/>
        </w:rPr>
        <w:t xml:space="preserve">That evening, Danel met privately with several of the Doctors, including Marcellis and </w:t>
      </w:r>
      <w:proofErr w:type="spellStart"/>
      <w:r>
        <w:rPr>
          <w:color w:val="000000"/>
        </w:rPr>
        <w:t>Brakon</w:t>
      </w:r>
      <w:proofErr w:type="spellEnd"/>
      <w:r>
        <w:rPr>
          <w:color w:val="000000"/>
        </w:rPr>
        <w:t>. He struck the hammer’s haft against the stone floor, sparks dancing.</w:t>
      </w:r>
    </w:p>
    <w:p w14:paraId="6ED79A23" w14:textId="77777777" w:rsidR="0033743C" w:rsidRDefault="0033743C" w:rsidP="0033743C">
      <w:pPr>
        <w:pStyle w:val="NormalWeb"/>
        <w:rPr>
          <w:color w:val="000000"/>
        </w:rPr>
      </w:pPr>
      <w:r>
        <w:rPr>
          <w:color w:val="000000"/>
        </w:rPr>
        <w:t>“You speak of counsel,” he said, “but counsel does not forge weapons. If the star rains fire, we need shields. If Barrus moves dragons, we need spears. Give me forges, and I will prepare. Deny me, and we all go to our graves with words on our lips instead of steel in our hands.”</w:t>
      </w:r>
    </w:p>
    <w:p w14:paraId="60413077" w14:textId="77777777" w:rsidR="0033743C" w:rsidRDefault="0033743C" w:rsidP="0033743C">
      <w:pPr>
        <w:pStyle w:val="NormalWeb"/>
        <w:rPr>
          <w:color w:val="000000"/>
        </w:rPr>
      </w:pPr>
      <w:r>
        <w:rPr>
          <w:color w:val="000000"/>
        </w:rPr>
        <w:lastRenderedPageBreak/>
        <w:t xml:space="preserve">Doctor </w:t>
      </w:r>
      <w:proofErr w:type="spellStart"/>
      <w:r>
        <w:rPr>
          <w:color w:val="000000"/>
        </w:rPr>
        <w:t>Brakon</w:t>
      </w:r>
      <w:proofErr w:type="spellEnd"/>
      <w:r>
        <w:rPr>
          <w:color w:val="000000"/>
        </w:rPr>
        <w:t>, stern and suspicious, muttered: “And when the forges are yours, what then? Do we bow to the Miner King for every sword we draw?”</w:t>
      </w:r>
    </w:p>
    <w:p w14:paraId="3FED39E5" w14:textId="77777777" w:rsidR="0033743C" w:rsidRDefault="0033743C" w:rsidP="0033743C">
      <w:pPr>
        <w:pStyle w:val="NormalWeb"/>
        <w:rPr>
          <w:color w:val="000000"/>
        </w:rPr>
      </w:pPr>
      <w:r>
        <w:rPr>
          <w:color w:val="000000"/>
        </w:rPr>
        <w:t>Danel only smiled grimly. “Better you bow to iron than to flame.”</w:t>
      </w:r>
    </w:p>
    <w:p w14:paraId="75E13327" w14:textId="77777777" w:rsidR="0033743C" w:rsidRDefault="0033743C" w:rsidP="0033743C">
      <w:pPr>
        <w:pStyle w:val="NormalWeb"/>
        <w:rPr>
          <w:color w:val="000000"/>
        </w:rPr>
      </w:pPr>
      <w:r>
        <w:rPr>
          <w:color w:val="000000"/>
        </w:rPr>
        <w:t xml:space="preserve">King </w:t>
      </w:r>
      <w:proofErr w:type="spellStart"/>
      <w:r>
        <w:rPr>
          <w:color w:val="000000"/>
        </w:rPr>
        <w:t>Plenstant</w:t>
      </w:r>
      <w:proofErr w:type="spellEnd"/>
      <w:r>
        <w:rPr>
          <w:color w:val="000000"/>
        </w:rPr>
        <w:t xml:space="preserve"> could not resist curiosity. That night, while the Serpent King coiled half-submerged in his stone basin, </w:t>
      </w:r>
      <w:proofErr w:type="spellStart"/>
      <w:r>
        <w:rPr>
          <w:color w:val="000000"/>
        </w:rPr>
        <w:t>Plenstant</w:t>
      </w:r>
      <w:proofErr w:type="spellEnd"/>
      <w:r>
        <w:rPr>
          <w:color w:val="000000"/>
        </w:rPr>
        <w:t xml:space="preserve"> approached, a silver goblet in hand. The courtyard was empty save for torchlight flickering against damp stone.</w:t>
      </w:r>
    </w:p>
    <w:p w14:paraId="5B74685C" w14:textId="77777777" w:rsidR="0033743C" w:rsidRDefault="0033743C" w:rsidP="0033743C">
      <w:pPr>
        <w:pStyle w:val="NormalWeb"/>
        <w:rPr>
          <w:color w:val="000000"/>
        </w:rPr>
      </w:pPr>
      <w:r>
        <w:rPr>
          <w:color w:val="000000"/>
        </w:rPr>
        <w:t xml:space="preserve">“King Bresson,” </w:t>
      </w:r>
      <w:proofErr w:type="spellStart"/>
      <w:r>
        <w:rPr>
          <w:color w:val="000000"/>
        </w:rPr>
        <w:t>Plenstant</w:t>
      </w:r>
      <w:proofErr w:type="spellEnd"/>
      <w:r>
        <w:rPr>
          <w:color w:val="000000"/>
        </w:rPr>
        <w:t xml:space="preserve"> said smoothly, his silks rustling as he paced the basin’s edge. “You honor the Citadel with your… presence.”</w:t>
      </w:r>
    </w:p>
    <w:p w14:paraId="1BD481BE" w14:textId="77777777" w:rsidR="0033743C" w:rsidRDefault="0033743C" w:rsidP="0033743C">
      <w:pPr>
        <w:pStyle w:val="NormalWeb"/>
        <w:rPr>
          <w:color w:val="000000"/>
        </w:rPr>
      </w:pPr>
      <w:r>
        <w:rPr>
          <w:color w:val="000000"/>
        </w:rPr>
        <w:t>The serpent king did not stir. Only his eyes broke the still water, black and unblinking.</w:t>
      </w:r>
    </w:p>
    <w:p w14:paraId="42821437" w14:textId="77777777" w:rsidR="0033743C" w:rsidRDefault="0033743C" w:rsidP="0033743C">
      <w:pPr>
        <w:pStyle w:val="NormalWeb"/>
        <w:rPr>
          <w:color w:val="000000"/>
        </w:rPr>
      </w:pPr>
      <w:proofErr w:type="spellStart"/>
      <w:r>
        <w:rPr>
          <w:color w:val="000000"/>
        </w:rPr>
        <w:t>Plenstant</w:t>
      </w:r>
      <w:proofErr w:type="spellEnd"/>
      <w:r>
        <w:rPr>
          <w:color w:val="000000"/>
        </w:rPr>
        <w:t xml:space="preserve"> swirled the wine in his goblet and continued. “You come alone — remarkable. Such courage. Or perhaps distrust? A man who brings no council is a man who whispers only to himself.”</w:t>
      </w:r>
    </w:p>
    <w:p w14:paraId="134E52AE" w14:textId="77777777" w:rsidR="0033743C" w:rsidRDefault="0033743C" w:rsidP="0033743C">
      <w:pPr>
        <w:pStyle w:val="NormalWeb"/>
        <w:rPr>
          <w:color w:val="000000"/>
        </w:rPr>
      </w:pPr>
      <w:r>
        <w:rPr>
          <w:color w:val="000000"/>
        </w:rPr>
        <w:t>Still, no reply. The only sound was the ripple of Bresson’s gills drawing water.</w:t>
      </w:r>
    </w:p>
    <w:p w14:paraId="3EC6A8BD" w14:textId="77777777" w:rsidR="0033743C" w:rsidRDefault="0033743C" w:rsidP="0033743C">
      <w:pPr>
        <w:pStyle w:val="NormalWeb"/>
        <w:rPr>
          <w:color w:val="000000"/>
        </w:rPr>
      </w:pPr>
      <w:proofErr w:type="spellStart"/>
      <w:r>
        <w:rPr>
          <w:color w:val="000000"/>
        </w:rPr>
        <w:t>Plenstant</w:t>
      </w:r>
      <w:proofErr w:type="spellEnd"/>
      <w:r>
        <w:rPr>
          <w:color w:val="000000"/>
        </w:rPr>
        <w:t xml:space="preserve"> leaned closer, his voice dropping. “Do you not wonder at the star, swelling above us? Do you not ask what will become of your swamps if the heavens fall aflame? Or are you content to drown in silence while others decide?”</w:t>
      </w:r>
    </w:p>
    <w:p w14:paraId="66443818" w14:textId="77777777" w:rsidR="0033743C" w:rsidRDefault="0033743C" w:rsidP="0033743C">
      <w:pPr>
        <w:pStyle w:val="NormalWeb"/>
        <w:rPr>
          <w:color w:val="000000"/>
        </w:rPr>
      </w:pPr>
      <w:r>
        <w:rPr>
          <w:color w:val="000000"/>
        </w:rPr>
        <w:t>The serpent eyes blinked once. Then nothing.</w:t>
      </w:r>
    </w:p>
    <w:p w14:paraId="6228DDF6" w14:textId="77777777" w:rsidR="0033743C" w:rsidRDefault="0033743C" w:rsidP="0033743C">
      <w:pPr>
        <w:pStyle w:val="NormalWeb"/>
        <w:rPr>
          <w:color w:val="000000"/>
        </w:rPr>
      </w:pPr>
      <w:proofErr w:type="spellStart"/>
      <w:r>
        <w:rPr>
          <w:color w:val="000000"/>
        </w:rPr>
        <w:t>Plenstant</w:t>
      </w:r>
      <w:proofErr w:type="spellEnd"/>
      <w:r>
        <w:rPr>
          <w:color w:val="000000"/>
        </w:rPr>
        <w:t xml:space="preserve"> chuckled lightly, though his smile was tight. “Very well. If you will not answer, I shall speak for us both. The swamp waits. The swamp watches. The swamp devours. Yes? Yes.” He raised his goblet in mock salute. “Then I drink to your patience, serpent king. May it not strangle you as surely as your tail.”</w:t>
      </w:r>
    </w:p>
    <w:p w14:paraId="54D82020" w14:textId="77777777" w:rsidR="0033743C" w:rsidRDefault="0033743C" w:rsidP="0033743C">
      <w:pPr>
        <w:pStyle w:val="NormalWeb"/>
        <w:rPr>
          <w:color w:val="000000"/>
        </w:rPr>
      </w:pPr>
      <w:r>
        <w:rPr>
          <w:color w:val="000000"/>
        </w:rPr>
        <w:t>Bresson’s nostrils flared, releasing two faint bubbles upon the surface — the only acknowledgment.</w:t>
      </w:r>
    </w:p>
    <w:p w14:paraId="633B1B04" w14:textId="55266947" w:rsidR="0033743C" w:rsidRPr="0033743C" w:rsidRDefault="0033743C" w:rsidP="0033743C">
      <w:pPr>
        <w:pStyle w:val="NormalWeb"/>
        <w:rPr>
          <w:color w:val="000000"/>
        </w:rPr>
      </w:pPr>
      <w:proofErr w:type="spellStart"/>
      <w:r>
        <w:rPr>
          <w:color w:val="000000"/>
        </w:rPr>
        <w:t>Plenstant</w:t>
      </w:r>
      <w:proofErr w:type="spellEnd"/>
      <w:r>
        <w:rPr>
          <w:color w:val="000000"/>
        </w:rPr>
        <w:t xml:space="preserve"> turned at last, muttering as he left. “One must pour oceans of words into that one, and still the vessel never fills.”</w:t>
      </w:r>
    </w:p>
    <w:p w14:paraId="6D884729" w14:textId="77777777" w:rsidR="0033743C" w:rsidRDefault="0033743C" w:rsidP="0033743C">
      <w:pPr>
        <w:pStyle w:val="NormalWeb"/>
        <w:rPr>
          <w:color w:val="000000"/>
        </w:rPr>
      </w:pPr>
      <w:r>
        <w:rPr>
          <w:color w:val="000000"/>
        </w:rPr>
        <w:t xml:space="preserve">The following day, </w:t>
      </w:r>
      <w:proofErr w:type="spellStart"/>
      <w:r>
        <w:rPr>
          <w:color w:val="000000"/>
        </w:rPr>
        <w:t>Plenstant</w:t>
      </w:r>
      <w:proofErr w:type="spellEnd"/>
      <w:r>
        <w:rPr>
          <w:color w:val="000000"/>
        </w:rPr>
        <w:t xml:space="preserve"> carried not wine but a cask of thick ale into the forge hall where</w:t>
      </w:r>
      <w:r>
        <w:rPr>
          <w:rStyle w:val="apple-converted-space"/>
          <w:color w:val="000000"/>
        </w:rPr>
        <w:t> </w:t>
      </w:r>
      <w:r w:rsidRPr="0033743C">
        <w:rPr>
          <w:rStyle w:val="Strong"/>
          <w:b w:val="0"/>
          <w:bCs w:val="0"/>
          <w:color w:val="000000"/>
        </w:rPr>
        <w:t>Danel Darns</w:t>
      </w:r>
      <w:r>
        <w:rPr>
          <w:rStyle w:val="apple-converted-space"/>
          <w:color w:val="000000"/>
        </w:rPr>
        <w:t> </w:t>
      </w:r>
      <w:r>
        <w:rPr>
          <w:color w:val="000000"/>
        </w:rPr>
        <w:t>and his people were already hammering at anvils. Sparks flew, the clang of steel shook the chamber, and the smell of coal thickened the air.</w:t>
      </w:r>
    </w:p>
    <w:p w14:paraId="201EE084" w14:textId="77777777" w:rsidR="0033743C" w:rsidRDefault="0033743C" w:rsidP="0033743C">
      <w:pPr>
        <w:pStyle w:val="NormalWeb"/>
        <w:rPr>
          <w:color w:val="000000"/>
        </w:rPr>
      </w:pPr>
      <w:r>
        <w:rPr>
          <w:color w:val="000000"/>
        </w:rPr>
        <w:t xml:space="preserve">“Ah,” </w:t>
      </w:r>
      <w:proofErr w:type="spellStart"/>
      <w:r>
        <w:rPr>
          <w:color w:val="000000"/>
        </w:rPr>
        <w:t>Plenstant</w:t>
      </w:r>
      <w:proofErr w:type="spellEnd"/>
      <w:r>
        <w:rPr>
          <w:color w:val="000000"/>
        </w:rPr>
        <w:t xml:space="preserve"> called, setting the cask upon a bench, “</w:t>
      </w:r>
      <w:proofErr w:type="spellStart"/>
      <w:r>
        <w:rPr>
          <w:color w:val="000000"/>
        </w:rPr>
        <w:t>Hespolol</w:t>
      </w:r>
      <w:proofErr w:type="spellEnd"/>
      <w:r>
        <w:rPr>
          <w:color w:val="000000"/>
        </w:rPr>
        <w:t xml:space="preserve"> does not live only by grape. I bring ale, brewed dark, with a bite that might please even mountain tongues.”</w:t>
      </w:r>
    </w:p>
    <w:p w14:paraId="5B97DBBA" w14:textId="77777777" w:rsidR="0033743C" w:rsidRDefault="0033743C" w:rsidP="0033743C">
      <w:pPr>
        <w:pStyle w:val="NormalWeb"/>
        <w:rPr>
          <w:color w:val="000000"/>
        </w:rPr>
      </w:pPr>
      <w:r>
        <w:rPr>
          <w:color w:val="000000"/>
        </w:rPr>
        <w:lastRenderedPageBreak/>
        <w:t>Danel looked up from the hammer he wielded, sweat streaking his soot-stained brow. “You bring sweetness one day, bitterness the next. Do you mean to season all the kingdoms like a cook with herbs?”</w:t>
      </w:r>
    </w:p>
    <w:p w14:paraId="6BD55C1D" w14:textId="77777777" w:rsidR="0033743C" w:rsidRDefault="0033743C" w:rsidP="0033743C">
      <w:pPr>
        <w:pStyle w:val="NormalWeb"/>
        <w:rPr>
          <w:color w:val="000000"/>
        </w:rPr>
      </w:pPr>
      <w:proofErr w:type="spellStart"/>
      <w:r>
        <w:rPr>
          <w:color w:val="000000"/>
        </w:rPr>
        <w:t>Plenstant</w:t>
      </w:r>
      <w:proofErr w:type="spellEnd"/>
      <w:r>
        <w:rPr>
          <w:color w:val="000000"/>
        </w:rPr>
        <w:t xml:space="preserve"> laughed and pulled two cups from the cask. He poured the frothing ale and handed one across. “Better seasoned than spoiled, friend. And I would season the council in such a way that when the storm breaks, it bends to our taste, not to Barrus’s fire.”</w:t>
      </w:r>
    </w:p>
    <w:p w14:paraId="733BB3CD" w14:textId="77777777" w:rsidR="0033743C" w:rsidRDefault="0033743C" w:rsidP="0033743C">
      <w:pPr>
        <w:pStyle w:val="NormalWeb"/>
        <w:rPr>
          <w:color w:val="000000"/>
        </w:rPr>
      </w:pPr>
      <w:r>
        <w:rPr>
          <w:color w:val="000000"/>
        </w:rPr>
        <w:t xml:space="preserve">Danel drank deep, wiped his mouth with the back of his hand, and regarded </w:t>
      </w:r>
      <w:proofErr w:type="spellStart"/>
      <w:r>
        <w:rPr>
          <w:color w:val="000000"/>
        </w:rPr>
        <w:t>Plenstant</w:t>
      </w:r>
      <w:proofErr w:type="spellEnd"/>
      <w:r>
        <w:rPr>
          <w:color w:val="000000"/>
        </w:rPr>
        <w:t xml:space="preserve"> with weary amusement. “You speak of storms and fire, but all I hear is a tongue sharper than steel. I will tell you this, Vineyard King: iron bends for no man. If you want our favor, keep the wine and ale flowing, and keep your tongue from wagging so long it dulls our ears.”</w:t>
      </w:r>
    </w:p>
    <w:p w14:paraId="546DB5A2" w14:textId="77777777" w:rsidR="0033743C" w:rsidRDefault="0033743C" w:rsidP="0033743C">
      <w:pPr>
        <w:pStyle w:val="NormalWeb"/>
        <w:rPr>
          <w:color w:val="000000"/>
        </w:rPr>
      </w:pPr>
      <w:proofErr w:type="spellStart"/>
      <w:r>
        <w:rPr>
          <w:color w:val="000000"/>
        </w:rPr>
        <w:t>Plenstant</w:t>
      </w:r>
      <w:proofErr w:type="spellEnd"/>
      <w:r>
        <w:rPr>
          <w:color w:val="000000"/>
        </w:rPr>
        <w:t xml:space="preserve"> raised his cup. “A fair trade. Ale for steel. Tongue for silence.”</w:t>
      </w:r>
    </w:p>
    <w:p w14:paraId="0FDDF2ED" w14:textId="77777777" w:rsidR="0033743C" w:rsidRDefault="0033743C" w:rsidP="0033743C">
      <w:pPr>
        <w:pStyle w:val="NormalWeb"/>
        <w:rPr>
          <w:color w:val="000000"/>
        </w:rPr>
      </w:pPr>
      <w:r>
        <w:rPr>
          <w:color w:val="000000"/>
        </w:rPr>
        <w:t>Doctor Griffon Bax, watching from the shadows, murmured to Alba: “Mark this. The Vineyard King courts every throne. But iron remembers who drinks from its cup.”</w:t>
      </w:r>
    </w:p>
    <w:p w14:paraId="36940F0B" w14:textId="77777777" w:rsidR="0083196A" w:rsidRDefault="0083196A" w:rsidP="0083196A">
      <w:pPr>
        <w:pStyle w:val="NormalWeb"/>
        <w:rPr>
          <w:color w:val="000000"/>
        </w:rPr>
      </w:pPr>
      <w:r>
        <w:rPr>
          <w:color w:val="000000"/>
        </w:rPr>
        <w:t xml:space="preserve">The bells rang twice in quick succession. Apprentices shouted from the towers, voices echoing down the </w:t>
      </w:r>
      <w:proofErr w:type="gramStart"/>
      <w:r>
        <w:rPr>
          <w:color w:val="000000"/>
        </w:rPr>
        <w:t>Citadel road</w:t>
      </w:r>
      <w:proofErr w:type="gramEnd"/>
      <w:r>
        <w:rPr>
          <w:color w:val="000000"/>
        </w:rPr>
        <w:t>.</w:t>
      </w:r>
    </w:p>
    <w:p w14:paraId="6911E306" w14:textId="77777777" w:rsidR="0083196A" w:rsidRDefault="0083196A" w:rsidP="0083196A">
      <w:pPr>
        <w:pStyle w:val="NormalWeb"/>
        <w:rPr>
          <w:color w:val="000000"/>
        </w:rPr>
      </w:pPr>
      <w:r>
        <w:rPr>
          <w:color w:val="000000"/>
        </w:rPr>
        <w:t>“The western banners! The lions come!”</w:t>
      </w:r>
      <w:r>
        <w:rPr>
          <w:color w:val="000000"/>
        </w:rPr>
        <w:br/>
        <w:t>“No — the northern hounds!”</w:t>
      </w:r>
    </w:p>
    <w:p w14:paraId="5FBA0EFF" w14:textId="61C2B564" w:rsidR="0083196A" w:rsidRPr="0083196A" w:rsidRDefault="0083196A" w:rsidP="0083196A">
      <w:pPr>
        <w:pStyle w:val="NormalWeb"/>
        <w:rPr>
          <w:color w:val="000000"/>
        </w:rPr>
      </w:pPr>
      <w:r>
        <w:rPr>
          <w:color w:val="000000"/>
        </w:rPr>
        <w:t>Dust plumes rose in two directions at once, converging toward the Citadel gates. For the first time in living memory, the procession of two rival Thrones approached within minutes of each other.</w:t>
      </w:r>
    </w:p>
    <w:p w14:paraId="7FDE268C" w14:textId="77777777" w:rsidR="0083196A" w:rsidRDefault="0083196A" w:rsidP="0083196A">
      <w:pPr>
        <w:pStyle w:val="NormalWeb"/>
        <w:rPr>
          <w:color w:val="000000"/>
        </w:rPr>
      </w:pPr>
      <w:r>
        <w:rPr>
          <w:color w:val="000000"/>
        </w:rPr>
        <w:t>From the west came</w:t>
      </w:r>
      <w:r>
        <w:rPr>
          <w:rStyle w:val="apple-converted-space"/>
          <w:color w:val="000000"/>
        </w:rPr>
        <w:t> </w:t>
      </w:r>
      <w:r w:rsidRPr="0083196A">
        <w:rPr>
          <w:rStyle w:val="Strong"/>
          <w:b w:val="0"/>
          <w:bCs w:val="0"/>
          <w:color w:val="000000"/>
        </w:rPr>
        <w:t>King Thaddeus, the Lion King</w:t>
      </w:r>
      <w:r>
        <w:rPr>
          <w:color w:val="000000"/>
        </w:rPr>
        <w:t>, his banner a golden mane upon black. His retinue was small but fierce, armored men marching in tight formation. Behind them padded cages of iron, dragged upon wheeled carts — cages that shuddered and growled, for within them prowled</w:t>
      </w:r>
      <w:r>
        <w:rPr>
          <w:rStyle w:val="apple-converted-space"/>
          <w:color w:val="000000"/>
        </w:rPr>
        <w:t> </w:t>
      </w:r>
      <w:r w:rsidRPr="0083196A">
        <w:rPr>
          <w:rStyle w:val="Strong"/>
          <w:b w:val="0"/>
          <w:bCs w:val="0"/>
          <w:color w:val="000000"/>
        </w:rPr>
        <w:t>mountain lions</w:t>
      </w:r>
      <w:r>
        <w:rPr>
          <w:color w:val="000000"/>
        </w:rPr>
        <w:t>, their eyes aflame with hunger.</w:t>
      </w:r>
    </w:p>
    <w:p w14:paraId="0879C7DE" w14:textId="77777777" w:rsidR="0083196A" w:rsidRDefault="0083196A" w:rsidP="0083196A">
      <w:pPr>
        <w:pStyle w:val="NormalWeb"/>
        <w:rPr>
          <w:color w:val="000000"/>
        </w:rPr>
      </w:pPr>
      <w:r>
        <w:rPr>
          <w:color w:val="000000"/>
        </w:rPr>
        <w:t>At his side strode</w:t>
      </w:r>
      <w:r>
        <w:rPr>
          <w:rStyle w:val="apple-converted-space"/>
          <w:color w:val="000000"/>
        </w:rPr>
        <w:t> </w:t>
      </w:r>
      <w:r w:rsidRPr="0083196A">
        <w:rPr>
          <w:rStyle w:val="Strong"/>
          <w:b w:val="0"/>
          <w:bCs w:val="0"/>
          <w:color w:val="000000"/>
        </w:rPr>
        <w:t>Doctor Quill Dance</w:t>
      </w:r>
      <w:r>
        <w:rPr>
          <w:color w:val="000000"/>
        </w:rPr>
        <w:t>, the Doctor of Skins and Pelts, wrapped in furs even in the heat. Behind them marched soldiers scarred with claw marks — survivors of training with beasts that killed as often as they obeyed.</w:t>
      </w:r>
    </w:p>
    <w:p w14:paraId="57540F8F" w14:textId="531D9FD2" w:rsidR="0083196A" w:rsidRPr="0083196A" w:rsidRDefault="0083196A" w:rsidP="0083196A">
      <w:pPr>
        <w:pStyle w:val="NormalWeb"/>
        <w:rPr>
          <w:color w:val="000000"/>
        </w:rPr>
      </w:pPr>
      <w:r>
        <w:rPr>
          <w:color w:val="000000"/>
        </w:rPr>
        <w:t>Thaddeus rode a black horse with no saddle, his hand always near the lion-headed hilt of his blade. His crown was wrought of bone, unmistakably carved from the skull of a great cat.</w:t>
      </w:r>
    </w:p>
    <w:p w14:paraId="4EE5BF0F" w14:textId="77777777" w:rsidR="0083196A" w:rsidRDefault="0083196A" w:rsidP="0083196A">
      <w:pPr>
        <w:pStyle w:val="NormalWeb"/>
        <w:rPr>
          <w:color w:val="000000"/>
        </w:rPr>
      </w:pPr>
      <w:r>
        <w:rPr>
          <w:color w:val="000000"/>
        </w:rPr>
        <w:t>From the north thundered</w:t>
      </w:r>
      <w:r>
        <w:rPr>
          <w:rStyle w:val="apple-converted-space"/>
          <w:color w:val="000000"/>
        </w:rPr>
        <w:t> </w:t>
      </w:r>
      <w:r w:rsidRPr="0083196A">
        <w:rPr>
          <w:rStyle w:val="Strong"/>
          <w:b w:val="0"/>
          <w:bCs w:val="0"/>
          <w:color w:val="000000"/>
        </w:rPr>
        <w:t>Baird Tooth, the Hound King</w:t>
      </w:r>
      <w:r>
        <w:rPr>
          <w:color w:val="000000"/>
        </w:rPr>
        <w:t>, his procession louder, harsher, almost overwhelming. His men marched in ranks, their armor gleaming. At their heels padded beasts the size of small horses: the</w:t>
      </w:r>
      <w:r>
        <w:rPr>
          <w:rStyle w:val="apple-converted-space"/>
          <w:color w:val="000000"/>
        </w:rPr>
        <w:t> </w:t>
      </w:r>
      <w:r w:rsidRPr="0083196A">
        <w:rPr>
          <w:rStyle w:val="Strong"/>
          <w:b w:val="0"/>
          <w:bCs w:val="0"/>
          <w:color w:val="000000"/>
        </w:rPr>
        <w:t>Mongrels</w:t>
      </w:r>
      <w:r>
        <w:rPr>
          <w:color w:val="000000"/>
        </w:rPr>
        <w:t xml:space="preserve">, </w:t>
      </w:r>
      <w:proofErr w:type="spellStart"/>
      <w:r>
        <w:rPr>
          <w:color w:val="000000"/>
        </w:rPr>
        <w:t>epicyon</w:t>
      </w:r>
      <w:proofErr w:type="spellEnd"/>
      <w:r>
        <w:rPr>
          <w:color w:val="000000"/>
        </w:rPr>
        <w:t>-like hounds with jaws powerful enough to crush stone.</w:t>
      </w:r>
    </w:p>
    <w:p w14:paraId="5EDF81AE" w14:textId="77777777" w:rsidR="0083196A" w:rsidRDefault="0083196A" w:rsidP="0083196A">
      <w:pPr>
        <w:pStyle w:val="NormalWeb"/>
        <w:rPr>
          <w:color w:val="000000"/>
        </w:rPr>
      </w:pPr>
      <w:r>
        <w:rPr>
          <w:color w:val="000000"/>
        </w:rPr>
        <w:lastRenderedPageBreak/>
        <w:t>The Mongrels did not march in cages. They strode freely, though thick chains hung from their collars, held tightly by handlers. Their growls shook the ground.</w:t>
      </w:r>
    </w:p>
    <w:p w14:paraId="201907A6" w14:textId="262E8A34" w:rsidR="0083196A" w:rsidRPr="0083196A" w:rsidRDefault="0083196A" w:rsidP="0083196A">
      <w:pPr>
        <w:pStyle w:val="NormalWeb"/>
        <w:rPr>
          <w:color w:val="000000"/>
        </w:rPr>
      </w:pPr>
      <w:r>
        <w:rPr>
          <w:color w:val="000000"/>
        </w:rPr>
        <w:t>Baird himself rode at their head, broad-shouldered and grinning like a wolf, his helm shaped into snarling fangs. He carried no scepter, no crown — only a massive spear of black iron. His laughter boomed as he neared the Citadel.</w:t>
      </w:r>
    </w:p>
    <w:p w14:paraId="7B471FAE" w14:textId="77777777" w:rsidR="0083196A" w:rsidRDefault="0083196A" w:rsidP="0083196A">
      <w:pPr>
        <w:pStyle w:val="NormalWeb"/>
        <w:rPr>
          <w:color w:val="000000"/>
        </w:rPr>
      </w:pPr>
      <w:r>
        <w:rPr>
          <w:color w:val="000000"/>
        </w:rPr>
        <w:t>The two processions sighted each other as they neared the Citadel gates. The lions roared from their cages, sensing their ancient rivals. The Mongrels howled in reply, straining against their chains.</w:t>
      </w:r>
    </w:p>
    <w:p w14:paraId="729745C7" w14:textId="77777777" w:rsidR="0083196A" w:rsidRDefault="0083196A" w:rsidP="0083196A">
      <w:pPr>
        <w:pStyle w:val="NormalWeb"/>
        <w:rPr>
          <w:color w:val="000000"/>
        </w:rPr>
      </w:pPr>
      <w:r>
        <w:rPr>
          <w:color w:val="000000"/>
        </w:rPr>
        <w:t xml:space="preserve">For a moment the road itself seemed to tremble with fury. Handlers shouted, soldiers raised shields, the Citadel guards lowered spears. The apprentices screamed from the </w:t>
      </w:r>
      <w:proofErr w:type="gramStart"/>
      <w:r>
        <w:rPr>
          <w:color w:val="000000"/>
        </w:rPr>
        <w:t>walls,</w:t>
      </w:r>
      <w:proofErr w:type="gramEnd"/>
      <w:r>
        <w:rPr>
          <w:color w:val="000000"/>
        </w:rPr>
        <w:t xml:space="preserve"> certain a battle would break out before the very threshold of the Doctors.</w:t>
      </w:r>
    </w:p>
    <w:p w14:paraId="305CCEF7" w14:textId="77777777" w:rsidR="0083196A" w:rsidRDefault="0083196A" w:rsidP="0083196A">
      <w:pPr>
        <w:pStyle w:val="NormalWeb"/>
        <w:rPr>
          <w:color w:val="000000"/>
        </w:rPr>
      </w:pPr>
      <w:r>
        <w:rPr>
          <w:color w:val="000000"/>
        </w:rPr>
        <w:t xml:space="preserve">“Hold!” cried the </w:t>
      </w:r>
      <w:proofErr w:type="gramStart"/>
      <w:r>
        <w:rPr>
          <w:color w:val="000000"/>
        </w:rPr>
        <w:t>guards</w:t>
      </w:r>
      <w:proofErr w:type="gramEnd"/>
      <w:r>
        <w:rPr>
          <w:color w:val="000000"/>
        </w:rPr>
        <w:t xml:space="preserve"> captain. “This is the Citadel! None draw blood here!”</w:t>
      </w:r>
    </w:p>
    <w:p w14:paraId="737CB451" w14:textId="77777777" w:rsidR="0083196A" w:rsidRDefault="0083196A" w:rsidP="0083196A">
      <w:pPr>
        <w:pStyle w:val="NormalWeb"/>
        <w:rPr>
          <w:color w:val="000000"/>
        </w:rPr>
      </w:pPr>
      <w:r>
        <w:rPr>
          <w:color w:val="000000"/>
        </w:rPr>
        <w:t>But the beasts did not heed human voices. A lion hurled itself against the bars of its cage until the iron bent. A Mongrel lunged, dragging three men with it, foam flying from its jaws.</w:t>
      </w:r>
    </w:p>
    <w:p w14:paraId="7E37EF7A" w14:textId="7CDE053D" w:rsidR="0083196A" w:rsidRPr="0083196A" w:rsidRDefault="0083196A" w:rsidP="0083196A">
      <w:pPr>
        <w:pStyle w:val="NormalWeb"/>
        <w:rPr>
          <w:color w:val="000000"/>
        </w:rPr>
      </w:pPr>
      <w:r>
        <w:rPr>
          <w:color w:val="000000"/>
        </w:rPr>
        <w:t>Only the arrival of the</w:t>
      </w:r>
      <w:r>
        <w:rPr>
          <w:rStyle w:val="apple-converted-space"/>
          <w:color w:val="000000"/>
        </w:rPr>
        <w:t> </w:t>
      </w:r>
      <w:r w:rsidRPr="0083196A">
        <w:rPr>
          <w:rStyle w:val="Strong"/>
          <w:b w:val="0"/>
          <w:bCs w:val="0"/>
          <w:color w:val="000000"/>
        </w:rPr>
        <w:t>Doctors themselves</w:t>
      </w:r>
      <w:r>
        <w:rPr>
          <w:rStyle w:val="apple-converted-space"/>
          <w:color w:val="000000"/>
        </w:rPr>
        <w:t> </w:t>
      </w:r>
      <w:r>
        <w:rPr>
          <w:color w:val="000000"/>
        </w:rPr>
        <w:t>stilled the chaos.</w:t>
      </w:r>
    </w:p>
    <w:p w14:paraId="42EB1095" w14:textId="77777777" w:rsidR="0083196A" w:rsidRDefault="0083196A" w:rsidP="0083196A">
      <w:pPr>
        <w:pStyle w:val="NormalWeb"/>
        <w:rPr>
          <w:color w:val="000000"/>
        </w:rPr>
      </w:pPr>
      <w:r w:rsidRPr="0083196A">
        <w:rPr>
          <w:rStyle w:val="Strong"/>
          <w:b w:val="0"/>
          <w:bCs w:val="0"/>
          <w:color w:val="000000"/>
        </w:rPr>
        <w:t>Marcellis</w:t>
      </w:r>
      <w:r w:rsidRPr="0083196A">
        <w:rPr>
          <w:b/>
          <w:bCs/>
          <w:color w:val="000000"/>
        </w:rPr>
        <w:t>,</w:t>
      </w:r>
      <w:r>
        <w:rPr>
          <w:color w:val="000000"/>
        </w:rPr>
        <w:t xml:space="preserve"> the Chair, strode to the gates, her staff raised high. With her came</w:t>
      </w:r>
      <w:r>
        <w:rPr>
          <w:rStyle w:val="apple-converted-space"/>
          <w:color w:val="000000"/>
        </w:rPr>
        <w:t> </w:t>
      </w:r>
      <w:proofErr w:type="spellStart"/>
      <w:r w:rsidRPr="0083196A">
        <w:rPr>
          <w:rStyle w:val="Strong"/>
          <w:b w:val="0"/>
          <w:bCs w:val="0"/>
          <w:color w:val="000000"/>
        </w:rPr>
        <w:t>Brakon</w:t>
      </w:r>
      <w:proofErr w:type="spellEnd"/>
      <w:r>
        <w:rPr>
          <w:rStyle w:val="apple-converted-space"/>
          <w:color w:val="000000"/>
        </w:rPr>
        <w:t> </w:t>
      </w:r>
      <w:r>
        <w:rPr>
          <w:color w:val="000000"/>
        </w:rPr>
        <w:t>and</w:t>
      </w:r>
      <w:r>
        <w:rPr>
          <w:rStyle w:val="apple-converted-space"/>
          <w:color w:val="000000"/>
        </w:rPr>
        <w:t> </w:t>
      </w:r>
      <w:r w:rsidRPr="0083196A">
        <w:rPr>
          <w:rStyle w:val="Strong"/>
          <w:b w:val="0"/>
          <w:bCs w:val="0"/>
          <w:color w:val="000000"/>
        </w:rPr>
        <w:t>Willum Mays</w:t>
      </w:r>
      <w:r>
        <w:rPr>
          <w:color w:val="000000"/>
        </w:rPr>
        <w:t xml:space="preserve">, their robes sweeping the dust. </w:t>
      </w:r>
      <w:proofErr w:type="spellStart"/>
      <w:r>
        <w:rPr>
          <w:color w:val="000000"/>
        </w:rPr>
        <w:t>Gundae</w:t>
      </w:r>
      <w:proofErr w:type="spellEnd"/>
      <w:r>
        <w:rPr>
          <w:color w:val="000000"/>
        </w:rPr>
        <w:t xml:space="preserve"> </w:t>
      </w:r>
      <w:proofErr w:type="spellStart"/>
      <w:r>
        <w:rPr>
          <w:color w:val="000000"/>
        </w:rPr>
        <w:t>Prium</w:t>
      </w:r>
      <w:proofErr w:type="spellEnd"/>
      <w:r>
        <w:rPr>
          <w:color w:val="000000"/>
        </w:rPr>
        <w:t xml:space="preserve"> stood upon the wall above, his voice carrying with a strength the apprentices had never heard before.</w:t>
      </w:r>
    </w:p>
    <w:p w14:paraId="4EE8084F" w14:textId="77777777" w:rsidR="0083196A" w:rsidRDefault="0083196A" w:rsidP="0083196A">
      <w:pPr>
        <w:pStyle w:val="NormalWeb"/>
        <w:rPr>
          <w:color w:val="000000"/>
        </w:rPr>
      </w:pPr>
      <w:r>
        <w:rPr>
          <w:color w:val="000000"/>
        </w:rPr>
        <w:t>“By the flame and the staff, I command you!” Marcellis thundered. “This is the Citadel. None shall shed blood within its shadow!”</w:t>
      </w:r>
    </w:p>
    <w:p w14:paraId="369392EB" w14:textId="77777777" w:rsidR="0083196A" w:rsidRDefault="0083196A" w:rsidP="0083196A">
      <w:pPr>
        <w:pStyle w:val="NormalWeb"/>
        <w:rPr>
          <w:color w:val="000000"/>
        </w:rPr>
      </w:pPr>
      <w:r>
        <w:rPr>
          <w:color w:val="000000"/>
        </w:rPr>
        <w:t xml:space="preserve">For a moment, the hounds and lions still strained, snarling and roaring. But the presence of the Doctors — their authority as the sages of all realms — weighed upon the beasts and their </w:t>
      </w:r>
      <w:proofErr w:type="gramStart"/>
      <w:r>
        <w:rPr>
          <w:color w:val="000000"/>
        </w:rPr>
        <w:t>masters</w:t>
      </w:r>
      <w:proofErr w:type="gramEnd"/>
      <w:r>
        <w:rPr>
          <w:color w:val="000000"/>
        </w:rPr>
        <w:t xml:space="preserve"> alike.</w:t>
      </w:r>
    </w:p>
    <w:p w14:paraId="56782181" w14:textId="77777777" w:rsidR="0083196A" w:rsidRDefault="0083196A" w:rsidP="0083196A">
      <w:pPr>
        <w:pStyle w:val="NormalWeb"/>
        <w:rPr>
          <w:color w:val="000000"/>
        </w:rPr>
      </w:pPr>
      <w:r>
        <w:rPr>
          <w:color w:val="000000"/>
        </w:rPr>
        <w:t>At last, Thaddeus raised a hand, signaling his men to still the cages. Baird Tooth gave a sharp whistle, and the Mongrels lowered their heads with grudging obedience.</w:t>
      </w:r>
    </w:p>
    <w:p w14:paraId="665444AF" w14:textId="2B32D2B8" w:rsidR="0083196A" w:rsidRPr="0083196A" w:rsidRDefault="0083196A" w:rsidP="0083196A">
      <w:pPr>
        <w:pStyle w:val="NormalWeb"/>
        <w:rPr>
          <w:color w:val="000000"/>
        </w:rPr>
      </w:pPr>
      <w:r>
        <w:rPr>
          <w:color w:val="000000"/>
        </w:rPr>
        <w:t>The road fell into tense silence.</w:t>
      </w:r>
    </w:p>
    <w:p w14:paraId="49DBEAC7" w14:textId="77777777" w:rsidR="0083196A" w:rsidRDefault="0083196A" w:rsidP="0083196A">
      <w:pPr>
        <w:pStyle w:val="NormalWeb"/>
        <w:rPr>
          <w:color w:val="000000"/>
        </w:rPr>
      </w:pPr>
      <w:r>
        <w:rPr>
          <w:color w:val="000000"/>
        </w:rPr>
        <w:t>Inside the gates, both kings made their positions clear.</w:t>
      </w:r>
    </w:p>
    <w:p w14:paraId="14CAC224" w14:textId="77777777" w:rsidR="0083196A" w:rsidRDefault="0083196A" w:rsidP="0083196A">
      <w:pPr>
        <w:pStyle w:val="NormalWeb"/>
        <w:rPr>
          <w:color w:val="000000"/>
        </w:rPr>
      </w:pPr>
      <w:r>
        <w:rPr>
          <w:color w:val="000000"/>
        </w:rPr>
        <w:t>Thaddeus, his voice low and dangerous, declared:</w:t>
      </w:r>
      <w:r>
        <w:rPr>
          <w:color w:val="000000"/>
        </w:rPr>
        <w:br/>
        <w:t>“The lions bow to no man. But we have come at the Doctors’ summons. Give us meat for our beasts, or they will take it themselves.”</w:t>
      </w:r>
    </w:p>
    <w:p w14:paraId="41869D7E" w14:textId="77777777" w:rsidR="0083196A" w:rsidRDefault="0083196A" w:rsidP="0083196A">
      <w:pPr>
        <w:pStyle w:val="NormalWeb"/>
        <w:rPr>
          <w:color w:val="000000"/>
        </w:rPr>
      </w:pPr>
      <w:r>
        <w:rPr>
          <w:color w:val="000000"/>
        </w:rPr>
        <w:lastRenderedPageBreak/>
        <w:t>Baird Tooth barked a laugh, his Mongrels snapping their jaws in chorus.</w:t>
      </w:r>
      <w:r>
        <w:rPr>
          <w:color w:val="000000"/>
        </w:rPr>
        <w:br/>
        <w:t>“My hounds need no cages, no pampering. Let them roam, and you will see which beast truly rules these lands.”</w:t>
      </w:r>
    </w:p>
    <w:p w14:paraId="6454D060" w14:textId="77777777" w:rsidR="0083196A" w:rsidRDefault="0083196A" w:rsidP="0083196A">
      <w:pPr>
        <w:pStyle w:val="NormalWeb"/>
        <w:rPr>
          <w:color w:val="000000"/>
        </w:rPr>
      </w:pPr>
      <w:r>
        <w:rPr>
          <w:color w:val="000000"/>
        </w:rPr>
        <w:t xml:space="preserve">The Doctors exchanged dark looks. </w:t>
      </w:r>
      <w:proofErr w:type="gramStart"/>
      <w:r>
        <w:rPr>
          <w:color w:val="000000"/>
        </w:rPr>
        <w:t>Never before</w:t>
      </w:r>
      <w:proofErr w:type="gramEnd"/>
      <w:r>
        <w:rPr>
          <w:color w:val="000000"/>
        </w:rPr>
        <w:t xml:space="preserve"> had the Citadel felt so fragile.</w:t>
      </w:r>
    </w:p>
    <w:p w14:paraId="4A0537A0" w14:textId="77777777" w:rsidR="0083196A" w:rsidRDefault="0083196A" w:rsidP="0083196A">
      <w:pPr>
        <w:pStyle w:val="NormalWeb"/>
        <w:rPr>
          <w:color w:val="000000"/>
        </w:rPr>
      </w:pPr>
      <w:r>
        <w:rPr>
          <w:color w:val="000000"/>
        </w:rPr>
        <w:t>The Citadel bells tolled at midnight, shattering uneasy sleep. Guards rushed to the walls, torches flaring against the black sky.</w:t>
      </w:r>
    </w:p>
    <w:p w14:paraId="4533C00E" w14:textId="77777777" w:rsidR="0083196A" w:rsidRDefault="0083196A" w:rsidP="0083196A">
      <w:pPr>
        <w:pStyle w:val="NormalWeb"/>
        <w:rPr>
          <w:color w:val="000000"/>
        </w:rPr>
      </w:pPr>
      <w:r>
        <w:rPr>
          <w:color w:val="000000"/>
        </w:rPr>
        <w:t>From the stars above came a rushing sound like the beat of thunderous drums. Wings. Thousands of them.</w:t>
      </w:r>
    </w:p>
    <w:p w14:paraId="6D5BA523" w14:textId="7DBD67F9" w:rsidR="0083196A" w:rsidRDefault="0083196A" w:rsidP="0083196A">
      <w:pPr>
        <w:pStyle w:val="NormalWeb"/>
        <w:rPr>
          <w:color w:val="000000"/>
        </w:rPr>
      </w:pPr>
      <w:r>
        <w:rPr>
          <w:color w:val="000000"/>
        </w:rPr>
        <w:t>Then, with a shriek that pierced the night, a vast shadow broke from the darkness.</w:t>
      </w:r>
      <w:r>
        <w:rPr>
          <w:rStyle w:val="apple-converted-space"/>
          <w:color w:val="000000"/>
        </w:rPr>
        <w:t> </w:t>
      </w:r>
      <w:r w:rsidRPr="0083196A">
        <w:rPr>
          <w:rStyle w:val="Strong"/>
          <w:b w:val="0"/>
          <w:bCs w:val="0"/>
          <w:color w:val="000000"/>
        </w:rPr>
        <w:t xml:space="preserve">King </w:t>
      </w:r>
      <w:proofErr w:type="spellStart"/>
      <w:r w:rsidRPr="0083196A">
        <w:rPr>
          <w:rStyle w:val="Strong"/>
          <w:b w:val="0"/>
          <w:bCs w:val="0"/>
          <w:color w:val="000000"/>
        </w:rPr>
        <w:t>Stormflyer</w:t>
      </w:r>
      <w:proofErr w:type="spellEnd"/>
      <w:r w:rsidRPr="0083196A">
        <w:rPr>
          <w:rStyle w:val="Strong"/>
          <w:b w:val="0"/>
          <w:bCs w:val="0"/>
          <w:color w:val="000000"/>
        </w:rPr>
        <w:t xml:space="preserve"> of the </w:t>
      </w:r>
      <w:proofErr w:type="spellStart"/>
      <w:r w:rsidRPr="0083196A">
        <w:rPr>
          <w:rStyle w:val="Strong"/>
          <w:b w:val="0"/>
          <w:bCs w:val="0"/>
          <w:color w:val="000000"/>
        </w:rPr>
        <w:t>Hawkmen</w:t>
      </w:r>
      <w:proofErr w:type="spellEnd"/>
      <w:r>
        <w:rPr>
          <w:color w:val="000000"/>
        </w:rPr>
        <w:t xml:space="preserve"> </w:t>
      </w:r>
      <w:r>
        <w:rPr>
          <w:color w:val="000000"/>
        </w:rPr>
        <w:t>swept down upon the Citadel, his great wings spread wider than any banner, the moonlight flashing off the talons bound to his wrists. His descent was so swift and sudden that the guards raised their spears in panic.</w:t>
      </w:r>
    </w:p>
    <w:p w14:paraId="6FDB1790" w14:textId="77777777" w:rsidR="0083196A" w:rsidRDefault="0083196A" w:rsidP="0083196A">
      <w:pPr>
        <w:pStyle w:val="NormalWeb"/>
        <w:rPr>
          <w:color w:val="000000"/>
        </w:rPr>
      </w:pPr>
      <w:r>
        <w:rPr>
          <w:color w:val="000000"/>
        </w:rPr>
        <w:t xml:space="preserve">But </w:t>
      </w:r>
      <w:proofErr w:type="spellStart"/>
      <w:r>
        <w:rPr>
          <w:color w:val="000000"/>
        </w:rPr>
        <w:t>Stormflyer</w:t>
      </w:r>
      <w:proofErr w:type="spellEnd"/>
      <w:r>
        <w:rPr>
          <w:color w:val="000000"/>
        </w:rPr>
        <w:t xml:space="preserve"> did not approach the gates. Instead, he soared directly to one of the Citadel’s great towers and alighted upon its highest balcony. Stone cracked beneath his talons as he landed, and his piercing gaze swept across the courtyard below.</w:t>
      </w:r>
    </w:p>
    <w:p w14:paraId="15B6D12A" w14:textId="203495E1" w:rsidR="0083196A" w:rsidRPr="0083196A" w:rsidRDefault="0083196A" w:rsidP="0083196A">
      <w:pPr>
        <w:pStyle w:val="NormalWeb"/>
        <w:rPr>
          <w:color w:val="000000"/>
        </w:rPr>
      </w:pPr>
      <w:r>
        <w:rPr>
          <w:color w:val="000000"/>
        </w:rPr>
        <w:t xml:space="preserve">Behind him, a dozen other </w:t>
      </w:r>
      <w:proofErr w:type="spellStart"/>
      <w:r>
        <w:rPr>
          <w:color w:val="000000"/>
        </w:rPr>
        <w:t>Hawkmen</w:t>
      </w:r>
      <w:proofErr w:type="spellEnd"/>
      <w:r>
        <w:rPr>
          <w:color w:val="000000"/>
        </w:rPr>
        <w:t xml:space="preserve"> circled in the night sky — his queen,</w:t>
      </w:r>
      <w:r>
        <w:rPr>
          <w:rStyle w:val="apple-converted-space"/>
          <w:color w:val="000000"/>
        </w:rPr>
        <w:t> </w:t>
      </w:r>
      <w:r w:rsidRPr="0083196A">
        <w:rPr>
          <w:rStyle w:val="Strong"/>
          <w:b w:val="0"/>
          <w:bCs w:val="0"/>
          <w:color w:val="000000"/>
        </w:rPr>
        <w:t>Ava</w:t>
      </w:r>
      <w:r>
        <w:rPr>
          <w:color w:val="000000"/>
        </w:rPr>
        <w:t>, her dark wings stretched, and his master of arms,</w:t>
      </w:r>
      <w:r>
        <w:rPr>
          <w:rStyle w:val="apple-converted-space"/>
          <w:color w:val="000000"/>
        </w:rPr>
        <w:t> </w:t>
      </w:r>
      <w:r w:rsidRPr="0083196A">
        <w:rPr>
          <w:rStyle w:val="Strong"/>
          <w:b w:val="0"/>
          <w:bCs w:val="0"/>
          <w:color w:val="000000"/>
        </w:rPr>
        <w:t>Darius</w:t>
      </w:r>
      <w:r>
        <w:rPr>
          <w:color w:val="000000"/>
        </w:rPr>
        <w:t xml:space="preserve">, their spears glittering in moonlight. They did not descend to the </w:t>
      </w:r>
      <w:proofErr w:type="gramStart"/>
      <w:r>
        <w:rPr>
          <w:color w:val="000000"/>
        </w:rPr>
        <w:t>ground, but</w:t>
      </w:r>
      <w:proofErr w:type="gramEnd"/>
      <w:r>
        <w:rPr>
          <w:color w:val="000000"/>
        </w:rPr>
        <w:t xml:space="preserve"> circled like vultures above the Citadel.</w:t>
      </w:r>
    </w:p>
    <w:p w14:paraId="2182F986" w14:textId="77777777" w:rsidR="0083196A" w:rsidRDefault="0083196A" w:rsidP="0083196A">
      <w:pPr>
        <w:pStyle w:val="NormalWeb"/>
        <w:rPr>
          <w:color w:val="000000"/>
        </w:rPr>
      </w:pPr>
      <w:proofErr w:type="spellStart"/>
      <w:r>
        <w:rPr>
          <w:color w:val="000000"/>
        </w:rPr>
        <w:t>Stormflyer’s</w:t>
      </w:r>
      <w:proofErr w:type="spellEnd"/>
      <w:r>
        <w:rPr>
          <w:color w:val="000000"/>
        </w:rPr>
        <w:t xml:space="preserve"> voice echoed across the courtyard, carrying through the Citadel halls like a gale.</w:t>
      </w:r>
    </w:p>
    <w:p w14:paraId="38AB452C" w14:textId="77777777" w:rsidR="0083196A" w:rsidRDefault="0083196A" w:rsidP="0083196A">
      <w:pPr>
        <w:pStyle w:val="NormalWeb"/>
        <w:rPr>
          <w:color w:val="000000"/>
        </w:rPr>
      </w:pPr>
      <w:r>
        <w:rPr>
          <w:color w:val="000000"/>
        </w:rPr>
        <w:t>“This tower is ours. Clear it. No man shall dwell above us. Here we will roost until the council calls.”</w:t>
      </w:r>
    </w:p>
    <w:p w14:paraId="1D898B5E" w14:textId="77777777" w:rsidR="0083196A" w:rsidRDefault="0083196A" w:rsidP="0083196A">
      <w:pPr>
        <w:pStyle w:val="NormalWeb"/>
        <w:rPr>
          <w:color w:val="000000"/>
        </w:rPr>
      </w:pPr>
      <w:r>
        <w:rPr>
          <w:color w:val="000000"/>
        </w:rPr>
        <w:t>Gasps rippled through the watching apprentices. Never had a king made such a demand, to seize part of the Citadel itself as though it were his own fortress.</w:t>
      </w:r>
    </w:p>
    <w:p w14:paraId="40B45B95" w14:textId="77777777" w:rsidR="0083196A" w:rsidRDefault="0083196A" w:rsidP="0083196A">
      <w:pPr>
        <w:pStyle w:val="NormalWeb"/>
        <w:rPr>
          <w:color w:val="000000"/>
        </w:rPr>
      </w:pPr>
      <w:r w:rsidRPr="0083196A">
        <w:rPr>
          <w:rStyle w:val="Strong"/>
          <w:b w:val="0"/>
          <w:bCs w:val="0"/>
          <w:color w:val="000000"/>
        </w:rPr>
        <w:t>Doctor Marcellis</w:t>
      </w:r>
      <w:r>
        <w:rPr>
          <w:color w:val="000000"/>
        </w:rPr>
        <w:t>, roused from her chambers, strode into the courtyard, her torch blazing. “</w:t>
      </w:r>
      <w:proofErr w:type="spellStart"/>
      <w:r>
        <w:rPr>
          <w:color w:val="000000"/>
        </w:rPr>
        <w:t>Stormflyer</w:t>
      </w:r>
      <w:proofErr w:type="spellEnd"/>
      <w:r>
        <w:rPr>
          <w:color w:val="000000"/>
        </w:rPr>
        <w:t>! The towers belong to the Council. None may claim them.”</w:t>
      </w:r>
    </w:p>
    <w:p w14:paraId="622A3313" w14:textId="77777777" w:rsidR="0083196A" w:rsidRDefault="0083196A" w:rsidP="0083196A">
      <w:pPr>
        <w:pStyle w:val="NormalWeb"/>
        <w:rPr>
          <w:color w:val="000000"/>
        </w:rPr>
      </w:pPr>
      <w:proofErr w:type="spellStart"/>
      <w:r>
        <w:rPr>
          <w:color w:val="000000"/>
        </w:rPr>
        <w:t>Stormflyer</w:t>
      </w:r>
      <w:proofErr w:type="spellEnd"/>
      <w:r>
        <w:rPr>
          <w:color w:val="000000"/>
        </w:rPr>
        <w:t xml:space="preserve"> only spread his wings, his shadow covering the stones below. “Then call me no king, for kings do not beg chambers like beggars. We take what is high, as hawks always have. Clear it — or we shall clear it ourselves.”</w:t>
      </w:r>
    </w:p>
    <w:p w14:paraId="07F658D7" w14:textId="77777777" w:rsidR="0083196A" w:rsidRDefault="0083196A" w:rsidP="0083196A">
      <w:pPr>
        <w:pStyle w:val="NormalWeb"/>
        <w:rPr>
          <w:color w:val="000000"/>
        </w:rPr>
      </w:pPr>
      <w:r>
        <w:rPr>
          <w:color w:val="000000"/>
        </w:rPr>
        <w:t>The hawk-warriors circling above loosed shrieks that rattled the very windows.</w:t>
      </w:r>
    </w:p>
    <w:p w14:paraId="10BAEA07" w14:textId="77777777" w:rsidR="0083196A" w:rsidRDefault="0083196A" w:rsidP="0083196A">
      <w:pPr>
        <w:pStyle w:val="NormalWeb"/>
        <w:rPr>
          <w:color w:val="000000"/>
        </w:rPr>
      </w:pPr>
      <w:r>
        <w:rPr>
          <w:color w:val="000000"/>
        </w:rPr>
        <w:t xml:space="preserve">Reluctantly, the Doctors gave the order. The upper levels of the tower were emptied by dawn — chambers once reserved for scholars and </w:t>
      </w:r>
      <w:proofErr w:type="gramStart"/>
      <w:r>
        <w:rPr>
          <w:color w:val="000000"/>
        </w:rPr>
        <w:t>astronomers,</w:t>
      </w:r>
      <w:proofErr w:type="gramEnd"/>
      <w:r>
        <w:rPr>
          <w:color w:val="000000"/>
        </w:rPr>
        <w:t xml:space="preserve"> their scrolls and lenses </w:t>
      </w:r>
      <w:r>
        <w:rPr>
          <w:color w:val="000000"/>
        </w:rPr>
        <w:lastRenderedPageBreak/>
        <w:t xml:space="preserve">carried away under protest. The </w:t>
      </w:r>
      <w:proofErr w:type="spellStart"/>
      <w:r>
        <w:rPr>
          <w:color w:val="000000"/>
        </w:rPr>
        <w:t>Hawkmen</w:t>
      </w:r>
      <w:proofErr w:type="spellEnd"/>
      <w:r>
        <w:rPr>
          <w:color w:val="000000"/>
        </w:rPr>
        <w:t xml:space="preserve"> settled in, nests of feathers and spears already lining the stone.</w:t>
      </w:r>
    </w:p>
    <w:p w14:paraId="275F0F4B" w14:textId="03C8CD1E" w:rsidR="0083196A" w:rsidRPr="005743B0" w:rsidRDefault="0083196A" w:rsidP="005743B0">
      <w:pPr>
        <w:pStyle w:val="NormalWeb"/>
        <w:rPr>
          <w:color w:val="000000"/>
        </w:rPr>
      </w:pPr>
      <w:r>
        <w:rPr>
          <w:color w:val="000000"/>
        </w:rPr>
        <w:t>The other kings reacted swiftly to the news.</w:t>
      </w:r>
      <w:r w:rsidR="005743B0">
        <w:rPr>
          <w:color w:val="000000"/>
        </w:rPr>
        <w:t xml:space="preserve">  </w:t>
      </w:r>
      <w:r w:rsidRPr="005743B0">
        <w:rPr>
          <w:rStyle w:val="Strong"/>
          <w:b w:val="0"/>
          <w:bCs w:val="0"/>
          <w:color w:val="000000"/>
        </w:rPr>
        <w:t>Baird Tooth</w:t>
      </w:r>
      <w:r>
        <w:rPr>
          <w:rStyle w:val="apple-converted-space"/>
          <w:color w:val="000000"/>
        </w:rPr>
        <w:t> </w:t>
      </w:r>
      <w:r>
        <w:rPr>
          <w:color w:val="000000"/>
        </w:rPr>
        <w:t>spat into the dust. “Let them stay in the sky. It will be easier to chain their wings when they fall.”</w:t>
      </w:r>
      <w:r w:rsidR="005743B0">
        <w:rPr>
          <w:color w:val="000000"/>
        </w:rPr>
        <w:t xml:space="preserve">  </w:t>
      </w:r>
      <w:r w:rsidRPr="005743B0">
        <w:rPr>
          <w:rStyle w:val="Strong"/>
          <w:b w:val="0"/>
          <w:bCs w:val="0"/>
          <w:color w:val="000000"/>
        </w:rPr>
        <w:t>Thaddeus</w:t>
      </w:r>
      <w:r>
        <w:rPr>
          <w:rStyle w:val="apple-converted-space"/>
          <w:color w:val="000000"/>
        </w:rPr>
        <w:t> </w:t>
      </w:r>
      <w:r>
        <w:rPr>
          <w:color w:val="000000"/>
        </w:rPr>
        <w:t>snarled, his lions pacing in their cages. “A beast in a tower is still a beast. The Citadel is no roost.”</w:t>
      </w:r>
      <w:r w:rsidR="005743B0">
        <w:rPr>
          <w:color w:val="000000"/>
        </w:rPr>
        <w:t xml:space="preserve">  </w:t>
      </w:r>
      <w:r w:rsidRPr="005743B0">
        <w:rPr>
          <w:rStyle w:val="Strong"/>
          <w:b w:val="0"/>
          <w:bCs w:val="0"/>
          <w:color w:val="000000"/>
        </w:rPr>
        <w:t>Bruce</w:t>
      </w:r>
      <w:r>
        <w:rPr>
          <w:color w:val="000000"/>
        </w:rPr>
        <w:t>, the Forest King, frowned. “They will watch us all from above. Every council, every march, every word. The hawk does not perch without seeing prey.”</w:t>
      </w:r>
      <w:r w:rsidR="005743B0">
        <w:rPr>
          <w:color w:val="000000"/>
        </w:rPr>
        <w:t xml:space="preserve">  </w:t>
      </w:r>
      <w:proofErr w:type="spellStart"/>
      <w:r w:rsidRPr="005743B0">
        <w:rPr>
          <w:rStyle w:val="Strong"/>
          <w:b w:val="0"/>
          <w:bCs w:val="0"/>
          <w:color w:val="000000"/>
        </w:rPr>
        <w:t>Plenstant</w:t>
      </w:r>
      <w:proofErr w:type="spellEnd"/>
      <w:r>
        <w:rPr>
          <w:color w:val="000000"/>
        </w:rPr>
        <w:t>, ever the schemer, laughed into his goblet. “</w:t>
      </w:r>
      <w:proofErr w:type="gramStart"/>
      <w:r>
        <w:rPr>
          <w:color w:val="000000"/>
        </w:rPr>
        <w:t>So</w:t>
      </w:r>
      <w:proofErr w:type="gramEnd"/>
      <w:r>
        <w:rPr>
          <w:color w:val="000000"/>
        </w:rPr>
        <w:t xml:space="preserve"> they take the high perch, and the rest of us quarrel in the dirt. How fitting.”</w:t>
      </w:r>
      <w:r w:rsidR="005743B0">
        <w:rPr>
          <w:color w:val="000000"/>
        </w:rPr>
        <w:t xml:space="preserve">  </w:t>
      </w:r>
      <w:r>
        <w:rPr>
          <w:color w:val="000000"/>
        </w:rPr>
        <w:t>But it was</w:t>
      </w:r>
      <w:r>
        <w:rPr>
          <w:rStyle w:val="apple-converted-space"/>
          <w:color w:val="000000"/>
        </w:rPr>
        <w:t> </w:t>
      </w:r>
      <w:r w:rsidRPr="005743B0">
        <w:rPr>
          <w:rStyle w:val="Strong"/>
          <w:b w:val="0"/>
          <w:bCs w:val="0"/>
          <w:color w:val="000000"/>
        </w:rPr>
        <w:t>Wester, the Sea King</w:t>
      </w:r>
      <w:r>
        <w:rPr>
          <w:color w:val="000000"/>
        </w:rPr>
        <w:t xml:space="preserve">, who voiced what many feared: “The sky belongs to no walls. If the </w:t>
      </w:r>
      <w:proofErr w:type="spellStart"/>
      <w:r>
        <w:rPr>
          <w:color w:val="000000"/>
        </w:rPr>
        <w:t>Hawkmen</w:t>
      </w:r>
      <w:proofErr w:type="spellEnd"/>
      <w:r>
        <w:rPr>
          <w:color w:val="000000"/>
        </w:rPr>
        <w:t xml:space="preserve"> have claimed the tower, then the Citadel has already lost its height.”</w:t>
      </w:r>
    </w:p>
    <w:p w14:paraId="04DA7E40" w14:textId="77777777" w:rsidR="0083196A" w:rsidRDefault="0083196A" w:rsidP="0083196A">
      <w:pPr>
        <w:pStyle w:val="NormalWeb"/>
        <w:rPr>
          <w:color w:val="000000"/>
        </w:rPr>
      </w:pPr>
      <w:r>
        <w:rPr>
          <w:color w:val="000000"/>
        </w:rPr>
        <w:t xml:space="preserve">Apprentices whispered that the </w:t>
      </w:r>
      <w:proofErr w:type="spellStart"/>
      <w:r>
        <w:rPr>
          <w:color w:val="000000"/>
        </w:rPr>
        <w:t>Hawkmen</w:t>
      </w:r>
      <w:proofErr w:type="spellEnd"/>
      <w:r>
        <w:rPr>
          <w:color w:val="000000"/>
        </w:rPr>
        <w:t xml:space="preserve"> moved without sound in the tower, gliding through the shadows, their eyes glowing faintly in the torchlight. Some claimed that Queen Ava herself flew through the halls at night, watching, measuring, whispering into the ears of sleeping servants.</w:t>
      </w:r>
    </w:p>
    <w:p w14:paraId="4D2A1419" w14:textId="77777777" w:rsidR="0083196A" w:rsidRDefault="0083196A" w:rsidP="0083196A">
      <w:pPr>
        <w:pStyle w:val="NormalWeb"/>
        <w:rPr>
          <w:color w:val="000000"/>
        </w:rPr>
      </w:pPr>
      <w:r>
        <w:rPr>
          <w:color w:val="000000"/>
        </w:rPr>
        <w:t xml:space="preserve">Others feared the old tales — that the </w:t>
      </w:r>
      <w:proofErr w:type="spellStart"/>
      <w:r>
        <w:rPr>
          <w:color w:val="000000"/>
        </w:rPr>
        <w:t>Hawkmen</w:t>
      </w:r>
      <w:proofErr w:type="spellEnd"/>
      <w:r>
        <w:rPr>
          <w:color w:val="000000"/>
        </w:rPr>
        <w:t xml:space="preserve"> were born of abomination, not men, their blood mingled with beasts. To see them now roosting above the Citadel seemed proof enough.</w:t>
      </w:r>
    </w:p>
    <w:p w14:paraId="6251DB6C" w14:textId="77777777" w:rsidR="0083196A" w:rsidRDefault="0083196A" w:rsidP="0083196A">
      <w:pPr>
        <w:pStyle w:val="NormalWeb"/>
        <w:rPr>
          <w:color w:val="000000"/>
        </w:rPr>
      </w:pPr>
      <w:r>
        <w:rPr>
          <w:color w:val="000000"/>
        </w:rPr>
        <w:t>And the star above pulsed brighter still, as if it too had descended a little closer to watch.</w:t>
      </w:r>
    </w:p>
    <w:p w14:paraId="7557C041" w14:textId="77777777" w:rsidR="005743B0" w:rsidRDefault="005743B0" w:rsidP="005743B0">
      <w:pPr>
        <w:pStyle w:val="NormalWeb"/>
        <w:rPr>
          <w:color w:val="000000"/>
        </w:rPr>
      </w:pPr>
      <w:r>
        <w:rPr>
          <w:color w:val="000000"/>
        </w:rPr>
        <w:t>At dawn, the Citadel shook with the sound of wings. Shadows swept across the courtyards as two dragons descended, their scales flashing bronze and iron in the morning light. The air reeked of ash, and the stone trembled with every beat of their wings.</w:t>
      </w:r>
    </w:p>
    <w:p w14:paraId="4277725A" w14:textId="77777777" w:rsidR="005743B0" w:rsidRDefault="005743B0" w:rsidP="005743B0">
      <w:pPr>
        <w:pStyle w:val="NormalWeb"/>
        <w:rPr>
          <w:color w:val="000000"/>
        </w:rPr>
      </w:pPr>
      <w:r>
        <w:rPr>
          <w:color w:val="000000"/>
        </w:rPr>
        <w:t>Upon their backs sat</w:t>
      </w:r>
      <w:r>
        <w:rPr>
          <w:rStyle w:val="apple-converted-space"/>
          <w:color w:val="000000"/>
        </w:rPr>
        <w:t> </w:t>
      </w:r>
      <w:r w:rsidRPr="005743B0">
        <w:rPr>
          <w:rStyle w:val="Strong"/>
          <w:b w:val="0"/>
          <w:bCs w:val="0"/>
          <w:color w:val="000000"/>
        </w:rPr>
        <w:t>two riders in black armor</w:t>
      </w:r>
      <w:r>
        <w:rPr>
          <w:color w:val="000000"/>
        </w:rPr>
        <w:t>, the sigil of flame etched into their helms. They circled once above the Citadel before landing in the outer yard, their beasts hissing and lashing their tails.</w:t>
      </w:r>
    </w:p>
    <w:p w14:paraId="7B6AC062" w14:textId="77777777" w:rsidR="005743B0" w:rsidRDefault="005743B0" w:rsidP="005743B0">
      <w:pPr>
        <w:pStyle w:val="NormalWeb"/>
        <w:rPr>
          <w:color w:val="000000"/>
        </w:rPr>
      </w:pPr>
      <w:r>
        <w:rPr>
          <w:color w:val="000000"/>
        </w:rPr>
        <w:t>The gates were thrown open. The riders dismounted, their eyes hidden behind steel visors, their swords burning faintly with runes of heat.</w:t>
      </w:r>
    </w:p>
    <w:p w14:paraId="496359B3" w14:textId="77777777" w:rsidR="005743B0" w:rsidRDefault="005743B0" w:rsidP="005743B0">
      <w:pPr>
        <w:pStyle w:val="NormalWeb"/>
        <w:rPr>
          <w:color w:val="000000"/>
        </w:rPr>
      </w:pPr>
      <w:r>
        <w:rPr>
          <w:color w:val="000000"/>
        </w:rPr>
        <w:t>One rider’s voice rang out, sharp and cold:</w:t>
      </w:r>
      <w:r>
        <w:rPr>
          <w:color w:val="000000"/>
        </w:rPr>
        <w:br/>
        <w:t>“The Dragon Lord comes. His throne will stand within these walls. We have come to see if the Citadel is fit for his tread.”</w:t>
      </w:r>
    </w:p>
    <w:p w14:paraId="037509AA" w14:textId="77777777" w:rsidR="005743B0" w:rsidRDefault="005743B0" w:rsidP="005743B0">
      <w:pPr>
        <w:pStyle w:val="NormalWeb"/>
        <w:rPr>
          <w:color w:val="000000"/>
        </w:rPr>
      </w:pPr>
      <w:r>
        <w:rPr>
          <w:color w:val="000000"/>
        </w:rPr>
        <w:t>No one challenged them, though the guards gripped their spears tighter. Apprentices cowered in doorways, staring at the dragons, whose yellow eyes glowed like molten gold.</w:t>
      </w:r>
    </w:p>
    <w:p w14:paraId="3C0065DF" w14:textId="77777777" w:rsidR="005743B0" w:rsidRDefault="005743B0" w:rsidP="005743B0">
      <w:pPr>
        <w:pStyle w:val="NormalWeb"/>
        <w:rPr>
          <w:color w:val="000000"/>
        </w:rPr>
      </w:pPr>
      <w:r>
        <w:rPr>
          <w:color w:val="000000"/>
        </w:rPr>
        <w:t>The riders walked the grounds, inspecting the gates, the walls, the courtyards. They demanded the kitchens, the forges, even the basins where Bresson now lingered. Everywhere they went, silence followed.</w:t>
      </w:r>
    </w:p>
    <w:p w14:paraId="32B2A551" w14:textId="77777777" w:rsidR="005743B0" w:rsidRDefault="005743B0" w:rsidP="005743B0">
      <w:pPr>
        <w:pStyle w:val="NormalWeb"/>
        <w:rPr>
          <w:color w:val="000000"/>
        </w:rPr>
      </w:pPr>
      <w:r>
        <w:rPr>
          <w:color w:val="000000"/>
        </w:rPr>
        <w:lastRenderedPageBreak/>
        <w:t>After their survey, one dragon rider mounted his beast and launched skyward, wings battering the Citadel with wind. He soared eastward, vanishing over the horizon where the sun rose behind volcanic ridges.</w:t>
      </w:r>
    </w:p>
    <w:p w14:paraId="0A7CE5CD" w14:textId="77777777" w:rsidR="005743B0" w:rsidRDefault="005743B0" w:rsidP="005743B0">
      <w:pPr>
        <w:pStyle w:val="NormalWeb"/>
        <w:rPr>
          <w:color w:val="000000"/>
        </w:rPr>
      </w:pPr>
      <w:r>
        <w:rPr>
          <w:color w:val="000000"/>
        </w:rPr>
        <w:t>The second remained behind, his dragon chained outside the gates, its head low but always watching. His voice carried through the hall:</w:t>
      </w:r>
    </w:p>
    <w:p w14:paraId="7488A6FC" w14:textId="77777777" w:rsidR="005743B0" w:rsidRDefault="005743B0" w:rsidP="005743B0">
      <w:pPr>
        <w:pStyle w:val="NormalWeb"/>
        <w:rPr>
          <w:color w:val="000000"/>
        </w:rPr>
      </w:pPr>
      <w:r>
        <w:rPr>
          <w:color w:val="000000"/>
        </w:rPr>
        <w:t>“The Dragon Lord rides soon. When he comes, he will come with fire. Prepare.”</w:t>
      </w:r>
    </w:p>
    <w:p w14:paraId="51B11F84" w14:textId="77777777" w:rsidR="005743B0" w:rsidRDefault="005743B0" w:rsidP="005743B0">
      <w:pPr>
        <w:pStyle w:val="NormalWeb"/>
        <w:rPr>
          <w:color w:val="000000"/>
        </w:rPr>
      </w:pPr>
      <w:r>
        <w:rPr>
          <w:color w:val="000000"/>
        </w:rPr>
        <w:t>That evening, while the kings and their retinues muttered in unrest, a messenger arrived — not a soldier, but one of the Citadel’s own doctor-scouts, clad in the gray robes of a seeker. His face was pale, his steps hurried as he came before the High Council in private.</w:t>
      </w:r>
    </w:p>
    <w:p w14:paraId="1312F188" w14:textId="77777777" w:rsidR="005743B0" w:rsidRDefault="005743B0" w:rsidP="005743B0">
      <w:pPr>
        <w:pStyle w:val="NormalWeb"/>
        <w:rPr>
          <w:color w:val="000000"/>
        </w:rPr>
      </w:pPr>
      <w:r>
        <w:rPr>
          <w:color w:val="000000"/>
        </w:rPr>
        <w:t>He bowed low, his words spilling forth in a rush.</w:t>
      </w:r>
      <w:r>
        <w:rPr>
          <w:color w:val="000000"/>
        </w:rPr>
        <w:br/>
        <w:t>“I have seen it. Beyond the horizon, camped upon the black fields, lies Barrus’s host. Ten thousand men. And more. An army vast, with dragons perched among them like wolves among sheep. They do not march — they wait. They wait for their lord’s command.”</w:t>
      </w:r>
    </w:p>
    <w:p w14:paraId="58C8BB6E" w14:textId="77777777" w:rsidR="005743B0" w:rsidRDefault="005743B0" w:rsidP="005743B0">
      <w:pPr>
        <w:pStyle w:val="NormalWeb"/>
        <w:rPr>
          <w:color w:val="000000"/>
        </w:rPr>
      </w:pPr>
      <w:r>
        <w:rPr>
          <w:color w:val="000000"/>
        </w:rPr>
        <w:t>The chamber fell silent. The councilors looked from one to another, their faces pale in the torchlight.</w:t>
      </w:r>
    </w:p>
    <w:p w14:paraId="27CB60AD" w14:textId="77777777" w:rsidR="005743B0" w:rsidRDefault="005743B0" w:rsidP="005743B0">
      <w:pPr>
        <w:pStyle w:val="NormalWeb"/>
        <w:rPr>
          <w:color w:val="000000"/>
        </w:rPr>
      </w:pPr>
      <w:r>
        <w:rPr>
          <w:color w:val="000000"/>
        </w:rPr>
        <w:t>Doctor Marcellis gripped her staff until her knuckles whitened. “</w:t>
      </w:r>
      <w:proofErr w:type="gramStart"/>
      <w:r>
        <w:rPr>
          <w:color w:val="000000"/>
        </w:rPr>
        <w:t>So</w:t>
      </w:r>
      <w:proofErr w:type="gramEnd"/>
      <w:r>
        <w:rPr>
          <w:color w:val="000000"/>
        </w:rPr>
        <w:t xml:space="preserve"> this is how he comes — not as a guest, but as a conqueror waiting for invitation.”</w:t>
      </w:r>
    </w:p>
    <w:p w14:paraId="40488E09" w14:textId="77777777" w:rsidR="005743B0" w:rsidRDefault="005743B0" w:rsidP="005743B0">
      <w:pPr>
        <w:pStyle w:val="NormalWeb"/>
        <w:rPr>
          <w:color w:val="000000"/>
        </w:rPr>
      </w:pPr>
      <w:r>
        <w:rPr>
          <w:color w:val="000000"/>
        </w:rPr>
        <w:t xml:space="preserve">Doctor </w:t>
      </w:r>
      <w:proofErr w:type="spellStart"/>
      <w:r>
        <w:rPr>
          <w:color w:val="000000"/>
        </w:rPr>
        <w:t>Brakon</w:t>
      </w:r>
      <w:proofErr w:type="spellEnd"/>
      <w:r>
        <w:rPr>
          <w:color w:val="000000"/>
        </w:rPr>
        <w:t xml:space="preserve"> spat into the brazier. “The council is a trap. He means to force our knees to the stone. If we do not bow, he will burn the Citadel and all within it.”</w:t>
      </w:r>
    </w:p>
    <w:p w14:paraId="3A7DCA29" w14:textId="46337CC7" w:rsidR="005743B0" w:rsidRDefault="005743B0" w:rsidP="005743B0">
      <w:pPr>
        <w:pStyle w:val="NormalWeb"/>
        <w:rPr>
          <w:color w:val="000000"/>
        </w:rPr>
      </w:pPr>
      <w:r>
        <w:rPr>
          <w:color w:val="000000"/>
        </w:rPr>
        <w:t xml:space="preserve">Doctor </w:t>
      </w:r>
      <w:proofErr w:type="spellStart"/>
      <w:r>
        <w:rPr>
          <w:color w:val="000000"/>
        </w:rPr>
        <w:t>Gundae</w:t>
      </w:r>
      <w:proofErr w:type="spellEnd"/>
      <w:r>
        <w:rPr>
          <w:color w:val="000000"/>
        </w:rPr>
        <w:t>, staring into the fire, whispered:</w:t>
      </w:r>
      <w:r>
        <w:rPr>
          <w:color w:val="000000"/>
        </w:rPr>
        <w:t xml:space="preserve"> </w:t>
      </w:r>
      <w:r>
        <w:rPr>
          <w:color w:val="000000"/>
        </w:rPr>
        <w:t>“Or perhaps worse. If the star falls, and his dragons rise with it, then fire will come from above and below. And nothing will stand.”</w:t>
      </w:r>
    </w:p>
    <w:p w14:paraId="7798770B" w14:textId="50494B64" w:rsidR="00AB2095" w:rsidRDefault="005743B0" w:rsidP="00AB2095">
      <w:pPr>
        <w:pStyle w:val="NormalWeb"/>
        <w:rPr>
          <w:color w:val="000000"/>
        </w:rPr>
      </w:pPr>
      <w:r>
        <w:rPr>
          <w:color w:val="000000"/>
        </w:rPr>
        <w:t>The Citadel buzzed like a hive on the edge of panic.</w:t>
      </w:r>
    </w:p>
    <w:p w14:paraId="2F1BC879" w14:textId="77777777" w:rsidR="00AB2095" w:rsidRDefault="00AB2095" w:rsidP="00AB2095">
      <w:pPr>
        <w:pStyle w:val="NormalWeb"/>
        <w:rPr>
          <w:color w:val="000000"/>
        </w:rPr>
      </w:pPr>
      <w:r>
        <w:rPr>
          <w:color w:val="000000"/>
        </w:rPr>
        <w:t>With word of Barrus’s vast host camped beyond the horizon, the Citadel doubled its efforts. The outer gates were oiled and reinforced, fresh iron bands hammered across the wood by the Miner King’s smiths. Watchtowers that had long sat quiet were manned with soldiers, Forest archers taking high perches with arrows already nocked.</w:t>
      </w:r>
    </w:p>
    <w:p w14:paraId="57E69DF3" w14:textId="77777777" w:rsidR="00AB2095" w:rsidRDefault="00AB2095" w:rsidP="00AB2095">
      <w:pPr>
        <w:pStyle w:val="NormalWeb"/>
        <w:rPr>
          <w:color w:val="000000"/>
        </w:rPr>
      </w:pPr>
      <w:r>
        <w:rPr>
          <w:color w:val="000000"/>
        </w:rPr>
        <w:t>The halls once used for study now became barracks. Bedding filled the libraries, kitchens roasted meat without pause, and cisterns were drained to fill basins and troughs in anticipation of beasts both mundane and monstrous.</w:t>
      </w:r>
    </w:p>
    <w:p w14:paraId="4D895EC5" w14:textId="2E896619" w:rsidR="00AB2095" w:rsidRPr="00AB2095" w:rsidRDefault="00AB2095" w:rsidP="00AB2095">
      <w:pPr>
        <w:pStyle w:val="NormalWeb"/>
        <w:rPr>
          <w:color w:val="000000"/>
        </w:rPr>
      </w:pPr>
      <w:r>
        <w:rPr>
          <w:color w:val="000000"/>
        </w:rPr>
        <w:t>The Citadel was no longer a sanctuary of learning — it was being remade into a fortress.</w:t>
      </w:r>
    </w:p>
    <w:p w14:paraId="2A057D77" w14:textId="77777777" w:rsidR="00AB2095" w:rsidRDefault="00AB2095" w:rsidP="00AB2095">
      <w:pPr>
        <w:pStyle w:val="NormalWeb"/>
        <w:rPr>
          <w:color w:val="000000"/>
        </w:rPr>
      </w:pPr>
      <w:r>
        <w:rPr>
          <w:color w:val="000000"/>
        </w:rPr>
        <w:lastRenderedPageBreak/>
        <w:t>In the High Council chamber, the Doctors convened nightly. Maps lay spread across the stone table, weighted with iron hammers and sealed wine jars.</w:t>
      </w:r>
    </w:p>
    <w:p w14:paraId="2FAB062A" w14:textId="77777777" w:rsidR="00AB2095" w:rsidRDefault="00AB2095" w:rsidP="00AB2095">
      <w:pPr>
        <w:pStyle w:val="NormalWeb"/>
        <w:rPr>
          <w:color w:val="000000"/>
        </w:rPr>
      </w:pPr>
      <w:r>
        <w:rPr>
          <w:color w:val="000000"/>
        </w:rPr>
        <w:t xml:space="preserve">Doctor </w:t>
      </w:r>
      <w:proofErr w:type="spellStart"/>
      <w:r>
        <w:rPr>
          <w:color w:val="000000"/>
        </w:rPr>
        <w:t>Brakon</w:t>
      </w:r>
      <w:proofErr w:type="spellEnd"/>
      <w:r>
        <w:rPr>
          <w:color w:val="000000"/>
        </w:rPr>
        <w:t xml:space="preserve"> pointed at the western ridges where Barrus’s host encamped. “When the Dragon Lord arrives, his army will wait but a day’s march from here. If he chooses conquest, no gate will hold.”</w:t>
      </w:r>
    </w:p>
    <w:p w14:paraId="4F183B1F" w14:textId="77777777" w:rsidR="00AB2095" w:rsidRDefault="00AB2095" w:rsidP="00AB2095">
      <w:pPr>
        <w:pStyle w:val="NormalWeb"/>
        <w:rPr>
          <w:color w:val="000000"/>
        </w:rPr>
      </w:pPr>
      <w:r>
        <w:rPr>
          <w:color w:val="000000"/>
        </w:rPr>
        <w:t>Doctor Willum Mays wrung his hands. “Then what do we do? Arm the other kings? The halls will become a slaughterhouse before the council even begins!”</w:t>
      </w:r>
    </w:p>
    <w:p w14:paraId="6FA0E123" w14:textId="77777777" w:rsidR="00AB2095" w:rsidRDefault="00AB2095" w:rsidP="00AB2095">
      <w:pPr>
        <w:pStyle w:val="NormalWeb"/>
        <w:rPr>
          <w:color w:val="000000"/>
        </w:rPr>
      </w:pPr>
      <w:r>
        <w:rPr>
          <w:color w:val="000000"/>
        </w:rPr>
        <w:t xml:space="preserve">Doctor </w:t>
      </w:r>
      <w:proofErr w:type="spellStart"/>
      <w:r>
        <w:rPr>
          <w:color w:val="000000"/>
        </w:rPr>
        <w:t>Gundae</w:t>
      </w:r>
      <w:proofErr w:type="spellEnd"/>
      <w:r>
        <w:rPr>
          <w:color w:val="000000"/>
        </w:rPr>
        <w:t xml:space="preserve"> </w:t>
      </w:r>
      <w:proofErr w:type="spellStart"/>
      <w:r>
        <w:rPr>
          <w:color w:val="000000"/>
        </w:rPr>
        <w:t>Prium</w:t>
      </w:r>
      <w:proofErr w:type="spellEnd"/>
      <w:r>
        <w:rPr>
          <w:color w:val="000000"/>
        </w:rPr>
        <w:t xml:space="preserve">, </w:t>
      </w:r>
      <w:proofErr w:type="gramStart"/>
      <w:r>
        <w:rPr>
          <w:color w:val="000000"/>
        </w:rPr>
        <w:t>weary-eyed</w:t>
      </w:r>
      <w:proofErr w:type="gramEnd"/>
      <w:r>
        <w:rPr>
          <w:color w:val="000000"/>
        </w:rPr>
        <w:t xml:space="preserve"> from the observatory, tapped his star charts. “Do not forget the heavens. Eight moons — perhaps fewer. We may not know the star’s path until the final week. If we tear each other apart before then, we may all die without even seeing it strike.”</w:t>
      </w:r>
    </w:p>
    <w:p w14:paraId="7B34DEE6" w14:textId="36F37275" w:rsidR="00AB2095" w:rsidRPr="00AB2095" w:rsidRDefault="00AB2095" w:rsidP="00AB2095">
      <w:pPr>
        <w:pStyle w:val="NormalWeb"/>
        <w:rPr>
          <w:color w:val="000000"/>
        </w:rPr>
      </w:pPr>
      <w:r>
        <w:rPr>
          <w:color w:val="000000"/>
        </w:rPr>
        <w:t>Marcellis, the Chair, raised her staff for silence. “The Citadel has not fallen in a thousand years. It will not fall now. We will prepare for the Thrones — every throne, even the Dragon Lord — and we will keep the peace until the council is called. The laws of the Citadel stand, or all is lost.”</w:t>
      </w:r>
    </w:p>
    <w:p w14:paraId="365806FB" w14:textId="77777777" w:rsidR="00AB2095" w:rsidRDefault="00AB2095" w:rsidP="00AB2095">
      <w:pPr>
        <w:pStyle w:val="NormalWeb"/>
        <w:rPr>
          <w:color w:val="000000"/>
        </w:rPr>
      </w:pPr>
      <w:r>
        <w:rPr>
          <w:color w:val="000000"/>
        </w:rPr>
        <w:t>The courtyards grew thick with suspicion. Kings and their retinues eyed one another across the torchlit spaces.</w:t>
      </w:r>
    </w:p>
    <w:p w14:paraId="6BD75D6A" w14:textId="42BE077A" w:rsidR="00AB2095" w:rsidRDefault="00AB2095" w:rsidP="00AB2095">
      <w:pPr>
        <w:pStyle w:val="NormalWeb"/>
        <w:rPr>
          <w:color w:val="000000"/>
        </w:rPr>
      </w:pPr>
      <w:r w:rsidRPr="00AB2095">
        <w:rPr>
          <w:rStyle w:val="Strong"/>
          <w:b w:val="0"/>
          <w:bCs w:val="0"/>
          <w:color w:val="000000"/>
        </w:rPr>
        <w:t>Baird Tooth’s Mongrels</w:t>
      </w:r>
      <w:r>
        <w:rPr>
          <w:rStyle w:val="apple-converted-space"/>
          <w:color w:val="000000"/>
        </w:rPr>
        <w:t> </w:t>
      </w:r>
      <w:r>
        <w:rPr>
          <w:color w:val="000000"/>
        </w:rPr>
        <w:t>snarled at the cages of</w:t>
      </w:r>
      <w:r>
        <w:rPr>
          <w:rStyle w:val="apple-converted-space"/>
          <w:color w:val="000000"/>
        </w:rPr>
        <w:t> </w:t>
      </w:r>
      <w:r w:rsidRPr="00AB2095">
        <w:rPr>
          <w:rStyle w:val="Strong"/>
          <w:b w:val="0"/>
          <w:bCs w:val="0"/>
          <w:color w:val="000000"/>
        </w:rPr>
        <w:t>Thaddeus’s lions</w:t>
      </w:r>
      <w:r>
        <w:rPr>
          <w:color w:val="000000"/>
        </w:rPr>
        <w:t>, their handlers straining to keep them apart.</w:t>
      </w:r>
      <w:r>
        <w:rPr>
          <w:color w:val="000000"/>
        </w:rPr>
        <w:t xml:space="preserve">  </w:t>
      </w:r>
      <w:r w:rsidRPr="00AB2095">
        <w:rPr>
          <w:rStyle w:val="Strong"/>
          <w:b w:val="0"/>
          <w:bCs w:val="0"/>
          <w:color w:val="000000"/>
        </w:rPr>
        <w:t>Bruce’s archers</w:t>
      </w:r>
      <w:r>
        <w:rPr>
          <w:rStyle w:val="apple-converted-space"/>
          <w:color w:val="000000"/>
        </w:rPr>
        <w:t> </w:t>
      </w:r>
      <w:r>
        <w:rPr>
          <w:color w:val="000000"/>
        </w:rPr>
        <w:t xml:space="preserve">patrolled silently, bows always strung, which made the Nomad King </w:t>
      </w:r>
      <w:proofErr w:type="spellStart"/>
      <w:r>
        <w:rPr>
          <w:color w:val="000000"/>
        </w:rPr>
        <w:t>Rexter</w:t>
      </w:r>
      <w:proofErr w:type="spellEnd"/>
      <w:r>
        <w:rPr>
          <w:color w:val="000000"/>
        </w:rPr>
        <w:t xml:space="preserve"> mutter that the forest men acted as if they already owned the Citadel walls.</w:t>
      </w:r>
      <w:r>
        <w:rPr>
          <w:color w:val="000000"/>
        </w:rPr>
        <w:t xml:space="preserve">  </w:t>
      </w:r>
      <w:proofErr w:type="spellStart"/>
      <w:r w:rsidRPr="00AB2095">
        <w:rPr>
          <w:rStyle w:val="Strong"/>
          <w:b w:val="0"/>
          <w:bCs w:val="0"/>
          <w:color w:val="000000"/>
        </w:rPr>
        <w:t>Plenstant</w:t>
      </w:r>
      <w:proofErr w:type="spellEnd"/>
      <w:r>
        <w:rPr>
          <w:rStyle w:val="apple-converted-space"/>
          <w:color w:val="000000"/>
        </w:rPr>
        <w:t> </w:t>
      </w:r>
      <w:r>
        <w:rPr>
          <w:color w:val="000000"/>
        </w:rPr>
        <w:t>roamed like a shadow, slipping from one chamber to another, always bearing a goblet, always listening.</w:t>
      </w:r>
      <w:r>
        <w:rPr>
          <w:color w:val="000000"/>
        </w:rPr>
        <w:t xml:space="preserve">  </w:t>
      </w:r>
      <w:r w:rsidRPr="00AB2095">
        <w:rPr>
          <w:rStyle w:val="Strong"/>
          <w:b w:val="0"/>
          <w:bCs w:val="0"/>
          <w:color w:val="000000"/>
        </w:rPr>
        <w:t>Wester’s sailors</w:t>
      </w:r>
      <w:r w:rsidRPr="00AB2095">
        <w:rPr>
          <w:rStyle w:val="apple-converted-space"/>
          <w:b/>
          <w:bCs/>
          <w:color w:val="000000"/>
        </w:rPr>
        <w:t> </w:t>
      </w:r>
      <w:r>
        <w:rPr>
          <w:color w:val="000000"/>
        </w:rPr>
        <w:t>filled the wells and checked the streams, muttering about poison, and cast wary glances at</w:t>
      </w:r>
      <w:r>
        <w:rPr>
          <w:rStyle w:val="apple-converted-space"/>
          <w:color w:val="000000"/>
        </w:rPr>
        <w:t> </w:t>
      </w:r>
      <w:r w:rsidRPr="00AB2095">
        <w:rPr>
          <w:rStyle w:val="Strong"/>
          <w:b w:val="0"/>
          <w:bCs w:val="0"/>
          <w:color w:val="000000"/>
        </w:rPr>
        <w:t>Bresson</w:t>
      </w:r>
      <w:r>
        <w:rPr>
          <w:color w:val="000000"/>
        </w:rPr>
        <w:t>, who lay coiled in his basin and hissed at anyone who drew too close.</w:t>
      </w:r>
      <w:r>
        <w:rPr>
          <w:color w:val="000000"/>
        </w:rPr>
        <w:t xml:space="preserve">  </w:t>
      </w:r>
      <w:r w:rsidRPr="00AB2095">
        <w:rPr>
          <w:rStyle w:val="Strong"/>
          <w:b w:val="0"/>
          <w:bCs w:val="0"/>
          <w:color w:val="000000"/>
        </w:rPr>
        <w:t>D</w:t>
      </w:r>
      <w:r w:rsidRPr="00AB2095">
        <w:rPr>
          <w:rStyle w:val="Strong"/>
          <w:b w:val="0"/>
          <w:bCs w:val="0"/>
          <w:color w:val="000000"/>
        </w:rPr>
        <w:t>anel’s miners</w:t>
      </w:r>
      <w:r>
        <w:rPr>
          <w:rStyle w:val="apple-converted-space"/>
          <w:color w:val="000000"/>
        </w:rPr>
        <w:t> </w:t>
      </w:r>
      <w:r>
        <w:rPr>
          <w:color w:val="000000"/>
        </w:rPr>
        <w:t>struck their hammers against anvils day and night, forging spearheads and blades. The sound rang across the Citadel, iron echoing like a drumbeat of war.</w:t>
      </w:r>
    </w:p>
    <w:p w14:paraId="27C1F5D1" w14:textId="57C6826F" w:rsidR="00AB2095" w:rsidRPr="00AB2095" w:rsidRDefault="00AB2095" w:rsidP="00AB2095">
      <w:pPr>
        <w:pStyle w:val="NormalWeb"/>
        <w:rPr>
          <w:color w:val="000000"/>
        </w:rPr>
      </w:pPr>
      <w:r>
        <w:rPr>
          <w:color w:val="000000"/>
        </w:rPr>
        <w:t>It was said by the apprentices that no two kings could pass in a corridor without servants whispering afterward,</w:t>
      </w:r>
      <w:r>
        <w:rPr>
          <w:rStyle w:val="apple-converted-space"/>
          <w:color w:val="000000"/>
        </w:rPr>
        <w:t> </w:t>
      </w:r>
      <w:r>
        <w:rPr>
          <w:rStyle w:val="Emphasis"/>
          <w:rFonts w:eastAsiaTheme="majorEastAsia"/>
          <w:color w:val="000000"/>
        </w:rPr>
        <w:t>“They nearly came to blows.”</w:t>
      </w:r>
    </w:p>
    <w:p w14:paraId="570021AD" w14:textId="77777777" w:rsidR="00AB2095" w:rsidRDefault="00AB2095" w:rsidP="00AB2095">
      <w:pPr>
        <w:pStyle w:val="NormalWeb"/>
        <w:rPr>
          <w:color w:val="000000"/>
        </w:rPr>
      </w:pPr>
      <w:r>
        <w:rPr>
          <w:color w:val="000000"/>
        </w:rPr>
        <w:t>Meanwhile, each night the star swelled larger in the heavens. Apprentices swore its glow stained the clouds red, and that shadows stretched too long in its light. Some claimed they felt heat upon their faces when they looked at it.</w:t>
      </w:r>
    </w:p>
    <w:p w14:paraId="3B18C004" w14:textId="77777777" w:rsidR="00AB2095" w:rsidRDefault="00AB2095" w:rsidP="00AB2095">
      <w:pPr>
        <w:pStyle w:val="NormalWeb"/>
        <w:rPr>
          <w:color w:val="000000"/>
        </w:rPr>
      </w:pPr>
      <w:r>
        <w:rPr>
          <w:color w:val="000000"/>
        </w:rPr>
        <w:t xml:space="preserve">Doctor </w:t>
      </w:r>
      <w:proofErr w:type="spellStart"/>
      <w:r>
        <w:rPr>
          <w:color w:val="000000"/>
        </w:rPr>
        <w:t>Gundae</w:t>
      </w:r>
      <w:proofErr w:type="spellEnd"/>
      <w:r>
        <w:rPr>
          <w:color w:val="000000"/>
        </w:rPr>
        <w:t xml:space="preserve"> measured relentlessly, his apprentice Klitus at his side. The reports he whispered to the Council were grim:</w:t>
      </w:r>
    </w:p>
    <w:p w14:paraId="3F8B2EF2" w14:textId="77777777" w:rsidR="00AB2095" w:rsidRDefault="00AB2095" w:rsidP="00AB2095">
      <w:pPr>
        <w:pStyle w:val="NormalWeb"/>
        <w:rPr>
          <w:color w:val="000000"/>
        </w:rPr>
      </w:pPr>
      <w:r>
        <w:rPr>
          <w:color w:val="000000"/>
        </w:rPr>
        <w:t>“Seven moons now. Perhaps six. Its course remains uncertain. If impact comes, we may know only a week in advance — perhaps fewer days.”</w:t>
      </w:r>
    </w:p>
    <w:p w14:paraId="5F7EA84E" w14:textId="1BC97DF2" w:rsidR="00AB2095" w:rsidRPr="00AB2095" w:rsidRDefault="00AB2095" w:rsidP="00AB2095">
      <w:pPr>
        <w:pStyle w:val="NormalWeb"/>
        <w:rPr>
          <w:color w:val="000000"/>
        </w:rPr>
      </w:pPr>
      <w:r>
        <w:rPr>
          <w:color w:val="000000"/>
        </w:rPr>
        <w:lastRenderedPageBreak/>
        <w:t>And always the same warning:</w:t>
      </w:r>
      <w:r>
        <w:rPr>
          <w:rStyle w:val="apple-converted-space"/>
          <w:color w:val="000000"/>
        </w:rPr>
        <w:t> </w:t>
      </w:r>
      <w:r>
        <w:rPr>
          <w:rStyle w:val="Emphasis"/>
          <w:rFonts w:eastAsiaTheme="majorEastAsia"/>
          <w:color w:val="000000"/>
        </w:rPr>
        <w:t>even if it does not strike the world directly, its fire may yet scorch the skies, ruin the harvest, and blacken the seas.</w:t>
      </w:r>
    </w:p>
    <w:p w14:paraId="190B9087" w14:textId="77777777" w:rsidR="00AB2095" w:rsidRDefault="00AB2095" w:rsidP="00AB2095">
      <w:pPr>
        <w:pStyle w:val="NormalWeb"/>
        <w:rPr>
          <w:color w:val="000000"/>
        </w:rPr>
      </w:pPr>
      <w:r>
        <w:rPr>
          <w:color w:val="000000"/>
        </w:rPr>
        <w:t>The Citadel’s bells, unused for centuries except to mark time, were checked and rehung. Their cords were tested, their bronze polished. It was decided they would sound not just to mark arrivals, but to call the kings to order when the council finally convened.</w:t>
      </w:r>
    </w:p>
    <w:p w14:paraId="2C225A18" w14:textId="676C7873" w:rsidR="00AB2095" w:rsidRPr="00AB2095" w:rsidRDefault="00AB2095" w:rsidP="00AB2095">
      <w:pPr>
        <w:pStyle w:val="NormalWeb"/>
        <w:rPr>
          <w:color w:val="000000"/>
        </w:rPr>
      </w:pPr>
      <w:r>
        <w:rPr>
          <w:color w:val="000000"/>
        </w:rPr>
        <w:t>The apprentices whispered that when the bells tolled for Barrus, it would be the loudest sound the Citadel had ever known.</w:t>
      </w:r>
    </w:p>
    <w:p w14:paraId="3CE71E31" w14:textId="77777777" w:rsidR="00AB2095" w:rsidRDefault="00AB2095" w:rsidP="00AB2095">
      <w:pPr>
        <w:pStyle w:val="NormalWeb"/>
        <w:rPr>
          <w:color w:val="000000"/>
        </w:rPr>
      </w:pPr>
      <w:r>
        <w:rPr>
          <w:color w:val="000000"/>
        </w:rPr>
        <w:t>On the eve of Barrus’s arrival, the Citadel lay restless. Torches burned all night, watchmen stood on the walls, and the sound of hammers, wings, snarls, and whispers carried through the stone.</w:t>
      </w:r>
    </w:p>
    <w:p w14:paraId="097E0A1E" w14:textId="77777777" w:rsidR="00AB2095" w:rsidRDefault="00AB2095" w:rsidP="00AB2095">
      <w:pPr>
        <w:pStyle w:val="NormalWeb"/>
        <w:rPr>
          <w:color w:val="000000"/>
        </w:rPr>
      </w:pPr>
      <w:r>
        <w:rPr>
          <w:color w:val="000000"/>
        </w:rPr>
        <w:t>Some prayed to the old gods. Some sharpened their blades. Some wept quietly in shadowed corners.</w:t>
      </w:r>
    </w:p>
    <w:p w14:paraId="6294CAD6" w14:textId="4175BECF" w:rsidR="00704C60" w:rsidRDefault="00AB2095" w:rsidP="00704C60">
      <w:pPr>
        <w:pStyle w:val="NormalWeb"/>
        <w:rPr>
          <w:color w:val="000000"/>
        </w:rPr>
      </w:pPr>
      <w:r>
        <w:rPr>
          <w:color w:val="000000"/>
        </w:rPr>
        <w:t>And above them all, the star burned brighter, a second sun creeping closer with every passing night.</w:t>
      </w:r>
    </w:p>
    <w:p w14:paraId="013657B3" w14:textId="77777777" w:rsidR="00704C60" w:rsidRDefault="00704C60" w:rsidP="00704C60">
      <w:pPr>
        <w:pStyle w:val="NormalWeb"/>
        <w:rPr>
          <w:color w:val="000000"/>
        </w:rPr>
      </w:pPr>
      <w:r>
        <w:rPr>
          <w:color w:val="000000"/>
        </w:rPr>
        <w:t>At dawn, the earth shook with the sound of drums. Low, thunderous beats rolled across the plains, each one striking the chest like a hammer. The bells of the Citadel rang in alarm, but their ringing was drowned beneath the steady rhythm of the Dragon Lord’s march.</w:t>
      </w:r>
    </w:p>
    <w:p w14:paraId="1CCF2D58" w14:textId="77777777" w:rsidR="00704C60" w:rsidRDefault="00704C60" w:rsidP="00704C60">
      <w:pPr>
        <w:pStyle w:val="NormalWeb"/>
        <w:rPr>
          <w:color w:val="000000"/>
        </w:rPr>
      </w:pPr>
      <w:r>
        <w:rPr>
          <w:color w:val="000000"/>
        </w:rPr>
        <w:t>Then came the shadows.</w:t>
      </w:r>
    </w:p>
    <w:p w14:paraId="530B4F1A" w14:textId="77777777" w:rsidR="00704C60" w:rsidRDefault="00704C60" w:rsidP="00704C60">
      <w:pPr>
        <w:pStyle w:val="NormalWeb"/>
        <w:rPr>
          <w:color w:val="000000"/>
        </w:rPr>
      </w:pPr>
      <w:r>
        <w:rPr>
          <w:color w:val="000000"/>
        </w:rPr>
        <w:t>Two great dragons soared over the Citadel, their wings blotting out the rising sun. They circled once, screeching with voices that split the sky, before descending to the outer field. The heat of their breath turned the morning mist to steam, and the grass blackened beneath their claws.</w:t>
      </w:r>
    </w:p>
    <w:p w14:paraId="73E67E62" w14:textId="77777777" w:rsidR="00704C60" w:rsidRDefault="00704C60" w:rsidP="00704C60">
      <w:pPr>
        <w:pStyle w:val="NormalWeb"/>
        <w:rPr>
          <w:color w:val="000000"/>
        </w:rPr>
      </w:pPr>
      <w:r>
        <w:rPr>
          <w:color w:val="000000"/>
        </w:rPr>
        <w:t>Behind them rolled the vanguard of Barrus’s host: a column of soldiers in blackened armor, spears tipped with fire-forged iron, banners of crimson flame snapping in the wind. The ground itself seemed to groan beneath their weight.</w:t>
      </w:r>
    </w:p>
    <w:p w14:paraId="6C8B6757" w14:textId="77777777" w:rsidR="00704C60" w:rsidRDefault="00704C60" w:rsidP="00704C60">
      <w:pPr>
        <w:pStyle w:val="NormalWeb"/>
        <w:rPr>
          <w:color w:val="000000"/>
        </w:rPr>
      </w:pPr>
      <w:r>
        <w:rPr>
          <w:color w:val="000000"/>
        </w:rPr>
        <w:t>And at their head rode</w:t>
      </w:r>
      <w:r>
        <w:rPr>
          <w:rStyle w:val="apple-converted-space"/>
          <w:color w:val="000000"/>
        </w:rPr>
        <w:t> </w:t>
      </w:r>
      <w:r w:rsidRPr="00704C60">
        <w:rPr>
          <w:rStyle w:val="Strong"/>
          <w:b w:val="0"/>
          <w:bCs w:val="0"/>
          <w:color w:val="000000"/>
        </w:rPr>
        <w:t>Barrus, the Dragon Lord</w:t>
      </w:r>
      <w:r>
        <w:rPr>
          <w:rStyle w:val="Strong"/>
          <w:color w:val="000000"/>
        </w:rPr>
        <w:t>.</w:t>
      </w:r>
    </w:p>
    <w:p w14:paraId="2D33E15D" w14:textId="77777777" w:rsidR="00704C60" w:rsidRDefault="00704C60" w:rsidP="00704C60">
      <w:pPr>
        <w:pStyle w:val="NormalWeb"/>
        <w:rPr>
          <w:color w:val="000000"/>
        </w:rPr>
      </w:pPr>
      <w:r>
        <w:rPr>
          <w:color w:val="000000"/>
        </w:rPr>
        <w:t>He was massive, his frame clad in scaled armor the color of cooled obsidian, his cloak trimmed in dragon hide. His crown was no band of gold, but the curved horn of a wyrm, black and ridged with age. His eyes glowed faintly, as though lit from within by fire.</w:t>
      </w:r>
    </w:p>
    <w:p w14:paraId="3A59698D" w14:textId="77777777" w:rsidR="00704C60" w:rsidRDefault="00704C60" w:rsidP="00704C60">
      <w:pPr>
        <w:pStyle w:val="NormalWeb"/>
        <w:rPr>
          <w:color w:val="000000"/>
        </w:rPr>
      </w:pPr>
      <w:r>
        <w:rPr>
          <w:color w:val="000000"/>
        </w:rPr>
        <w:t>At his side strode his personal Doctor,</w:t>
      </w:r>
      <w:r>
        <w:rPr>
          <w:rStyle w:val="apple-converted-space"/>
          <w:color w:val="000000"/>
        </w:rPr>
        <w:t> </w:t>
      </w:r>
      <w:r w:rsidRPr="00704C60">
        <w:rPr>
          <w:rStyle w:val="Strong"/>
          <w:b w:val="0"/>
          <w:bCs w:val="0"/>
          <w:color w:val="000000"/>
        </w:rPr>
        <w:t>Pense, Doctor of Scales and Talons</w:t>
      </w:r>
      <w:r>
        <w:rPr>
          <w:color w:val="000000"/>
        </w:rPr>
        <w:t>, his robes marked with symbols of claw and flame. Behind them marched a hundred riders, each one sworn to the dragons, their helms fashioned with snouts and wings.</w:t>
      </w:r>
    </w:p>
    <w:p w14:paraId="13332BFA" w14:textId="77777777" w:rsidR="00704C60" w:rsidRDefault="00704C60" w:rsidP="00704C60">
      <w:pPr>
        <w:pStyle w:val="NormalWeb"/>
        <w:rPr>
          <w:color w:val="000000"/>
        </w:rPr>
      </w:pPr>
      <w:r>
        <w:rPr>
          <w:color w:val="000000"/>
        </w:rPr>
        <w:lastRenderedPageBreak/>
        <w:t>The army halted just beyond bowshot of the Citadel walls. Only Barrus, Pense, and the two dragon riders pressed forward to the gates. The beasts hissed, smoke curling from their nostrils.</w:t>
      </w:r>
    </w:p>
    <w:p w14:paraId="60CF2C27" w14:textId="77777777" w:rsidR="00704C60" w:rsidRDefault="00704C60" w:rsidP="00704C60">
      <w:pPr>
        <w:pStyle w:val="NormalWeb"/>
        <w:rPr>
          <w:color w:val="000000"/>
        </w:rPr>
      </w:pPr>
      <w:r>
        <w:rPr>
          <w:color w:val="000000"/>
        </w:rPr>
        <w:t>The Citadel gates creaked open, the High Council arrayed to greet him.</w:t>
      </w:r>
      <w:r>
        <w:rPr>
          <w:rStyle w:val="apple-converted-space"/>
          <w:color w:val="000000"/>
        </w:rPr>
        <w:t> </w:t>
      </w:r>
      <w:r w:rsidRPr="00704C60">
        <w:rPr>
          <w:rStyle w:val="Strong"/>
          <w:b w:val="0"/>
          <w:bCs w:val="0"/>
          <w:color w:val="000000"/>
        </w:rPr>
        <w:t>Marcellis</w:t>
      </w:r>
      <w:r>
        <w:rPr>
          <w:color w:val="000000"/>
        </w:rPr>
        <w:t>, the Chair, stood at their front, her staff held high, her voice steady though her eyes betrayed strain.</w:t>
      </w:r>
    </w:p>
    <w:p w14:paraId="06DDAF6F" w14:textId="77777777" w:rsidR="00704C60" w:rsidRDefault="00704C60" w:rsidP="00704C60">
      <w:pPr>
        <w:pStyle w:val="NormalWeb"/>
        <w:rPr>
          <w:color w:val="000000"/>
        </w:rPr>
      </w:pPr>
      <w:r>
        <w:rPr>
          <w:color w:val="000000"/>
        </w:rPr>
        <w:t>“Barrus of the Western Ridges,” she declared, “the Citadel welcomes you. By the ancient laws, you come as a guest, not a conqueror. Lay down no fire within these walls.”</w:t>
      </w:r>
    </w:p>
    <w:p w14:paraId="019FF1F2" w14:textId="77777777" w:rsidR="00704C60" w:rsidRDefault="00704C60" w:rsidP="00704C60">
      <w:pPr>
        <w:pStyle w:val="NormalWeb"/>
        <w:rPr>
          <w:color w:val="000000"/>
        </w:rPr>
      </w:pPr>
      <w:r>
        <w:rPr>
          <w:color w:val="000000"/>
        </w:rPr>
        <w:t>Barrus dismounted, his heavy boots striking sparks from the stone. His voice rumbled low and terrible, carrying to every ear:</w:t>
      </w:r>
    </w:p>
    <w:p w14:paraId="7011825D" w14:textId="77777777" w:rsidR="00704C60" w:rsidRDefault="00704C60" w:rsidP="00704C60">
      <w:pPr>
        <w:pStyle w:val="NormalWeb"/>
        <w:rPr>
          <w:color w:val="000000"/>
        </w:rPr>
      </w:pPr>
      <w:r>
        <w:rPr>
          <w:color w:val="000000"/>
        </w:rPr>
        <w:t>“I come not as a guest, nor as a beggar. I come as king of kings. My throne shall stand higher than all others. My dragons shall feed before the council begins. And my will shall be the will of this gathering.”</w:t>
      </w:r>
    </w:p>
    <w:p w14:paraId="6AC3257E" w14:textId="5D25E0B1" w:rsidR="00704C60" w:rsidRDefault="00704C60" w:rsidP="00704C60">
      <w:pPr>
        <w:pStyle w:val="NormalWeb"/>
        <w:rPr>
          <w:color w:val="000000"/>
        </w:rPr>
      </w:pPr>
      <w:r>
        <w:rPr>
          <w:color w:val="000000"/>
        </w:rPr>
        <w:t>A hiss of outrage swept through the courtyard.</w:t>
      </w:r>
      <w:r>
        <w:rPr>
          <w:rStyle w:val="apple-converted-space"/>
          <w:color w:val="000000"/>
        </w:rPr>
        <w:t> </w:t>
      </w:r>
      <w:r w:rsidRPr="00704C60">
        <w:rPr>
          <w:rStyle w:val="Strong"/>
          <w:b w:val="0"/>
          <w:bCs w:val="0"/>
          <w:color w:val="000000"/>
        </w:rPr>
        <w:t>Baird Tooth</w:t>
      </w:r>
      <w:r>
        <w:rPr>
          <w:rStyle w:val="apple-converted-space"/>
          <w:color w:val="000000"/>
        </w:rPr>
        <w:t> </w:t>
      </w:r>
      <w:r>
        <w:rPr>
          <w:color w:val="000000"/>
        </w:rPr>
        <w:t>snarled, his Mongrels snapping their chains.</w:t>
      </w:r>
      <w:r>
        <w:rPr>
          <w:rStyle w:val="apple-converted-space"/>
          <w:color w:val="000000"/>
        </w:rPr>
        <w:t> </w:t>
      </w:r>
      <w:r w:rsidRPr="00704C60">
        <w:rPr>
          <w:rStyle w:val="Strong"/>
          <w:b w:val="0"/>
          <w:bCs w:val="0"/>
          <w:color w:val="000000"/>
        </w:rPr>
        <w:t>Thaddeus</w:t>
      </w:r>
      <w:r>
        <w:rPr>
          <w:rStyle w:val="Strong"/>
          <w:color w:val="000000"/>
        </w:rPr>
        <w:t xml:space="preserve"> </w:t>
      </w:r>
      <w:r>
        <w:rPr>
          <w:color w:val="000000"/>
        </w:rPr>
        <w:t>bared his teeth, his lions roaring from their cages.</w:t>
      </w:r>
      <w:r>
        <w:rPr>
          <w:rStyle w:val="apple-converted-space"/>
          <w:color w:val="000000"/>
        </w:rPr>
        <w:t> </w:t>
      </w:r>
      <w:r w:rsidRPr="00704C60">
        <w:rPr>
          <w:rStyle w:val="Strong"/>
          <w:b w:val="0"/>
          <w:bCs w:val="0"/>
          <w:color w:val="000000"/>
        </w:rPr>
        <w:t>Wester</w:t>
      </w:r>
      <w:r>
        <w:rPr>
          <w:rStyle w:val="apple-converted-space"/>
          <w:color w:val="000000"/>
        </w:rPr>
        <w:t> </w:t>
      </w:r>
      <w:r>
        <w:rPr>
          <w:color w:val="000000"/>
        </w:rPr>
        <w:t>spat into the dirt.</w:t>
      </w:r>
      <w:r>
        <w:rPr>
          <w:rStyle w:val="apple-converted-space"/>
          <w:color w:val="000000"/>
        </w:rPr>
        <w:t> </w:t>
      </w:r>
      <w:proofErr w:type="spellStart"/>
      <w:r w:rsidRPr="00704C60">
        <w:rPr>
          <w:rStyle w:val="Strong"/>
          <w:b w:val="0"/>
          <w:bCs w:val="0"/>
          <w:color w:val="000000"/>
        </w:rPr>
        <w:t>Plenstant</w:t>
      </w:r>
      <w:proofErr w:type="spellEnd"/>
      <w:r>
        <w:rPr>
          <w:rStyle w:val="apple-converted-space"/>
          <w:color w:val="000000"/>
        </w:rPr>
        <w:t> </w:t>
      </w:r>
      <w:r>
        <w:rPr>
          <w:color w:val="000000"/>
        </w:rPr>
        <w:t>smiled into his goblet.</w:t>
      </w:r>
      <w:r>
        <w:rPr>
          <w:rStyle w:val="apple-converted-space"/>
          <w:color w:val="000000"/>
        </w:rPr>
        <w:t> </w:t>
      </w:r>
      <w:r w:rsidRPr="00704C60">
        <w:rPr>
          <w:rStyle w:val="Strong"/>
          <w:b w:val="0"/>
          <w:bCs w:val="0"/>
          <w:color w:val="000000"/>
        </w:rPr>
        <w:t>Bruce’s archers</w:t>
      </w:r>
      <w:r>
        <w:rPr>
          <w:rStyle w:val="apple-converted-space"/>
          <w:color w:val="000000"/>
        </w:rPr>
        <w:t> </w:t>
      </w:r>
      <w:r>
        <w:rPr>
          <w:color w:val="000000"/>
        </w:rPr>
        <w:t>shifted their bows. Even the silent</w:t>
      </w:r>
      <w:r>
        <w:rPr>
          <w:rStyle w:val="apple-converted-space"/>
          <w:color w:val="000000"/>
        </w:rPr>
        <w:t> </w:t>
      </w:r>
      <w:r w:rsidRPr="00704C60">
        <w:rPr>
          <w:rStyle w:val="Strong"/>
          <w:b w:val="0"/>
          <w:bCs w:val="0"/>
          <w:color w:val="000000"/>
        </w:rPr>
        <w:t>Bresson</w:t>
      </w:r>
      <w:r>
        <w:rPr>
          <w:rStyle w:val="apple-converted-space"/>
          <w:color w:val="000000"/>
        </w:rPr>
        <w:t> </w:t>
      </w:r>
      <w:r>
        <w:rPr>
          <w:color w:val="000000"/>
        </w:rPr>
        <w:t>uncoiled from his basin, his gills flaring.</w:t>
      </w:r>
    </w:p>
    <w:p w14:paraId="5B8233CE" w14:textId="77777777" w:rsidR="00704C60" w:rsidRDefault="00704C60" w:rsidP="00704C60">
      <w:pPr>
        <w:pStyle w:val="NormalWeb"/>
        <w:rPr>
          <w:color w:val="000000"/>
        </w:rPr>
      </w:pPr>
      <w:r>
        <w:rPr>
          <w:color w:val="000000"/>
        </w:rPr>
        <w:t>The air seemed to crackle, as if a single word might ignite the field into war.</w:t>
      </w:r>
    </w:p>
    <w:p w14:paraId="3097D622" w14:textId="77777777" w:rsidR="00704C60" w:rsidRDefault="00704C60" w:rsidP="00704C60">
      <w:pPr>
        <w:pStyle w:val="NormalWeb"/>
        <w:rPr>
          <w:color w:val="000000"/>
        </w:rPr>
      </w:pPr>
      <w:r>
        <w:rPr>
          <w:color w:val="000000"/>
        </w:rPr>
        <w:t>Marcellis lifted her staff high, her voice cutting through the uproar.</w:t>
      </w:r>
    </w:p>
    <w:p w14:paraId="4BFEA94C" w14:textId="77777777" w:rsidR="00704C60" w:rsidRDefault="00704C60" w:rsidP="00704C60">
      <w:pPr>
        <w:pStyle w:val="NormalWeb"/>
        <w:rPr>
          <w:color w:val="000000"/>
        </w:rPr>
      </w:pPr>
      <w:r>
        <w:rPr>
          <w:color w:val="000000"/>
        </w:rPr>
        <w:t>“By the laws of the Citadel, no throne stands above another. Here, all are equal. Here, all are bound to counsel. If you cannot abide, Dragon Lord, then leave your beasts and your banners outside these gates. Inside, there is no flame but the flame of truth.”</w:t>
      </w:r>
    </w:p>
    <w:p w14:paraId="03B1A560" w14:textId="77777777" w:rsidR="00704C60" w:rsidRDefault="00704C60" w:rsidP="00704C60">
      <w:pPr>
        <w:pStyle w:val="NormalWeb"/>
        <w:rPr>
          <w:color w:val="000000"/>
        </w:rPr>
      </w:pPr>
      <w:r>
        <w:rPr>
          <w:color w:val="000000"/>
        </w:rPr>
        <w:t>Barrus’s eyes narrowed. Smoke drifted from his nostrils as though the fire within strained to be loosed. For a long moment, silence gripped the Citadel, broken only by the restless hiss of dragons.</w:t>
      </w:r>
    </w:p>
    <w:p w14:paraId="51220268" w14:textId="77777777" w:rsidR="00704C60" w:rsidRDefault="00704C60" w:rsidP="00704C60">
      <w:pPr>
        <w:pStyle w:val="NormalWeb"/>
        <w:rPr>
          <w:color w:val="000000"/>
        </w:rPr>
      </w:pPr>
      <w:r>
        <w:rPr>
          <w:color w:val="000000"/>
        </w:rPr>
        <w:t>At last, he gave a sharp gesture. The riders tugged their beasts back, the flames on their tongues dying down. Barrus’s voice was harsh as iron.</w:t>
      </w:r>
    </w:p>
    <w:p w14:paraId="20C321E8" w14:textId="77777777" w:rsidR="00704C60" w:rsidRDefault="00704C60" w:rsidP="00704C60">
      <w:pPr>
        <w:pStyle w:val="NormalWeb"/>
        <w:rPr>
          <w:color w:val="000000"/>
        </w:rPr>
      </w:pPr>
      <w:r>
        <w:rPr>
          <w:color w:val="000000"/>
        </w:rPr>
        <w:t>“Very well. I will enter by your laws. But know this, Doctors — and know it well, kings of weak blood and weaker crowns: when the star falls, it will be dragons that decide who rules what remains.”</w:t>
      </w:r>
    </w:p>
    <w:p w14:paraId="60D9FED2" w14:textId="77777777" w:rsidR="00704C60" w:rsidRDefault="00704C60" w:rsidP="00704C60">
      <w:pPr>
        <w:pStyle w:val="NormalWeb"/>
        <w:rPr>
          <w:color w:val="000000"/>
        </w:rPr>
      </w:pPr>
      <w:r>
        <w:rPr>
          <w:color w:val="000000"/>
        </w:rPr>
        <w:t>The Dragon Lord strode through the gates, his shadow stretching long across the Citadel’s stones. Behind him, his host waited beyond the horizon, an unspoken threat looming with every heartbeat.</w:t>
      </w:r>
    </w:p>
    <w:p w14:paraId="26119B94" w14:textId="77777777" w:rsidR="00704C60" w:rsidRDefault="00704C60" w:rsidP="00704C60">
      <w:pPr>
        <w:pStyle w:val="NormalWeb"/>
        <w:rPr>
          <w:color w:val="000000"/>
        </w:rPr>
      </w:pPr>
      <w:r>
        <w:rPr>
          <w:color w:val="000000"/>
        </w:rPr>
        <w:lastRenderedPageBreak/>
        <w:t>Above them all, the star burned brighter, swelling until it could not be ignored.</w:t>
      </w:r>
    </w:p>
    <w:p w14:paraId="0C8A35B7" w14:textId="77777777" w:rsidR="00704C60" w:rsidRDefault="00704C60" w:rsidP="00704C60">
      <w:pPr>
        <w:pStyle w:val="NormalWeb"/>
        <w:rPr>
          <w:color w:val="000000"/>
        </w:rPr>
      </w:pPr>
      <w:r>
        <w:rPr>
          <w:color w:val="000000"/>
        </w:rPr>
        <w:t>The Thrones were gathered. The council would soon begin.</w:t>
      </w:r>
    </w:p>
    <w:p w14:paraId="224791B3" w14:textId="77777777" w:rsidR="00272DC1" w:rsidRDefault="00272DC1" w:rsidP="00272DC1">
      <w:pPr>
        <w:pStyle w:val="Heading1"/>
        <w:rPr>
          <w:color w:val="000000"/>
        </w:rPr>
      </w:pPr>
      <w:r>
        <w:rPr>
          <w:color w:val="000000"/>
        </w:rPr>
        <w:t>Chapter VI – The Council of Eleven Thrones</w:t>
      </w:r>
    </w:p>
    <w:p w14:paraId="49078638" w14:textId="77777777" w:rsidR="00272DC1" w:rsidRDefault="00272DC1" w:rsidP="00272DC1">
      <w:pPr>
        <w:pStyle w:val="NormalWeb"/>
        <w:rPr>
          <w:color w:val="000000"/>
        </w:rPr>
      </w:pPr>
      <w:r>
        <w:rPr>
          <w:color w:val="000000"/>
        </w:rPr>
        <w:t>The bells rang at high noon, their deep notes reverberating through every stone of the Citadel. One by one, the kings and their retinues emerged from their quarters, banners lowered, weapons peace-bound.</w:t>
      </w:r>
    </w:p>
    <w:p w14:paraId="40B4F8EC" w14:textId="77777777" w:rsidR="00272DC1" w:rsidRDefault="00272DC1" w:rsidP="00272DC1">
      <w:pPr>
        <w:pStyle w:val="NormalWeb"/>
        <w:rPr>
          <w:color w:val="000000"/>
        </w:rPr>
      </w:pPr>
      <w:r>
        <w:rPr>
          <w:color w:val="000000"/>
        </w:rPr>
        <w:t>For the first time in seven hundred and fifty cycles, the</w:t>
      </w:r>
      <w:r>
        <w:rPr>
          <w:rStyle w:val="apple-converted-space"/>
          <w:color w:val="000000"/>
        </w:rPr>
        <w:t> </w:t>
      </w:r>
      <w:r w:rsidRPr="00272DC1">
        <w:rPr>
          <w:rStyle w:val="Strong"/>
          <w:rFonts w:eastAsiaTheme="majorEastAsia"/>
          <w:b w:val="0"/>
          <w:bCs w:val="0"/>
          <w:color w:val="000000"/>
        </w:rPr>
        <w:t>Council of Eleven Thrones</w:t>
      </w:r>
      <w:r>
        <w:rPr>
          <w:rStyle w:val="apple-converted-space"/>
          <w:color w:val="000000"/>
        </w:rPr>
        <w:t> </w:t>
      </w:r>
      <w:r>
        <w:rPr>
          <w:color w:val="000000"/>
        </w:rPr>
        <w:t>was called to order.</w:t>
      </w:r>
    </w:p>
    <w:p w14:paraId="79BE42C2" w14:textId="77777777" w:rsidR="00272DC1" w:rsidRDefault="00272DC1" w:rsidP="00272DC1">
      <w:pPr>
        <w:pStyle w:val="NormalWeb"/>
        <w:rPr>
          <w:color w:val="000000"/>
        </w:rPr>
      </w:pPr>
      <w:r>
        <w:rPr>
          <w:color w:val="000000"/>
        </w:rPr>
        <w:t>The great hall had been prepared for weeks — a circle of seats carved from the Citadel’s own stone, each marked by the sigil of its realm. At the center stood a dais of black marble where the Doctors’ circle waited, twelve in number, robed in gray and gold. The air shimmered with torchlight reflected off metal and jewels, the weight of ceremony pressing on all within.</w:t>
      </w:r>
    </w:p>
    <w:p w14:paraId="13140231" w14:textId="77777777" w:rsidR="00272DC1" w:rsidRDefault="00272DC1" w:rsidP="00272DC1">
      <w:pPr>
        <w:pStyle w:val="NormalWeb"/>
        <w:rPr>
          <w:color w:val="000000"/>
        </w:rPr>
      </w:pPr>
      <w:r>
        <w:rPr>
          <w:color w:val="000000"/>
        </w:rPr>
        <w:t>Outside, the star still burned pale in daylight — a constant eye in the heavens.</w:t>
      </w:r>
    </w:p>
    <w:p w14:paraId="1B6DF881" w14:textId="77777777" w:rsidR="00272DC1" w:rsidRDefault="00272DC1" w:rsidP="00272DC1">
      <w:pPr>
        <w:pStyle w:val="NormalWeb"/>
        <w:rPr>
          <w:color w:val="000000"/>
        </w:rPr>
      </w:pPr>
      <w:r w:rsidRPr="00272DC1">
        <w:rPr>
          <w:rStyle w:val="Strong"/>
          <w:rFonts w:eastAsiaTheme="majorEastAsia"/>
          <w:b w:val="0"/>
          <w:bCs w:val="0"/>
          <w:color w:val="000000"/>
        </w:rPr>
        <w:t>King Whey Prancer</w:t>
      </w:r>
      <w:r>
        <w:rPr>
          <w:rStyle w:val="apple-converted-space"/>
          <w:color w:val="000000"/>
        </w:rPr>
        <w:t> </w:t>
      </w:r>
      <w:r>
        <w:rPr>
          <w:color w:val="000000"/>
        </w:rPr>
        <w:t xml:space="preserve">was the first to enter, bowing deeply before the Doctors, his queen and Doctor </w:t>
      </w:r>
      <w:proofErr w:type="spellStart"/>
      <w:r>
        <w:rPr>
          <w:color w:val="000000"/>
        </w:rPr>
        <w:t>Boraht</w:t>
      </w:r>
      <w:proofErr w:type="spellEnd"/>
      <w:r>
        <w:rPr>
          <w:color w:val="000000"/>
        </w:rPr>
        <w:t xml:space="preserve"> at his side. “The farmlands stand ready to serve. May reason feed us all.”</w:t>
      </w:r>
    </w:p>
    <w:p w14:paraId="64E33ECC" w14:textId="77777777" w:rsidR="00272DC1" w:rsidRDefault="00272DC1" w:rsidP="00272DC1">
      <w:pPr>
        <w:pStyle w:val="NormalWeb"/>
        <w:rPr>
          <w:color w:val="000000"/>
        </w:rPr>
      </w:pPr>
      <w:r>
        <w:rPr>
          <w:color w:val="000000"/>
        </w:rPr>
        <w:t>He was followed by</w:t>
      </w:r>
      <w:r>
        <w:rPr>
          <w:rStyle w:val="apple-converted-space"/>
          <w:color w:val="000000"/>
        </w:rPr>
        <w:t> </w:t>
      </w:r>
      <w:r w:rsidRPr="00272DC1">
        <w:rPr>
          <w:rStyle w:val="Strong"/>
          <w:rFonts w:eastAsiaTheme="majorEastAsia"/>
          <w:b w:val="0"/>
          <w:bCs w:val="0"/>
          <w:color w:val="000000"/>
        </w:rPr>
        <w:t>King Wester</w:t>
      </w:r>
      <w:r>
        <w:rPr>
          <w:color w:val="000000"/>
        </w:rPr>
        <w:t>, the Sea King, smelling faintly of salt and smoke. He spoke little, only, “The seas guard the coasts as they have always done. My fleet watches for the storm.”</w:t>
      </w:r>
    </w:p>
    <w:p w14:paraId="7CECF6B4" w14:textId="77777777" w:rsidR="00272DC1" w:rsidRDefault="00272DC1" w:rsidP="00272DC1">
      <w:pPr>
        <w:pStyle w:val="NormalWeb"/>
        <w:rPr>
          <w:color w:val="000000"/>
        </w:rPr>
      </w:pPr>
      <w:r>
        <w:rPr>
          <w:color w:val="000000"/>
        </w:rPr>
        <w:t>Then came</w:t>
      </w:r>
      <w:r>
        <w:rPr>
          <w:rStyle w:val="apple-converted-space"/>
          <w:color w:val="000000"/>
        </w:rPr>
        <w:t> </w:t>
      </w:r>
      <w:proofErr w:type="spellStart"/>
      <w:r w:rsidRPr="00272DC1">
        <w:rPr>
          <w:rStyle w:val="Strong"/>
          <w:rFonts w:eastAsiaTheme="majorEastAsia"/>
          <w:b w:val="0"/>
          <w:bCs w:val="0"/>
          <w:color w:val="000000"/>
        </w:rPr>
        <w:t>Plenstant</w:t>
      </w:r>
      <w:proofErr w:type="spellEnd"/>
      <w:r w:rsidRPr="00272DC1">
        <w:rPr>
          <w:rStyle w:val="Strong"/>
          <w:rFonts w:eastAsiaTheme="majorEastAsia"/>
          <w:b w:val="0"/>
          <w:bCs w:val="0"/>
          <w:color w:val="000000"/>
        </w:rPr>
        <w:t xml:space="preserve"> of </w:t>
      </w:r>
      <w:proofErr w:type="spellStart"/>
      <w:r w:rsidRPr="00272DC1">
        <w:rPr>
          <w:rStyle w:val="Strong"/>
          <w:rFonts w:eastAsiaTheme="majorEastAsia"/>
          <w:b w:val="0"/>
          <w:bCs w:val="0"/>
          <w:color w:val="000000"/>
        </w:rPr>
        <w:t>Hespolol</w:t>
      </w:r>
      <w:proofErr w:type="spellEnd"/>
      <w:r>
        <w:rPr>
          <w:color w:val="000000"/>
        </w:rPr>
        <w:t>, dressed in violet and gold, his steps graceful, his expression unreadable. “The vineyards have ripened, my lords. I trust we shall drink to understanding before the day is done.”</w:t>
      </w:r>
    </w:p>
    <w:p w14:paraId="29C150C7" w14:textId="77777777" w:rsidR="00272DC1" w:rsidRDefault="00272DC1" w:rsidP="00272DC1">
      <w:pPr>
        <w:pStyle w:val="NormalWeb"/>
        <w:rPr>
          <w:color w:val="000000"/>
        </w:rPr>
      </w:pPr>
      <w:r>
        <w:rPr>
          <w:color w:val="000000"/>
        </w:rPr>
        <w:t>Behind him strode</w:t>
      </w:r>
      <w:r>
        <w:rPr>
          <w:rStyle w:val="apple-converted-space"/>
          <w:color w:val="000000"/>
        </w:rPr>
        <w:t> </w:t>
      </w:r>
      <w:r w:rsidRPr="00272DC1">
        <w:rPr>
          <w:rStyle w:val="Strong"/>
          <w:rFonts w:eastAsiaTheme="majorEastAsia"/>
          <w:b w:val="0"/>
          <w:bCs w:val="0"/>
          <w:color w:val="000000"/>
        </w:rPr>
        <w:t>Bruce of the Forest</w:t>
      </w:r>
      <w:r>
        <w:rPr>
          <w:color w:val="000000"/>
        </w:rPr>
        <w:t>, stoic and calm, his archers lining the walls like trees. He bowed slightly, murmuring, “The Forest obeys the order of the Citadel.”</w:t>
      </w:r>
    </w:p>
    <w:p w14:paraId="78449FA8" w14:textId="77777777" w:rsidR="00272DC1" w:rsidRDefault="00272DC1" w:rsidP="00272DC1">
      <w:pPr>
        <w:pStyle w:val="NormalWeb"/>
        <w:rPr>
          <w:color w:val="000000"/>
        </w:rPr>
      </w:pPr>
      <w:proofErr w:type="spellStart"/>
      <w:r w:rsidRPr="00272DC1">
        <w:rPr>
          <w:rStyle w:val="Strong"/>
          <w:rFonts w:eastAsiaTheme="majorEastAsia"/>
          <w:b w:val="0"/>
          <w:bCs w:val="0"/>
          <w:color w:val="000000"/>
        </w:rPr>
        <w:t>Rexter</w:t>
      </w:r>
      <w:proofErr w:type="spellEnd"/>
      <w:r w:rsidRPr="00272DC1">
        <w:rPr>
          <w:rStyle w:val="Strong"/>
          <w:rFonts w:eastAsiaTheme="majorEastAsia"/>
          <w:b w:val="0"/>
          <w:bCs w:val="0"/>
          <w:color w:val="000000"/>
        </w:rPr>
        <w:t>, the Nomad King</w:t>
      </w:r>
      <w:r>
        <w:rPr>
          <w:color w:val="000000"/>
        </w:rPr>
        <w:t>, entered next, flanked by his three queens. His boots left dust upon the marble floor. “The sands shift,” he said flatly. “May this place prove steadier.”</w:t>
      </w:r>
    </w:p>
    <w:p w14:paraId="7BADE72A" w14:textId="77777777" w:rsidR="00272DC1" w:rsidRDefault="00272DC1" w:rsidP="00272DC1">
      <w:pPr>
        <w:pStyle w:val="NormalWeb"/>
        <w:rPr>
          <w:color w:val="000000"/>
        </w:rPr>
      </w:pPr>
      <w:r>
        <w:rPr>
          <w:color w:val="000000"/>
        </w:rPr>
        <w:t>Then came the</w:t>
      </w:r>
      <w:r>
        <w:rPr>
          <w:rStyle w:val="apple-converted-space"/>
          <w:color w:val="000000"/>
        </w:rPr>
        <w:t> </w:t>
      </w:r>
      <w:r w:rsidRPr="00272DC1">
        <w:rPr>
          <w:rStyle w:val="Strong"/>
          <w:rFonts w:eastAsiaTheme="majorEastAsia"/>
          <w:b w:val="0"/>
          <w:bCs w:val="0"/>
          <w:color w:val="000000"/>
        </w:rPr>
        <w:t>Miner King</w:t>
      </w:r>
      <w:r w:rsidRPr="00272DC1">
        <w:rPr>
          <w:b/>
          <w:bCs/>
          <w:color w:val="000000"/>
        </w:rPr>
        <w:t>,</w:t>
      </w:r>
      <w:r>
        <w:rPr>
          <w:color w:val="000000"/>
        </w:rPr>
        <w:t xml:space="preserve"> Danel Darns, dragging his hammer behind him like a scepter of stone. “The forges burn. Speak swiftly, for iron cools if left too long.”</w:t>
      </w:r>
    </w:p>
    <w:p w14:paraId="598A2F1E" w14:textId="77777777" w:rsidR="00272DC1" w:rsidRDefault="00272DC1" w:rsidP="00272DC1">
      <w:pPr>
        <w:pStyle w:val="NormalWeb"/>
        <w:rPr>
          <w:color w:val="000000"/>
        </w:rPr>
      </w:pPr>
      <w:r w:rsidRPr="00272DC1">
        <w:rPr>
          <w:rStyle w:val="Strong"/>
          <w:rFonts w:eastAsiaTheme="majorEastAsia"/>
          <w:b w:val="0"/>
          <w:bCs w:val="0"/>
          <w:color w:val="000000"/>
        </w:rPr>
        <w:t>Bresson, the Serpent King</w:t>
      </w:r>
      <w:r>
        <w:rPr>
          <w:color w:val="000000"/>
        </w:rPr>
        <w:t>, glided silently into the chamber, the smell of the marsh following him. He said nothing — only fixed his black eyes on Barrus’s empty chair.</w:t>
      </w:r>
    </w:p>
    <w:p w14:paraId="253E6B4A" w14:textId="77777777" w:rsidR="00272DC1" w:rsidRDefault="00272DC1" w:rsidP="00272DC1">
      <w:pPr>
        <w:pStyle w:val="NormalWeb"/>
        <w:rPr>
          <w:color w:val="000000"/>
        </w:rPr>
      </w:pPr>
      <w:r>
        <w:rPr>
          <w:color w:val="000000"/>
        </w:rPr>
        <w:lastRenderedPageBreak/>
        <w:t>From the north came</w:t>
      </w:r>
      <w:r>
        <w:rPr>
          <w:rStyle w:val="apple-converted-space"/>
          <w:color w:val="000000"/>
        </w:rPr>
        <w:t> </w:t>
      </w:r>
      <w:r w:rsidRPr="00272DC1">
        <w:rPr>
          <w:rStyle w:val="Strong"/>
          <w:rFonts w:eastAsiaTheme="majorEastAsia"/>
          <w:b w:val="0"/>
          <w:bCs w:val="0"/>
          <w:color w:val="000000"/>
        </w:rPr>
        <w:t>Baird Tooth</w:t>
      </w:r>
      <w:r>
        <w:rPr>
          <w:color w:val="000000"/>
        </w:rPr>
        <w:t>, his fanged helm gleaming, his Mongrels waiting outside. “The hounds obey my hand, and my hand obeys no other.”</w:t>
      </w:r>
    </w:p>
    <w:p w14:paraId="66A6C41B" w14:textId="77777777" w:rsidR="00272DC1" w:rsidRDefault="00272DC1" w:rsidP="00272DC1">
      <w:pPr>
        <w:pStyle w:val="NormalWeb"/>
        <w:rPr>
          <w:color w:val="000000"/>
        </w:rPr>
      </w:pPr>
      <w:r w:rsidRPr="00272DC1">
        <w:rPr>
          <w:rStyle w:val="Strong"/>
          <w:rFonts w:eastAsiaTheme="majorEastAsia"/>
          <w:b w:val="0"/>
          <w:bCs w:val="0"/>
          <w:color w:val="000000"/>
        </w:rPr>
        <w:t>Thaddeus, the Lion King</w:t>
      </w:r>
      <w:r>
        <w:rPr>
          <w:color w:val="000000"/>
        </w:rPr>
        <w:t xml:space="preserve">, followed soon after, his furs streaked with gold, his lions’ roars faint beyond the doors. “Let </w:t>
      </w:r>
      <w:proofErr w:type="gramStart"/>
      <w:r>
        <w:rPr>
          <w:color w:val="000000"/>
        </w:rPr>
        <w:t>none</w:t>
      </w:r>
      <w:proofErr w:type="gramEnd"/>
      <w:r>
        <w:rPr>
          <w:color w:val="000000"/>
        </w:rPr>
        <w:t xml:space="preserve"> mistake patience for weakness,” he growled, eyes locked on Baird Tooth.</w:t>
      </w:r>
    </w:p>
    <w:p w14:paraId="26BE31ED" w14:textId="77777777" w:rsidR="00272DC1" w:rsidRDefault="00272DC1" w:rsidP="00272DC1">
      <w:pPr>
        <w:pStyle w:val="NormalWeb"/>
        <w:rPr>
          <w:color w:val="000000"/>
        </w:rPr>
      </w:pPr>
      <w:r>
        <w:rPr>
          <w:color w:val="000000"/>
        </w:rPr>
        <w:t>Then the hall darkened.</w:t>
      </w:r>
    </w:p>
    <w:p w14:paraId="698E1D13" w14:textId="77777777" w:rsidR="00272DC1" w:rsidRDefault="00272DC1" w:rsidP="00272DC1">
      <w:pPr>
        <w:pStyle w:val="NormalWeb"/>
        <w:rPr>
          <w:color w:val="000000"/>
        </w:rPr>
      </w:pPr>
      <w:r>
        <w:rPr>
          <w:color w:val="000000"/>
        </w:rPr>
        <w:t>The air rippled with heat as</w:t>
      </w:r>
      <w:r>
        <w:rPr>
          <w:rStyle w:val="apple-converted-space"/>
          <w:color w:val="000000"/>
        </w:rPr>
        <w:t> </w:t>
      </w:r>
      <w:r w:rsidRPr="00272DC1">
        <w:rPr>
          <w:rStyle w:val="Strong"/>
          <w:rFonts w:eastAsiaTheme="majorEastAsia"/>
          <w:b w:val="0"/>
          <w:bCs w:val="0"/>
          <w:color w:val="000000"/>
        </w:rPr>
        <w:t>Barrus, the Dragon Lord</w:t>
      </w:r>
      <w:r>
        <w:rPr>
          <w:color w:val="000000"/>
        </w:rPr>
        <w:t>, entered last, his armor black as volcanic glass, his presence alone dimming the torches. Doctor Pense followed at his heel, silent and smiling faintly.</w:t>
      </w:r>
    </w:p>
    <w:p w14:paraId="39299CC7" w14:textId="22CBDC3E" w:rsidR="00272DC1" w:rsidRPr="00272DC1" w:rsidRDefault="00272DC1" w:rsidP="00272DC1">
      <w:pPr>
        <w:pStyle w:val="NormalWeb"/>
        <w:rPr>
          <w:color w:val="000000"/>
        </w:rPr>
      </w:pPr>
      <w:r>
        <w:rPr>
          <w:color w:val="000000"/>
        </w:rPr>
        <w:t>Finally, the last chair was filled —</w:t>
      </w:r>
      <w:r>
        <w:rPr>
          <w:rStyle w:val="apple-converted-space"/>
          <w:color w:val="000000"/>
        </w:rPr>
        <w:t> </w:t>
      </w:r>
      <w:proofErr w:type="spellStart"/>
      <w:r w:rsidRPr="00272DC1">
        <w:rPr>
          <w:rStyle w:val="Strong"/>
          <w:rFonts w:eastAsiaTheme="majorEastAsia"/>
          <w:b w:val="0"/>
          <w:bCs w:val="0"/>
          <w:color w:val="000000"/>
        </w:rPr>
        <w:t>Stormflyer</w:t>
      </w:r>
      <w:proofErr w:type="spellEnd"/>
      <w:r>
        <w:rPr>
          <w:color w:val="000000"/>
        </w:rPr>
        <w:t>, the Hawk King, descended from the rafters, landing lightly beside his queen. His wings folded close, feathers shimmering in torchlight. “We see from above,” he said softly. “Now we listen below.”</w:t>
      </w:r>
    </w:p>
    <w:p w14:paraId="0C704960" w14:textId="77777777" w:rsidR="00272DC1" w:rsidRDefault="00272DC1" w:rsidP="00272DC1">
      <w:pPr>
        <w:pStyle w:val="NormalWeb"/>
        <w:rPr>
          <w:color w:val="000000"/>
        </w:rPr>
      </w:pPr>
      <w:r w:rsidRPr="00272DC1">
        <w:rPr>
          <w:rStyle w:val="Strong"/>
          <w:rFonts w:eastAsiaTheme="majorEastAsia"/>
          <w:b w:val="0"/>
          <w:bCs w:val="0"/>
          <w:color w:val="000000"/>
        </w:rPr>
        <w:t>Doctor Marcellis</w:t>
      </w:r>
      <w:r>
        <w:rPr>
          <w:color w:val="000000"/>
        </w:rPr>
        <w:t>, the Chair, stood at the center dais. Her voice filled the chamber, steady but heavy with strain.</w:t>
      </w:r>
    </w:p>
    <w:p w14:paraId="4ABB9B80" w14:textId="77777777" w:rsidR="00272DC1" w:rsidRDefault="00272DC1" w:rsidP="00272DC1">
      <w:pPr>
        <w:pStyle w:val="NormalWeb"/>
        <w:rPr>
          <w:color w:val="000000"/>
        </w:rPr>
      </w:pPr>
      <w:r>
        <w:rPr>
          <w:color w:val="000000"/>
        </w:rPr>
        <w:t>“Kings of the Eleven Thrones, Doctors of the Citadel, the laws of gathering are upon us. For the first time in seven and a half centuries, the Thrones meet as one. The heavens burn, and the world trembles. We are called to counsel — not to rule, not to war. What we decide here will shape the fate of all the lands beneath the star.”</w:t>
      </w:r>
    </w:p>
    <w:p w14:paraId="1A495D1C" w14:textId="77777777" w:rsidR="00272DC1" w:rsidRDefault="00272DC1" w:rsidP="00272DC1">
      <w:pPr>
        <w:pStyle w:val="NormalWeb"/>
        <w:rPr>
          <w:color w:val="000000"/>
        </w:rPr>
      </w:pPr>
      <w:r>
        <w:rPr>
          <w:color w:val="000000"/>
        </w:rPr>
        <w:t>She looked from face to face — from Whey Prancer’s weary calm to Barrus’s smoldering arrogance. “Let each throne speak. Let each Doctor answer. Let the truth be laid bare.”</w:t>
      </w:r>
    </w:p>
    <w:p w14:paraId="348107EA" w14:textId="77777777" w:rsidR="00272DC1" w:rsidRDefault="00272DC1" w:rsidP="00272DC1">
      <w:pPr>
        <w:pStyle w:val="NormalWeb"/>
        <w:rPr>
          <w:color w:val="000000"/>
        </w:rPr>
      </w:pPr>
      <w:r w:rsidRPr="00272DC1">
        <w:rPr>
          <w:rStyle w:val="Strong"/>
          <w:rFonts w:eastAsiaTheme="majorEastAsia"/>
          <w:b w:val="0"/>
          <w:bCs w:val="0"/>
          <w:color w:val="000000"/>
        </w:rPr>
        <w:t>Whey Prancer</w:t>
      </w:r>
      <w:r>
        <w:rPr>
          <w:rStyle w:val="apple-converted-space"/>
          <w:color w:val="000000"/>
        </w:rPr>
        <w:t> </w:t>
      </w:r>
      <w:r>
        <w:rPr>
          <w:color w:val="000000"/>
        </w:rPr>
        <w:t>rose first. “My people see the star each night. It grows larger. The animals flee. The crops wilt in the heat of its light. The farmers do not sleep. They ask when the sky will fall. I have no answer for them.”</w:t>
      </w:r>
    </w:p>
    <w:p w14:paraId="2A8B5C0A" w14:textId="6E383551" w:rsidR="00272DC1" w:rsidRDefault="00272DC1" w:rsidP="00272DC1">
      <w:pPr>
        <w:pStyle w:val="NormalWeb"/>
        <w:rPr>
          <w:color w:val="000000"/>
        </w:rPr>
      </w:pPr>
      <w:proofErr w:type="spellStart"/>
      <w:r>
        <w:rPr>
          <w:color w:val="000000"/>
        </w:rPr>
        <w:t>Gundae</w:t>
      </w:r>
      <w:proofErr w:type="spellEnd"/>
      <w:r>
        <w:rPr>
          <w:color w:val="000000"/>
        </w:rPr>
        <w:t xml:space="preserve"> </w:t>
      </w:r>
      <w:proofErr w:type="spellStart"/>
      <w:r>
        <w:rPr>
          <w:color w:val="000000"/>
        </w:rPr>
        <w:t>Prium</w:t>
      </w:r>
      <w:proofErr w:type="spellEnd"/>
      <w:r>
        <w:rPr>
          <w:color w:val="000000"/>
        </w:rPr>
        <w:t>, the Citadel’s master of astronomy, bowed his head, his fingers trembling over a parchment chart</w:t>
      </w:r>
      <w:r>
        <w:rPr>
          <w:color w:val="000000"/>
        </w:rPr>
        <w:t xml:space="preserve">.  </w:t>
      </w:r>
      <w:r>
        <w:rPr>
          <w:color w:val="000000"/>
        </w:rPr>
        <w:t>“</w:t>
      </w:r>
      <w:r w:rsidRPr="00272DC1">
        <w:rPr>
          <w:rStyle w:val="Strong"/>
          <w:b w:val="0"/>
          <w:bCs w:val="0"/>
          <w:color w:val="000000"/>
        </w:rPr>
        <w:t>Four moons</w:t>
      </w:r>
      <w:r>
        <w:rPr>
          <w:rStyle w:val="Strong"/>
          <w:color w:val="000000"/>
        </w:rPr>
        <w:t>.</w:t>
      </w:r>
      <w:r>
        <w:rPr>
          <w:rStyle w:val="apple-converted-space"/>
          <w:color w:val="000000"/>
        </w:rPr>
        <w:t> </w:t>
      </w:r>
      <w:r>
        <w:rPr>
          <w:color w:val="000000"/>
        </w:rPr>
        <w:t>No more,” he said at last. “The star accelerates. What we once thought six turns distant has halved its journey. Each night its light grows hotter. We may have only weeks to act before its fire kisses the upper air.”</w:t>
      </w:r>
    </w:p>
    <w:p w14:paraId="3F56B19E" w14:textId="77777777" w:rsidR="00272DC1" w:rsidRDefault="00272DC1" w:rsidP="00272DC1">
      <w:pPr>
        <w:pStyle w:val="NormalWeb"/>
        <w:rPr>
          <w:color w:val="000000"/>
        </w:rPr>
      </w:pPr>
      <w:r>
        <w:rPr>
          <w:color w:val="000000"/>
        </w:rPr>
        <w:t>A hush fell across the chamber. Even the Dragon Lord’s sneer faded for a heartbeat.</w:t>
      </w:r>
    </w:p>
    <w:p w14:paraId="7BE8C6E6" w14:textId="77777777" w:rsidR="00272DC1" w:rsidRDefault="00272DC1" w:rsidP="00272DC1">
      <w:pPr>
        <w:pStyle w:val="NormalWeb"/>
        <w:rPr>
          <w:color w:val="000000"/>
        </w:rPr>
      </w:pPr>
      <w:r>
        <w:rPr>
          <w:color w:val="000000"/>
        </w:rPr>
        <w:t>Whey Prancer whispered, “Four moons… the harvests will not ripen.”</w:t>
      </w:r>
    </w:p>
    <w:p w14:paraId="2C2350DB" w14:textId="77777777" w:rsidR="00272DC1" w:rsidRDefault="00272DC1" w:rsidP="00272DC1">
      <w:pPr>
        <w:pStyle w:val="NormalWeb"/>
        <w:rPr>
          <w:color w:val="000000"/>
        </w:rPr>
      </w:pPr>
      <w:r>
        <w:rPr>
          <w:color w:val="000000"/>
        </w:rPr>
        <w:t xml:space="preserve">Doctor </w:t>
      </w:r>
      <w:proofErr w:type="spellStart"/>
      <w:r>
        <w:rPr>
          <w:color w:val="000000"/>
        </w:rPr>
        <w:t>Brakon</w:t>
      </w:r>
      <w:proofErr w:type="spellEnd"/>
      <w:r>
        <w:rPr>
          <w:color w:val="000000"/>
        </w:rPr>
        <w:t xml:space="preserve"> murmured, “Nor will any defense be finished in time.”</w:t>
      </w:r>
    </w:p>
    <w:p w14:paraId="25824C3B" w14:textId="77777777" w:rsidR="00272DC1" w:rsidRDefault="00272DC1" w:rsidP="00272DC1">
      <w:pPr>
        <w:pStyle w:val="NormalWeb"/>
        <w:rPr>
          <w:color w:val="000000"/>
        </w:rPr>
      </w:pPr>
      <w:r>
        <w:rPr>
          <w:color w:val="000000"/>
        </w:rPr>
        <w:t>And from somewhere high above, unseen, the faint rustle of hawk wings echoed — a reminder that the sky itself was no longer a friend.</w:t>
      </w:r>
    </w:p>
    <w:p w14:paraId="0D640BA3" w14:textId="42BB463C" w:rsidR="00272DC1" w:rsidRDefault="00272DC1" w:rsidP="00272DC1">
      <w:pPr>
        <w:pStyle w:val="NormalWeb"/>
        <w:rPr>
          <w:color w:val="000000"/>
        </w:rPr>
      </w:pPr>
      <w:proofErr w:type="spellStart"/>
      <w:r w:rsidRPr="00272DC1">
        <w:rPr>
          <w:rStyle w:val="Strong"/>
          <w:rFonts w:eastAsiaTheme="majorEastAsia"/>
          <w:b w:val="0"/>
          <w:bCs w:val="0"/>
          <w:color w:val="000000"/>
        </w:rPr>
        <w:lastRenderedPageBreak/>
        <w:t>Plenstant</w:t>
      </w:r>
      <w:proofErr w:type="spellEnd"/>
      <w:r>
        <w:rPr>
          <w:rStyle w:val="apple-converted-space"/>
          <w:color w:val="000000"/>
        </w:rPr>
        <w:t> </w:t>
      </w:r>
      <w:r>
        <w:rPr>
          <w:color w:val="000000"/>
        </w:rPr>
        <w:t>lifted his goblet. “Then we must find comfort while we can. If fire comes, let it come to a world at peace, not at war. Let us drink, speak, and die as kings, not as beasts clawing in the dust.”</w:t>
      </w:r>
    </w:p>
    <w:p w14:paraId="521F339F" w14:textId="77777777" w:rsidR="00272DC1" w:rsidRDefault="00272DC1" w:rsidP="00272DC1">
      <w:pPr>
        <w:pStyle w:val="NormalWeb"/>
        <w:rPr>
          <w:color w:val="000000"/>
        </w:rPr>
      </w:pPr>
      <w:r>
        <w:rPr>
          <w:color w:val="000000"/>
        </w:rPr>
        <w:t>Baird Tooth barked a laugh. “Speak for yourself, vineyard peacock. My hounds will live while your wine burns.”</w:t>
      </w:r>
    </w:p>
    <w:p w14:paraId="120C3893" w14:textId="77777777" w:rsidR="00272DC1" w:rsidRDefault="00272DC1" w:rsidP="00272DC1">
      <w:pPr>
        <w:pStyle w:val="NormalWeb"/>
        <w:rPr>
          <w:color w:val="000000"/>
        </w:rPr>
      </w:pPr>
      <w:r>
        <w:rPr>
          <w:color w:val="000000"/>
        </w:rPr>
        <w:t>Thaddeus snarled from across the circle. “Your hounds won’t live long enough to smell the smoke.”</w:t>
      </w:r>
    </w:p>
    <w:p w14:paraId="79E322C2" w14:textId="77777777" w:rsidR="00272DC1" w:rsidRDefault="00272DC1" w:rsidP="00272DC1">
      <w:pPr>
        <w:pStyle w:val="NormalWeb"/>
        <w:rPr>
          <w:color w:val="000000"/>
        </w:rPr>
      </w:pPr>
      <w:r>
        <w:rPr>
          <w:color w:val="000000"/>
        </w:rPr>
        <w:t>Marcellis’s staff struck the stone with a crack. “Enough! You will not bring your feuds into this hall. Not here.”</w:t>
      </w:r>
    </w:p>
    <w:p w14:paraId="7501CCFA" w14:textId="77777777" w:rsidR="00272DC1" w:rsidRDefault="00272DC1" w:rsidP="00272DC1">
      <w:pPr>
        <w:pStyle w:val="NormalWeb"/>
        <w:rPr>
          <w:color w:val="000000"/>
        </w:rPr>
      </w:pPr>
      <w:r>
        <w:rPr>
          <w:color w:val="000000"/>
        </w:rPr>
        <w:t>Then Barrus rose. His shadow spilled across half the chamber.</w:t>
      </w:r>
    </w:p>
    <w:p w14:paraId="6121999D" w14:textId="77777777" w:rsidR="00272DC1" w:rsidRDefault="00272DC1" w:rsidP="00272DC1">
      <w:pPr>
        <w:pStyle w:val="NormalWeb"/>
        <w:rPr>
          <w:color w:val="000000"/>
        </w:rPr>
      </w:pPr>
      <w:r>
        <w:rPr>
          <w:color w:val="000000"/>
        </w:rPr>
        <w:t xml:space="preserve">“While you whimper over the sky,” he said, his voice low but rolling like distant thunder, “my armies wait. I do not fear the star. I will </w:t>
      </w:r>
      <w:proofErr w:type="spellStart"/>
      <w:r>
        <w:rPr>
          <w:color w:val="000000"/>
        </w:rPr>
        <w:t>tame</w:t>
      </w:r>
      <w:proofErr w:type="spellEnd"/>
      <w:r>
        <w:rPr>
          <w:color w:val="000000"/>
        </w:rPr>
        <w:t xml:space="preserve"> it. When it falls, its fire will belong to me. I will forge a new world from its ashes.”</w:t>
      </w:r>
    </w:p>
    <w:p w14:paraId="610F138B" w14:textId="77777777" w:rsidR="00272DC1" w:rsidRDefault="00272DC1" w:rsidP="00272DC1">
      <w:pPr>
        <w:pStyle w:val="NormalWeb"/>
        <w:rPr>
          <w:color w:val="000000"/>
        </w:rPr>
      </w:pPr>
      <w:r>
        <w:rPr>
          <w:color w:val="000000"/>
        </w:rPr>
        <w:t>The room fell to silence.</w:t>
      </w:r>
    </w:p>
    <w:p w14:paraId="1A6DB0D6" w14:textId="77777777" w:rsidR="00272DC1" w:rsidRDefault="00272DC1" w:rsidP="00272DC1">
      <w:pPr>
        <w:pStyle w:val="NormalWeb"/>
        <w:rPr>
          <w:color w:val="000000"/>
        </w:rPr>
      </w:pPr>
      <w:proofErr w:type="spellStart"/>
      <w:r>
        <w:rPr>
          <w:color w:val="000000"/>
        </w:rPr>
        <w:t>Stormflyer’s</w:t>
      </w:r>
      <w:proofErr w:type="spellEnd"/>
      <w:r>
        <w:rPr>
          <w:color w:val="000000"/>
        </w:rPr>
        <w:t xml:space="preserve"> wings rustled softly. “You cannot forge fire, Barrus. It consumes all it touches.”</w:t>
      </w:r>
    </w:p>
    <w:p w14:paraId="7D25C673" w14:textId="77777777" w:rsidR="00272DC1" w:rsidRDefault="00272DC1" w:rsidP="00272DC1">
      <w:pPr>
        <w:pStyle w:val="NormalWeb"/>
        <w:rPr>
          <w:color w:val="000000"/>
        </w:rPr>
      </w:pPr>
      <w:r>
        <w:rPr>
          <w:color w:val="000000"/>
        </w:rPr>
        <w:t>Barrus’s eyes blazed. “Then let it consume the weak.”</w:t>
      </w:r>
    </w:p>
    <w:p w14:paraId="31359455" w14:textId="77777777" w:rsidR="00272DC1" w:rsidRDefault="00272DC1" w:rsidP="00272DC1">
      <w:pPr>
        <w:pStyle w:val="NormalWeb"/>
        <w:rPr>
          <w:color w:val="000000"/>
        </w:rPr>
      </w:pPr>
      <w:r>
        <w:rPr>
          <w:color w:val="000000"/>
        </w:rPr>
        <w:t>The torches guttered as the star’s light seeped through the high windows, staining the marble floor red.</w:t>
      </w:r>
    </w:p>
    <w:p w14:paraId="6F884848" w14:textId="77777777" w:rsidR="00272DC1" w:rsidRDefault="00272DC1" w:rsidP="00272DC1">
      <w:pPr>
        <w:pStyle w:val="NormalWeb"/>
        <w:rPr>
          <w:color w:val="000000"/>
        </w:rPr>
      </w:pPr>
      <w:r>
        <w:rPr>
          <w:color w:val="000000"/>
        </w:rPr>
        <w:t>Marcellis’s voice rose one final time. “Then let the Council of the Eleven Thrones begin. Speak your truths. But remember this — if you draw blood in these halls, it will be your last act as kings.”</w:t>
      </w:r>
    </w:p>
    <w:p w14:paraId="5A49F654" w14:textId="77777777" w:rsidR="00272DC1" w:rsidRDefault="00272DC1" w:rsidP="00272DC1">
      <w:pPr>
        <w:pStyle w:val="NormalWeb"/>
        <w:rPr>
          <w:color w:val="000000"/>
        </w:rPr>
      </w:pPr>
      <w:r>
        <w:rPr>
          <w:color w:val="000000"/>
        </w:rPr>
        <w:t>The bells tolled once more, echoing through the Citadel like a heartbeat.</w:t>
      </w:r>
    </w:p>
    <w:p w14:paraId="59D507B9" w14:textId="63F9594B" w:rsidR="00272DC1" w:rsidRDefault="00272DC1" w:rsidP="00272DC1">
      <w:pPr>
        <w:pStyle w:val="NormalWeb"/>
        <w:rPr>
          <w:color w:val="000000"/>
        </w:rPr>
      </w:pPr>
      <w:r>
        <w:rPr>
          <w:color w:val="000000"/>
        </w:rPr>
        <w:t>The council had begun.</w:t>
      </w:r>
    </w:p>
    <w:p w14:paraId="5C96271C" w14:textId="3A720905" w:rsidR="00272DC1" w:rsidRDefault="00272DC1" w:rsidP="00272DC1">
      <w:pPr>
        <w:pStyle w:val="NormalWeb"/>
        <w:rPr>
          <w:color w:val="000000"/>
        </w:rPr>
      </w:pPr>
      <w:r>
        <w:rPr>
          <w:color w:val="000000"/>
        </w:rPr>
        <w:t>The silence that followed</w:t>
      </w:r>
      <w:r>
        <w:rPr>
          <w:color w:val="000000"/>
        </w:rPr>
        <w:t xml:space="preserve"> the bells </w:t>
      </w:r>
      <w:r>
        <w:rPr>
          <w:color w:val="000000"/>
        </w:rPr>
        <w:t>did not last.</w:t>
      </w:r>
    </w:p>
    <w:p w14:paraId="07675463" w14:textId="77777777" w:rsidR="00272DC1" w:rsidRDefault="00272DC1" w:rsidP="00272DC1">
      <w:pPr>
        <w:pStyle w:val="NormalWeb"/>
        <w:rPr>
          <w:color w:val="000000"/>
        </w:rPr>
      </w:pPr>
      <w:r>
        <w:rPr>
          <w:color w:val="000000"/>
        </w:rPr>
        <w:t>A single cough from Baird Tooth broke it, sharp as a whipcrack. Then came another voice — Thaddeus, low and rumbling. And then another, and another, until the chamber erupted into a storm of voices.</w:t>
      </w:r>
    </w:p>
    <w:p w14:paraId="221D0D11" w14:textId="77777777" w:rsidR="00272DC1" w:rsidRDefault="00272DC1" w:rsidP="00272DC1">
      <w:pPr>
        <w:pStyle w:val="NormalWeb"/>
        <w:rPr>
          <w:color w:val="000000"/>
        </w:rPr>
      </w:pPr>
      <w:r>
        <w:rPr>
          <w:color w:val="000000"/>
        </w:rPr>
        <w:t>“The Citadel was to guide us!” shouted</w:t>
      </w:r>
      <w:r>
        <w:rPr>
          <w:rStyle w:val="apple-converted-space"/>
          <w:color w:val="000000"/>
        </w:rPr>
        <w:t> </w:t>
      </w:r>
      <w:r w:rsidRPr="00272DC1">
        <w:rPr>
          <w:rStyle w:val="Strong"/>
          <w:b w:val="0"/>
          <w:bCs w:val="0"/>
          <w:color w:val="000000"/>
        </w:rPr>
        <w:t>King Whey Prancer</w:t>
      </w:r>
      <w:r>
        <w:rPr>
          <w:color w:val="000000"/>
        </w:rPr>
        <w:t>, his calm finally splintering. “Where is your plan, Doctors? What must we do?”</w:t>
      </w:r>
    </w:p>
    <w:p w14:paraId="4F8B1A5E" w14:textId="77777777" w:rsidR="00272DC1" w:rsidRDefault="00272DC1" w:rsidP="00272DC1">
      <w:pPr>
        <w:pStyle w:val="NormalWeb"/>
        <w:rPr>
          <w:color w:val="000000"/>
        </w:rPr>
      </w:pPr>
      <w:r>
        <w:rPr>
          <w:color w:val="000000"/>
        </w:rPr>
        <w:lastRenderedPageBreak/>
        <w:t>“You had moons to prepare us!” bellowed</w:t>
      </w:r>
      <w:r>
        <w:rPr>
          <w:rStyle w:val="apple-converted-space"/>
          <w:color w:val="000000"/>
        </w:rPr>
        <w:t> </w:t>
      </w:r>
      <w:r w:rsidRPr="00272DC1">
        <w:rPr>
          <w:rStyle w:val="Strong"/>
          <w:b w:val="0"/>
          <w:bCs w:val="0"/>
          <w:color w:val="000000"/>
        </w:rPr>
        <w:t>Baird Tooth</w:t>
      </w:r>
      <w:r>
        <w:rPr>
          <w:color w:val="000000"/>
        </w:rPr>
        <w:t>, pounding a fist on the table. “Now you speak of four! Four moons until what — fire? Famine? Speak plain!”</w:t>
      </w:r>
    </w:p>
    <w:p w14:paraId="267F7625" w14:textId="77777777" w:rsidR="00272DC1" w:rsidRDefault="00272DC1" w:rsidP="00272DC1">
      <w:pPr>
        <w:pStyle w:val="NormalWeb"/>
        <w:rPr>
          <w:color w:val="000000"/>
        </w:rPr>
      </w:pPr>
      <w:r>
        <w:rPr>
          <w:color w:val="000000"/>
        </w:rPr>
        <w:t>“Plainly?” snarled</w:t>
      </w:r>
      <w:r>
        <w:rPr>
          <w:rStyle w:val="apple-converted-space"/>
          <w:color w:val="000000"/>
        </w:rPr>
        <w:t> </w:t>
      </w:r>
      <w:r w:rsidRPr="00272DC1">
        <w:rPr>
          <w:rStyle w:val="Strong"/>
          <w:b w:val="0"/>
          <w:bCs w:val="0"/>
          <w:color w:val="000000"/>
        </w:rPr>
        <w:t>Thaddeus</w:t>
      </w:r>
      <w:r>
        <w:rPr>
          <w:color w:val="000000"/>
        </w:rPr>
        <w:t>, his eyes flashing toward Baird Tooth. “Plainly you’ve no patience to listen, hound. Let the Doctors speak before your barking deafens us all.”</w:t>
      </w:r>
    </w:p>
    <w:p w14:paraId="02E435CC" w14:textId="77777777" w:rsidR="00272DC1" w:rsidRDefault="00272DC1" w:rsidP="00272DC1">
      <w:pPr>
        <w:pStyle w:val="NormalWeb"/>
        <w:rPr>
          <w:color w:val="000000"/>
        </w:rPr>
      </w:pPr>
      <w:r>
        <w:rPr>
          <w:color w:val="000000"/>
        </w:rPr>
        <w:t>The</w:t>
      </w:r>
      <w:r>
        <w:rPr>
          <w:rStyle w:val="apple-converted-space"/>
          <w:color w:val="000000"/>
        </w:rPr>
        <w:t> </w:t>
      </w:r>
      <w:r w:rsidRPr="00272DC1">
        <w:rPr>
          <w:rStyle w:val="Strong"/>
          <w:b w:val="0"/>
          <w:bCs w:val="0"/>
          <w:color w:val="000000"/>
        </w:rPr>
        <w:t>Hound King</w:t>
      </w:r>
      <w:r>
        <w:rPr>
          <w:rStyle w:val="apple-converted-space"/>
          <w:color w:val="000000"/>
        </w:rPr>
        <w:t> </w:t>
      </w:r>
      <w:r>
        <w:rPr>
          <w:color w:val="000000"/>
        </w:rPr>
        <w:t>rose, fists clenched. “Better barking than caged beasts that turn on their own!”</w:t>
      </w:r>
    </w:p>
    <w:p w14:paraId="07F08A1C" w14:textId="77777777" w:rsidR="00272DC1" w:rsidRDefault="00272DC1" w:rsidP="00272DC1">
      <w:pPr>
        <w:pStyle w:val="NormalWeb"/>
        <w:rPr>
          <w:color w:val="000000"/>
        </w:rPr>
      </w:pPr>
      <w:r>
        <w:rPr>
          <w:color w:val="000000"/>
        </w:rPr>
        <w:t>His words drew a snarl from the</w:t>
      </w:r>
      <w:r>
        <w:rPr>
          <w:rStyle w:val="apple-converted-space"/>
          <w:color w:val="000000"/>
        </w:rPr>
        <w:t> </w:t>
      </w:r>
      <w:r w:rsidRPr="00272DC1">
        <w:rPr>
          <w:rStyle w:val="Strong"/>
          <w:b w:val="0"/>
          <w:bCs w:val="0"/>
          <w:color w:val="000000"/>
        </w:rPr>
        <w:t>Lion King</w:t>
      </w:r>
      <w:r>
        <w:rPr>
          <w:color w:val="000000"/>
        </w:rPr>
        <w:t>, and the chamber filled with shouts as their retinues surged to their feet. Mongrel handlers clutched at their beasts outside the doors; lions roared from the cages in the courtyard below.</w:t>
      </w:r>
    </w:p>
    <w:p w14:paraId="31EF1417" w14:textId="77777777" w:rsidR="00272DC1" w:rsidRDefault="00272DC1" w:rsidP="00272DC1">
      <w:pPr>
        <w:pStyle w:val="NormalWeb"/>
        <w:rPr>
          <w:color w:val="000000"/>
        </w:rPr>
      </w:pPr>
      <w:r>
        <w:rPr>
          <w:color w:val="000000"/>
        </w:rPr>
        <w:t>The</w:t>
      </w:r>
      <w:r>
        <w:rPr>
          <w:rStyle w:val="apple-converted-space"/>
          <w:color w:val="000000"/>
        </w:rPr>
        <w:t> </w:t>
      </w:r>
      <w:r w:rsidRPr="00272DC1">
        <w:rPr>
          <w:rStyle w:val="Strong"/>
          <w:b w:val="0"/>
          <w:bCs w:val="0"/>
          <w:color w:val="000000"/>
        </w:rPr>
        <w:t>Forest King Br</w:t>
      </w:r>
      <w:r>
        <w:rPr>
          <w:rStyle w:val="Strong"/>
          <w:color w:val="000000"/>
        </w:rPr>
        <w:t>uce</w:t>
      </w:r>
      <w:r>
        <w:rPr>
          <w:rStyle w:val="apple-converted-space"/>
          <w:color w:val="000000"/>
        </w:rPr>
        <w:t> </w:t>
      </w:r>
      <w:r>
        <w:rPr>
          <w:color w:val="000000"/>
        </w:rPr>
        <w:t>slammed the butt of his spear to the ground. “Enough! The star will not wait for your pride!”</w:t>
      </w:r>
    </w:p>
    <w:p w14:paraId="3BE27E81" w14:textId="77777777" w:rsidR="00272DC1" w:rsidRDefault="00272DC1" w:rsidP="00272DC1">
      <w:pPr>
        <w:pStyle w:val="NormalWeb"/>
        <w:rPr>
          <w:color w:val="000000"/>
        </w:rPr>
      </w:pPr>
      <w:r>
        <w:rPr>
          <w:color w:val="000000"/>
        </w:rPr>
        <w:t>But his voice was lost beneath the others.</w:t>
      </w:r>
    </w:p>
    <w:p w14:paraId="667DDFDE" w14:textId="77777777" w:rsidR="00272DC1" w:rsidRDefault="00272DC1" w:rsidP="00272DC1">
      <w:pPr>
        <w:pStyle w:val="NormalWeb"/>
        <w:rPr>
          <w:color w:val="000000"/>
        </w:rPr>
      </w:pPr>
      <w:r>
        <w:rPr>
          <w:color w:val="000000"/>
        </w:rPr>
        <w:t>From the dais,</w:t>
      </w:r>
      <w:r>
        <w:rPr>
          <w:rStyle w:val="apple-converted-space"/>
          <w:color w:val="000000"/>
        </w:rPr>
        <w:t> </w:t>
      </w:r>
      <w:r w:rsidRPr="00272DC1">
        <w:rPr>
          <w:rStyle w:val="Strong"/>
          <w:b w:val="0"/>
          <w:bCs w:val="0"/>
          <w:color w:val="000000"/>
        </w:rPr>
        <w:t>Doctor Marcellis</w:t>
      </w:r>
      <w:r>
        <w:rPr>
          <w:rStyle w:val="apple-converted-space"/>
          <w:color w:val="000000"/>
        </w:rPr>
        <w:t> </w:t>
      </w:r>
      <w:r>
        <w:rPr>
          <w:color w:val="000000"/>
        </w:rPr>
        <w:t>raised her staff high. “Kings! Sit and hear—”</w:t>
      </w:r>
    </w:p>
    <w:p w14:paraId="06023E90" w14:textId="77777777" w:rsidR="00272DC1" w:rsidRDefault="00272DC1" w:rsidP="00272DC1">
      <w:pPr>
        <w:pStyle w:val="NormalWeb"/>
        <w:rPr>
          <w:color w:val="000000"/>
        </w:rPr>
      </w:pPr>
      <w:r>
        <w:rPr>
          <w:color w:val="000000"/>
        </w:rPr>
        <w:t>Her voice vanished beneath the noise.</w:t>
      </w:r>
    </w:p>
    <w:p w14:paraId="1F26D7E8" w14:textId="77777777" w:rsidR="00272DC1" w:rsidRDefault="00272DC1" w:rsidP="00272DC1">
      <w:pPr>
        <w:pStyle w:val="NormalWeb"/>
        <w:rPr>
          <w:color w:val="000000"/>
        </w:rPr>
      </w:pPr>
      <w:r w:rsidRPr="00272DC1">
        <w:rPr>
          <w:rStyle w:val="Strong"/>
          <w:b w:val="0"/>
          <w:bCs w:val="0"/>
          <w:color w:val="000000"/>
        </w:rPr>
        <w:t>Doctor Brakon</w:t>
      </w:r>
      <w:r>
        <w:rPr>
          <w:rStyle w:val="apple-converted-space"/>
          <w:color w:val="000000"/>
        </w:rPr>
        <w:t> </w:t>
      </w:r>
      <w:r>
        <w:rPr>
          <w:color w:val="000000"/>
        </w:rPr>
        <w:t>tried next, pounding his hand on the marble table. “We have calculations, proposals—”</w:t>
      </w:r>
    </w:p>
    <w:p w14:paraId="30359E99" w14:textId="77777777" w:rsidR="00272DC1" w:rsidRDefault="00272DC1" w:rsidP="00272DC1">
      <w:pPr>
        <w:pStyle w:val="NormalWeb"/>
        <w:rPr>
          <w:color w:val="000000"/>
        </w:rPr>
      </w:pPr>
      <w:r>
        <w:rPr>
          <w:color w:val="000000"/>
        </w:rPr>
        <w:t>“Proposals!” shouted</w:t>
      </w:r>
      <w:r>
        <w:rPr>
          <w:rStyle w:val="apple-converted-space"/>
          <w:color w:val="000000"/>
        </w:rPr>
        <w:t> </w:t>
      </w:r>
      <w:r w:rsidRPr="00272DC1">
        <w:rPr>
          <w:rStyle w:val="Strong"/>
          <w:b w:val="0"/>
          <w:bCs w:val="0"/>
          <w:color w:val="000000"/>
        </w:rPr>
        <w:t>Wester</w:t>
      </w:r>
      <w:r>
        <w:rPr>
          <w:color w:val="000000"/>
        </w:rPr>
        <w:t>, his sea-roughened voice echoing. “Your proposals will sink us all! We need ships, not speeches!”</w:t>
      </w:r>
    </w:p>
    <w:p w14:paraId="141219B8" w14:textId="77777777" w:rsidR="00272DC1" w:rsidRDefault="00272DC1" w:rsidP="00272DC1">
      <w:pPr>
        <w:pStyle w:val="NormalWeb"/>
        <w:rPr>
          <w:color w:val="000000"/>
        </w:rPr>
      </w:pPr>
      <w:r>
        <w:rPr>
          <w:color w:val="000000"/>
        </w:rPr>
        <w:t>“Ships?” spat</w:t>
      </w:r>
      <w:r>
        <w:rPr>
          <w:rStyle w:val="apple-converted-space"/>
          <w:color w:val="000000"/>
        </w:rPr>
        <w:t> </w:t>
      </w:r>
      <w:proofErr w:type="spellStart"/>
      <w:r w:rsidRPr="00272DC1">
        <w:rPr>
          <w:rStyle w:val="Strong"/>
          <w:b w:val="0"/>
          <w:bCs w:val="0"/>
          <w:color w:val="000000"/>
        </w:rPr>
        <w:t>Rexter</w:t>
      </w:r>
      <w:proofErr w:type="spellEnd"/>
      <w:r>
        <w:rPr>
          <w:color w:val="000000"/>
        </w:rPr>
        <w:t>, slamming a jeweled cup aside. “The desert has no sea! You’ll flee and leave us to burn!”</w:t>
      </w:r>
    </w:p>
    <w:p w14:paraId="15715BEC" w14:textId="77777777" w:rsidR="00272DC1" w:rsidRDefault="00272DC1" w:rsidP="00272DC1">
      <w:pPr>
        <w:pStyle w:val="NormalWeb"/>
        <w:rPr>
          <w:color w:val="000000"/>
        </w:rPr>
      </w:pPr>
      <w:r>
        <w:rPr>
          <w:color w:val="000000"/>
        </w:rPr>
        <w:t>“Then join me,” growled</w:t>
      </w:r>
      <w:r>
        <w:rPr>
          <w:rStyle w:val="apple-converted-space"/>
          <w:color w:val="000000"/>
        </w:rPr>
        <w:t> </w:t>
      </w:r>
      <w:r w:rsidRPr="00272DC1">
        <w:rPr>
          <w:rStyle w:val="Strong"/>
          <w:b w:val="0"/>
          <w:bCs w:val="0"/>
          <w:color w:val="000000"/>
        </w:rPr>
        <w:t>Barrus</w:t>
      </w:r>
      <w:r>
        <w:rPr>
          <w:color w:val="000000"/>
        </w:rPr>
        <w:t>, rising slowly from his chair. “Come west, to the mountains. The dragons will shelter those who kneel.”</w:t>
      </w:r>
    </w:p>
    <w:p w14:paraId="38E0296D" w14:textId="77777777" w:rsidR="00272DC1" w:rsidRDefault="00272DC1" w:rsidP="00272DC1">
      <w:pPr>
        <w:pStyle w:val="NormalWeb"/>
        <w:rPr>
          <w:color w:val="000000"/>
        </w:rPr>
      </w:pPr>
      <w:r>
        <w:rPr>
          <w:color w:val="000000"/>
        </w:rPr>
        <w:t>A wave of uproar rolled through the hall.</w:t>
      </w:r>
    </w:p>
    <w:p w14:paraId="0AA21963" w14:textId="77777777" w:rsidR="00272DC1" w:rsidRDefault="00272DC1" w:rsidP="00272DC1">
      <w:pPr>
        <w:pStyle w:val="NormalWeb"/>
        <w:rPr>
          <w:color w:val="000000"/>
        </w:rPr>
      </w:pPr>
      <w:r>
        <w:rPr>
          <w:color w:val="000000"/>
        </w:rPr>
        <w:t>“Shelter?” cried</w:t>
      </w:r>
      <w:r>
        <w:rPr>
          <w:rStyle w:val="apple-converted-space"/>
          <w:color w:val="000000"/>
        </w:rPr>
        <w:t> </w:t>
      </w:r>
      <w:proofErr w:type="spellStart"/>
      <w:r w:rsidRPr="00272DC1">
        <w:rPr>
          <w:rStyle w:val="Strong"/>
          <w:b w:val="0"/>
          <w:bCs w:val="0"/>
          <w:color w:val="000000"/>
        </w:rPr>
        <w:t>Plenstant</w:t>
      </w:r>
      <w:proofErr w:type="spellEnd"/>
      <w:r>
        <w:rPr>
          <w:color w:val="000000"/>
        </w:rPr>
        <w:t>, laughing bitterly. “You mean slavery. You mean rule by fire.”</w:t>
      </w:r>
    </w:p>
    <w:p w14:paraId="07B495D4" w14:textId="77777777" w:rsidR="00272DC1" w:rsidRDefault="00272DC1" w:rsidP="00272DC1">
      <w:pPr>
        <w:pStyle w:val="NormalWeb"/>
        <w:rPr>
          <w:color w:val="000000"/>
        </w:rPr>
      </w:pPr>
      <w:proofErr w:type="spellStart"/>
      <w:r>
        <w:rPr>
          <w:color w:val="000000"/>
        </w:rPr>
        <w:t>Stormflyer’s</w:t>
      </w:r>
      <w:proofErr w:type="spellEnd"/>
      <w:r>
        <w:rPr>
          <w:color w:val="000000"/>
        </w:rPr>
        <w:t xml:space="preserve"> wings flared wide, feathers rattling the torches. “You speak of shelter under dragons — yet your dragons burn the skies! The Citadel will not hold if they come within its walls.”</w:t>
      </w:r>
    </w:p>
    <w:p w14:paraId="35E49599" w14:textId="77777777" w:rsidR="00272DC1" w:rsidRDefault="00272DC1" w:rsidP="00272DC1">
      <w:pPr>
        <w:pStyle w:val="NormalWeb"/>
        <w:rPr>
          <w:color w:val="000000"/>
        </w:rPr>
      </w:pPr>
      <w:r>
        <w:rPr>
          <w:color w:val="000000"/>
        </w:rPr>
        <w:t>“The skies are ours!” Barrus thundered. “Not yours, feathered mongrel!”</w:t>
      </w:r>
    </w:p>
    <w:p w14:paraId="1D4BCF2C" w14:textId="77777777" w:rsidR="00272DC1" w:rsidRDefault="00272DC1" w:rsidP="00272DC1">
      <w:pPr>
        <w:pStyle w:val="NormalWeb"/>
        <w:rPr>
          <w:color w:val="000000"/>
        </w:rPr>
      </w:pPr>
      <w:r>
        <w:rPr>
          <w:color w:val="000000"/>
        </w:rPr>
        <w:t xml:space="preserve">The Hawk King stepped forward, eyes like </w:t>
      </w:r>
      <w:proofErr w:type="spellStart"/>
      <w:r>
        <w:rPr>
          <w:color w:val="000000"/>
        </w:rPr>
        <w:t>stormlight</w:t>
      </w:r>
      <w:proofErr w:type="spellEnd"/>
      <w:r>
        <w:rPr>
          <w:color w:val="000000"/>
        </w:rPr>
        <w:t>. “The skies belong to none. They will burn you first.”</w:t>
      </w:r>
    </w:p>
    <w:p w14:paraId="0057947E" w14:textId="77777777" w:rsidR="00272DC1" w:rsidRDefault="00272DC1" w:rsidP="00272DC1">
      <w:pPr>
        <w:pStyle w:val="NormalWeb"/>
        <w:rPr>
          <w:color w:val="000000"/>
        </w:rPr>
      </w:pPr>
      <w:r>
        <w:rPr>
          <w:color w:val="000000"/>
        </w:rPr>
        <w:lastRenderedPageBreak/>
        <w:t>The hall exploded again in shouting. Words overlapped — threats, insults, desperate appeals. The star’s dim red light leaked through the tall windows, turning the marble floor the color of blood.</w:t>
      </w:r>
    </w:p>
    <w:p w14:paraId="3F950DE8" w14:textId="77777777" w:rsidR="00272DC1" w:rsidRDefault="00272DC1" w:rsidP="00272DC1">
      <w:pPr>
        <w:pStyle w:val="NormalWeb"/>
        <w:rPr>
          <w:color w:val="000000"/>
        </w:rPr>
      </w:pPr>
      <w:r>
        <w:rPr>
          <w:color w:val="000000"/>
        </w:rPr>
        <w:t>At last,</w:t>
      </w:r>
      <w:r>
        <w:rPr>
          <w:rStyle w:val="apple-converted-space"/>
          <w:color w:val="000000"/>
        </w:rPr>
        <w:t> </w:t>
      </w:r>
      <w:r w:rsidRPr="00272DC1">
        <w:rPr>
          <w:rStyle w:val="Strong"/>
          <w:b w:val="0"/>
          <w:bCs w:val="0"/>
          <w:color w:val="000000"/>
        </w:rPr>
        <w:t>Marcellis</w:t>
      </w:r>
      <w:r>
        <w:rPr>
          <w:rStyle w:val="apple-converted-space"/>
          <w:color w:val="000000"/>
        </w:rPr>
        <w:t> </w:t>
      </w:r>
      <w:r>
        <w:rPr>
          <w:color w:val="000000"/>
        </w:rPr>
        <w:t>struck her staff upon the dais. The sound cracked like thunder, and for a breath the noise faltered.</w:t>
      </w:r>
    </w:p>
    <w:p w14:paraId="544344B0" w14:textId="77777777" w:rsidR="00272DC1" w:rsidRDefault="00272DC1" w:rsidP="00272DC1">
      <w:pPr>
        <w:pStyle w:val="NormalWeb"/>
        <w:rPr>
          <w:color w:val="000000"/>
        </w:rPr>
      </w:pPr>
      <w:r>
        <w:rPr>
          <w:color w:val="000000"/>
        </w:rPr>
        <w:t>“Enough!” she shouted, her voice shaking. “This is the Citadel! You stand within the heart of reason, and you drown it with your voices!”</w:t>
      </w:r>
    </w:p>
    <w:p w14:paraId="33AEF1C0" w14:textId="77777777" w:rsidR="00272DC1" w:rsidRDefault="00272DC1" w:rsidP="00272DC1">
      <w:pPr>
        <w:pStyle w:val="NormalWeb"/>
        <w:rPr>
          <w:color w:val="000000"/>
        </w:rPr>
      </w:pPr>
      <w:r>
        <w:rPr>
          <w:color w:val="000000"/>
        </w:rPr>
        <w:t>Her eyes blazed, the reflection of the red star burning in them. “You demand a plan? Then</w:t>
      </w:r>
      <w:r>
        <w:rPr>
          <w:rStyle w:val="apple-converted-space"/>
          <w:color w:val="000000"/>
        </w:rPr>
        <w:t> </w:t>
      </w:r>
      <w:r>
        <w:rPr>
          <w:rStyle w:val="Emphasis"/>
          <w:rFonts w:eastAsiaTheme="majorEastAsia"/>
          <w:color w:val="000000"/>
        </w:rPr>
        <w:t>let us speak!</w:t>
      </w:r>
      <w:r>
        <w:rPr>
          <w:rStyle w:val="apple-converted-space"/>
          <w:color w:val="000000"/>
        </w:rPr>
        <w:t> </w:t>
      </w:r>
      <w:r>
        <w:rPr>
          <w:color w:val="000000"/>
        </w:rPr>
        <w:t>The Council cannot save the world in chaos. If you cannot silence yourselves, then you will doom us all before the heavens ever touch the earth!”</w:t>
      </w:r>
    </w:p>
    <w:p w14:paraId="597D161C" w14:textId="77777777" w:rsidR="00272DC1" w:rsidRDefault="00272DC1" w:rsidP="00272DC1">
      <w:pPr>
        <w:pStyle w:val="NormalWeb"/>
        <w:rPr>
          <w:color w:val="000000"/>
        </w:rPr>
      </w:pPr>
      <w:r>
        <w:rPr>
          <w:color w:val="000000"/>
        </w:rPr>
        <w:t>For a moment, silence hung over the hall — thin, trembling silence.</w:t>
      </w:r>
    </w:p>
    <w:p w14:paraId="2EC61554" w14:textId="77777777" w:rsidR="00272DC1" w:rsidRDefault="00272DC1" w:rsidP="00272DC1">
      <w:pPr>
        <w:pStyle w:val="NormalWeb"/>
        <w:rPr>
          <w:color w:val="000000"/>
        </w:rPr>
      </w:pPr>
      <w:r>
        <w:rPr>
          <w:color w:val="000000"/>
        </w:rPr>
        <w:t>Then, quietly, Whey Prancer spoke:</w:t>
      </w:r>
      <w:r>
        <w:rPr>
          <w:color w:val="000000"/>
        </w:rPr>
        <w:br/>
        <w:t>“Then speak, Doctor. Tell us what you see.”</w:t>
      </w:r>
    </w:p>
    <w:p w14:paraId="002CF33D" w14:textId="77777777" w:rsidR="00272DC1" w:rsidRDefault="00272DC1" w:rsidP="00272DC1">
      <w:pPr>
        <w:pStyle w:val="NormalWeb"/>
        <w:rPr>
          <w:color w:val="000000"/>
        </w:rPr>
      </w:pPr>
      <w:r>
        <w:rPr>
          <w:color w:val="000000"/>
        </w:rPr>
        <w:t xml:space="preserve">Marcellis looked to </w:t>
      </w:r>
      <w:proofErr w:type="spellStart"/>
      <w:r>
        <w:rPr>
          <w:color w:val="000000"/>
        </w:rPr>
        <w:t>Gundae</w:t>
      </w:r>
      <w:proofErr w:type="spellEnd"/>
      <w:r>
        <w:rPr>
          <w:color w:val="000000"/>
        </w:rPr>
        <w:t>, whose hands trembled over his scrolls.</w:t>
      </w:r>
    </w:p>
    <w:p w14:paraId="577C15B8" w14:textId="77777777" w:rsidR="00272DC1" w:rsidRDefault="00272DC1" w:rsidP="00272DC1">
      <w:pPr>
        <w:pStyle w:val="NormalWeb"/>
        <w:rPr>
          <w:color w:val="000000"/>
        </w:rPr>
      </w:pPr>
      <w:proofErr w:type="spellStart"/>
      <w:r>
        <w:rPr>
          <w:color w:val="000000"/>
        </w:rPr>
        <w:t>Gundae</w:t>
      </w:r>
      <w:proofErr w:type="spellEnd"/>
      <w:r>
        <w:rPr>
          <w:color w:val="000000"/>
        </w:rPr>
        <w:t xml:space="preserve"> took a slow breath. “We have a plan,” he said softly. “But it is not one any of you will like.”</w:t>
      </w:r>
    </w:p>
    <w:p w14:paraId="19E91E6B" w14:textId="77777777" w:rsidR="00272DC1" w:rsidRDefault="00272DC1" w:rsidP="00272DC1">
      <w:pPr>
        <w:pStyle w:val="NormalWeb"/>
        <w:rPr>
          <w:color w:val="000000"/>
        </w:rPr>
      </w:pPr>
      <w:r>
        <w:rPr>
          <w:color w:val="000000"/>
        </w:rPr>
        <w:t xml:space="preserve">When </w:t>
      </w:r>
      <w:proofErr w:type="spellStart"/>
      <w:r>
        <w:rPr>
          <w:color w:val="000000"/>
        </w:rPr>
        <w:t>Gundae</w:t>
      </w:r>
      <w:proofErr w:type="spellEnd"/>
      <w:r>
        <w:rPr>
          <w:color w:val="000000"/>
        </w:rPr>
        <w:t xml:space="preserve"> lowered his gaze, the hall had already begun to boil again. The kings demanded answers. The roar of their voices filled the dome until it seemed the marble itself might crack.</w:t>
      </w:r>
    </w:p>
    <w:p w14:paraId="1F40B322" w14:textId="77777777" w:rsidR="00272DC1" w:rsidRDefault="00272DC1" w:rsidP="00272DC1">
      <w:pPr>
        <w:pStyle w:val="NormalWeb"/>
        <w:rPr>
          <w:color w:val="000000"/>
        </w:rPr>
      </w:pPr>
      <w:r>
        <w:rPr>
          <w:color w:val="000000"/>
        </w:rPr>
        <w:t>Doctor Marcellis raised her staff, her expression unreadable. She waited — not for silence, but for exhaustion. When at last the shouting dulled, she spoke in a calm, almost tender voice.</w:t>
      </w:r>
    </w:p>
    <w:p w14:paraId="1024E50A" w14:textId="77777777" w:rsidR="00272DC1" w:rsidRDefault="00272DC1" w:rsidP="00272DC1">
      <w:pPr>
        <w:pStyle w:val="NormalWeb"/>
        <w:rPr>
          <w:color w:val="000000"/>
        </w:rPr>
      </w:pPr>
      <w:r>
        <w:rPr>
          <w:color w:val="000000"/>
        </w:rPr>
        <w:t>“There is… a way,” she said.</w:t>
      </w:r>
    </w:p>
    <w:p w14:paraId="72736142" w14:textId="77777777" w:rsidR="00272DC1" w:rsidRDefault="00272DC1" w:rsidP="00272DC1">
      <w:pPr>
        <w:pStyle w:val="NormalWeb"/>
        <w:rPr>
          <w:color w:val="000000"/>
        </w:rPr>
      </w:pPr>
      <w:r>
        <w:rPr>
          <w:color w:val="000000"/>
        </w:rPr>
        <w:t>The words fell like stones into still water.</w:t>
      </w:r>
    </w:p>
    <w:p w14:paraId="4F671CC2" w14:textId="77777777" w:rsidR="00272DC1" w:rsidRDefault="00272DC1" w:rsidP="00272DC1">
      <w:pPr>
        <w:pStyle w:val="NormalWeb"/>
        <w:rPr>
          <w:color w:val="000000"/>
        </w:rPr>
      </w:pPr>
      <w:r>
        <w:rPr>
          <w:color w:val="000000"/>
        </w:rPr>
        <w:t>The kings froze. Every gaze turned to her. Even Barrus, towering and burning with scorn, tilted his head slightly, interested.</w:t>
      </w:r>
    </w:p>
    <w:p w14:paraId="41C71B03" w14:textId="77777777" w:rsidR="00272DC1" w:rsidRDefault="00272DC1" w:rsidP="00272DC1">
      <w:pPr>
        <w:pStyle w:val="NormalWeb"/>
        <w:rPr>
          <w:color w:val="000000"/>
        </w:rPr>
      </w:pPr>
      <w:r>
        <w:rPr>
          <w:color w:val="000000"/>
        </w:rPr>
        <w:t>Marcellis continued, her tone slow and deliberate — too deliberate. “For two moons we have worked upon a design. A mechanism, using the Citadel’s upper observatory, that could turn the force of the heavens themselves. A mirror, vast and forged of metal and crystal, to reflect the star’s fire away before it strikes.”</w:t>
      </w:r>
    </w:p>
    <w:p w14:paraId="0E642872" w14:textId="77777777" w:rsidR="00272DC1" w:rsidRDefault="00272DC1" w:rsidP="00272DC1">
      <w:pPr>
        <w:pStyle w:val="NormalWeb"/>
        <w:rPr>
          <w:color w:val="000000"/>
        </w:rPr>
      </w:pPr>
      <w:proofErr w:type="spellStart"/>
      <w:r>
        <w:rPr>
          <w:color w:val="000000"/>
        </w:rPr>
        <w:t>Gundae’s</w:t>
      </w:r>
      <w:proofErr w:type="spellEnd"/>
      <w:r>
        <w:rPr>
          <w:color w:val="000000"/>
        </w:rPr>
        <w:t xml:space="preserve"> eyes flickered toward her, startled, then downward again. </w:t>
      </w:r>
      <w:proofErr w:type="spellStart"/>
      <w:r>
        <w:rPr>
          <w:color w:val="000000"/>
        </w:rPr>
        <w:t>Brakon’s</w:t>
      </w:r>
      <w:proofErr w:type="spellEnd"/>
      <w:r>
        <w:rPr>
          <w:color w:val="000000"/>
        </w:rPr>
        <w:t xml:space="preserve"> jaw tightened, but he said nothing.</w:t>
      </w:r>
    </w:p>
    <w:p w14:paraId="33705589" w14:textId="77777777" w:rsidR="00272DC1" w:rsidRDefault="00272DC1" w:rsidP="00272DC1">
      <w:pPr>
        <w:pStyle w:val="NormalWeb"/>
        <w:rPr>
          <w:color w:val="000000"/>
        </w:rPr>
      </w:pPr>
      <w:r>
        <w:rPr>
          <w:color w:val="000000"/>
        </w:rPr>
        <w:lastRenderedPageBreak/>
        <w:t>Marcellis’s voice did not waver. “The device would be immense — a convergence of all our craft. The Miner King’s forges, the Sea King’s ships, the Forest King’s lumber, the Dragon Lord’s flame, the Hawk King’s sight. Each throne’s strength joined in one design.”</w:t>
      </w:r>
    </w:p>
    <w:p w14:paraId="778E447B" w14:textId="77777777" w:rsidR="00272DC1" w:rsidRDefault="00272DC1" w:rsidP="00272DC1">
      <w:pPr>
        <w:pStyle w:val="NormalWeb"/>
        <w:rPr>
          <w:color w:val="000000"/>
        </w:rPr>
      </w:pPr>
      <w:r>
        <w:rPr>
          <w:color w:val="000000"/>
        </w:rPr>
        <w:t>She looked around the circle. “Together, we might scatter the star’s light before it can consume us. But only if we act in unity. There can be no borders now — no crowns, no armies, only one purpose.”</w:t>
      </w:r>
    </w:p>
    <w:p w14:paraId="59091D96" w14:textId="77777777" w:rsidR="00272DC1" w:rsidRDefault="00272DC1" w:rsidP="00272DC1">
      <w:pPr>
        <w:pStyle w:val="NormalWeb"/>
        <w:rPr>
          <w:color w:val="000000"/>
        </w:rPr>
      </w:pPr>
      <w:r>
        <w:rPr>
          <w:color w:val="000000"/>
        </w:rPr>
        <w:t>For a heartbeat, hope trembled in the air. Then came the flood of questions.</w:t>
      </w:r>
    </w:p>
    <w:p w14:paraId="4DC0E62C" w14:textId="77777777" w:rsidR="00272DC1" w:rsidRDefault="00272DC1" w:rsidP="00272DC1">
      <w:pPr>
        <w:pStyle w:val="NormalWeb"/>
        <w:rPr>
          <w:color w:val="000000"/>
        </w:rPr>
      </w:pPr>
      <w:r>
        <w:rPr>
          <w:color w:val="000000"/>
        </w:rPr>
        <w:t>“How long?” Whey Prancer asked softly.</w:t>
      </w:r>
    </w:p>
    <w:p w14:paraId="7C4B0849" w14:textId="77777777" w:rsidR="00272DC1" w:rsidRDefault="00272DC1" w:rsidP="00272DC1">
      <w:pPr>
        <w:pStyle w:val="NormalWeb"/>
        <w:rPr>
          <w:color w:val="000000"/>
        </w:rPr>
      </w:pPr>
      <w:r>
        <w:rPr>
          <w:color w:val="000000"/>
        </w:rPr>
        <w:t>“Where will it be built?” Bruce demanded.</w:t>
      </w:r>
    </w:p>
    <w:p w14:paraId="6589E4B5" w14:textId="77777777" w:rsidR="00272DC1" w:rsidRDefault="00272DC1" w:rsidP="00272DC1">
      <w:pPr>
        <w:pStyle w:val="NormalWeb"/>
        <w:rPr>
          <w:color w:val="000000"/>
        </w:rPr>
      </w:pPr>
      <w:r>
        <w:rPr>
          <w:color w:val="000000"/>
        </w:rPr>
        <w:t xml:space="preserve">“What power drives it?” asked </w:t>
      </w:r>
      <w:proofErr w:type="spellStart"/>
      <w:r>
        <w:rPr>
          <w:color w:val="000000"/>
        </w:rPr>
        <w:t>Rexter</w:t>
      </w:r>
      <w:proofErr w:type="spellEnd"/>
      <w:r>
        <w:rPr>
          <w:color w:val="000000"/>
        </w:rPr>
        <w:t>.</w:t>
      </w:r>
    </w:p>
    <w:p w14:paraId="7617EE42" w14:textId="77777777" w:rsidR="00272DC1" w:rsidRDefault="00272DC1" w:rsidP="00272DC1">
      <w:pPr>
        <w:pStyle w:val="NormalWeb"/>
        <w:rPr>
          <w:color w:val="000000"/>
        </w:rPr>
      </w:pPr>
      <w:r>
        <w:rPr>
          <w:color w:val="000000"/>
        </w:rPr>
        <w:t>Barrus’s voice rose above them all. “And who commands it?”</w:t>
      </w:r>
    </w:p>
    <w:p w14:paraId="0F1C5982" w14:textId="77777777" w:rsidR="00272DC1" w:rsidRDefault="00272DC1" w:rsidP="00272DC1">
      <w:pPr>
        <w:pStyle w:val="NormalWeb"/>
        <w:rPr>
          <w:color w:val="000000"/>
        </w:rPr>
      </w:pPr>
      <w:r>
        <w:rPr>
          <w:color w:val="000000"/>
        </w:rPr>
        <w:t>Marcellis drew a long breath. “The Citadel will oversee its design. But each of you must lend your people, your labor, your faith.”</w:t>
      </w:r>
    </w:p>
    <w:p w14:paraId="4DA2898C" w14:textId="77777777" w:rsidR="00272DC1" w:rsidRDefault="00272DC1" w:rsidP="00272DC1">
      <w:pPr>
        <w:pStyle w:val="NormalWeb"/>
        <w:rPr>
          <w:color w:val="000000"/>
        </w:rPr>
      </w:pPr>
      <w:r>
        <w:rPr>
          <w:color w:val="000000"/>
        </w:rPr>
        <w:t>“That is all?” Thaddeus scoffed. “A mirror? To turn away the heavens? Madness.”</w:t>
      </w:r>
    </w:p>
    <w:p w14:paraId="6F8397F9" w14:textId="77777777" w:rsidR="00272DC1" w:rsidRDefault="00272DC1" w:rsidP="00272DC1">
      <w:pPr>
        <w:pStyle w:val="NormalWeb"/>
        <w:rPr>
          <w:color w:val="000000"/>
        </w:rPr>
      </w:pPr>
      <w:proofErr w:type="spellStart"/>
      <w:r>
        <w:rPr>
          <w:color w:val="000000"/>
        </w:rPr>
        <w:t>Plenstant</w:t>
      </w:r>
      <w:proofErr w:type="spellEnd"/>
      <w:r>
        <w:rPr>
          <w:color w:val="000000"/>
        </w:rPr>
        <w:t xml:space="preserve"> smiled thinly. “Madness, yes — but beautiful madness. And what else have we left?”</w:t>
      </w:r>
    </w:p>
    <w:p w14:paraId="266A1CAD" w14:textId="77777777" w:rsidR="00272DC1" w:rsidRDefault="00272DC1" w:rsidP="00272DC1">
      <w:pPr>
        <w:pStyle w:val="NormalWeb"/>
        <w:rPr>
          <w:color w:val="000000"/>
        </w:rPr>
      </w:pPr>
      <w:r>
        <w:rPr>
          <w:color w:val="000000"/>
        </w:rPr>
        <w:t>The kings murmured among themselves. Even Barrus said nothing for a long while. The idea, however impossible, offered something they had not known for many months —</w:t>
      </w:r>
      <w:r>
        <w:rPr>
          <w:rStyle w:val="apple-converted-space"/>
          <w:color w:val="000000"/>
        </w:rPr>
        <w:t> </w:t>
      </w:r>
      <w:r>
        <w:rPr>
          <w:rStyle w:val="Emphasis"/>
          <w:color w:val="000000"/>
        </w:rPr>
        <w:t>direction.</w:t>
      </w:r>
    </w:p>
    <w:p w14:paraId="4B4EDF3D" w14:textId="77777777" w:rsidR="00272DC1" w:rsidRDefault="00272DC1" w:rsidP="00272DC1">
      <w:pPr>
        <w:pStyle w:val="NormalWeb"/>
        <w:rPr>
          <w:color w:val="000000"/>
        </w:rPr>
      </w:pPr>
      <w:r>
        <w:rPr>
          <w:color w:val="000000"/>
        </w:rPr>
        <w:t xml:space="preserve">That night, long after the kings had left the hall, the Doctors gathered in the council chamber. The torches burned low. </w:t>
      </w:r>
      <w:proofErr w:type="spellStart"/>
      <w:r>
        <w:rPr>
          <w:color w:val="000000"/>
        </w:rPr>
        <w:t>Gundae</w:t>
      </w:r>
      <w:proofErr w:type="spellEnd"/>
      <w:r>
        <w:rPr>
          <w:color w:val="000000"/>
        </w:rPr>
        <w:t xml:space="preserve"> stood by the window, staring up at the red star that filled half the sky.</w:t>
      </w:r>
    </w:p>
    <w:p w14:paraId="2BD70113" w14:textId="77777777" w:rsidR="00272DC1" w:rsidRDefault="00272DC1" w:rsidP="00272DC1">
      <w:pPr>
        <w:pStyle w:val="NormalWeb"/>
        <w:rPr>
          <w:color w:val="000000"/>
        </w:rPr>
      </w:pPr>
      <w:r>
        <w:rPr>
          <w:color w:val="000000"/>
        </w:rPr>
        <w:t>“It will not work,” he whispered.</w:t>
      </w:r>
    </w:p>
    <w:p w14:paraId="72510E8A" w14:textId="77777777" w:rsidR="00272DC1" w:rsidRDefault="00272DC1" w:rsidP="00272DC1">
      <w:pPr>
        <w:pStyle w:val="NormalWeb"/>
        <w:rPr>
          <w:color w:val="000000"/>
        </w:rPr>
      </w:pPr>
      <w:r>
        <w:rPr>
          <w:color w:val="000000"/>
        </w:rPr>
        <w:t>Marcellis’s voice was tired. “No. It will not.”</w:t>
      </w:r>
    </w:p>
    <w:p w14:paraId="2AA7BFC4" w14:textId="77777777" w:rsidR="00272DC1" w:rsidRDefault="00272DC1" w:rsidP="00272DC1">
      <w:pPr>
        <w:pStyle w:val="NormalWeb"/>
        <w:rPr>
          <w:color w:val="000000"/>
        </w:rPr>
      </w:pPr>
      <w:proofErr w:type="spellStart"/>
      <w:r>
        <w:rPr>
          <w:color w:val="000000"/>
        </w:rPr>
        <w:t>Brakon</w:t>
      </w:r>
      <w:proofErr w:type="spellEnd"/>
      <w:r>
        <w:rPr>
          <w:color w:val="000000"/>
        </w:rPr>
        <w:t xml:space="preserve"> slammed his fist on the table. “We lie to them! We promise salvation we cannot build. When the truth comes out, they will tear down the Citadel stone by stone.”</w:t>
      </w:r>
    </w:p>
    <w:p w14:paraId="007490CF" w14:textId="77777777" w:rsidR="00272DC1" w:rsidRDefault="00272DC1" w:rsidP="00272DC1">
      <w:pPr>
        <w:pStyle w:val="NormalWeb"/>
        <w:rPr>
          <w:color w:val="000000"/>
        </w:rPr>
      </w:pPr>
      <w:r>
        <w:rPr>
          <w:color w:val="000000"/>
        </w:rPr>
        <w:t>Marcellis turned toward him, her face lined and hollow. “And if we tell them now, they will tear it down tonight. Do you not see? Hope is the only mortar left in this world. Without it, every kingdom will turn on the next before the star ever falls.”</w:t>
      </w:r>
    </w:p>
    <w:p w14:paraId="12E3F712" w14:textId="77777777" w:rsidR="00272DC1" w:rsidRDefault="00272DC1" w:rsidP="00272DC1">
      <w:pPr>
        <w:pStyle w:val="NormalWeb"/>
        <w:rPr>
          <w:color w:val="000000"/>
        </w:rPr>
      </w:pPr>
      <w:r>
        <w:rPr>
          <w:color w:val="000000"/>
        </w:rPr>
        <w:lastRenderedPageBreak/>
        <w:t>Willum Mays spoke softly from the shadows. “If we can give them peace — even a brief one — before the end, is that not still worth the lie?”</w:t>
      </w:r>
    </w:p>
    <w:p w14:paraId="4E8A24E9" w14:textId="77777777" w:rsidR="00272DC1" w:rsidRDefault="00272DC1" w:rsidP="00272DC1">
      <w:pPr>
        <w:pStyle w:val="NormalWeb"/>
        <w:rPr>
          <w:color w:val="000000"/>
        </w:rPr>
      </w:pPr>
      <w:r>
        <w:rPr>
          <w:color w:val="000000"/>
        </w:rPr>
        <w:t>Silence followed.</w:t>
      </w:r>
    </w:p>
    <w:p w14:paraId="24B6ECE7" w14:textId="77777777" w:rsidR="00272DC1" w:rsidRDefault="00272DC1" w:rsidP="00272DC1">
      <w:pPr>
        <w:pStyle w:val="NormalWeb"/>
        <w:rPr>
          <w:color w:val="000000"/>
        </w:rPr>
      </w:pPr>
      <w:r>
        <w:rPr>
          <w:color w:val="000000"/>
        </w:rPr>
        <w:t xml:space="preserve">Finally, </w:t>
      </w:r>
      <w:proofErr w:type="spellStart"/>
      <w:r>
        <w:rPr>
          <w:color w:val="000000"/>
        </w:rPr>
        <w:t>Gundae</w:t>
      </w:r>
      <w:proofErr w:type="spellEnd"/>
      <w:r>
        <w:rPr>
          <w:color w:val="000000"/>
        </w:rPr>
        <w:t xml:space="preserve"> whispered, “Then we are not doctors anymore. We are priests of a false salvation.”</w:t>
      </w:r>
    </w:p>
    <w:p w14:paraId="18AB2B85" w14:textId="77777777" w:rsidR="00272DC1" w:rsidRDefault="00272DC1" w:rsidP="00272DC1">
      <w:pPr>
        <w:pStyle w:val="NormalWeb"/>
        <w:rPr>
          <w:color w:val="000000"/>
        </w:rPr>
      </w:pPr>
      <w:r>
        <w:rPr>
          <w:color w:val="000000"/>
        </w:rPr>
        <w:t>Marcellis’s eyes shone wetly in the dim light. “Perhaps. But even false salvation may keep men kind for a little while longer.”</w:t>
      </w:r>
    </w:p>
    <w:p w14:paraId="68105828" w14:textId="77777777" w:rsidR="00272DC1" w:rsidRDefault="00272DC1" w:rsidP="00272DC1">
      <w:pPr>
        <w:pStyle w:val="NormalWeb"/>
        <w:rPr>
          <w:color w:val="000000"/>
        </w:rPr>
      </w:pPr>
      <w:r>
        <w:rPr>
          <w:color w:val="000000"/>
        </w:rPr>
        <w:t>The next day, the Council reconvened. Marcellis stood at the dais again, voice firm and clear.</w:t>
      </w:r>
    </w:p>
    <w:p w14:paraId="5612F35C" w14:textId="77777777" w:rsidR="00272DC1" w:rsidRDefault="00272DC1" w:rsidP="00272DC1">
      <w:pPr>
        <w:pStyle w:val="NormalWeb"/>
        <w:rPr>
          <w:color w:val="000000"/>
        </w:rPr>
      </w:pPr>
      <w:r>
        <w:rPr>
          <w:color w:val="000000"/>
        </w:rPr>
        <w:t>“The plan has been set,” she declared. “The work begins immediately. Each of you will receive your charge from the Citadel before the next moon. Together, we will turn the heavens.”</w:t>
      </w:r>
    </w:p>
    <w:p w14:paraId="300F01CA" w14:textId="77777777" w:rsidR="00272DC1" w:rsidRDefault="00272DC1" w:rsidP="00272DC1">
      <w:pPr>
        <w:pStyle w:val="NormalWeb"/>
        <w:rPr>
          <w:color w:val="000000"/>
        </w:rPr>
      </w:pPr>
      <w:r>
        <w:rPr>
          <w:color w:val="000000"/>
        </w:rPr>
        <w:t xml:space="preserve">And </w:t>
      </w:r>
      <w:proofErr w:type="gramStart"/>
      <w:r>
        <w:rPr>
          <w:color w:val="000000"/>
        </w:rPr>
        <w:t>so</w:t>
      </w:r>
      <w:proofErr w:type="gramEnd"/>
      <w:r>
        <w:rPr>
          <w:color w:val="000000"/>
        </w:rPr>
        <w:t xml:space="preserve"> the lie became law.</w:t>
      </w:r>
    </w:p>
    <w:p w14:paraId="4AC47567" w14:textId="77777777" w:rsidR="00272DC1" w:rsidRDefault="00272DC1" w:rsidP="00272DC1">
      <w:pPr>
        <w:pStyle w:val="NormalWeb"/>
        <w:rPr>
          <w:color w:val="000000"/>
        </w:rPr>
      </w:pPr>
      <w:r>
        <w:rPr>
          <w:color w:val="000000"/>
        </w:rPr>
        <w:t>The kings cheered — some in genuine belief, some in cautious relief. Even Barrus nodded once, seeing in the scheme a chance to test his forges and dragons.</w:t>
      </w:r>
    </w:p>
    <w:p w14:paraId="6DD8D425" w14:textId="77777777" w:rsidR="00272DC1" w:rsidRDefault="00272DC1" w:rsidP="00272DC1">
      <w:pPr>
        <w:pStyle w:val="NormalWeb"/>
        <w:rPr>
          <w:color w:val="000000"/>
        </w:rPr>
      </w:pPr>
      <w:r>
        <w:rPr>
          <w:color w:val="000000"/>
        </w:rPr>
        <w:t>Only the Doctors stood silent, their faces pale as the marble beneath their feet.</w:t>
      </w:r>
    </w:p>
    <w:p w14:paraId="324F8694" w14:textId="77777777" w:rsidR="00272DC1" w:rsidRDefault="00272DC1" w:rsidP="00272DC1">
      <w:pPr>
        <w:pStyle w:val="NormalWeb"/>
        <w:rPr>
          <w:color w:val="000000"/>
        </w:rPr>
      </w:pPr>
      <w:r>
        <w:rPr>
          <w:color w:val="000000"/>
        </w:rPr>
        <w:t>Outside, the star burned brighter — vast and near enough that even by daylight, it cast a faint, unnatural glow upon the land.</w:t>
      </w:r>
    </w:p>
    <w:p w14:paraId="0BE1094B" w14:textId="77777777" w:rsidR="00272DC1" w:rsidRDefault="00272DC1" w:rsidP="00272DC1">
      <w:pPr>
        <w:pStyle w:val="NormalWeb"/>
        <w:rPr>
          <w:color w:val="000000"/>
        </w:rPr>
      </w:pPr>
      <w:r>
        <w:rPr>
          <w:color w:val="000000"/>
        </w:rPr>
        <w:t>That night, the Citadel bells rang again — not in warning this time, but in hope.</w:t>
      </w:r>
      <w:r>
        <w:rPr>
          <w:color w:val="000000"/>
        </w:rPr>
        <w:br/>
        <w:t>The sound spread across valleys and kingdoms, echoing from sea to desert.</w:t>
      </w:r>
    </w:p>
    <w:p w14:paraId="532E2BC1" w14:textId="77777777" w:rsidR="00272DC1" w:rsidRDefault="00272DC1" w:rsidP="00272DC1">
      <w:pPr>
        <w:pStyle w:val="NormalWeb"/>
        <w:rPr>
          <w:color w:val="000000"/>
        </w:rPr>
      </w:pPr>
      <w:r>
        <w:rPr>
          <w:color w:val="000000"/>
        </w:rPr>
        <w:t>Peasants looked up at the strange red sun in the sky and whispered, “The Doctors have found a way.”</w:t>
      </w:r>
    </w:p>
    <w:p w14:paraId="2D517D15" w14:textId="77777777" w:rsidR="00272DC1" w:rsidRDefault="00272DC1" w:rsidP="00272DC1">
      <w:pPr>
        <w:pStyle w:val="NormalWeb"/>
        <w:rPr>
          <w:color w:val="000000"/>
        </w:rPr>
      </w:pPr>
      <w:r>
        <w:rPr>
          <w:color w:val="000000"/>
        </w:rPr>
        <w:t xml:space="preserve">And </w:t>
      </w:r>
      <w:proofErr w:type="gramStart"/>
      <w:r>
        <w:rPr>
          <w:color w:val="000000"/>
        </w:rPr>
        <w:t>so</w:t>
      </w:r>
      <w:proofErr w:type="gramEnd"/>
      <w:r>
        <w:rPr>
          <w:color w:val="000000"/>
        </w:rPr>
        <w:t xml:space="preserve"> the world exhaled, just a little — believing, for the first time in many moons, that salvation might come.</w:t>
      </w:r>
    </w:p>
    <w:p w14:paraId="2A384CAC" w14:textId="77777777" w:rsidR="00272DC1" w:rsidRDefault="00272DC1" w:rsidP="00272DC1">
      <w:pPr>
        <w:pStyle w:val="NormalWeb"/>
        <w:rPr>
          <w:color w:val="000000"/>
        </w:rPr>
      </w:pPr>
      <w:r>
        <w:rPr>
          <w:color w:val="000000"/>
        </w:rPr>
        <w:t>The Doctors knew better.</w:t>
      </w:r>
    </w:p>
    <w:p w14:paraId="4CE2253F" w14:textId="77777777" w:rsidR="00272DC1" w:rsidRDefault="00272DC1" w:rsidP="00272DC1">
      <w:pPr>
        <w:pStyle w:val="NormalWeb"/>
        <w:rPr>
          <w:color w:val="000000"/>
        </w:rPr>
      </w:pPr>
      <w:r>
        <w:rPr>
          <w:color w:val="000000"/>
        </w:rPr>
        <w:t>But they rang the bells anyway.</w:t>
      </w:r>
    </w:p>
    <w:p w14:paraId="05F2DBBF" w14:textId="77777777" w:rsidR="00272DC1" w:rsidRDefault="00272DC1" w:rsidP="00272DC1">
      <w:pPr>
        <w:pStyle w:val="NormalWeb"/>
        <w:rPr>
          <w:color w:val="000000"/>
        </w:rPr>
      </w:pPr>
      <w:r>
        <w:rPr>
          <w:color w:val="000000"/>
        </w:rPr>
        <w:t>The day after the Council’s declaration, the Citadel rang with the sound of hammers and distant cheers. Messengers carried scrolls to every kingdom, and servants spread the tale that salvation had begun.</w:t>
      </w:r>
    </w:p>
    <w:p w14:paraId="50E4DDE4" w14:textId="77777777" w:rsidR="00272DC1" w:rsidRDefault="00272DC1" w:rsidP="00272DC1">
      <w:pPr>
        <w:pStyle w:val="NormalWeb"/>
        <w:rPr>
          <w:color w:val="000000"/>
        </w:rPr>
      </w:pPr>
      <w:r>
        <w:rPr>
          <w:color w:val="000000"/>
        </w:rPr>
        <w:lastRenderedPageBreak/>
        <w:t>But in the highest banquet chamber — the one reserved for kings and their most private councils — two men dined alone.</w:t>
      </w:r>
    </w:p>
    <w:p w14:paraId="772153CF" w14:textId="77777777" w:rsidR="00272DC1" w:rsidRDefault="00272DC1" w:rsidP="00272DC1">
      <w:pPr>
        <w:pStyle w:val="NormalWeb"/>
        <w:rPr>
          <w:color w:val="000000"/>
        </w:rPr>
      </w:pPr>
      <w:proofErr w:type="spellStart"/>
      <w:r w:rsidRPr="00272DC1">
        <w:rPr>
          <w:rStyle w:val="Strong"/>
          <w:b w:val="0"/>
          <w:bCs w:val="0"/>
          <w:color w:val="000000"/>
        </w:rPr>
        <w:t>Plenstant</w:t>
      </w:r>
      <w:proofErr w:type="spellEnd"/>
      <w:r w:rsidRPr="00272DC1">
        <w:rPr>
          <w:rStyle w:val="Strong"/>
          <w:b w:val="0"/>
          <w:bCs w:val="0"/>
          <w:color w:val="000000"/>
        </w:rPr>
        <w:t xml:space="preserve"> of </w:t>
      </w:r>
      <w:proofErr w:type="spellStart"/>
      <w:r w:rsidRPr="00272DC1">
        <w:rPr>
          <w:rStyle w:val="Strong"/>
          <w:b w:val="0"/>
          <w:bCs w:val="0"/>
          <w:color w:val="000000"/>
        </w:rPr>
        <w:t>Hespolol</w:t>
      </w:r>
      <w:proofErr w:type="spellEnd"/>
      <w:r>
        <w:rPr>
          <w:color w:val="000000"/>
        </w:rPr>
        <w:t>, the Vineyard King, lounged upon a cushioned chair, his robes draped like spilled wine. Across from him sat</w:t>
      </w:r>
      <w:r>
        <w:rPr>
          <w:rStyle w:val="apple-converted-space"/>
          <w:color w:val="000000"/>
        </w:rPr>
        <w:t> </w:t>
      </w:r>
      <w:r w:rsidRPr="00272DC1">
        <w:rPr>
          <w:rStyle w:val="Strong"/>
          <w:b w:val="0"/>
          <w:bCs w:val="0"/>
          <w:color w:val="000000"/>
        </w:rPr>
        <w:t>Barrus, the Dragon Lord</w:t>
      </w:r>
      <w:r>
        <w:rPr>
          <w:color w:val="000000"/>
        </w:rPr>
        <w:t>, his armor dark as cooling lava, the air around him faintly shimmering with heat.</w:t>
      </w:r>
    </w:p>
    <w:p w14:paraId="54992030" w14:textId="77777777" w:rsidR="00272DC1" w:rsidRDefault="00272DC1" w:rsidP="00272DC1">
      <w:pPr>
        <w:pStyle w:val="NormalWeb"/>
        <w:rPr>
          <w:color w:val="000000"/>
        </w:rPr>
      </w:pPr>
      <w:r>
        <w:rPr>
          <w:color w:val="000000"/>
        </w:rPr>
        <w:t>The table between them groaned with roasted meats, honeyed fruits, and silver goblets filled with deep red wine. Neither man touched the food.</w:t>
      </w:r>
    </w:p>
    <w:p w14:paraId="1174B22C" w14:textId="77777777" w:rsidR="00272DC1" w:rsidRDefault="00272DC1" w:rsidP="00272DC1">
      <w:pPr>
        <w:pStyle w:val="NormalWeb"/>
        <w:rPr>
          <w:color w:val="000000"/>
        </w:rPr>
      </w:pPr>
      <w:proofErr w:type="spellStart"/>
      <w:r>
        <w:rPr>
          <w:color w:val="000000"/>
        </w:rPr>
        <w:t>Plenstant</w:t>
      </w:r>
      <w:proofErr w:type="spellEnd"/>
      <w:r>
        <w:rPr>
          <w:color w:val="000000"/>
        </w:rPr>
        <w:t xml:space="preserve"> smiled faintly, swirling his cup. “It’s a curious thing, is it not? To dine in a fortress that pretends the sky is not falling?”</w:t>
      </w:r>
    </w:p>
    <w:p w14:paraId="44E40891" w14:textId="77777777" w:rsidR="00272DC1" w:rsidRDefault="00272DC1" w:rsidP="00272DC1">
      <w:pPr>
        <w:pStyle w:val="NormalWeb"/>
        <w:rPr>
          <w:color w:val="000000"/>
        </w:rPr>
      </w:pPr>
      <w:r>
        <w:rPr>
          <w:color w:val="000000"/>
        </w:rPr>
        <w:t>Barrus did not smile. “Men must eat before they burn.”</w:t>
      </w:r>
    </w:p>
    <w:p w14:paraId="7B29808F" w14:textId="77777777" w:rsidR="00272DC1" w:rsidRDefault="00272DC1" w:rsidP="00272DC1">
      <w:pPr>
        <w:pStyle w:val="NormalWeb"/>
        <w:rPr>
          <w:color w:val="000000"/>
        </w:rPr>
      </w:pPr>
      <w:proofErr w:type="spellStart"/>
      <w:r>
        <w:rPr>
          <w:color w:val="000000"/>
        </w:rPr>
        <w:t>Plenstant</w:t>
      </w:r>
      <w:proofErr w:type="spellEnd"/>
      <w:r>
        <w:rPr>
          <w:color w:val="000000"/>
        </w:rPr>
        <w:t xml:space="preserve"> chuckled. “Ah, but some prefer to drink.” He lifted the goblet in salute. “To the end, then — may it be </w:t>
      </w:r>
      <w:proofErr w:type="gramStart"/>
      <w:r>
        <w:rPr>
          <w:color w:val="000000"/>
        </w:rPr>
        <w:t>long, or</w:t>
      </w:r>
      <w:proofErr w:type="gramEnd"/>
      <w:r>
        <w:rPr>
          <w:color w:val="000000"/>
        </w:rPr>
        <w:t xml:space="preserve"> at least amusing.”</w:t>
      </w:r>
    </w:p>
    <w:p w14:paraId="0235DEA5" w14:textId="77777777" w:rsidR="00272DC1" w:rsidRDefault="00272DC1" w:rsidP="00272DC1">
      <w:pPr>
        <w:pStyle w:val="NormalWeb"/>
        <w:rPr>
          <w:color w:val="000000"/>
        </w:rPr>
      </w:pPr>
      <w:r>
        <w:rPr>
          <w:color w:val="000000"/>
        </w:rPr>
        <w:t xml:space="preserve">Barrus leaned forward, the faint orange gleam of his eyes catching the torchlight. “You </w:t>
      </w:r>
      <w:proofErr w:type="spellStart"/>
      <w:r>
        <w:rPr>
          <w:color w:val="000000"/>
        </w:rPr>
        <w:t>jest</w:t>
      </w:r>
      <w:proofErr w:type="spellEnd"/>
      <w:r>
        <w:rPr>
          <w:color w:val="000000"/>
        </w:rPr>
        <w:t xml:space="preserve"> because you are afraid.”</w:t>
      </w:r>
    </w:p>
    <w:p w14:paraId="67AB1A9C" w14:textId="77777777" w:rsidR="00272DC1" w:rsidRDefault="00272DC1" w:rsidP="00272DC1">
      <w:pPr>
        <w:pStyle w:val="NormalWeb"/>
        <w:rPr>
          <w:color w:val="000000"/>
        </w:rPr>
      </w:pPr>
      <w:r>
        <w:rPr>
          <w:color w:val="000000"/>
        </w:rPr>
        <w:t xml:space="preserve">“I jest,” </w:t>
      </w:r>
      <w:proofErr w:type="spellStart"/>
      <w:r>
        <w:rPr>
          <w:color w:val="000000"/>
        </w:rPr>
        <w:t>Plenstant</w:t>
      </w:r>
      <w:proofErr w:type="spellEnd"/>
      <w:r>
        <w:rPr>
          <w:color w:val="000000"/>
        </w:rPr>
        <w:t xml:space="preserve"> said softly, “because jesting is all that remains when truth has lost its flavor.”</w:t>
      </w:r>
    </w:p>
    <w:p w14:paraId="48F1C074" w14:textId="77777777" w:rsidR="00272DC1" w:rsidRDefault="00272DC1" w:rsidP="00272DC1">
      <w:pPr>
        <w:pStyle w:val="NormalWeb"/>
        <w:rPr>
          <w:color w:val="000000"/>
        </w:rPr>
      </w:pPr>
      <w:r>
        <w:rPr>
          <w:color w:val="000000"/>
        </w:rPr>
        <w:t>Barrus’s voice rumbled low, like distant thunder. “You do not believe in this mirror the Doctors have conjured.”</w:t>
      </w:r>
    </w:p>
    <w:p w14:paraId="7D70F5FB" w14:textId="77777777" w:rsidR="00272DC1" w:rsidRDefault="00272DC1" w:rsidP="00272DC1">
      <w:pPr>
        <w:pStyle w:val="NormalWeb"/>
        <w:rPr>
          <w:color w:val="000000"/>
        </w:rPr>
      </w:pPr>
      <w:r>
        <w:rPr>
          <w:color w:val="000000"/>
        </w:rPr>
        <w:t xml:space="preserve">“Believe?” </w:t>
      </w:r>
      <w:proofErr w:type="spellStart"/>
      <w:r>
        <w:rPr>
          <w:color w:val="000000"/>
        </w:rPr>
        <w:t>Plenstant</w:t>
      </w:r>
      <w:proofErr w:type="spellEnd"/>
      <w:r>
        <w:rPr>
          <w:color w:val="000000"/>
        </w:rPr>
        <w:t xml:space="preserve"> laughed, the sound light but brittle. “My dear Lord of Fire, I make wine from grapes that die in the sun. Belief is not required — only patience.”</w:t>
      </w:r>
    </w:p>
    <w:p w14:paraId="7199A833" w14:textId="77777777" w:rsidR="00272DC1" w:rsidRDefault="00272DC1" w:rsidP="00272DC1">
      <w:pPr>
        <w:pStyle w:val="NormalWeb"/>
        <w:rPr>
          <w:color w:val="000000"/>
        </w:rPr>
      </w:pPr>
      <w:r>
        <w:rPr>
          <w:color w:val="000000"/>
        </w:rPr>
        <w:t>Barrus grunted, unimpressed. “Then you think it false.”</w:t>
      </w:r>
    </w:p>
    <w:p w14:paraId="2ED69CB2" w14:textId="77777777" w:rsidR="00272DC1" w:rsidRDefault="00272DC1" w:rsidP="00272DC1">
      <w:pPr>
        <w:pStyle w:val="NormalWeb"/>
        <w:rPr>
          <w:color w:val="000000"/>
        </w:rPr>
      </w:pPr>
      <w:r>
        <w:rPr>
          <w:color w:val="000000"/>
        </w:rPr>
        <w:t>“I think it</w:t>
      </w:r>
      <w:r>
        <w:rPr>
          <w:rStyle w:val="apple-converted-space"/>
          <w:color w:val="000000"/>
        </w:rPr>
        <w:t> </w:t>
      </w:r>
      <w:r>
        <w:rPr>
          <w:rStyle w:val="Emphasis"/>
          <w:rFonts w:eastAsiaTheme="majorEastAsia"/>
          <w:color w:val="000000"/>
        </w:rPr>
        <w:t>beautifully</w:t>
      </w:r>
      <w:r>
        <w:rPr>
          <w:rStyle w:val="apple-converted-space"/>
          <w:color w:val="000000"/>
        </w:rPr>
        <w:t> </w:t>
      </w:r>
      <w:r>
        <w:rPr>
          <w:color w:val="000000"/>
        </w:rPr>
        <w:t xml:space="preserve">false,” </w:t>
      </w:r>
      <w:proofErr w:type="spellStart"/>
      <w:r>
        <w:rPr>
          <w:color w:val="000000"/>
        </w:rPr>
        <w:t>Plenstant</w:t>
      </w:r>
      <w:proofErr w:type="spellEnd"/>
      <w:r>
        <w:rPr>
          <w:color w:val="000000"/>
        </w:rPr>
        <w:t xml:space="preserve"> said. “A lie polished to perfection. But it keeps the kings from clawing at one another, and the peasants from running into the sea. It is an illusion worthy of applause.”</w:t>
      </w:r>
    </w:p>
    <w:p w14:paraId="7A462F5A" w14:textId="77777777" w:rsidR="00272DC1" w:rsidRDefault="00272DC1" w:rsidP="00272DC1">
      <w:pPr>
        <w:pStyle w:val="NormalWeb"/>
        <w:rPr>
          <w:color w:val="000000"/>
        </w:rPr>
      </w:pPr>
      <w:r>
        <w:rPr>
          <w:color w:val="000000"/>
        </w:rPr>
        <w:t>Barrus’s gauntleted hands tightened upon the table’s edge. “And when the star falls? When the heavens burn, what then? Do you plan to toast the ashes?”</w:t>
      </w:r>
    </w:p>
    <w:p w14:paraId="719395F7" w14:textId="77777777" w:rsidR="00272DC1" w:rsidRDefault="00272DC1" w:rsidP="00272DC1">
      <w:pPr>
        <w:pStyle w:val="NormalWeb"/>
        <w:rPr>
          <w:color w:val="000000"/>
        </w:rPr>
      </w:pPr>
      <w:r>
        <w:rPr>
          <w:color w:val="000000"/>
        </w:rPr>
        <w:t xml:space="preserve">“Perhaps,” </w:t>
      </w:r>
      <w:proofErr w:type="spellStart"/>
      <w:r>
        <w:rPr>
          <w:color w:val="000000"/>
        </w:rPr>
        <w:t>Plenstant</w:t>
      </w:r>
      <w:proofErr w:type="spellEnd"/>
      <w:r>
        <w:rPr>
          <w:color w:val="000000"/>
        </w:rPr>
        <w:t xml:space="preserve"> said mildly, “but if by then my people die in peace, what better epitaph could there be?”</w:t>
      </w:r>
    </w:p>
    <w:p w14:paraId="45ED11C0" w14:textId="77777777" w:rsidR="00272DC1" w:rsidRDefault="00272DC1" w:rsidP="00272DC1">
      <w:pPr>
        <w:pStyle w:val="NormalWeb"/>
        <w:rPr>
          <w:color w:val="000000"/>
        </w:rPr>
      </w:pPr>
      <w:r>
        <w:rPr>
          <w:color w:val="000000"/>
        </w:rPr>
        <w:t>The Dragon Lord’s lip curled. “Peace is for the weak. The strong prepare for what comes next.”</w:t>
      </w:r>
    </w:p>
    <w:p w14:paraId="32CED7AE" w14:textId="77777777" w:rsidR="00272DC1" w:rsidRDefault="00272DC1" w:rsidP="00272DC1">
      <w:pPr>
        <w:pStyle w:val="NormalWeb"/>
        <w:rPr>
          <w:color w:val="000000"/>
        </w:rPr>
      </w:pPr>
      <w:proofErr w:type="spellStart"/>
      <w:r>
        <w:rPr>
          <w:color w:val="000000"/>
        </w:rPr>
        <w:t>Plenstant’s</w:t>
      </w:r>
      <w:proofErr w:type="spellEnd"/>
      <w:r>
        <w:rPr>
          <w:color w:val="000000"/>
        </w:rPr>
        <w:t xml:space="preserve"> eyes flicked up sharply. “Next?”</w:t>
      </w:r>
    </w:p>
    <w:p w14:paraId="4434FB63" w14:textId="77777777" w:rsidR="00272DC1" w:rsidRDefault="00272DC1" w:rsidP="00272DC1">
      <w:pPr>
        <w:pStyle w:val="NormalWeb"/>
        <w:rPr>
          <w:color w:val="000000"/>
        </w:rPr>
      </w:pPr>
      <w:r>
        <w:rPr>
          <w:color w:val="000000"/>
        </w:rPr>
        <w:lastRenderedPageBreak/>
        <w:t>Barrus rose slowly, his height filling the chamber, his shadow stretching across the table. “When the fire falls, the world will break. The Citadel will burn. But something will remain — and I will claim it. A new realm forged in flame. I will call it the Second Dawn.”</w:t>
      </w:r>
    </w:p>
    <w:p w14:paraId="3F9CE240" w14:textId="77777777" w:rsidR="00272DC1" w:rsidRDefault="00272DC1" w:rsidP="00272DC1">
      <w:pPr>
        <w:pStyle w:val="NormalWeb"/>
        <w:rPr>
          <w:color w:val="000000"/>
        </w:rPr>
      </w:pPr>
      <w:proofErr w:type="spellStart"/>
      <w:r>
        <w:rPr>
          <w:color w:val="000000"/>
        </w:rPr>
        <w:t>Plenstant</w:t>
      </w:r>
      <w:proofErr w:type="spellEnd"/>
      <w:r>
        <w:rPr>
          <w:color w:val="000000"/>
        </w:rPr>
        <w:t xml:space="preserve"> set his goblet down, expression serene but voice trembling with careful curiosity. “And who will kneel in this Second Dawn, my lord? Surely not I — wine spoils under too much heat.”</w:t>
      </w:r>
    </w:p>
    <w:p w14:paraId="00A09090" w14:textId="77777777" w:rsidR="00272DC1" w:rsidRDefault="00272DC1" w:rsidP="00272DC1">
      <w:pPr>
        <w:pStyle w:val="NormalWeb"/>
        <w:rPr>
          <w:color w:val="000000"/>
        </w:rPr>
      </w:pPr>
      <w:r>
        <w:rPr>
          <w:color w:val="000000"/>
        </w:rPr>
        <w:t>Barrus’s smile was cold. “Then burn with the rest.”</w:t>
      </w:r>
    </w:p>
    <w:p w14:paraId="6EB1D55A" w14:textId="77777777" w:rsidR="00272DC1" w:rsidRDefault="00272DC1" w:rsidP="00272DC1">
      <w:pPr>
        <w:pStyle w:val="NormalWeb"/>
        <w:rPr>
          <w:color w:val="000000"/>
        </w:rPr>
      </w:pPr>
      <w:proofErr w:type="spellStart"/>
      <w:r>
        <w:rPr>
          <w:color w:val="000000"/>
        </w:rPr>
        <w:t>Plenstant</w:t>
      </w:r>
      <w:proofErr w:type="spellEnd"/>
      <w:r>
        <w:rPr>
          <w:color w:val="000000"/>
        </w:rPr>
        <w:t xml:space="preserve"> leaned back, unruffled. “You mistake me, my fiery friend. I do not fear burning — I simply prefer to do it gracefully.”</w:t>
      </w:r>
    </w:p>
    <w:p w14:paraId="3752C390" w14:textId="77777777" w:rsidR="00272DC1" w:rsidRDefault="00272DC1" w:rsidP="00272DC1">
      <w:pPr>
        <w:pStyle w:val="NormalWeb"/>
        <w:rPr>
          <w:color w:val="000000"/>
        </w:rPr>
      </w:pPr>
      <w:r>
        <w:rPr>
          <w:color w:val="000000"/>
        </w:rPr>
        <w:t>Barrus said nothing, only watching as the Vineyard King rose and wandered toward the window. Outside, the night sky glowed faintly red — the star now as large as a coin, visible even through thin clouds.</w:t>
      </w:r>
    </w:p>
    <w:p w14:paraId="7D252FB8" w14:textId="77777777" w:rsidR="00272DC1" w:rsidRDefault="00272DC1" w:rsidP="00272DC1">
      <w:pPr>
        <w:pStyle w:val="NormalWeb"/>
        <w:rPr>
          <w:color w:val="000000"/>
        </w:rPr>
      </w:pPr>
      <w:r>
        <w:rPr>
          <w:color w:val="000000"/>
        </w:rPr>
        <w:t xml:space="preserve">“You see that?” </w:t>
      </w:r>
      <w:proofErr w:type="spellStart"/>
      <w:r>
        <w:rPr>
          <w:color w:val="000000"/>
        </w:rPr>
        <w:t>Plenstant</w:t>
      </w:r>
      <w:proofErr w:type="spellEnd"/>
      <w:r>
        <w:rPr>
          <w:color w:val="000000"/>
        </w:rPr>
        <w:t xml:space="preserve"> said softly. “We chase that light like moths. The Doctors tell us they will turn it away, but they cannot even turn the hearts of men. No, my lord — there will be no Second Dawn. There will only be the Last Evening. And when it comes, the only kingdom that endures will be the one that faces death with open eyes.”</w:t>
      </w:r>
    </w:p>
    <w:p w14:paraId="16A49FD4" w14:textId="77777777" w:rsidR="00272DC1" w:rsidRDefault="00272DC1" w:rsidP="00272DC1">
      <w:pPr>
        <w:pStyle w:val="NormalWeb"/>
        <w:rPr>
          <w:color w:val="000000"/>
        </w:rPr>
      </w:pPr>
      <w:r>
        <w:rPr>
          <w:color w:val="000000"/>
        </w:rPr>
        <w:t>Barrus stood. “Then your wine will not save you.”</w:t>
      </w:r>
    </w:p>
    <w:p w14:paraId="449456C4" w14:textId="77777777" w:rsidR="00272DC1" w:rsidRDefault="00272DC1" w:rsidP="00272DC1">
      <w:pPr>
        <w:pStyle w:val="NormalWeb"/>
        <w:rPr>
          <w:color w:val="000000"/>
        </w:rPr>
      </w:pPr>
      <w:r>
        <w:rPr>
          <w:color w:val="000000"/>
        </w:rPr>
        <w:t xml:space="preserve">“No,” </w:t>
      </w:r>
      <w:proofErr w:type="spellStart"/>
      <w:r>
        <w:rPr>
          <w:color w:val="000000"/>
        </w:rPr>
        <w:t>Plenstant</w:t>
      </w:r>
      <w:proofErr w:type="spellEnd"/>
      <w:r>
        <w:rPr>
          <w:color w:val="000000"/>
        </w:rPr>
        <w:t xml:space="preserve"> said, turning to face him, his smile slight and sad. “But it might make the dying world a little easier to swallow.”</w:t>
      </w:r>
    </w:p>
    <w:p w14:paraId="1CE8DEDF" w14:textId="77777777" w:rsidR="00272DC1" w:rsidRDefault="00272DC1" w:rsidP="00272DC1">
      <w:pPr>
        <w:pStyle w:val="NormalWeb"/>
        <w:rPr>
          <w:color w:val="000000"/>
        </w:rPr>
      </w:pPr>
      <w:r>
        <w:rPr>
          <w:color w:val="000000"/>
        </w:rPr>
        <w:t>For a long moment, they regarded one another — the lord of flame and the prince of indulgence, two opposites bound by the same futility.</w:t>
      </w:r>
    </w:p>
    <w:p w14:paraId="2CBACCE2" w14:textId="77777777" w:rsidR="00272DC1" w:rsidRDefault="00272DC1" w:rsidP="00272DC1">
      <w:pPr>
        <w:pStyle w:val="NormalWeb"/>
        <w:rPr>
          <w:color w:val="000000"/>
        </w:rPr>
      </w:pPr>
      <w:r>
        <w:rPr>
          <w:color w:val="000000"/>
        </w:rPr>
        <w:t>Finally, Barrus reached for the goblet before him, lifted it, and drank deeply. The wine hissed faintly as it touched his lips, heated by the fire within him.</w:t>
      </w:r>
    </w:p>
    <w:p w14:paraId="1552B29A" w14:textId="77777777" w:rsidR="00272DC1" w:rsidRDefault="00272DC1" w:rsidP="00272DC1">
      <w:pPr>
        <w:pStyle w:val="NormalWeb"/>
        <w:rPr>
          <w:color w:val="000000"/>
        </w:rPr>
      </w:pPr>
      <w:r>
        <w:rPr>
          <w:color w:val="000000"/>
        </w:rPr>
        <w:t>“It is good,” he said.</w:t>
      </w:r>
    </w:p>
    <w:p w14:paraId="209A6FC6" w14:textId="77777777" w:rsidR="00272DC1" w:rsidRDefault="00272DC1" w:rsidP="00272DC1">
      <w:pPr>
        <w:pStyle w:val="NormalWeb"/>
        <w:rPr>
          <w:color w:val="000000"/>
        </w:rPr>
      </w:pPr>
      <w:r>
        <w:rPr>
          <w:color w:val="000000"/>
        </w:rPr>
        <w:t xml:space="preserve">“Of course,” </w:t>
      </w:r>
      <w:proofErr w:type="spellStart"/>
      <w:r>
        <w:rPr>
          <w:color w:val="000000"/>
        </w:rPr>
        <w:t>Plenstant</w:t>
      </w:r>
      <w:proofErr w:type="spellEnd"/>
      <w:r>
        <w:rPr>
          <w:color w:val="000000"/>
        </w:rPr>
        <w:t xml:space="preserve"> replied. “It was meant for kings.”</w:t>
      </w:r>
    </w:p>
    <w:p w14:paraId="5FBED0C0" w14:textId="77777777" w:rsidR="00272DC1" w:rsidRDefault="00272DC1" w:rsidP="00272DC1">
      <w:pPr>
        <w:pStyle w:val="NormalWeb"/>
        <w:rPr>
          <w:color w:val="000000"/>
        </w:rPr>
      </w:pPr>
      <w:r>
        <w:rPr>
          <w:color w:val="000000"/>
        </w:rPr>
        <w:t>Barrus set the goblet down. “You speak softly, Vineyard King, but you see too much. Perhaps when the fire comes, you will stand beside me — if only to watch it.”</w:t>
      </w:r>
    </w:p>
    <w:p w14:paraId="365B3D14" w14:textId="77777777" w:rsidR="00272DC1" w:rsidRDefault="00272DC1" w:rsidP="00272DC1">
      <w:pPr>
        <w:pStyle w:val="NormalWeb"/>
        <w:rPr>
          <w:color w:val="000000"/>
        </w:rPr>
      </w:pPr>
      <w:proofErr w:type="spellStart"/>
      <w:r>
        <w:rPr>
          <w:color w:val="000000"/>
        </w:rPr>
        <w:t>Plenstant</w:t>
      </w:r>
      <w:proofErr w:type="spellEnd"/>
      <w:r>
        <w:rPr>
          <w:color w:val="000000"/>
        </w:rPr>
        <w:t xml:space="preserve"> bowed his head slightly. “If I am to burn, I can think of no better company than a dragon.”</w:t>
      </w:r>
    </w:p>
    <w:p w14:paraId="6542EE3F" w14:textId="77777777" w:rsidR="00272DC1" w:rsidRDefault="00272DC1" w:rsidP="00272DC1">
      <w:pPr>
        <w:pStyle w:val="NormalWeb"/>
        <w:rPr>
          <w:color w:val="000000"/>
        </w:rPr>
      </w:pPr>
      <w:r>
        <w:rPr>
          <w:color w:val="000000"/>
        </w:rPr>
        <w:t>Barrus turned to leave, the doorframe glowing faintly red beneath his hand as he passed.</w:t>
      </w:r>
    </w:p>
    <w:p w14:paraId="53BAD9C0" w14:textId="77777777" w:rsidR="00272DC1" w:rsidRDefault="00272DC1" w:rsidP="00272DC1">
      <w:pPr>
        <w:pStyle w:val="NormalWeb"/>
        <w:rPr>
          <w:color w:val="000000"/>
        </w:rPr>
      </w:pPr>
      <w:r>
        <w:rPr>
          <w:color w:val="000000"/>
        </w:rPr>
        <w:lastRenderedPageBreak/>
        <w:t xml:space="preserve">When he was gone, </w:t>
      </w:r>
      <w:proofErr w:type="spellStart"/>
      <w:r>
        <w:rPr>
          <w:color w:val="000000"/>
        </w:rPr>
        <w:t>Plenstant</w:t>
      </w:r>
      <w:proofErr w:type="spellEnd"/>
      <w:r>
        <w:rPr>
          <w:color w:val="000000"/>
        </w:rPr>
        <w:t xml:space="preserve"> sat alone, staring into his cup. The wine had gone dark — darker than blood — reflecting the red of the star above.</w:t>
      </w:r>
    </w:p>
    <w:p w14:paraId="4240860C" w14:textId="77777777" w:rsidR="00272DC1" w:rsidRDefault="00272DC1" w:rsidP="00272DC1">
      <w:pPr>
        <w:pStyle w:val="NormalWeb"/>
        <w:rPr>
          <w:color w:val="000000"/>
        </w:rPr>
      </w:pPr>
      <w:r>
        <w:rPr>
          <w:color w:val="000000"/>
        </w:rPr>
        <w:t>He raised it slowly. “To illusion,” he murmured. “And to the end of all things.”</w:t>
      </w:r>
    </w:p>
    <w:p w14:paraId="40635865" w14:textId="77777777" w:rsidR="00272DC1" w:rsidRDefault="00272DC1" w:rsidP="00272DC1">
      <w:pPr>
        <w:pStyle w:val="NormalWeb"/>
        <w:rPr>
          <w:color w:val="000000"/>
        </w:rPr>
      </w:pPr>
      <w:r>
        <w:rPr>
          <w:color w:val="000000"/>
        </w:rPr>
        <w:t>He drank.</w:t>
      </w:r>
    </w:p>
    <w:p w14:paraId="5374EF3F" w14:textId="77777777" w:rsidR="0088535E" w:rsidRDefault="0088535E" w:rsidP="0088535E">
      <w:pPr>
        <w:pStyle w:val="Heading1"/>
        <w:rPr>
          <w:color w:val="000000"/>
        </w:rPr>
      </w:pPr>
      <w:r>
        <w:rPr>
          <w:color w:val="000000"/>
        </w:rPr>
        <w:t>Chapter VI – The Gathering of the End</w:t>
      </w:r>
    </w:p>
    <w:p w14:paraId="6FE47EB1" w14:textId="77777777" w:rsidR="0088535E" w:rsidRDefault="0088535E" w:rsidP="0088535E">
      <w:pPr>
        <w:pStyle w:val="NormalWeb"/>
        <w:rPr>
          <w:color w:val="000000"/>
        </w:rPr>
      </w:pPr>
      <w:r>
        <w:rPr>
          <w:color w:val="000000"/>
        </w:rPr>
        <w:t>The end drew nearer with every dusk.</w:t>
      </w:r>
    </w:p>
    <w:p w14:paraId="2BDD50A0" w14:textId="77777777" w:rsidR="0088535E" w:rsidRDefault="0088535E" w:rsidP="0088535E">
      <w:pPr>
        <w:pStyle w:val="NormalWeb"/>
        <w:rPr>
          <w:color w:val="000000"/>
        </w:rPr>
      </w:pPr>
      <w:r>
        <w:rPr>
          <w:color w:val="000000"/>
        </w:rPr>
        <w:t>The star now filled half the night sky, burning red and alive — not like a star at all, but an eye that watched without blinking. The light of it touched everything: it turned the rivers into ribbons of blood, the snow on distant peaks to pink ash, and the faces of the sleepless to pale reflections of its fire.</w:t>
      </w:r>
    </w:p>
    <w:p w14:paraId="646ADB6C" w14:textId="77777777" w:rsidR="0088535E" w:rsidRDefault="0088535E" w:rsidP="0088535E">
      <w:pPr>
        <w:pStyle w:val="NormalWeb"/>
        <w:rPr>
          <w:color w:val="000000"/>
        </w:rPr>
      </w:pPr>
      <w:r>
        <w:rPr>
          <w:color w:val="000000"/>
        </w:rPr>
        <w:t>The people no longer spoke of “the falling star.” They called it</w:t>
      </w:r>
      <w:r>
        <w:rPr>
          <w:rStyle w:val="apple-converted-space"/>
          <w:color w:val="000000"/>
        </w:rPr>
        <w:t> </w:t>
      </w:r>
      <w:r>
        <w:rPr>
          <w:rStyle w:val="Emphasis"/>
          <w:rFonts w:eastAsiaTheme="majorEastAsia"/>
          <w:color w:val="000000"/>
        </w:rPr>
        <w:t>the Eye of Judgement</w:t>
      </w:r>
      <w:r>
        <w:rPr>
          <w:color w:val="000000"/>
        </w:rPr>
        <w:t>, or simply</w:t>
      </w:r>
      <w:r>
        <w:rPr>
          <w:rStyle w:val="apple-converted-space"/>
          <w:color w:val="000000"/>
        </w:rPr>
        <w:t> </w:t>
      </w:r>
      <w:r>
        <w:rPr>
          <w:rStyle w:val="Emphasis"/>
          <w:rFonts w:eastAsiaTheme="majorEastAsia"/>
          <w:color w:val="000000"/>
        </w:rPr>
        <w:t>the End.</w:t>
      </w:r>
    </w:p>
    <w:p w14:paraId="72709B25" w14:textId="77777777" w:rsidR="0088535E" w:rsidRDefault="0088535E" w:rsidP="0088535E">
      <w:pPr>
        <w:pStyle w:val="NormalWeb"/>
        <w:rPr>
          <w:color w:val="000000"/>
        </w:rPr>
      </w:pPr>
      <w:r>
        <w:rPr>
          <w:color w:val="000000"/>
        </w:rPr>
        <w:t xml:space="preserve">And yet, the Citadel still stood. Its bells still rang. Its torches still burned. Its </w:t>
      </w:r>
      <w:proofErr w:type="gramStart"/>
      <w:r>
        <w:rPr>
          <w:color w:val="000000"/>
        </w:rPr>
        <w:t>Doctors</w:t>
      </w:r>
      <w:proofErr w:type="gramEnd"/>
      <w:r>
        <w:rPr>
          <w:color w:val="000000"/>
        </w:rPr>
        <w:t xml:space="preserve"> still spoke softly of salvation.</w:t>
      </w:r>
    </w:p>
    <w:p w14:paraId="64FCBD45" w14:textId="77777777" w:rsidR="0088535E" w:rsidRDefault="0088535E" w:rsidP="0088535E">
      <w:pPr>
        <w:pStyle w:val="NormalWeb"/>
        <w:rPr>
          <w:color w:val="000000"/>
        </w:rPr>
      </w:pPr>
      <w:r>
        <w:rPr>
          <w:color w:val="000000"/>
        </w:rPr>
        <w:t>The lie had worked.</w:t>
      </w:r>
    </w:p>
    <w:p w14:paraId="4EF5F062" w14:textId="77777777" w:rsidR="0088535E" w:rsidRDefault="0088535E" w:rsidP="0088535E">
      <w:pPr>
        <w:pStyle w:val="NormalWeb"/>
        <w:rPr>
          <w:color w:val="000000"/>
        </w:rPr>
      </w:pPr>
      <w:r>
        <w:rPr>
          <w:color w:val="000000"/>
        </w:rPr>
        <w:t>For the first time in centuries, there was peace among the Thrones — not born of unity, but of shared exhaustion.</w:t>
      </w:r>
    </w:p>
    <w:p w14:paraId="4ADDB9F6" w14:textId="77777777" w:rsidR="0088535E" w:rsidRDefault="0088535E" w:rsidP="0088535E">
      <w:pPr>
        <w:pStyle w:val="NormalWeb"/>
        <w:rPr>
          <w:color w:val="000000"/>
        </w:rPr>
      </w:pPr>
      <w:r>
        <w:rPr>
          <w:color w:val="000000"/>
        </w:rPr>
        <w:t>When the great council ended, the kings departed one by one, leaving the Citadel quiet in their wake.</w:t>
      </w:r>
    </w:p>
    <w:p w14:paraId="3733EFCE" w14:textId="77777777" w:rsidR="0088535E" w:rsidRDefault="0088535E" w:rsidP="0088535E">
      <w:pPr>
        <w:pStyle w:val="NormalWeb"/>
        <w:rPr>
          <w:color w:val="000000"/>
        </w:rPr>
      </w:pPr>
      <w:r w:rsidRPr="0088535E">
        <w:rPr>
          <w:rStyle w:val="Strong"/>
          <w:rFonts w:eastAsiaTheme="majorEastAsia"/>
          <w:b w:val="0"/>
          <w:bCs w:val="0"/>
          <w:color w:val="000000"/>
        </w:rPr>
        <w:t>Whey Prancer</w:t>
      </w:r>
      <w:r>
        <w:rPr>
          <w:color w:val="000000"/>
        </w:rPr>
        <w:t>, the Earth King, had gone home to his farmlands with his queen and his Doctor of Grains. His fields had already begun to wither beneath the strange red light, but his people sang while they worked. He said he would keep them busy with faith, even if the soil was dying.</w:t>
      </w:r>
    </w:p>
    <w:p w14:paraId="5E8378B7" w14:textId="77777777" w:rsidR="0088535E" w:rsidRDefault="0088535E" w:rsidP="0088535E">
      <w:pPr>
        <w:pStyle w:val="NormalWeb"/>
        <w:rPr>
          <w:color w:val="000000"/>
        </w:rPr>
      </w:pPr>
      <w:proofErr w:type="spellStart"/>
      <w:r w:rsidRPr="0088535E">
        <w:rPr>
          <w:rStyle w:val="Strong"/>
          <w:rFonts w:eastAsiaTheme="majorEastAsia"/>
          <w:b w:val="0"/>
          <w:bCs w:val="0"/>
          <w:color w:val="000000"/>
        </w:rPr>
        <w:t>Rexter</w:t>
      </w:r>
      <w:proofErr w:type="spellEnd"/>
      <w:r>
        <w:rPr>
          <w:color w:val="000000"/>
        </w:rPr>
        <w:t>, the Nomad King, left next, his tents trailing across the barren plains like drifting ghosts. He said the deserts would swallow his people before fire ever reached them. No one knew if he believed it.</w:t>
      </w:r>
    </w:p>
    <w:p w14:paraId="74BAFE3C" w14:textId="77777777" w:rsidR="0088535E" w:rsidRDefault="0088535E" w:rsidP="0088535E">
      <w:pPr>
        <w:pStyle w:val="NormalWeb"/>
        <w:rPr>
          <w:color w:val="000000"/>
        </w:rPr>
      </w:pPr>
      <w:r w:rsidRPr="0088535E">
        <w:rPr>
          <w:rStyle w:val="Strong"/>
          <w:rFonts w:eastAsiaTheme="majorEastAsia"/>
          <w:b w:val="0"/>
          <w:bCs w:val="0"/>
          <w:color w:val="000000"/>
        </w:rPr>
        <w:t>Wester</w:t>
      </w:r>
      <w:r>
        <w:rPr>
          <w:color w:val="000000"/>
        </w:rPr>
        <w:t>, the Sea King, returned to his island fortress and surrounded it with ships. His daughter,</w:t>
      </w:r>
      <w:r>
        <w:rPr>
          <w:rStyle w:val="apple-converted-space"/>
          <w:color w:val="000000"/>
        </w:rPr>
        <w:t> </w:t>
      </w:r>
      <w:r w:rsidRPr="0088535E">
        <w:rPr>
          <w:rStyle w:val="Strong"/>
          <w:rFonts w:eastAsiaTheme="majorEastAsia"/>
          <w:b w:val="0"/>
          <w:bCs w:val="0"/>
          <w:color w:val="000000"/>
        </w:rPr>
        <w:t>Westrex</w:t>
      </w:r>
      <w:r>
        <w:rPr>
          <w:color w:val="000000"/>
        </w:rPr>
        <w:t>, had taken command of the outer fleet. Sailors whispered that if the sky fell, the Sea King meant to meet it upon the waves, spear in hand.</w:t>
      </w:r>
    </w:p>
    <w:p w14:paraId="44B84A5E" w14:textId="104254E5" w:rsidR="0088535E" w:rsidRDefault="0088535E" w:rsidP="0088535E">
      <w:pPr>
        <w:pStyle w:val="NormalWeb"/>
        <w:rPr>
          <w:color w:val="000000"/>
        </w:rPr>
      </w:pPr>
      <w:r w:rsidRPr="0088535E">
        <w:rPr>
          <w:rStyle w:val="Strong"/>
          <w:rFonts w:eastAsiaTheme="majorEastAsia"/>
          <w:b w:val="0"/>
          <w:bCs w:val="0"/>
          <w:color w:val="000000"/>
        </w:rPr>
        <w:lastRenderedPageBreak/>
        <w:t>Baird Tooth</w:t>
      </w:r>
      <w:r>
        <w:rPr>
          <w:rStyle w:val="apple-converted-space"/>
          <w:color w:val="000000"/>
        </w:rPr>
        <w:t> </w:t>
      </w:r>
      <w:r>
        <w:rPr>
          <w:color w:val="000000"/>
        </w:rPr>
        <w:t>left snarling, his Mongrels snapping at the air as if they smelled the fire already coming.</w:t>
      </w:r>
      <w:r>
        <w:rPr>
          <w:rStyle w:val="apple-converted-space"/>
          <w:color w:val="000000"/>
        </w:rPr>
        <w:t> </w:t>
      </w:r>
      <w:r w:rsidRPr="0088535E">
        <w:rPr>
          <w:rStyle w:val="Strong"/>
          <w:rFonts w:eastAsiaTheme="majorEastAsia"/>
          <w:b w:val="0"/>
          <w:bCs w:val="0"/>
          <w:color w:val="000000"/>
        </w:rPr>
        <w:t>Thaddeus</w:t>
      </w:r>
      <w:r>
        <w:rPr>
          <w:rStyle w:val="Strong"/>
          <w:rFonts w:eastAsiaTheme="majorEastAsia"/>
          <w:color w:val="000000"/>
        </w:rPr>
        <w:t xml:space="preserve"> </w:t>
      </w:r>
      <w:r>
        <w:rPr>
          <w:color w:val="000000"/>
        </w:rPr>
        <w:t>followed him soon after, his lions roaring one last time before the mountain passes swallowed them.</w:t>
      </w:r>
    </w:p>
    <w:p w14:paraId="6D09DAAD" w14:textId="77777777" w:rsidR="0088535E" w:rsidRDefault="0088535E" w:rsidP="0088535E">
      <w:pPr>
        <w:pStyle w:val="NormalWeb"/>
        <w:rPr>
          <w:color w:val="000000"/>
        </w:rPr>
      </w:pPr>
      <w:r>
        <w:rPr>
          <w:color w:val="000000"/>
        </w:rPr>
        <w:t>Only</w:t>
      </w:r>
      <w:r>
        <w:rPr>
          <w:rStyle w:val="apple-converted-space"/>
          <w:color w:val="000000"/>
        </w:rPr>
        <w:t> </w:t>
      </w:r>
      <w:r w:rsidRPr="0088535E">
        <w:rPr>
          <w:rStyle w:val="Strong"/>
          <w:rFonts w:eastAsiaTheme="majorEastAsia"/>
          <w:b w:val="0"/>
          <w:bCs w:val="0"/>
          <w:color w:val="000000"/>
        </w:rPr>
        <w:t>Bruce of the Forest</w:t>
      </w:r>
      <w:r>
        <w:rPr>
          <w:rStyle w:val="apple-converted-space"/>
          <w:color w:val="000000"/>
        </w:rPr>
        <w:t> </w:t>
      </w:r>
      <w:r>
        <w:rPr>
          <w:color w:val="000000"/>
        </w:rPr>
        <w:t>remained — steadfast, quiet, loyal beyond reason. His army stayed to guard the Citadel walls, green cloaks blending with the ivy that climbed the old stones. The Forest King swore to Marcellis that as long as one tree grew in the valleys below, his arrows would protect the Doctors.</w:t>
      </w:r>
    </w:p>
    <w:p w14:paraId="2E171995" w14:textId="77777777" w:rsidR="0088535E" w:rsidRDefault="0088535E" w:rsidP="0088535E">
      <w:pPr>
        <w:pStyle w:val="NormalWeb"/>
        <w:rPr>
          <w:color w:val="000000"/>
        </w:rPr>
      </w:pPr>
      <w:r>
        <w:rPr>
          <w:color w:val="000000"/>
        </w:rPr>
        <w:t xml:space="preserve">And </w:t>
      </w:r>
      <w:proofErr w:type="gramStart"/>
      <w:r>
        <w:rPr>
          <w:color w:val="000000"/>
        </w:rPr>
        <w:t>so</w:t>
      </w:r>
      <w:proofErr w:type="gramEnd"/>
      <w:r>
        <w:rPr>
          <w:color w:val="000000"/>
        </w:rPr>
        <w:t xml:space="preserve"> the Citadel endured, held up not by faith or wisdom, but by a single man’s word.</w:t>
      </w:r>
    </w:p>
    <w:p w14:paraId="0FD7200E" w14:textId="77777777" w:rsidR="0088535E" w:rsidRDefault="0088535E" w:rsidP="0088535E">
      <w:pPr>
        <w:pStyle w:val="NormalWeb"/>
        <w:rPr>
          <w:color w:val="000000"/>
        </w:rPr>
      </w:pPr>
      <w:r>
        <w:rPr>
          <w:color w:val="000000"/>
        </w:rPr>
        <w:t>Below the cliffs, in the valley where the river bent toward the plains, the work of the</w:t>
      </w:r>
      <w:r>
        <w:rPr>
          <w:rStyle w:val="apple-converted-space"/>
          <w:color w:val="000000"/>
        </w:rPr>
        <w:t> </w:t>
      </w:r>
      <w:r w:rsidRPr="0088535E">
        <w:rPr>
          <w:rStyle w:val="Strong"/>
          <w:rFonts w:eastAsiaTheme="majorEastAsia"/>
          <w:b w:val="0"/>
          <w:bCs w:val="0"/>
          <w:color w:val="000000"/>
        </w:rPr>
        <w:t>Mirror</w:t>
      </w:r>
      <w:r>
        <w:rPr>
          <w:rStyle w:val="apple-converted-space"/>
          <w:color w:val="000000"/>
        </w:rPr>
        <w:t> </w:t>
      </w:r>
      <w:r>
        <w:rPr>
          <w:color w:val="000000"/>
        </w:rPr>
        <w:t>began.</w:t>
      </w:r>
    </w:p>
    <w:p w14:paraId="4AF57960" w14:textId="77777777" w:rsidR="0088535E" w:rsidRDefault="0088535E" w:rsidP="0088535E">
      <w:pPr>
        <w:pStyle w:val="NormalWeb"/>
        <w:rPr>
          <w:color w:val="000000"/>
        </w:rPr>
      </w:pPr>
      <w:r>
        <w:rPr>
          <w:color w:val="000000"/>
        </w:rPr>
        <w:t xml:space="preserve">It rose from the earth like a silver </w:t>
      </w:r>
      <w:proofErr w:type="gramStart"/>
      <w:r>
        <w:rPr>
          <w:color w:val="000000"/>
        </w:rPr>
        <w:t>moon,</w:t>
      </w:r>
      <w:proofErr w:type="gramEnd"/>
      <w:r>
        <w:rPr>
          <w:color w:val="000000"/>
        </w:rPr>
        <w:t xml:space="preserve"> its foundation carved from black iron forged in the mountain forges of</w:t>
      </w:r>
      <w:r>
        <w:rPr>
          <w:rStyle w:val="apple-converted-space"/>
          <w:color w:val="000000"/>
        </w:rPr>
        <w:t> </w:t>
      </w:r>
      <w:r w:rsidRPr="0088535E">
        <w:rPr>
          <w:rStyle w:val="Strong"/>
          <w:rFonts w:eastAsiaTheme="majorEastAsia"/>
          <w:b w:val="0"/>
          <w:bCs w:val="0"/>
          <w:color w:val="000000"/>
        </w:rPr>
        <w:t>Danel Darns</w:t>
      </w:r>
      <w:r>
        <w:rPr>
          <w:color w:val="000000"/>
        </w:rPr>
        <w:t>. Its curved surface, vast as a fortress wall, was formed of polished glass and beaten silver.</w:t>
      </w:r>
    </w:p>
    <w:p w14:paraId="463E2BDF" w14:textId="77777777" w:rsidR="0088535E" w:rsidRDefault="0088535E" w:rsidP="0088535E">
      <w:pPr>
        <w:pStyle w:val="NormalWeb"/>
        <w:rPr>
          <w:color w:val="000000"/>
        </w:rPr>
      </w:pPr>
      <w:r w:rsidRPr="0088535E">
        <w:rPr>
          <w:rStyle w:val="Strong"/>
          <w:rFonts w:eastAsiaTheme="majorEastAsia"/>
          <w:b w:val="0"/>
          <w:bCs w:val="0"/>
          <w:color w:val="000000"/>
        </w:rPr>
        <w:t>Wester’s shipwrights</w:t>
      </w:r>
      <w:r>
        <w:rPr>
          <w:rStyle w:val="apple-converted-space"/>
          <w:color w:val="000000"/>
        </w:rPr>
        <w:t> </w:t>
      </w:r>
      <w:r>
        <w:rPr>
          <w:color w:val="000000"/>
        </w:rPr>
        <w:t xml:space="preserve">had sent their finest riggers and </w:t>
      </w:r>
      <w:proofErr w:type="spellStart"/>
      <w:r>
        <w:rPr>
          <w:color w:val="000000"/>
        </w:rPr>
        <w:t>sailsmen</w:t>
      </w:r>
      <w:proofErr w:type="spellEnd"/>
      <w:r>
        <w:rPr>
          <w:color w:val="000000"/>
        </w:rPr>
        <w:t xml:space="preserve"> to lift the plates with pulleys and rope.</w:t>
      </w:r>
      <w:r>
        <w:rPr>
          <w:rStyle w:val="apple-converted-space"/>
          <w:color w:val="000000"/>
        </w:rPr>
        <w:t> </w:t>
      </w:r>
      <w:proofErr w:type="spellStart"/>
      <w:r w:rsidRPr="0088535E">
        <w:rPr>
          <w:rStyle w:val="Strong"/>
          <w:rFonts w:eastAsiaTheme="majorEastAsia"/>
          <w:b w:val="0"/>
          <w:bCs w:val="0"/>
          <w:color w:val="000000"/>
        </w:rPr>
        <w:t>Plenstant’s</w:t>
      </w:r>
      <w:proofErr w:type="spellEnd"/>
      <w:r w:rsidRPr="0088535E">
        <w:rPr>
          <w:rStyle w:val="Strong"/>
          <w:rFonts w:eastAsiaTheme="majorEastAsia"/>
          <w:b w:val="0"/>
          <w:bCs w:val="0"/>
          <w:color w:val="000000"/>
        </w:rPr>
        <w:t xml:space="preserve"> vineyards</w:t>
      </w:r>
      <w:r>
        <w:rPr>
          <w:rStyle w:val="apple-converted-space"/>
          <w:color w:val="000000"/>
        </w:rPr>
        <w:t> </w:t>
      </w:r>
      <w:r>
        <w:rPr>
          <w:color w:val="000000"/>
        </w:rPr>
        <w:t>had supplied barrels of resin and oil to polish the glass until it gleamed like still water. And</w:t>
      </w:r>
      <w:r>
        <w:rPr>
          <w:rStyle w:val="apple-converted-space"/>
          <w:color w:val="000000"/>
        </w:rPr>
        <w:t> </w:t>
      </w:r>
      <w:r w:rsidRPr="0088535E">
        <w:rPr>
          <w:rStyle w:val="Strong"/>
          <w:rFonts w:eastAsiaTheme="majorEastAsia"/>
          <w:b w:val="0"/>
          <w:bCs w:val="0"/>
          <w:color w:val="000000"/>
        </w:rPr>
        <w:t>Bruce’s woodsmen</w:t>
      </w:r>
      <w:r>
        <w:rPr>
          <w:rStyle w:val="apple-converted-space"/>
          <w:color w:val="000000"/>
        </w:rPr>
        <w:t> </w:t>
      </w:r>
      <w:r>
        <w:rPr>
          <w:color w:val="000000"/>
        </w:rPr>
        <w:t>felled the ancient cedars of his forests to build scaffolds and braces around its frame.</w:t>
      </w:r>
    </w:p>
    <w:p w14:paraId="5A25D53D" w14:textId="77777777" w:rsidR="0088535E" w:rsidRDefault="0088535E" w:rsidP="0088535E">
      <w:pPr>
        <w:pStyle w:val="NormalWeb"/>
        <w:rPr>
          <w:color w:val="000000"/>
        </w:rPr>
      </w:pPr>
      <w:r>
        <w:rPr>
          <w:color w:val="000000"/>
        </w:rPr>
        <w:t>But not every kingdom had joined this effort.</w:t>
      </w:r>
    </w:p>
    <w:p w14:paraId="78726D15" w14:textId="77777777" w:rsidR="0088535E" w:rsidRDefault="0088535E" w:rsidP="0088535E">
      <w:pPr>
        <w:pStyle w:val="NormalWeb"/>
        <w:rPr>
          <w:color w:val="000000"/>
        </w:rPr>
      </w:pPr>
      <w:r>
        <w:rPr>
          <w:color w:val="000000"/>
        </w:rPr>
        <w:t>The</w:t>
      </w:r>
      <w:r>
        <w:rPr>
          <w:rStyle w:val="apple-converted-space"/>
          <w:color w:val="000000"/>
        </w:rPr>
        <w:t> </w:t>
      </w:r>
      <w:r w:rsidRPr="0088535E">
        <w:rPr>
          <w:rStyle w:val="Strong"/>
          <w:rFonts w:eastAsiaTheme="majorEastAsia"/>
          <w:b w:val="0"/>
          <w:bCs w:val="0"/>
          <w:color w:val="000000"/>
        </w:rPr>
        <w:t>Nomad King</w:t>
      </w:r>
      <w:r>
        <w:rPr>
          <w:rStyle w:val="apple-converted-space"/>
          <w:color w:val="000000"/>
        </w:rPr>
        <w:t> </w:t>
      </w:r>
      <w:r>
        <w:rPr>
          <w:color w:val="000000"/>
        </w:rPr>
        <w:t>sent nothing, his caravans vanishing into the red horizon.</w:t>
      </w:r>
      <w:r>
        <w:rPr>
          <w:color w:val="000000"/>
        </w:rPr>
        <w:br/>
      </w:r>
      <w:r w:rsidRPr="0088535E">
        <w:rPr>
          <w:rStyle w:val="Strong"/>
          <w:rFonts w:eastAsiaTheme="majorEastAsia"/>
          <w:b w:val="0"/>
          <w:bCs w:val="0"/>
          <w:color w:val="000000"/>
        </w:rPr>
        <w:t>Thaddeus</w:t>
      </w:r>
      <w:r>
        <w:rPr>
          <w:rStyle w:val="apple-converted-space"/>
          <w:color w:val="000000"/>
        </w:rPr>
        <w:t> </w:t>
      </w:r>
      <w:r>
        <w:rPr>
          <w:color w:val="000000"/>
        </w:rPr>
        <w:t>gave no word.</w:t>
      </w:r>
      <w:r>
        <w:rPr>
          <w:color w:val="000000"/>
        </w:rPr>
        <w:br/>
      </w:r>
      <w:r w:rsidRPr="0088535E">
        <w:rPr>
          <w:rStyle w:val="Strong"/>
          <w:rFonts w:eastAsiaTheme="majorEastAsia"/>
          <w:b w:val="0"/>
          <w:bCs w:val="0"/>
          <w:color w:val="000000"/>
        </w:rPr>
        <w:t>Baird Tooth</w:t>
      </w:r>
      <w:r>
        <w:rPr>
          <w:rStyle w:val="apple-converted-space"/>
          <w:color w:val="000000"/>
        </w:rPr>
        <w:t> </w:t>
      </w:r>
      <w:r>
        <w:rPr>
          <w:color w:val="000000"/>
        </w:rPr>
        <w:t>kept his smiths for himself.</w:t>
      </w:r>
      <w:r>
        <w:rPr>
          <w:color w:val="000000"/>
        </w:rPr>
        <w:br/>
        <w:t>And</w:t>
      </w:r>
      <w:r>
        <w:rPr>
          <w:rStyle w:val="apple-converted-space"/>
          <w:color w:val="000000"/>
        </w:rPr>
        <w:t> </w:t>
      </w:r>
      <w:r w:rsidRPr="0088535E">
        <w:rPr>
          <w:rStyle w:val="Strong"/>
          <w:rFonts w:eastAsiaTheme="majorEastAsia"/>
          <w:b w:val="0"/>
          <w:bCs w:val="0"/>
          <w:color w:val="000000"/>
        </w:rPr>
        <w:t>Barrus, the Dragon Lord</w:t>
      </w:r>
      <w:r>
        <w:rPr>
          <w:color w:val="000000"/>
        </w:rPr>
        <w:t>, sent only a message carried on parchment scorched at the edges:</w:t>
      </w:r>
    </w:p>
    <w:p w14:paraId="58CFBC5B" w14:textId="77777777" w:rsidR="0088535E" w:rsidRDefault="0088535E" w:rsidP="0088535E">
      <w:pPr>
        <w:pStyle w:val="NormalWeb"/>
        <w:rPr>
          <w:color w:val="000000"/>
        </w:rPr>
      </w:pPr>
      <w:r>
        <w:rPr>
          <w:color w:val="000000"/>
        </w:rPr>
        <w:t>“The fire of the heavens cannot be turned by mirrors. It must be met by greater flame.”</w:t>
      </w:r>
    </w:p>
    <w:p w14:paraId="3479E752" w14:textId="77777777" w:rsidR="0088535E" w:rsidRDefault="0088535E" w:rsidP="0088535E">
      <w:pPr>
        <w:pStyle w:val="NormalWeb"/>
        <w:rPr>
          <w:color w:val="000000"/>
        </w:rPr>
      </w:pPr>
      <w:r>
        <w:rPr>
          <w:color w:val="000000"/>
        </w:rPr>
        <w:t>The meaning was clear. His forges were not building hope — they were building war.</w:t>
      </w:r>
    </w:p>
    <w:p w14:paraId="1A1B0A6B" w14:textId="77777777" w:rsidR="0088535E" w:rsidRDefault="0088535E" w:rsidP="0088535E">
      <w:pPr>
        <w:pStyle w:val="NormalWeb"/>
        <w:rPr>
          <w:color w:val="000000"/>
        </w:rPr>
      </w:pPr>
      <w:r>
        <w:rPr>
          <w:color w:val="000000"/>
        </w:rPr>
        <w:t>From the high terraces of the Citadel, the Mirror looked like a silver tear reflecting the dying sky. The clang of hammers, the rhythm of chains, and the drone of laborers filled the days and nights alike.</w:t>
      </w:r>
    </w:p>
    <w:p w14:paraId="1A6B6C49" w14:textId="77777777" w:rsidR="0088535E" w:rsidRDefault="0088535E" w:rsidP="0088535E">
      <w:pPr>
        <w:pStyle w:val="NormalWeb"/>
        <w:rPr>
          <w:color w:val="000000"/>
        </w:rPr>
      </w:pPr>
      <w:r>
        <w:rPr>
          <w:color w:val="000000"/>
        </w:rPr>
        <w:t>The people who worked the valley had begun to call themselves</w:t>
      </w:r>
      <w:r>
        <w:rPr>
          <w:rStyle w:val="apple-converted-space"/>
          <w:color w:val="000000"/>
        </w:rPr>
        <w:t> </w:t>
      </w:r>
      <w:r>
        <w:rPr>
          <w:rStyle w:val="Emphasis"/>
          <w:rFonts w:eastAsiaTheme="majorEastAsia"/>
          <w:color w:val="000000"/>
        </w:rPr>
        <w:t>the Builders of the Dawn</w:t>
      </w:r>
      <w:r>
        <w:rPr>
          <w:color w:val="000000"/>
        </w:rPr>
        <w:t>. They worked without rest, driven by the belief that their hands shaped salvation.</w:t>
      </w:r>
    </w:p>
    <w:p w14:paraId="2625F5F3" w14:textId="77777777" w:rsidR="0088535E" w:rsidRDefault="0088535E" w:rsidP="0088535E">
      <w:pPr>
        <w:pStyle w:val="NormalWeb"/>
        <w:rPr>
          <w:color w:val="000000"/>
        </w:rPr>
      </w:pPr>
      <w:r>
        <w:rPr>
          <w:color w:val="000000"/>
        </w:rPr>
        <w:t>The Doctors did not correct them.</w:t>
      </w:r>
    </w:p>
    <w:p w14:paraId="1959456B" w14:textId="77777777" w:rsidR="0088535E" w:rsidRDefault="0088535E" w:rsidP="0088535E">
      <w:pPr>
        <w:pStyle w:val="NormalWeb"/>
        <w:rPr>
          <w:color w:val="000000"/>
        </w:rPr>
      </w:pPr>
      <w:r>
        <w:rPr>
          <w:color w:val="000000"/>
        </w:rPr>
        <w:lastRenderedPageBreak/>
        <w:t>Every evening,</w:t>
      </w:r>
      <w:r>
        <w:rPr>
          <w:rStyle w:val="apple-converted-space"/>
          <w:color w:val="000000"/>
        </w:rPr>
        <w:t> </w:t>
      </w:r>
      <w:r w:rsidRPr="0088535E">
        <w:rPr>
          <w:rStyle w:val="Strong"/>
          <w:rFonts w:eastAsiaTheme="majorEastAsia"/>
          <w:b w:val="0"/>
          <w:bCs w:val="0"/>
          <w:color w:val="000000"/>
        </w:rPr>
        <w:t>Marcellis</w:t>
      </w:r>
      <w:r>
        <w:rPr>
          <w:rStyle w:val="apple-converted-space"/>
          <w:color w:val="000000"/>
        </w:rPr>
        <w:t> </w:t>
      </w:r>
      <w:r>
        <w:rPr>
          <w:color w:val="000000"/>
        </w:rPr>
        <w:t>walked among the scaffolds, her gray robes coated in ash and dust. The laborers bowed when she passed, whispering prayers not to gods, but to her. She did not answer them, for she could not bear to lie aloud.</w:t>
      </w:r>
    </w:p>
    <w:p w14:paraId="10C8E10E" w14:textId="77777777" w:rsidR="0088535E" w:rsidRDefault="0088535E" w:rsidP="0088535E">
      <w:pPr>
        <w:pStyle w:val="NormalWeb"/>
        <w:rPr>
          <w:color w:val="000000"/>
        </w:rPr>
      </w:pPr>
      <w:r w:rsidRPr="0088535E">
        <w:rPr>
          <w:rStyle w:val="Strong"/>
          <w:rFonts w:eastAsiaTheme="majorEastAsia"/>
          <w:b w:val="0"/>
          <w:bCs w:val="0"/>
          <w:color w:val="000000"/>
        </w:rPr>
        <w:t xml:space="preserve">Doctor </w:t>
      </w:r>
      <w:proofErr w:type="spellStart"/>
      <w:r w:rsidRPr="0088535E">
        <w:rPr>
          <w:rStyle w:val="Strong"/>
          <w:rFonts w:eastAsiaTheme="majorEastAsia"/>
          <w:b w:val="0"/>
          <w:bCs w:val="0"/>
          <w:color w:val="000000"/>
        </w:rPr>
        <w:t>Gundae</w:t>
      </w:r>
      <w:proofErr w:type="spellEnd"/>
      <w:r w:rsidRPr="0088535E">
        <w:rPr>
          <w:rStyle w:val="Strong"/>
          <w:rFonts w:eastAsiaTheme="majorEastAsia"/>
          <w:b w:val="0"/>
          <w:bCs w:val="0"/>
          <w:color w:val="000000"/>
        </w:rPr>
        <w:t xml:space="preserve"> </w:t>
      </w:r>
      <w:proofErr w:type="spellStart"/>
      <w:r w:rsidRPr="0088535E">
        <w:rPr>
          <w:rStyle w:val="Strong"/>
          <w:rFonts w:eastAsiaTheme="majorEastAsia"/>
          <w:b w:val="0"/>
          <w:bCs w:val="0"/>
          <w:color w:val="000000"/>
        </w:rPr>
        <w:t>Prium</w:t>
      </w:r>
      <w:proofErr w:type="spellEnd"/>
      <w:r>
        <w:rPr>
          <w:rStyle w:val="apple-converted-space"/>
          <w:color w:val="000000"/>
        </w:rPr>
        <w:t> </w:t>
      </w:r>
      <w:r>
        <w:rPr>
          <w:color w:val="000000"/>
        </w:rPr>
        <w:t>lived now in the observatory, sleeping little, studying the Eye through lenses that cracked from its heat. His apprentice,</w:t>
      </w:r>
      <w:r>
        <w:rPr>
          <w:rStyle w:val="apple-converted-space"/>
          <w:color w:val="000000"/>
        </w:rPr>
        <w:t> </w:t>
      </w:r>
      <w:r w:rsidRPr="0088535E">
        <w:rPr>
          <w:rStyle w:val="Strong"/>
          <w:rFonts w:eastAsiaTheme="majorEastAsia"/>
          <w:b w:val="0"/>
          <w:bCs w:val="0"/>
          <w:color w:val="000000"/>
        </w:rPr>
        <w:t>Klitus</w:t>
      </w:r>
      <w:r>
        <w:rPr>
          <w:color w:val="000000"/>
        </w:rPr>
        <w:t>, noted every change — every flare, every tremor in the light — and the numbers grew worse by the day.</w:t>
      </w:r>
    </w:p>
    <w:p w14:paraId="056E9EFF" w14:textId="77777777" w:rsidR="0088535E" w:rsidRDefault="0088535E" w:rsidP="0088535E">
      <w:pPr>
        <w:pStyle w:val="NormalWeb"/>
        <w:rPr>
          <w:color w:val="000000"/>
        </w:rPr>
      </w:pPr>
      <w:r>
        <w:rPr>
          <w:color w:val="000000"/>
        </w:rPr>
        <w:t xml:space="preserve">“The descent has quickened,” </w:t>
      </w:r>
      <w:proofErr w:type="spellStart"/>
      <w:r>
        <w:rPr>
          <w:color w:val="000000"/>
        </w:rPr>
        <w:t>Gundae</w:t>
      </w:r>
      <w:proofErr w:type="spellEnd"/>
      <w:r>
        <w:rPr>
          <w:color w:val="000000"/>
        </w:rPr>
        <w:t xml:space="preserve"> whispered one night to Marcellis. “</w:t>
      </w:r>
      <w:proofErr w:type="spellStart"/>
      <w:r>
        <w:rPr>
          <w:color w:val="000000"/>
        </w:rPr>
        <w:t>Its</w:t>
      </w:r>
      <w:proofErr w:type="spellEnd"/>
      <w:r>
        <w:rPr>
          <w:color w:val="000000"/>
        </w:rPr>
        <w:t xml:space="preserve"> angle changes with each dawn. It moves of its own will now. There is no orbit — only intent.”</w:t>
      </w:r>
    </w:p>
    <w:p w14:paraId="7FD645FE" w14:textId="77777777" w:rsidR="0088535E" w:rsidRDefault="0088535E" w:rsidP="0088535E">
      <w:pPr>
        <w:pStyle w:val="NormalWeb"/>
        <w:rPr>
          <w:color w:val="000000"/>
        </w:rPr>
      </w:pPr>
      <w:r>
        <w:rPr>
          <w:color w:val="000000"/>
        </w:rPr>
        <w:t>Marcellis stared at the glowing wound in the sky. “Then we must finish faster.”</w:t>
      </w:r>
    </w:p>
    <w:p w14:paraId="5A482BAA" w14:textId="77777777" w:rsidR="0088535E" w:rsidRDefault="0088535E" w:rsidP="0088535E">
      <w:pPr>
        <w:pStyle w:val="NormalWeb"/>
        <w:rPr>
          <w:color w:val="000000"/>
        </w:rPr>
      </w:pPr>
      <w:proofErr w:type="spellStart"/>
      <w:r>
        <w:rPr>
          <w:color w:val="000000"/>
        </w:rPr>
        <w:t>Gundae’s</w:t>
      </w:r>
      <w:proofErr w:type="spellEnd"/>
      <w:r>
        <w:rPr>
          <w:color w:val="000000"/>
        </w:rPr>
        <w:t xml:space="preserve"> voice trembled. “Even if we finish, it will fail.”</w:t>
      </w:r>
    </w:p>
    <w:p w14:paraId="1DC0057B" w14:textId="77777777" w:rsidR="0088535E" w:rsidRDefault="0088535E" w:rsidP="0088535E">
      <w:pPr>
        <w:pStyle w:val="NormalWeb"/>
        <w:rPr>
          <w:color w:val="000000"/>
        </w:rPr>
      </w:pPr>
      <w:r>
        <w:rPr>
          <w:color w:val="000000"/>
        </w:rPr>
        <w:t>“I know,” she said softly. “But let them believe it will not.”</w:t>
      </w:r>
    </w:p>
    <w:p w14:paraId="3FAE73B0" w14:textId="77777777" w:rsidR="0088535E" w:rsidRDefault="0088535E" w:rsidP="0088535E">
      <w:pPr>
        <w:pStyle w:val="NormalWeb"/>
        <w:rPr>
          <w:color w:val="000000"/>
        </w:rPr>
      </w:pPr>
      <w:r>
        <w:rPr>
          <w:color w:val="000000"/>
        </w:rPr>
        <w:t>The Forest King stood guard at the Citadel’s walls, his green cloak heavy with dew and ash. His men patrolled night and day, keeping peace among the laborers.</w:t>
      </w:r>
    </w:p>
    <w:p w14:paraId="2298ED99" w14:textId="77777777" w:rsidR="0088535E" w:rsidRDefault="0088535E" w:rsidP="0088535E">
      <w:pPr>
        <w:pStyle w:val="NormalWeb"/>
        <w:rPr>
          <w:color w:val="000000"/>
        </w:rPr>
      </w:pPr>
      <w:r>
        <w:rPr>
          <w:color w:val="000000"/>
        </w:rPr>
        <w:t>Some nights, the workers quarreled. They spoke in low voices, asking if the Mirror could truly save them. Others began to whisper that the Dragons would come soon — that Barrus would burn the Citadel before the star could.</w:t>
      </w:r>
    </w:p>
    <w:p w14:paraId="5FDFC512" w14:textId="77777777" w:rsidR="0088535E" w:rsidRDefault="0088535E" w:rsidP="0088535E">
      <w:pPr>
        <w:pStyle w:val="NormalWeb"/>
        <w:rPr>
          <w:color w:val="000000"/>
        </w:rPr>
      </w:pPr>
      <w:r>
        <w:rPr>
          <w:color w:val="000000"/>
        </w:rPr>
        <w:t>When Marcellis came to Bruce about these murmurs, he answered simply, “The forest hears many lies, my lady. It stands anyway.”</w:t>
      </w:r>
    </w:p>
    <w:p w14:paraId="2698301D" w14:textId="77777777" w:rsidR="0088535E" w:rsidRDefault="0088535E" w:rsidP="0088535E">
      <w:pPr>
        <w:pStyle w:val="NormalWeb"/>
        <w:rPr>
          <w:color w:val="000000"/>
        </w:rPr>
      </w:pPr>
      <w:r>
        <w:rPr>
          <w:color w:val="000000"/>
        </w:rPr>
        <w:t>She bowed her head. “You have given us more than we deserve.”</w:t>
      </w:r>
    </w:p>
    <w:p w14:paraId="377A8394" w14:textId="77777777" w:rsidR="0088535E" w:rsidRDefault="0088535E" w:rsidP="0088535E">
      <w:pPr>
        <w:pStyle w:val="NormalWeb"/>
        <w:rPr>
          <w:color w:val="000000"/>
        </w:rPr>
      </w:pPr>
      <w:r>
        <w:rPr>
          <w:color w:val="000000"/>
        </w:rPr>
        <w:t>Bruce smiled faintly. “No. You’ve given us purpose. That’s worth dying for.”</w:t>
      </w:r>
    </w:p>
    <w:p w14:paraId="4408A423" w14:textId="77777777" w:rsidR="0088535E" w:rsidRDefault="0088535E" w:rsidP="0088535E">
      <w:pPr>
        <w:pStyle w:val="NormalWeb"/>
        <w:rPr>
          <w:color w:val="000000"/>
        </w:rPr>
      </w:pPr>
      <w:r>
        <w:rPr>
          <w:color w:val="000000"/>
        </w:rPr>
        <w:t>Each night the sky pulsed red, and the air grew hotter. Lakes began to steam. Crops wilted faster than they could be harvested.</w:t>
      </w:r>
    </w:p>
    <w:p w14:paraId="1A8DBA6B" w14:textId="77777777" w:rsidR="0088535E" w:rsidRDefault="0088535E" w:rsidP="0088535E">
      <w:pPr>
        <w:pStyle w:val="NormalWeb"/>
        <w:rPr>
          <w:color w:val="000000"/>
        </w:rPr>
      </w:pPr>
      <w:r>
        <w:rPr>
          <w:color w:val="000000"/>
        </w:rPr>
        <w:t>The Citadel’s bells now rang every dusk to mark the moons — once four, now three, and then, at last, two.</w:t>
      </w:r>
    </w:p>
    <w:p w14:paraId="4A355D55" w14:textId="77777777" w:rsidR="0088535E" w:rsidRDefault="0088535E" w:rsidP="0088535E">
      <w:pPr>
        <w:pStyle w:val="NormalWeb"/>
        <w:rPr>
          <w:color w:val="000000"/>
        </w:rPr>
      </w:pPr>
      <w:r>
        <w:rPr>
          <w:color w:val="000000"/>
        </w:rPr>
        <w:t>The light of the Eye shone even at midday, turning every shadow thin and sharp. Birds fell from the sky, blinded. Wolves howled at noon. Children were born pale, their eyes strange and bright.</w:t>
      </w:r>
    </w:p>
    <w:p w14:paraId="7C4A6423" w14:textId="77777777" w:rsidR="0088535E" w:rsidRDefault="0088535E" w:rsidP="0088535E">
      <w:pPr>
        <w:pStyle w:val="NormalWeb"/>
        <w:rPr>
          <w:color w:val="000000"/>
        </w:rPr>
      </w:pPr>
      <w:r>
        <w:rPr>
          <w:color w:val="000000"/>
        </w:rPr>
        <w:t>The world was unraveling.</w:t>
      </w:r>
    </w:p>
    <w:p w14:paraId="4CF07FE3" w14:textId="77777777" w:rsidR="0088535E" w:rsidRDefault="0088535E" w:rsidP="0088535E">
      <w:pPr>
        <w:pStyle w:val="NormalWeb"/>
        <w:rPr>
          <w:color w:val="000000"/>
        </w:rPr>
      </w:pPr>
      <w:r>
        <w:rPr>
          <w:color w:val="000000"/>
        </w:rPr>
        <w:t>And still, the Mirror rose higher, panel by panel, gleaming with reflected fire.</w:t>
      </w:r>
    </w:p>
    <w:p w14:paraId="4166F3F8" w14:textId="77777777" w:rsidR="0088535E" w:rsidRDefault="0088535E" w:rsidP="0088535E">
      <w:pPr>
        <w:pStyle w:val="NormalWeb"/>
        <w:rPr>
          <w:color w:val="000000"/>
        </w:rPr>
      </w:pPr>
      <w:r>
        <w:rPr>
          <w:color w:val="000000"/>
        </w:rPr>
        <w:lastRenderedPageBreak/>
        <w:t>To those who looked from the valleys below, it seemed as though the Citadel had built a second sun — one meant to challenge the first.</w:t>
      </w:r>
    </w:p>
    <w:p w14:paraId="066F6E09" w14:textId="77777777" w:rsidR="0088535E" w:rsidRDefault="0088535E" w:rsidP="0088535E">
      <w:pPr>
        <w:pStyle w:val="NormalWeb"/>
        <w:rPr>
          <w:color w:val="000000"/>
        </w:rPr>
      </w:pPr>
      <w:r>
        <w:rPr>
          <w:color w:val="000000"/>
        </w:rPr>
        <w:t>In the final hours of each night, when even the laborers slept, the Doctors gathered in the observatory. The wind moaned through the open arches, carrying the scent of smoke and sap.</w:t>
      </w:r>
    </w:p>
    <w:p w14:paraId="7BDD01B1" w14:textId="77777777" w:rsidR="0088535E" w:rsidRDefault="0088535E" w:rsidP="0088535E">
      <w:pPr>
        <w:pStyle w:val="NormalWeb"/>
        <w:rPr>
          <w:color w:val="000000"/>
        </w:rPr>
      </w:pPr>
      <w:proofErr w:type="spellStart"/>
      <w:r>
        <w:rPr>
          <w:color w:val="000000"/>
        </w:rPr>
        <w:t>Gundae</w:t>
      </w:r>
      <w:proofErr w:type="spellEnd"/>
      <w:r>
        <w:rPr>
          <w:color w:val="000000"/>
        </w:rPr>
        <w:t xml:space="preserve"> spoke rarely now. His hands shook too much to write.</w:t>
      </w:r>
      <w:r>
        <w:rPr>
          <w:rStyle w:val="apple-converted-space"/>
          <w:color w:val="000000"/>
        </w:rPr>
        <w:t> </w:t>
      </w:r>
      <w:proofErr w:type="spellStart"/>
      <w:r w:rsidRPr="0088535E">
        <w:rPr>
          <w:rStyle w:val="Strong"/>
          <w:rFonts w:eastAsiaTheme="majorEastAsia"/>
          <w:b w:val="0"/>
          <w:bCs w:val="0"/>
          <w:color w:val="000000"/>
        </w:rPr>
        <w:t>Brakon</w:t>
      </w:r>
      <w:proofErr w:type="spellEnd"/>
      <w:r w:rsidRPr="0088535E">
        <w:rPr>
          <w:rStyle w:val="apple-converted-space"/>
          <w:b/>
          <w:bCs/>
          <w:color w:val="000000"/>
        </w:rPr>
        <w:t> </w:t>
      </w:r>
      <w:r>
        <w:rPr>
          <w:color w:val="000000"/>
        </w:rPr>
        <w:t>had grown bitter, his faith turned to ash.</w:t>
      </w:r>
      <w:r>
        <w:rPr>
          <w:rStyle w:val="apple-converted-space"/>
          <w:color w:val="000000"/>
        </w:rPr>
        <w:t> </w:t>
      </w:r>
      <w:r w:rsidRPr="0088535E">
        <w:rPr>
          <w:rStyle w:val="Strong"/>
          <w:rFonts w:eastAsiaTheme="majorEastAsia"/>
          <w:b w:val="0"/>
          <w:bCs w:val="0"/>
          <w:color w:val="000000"/>
        </w:rPr>
        <w:t>Willum Mays</w:t>
      </w:r>
      <w:r>
        <w:rPr>
          <w:rStyle w:val="apple-converted-space"/>
          <w:color w:val="000000"/>
        </w:rPr>
        <w:t> </w:t>
      </w:r>
      <w:r>
        <w:rPr>
          <w:color w:val="000000"/>
        </w:rPr>
        <w:t>prayed silently to gods long forgotten.</w:t>
      </w:r>
    </w:p>
    <w:p w14:paraId="6896ECDE" w14:textId="77777777" w:rsidR="0088535E" w:rsidRDefault="0088535E" w:rsidP="0088535E">
      <w:pPr>
        <w:pStyle w:val="NormalWeb"/>
        <w:rPr>
          <w:color w:val="000000"/>
        </w:rPr>
      </w:pPr>
      <w:r>
        <w:rPr>
          <w:color w:val="000000"/>
        </w:rPr>
        <w:t>Marcellis alone still carried the strength of voice.</w:t>
      </w:r>
    </w:p>
    <w:p w14:paraId="0109ED60" w14:textId="77777777" w:rsidR="0088535E" w:rsidRDefault="0088535E" w:rsidP="0088535E">
      <w:pPr>
        <w:pStyle w:val="NormalWeb"/>
        <w:rPr>
          <w:color w:val="000000"/>
        </w:rPr>
      </w:pPr>
      <w:r>
        <w:rPr>
          <w:color w:val="000000"/>
        </w:rPr>
        <w:t>She stood before them, her face illuminated by the red light of the Eye. “If the world must end,” she said quietly, “then let it end with peace upon its lips. Let no man die hating another.”</w:t>
      </w:r>
    </w:p>
    <w:p w14:paraId="74E41E7D" w14:textId="77777777" w:rsidR="0088535E" w:rsidRDefault="0088535E" w:rsidP="0088535E">
      <w:pPr>
        <w:pStyle w:val="NormalWeb"/>
        <w:rPr>
          <w:color w:val="000000"/>
        </w:rPr>
      </w:pPr>
      <w:r>
        <w:rPr>
          <w:color w:val="000000"/>
        </w:rPr>
        <w:t>No one answered her.</w:t>
      </w:r>
    </w:p>
    <w:p w14:paraId="6E729E77" w14:textId="77777777" w:rsidR="0088535E" w:rsidRDefault="0088535E" w:rsidP="0088535E">
      <w:pPr>
        <w:pStyle w:val="NormalWeb"/>
        <w:rPr>
          <w:color w:val="000000"/>
        </w:rPr>
      </w:pPr>
      <w:r>
        <w:rPr>
          <w:color w:val="000000"/>
        </w:rPr>
        <w:t>Below them, the hammers continued to ring.</w:t>
      </w:r>
    </w:p>
    <w:p w14:paraId="7AA70C4A" w14:textId="77777777" w:rsidR="0088535E" w:rsidRDefault="0088535E" w:rsidP="0088535E">
      <w:pPr>
        <w:pStyle w:val="NormalWeb"/>
        <w:rPr>
          <w:color w:val="000000"/>
        </w:rPr>
      </w:pPr>
      <w:r>
        <w:rPr>
          <w:color w:val="000000"/>
        </w:rPr>
        <w:t>When the second moon began to wane, a strange calm fell over the Citadel. The workers sang as they built. The archers kept their watch. The Doctors watched the Eye burn larger, its light now rippling across the sky like the beating of a vast heart.</w:t>
      </w:r>
    </w:p>
    <w:p w14:paraId="758F6E49" w14:textId="77777777" w:rsidR="0088535E" w:rsidRDefault="0088535E" w:rsidP="0088535E">
      <w:pPr>
        <w:pStyle w:val="NormalWeb"/>
        <w:rPr>
          <w:color w:val="000000"/>
        </w:rPr>
      </w:pPr>
      <w:r>
        <w:rPr>
          <w:color w:val="000000"/>
        </w:rPr>
        <w:t>They all knew the truth.</w:t>
      </w:r>
      <w:r>
        <w:rPr>
          <w:color w:val="000000"/>
        </w:rPr>
        <w:br/>
        <w:t>They all knew the Mirror could never turn aside that fire.</w:t>
      </w:r>
      <w:r>
        <w:rPr>
          <w:color w:val="000000"/>
        </w:rPr>
        <w:br/>
        <w:t>But in those final days, belief itself became a kind of salvation.</w:t>
      </w:r>
    </w:p>
    <w:p w14:paraId="1A86ED05" w14:textId="77777777" w:rsidR="0088535E" w:rsidRDefault="0088535E" w:rsidP="0088535E">
      <w:pPr>
        <w:pStyle w:val="NormalWeb"/>
        <w:rPr>
          <w:color w:val="000000"/>
        </w:rPr>
      </w:pPr>
      <w:r>
        <w:rPr>
          <w:color w:val="000000"/>
        </w:rPr>
        <w:t>And as the second moon crossed the heavens, thin as a sickle and pale as smoke, the Citadel’s bells tolled once more — slow, solemn, echoing across all the kingdoms of men.</w:t>
      </w:r>
    </w:p>
    <w:p w14:paraId="453F8E17" w14:textId="77777777" w:rsidR="0088535E" w:rsidRDefault="0088535E" w:rsidP="0088535E">
      <w:pPr>
        <w:pStyle w:val="NormalWeb"/>
        <w:rPr>
          <w:color w:val="000000"/>
        </w:rPr>
      </w:pPr>
      <w:r>
        <w:rPr>
          <w:color w:val="000000"/>
        </w:rPr>
        <w:t>Each toll said what no Doctor dared:</w:t>
      </w:r>
    </w:p>
    <w:p w14:paraId="5E5AF4BF" w14:textId="2EBC5E9D" w:rsidR="0088535E" w:rsidRDefault="0088535E" w:rsidP="0088535E">
      <w:pPr>
        <w:pStyle w:val="NormalWeb"/>
        <w:rPr>
          <w:color w:val="000000"/>
        </w:rPr>
      </w:pPr>
      <w:r>
        <w:rPr>
          <w:color w:val="000000"/>
        </w:rPr>
        <w:t>The end is near!</w:t>
      </w:r>
    </w:p>
    <w:p w14:paraId="109C35CA" w14:textId="77777777" w:rsidR="0088535E" w:rsidRDefault="0088535E" w:rsidP="0088535E">
      <w:pPr>
        <w:pStyle w:val="NormalWeb"/>
        <w:rPr>
          <w:color w:val="000000"/>
        </w:rPr>
      </w:pPr>
      <w:r>
        <w:rPr>
          <w:color w:val="000000"/>
        </w:rPr>
        <w:t>In the deep of that night,</w:t>
      </w:r>
      <w:r>
        <w:rPr>
          <w:rStyle w:val="apple-converted-space"/>
          <w:color w:val="000000"/>
        </w:rPr>
        <w:t> </w:t>
      </w:r>
      <w:r w:rsidRPr="0088535E">
        <w:rPr>
          <w:rStyle w:val="Strong"/>
          <w:rFonts w:eastAsiaTheme="majorEastAsia"/>
          <w:b w:val="0"/>
          <w:bCs w:val="0"/>
          <w:color w:val="000000"/>
        </w:rPr>
        <w:t>Marcellis</w:t>
      </w:r>
      <w:r>
        <w:rPr>
          <w:rStyle w:val="apple-converted-space"/>
          <w:color w:val="000000"/>
        </w:rPr>
        <w:t> </w:t>
      </w:r>
      <w:r>
        <w:rPr>
          <w:color w:val="000000"/>
        </w:rPr>
        <w:t>stood upon the balcony above the Mirror’s shining curve. The wind from the star’s heat whipped her robes against the stone.</w:t>
      </w:r>
    </w:p>
    <w:p w14:paraId="53C83031" w14:textId="77777777" w:rsidR="0088535E" w:rsidRDefault="0088535E" w:rsidP="0088535E">
      <w:pPr>
        <w:pStyle w:val="NormalWeb"/>
        <w:rPr>
          <w:color w:val="000000"/>
        </w:rPr>
      </w:pPr>
      <w:r>
        <w:rPr>
          <w:color w:val="000000"/>
        </w:rPr>
        <w:t>She whispered to the light above her,</w:t>
      </w:r>
    </w:p>
    <w:p w14:paraId="41EDAF47" w14:textId="77777777" w:rsidR="0088535E" w:rsidRDefault="0088535E" w:rsidP="0088535E">
      <w:pPr>
        <w:pStyle w:val="NormalWeb"/>
        <w:rPr>
          <w:color w:val="000000"/>
        </w:rPr>
      </w:pPr>
      <w:r>
        <w:rPr>
          <w:color w:val="000000"/>
        </w:rPr>
        <w:t>“We have built your reflection, though we cannot stop your fall.</w:t>
      </w:r>
      <w:r>
        <w:rPr>
          <w:color w:val="000000"/>
        </w:rPr>
        <w:br/>
        <w:t>But if you must burn us, then let our lie shine bright enough to make you pause —</w:t>
      </w:r>
      <w:r>
        <w:rPr>
          <w:color w:val="000000"/>
        </w:rPr>
        <w:br/>
        <w:t>if only for a moment.”</w:t>
      </w:r>
    </w:p>
    <w:p w14:paraId="566A0AB6" w14:textId="77777777" w:rsidR="0088535E" w:rsidRDefault="0088535E" w:rsidP="0088535E">
      <w:pPr>
        <w:pStyle w:val="NormalWeb"/>
        <w:rPr>
          <w:color w:val="000000"/>
        </w:rPr>
      </w:pPr>
      <w:r>
        <w:rPr>
          <w:color w:val="000000"/>
        </w:rPr>
        <w:t>The Eye pulsed once — a heartbeat of red that lit the valley brighter than dawn.</w:t>
      </w:r>
    </w:p>
    <w:p w14:paraId="3D29D2BE" w14:textId="77777777" w:rsidR="0088535E" w:rsidRDefault="0088535E" w:rsidP="0088535E">
      <w:pPr>
        <w:pStyle w:val="NormalWeb"/>
        <w:rPr>
          <w:color w:val="000000"/>
        </w:rPr>
      </w:pPr>
      <w:r>
        <w:rPr>
          <w:color w:val="000000"/>
        </w:rPr>
        <w:lastRenderedPageBreak/>
        <w:t>And for that one heartbeat, she could almost believe it had heard her.</w:t>
      </w:r>
    </w:p>
    <w:p w14:paraId="0257F73D" w14:textId="77777777" w:rsidR="00272DC1" w:rsidRDefault="00272DC1" w:rsidP="00272DC1">
      <w:pPr>
        <w:pStyle w:val="NormalWeb"/>
        <w:rPr>
          <w:color w:val="000000"/>
        </w:rPr>
      </w:pPr>
    </w:p>
    <w:p w14:paraId="42665046" w14:textId="77777777" w:rsidR="0088535E" w:rsidRDefault="0088535E" w:rsidP="0088535E">
      <w:pPr>
        <w:pStyle w:val="Heading3"/>
        <w:rPr>
          <w:color w:val="000000"/>
        </w:rPr>
      </w:pPr>
      <w:r>
        <w:rPr>
          <w:color w:val="000000"/>
        </w:rPr>
        <w:t>The Turning of the Eye</w:t>
      </w:r>
    </w:p>
    <w:p w14:paraId="6A2275F4" w14:textId="77777777" w:rsidR="0088535E" w:rsidRDefault="0088535E" w:rsidP="0088535E">
      <w:pPr>
        <w:pStyle w:val="NormalWeb"/>
        <w:rPr>
          <w:color w:val="000000"/>
        </w:rPr>
      </w:pPr>
      <w:r>
        <w:rPr>
          <w:color w:val="000000"/>
        </w:rPr>
        <w:t>It happened on the forty-second night of the second moon.</w:t>
      </w:r>
    </w:p>
    <w:p w14:paraId="4713FA64" w14:textId="77777777" w:rsidR="0088535E" w:rsidRDefault="0088535E" w:rsidP="0088535E">
      <w:pPr>
        <w:pStyle w:val="NormalWeb"/>
        <w:rPr>
          <w:color w:val="000000"/>
        </w:rPr>
      </w:pPr>
      <w:r>
        <w:rPr>
          <w:color w:val="000000"/>
        </w:rPr>
        <w:t>For weeks the star had filled half the heavens, pulsing like a wound, its red glare staining the world. Then — without warning — its light began to drift. The Eye’s path, once steady and falling, curved upward. Its great tail swept across the constellations, and the trembling of the ground ceased.</w:t>
      </w:r>
    </w:p>
    <w:p w14:paraId="6479A59E" w14:textId="77777777" w:rsidR="0088535E" w:rsidRDefault="0088535E" w:rsidP="0088535E">
      <w:pPr>
        <w:pStyle w:val="NormalWeb"/>
        <w:rPr>
          <w:color w:val="000000"/>
        </w:rPr>
      </w:pPr>
      <w:r>
        <w:rPr>
          <w:color w:val="000000"/>
        </w:rPr>
        <w:t>The air grew cool again. The rivers stopped steaming. Birds returned to the skies.</w:t>
      </w:r>
    </w:p>
    <w:p w14:paraId="29D38FB1" w14:textId="77777777" w:rsidR="0088535E" w:rsidRDefault="0088535E" w:rsidP="0088535E">
      <w:pPr>
        <w:pStyle w:val="NormalWeb"/>
        <w:rPr>
          <w:color w:val="000000"/>
        </w:rPr>
      </w:pPr>
      <w:r>
        <w:rPr>
          <w:color w:val="000000"/>
        </w:rPr>
        <w:t>And in that stillness, a single truth spread through the Citadel:</w:t>
      </w:r>
    </w:p>
    <w:p w14:paraId="343C455B" w14:textId="77777777" w:rsidR="0088535E" w:rsidRDefault="0088535E" w:rsidP="0088535E">
      <w:pPr>
        <w:pStyle w:val="NormalWeb"/>
        <w:rPr>
          <w:color w:val="000000"/>
        </w:rPr>
      </w:pPr>
      <w:r>
        <w:rPr>
          <w:color w:val="000000"/>
        </w:rPr>
        <w:t>The Eye was passing them by.</w:t>
      </w:r>
    </w:p>
    <w:p w14:paraId="073D758D" w14:textId="77777777" w:rsidR="0088535E" w:rsidRDefault="0088535E" w:rsidP="0088535E">
      <w:r>
        <w:rPr>
          <w:noProof/>
        </w:rPr>
      </w:r>
      <w:r w:rsidR="0088535E">
        <w:rPr>
          <w:noProof/>
        </w:rPr>
        <w:pict w14:anchorId="3D62FDF4">
          <v:rect id="_x0000_i1323" alt="" style="width:431.95pt;height:.05pt;mso-width-percent:0;mso-height-percent:0;mso-width-percent:0;mso-height-percent:0" o:hrpct="923" o:hralign="center" o:hrstd="t" o:hr="t" fillcolor="#a0a0a0" stroked="f"/>
        </w:pict>
      </w:r>
    </w:p>
    <w:p w14:paraId="5BD34C42" w14:textId="77777777" w:rsidR="0088535E" w:rsidRDefault="0088535E" w:rsidP="0088535E">
      <w:pPr>
        <w:pStyle w:val="Heading3"/>
        <w:rPr>
          <w:color w:val="000000"/>
        </w:rPr>
      </w:pPr>
      <w:r>
        <w:rPr>
          <w:color w:val="000000"/>
        </w:rPr>
        <w:t>The Cry of Deliverance</w:t>
      </w:r>
    </w:p>
    <w:p w14:paraId="542155FE" w14:textId="77777777" w:rsidR="0088535E" w:rsidRDefault="0088535E" w:rsidP="0088535E">
      <w:pPr>
        <w:pStyle w:val="NormalWeb"/>
        <w:rPr>
          <w:color w:val="000000"/>
        </w:rPr>
      </w:pPr>
      <w:r>
        <w:rPr>
          <w:color w:val="000000"/>
        </w:rPr>
        <w:t>At dawn,</w:t>
      </w:r>
      <w:r>
        <w:rPr>
          <w:rStyle w:val="apple-converted-space"/>
          <w:color w:val="000000"/>
        </w:rPr>
        <w:t> </w:t>
      </w:r>
      <w:r>
        <w:rPr>
          <w:rStyle w:val="Strong"/>
          <w:color w:val="000000"/>
        </w:rPr>
        <w:t xml:space="preserve">Doctor </w:t>
      </w:r>
      <w:proofErr w:type="spellStart"/>
      <w:r>
        <w:rPr>
          <w:rStyle w:val="Strong"/>
          <w:color w:val="000000"/>
        </w:rPr>
        <w:t>Gundae</w:t>
      </w:r>
      <w:proofErr w:type="spellEnd"/>
      <w:r>
        <w:rPr>
          <w:rStyle w:val="Strong"/>
          <w:color w:val="000000"/>
        </w:rPr>
        <w:t xml:space="preserve"> Prium</w:t>
      </w:r>
      <w:r>
        <w:rPr>
          <w:rStyle w:val="apple-converted-space"/>
          <w:color w:val="000000"/>
        </w:rPr>
        <w:t> </w:t>
      </w:r>
      <w:r>
        <w:rPr>
          <w:color w:val="000000"/>
        </w:rPr>
        <w:t>summoned the remaining Doctors and the Forest King to the observatory. His hands shook as he unfurled the parchment of his calculations.</w:t>
      </w:r>
    </w:p>
    <w:p w14:paraId="1DECDF32" w14:textId="77777777" w:rsidR="0088535E" w:rsidRDefault="0088535E" w:rsidP="0088535E">
      <w:pPr>
        <w:pStyle w:val="NormalWeb"/>
        <w:rPr>
          <w:color w:val="000000"/>
        </w:rPr>
      </w:pPr>
      <w:r>
        <w:rPr>
          <w:color w:val="000000"/>
        </w:rPr>
        <w:t>“The angle has changed,” he said, his voice rising with disbelief. “The fire bends away. It will not strike the world — not now, not ever. The heavens have turned aside!”</w:t>
      </w:r>
    </w:p>
    <w:p w14:paraId="233B468D" w14:textId="77777777" w:rsidR="0088535E" w:rsidRDefault="0088535E" w:rsidP="0088535E">
      <w:pPr>
        <w:pStyle w:val="NormalWeb"/>
        <w:rPr>
          <w:color w:val="000000"/>
        </w:rPr>
      </w:pPr>
      <w:r>
        <w:rPr>
          <w:color w:val="000000"/>
        </w:rPr>
        <w:t>For a heartbeat, the room held its breath.</w:t>
      </w:r>
    </w:p>
    <w:p w14:paraId="340E4A58" w14:textId="77777777" w:rsidR="0088535E" w:rsidRDefault="0088535E" w:rsidP="0088535E">
      <w:pPr>
        <w:pStyle w:val="NormalWeb"/>
        <w:rPr>
          <w:color w:val="000000"/>
        </w:rPr>
      </w:pPr>
      <w:r>
        <w:rPr>
          <w:color w:val="000000"/>
        </w:rPr>
        <w:t>Then the hall below exploded in sound. Bells rang from the towers, their echoes rolling down the valley. The workers shouted from the scaffolds of the Mirror. The archers on the walls wept and fell to their knees.</w:t>
      </w:r>
    </w:p>
    <w:p w14:paraId="2346D183" w14:textId="77777777" w:rsidR="0088535E" w:rsidRDefault="0088535E" w:rsidP="0088535E">
      <w:pPr>
        <w:pStyle w:val="NormalWeb"/>
        <w:rPr>
          <w:color w:val="000000"/>
        </w:rPr>
      </w:pPr>
      <w:r>
        <w:rPr>
          <w:color w:val="000000"/>
        </w:rPr>
        <w:t>Even Marcellis, standing at the high window, closed her eyes. “Then we have done it,” she whispered. “The Mirror worked. The world endures.”</w:t>
      </w:r>
    </w:p>
    <w:p w14:paraId="6EE04343" w14:textId="77777777" w:rsidR="0088535E" w:rsidRDefault="0088535E" w:rsidP="0088535E">
      <w:pPr>
        <w:pStyle w:val="NormalWeb"/>
        <w:rPr>
          <w:color w:val="000000"/>
        </w:rPr>
      </w:pPr>
      <w:r>
        <w:rPr>
          <w:color w:val="000000"/>
        </w:rPr>
        <w:t>She did not know if she believed it — but she said it aloud, and that was enough.</w:t>
      </w:r>
    </w:p>
    <w:p w14:paraId="2C8155C8" w14:textId="77777777" w:rsidR="0088535E" w:rsidRDefault="0088535E" w:rsidP="0088535E">
      <w:pPr>
        <w:pStyle w:val="NormalWeb"/>
        <w:rPr>
          <w:color w:val="000000"/>
        </w:rPr>
      </w:pPr>
      <w:r>
        <w:rPr>
          <w:color w:val="000000"/>
        </w:rPr>
        <w:t xml:space="preserve">The kings sent word of joy. </w:t>
      </w:r>
      <w:proofErr w:type="spellStart"/>
      <w:r>
        <w:rPr>
          <w:color w:val="000000"/>
        </w:rPr>
        <w:t>Plenstant’s</w:t>
      </w:r>
      <w:proofErr w:type="spellEnd"/>
      <w:r>
        <w:rPr>
          <w:color w:val="000000"/>
        </w:rPr>
        <w:t xml:space="preserve"> vineyards declared seven days of celebration. Whey Prancer ordered his people to return to the fields. Wester’s ships unfurled their sails again. Across the eleven realms, for the first time in living memory, there was laughter.</w:t>
      </w:r>
    </w:p>
    <w:p w14:paraId="78C49778" w14:textId="77777777" w:rsidR="0088535E" w:rsidRDefault="0088535E" w:rsidP="0088535E">
      <w:pPr>
        <w:pStyle w:val="NormalWeb"/>
        <w:rPr>
          <w:color w:val="000000"/>
        </w:rPr>
      </w:pPr>
      <w:r>
        <w:rPr>
          <w:color w:val="000000"/>
        </w:rPr>
        <w:t>The world believed it had been saved.</w:t>
      </w:r>
    </w:p>
    <w:p w14:paraId="726FC93E" w14:textId="77777777" w:rsidR="0088535E" w:rsidRDefault="0088535E" w:rsidP="0088535E">
      <w:pPr>
        <w:pStyle w:val="NormalWeb"/>
        <w:rPr>
          <w:color w:val="000000"/>
        </w:rPr>
      </w:pPr>
      <w:r>
        <w:rPr>
          <w:color w:val="000000"/>
        </w:rPr>
        <w:lastRenderedPageBreak/>
        <w:t>But high above the songs, the observatory remained dim and quiet.</w:t>
      </w:r>
    </w:p>
    <w:p w14:paraId="45884E61" w14:textId="77777777" w:rsidR="0088535E" w:rsidRDefault="0088535E" w:rsidP="0088535E">
      <w:pPr>
        <w:pStyle w:val="NormalWeb"/>
        <w:rPr>
          <w:color w:val="000000"/>
        </w:rPr>
      </w:pPr>
      <w:r>
        <w:rPr>
          <w:color w:val="000000"/>
        </w:rPr>
        <w:t xml:space="preserve">Klitus, </w:t>
      </w:r>
      <w:proofErr w:type="spellStart"/>
      <w:r>
        <w:rPr>
          <w:color w:val="000000"/>
        </w:rPr>
        <w:t>Gundae’s</w:t>
      </w:r>
      <w:proofErr w:type="spellEnd"/>
      <w:r>
        <w:rPr>
          <w:color w:val="000000"/>
        </w:rPr>
        <w:t xml:space="preserve"> young apprentice, could not stop watching the sky. He sat at the cracked lens, adjusting the worn brass wheels, tracking the star’s new trajectory. The red glow had softened to amber now, its tail curling gracefully toward the moon.</w:t>
      </w:r>
    </w:p>
    <w:p w14:paraId="1933A6A6" w14:textId="77777777" w:rsidR="0088535E" w:rsidRDefault="0088535E" w:rsidP="0088535E">
      <w:pPr>
        <w:pStyle w:val="NormalWeb"/>
        <w:rPr>
          <w:color w:val="000000"/>
        </w:rPr>
      </w:pPr>
      <w:r>
        <w:rPr>
          <w:color w:val="000000"/>
        </w:rPr>
        <w:t>He watched for hours as the light receded, shrinking, fading into a spark against the heavens.</w:t>
      </w:r>
    </w:p>
    <w:p w14:paraId="6D8CE5C0" w14:textId="77777777" w:rsidR="0088535E" w:rsidRDefault="0088535E" w:rsidP="0088535E">
      <w:pPr>
        <w:pStyle w:val="NormalWeb"/>
        <w:rPr>
          <w:color w:val="000000"/>
        </w:rPr>
      </w:pPr>
      <w:r>
        <w:rPr>
          <w:color w:val="000000"/>
        </w:rPr>
        <w:t>And then — something strange.</w:t>
      </w:r>
    </w:p>
    <w:p w14:paraId="5156E079" w14:textId="77777777" w:rsidR="0088535E" w:rsidRDefault="0088535E" w:rsidP="0088535E">
      <w:pPr>
        <w:pStyle w:val="NormalWeb"/>
        <w:rPr>
          <w:color w:val="000000"/>
        </w:rPr>
      </w:pPr>
      <w:r>
        <w:rPr>
          <w:color w:val="000000"/>
        </w:rPr>
        <w:t>A flicker.</w:t>
      </w:r>
      <w:r>
        <w:rPr>
          <w:color w:val="000000"/>
        </w:rPr>
        <w:br/>
        <w:t>A glint that was not red, but silver.</w:t>
      </w:r>
    </w:p>
    <w:p w14:paraId="0CEE6730" w14:textId="77777777" w:rsidR="0088535E" w:rsidRDefault="0088535E" w:rsidP="0088535E">
      <w:pPr>
        <w:pStyle w:val="NormalWeb"/>
        <w:rPr>
          <w:color w:val="000000"/>
        </w:rPr>
      </w:pPr>
      <w:r>
        <w:rPr>
          <w:color w:val="000000"/>
        </w:rPr>
        <w:t>He adjusted the focus, breath held. The meteor’s tail blurred, then sharpened. The silver point remained. Small. Steady.</w:t>
      </w:r>
    </w:p>
    <w:p w14:paraId="30F95F20" w14:textId="77777777" w:rsidR="0088535E" w:rsidRDefault="0088535E" w:rsidP="0088535E">
      <w:pPr>
        <w:pStyle w:val="NormalWeb"/>
        <w:rPr>
          <w:color w:val="000000"/>
        </w:rPr>
      </w:pPr>
      <w:r>
        <w:rPr>
          <w:color w:val="000000"/>
        </w:rPr>
        <w:t>It was not falling with the rest of the debris.</w:t>
      </w:r>
      <w:r>
        <w:rPr>
          <w:color w:val="000000"/>
        </w:rPr>
        <w:br/>
        <w:t>It</w:t>
      </w:r>
      <w:r>
        <w:rPr>
          <w:rStyle w:val="apple-converted-space"/>
          <w:color w:val="000000"/>
        </w:rPr>
        <w:t> </w:t>
      </w:r>
      <w:r>
        <w:rPr>
          <w:rStyle w:val="Emphasis"/>
          <w:rFonts w:eastAsiaTheme="majorEastAsia"/>
          <w:color w:val="000000"/>
        </w:rPr>
        <w:t>moved against</w:t>
      </w:r>
      <w:r>
        <w:rPr>
          <w:rStyle w:val="apple-converted-space"/>
          <w:color w:val="000000"/>
        </w:rPr>
        <w:t> </w:t>
      </w:r>
      <w:r>
        <w:rPr>
          <w:color w:val="000000"/>
        </w:rPr>
        <w:t>the stream — upward, not downward, as though climbing through the flames.</w:t>
      </w:r>
    </w:p>
    <w:p w14:paraId="69C31B6D" w14:textId="77777777" w:rsidR="0088535E" w:rsidRDefault="0088535E" w:rsidP="0088535E">
      <w:pPr>
        <w:pStyle w:val="NormalWeb"/>
        <w:rPr>
          <w:color w:val="000000"/>
        </w:rPr>
      </w:pPr>
      <w:r>
        <w:rPr>
          <w:color w:val="000000"/>
        </w:rPr>
        <w:t>Klitus blinked hard. Adjusted again.</w:t>
      </w:r>
    </w:p>
    <w:p w14:paraId="7D000567" w14:textId="77777777" w:rsidR="0088535E" w:rsidRDefault="0088535E" w:rsidP="0088535E">
      <w:pPr>
        <w:pStyle w:val="NormalWeb"/>
        <w:rPr>
          <w:color w:val="000000"/>
        </w:rPr>
      </w:pPr>
      <w:r>
        <w:rPr>
          <w:color w:val="000000"/>
        </w:rPr>
        <w:t>Still there.</w:t>
      </w:r>
    </w:p>
    <w:p w14:paraId="04DC3456" w14:textId="77777777" w:rsidR="0088535E" w:rsidRDefault="0088535E" w:rsidP="0088535E">
      <w:pPr>
        <w:pStyle w:val="NormalWeb"/>
        <w:rPr>
          <w:color w:val="000000"/>
        </w:rPr>
      </w:pPr>
      <w:r>
        <w:rPr>
          <w:color w:val="000000"/>
        </w:rPr>
        <w:t>A single object, no larger than a mote of dust through the lens, cutting through the star’s burning wake in defiance of all reason.</w:t>
      </w:r>
    </w:p>
    <w:p w14:paraId="0ED07AB9" w14:textId="77777777" w:rsidR="0088535E" w:rsidRDefault="0088535E" w:rsidP="0088535E">
      <w:pPr>
        <w:pStyle w:val="NormalWeb"/>
        <w:rPr>
          <w:color w:val="000000"/>
        </w:rPr>
      </w:pPr>
      <w:r>
        <w:rPr>
          <w:color w:val="000000"/>
        </w:rPr>
        <w:t>It shimmered faintly, flickering as it turned — almost like something reflective.</w:t>
      </w:r>
    </w:p>
    <w:p w14:paraId="45C76145" w14:textId="77777777" w:rsidR="0088535E" w:rsidRDefault="0088535E" w:rsidP="0088535E">
      <w:pPr>
        <w:pStyle w:val="NormalWeb"/>
        <w:rPr>
          <w:color w:val="000000"/>
        </w:rPr>
      </w:pPr>
      <w:proofErr w:type="spellStart"/>
      <w:r>
        <w:rPr>
          <w:color w:val="000000"/>
        </w:rPr>
        <w:t>Gundae</w:t>
      </w:r>
      <w:proofErr w:type="spellEnd"/>
      <w:r>
        <w:rPr>
          <w:color w:val="000000"/>
        </w:rPr>
        <w:t xml:space="preserve"> found him there near midnight. “Klitus,” he said, voice light, weary, but proud. “You should sleep. The world is safe. Even the Eye bows to reason now.”</w:t>
      </w:r>
    </w:p>
    <w:p w14:paraId="0CEB66CA" w14:textId="77777777" w:rsidR="0088535E" w:rsidRDefault="0088535E" w:rsidP="0088535E">
      <w:pPr>
        <w:pStyle w:val="NormalWeb"/>
        <w:rPr>
          <w:color w:val="000000"/>
        </w:rPr>
      </w:pPr>
      <w:r>
        <w:rPr>
          <w:color w:val="000000"/>
        </w:rPr>
        <w:t>Klitus didn’t turn. His voice was thin. “No, master. Look.”</w:t>
      </w:r>
    </w:p>
    <w:p w14:paraId="3DD31B3D" w14:textId="77777777" w:rsidR="0088535E" w:rsidRDefault="0088535E" w:rsidP="0088535E">
      <w:pPr>
        <w:pStyle w:val="NormalWeb"/>
        <w:rPr>
          <w:color w:val="000000"/>
        </w:rPr>
      </w:pPr>
      <w:r>
        <w:rPr>
          <w:color w:val="000000"/>
        </w:rPr>
        <w:t>The old Doctor sighed, indulgent, and bent to the telescope. For a long while he said nothing. Then:</w:t>
      </w:r>
    </w:p>
    <w:p w14:paraId="66C8D46A" w14:textId="77777777" w:rsidR="0088535E" w:rsidRDefault="0088535E" w:rsidP="0088535E">
      <w:pPr>
        <w:pStyle w:val="NormalWeb"/>
        <w:rPr>
          <w:color w:val="000000"/>
        </w:rPr>
      </w:pPr>
      <w:r>
        <w:rPr>
          <w:color w:val="000000"/>
        </w:rPr>
        <w:t>“There is nothing there.”</w:t>
      </w:r>
    </w:p>
    <w:p w14:paraId="4189DDDE" w14:textId="77777777" w:rsidR="0088535E" w:rsidRDefault="0088535E" w:rsidP="0088535E">
      <w:pPr>
        <w:pStyle w:val="NormalWeb"/>
        <w:rPr>
          <w:color w:val="000000"/>
        </w:rPr>
      </w:pPr>
      <w:r>
        <w:rPr>
          <w:color w:val="000000"/>
        </w:rPr>
        <w:t>Klitus shook his head. “There</w:t>
      </w:r>
      <w:r>
        <w:rPr>
          <w:rStyle w:val="apple-converted-space"/>
          <w:color w:val="000000"/>
        </w:rPr>
        <w:t> </w:t>
      </w:r>
      <w:r>
        <w:rPr>
          <w:rStyle w:val="Emphasis"/>
          <w:rFonts w:eastAsiaTheme="majorEastAsia"/>
          <w:color w:val="000000"/>
        </w:rPr>
        <w:t>is</w:t>
      </w:r>
      <w:r>
        <w:rPr>
          <w:color w:val="000000"/>
        </w:rPr>
        <w:t>. It’s moving. Not falling, not drifting —</w:t>
      </w:r>
      <w:r>
        <w:rPr>
          <w:rStyle w:val="apple-converted-space"/>
          <w:color w:val="000000"/>
        </w:rPr>
        <w:t> </w:t>
      </w:r>
      <w:r>
        <w:rPr>
          <w:rStyle w:val="Emphasis"/>
          <w:rFonts w:eastAsiaTheme="majorEastAsia"/>
          <w:color w:val="000000"/>
        </w:rPr>
        <w:t>moving</w:t>
      </w:r>
      <w:r>
        <w:rPr>
          <w:color w:val="000000"/>
        </w:rPr>
        <w:t>.”</w:t>
      </w:r>
    </w:p>
    <w:p w14:paraId="6111750C" w14:textId="77777777" w:rsidR="0088535E" w:rsidRDefault="0088535E" w:rsidP="0088535E">
      <w:pPr>
        <w:pStyle w:val="NormalWeb"/>
        <w:rPr>
          <w:color w:val="000000"/>
        </w:rPr>
      </w:pPr>
      <w:proofErr w:type="spellStart"/>
      <w:r>
        <w:rPr>
          <w:color w:val="000000"/>
        </w:rPr>
        <w:t>Gundae</w:t>
      </w:r>
      <w:proofErr w:type="spellEnd"/>
      <w:r>
        <w:rPr>
          <w:color w:val="000000"/>
        </w:rPr>
        <w:t xml:space="preserve"> adjusted the lens. For a moment, the reflection vanished in blur, then returned, a single, faint light gliding where no light should be.</w:t>
      </w:r>
    </w:p>
    <w:p w14:paraId="75C440AC" w14:textId="77777777" w:rsidR="0088535E" w:rsidRDefault="0088535E" w:rsidP="0088535E">
      <w:pPr>
        <w:pStyle w:val="NormalWeb"/>
        <w:rPr>
          <w:color w:val="000000"/>
        </w:rPr>
      </w:pPr>
      <w:r>
        <w:rPr>
          <w:color w:val="000000"/>
        </w:rPr>
        <w:lastRenderedPageBreak/>
        <w:t>He straightened slowly. “It must be a trick of the lens. A spark. A reflection from the Mirror below.”</w:t>
      </w:r>
    </w:p>
    <w:p w14:paraId="04F1F53B" w14:textId="77777777" w:rsidR="0088535E" w:rsidRDefault="0088535E" w:rsidP="0088535E">
      <w:pPr>
        <w:pStyle w:val="NormalWeb"/>
        <w:rPr>
          <w:color w:val="000000"/>
        </w:rPr>
      </w:pPr>
      <w:r>
        <w:rPr>
          <w:color w:val="000000"/>
        </w:rPr>
        <w:t>“No,” Klitus whispered. “It’s above the moon.”</w:t>
      </w:r>
    </w:p>
    <w:p w14:paraId="51599DBE" w14:textId="77777777" w:rsidR="0088535E" w:rsidRDefault="0088535E" w:rsidP="0088535E">
      <w:pPr>
        <w:pStyle w:val="NormalWeb"/>
        <w:rPr>
          <w:color w:val="000000"/>
        </w:rPr>
      </w:pPr>
      <w:proofErr w:type="spellStart"/>
      <w:r>
        <w:rPr>
          <w:color w:val="000000"/>
        </w:rPr>
        <w:t>Gundae</w:t>
      </w:r>
      <w:proofErr w:type="spellEnd"/>
      <w:r>
        <w:rPr>
          <w:color w:val="000000"/>
        </w:rPr>
        <w:t xml:space="preserve"> stared at him — and in that silence, the boy’s certainty felt heavier than fact.</w:t>
      </w:r>
    </w:p>
    <w:p w14:paraId="76055C89" w14:textId="77777777" w:rsidR="0088535E" w:rsidRDefault="0088535E" w:rsidP="0088535E">
      <w:pPr>
        <w:pStyle w:val="NormalWeb"/>
        <w:rPr>
          <w:color w:val="000000"/>
        </w:rPr>
      </w:pPr>
      <w:r>
        <w:rPr>
          <w:color w:val="000000"/>
        </w:rPr>
        <w:t>At last, the Doctor placed a hand on his shoulder. “You’ve stared too long. Rest, Klitus. Let the heavens be.”</w:t>
      </w:r>
    </w:p>
    <w:p w14:paraId="46BBDDCB" w14:textId="77777777" w:rsidR="0088535E" w:rsidRDefault="0088535E" w:rsidP="0088535E">
      <w:pPr>
        <w:pStyle w:val="NormalWeb"/>
        <w:rPr>
          <w:color w:val="000000"/>
        </w:rPr>
      </w:pPr>
      <w:r>
        <w:rPr>
          <w:color w:val="000000"/>
        </w:rPr>
        <w:t>Then he left, closing the door behind him.</w:t>
      </w:r>
    </w:p>
    <w:p w14:paraId="6EB83555" w14:textId="77777777" w:rsidR="0088535E" w:rsidRDefault="0088535E" w:rsidP="0088535E">
      <w:pPr>
        <w:pStyle w:val="NormalWeb"/>
        <w:rPr>
          <w:color w:val="000000"/>
        </w:rPr>
      </w:pPr>
      <w:r>
        <w:rPr>
          <w:color w:val="000000"/>
        </w:rPr>
        <w:t>At sunrise, Marcellis stood before the assembled workers and soldiers in the Citadel’s courtyard.</w:t>
      </w:r>
    </w:p>
    <w:p w14:paraId="2BE2F6F7" w14:textId="77777777" w:rsidR="0088535E" w:rsidRDefault="0088535E" w:rsidP="0088535E">
      <w:pPr>
        <w:pStyle w:val="NormalWeb"/>
        <w:rPr>
          <w:color w:val="000000"/>
        </w:rPr>
      </w:pPr>
      <w:r>
        <w:rPr>
          <w:color w:val="000000"/>
        </w:rPr>
        <w:t>“The heavens have turned aside!” she cried. “The Mirror has done its work. The world lives on — because of you!”</w:t>
      </w:r>
    </w:p>
    <w:p w14:paraId="3D292996" w14:textId="77777777" w:rsidR="0088535E" w:rsidRDefault="0088535E" w:rsidP="0088535E">
      <w:pPr>
        <w:pStyle w:val="NormalWeb"/>
        <w:rPr>
          <w:color w:val="000000"/>
        </w:rPr>
      </w:pPr>
      <w:r>
        <w:rPr>
          <w:color w:val="000000"/>
        </w:rPr>
        <w:t>The crowd erupted. Bells clanged. Trumpets rang out from the terraces. The Forest King raised his bow to the air in salute.</w:t>
      </w:r>
    </w:p>
    <w:p w14:paraId="6F2D40BF" w14:textId="77777777" w:rsidR="0088535E" w:rsidRDefault="0088535E" w:rsidP="0088535E">
      <w:pPr>
        <w:pStyle w:val="NormalWeb"/>
        <w:rPr>
          <w:color w:val="000000"/>
        </w:rPr>
      </w:pPr>
      <w:r>
        <w:rPr>
          <w:color w:val="000000"/>
        </w:rPr>
        <w:t>Even the Doctors smiled, some weeping openly as the relief washed through them like a tide.</w:t>
      </w:r>
    </w:p>
    <w:p w14:paraId="3619D6C0" w14:textId="77777777" w:rsidR="0088535E" w:rsidRDefault="0088535E" w:rsidP="0088535E">
      <w:pPr>
        <w:pStyle w:val="NormalWeb"/>
        <w:rPr>
          <w:color w:val="000000"/>
        </w:rPr>
      </w:pPr>
      <w:r>
        <w:rPr>
          <w:color w:val="000000"/>
        </w:rPr>
        <w:t>All except Klitus.</w:t>
      </w:r>
    </w:p>
    <w:p w14:paraId="185044DE" w14:textId="77777777" w:rsidR="0088535E" w:rsidRDefault="0088535E" w:rsidP="0088535E">
      <w:pPr>
        <w:pStyle w:val="NormalWeb"/>
        <w:rPr>
          <w:color w:val="000000"/>
        </w:rPr>
      </w:pPr>
      <w:r>
        <w:rPr>
          <w:color w:val="000000"/>
        </w:rPr>
        <w:t xml:space="preserve">He stood apart on the observatory </w:t>
      </w:r>
      <w:proofErr w:type="gramStart"/>
      <w:r>
        <w:rPr>
          <w:color w:val="000000"/>
        </w:rPr>
        <w:t>balcony,</w:t>
      </w:r>
      <w:proofErr w:type="gramEnd"/>
      <w:r>
        <w:rPr>
          <w:color w:val="000000"/>
        </w:rPr>
        <w:t xml:space="preserve"> eyes fixed on the vanishing streak of light. The Eye was gone now — only the faint shimmer of the moon remained. But in that faintness, he thought he saw the tiny glint once more.</w:t>
      </w:r>
    </w:p>
    <w:p w14:paraId="5A6EA634" w14:textId="77777777" w:rsidR="0088535E" w:rsidRDefault="0088535E" w:rsidP="0088535E">
      <w:pPr>
        <w:pStyle w:val="NormalWeb"/>
        <w:rPr>
          <w:color w:val="000000"/>
        </w:rPr>
      </w:pPr>
      <w:r>
        <w:rPr>
          <w:color w:val="000000"/>
        </w:rPr>
        <w:t>It hovered for a moment, motionless against the stars. Then it moved again — slowly, deliberately — toward the darkness where no light should dwell.</w:t>
      </w:r>
    </w:p>
    <w:p w14:paraId="6AA2D834" w14:textId="77777777" w:rsidR="0088535E" w:rsidRDefault="0088535E" w:rsidP="0088535E">
      <w:pPr>
        <w:pStyle w:val="NormalWeb"/>
        <w:rPr>
          <w:color w:val="000000"/>
        </w:rPr>
      </w:pPr>
      <w:r>
        <w:rPr>
          <w:color w:val="000000"/>
        </w:rPr>
        <w:t xml:space="preserve">That evening, </w:t>
      </w:r>
      <w:proofErr w:type="spellStart"/>
      <w:r>
        <w:rPr>
          <w:color w:val="000000"/>
        </w:rPr>
        <w:t>Gundae</w:t>
      </w:r>
      <w:proofErr w:type="spellEnd"/>
      <w:r>
        <w:rPr>
          <w:color w:val="000000"/>
        </w:rPr>
        <w:t xml:space="preserve"> joined Marcellis on the walls. The valley below glowed with torches and bonfires — the people celebrating their salvation.</w:t>
      </w:r>
    </w:p>
    <w:p w14:paraId="044D3EAD" w14:textId="77777777" w:rsidR="0088535E" w:rsidRDefault="0088535E" w:rsidP="0088535E">
      <w:pPr>
        <w:pStyle w:val="NormalWeb"/>
        <w:rPr>
          <w:color w:val="000000"/>
        </w:rPr>
      </w:pPr>
      <w:r>
        <w:rPr>
          <w:color w:val="000000"/>
        </w:rPr>
        <w:t>“The world believes us,” he said.</w:t>
      </w:r>
    </w:p>
    <w:p w14:paraId="226A2906" w14:textId="77777777" w:rsidR="0088535E" w:rsidRDefault="0088535E" w:rsidP="0088535E">
      <w:pPr>
        <w:pStyle w:val="NormalWeb"/>
        <w:rPr>
          <w:color w:val="000000"/>
        </w:rPr>
      </w:pPr>
      <w:r>
        <w:rPr>
          <w:color w:val="000000"/>
        </w:rPr>
        <w:t>“It must,” she answered. “Belief is what we gave them. Let it last.”</w:t>
      </w:r>
    </w:p>
    <w:p w14:paraId="5DB48B2B" w14:textId="77777777" w:rsidR="0088535E" w:rsidRDefault="0088535E" w:rsidP="0088535E">
      <w:pPr>
        <w:pStyle w:val="NormalWeb"/>
        <w:rPr>
          <w:color w:val="000000"/>
        </w:rPr>
      </w:pPr>
      <w:proofErr w:type="spellStart"/>
      <w:r>
        <w:rPr>
          <w:color w:val="000000"/>
        </w:rPr>
        <w:t>Gundae</w:t>
      </w:r>
      <w:proofErr w:type="spellEnd"/>
      <w:r>
        <w:rPr>
          <w:color w:val="000000"/>
        </w:rPr>
        <w:t xml:space="preserve"> nodded, but his thoughts lingered on the apprentice’s words. “He swore he saw something.”</w:t>
      </w:r>
    </w:p>
    <w:p w14:paraId="724BCF1A" w14:textId="77777777" w:rsidR="0088535E" w:rsidRDefault="0088535E" w:rsidP="0088535E">
      <w:pPr>
        <w:pStyle w:val="NormalWeb"/>
        <w:rPr>
          <w:color w:val="000000"/>
        </w:rPr>
      </w:pPr>
      <w:r>
        <w:rPr>
          <w:color w:val="000000"/>
        </w:rPr>
        <w:t>Marcellis smiled faintly, though her eyes stayed on the sky. “We all see ghosts after too much watching. Let him dream.”</w:t>
      </w:r>
    </w:p>
    <w:p w14:paraId="61551A85" w14:textId="77777777" w:rsidR="0088535E" w:rsidRDefault="0088535E" w:rsidP="0088535E">
      <w:pPr>
        <w:pStyle w:val="NormalWeb"/>
        <w:rPr>
          <w:color w:val="000000"/>
        </w:rPr>
      </w:pPr>
      <w:r>
        <w:rPr>
          <w:color w:val="000000"/>
        </w:rPr>
        <w:lastRenderedPageBreak/>
        <w:t>They stood in silence as the last of the smoke rose from the forges, and the first stars pricked through the red haze of the heavens.</w:t>
      </w:r>
    </w:p>
    <w:p w14:paraId="18E746BF" w14:textId="77777777" w:rsidR="0088535E" w:rsidRDefault="0088535E" w:rsidP="0088535E">
      <w:pPr>
        <w:pStyle w:val="NormalWeb"/>
        <w:rPr>
          <w:color w:val="000000"/>
        </w:rPr>
      </w:pPr>
      <w:r>
        <w:rPr>
          <w:color w:val="000000"/>
        </w:rPr>
        <w:t>High above them, invisible to their eyes, a single point of silver drifted slowly closer to the moon — then stopped.</w:t>
      </w:r>
    </w:p>
    <w:p w14:paraId="7B91CC79" w14:textId="77777777" w:rsidR="0088535E" w:rsidRDefault="0088535E" w:rsidP="0088535E">
      <w:pPr>
        <w:pStyle w:val="NormalWeb"/>
        <w:rPr>
          <w:color w:val="000000"/>
        </w:rPr>
      </w:pPr>
      <w:r>
        <w:rPr>
          <w:color w:val="000000"/>
        </w:rPr>
        <w:t>And there it stayed, unmoving. Watching.</w:t>
      </w:r>
    </w:p>
    <w:p w14:paraId="70111737" w14:textId="77777777" w:rsidR="0088535E" w:rsidRDefault="0088535E" w:rsidP="0088535E">
      <w:pPr>
        <w:pStyle w:val="NormalWeb"/>
        <w:rPr>
          <w:color w:val="000000"/>
        </w:rPr>
      </w:pPr>
      <w:r>
        <w:rPr>
          <w:color w:val="000000"/>
        </w:rPr>
        <w:t>When the Citadel bells tolled to mark the final turning of the second moon, the sound carried across all the kingdoms.</w:t>
      </w:r>
    </w:p>
    <w:p w14:paraId="5AB47E35" w14:textId="77777777" w:rsidR="0088535E" w:rsidRDefault="0088535E" w:rsidP="0088535E">
      <w:pPr>
        <w:pStyle w:val="NormalWeb"/>
        <w:rPr>
          <w:color w:val="000000"/>
        </w:rPr>
      </w:pPr>
      <w:r>
        <w:rPr>
          <w:color w:val="000000"/>
        </w:rPr>
        <w:t>In the valleys, people danced. In the mountains, they sang. On the seas, sailors raised cups to the sky and toasted the Doctors who had saved them.</w:t>
      </w:r>
    </w:p>
    <w:p w14:paraId="595AA061" w14:textId="77777777" w:rsidR="0088535E" w:rsidRDefault="0088535E" w:rsidP="0088535E">
      <w:pPr>
        <w:pStyle w:val="NormalWeb"/>
        <w:rPr>
          <w:color w:val="000000"/>
        </w:rPr>
      </w:pPr>
      <w:r>
        <w:rPr>
          <w:color w:val="000000"/>
        </w:rPr>
        <w:t>But in the highest tower, Klitus could not sleep. He sat alone, staring into the cold glass of the telescope, whispering to the unseen light beyond the moon:</w:t>
      </w:r>
    </w:p>
    <w:p w14:paraId="04C77D03" w14:textId="77777777" w:rsidR="0088535E" w:rsidRDefault="0088535E" w:rsidP="0088535E">
      <w:pPr>
        <w:pStyle w:val="NormalWeb"/>
        <w:rPr>
          <w:color w:val="000000"/>
        </w:rPr>
      </w:pPr>
      <w:r>
        <w:rPr>
          <w:color w:val="000000"/>
        </w:rPr>
        <w:t>“You don’t move like a stone. You move like you’re alive.”</w:t>
      </w:r>
    </w:p>
    <w:p w14:paraId="74139269" w14:textId="77777777" w:rsidR="0088535E" w:rsidRDefault="0088535E" w:rsidP="0088535E">
      <w:pPr>
        <w:pStyle w:val="NormalWeb"/>
        <w:rPr>
          <w:color w:val="000000"/>
        </w:rPr>
      </w:pPr>
      <w:r>
        <w:rPr>
          <w:color w:val="000000"/>
        </w:rPr>
        <w:t>And far away, in the black between stars, the faint silver spark flickered once — as if it had heard him.</w:t>
      </w:r>
    </w:p>
    <w:p w14:paraId="34936568" w14:textId="77777777" w:rsidR="0088535E" w:rsidRDefault="0088535E" w:rsidP="0088535E">
      <w:pPr>
        <w:pStyle w:val="NormalWeb"/>
        <w:rPr>
          <w:color w:val="000000"/>
        </w:rPr>
      </w:pPr>
      <w:r>
        <w:rPr>
          <w:color w:val="000000"/>
        </w:rPr>
        <w:t>By the third night after the announcement, the Eye had almost vanished from the sky.</w:t>
      </w:r>
    </w:p>
    <w:p w14:paraId="15A60DBE" w14:textId="77777777" w:rsidR="0088535E" w:rsidRDefault="0088535E" w:rsidP="0088535E">
      <w:pPr>
        <w:pStyle w:val="NormalWeb"/>
        <w:rPr>
          <w:color w:val="000000"/>
        </w:rPr>
      </w:pPr>
      <w:r>
        <w:rPr>
          <w:color w:val="000000"/>
        </w:rPr>
        <w:t>It no longer glared down upon the world like a god’s curse; it drifted silently toward the dark horizon of the heavens, its red fury dimming to amber, then to gold. The Mirror of the Heavens, gleaming in the valley below the Citadel, reflected that light one last time — a blazing arc of silver that split the night in two.</w:t>
      </w:r>
    </w:p>
    <w:p w14:paraId="1E69E607" w14:textId="77777777" w:rsidR="0088535E" w:rsidRDefault="0088535E" w:rsidP="0088535E">
      <w:pPr>
        <w:pStyle w:val="NormalWeb"/>
        <w:rPr>
          <w:color w:val="000000"/>
        </w:rPr>
      </w:pPr>
      <w:r>
        <w:rPr>
          <w:color w:val="000000"/>
        </w:rPr>
        <w:t>The people called it</w:t>
      </w:r>
      <w:r>
        <w:rPr>
          <w:rStyle w:val="apple-converted-space"/>
          <w:color w:val="000000"/>
        </w:rPr>
        <w:t> </w:t>
      </w:r>
      <w:r>
        <w:rPr>
          <w:rStyle w:val="Emphasis"/>
          <w:color w:val="000000"/>
        </w:rPr>
        <w:t>The Great Turning</w:t>
      </w:r>
      <w:r>
        <w:rPr>
          <w:color w:val="000000"/>
        </w:rPr>
        <w:t>.</w:t>
      </w:r>
    </w:p>
    <w:p w14:paraId="5FAA5044" w14:textId="77777777" w:rsidR="0088535E" w:rsidRDefault="0088535E" w:rsidP="0088535E">
      <w:pPr>
        <w:pStyle w:val="NormalWeb"/>
        <w:rPr>
          <w:color w:val="000000"/>
        </w:rPr>
      </w:pPr>
      <w:r>
        <w:rPr>
          <w:color w:val="000000"/>
        </w:rPr>
        <w:t>The bells of the Citadel tolled without rest. From the sea to the desert, the Eleven Kingdoms joined in one chorus of relief. They said the Doctors had bent the heavens, that their wisdom had saved the world.</w:t>
      </w:r>
    </w:p>
    <w:p w14:paraId="23D6239C" w14:textId="77777777" w:rsidR="0088535E" w:rsidRDefault="0088535E" w:rsidP="0088535E">
      <w:pPr>
        <w:pStyle w:val="NormalWeb"/>
        <w:rPr>
          <w:color w:val="000000"/>
        </w:rPr>
      </w:pPr>
      <w:r>
        <w:rPr>
          <w:color w:val="000000"/>
        </w:rPr>
        <w:t>Even Marcellis allowed herself to believe it — if only for a moment.</w:t>
      </w:r>
    </w:p>
    <w:p w14:paraId="41BB40DA" w14:textId="77777777" w:rsidR="0088535E" w:rsidRDefault="0088535E" w:rsidP="0088535E">
      <w:pPr>
        <w:pStyle w:val="NormalWeb"/>
        <w:rPr>
          <w:color w:val="000000"/>
        </w:rPr>
      </w:pPr>
      <w:r>
        <w:rPr>
          <w:color w:val="000000"/>
        </w:rPr>
        <w:t>Then came the second night of light.</w:t>
      </w:r>
    </w:p>
    <w:p w14:paraId="47B3B2D4" w14:textId="77777777" w:rsidR="0088535E" w:rsidRDefault="0088535E" w:rsidP="0088535E">
      <w:pPr>
        <w:pStyle w:val="NormalWeb"/>
        <w:rPr>
          <w:color w:val="000000"/>
        </w:rPr>
      </w:pPr>
      <w:r>
        <w:rPr>
          <w:color w:val="000000"/>
        </w:rPr>
        <w:t>At first it was beautiful — ribbons of gold and green rippling across the heavens, a thousand trails of flame streaming through the star’s wake. Children pointed and laughed. Lovers danced beneath the falling fire.</w:t>
      </w:r>
    </w:p>
    <w:p w14:paraId="53E03B5E" w14:textId="77777777" w:rsidR="0088535E" w:rsidRDefault="0088535E" w:rsidP="0088535E">
      <w:pPr>
        <w:pStyle w:val="NormalWeb"/>
        <w:rPr>
          <w:color w:val="000000"/>
        </w:rPr>
      </w:pPr>
      <w:r>
        <w:rPr>
          <w:color w:val="000000"/>
        </w:rPr>
        <w:t>But beauty, as ever, turned quickly to fear.</w:t>
      </w:r>
    </w:p>
    <w:p w14:paraId="5C526282" w14:textId="77777777" w:rsidR="0088535E" w:rsidRDefault="0088535E" w:rsidP="0088535E">
      <w:pPr>
        <w:pStyle w:val="NormalWeb"/>
        <w:rPr>
          <w:color w:val="000000"/>
        </w:rPr>
      </w:pPr>
      <w:r>
        <w:rPr>
          <w:color w:val="000000"/>
        </w:rPr>
        <w:lastRenderedPageBreak/>
        <w:t>The streaks grew brighter, faster — not fading as meteors should, but thickening. Great stones, fragments of the passing star, burned through the sky in roaring arcs. They came in silence at first, then with the shriek of the air itself breaking open.</w:t>
      </w:r>
    </w:p>
    <w:p w14:paraId="5F99FB81" w14:textId="77777777" w:rsidR="0088535E" w:rsidRDefault="0088535E" w:rsidP="0088535E">
      <w:pPr>
        <w:pStyle w:val="NormalWeb"/>
        <w:rPr>
          <w:color w:val="000000"/>
        </w:rPr>
      </w:pPr>
      <w:r>
        <w:rPr>
          <w:color w:val="000000"/>
        </w:rPr>
        <w:t>The first impact struck far to the north, beyond the Kingdom of the Hound. The ground beneath the Citadel shuddered like a drum. Then came another — and another — streaking over the plains, vanishing beyond the mountains with blossoms of white light.</w:t>
      </w:r>
    </w:p>
    <w:p w14:paraId="31525B61" w14:textId="77777777" w:rsidR="0088535E" w:rsidRDefault="0088535E" w:rsidP="0088535E">
      <w:pPr>
        <w:pStyle w:val="NormalWeb"/>
        <w:rPr>
          <w:color w:val="000000"/>
        </w:rPr>
      </w:pPr>
      <w:r>
        <w:rPr>
          <w:color w:val="000000"/>
        </w:rPr>
        <w:t>From the walls,</w:t>
      </w:r>
      <w:r>
        <w:rPr>
          <w:rStyle w:val="apple-converted-space"/>
          <w:color w:val="000000"/>
        </w:rPr>
        <w:t> </w:t>
      </w:r>
      <w:r w:rsidRPr="0088535E">
        <w:rPr>
          <w:rStyle w:val="Strong"/>
          <w:rFonts w:eastAsiaTheme="majorEastAsia"/>
          <w:b w:val="0"/>
          <w:bCs w:val="0"/>
          <w:color w:val="000000"/>
        </w:rPr>
        <w:t>King Bruce</w:t>
      </w:r>
      <w:r>
        <w:rPr>
          <w:rStyle w:val="apple-converted-space"/>
          <w:color w:val="000000"/>
        </w:rPr>
        <w:t> </w:t>
      </w:r>
      <w:r>
        <w:rPr>
          <w:color w:val="000000"/>
        </w:rPr>
        <w:t>shouted for the bells. The soldiers ran to their stations, not for war, but for the heavens.</w:t>
      </w:r>
    </w:p>
    <w:p w14:paraId="3F887812" w14:textId="77777777" w:rsidR="0088535E" w:rsidRDefault="0088535E" w:rsidP="0088535E">
      <w:pPr>
        <w:pStyle w:val="NormalWeb"/>
        <w:rPr>
          <w:color w:val="000000"/>
        </w:rPr>
      </w:pPr>
      <w:r>
        <w:rPr>
          <w:color w:val="000000"/>
        </w:rPr>
        <w:t>Flames rose on the far horizon. The air reeked of ash and metal. The rivers steamed again. The night became a dawn of fire.</w:t>
      </w:r>
    </w:p>
    <w:p w14:paraId="2B4C264A" w14:textId="77777777" w:rsidR="0088535E" w:rsidRDefault="0088535E" w:rsidP="0088535E">
      <w:pPr>
        <w:pStyle w:val="NormalWeb"/>
        <w:rPr>
          <w:color w:val="000000"/>
        </w:rPr>
      </w:pPr>
      <w:r>
        <w:rPr>
          <w:color w:val="000000"/>
        </w:rPr>
        <w:t>By morning, the world was still.</w:t>
      </w:r>
    </w:p>
    <w:p w14:paraId="2365AA7E" w14:textId="77777777" w:rsidR="0088535E" w:rsidRDefault="0088535E" w:rsidP="0088535E">
      <w:pPr>
        <w:pStyle w:val="NormalWeb"/>
        <w:rPr>
          <w:color w:val="000000"/>
        </w:rPr>
      </w:pPr>
      <w:r>
        <w:rPr>
          <w:color w:val="000000"/>
        </w:rPr>
        <w:t>Smoke veiled the valleys. The red light was gone — replaced by a pale haze that dulled the sun. The Citadel’s towers stood blackened but whole.</w:t>
      </w:r>
    </w:p>
    <w:p w14:paraId="0E4A73CD" w14:textId="77777777" w:rsidR="0088535E" w:rsidRDefault="0088535E" w:rsidP="0088535E">
      <w:pPr>
        <w:pStyle w:val="NormalWeb"/>
        <w:rPr>
          <w:color w:val="000000"/>
        </w:rPr>
      </w:pPr>
      <w:r>
        <w:rPr>
          <w:color w:val="000000"/>
        </w:rPr>
        <w:t>Messengers came with reports:</w:t>
      </w:r>
    </w:p>
    <w:p w14:paraId="594932A6" w14:textId="77777777" w:rsidR="0088535E" w:rsidRDefault="0088535E" w:rsidP="0088535E">
      <w:pPr>
        <w:pStyle w:val="NormalWeb"/>
        <w:numPr>
          <w:ilvl w:val="0"/>
          <w:numId w:val="22"/>
        </w:numPr>
        <w:rPr>
          <w:color w:val="000000"/>
        </w:rPr>
      </w:pPr>
      <w:r>
        <w:rPr>
          <w:color w:val="000000"/>
        </w:rPr>
        <w:t>The northern plains had burned, but the winds had turned the fire back into the hills.</w:t>
      </w:r>
    </w:p>
    <w:p w14:paraId="6828E677" w14:textId="77777777" w:rsidR="0088535E" w:rsidRDefault="0088535E" w:rsidP="0088535E">
      <w:pPr>
        <w:pStyle w:val="NormalWeb"/>
        <w:numPr>
          <w:ilvl w:val="0"/>
          <w:numId w:val="22"/>
        </w:numPr>
        <w:rPr>
          <w:color w:val="000000"/>
        </w:rPr>
      </w:pPr>
      <w:r>
        <w:rPr>
          <w:color w:val="000000"/>
        </w:rPr>
        <w:t>A great stone had fallen near the Serpent King’s marshes, boiling the swamps but leaving his people alive.</w:t>
      </w:r>
    </w:p>
    <w:p w14:paraId="041E4D1C" w14:textId="77777777" w:rsidR="0088535E" w:rsidRDefault="0088535E" w:rsidP="0088535E">
      <w:pPr>
        <w:pStyle w:val="NormalWeb"/>
        <w:numPr>
          <w:ilvl w:val="0"/>
          <w:numId w:val="22"/>
        </w:numPr>
        <w:rPr>
          <w:color w:val="000000"/>
        </w:rPr>
      </w:pPr>
      <w:r>
        <w:rPr>
          <w:color w:val="000000"/>
        </w:rPr>
        <w:t>One more had struck the outer reaches of the sea, raising waves that swallowed two of</w:t>
      </w:r>
      <w:r>
        <w:rPr>
          <w:rStyle w:val="apple-converted-space"/>
          <w:color w:val="000000"/>
        </w:rPr>
        <w:t> </w:t>
      </w:r>
      <w:r w:rsidRPr="0088535E">
        <w:rPr>
          <w:rStyle w:val="Strong"/>
          <w:rFonts w:eastAsiaTheme="majorEastAsia"/>
          <w:b w:val="0"/>
          <w:bCs w:val="0"/>
          <w:color w:val="000000"/>
        </w:rPr>
        <w:t>Wester’s</w:t>
      </w:r>
      <w:r>
        <w:rPr>
          <w:rStyle w:val="apple-converted-space"/>
          <w:color w:val="000000"/>
        </w:rPr>
        <w:t> </w:t>
      </w:r>
      <w:r>
        <w:rPr>
          <w:color w:val="000000"/>
        </w:rPr>
        <w:t>ships but spared the rest.</w:t>
      </w:r>
    </w:p>
    <w:p w14:paraId="1980D18A" w14:textId="77777777" w:rsidR="0088535E" w:rsidRDefault="0088535E" w:rsidP="0088535E">
      <w:pPr>
        <w:pStyle w:val="NormalWeb"/>
        <w:numPr>
          <w:ilvl w:val="0"/>
          <w:numId w:val="22"/>
        </w:numPr>
        <w:rPr>
          <w:color w:val="000000"/>
        </w:rPr>
      </w:pPr>
      <w:r>
        <w:rPr>
          <w:color w:val="000000"/>
        </w:rPr>
        <w:t>The farmlands of</w:t>
      </w:r>
      <w:r>
        <w:rPr>
          <w:rStyle w:val="apple-converted-space"/>
          <w:color w:val="000000"/>
        </w:rPr>
        <w:t> </w:t>
      </w:r>
      <w:r w:rsidRPr="0088535E">
        <w:rPr>
          <w:rStyle w:val="Strong"/>
          <w:rFonts w:eastAsiaTheme="majorEastAsia"/>
          <w:b w:val="0"/>
          <w:bCs w:val="0"/>
          <w:color w:val="000000"/>
        </w:rPr>
        <w:t>Whey Prancer</w:t>
      </w:r>
      <w:r>
        <w:rPr>
          <w:rStyle w:val="apple-converted-space"/>
          <w:color w:val="000000"/>
        </w:rPr>
        <w:t> </w:t>
      </w:r>
      <w:r>
        <w:rPr>
          <w:color w:val="000000"/>
        </w:rPr>
        <w:t>were scorched at the edges, yet the crops at their hearts still stood.</w:t>
      </w:r>
    </w:p>
    <w:p w14:paraId="7DF34E9B" w14:textId="77777777" w:rsidR="0088535E" w:rsidRDefault="0088535E" w:rsidP="0088535E">
      <w:pPr>
        <w:pStyle w:val="NormalWeb"/>
        <w:rPr>
          <w:color w:val="000000"/>
        </w:rPr>
      </w:pPr>
      <w:r>
        <w:rPr>
          <w:color w:val="000000"/>
        </w:rPr>
        <w:t>The world lived. Broken in places — but living.</w:t>
      </w:r>
    </w:p>
    <w:p w14:paraId="7BEBA4B8" w14:textId="77777777" w:rsidR="0088535E" w:rsidRDefault="0088535E" w:rsidP="0088535E">
      <w:pPr>
        <w:pStyle w:val="NormalWeb"/>
        <w:rPr>
          <w:color w:val="000000"/>
        </w:rPr>
      </w:pPr>
      <w:r>
        <w:rPr>
          <w:color w:val="000000"/>
        </w:rPr>
        <w:t>At midday, the council reconvened in the grand hall. The air was thick with the scent of soot and oil. The Mirror in the valley below had cracked in two places, its center warped by heat, but it still gleamed in the sunlight — a monument to hope, if not to truth.</w:t>
      </w:r>
    </w:p>
    <w:p w14:paraId="1A1B1FEE" w14:textId="77777777" w:rsidR="0088535E" w:rsidRDefault="0088535E" w:rsidP="0088535E">
      <w:pPr>
        <w:pStyle w:val="NormalWeb"/>
        <w:rPr>
          <w:color w:val="000000"/>
        </w:rPr>
      </w:pPr>
      <w:r>
        <w:rPr>
          <w:color w:val="000000"/>
        </w:rPr>
        <w:t>Doctor</w:t>
      </w:r>
      <w:r>
        <w:rPr>
          <w:rStyle w:val="apple-converted-space"/>
          <w:color w:val="000000"/>
        </w:rPr>
        <w:t> </w:t>
      </w:r>
      <w:r w:rsidRPr="0088535E">
        <w:rPr>
          <w:rStyle w:val="Strong"/>
          <w:rFonts w:eastAsiaTheme="majorEastAsia"/>
          <w:b w:val="0"/>
          <w:bCs w:val="0"/>
          <w:color w:val="000000"/>
        </w:rPr>
        <w:t>Marcellis</w:t>
      </w:r>
      <w:r>
        <w:rPr>
          <w:rStyle w:val="apple-converted-space"/>
          <w:color w:val="000000"/>
        </w:rPr>
        <w:t> </w:t>
      </w:r>
      <w:r>
        <w:rPr>
          <w:color w:val="000000"/>
        </w:rPr>
        <w:t xml:space="preserve">stood before the </w:t>
      </w:r>
      <w:proofErr w:type="gramStart"/>
      <w:r>
        <w:rPr>
          <w:color w:val="000000"/>
        </w:rPr>
        <w:t>others,</w:t>
      </w:r>
      <w:proofErr w:type="gramEnd"/>
      <w:r>
        <w:rPr>
          <w:color w:val="000000"/>
        </w:rPr>
        <w:t xml:space="preserve"> her gray robes streaked with ash.</w:t>
      </w:r>
    </w:p>
    <w:p w14:paraId="1DA4B552" w14:textId="77777777" w:rsidR="0088535E" w:rsidRDefault="0088535E" w:rsidP="0088535E">
      <w:pPr>
        <w:pStyle w:val="NormalWeb"/>
        <w:rPr>
          <w:color w:val="000000"/>
        </w:rPr>
      </w:pPr>
      <w:r>
        <w:rPr>
          <w:color w:val="000000"/>
        </w:rPr>
        <w:t>“We have endured,” she said softly. “The Eye has passed. The heavens have turned their wrath aside.”</w:t>
      </w:r>
    </w:p>
    <w:p w14:paraId="52CCC5AF" w14:textId="77777777" w:rsidR="0088535E" w:rsidRDefault="0088535E" w:rsidP="0088535E">
      <w:pPr>
        <w:pStyle w:val="NormalWeb"/>
        <w:rPr>
          <w:color w:val="000000"/>
        </w:rPr>
      </w:pPr>
      <w:r>
        <w:rPr>
          <w:color w:val="000000"/>
        </w:rPr>
        <w:t>Doctor</w:t>
      </w:r>
      <w:r>
        <w:rPr>
          <w:rStyle w:val="apple-converted-space"/>
          <w:color w:val="000000"/>
        </w:rPr>
        <w:t> </w:t>
      </w:r>
      <w:r w:rsidRPr="0088535E">
        <w:rPr>
          <w:rStyle w:val="Strong"/>
          <w:rFonts w:eastAsiaTheme="majorEastAsia"/>
          <w:b w:val="0"/>
          <w:bCs w:val="0"/>
          <w:color w:val="000000"/>
        </w:rPr>
        <w:t>Brako</w:t>
      </w:r>
      <w:r>
        <w:rPr>
          <w:rStyle w:val="Strong"/>
          <w:rFonts w:eastAsiaTheme="majorEastAsia"/>
          <w:color w:val="000000"/>
        </w:rPr>
        <w:t>n</w:t>
      </w:r>
      <w:r>
        <w:rPr>
          <w:rStyle w:val="apple-converted-space"/>
          <w:color w:val="000000"/>
        </w:rPr>
        <w:t> </w:t>
      </w:r>
      <w:r>
        <w:rPr>
          <w:color w:val="000000"/>
        </w:rPr>
        <w:t>let out a breath he didn’t know he’d been holding. “Then it’s over?”</w:t>
      </w:r>
    </w:p>
    <w:p w14:paraId="14C89B93" w14:textId="77777777" w:rsidR="0088535E" w:rsidRDefault="0088535E" w:rsidP="0088535E">
      <w:pPr>
        <w:pStyle w:val="NormalWeb"/>
        <w:rPr>
          <w:color w:val="000000"/>
        </w:rPr>
      </w:pPr>
      <w:r>
        <w:rPr>
          <w:color w:val="000000"/>
        </w:rPr>
        <w:t>Marcellis nodded slowly. “Over.”</w:t>
      </w:r>
    </w:p>
    <w:p w14:paraId="6F051770" w14:textId="77777777" w:rsidR="0088535E" w:rsidRDefault="0088535E" w:rsidP="0088535E">
      <w:pPr>
        <w:pStyle w:val="NormalWeb"/>
        <w:rPr>
          <w:color w:val="000000"/>
        </w:rPr>
      </w:pPr>
      <w:r>
        <w:rPr>
          <w:color w:val="000000"/>
        </w:rPr>
        <w:t>The room filled with silence, then applause — hesitant at first, then swelling into thunder.</w:t>
      </w:r>
    </w:p>
    <w:p w14:paraId="31611701" w14:textId="77777777" w:rsidR="0088535E" w:rsidRDefault="0088535E" w:rsidP="0088535E">
      <w:pPr>
        <w:pStyle w:val="NormalWeb"/>
        <w:rPr>
          <w:color w:val="000000"/>
        </w:rPr>
      </w:pPr>
      <w:r>
        <w:rPr>
          <w:color w:val="000000"/>
        </w:rPr>
        <w:lastRenderedPageBreak/>
        <w:t>Even</w:t>
      </w:r>
      <w:r>
        <w:rPr>
          <w:rStyle w:val="apple-converted-space"/>
          <w:color w:val="000000"/>
        </w:rPr>
        <w:t> </w:t>
      </w:r>
      <w:proofErr w:type="spellStart"/>
      <w:r w:rsidRPr="0088535E">
        <w:rPr>
          <w:rStyle w:val="Strong"/>
          <w:rFonts w:eastAsiaTheme="majorEastAsia"/>
          <w:b w:val="0"/>
          <w:bCs w:val="0"/>
          <w:color w:val="000000"/>
        </w:rPr>
        <w:t>Gundae</w:t>
      </w:r>
      <w:proofErr w:type="spellEnd"/>
      <w:r w:rsidRPr="0088535E">
        <w:rPr>
          <w:rStyle w:val="apple-converted-space"/>
          <w:b/>
          <w:bCs/>
          <w:color w:val="000000"/>
        </w:rPr>
        <w:t> </w:t>
      </w:r>
      <w:r>
        <w:rPr>
          <w:color w:val="000000"/>
        </w:rPr>
        <w:t xml:space="preserve">smiled, his face </w:t>
      </w:r>
      <w:proofErr w:type="spellStart"/>
      <w:r>
        <w:rPr>
          <w:color w:val="000000"/>
        </w:rPr>
        <w:t>weary</w:t>
      </w:r>
      <w:proofErr w:type="spellEnd"/>
      <w:r>
        <w:rPr>
          <w:color w:val="000000"/>
        </w:rPr>
        <w:t xml:space="preserve"> and </w:t>
      </w:r>
      <w:proofErr w:type="gramStart"/>
      <w:r>
        <w:rPr>
          <w:color w:val="000000"/>
        </w:rPr>
        <w:t>tear-streaked</w:t>
      </w:r>
      <w:proofErr w:type="gramEnd"/>
      <w:r>
        <w:rPr>
          <w:color w:val="000000"/>
        </w:rPr>
        <w:t>. “We saved them,” he whispered. “By all the stars, we saved them.”</w:t>
      </w:r>
    </w:p>
    <w:p w14:paraId="74BC49D1" w14:textId="77777777" w:rsidR="0088535E" w:rsidRDefault="0088535E" w:rsidP="0088535E">
      <w:pPr>
        <w:pStyle w:val="NormalWeb"/>
        <w:rPr>
          <w:color w:val="000000"/>
        </w:rPr>
      </w:pPr>
      <w:r>
        <w:rPr>
          <w:color w:val="000000"/>
        </w:rPr>
        <w:t>Marcellis said nothing. She stared out the window at the valley below, where the Mirror caught the last faint glimmer of the fading star.</w:t>
      </w:r>
    </w:p>
    <w:p w14:paraId="7668C990" w14:textId="77777777" w:rsidR="0088535E" w:rsidRDefault="0088535E" w:rsidP="0088535E">
      <w:pPr>
        <w:pStyle w:val="NormalWeb"/>
        <w:rPr>
          <w:color w:val="000000"/>
        </w:rPr>
      </w:pPr>
      <w:r>
        <w:rPr>
          <w:color w:val="000000"/>
        </w:rPr>
        <w:t>And for the first time since the sky began to burn, she allowed herself to hope.</w:t>
      </w:r>
    </w:p>
    <w:p w14:paraId="158C626B" w14:textId="77777777" w:rsidR="0088535E" w:rsidRDefault="0088535E" w:rsidP="0088535E">
      <w:pPr>
        <w:pStyle w:val="NormalWeb"/>
        <w:rPr>
          <w:color w:val="000000"/>
        </w:rPr>
      </w:pPr>
      <w:r>
        <w:rPr>
          <w:color w:val="000000"/>
        </w:rPr>
        <w:t>But the world was not the same.</w:t>
      </w:r>
    </w:p>
    <w:p w14:paraId="45A85BBE" w14:textId="77777777" w:rsidR="0088535E" w:rsidRDefault="0088535E" w:rsidP="0088535E">
      <w:pPr>
        <w:pStyle w:val="NormalWeb"/>
        <w:rPr>
          <w:color w:val="000000"/>
        </w:rPr>
      </w:pPr>
      <w:r>
        <w:rPr>
          <w:color w:val="000000"/>
        </w:rPr>
        <w:t>Weeks later, strange lights lingered on the horizon where the meteors had struck. The air was warm even in winter. The tides rose higher each dusk.</w:t>
      </w:r>
    </w:p>
    <w:p w14:paraId="66D45CB1" w14:textId="77777777" w:rsidR="0088535E" w:rsidRDefault="0088535E" w:rsidP="0088535E">
      <w:pPr>
        <w:pStyle w:val="NormalWeb"/>
        <w:rPr>
          <w:color w:val="000000"/>
        </w:rPr>
      </w:pPr>
      <w:r>
        <w:rPr>
          <w:color w:val="000000"/>
        </w:rPr>
        <w:t>Farmers found stones of glass buried in their fields, still warm to the touch. In the marshes, the Serpent King’s people whispered of new lights glowing beneath the water.</w:t>
      </w:r>
    </w:p>
    <w:p w14:paraId="7BF4D5E1" w14:textId="77777777" w:rsidR="0088535E" w:rsidRDefault="0088535E" w:rsidP="0088535E">
      <w:pPr>
        <w:pStyle w:val="NormalWeb"/>
        <w:rPr>
          <w:color w:val="000000"/>
        </w:rPr>
      </w:pPr>
      <w:r>
        <w:rPr>
          <w:color w:val="000000"/>
        </w:rPr>
        <w:t>No one understood what they meant.</w:t>
      </w:r>
      <w:r>
        <w:rPr>
          <w:color w:val="000000"/>
        </w:rPr>
        <w:br/>
        <w:t>No one wanted to.</w:t>
      </w:r>
    </w:p>
    <w:p w14:paraId="7ABE01EF" w14:textId="77777777" w:rsidR="0088535E" w:rsidRDefault="0088535E" w:rsidP="0088535E">
      <w:pPr>
        <w:pStyle w:val="NormalWeb"/>
        <w:rPr>
          <w:color w:val="000000"/>
        </w:rPr>
      </w:pPr>
      <w:r>
        <w:rPr>
          <w:color w:val="000000"/>
        </w:rPr>
        <w:t>The Eye had passed — that was all that mattered.</w:t>
      </w:r>
    </w:p>
    <w:p w14:paraId="665D2EEC" w14:textId="77777777" w:rsidR="0088535E" w:rsidRDefault="0088535E" w:rsidP="0088535E">
      <w:pPr>
        <w:pStyle w:val="NormalWeb"/>
        <w:rPr>
          <w:color w:val="000000"/>
        </w:rPr>
      </w:pPr>
      <w:r>
        <w:rPr>
          <w:color w:val="000000"/>
        </w:rPr>
        <w:t>The world turned. The crops grew again. The people sang.</w:t>
      </w:r>
    </w:p>
    <w:p w14:paraId="1FDE12BD" w14:textId="77777777" w:rsidR="0088535E" w:rsidRDefault="0088535E" w:rsidP="0088535E">
      <w:pPr>
        <w:pStyle w:val="NormalWeb"/>
        <w:rPr>
          <w:color w:val="000000"/>
        </w:rPr>
      </w:pPr>
      <w:r>
        <w:rPr>
          <w:color w:val="000000"/>
        </w:rPr>
        <w:t>And in the Citadel’s highest tower,</w:t>
      </w:r>
      <w:r>
        <w:rPr>
          <w:rStyle w:val="apple-converted-space"/>
          <w:color w:val="000000"/>
        </w:rPr>
        <w:t> </w:t>
      </w:r>
      <w:r>
        <w:rPr>
          <w:rStyle w:val="Strong"/>
          <w:rFonts w:eastAsiaTheme="majorEastAsia"/>
          <w:color w:val="000000"/>
        </w:rPr>
        <w:t>Klitus</w:t>
      </w:r>
      <w:r>
        <w:rPr>
          <w:rStyle w:val="apple-converted-space"/>
          <w:color w:val="000000"/>
        </w:rPr>
        <w:t> </w:t>
      </w:r>
      <w:r>
        <w:rPr>
          <w:color w:val="000000"/>
        </w:rPr>
        <w:t>kept his watch through the cracked lens, tracing the heavens long after others had ceased.</w:t>
      </w:r>
    </w:p>
    <w:p w14:paraId="2581B1EE" w14:textId="77777777" w:rsidR="0088535E" w:rsidRDefault="0088535E" w:rsidP="0088535E">
      <w:pPr>
        <w:pStyle w:val="NormalWeb"/>
        <w:rPr>
          <w:color w:val="000000"/>
        </w:rPr>
      </w:pPr>
      <w:r>
        <w:rPr>
          <w:color w:val="000000"/>
        </w:rPr>
        <w:t>He saw the silver glint still — faint, steady, unmoving beyond the moon’s pale curve.</w:t>
      </w:r>
    </w:p>
    <w:p w14:paraId="7B93C60F" w14:textId="77777777" w:rsidR="0088535E" w:rsidRDefault="0088535E" w:rsidP="0088535E">
      <w:pPr>
        <w:pStyle w:val="NormalWeb"/>
        <w:rPr>
          <w:color w:val="000000"/>
        </w:rPr>
      </w:pPr>
      <w:r>
        <w:rPr>
          <w:color w:val="000000"/>
        </w:rPr>
        <w:t>He told no one.</w:t>
      </w:r>
    </w:p>
    <w:p w14:paraId="6B547BC3" w14:textId="77777777" w:rsidR="0088535E" w:rsidRDefault="0088535E" w:rsidP="0088535E">
      <w:pPr>
        <w:pStyle w:val="NormalWeb"/>
        <w:rPr>
          <w:color w:val="000000"/>
        </w:rPr>
      </w:pPr>
      <w:r>
        <w:rPr>
          <w:color w:val="000000"/>
        </w:rPr>
        <w:t>The world slept beneath a new sky, scarred but alive.</w:t>
      </w:r>
    </w:p>
    <w:p w14:paraId="231CD816" w14:textId="77777777" w:rsidR="0088535E" w:rsidRDefault="0088535E" w:rsidP="0088535E">
      <w:pPr>
        <w:pStyle w:val="NormalWeb"/>
        <w:rPr>
          <w:color w:val="000000"/>
        </w:rPr>
      </w:pPr>
      <w:r>
        <w:rPr>
          <w:color w:val="000000"/>
        </w:rPr>
        <w:t>The Citadel rang its bells for victory. Kings feasted, peasants prayed, and the name of the Doctors was written into legend.</w:t>
      </w:r>
    </w:p>
    <w:p w14:paraId="249A7B37" w14:textId="77777777" w:rsidR="0088535E" w:rsidRDefault="0088535E" w:rsidP="0088535E">
      <w:pPr>
        <w:pStyle w:val="NormalWeb"/>
        <w:rPr>
          <w:color w:val="000000"/>
        </w:rPr>
      </w:pPr>
      <w:r>
        <w:rPr>
          <w:color w:val="000000"/>
        </w:rPr>
        <w:t>They had saved the world — and so the songs would say for a thousand years.</w:t>
      </w:r>
    </w:p>
    <w:p w14:paraId="5575C1CC" w14:textId="77777777" w:rsidR="0088535E" w:rsidRDefault="0088535E" w:rsidP="0088535E">
      <w:pPr>
        <w:pStyle w:val="NormalWeb"/>
        <w:rPr>
          <w:color w:val="000000"/>
        </w:rPr>
      </w:pPr>
      <w:r>
        <w:rPr>
          <w:color w:val="000000"/>
        </w:rPr>
        <w:t>But high above their songs, the heavens whispered a softer truth:</w:t>
      </w:r>
    </w:p>
    <w:p w14:paraId="2198A0A1" w14:textId="77777777" w:rsidR="0088535E" w:rsidRDefault="0088535E" w:rsidP="0088535E">
      <w:pPr>
        <w:pStyle w:val="NormalWeb"/>
        <w:rPr>
          <w:color w:val="000000"/>
        </w:rPr>
      </w:pPr>
      <w:r>
        <w:rPr>
          <w:color w:val="000000"/>
        </w:rPr>
        <w:t>The fire had only passed them by.</w:t>
      </w:r>
    </w:p>
    <w:p w14:paraId="7756FB14" w14:textId="77777777" w:rsidR="0088535E" w:rsidRDefault="0088535E" w:rsidP="0088535E">
      <w:pPr>
        <w:pStyle w:val="NormalWeb"/>
        <w:rPr>
          <w:color w:val="000000"/>
        </w:rPr>
      </w:pPr>
      <w:r>
        <w:rPr>
          <w:color w:val="000000"/>
        </w:rPr>
        <w:t>It had not forgotten.</w:t>
      </w:r>
    </w:p>
    <w:p w14:paraId="14D3F437" w14:textId="37DF0393" w:rsidR="00704C60" w:rsidRDefault="00704C60" w:rsidP="00AB2095">
      <w:pPr>
        <w:pStyle w:val="NormalWeb"/>
        <w:rPr>
          <w:color w:val="000000"/>
        </w:rPr>
      </w:pPr>
    </w:p>
    <w:p w14:paraId="4194A2E4" w14:textId="77777777" w:rsidR="00AB2095" w:rsidRPr="005743B0" w:rsidRDefault="00AB2095" w:rsidP="005743B0">
      <w:pPr>
        <w:pStyle w:val="NormalWeb"/>
        <w:rPr>
          <w:color w:val="000000"/>
        </w:rPr>
      </w:pPr>
    </w:p>
    <w:sectPr w:rsidR="00AB2095" w:rsidRPr="005743B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001B91"/>
    <w:multiLevelType w:val="multilevel"/>
    <w:tmpl w:val="9C46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424CB7"/>
    <w:multiLevelType w:val="multilevel"/>
    <w:tmpl w:val="78BE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73154F"/>
    <w:multiLevelType w:val="multilevel"/>
    <w:tmpl w:val="5AFE3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952EE8"/>
    <w:multiLevelType w:val="multilevel"/>
    <w:tmpl w:val="8EDC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352DC9"/>
    <w:multiLevelType w:val="multilevel"/>
    <w:tmpl w:val="76AC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3C28BF"/>
    <w:multiLevelType w:val="multilevel"/>
    <w:tmpl w:val="B3F2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D6142B"/>
    <w:multiLevelType w:val="multilevel"/>
    <w:tmpl w:val="BEB00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685F2A"/>
    <w:multiLevelType w:val="multilevel"/>
    <w:tmpl w:val="478AD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161ACC"/>
    <w:multiLevelType w:val="multilevel"/>
    <w:tmpl w:val="61544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F843CA"/>
    <w:multiLevelType w:val="multilevel"/>
    <w:tmpl w:val="C584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400138"/>
    <w:multiLevelType w:val="multilevel"/>
    <w:tmpl w:val="D1684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936079"/>
    <w:multiLevelType w:val="multilevel"/>
    <w:tmpl w:val="78689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A1787B"/>
    <w:multiLevelType w:val="multilevel"/>
    <w:tmpl w:val="AEBC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9377808">
    <w:abstractNumId w:val="8"/>
  </w:num>
  <w:num w:numId="2" w16cid:durableId="1235747551">
    <w:abstractNumId w:val="6"/>
  </w:num>
  <w:num w:numId="3" w16cid:durableId="268708261">
    <w:abstractNumId w:val="5"/>
  </w:num>
  <w:num w:numId="4" w16cid:durableId="861938534">
    <w:abstractNumId w:val="4"/>
  </w:num>
  <w:num w:numId="5" w16cid:durableId="1683627743">
    <w:abstractNumId w:val="7"/>
  </w:num>
  <w:num w:numId="6" w16cid:durableId="629440300">
    <w:abstractNumId w:val="3"/>
  </w:num>
  <w:num w:numId="7" w16cid:durableId="511727606">
    <w:abstractNumId w:val="2"/>
  </w:num>
  <w:num w:numId="8" w16cid:durableId="16196038">
    <w:abstractNumId w:val="1"/>
  </w:num>
  <w:num w:numId="9" w16cid:durableId="951593366">
    <w:abstractNumId w:val="0"/>
  </w:num>
  <w:num w:numId="10" w16cid:durableId="72625311">
    <w:abstractNumId w:val="21"/>
  </w:num>
  <w:num w:numId="11" w16cid:durableId="1454444825">
    <w:abstractNumId w:val="16"/>
  </w:num>
  <w:num w:numId="12" w16cid:durableId="1529290458">
    <w:abstractNumId w:val="12"/>
  </w:num>
  <w:num w:numId="13" w16cid:durableId="380523221">
    <w:abstractNumId w:val="14"/>
  </w:num>
  <w:num w:numId="14" w16cid:durableId="85273409">
    <w:abstractNumId w:val="17"/>
  </w:num>
  <w:num w:numId="15" w16cid:durableId="352388913">
    <w:abstractNumId w:val="18"/>
  </w:num>
  <w:num w:numId="16" w16cid:durableId="1934433567">
    <w:abstractNumId w:val="11"/>
  </w:num>
  <w:num w:numId="17" w16cid:durableId="1812166666">
    <w:abstractNumId w:val="19"/>
  </w:num>
  <w:num w:numId="18" w16cid:durableId="1431664330">
    <w:abstractNumId w:val="13"/>
  </w:num>
  <w:num w:numId="19" w16cid:durableId="894581343">
    <w:abstractNumId w:val="15"/>
  </w:num>
  <w:num w:numId="20" w16cid:durableId="1958634691">
    <w:abstractNumId w:val="9"/>
  </w:num>
  <w:num w:numId="21" w16cid:durableId="1729986427">
    <w:abstractNumId w:val="20"/>
  </w:num>
  <w:num w:numId="22" w16cid:durableId="2518582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69F8"/>
    <w:rsid w:val="00034616"/>
    <w:rsid w:val="0006063C"/>
    <w:rsid w:val="0014536E"/>
    <w:rsid w:val="00147AFC"/>
    <w:rsid w:val="0015074B"/>
    <w:rsid w:val="00272DC1"/>
    <w:rsid w:val="0029639D"/>
    <w:rsid w:val="002A1566"/>
    <w:rsid w:val="00326F90"/>
    <w:rsid w:val="0033743C"/>
    <w:rsid w:val="003C781C"/>
    <w:rsid w:val="004C5B42"/>
    <w:rsid w:val="004F748E"/>
    <w:rsid w:val="005743B0"/>
    <w:rsid w:val="005D3B61"/>
    <w:rsid w:val="00673695"/>
    <w:rsid w:val="00704C60"/>
    <w:rsid w:val="007E159B"/>
    <w:rsid w:val="0083196A"/>
    <w:rsid w:val="0088535E"/>
    <w:rsid w:val="008E56B6"/>
    <w:rsid w:val="00AA1D8D"/>
    <w:rsid w:val="00AB2095"/>
    <w:rsid w:val="00B47730"/>
    <w:rsid w:val="00BC6917"/>
    <w:rsid w:val="00CB0664"/>
    <w:rsid w:val="00D33D1C"/>
    <w:rsid w:val="00D4224A"/>
    <w:rsid w:val="00E14F9F"/>
    <w:rsid w:val="00F22576"/>
    <w:rsid w:val="00F762F2"/>
    <w:rsid w:val="00FA44C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A3DD3F"/>
  <w14:defaultImageDpi w14:val="300"/>
  <w15:docId w15:val="{D154B32B-DE9A-9F4C-B3B5-36012FBB5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2A15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A15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75</Pages>
  <Words>25341</Words>
  <Characters>144450</Characters>
  <Application>Microsoft Office Word</Application>
  <DocSecurity>0</DocSecurity>
  <Lines>1203</Lines>
  <Paragraphs>338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169453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Steven Dale</cp:lastModifiedBy>
  <cp:revision>2</cp:revision>
  <dcterms:created xsi:type="dcterms:W3CDTF">2025-11-04T15:05:00Z</dcterms:created>
  <dcterms:modified xsi:type="dcterms:W3CDTF">2025-11-04T15:05:00Z</dcterms:modified>
  <cp:category/>
</cp:coreProperties>
</file>