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8"/>
        </w:rPr>
        <w:br/>
        <w:br/>
        <w:br/>
        <w:br/>
        <w:t>THE TRAIN HASN'T LEFT</w:t>
        <w:br/>
        <w:br/>
      </w:r>
    </w:p>
    <w:p>
      <w:pPr>
        <w:jc w:val="center"/>
      </w:pPr>
      <w:r>
        <w:rPr>
          <w:sz w:val="32"/>
        </w:rPr>
        <w:t>How to Stop Panicking About AI</w:t>
        <w:br/>
        <w:t>and Start Using It</w:t>
        <w:br/>
        <w:t>(Before Your Competitors Do)</w:t>
        <w:br/>
        <w:br/>
        <w:br/>
      </w:r>
    </w:p>
    <w:p>
      <w:pPr>
        <w:jc w:val="center"/>
      </w:pPr>
      <w:r>
        <w:rPr>
          <w:sz w:val="28"/>
        </w:rPr>
        <w:t>[Your Name]</w:t>
      </w:r>
    </w:p>
    <w:p>
      <w:r>
        <w:br w:type="page"/>
      </w:r>
    </w:p>
    <w:p>
      <w:r>
        <w:t xml:space="preserve"> these, write them yourself or use AI only for structure/editing.</w:t>
      </w:r>
    </w:p>
    <w:p>
      <w:pPr>
        <w:pStyle w:val="Heading2"/>
      </w:pPr>
      <w:r>
        <w:rPr>
          <w:sz w:val="32"/>
        </w:rPr>
        <w:t>The Mistakes Lisa Avoided</w:t>
      </w:r>
    </w:p>
    <w:p>
      <w:r>
        <w:t>After watching other entrepreneurs struggle with AI-assisted social media, Lisa identified common mistakes:</w:t>
      </w:r>
    </w:p>
    <w:p>
      <w:pPr>
        <w:pStyle w:val="Heading3"/>
      </w:pPr>
      <w:r>
        <w:rPr>
          <w:sz w:val="28"/>
        </w:rPr>
        <w:t>Mistake #1: Trusting AI voice completely</w:t>
      </w:r>
    </w:p>
    <w:p>
      <w:r>
        <w:t>The problem: Every AI-generated post sounds the same. If you don't edit for voice, your content sounds generic.</w:t>
      </w:r>
    </w:p>
    <w:p>
      <w:r>
        <w:t>The fix: Always add your personal touches, examples, and language quirks.</w:t>
      </w:r>
    </w:p>
    <w:p>
      <w:pPr>
        <w:pStyle w:val="Heading3"/>
      </w:pPr>
      <w:r>
        <w:rPr>
          <w:sz w:val="28"/>
        </w:rPr>
        <w:t>Mistake #2: Posting without reading</w:t>
      </w:r>
    </w:p>
    <w:p>
      <w:r>
        <w:t>The problem: AI hallucinates. It makes up statistics, misrepresents facts, uses outdated information.</w:t>
      </w:r>
    </w:p>
    <w:p>
      <w:r>
        <w:t>The fix: Read every post before scheduling. Verify any facts or data.</w:t>
      </w:r>
    </w:p>
    <w:p>
      <w:pPr>
        <w:pStyle w:val="Heading3"/>
      </w:pPr>
      <w:r>
        <w:rPr>
          <w:sz w:val="28"/>
        </w:rPr>
        <w:t>Mistake #3: Using the same prompt every time</w:t>
      </w:r>
    </w:p>
    <w:p>
      <w:r>
        <w:t>The problem: AI gives you the same structure repeatedly. Your posts start sounding repetitive.</w:t>
      </w:r>
    </w:p>
    <w:p>
      <w:r>
        <w:t>The fix: Rotate between different prompt templates. Mix up the structure.</w:t>
      </w:r>
    </w:p>
    <w:p>
      <w:pPr>
        <w:pStyle w:val="Heading3"/>
      </w:pPr>
      <w:r>
        <w:rPr>
          <w:sz w:val="28"/>
        </w:rPr>
        <w:t>Mistake #4: Over-optimizing for engagement</w:t>
      </w:r>
    </w:p>
    <w:p>
      <w:r>
        <w:t>The problem: AI can write clickbait. "You won't BELIEVE this!" But it damages trust.</w:t>
      </w:r>
    </w:p>
    <w:p>
      <w:r>
        <w:t>The fix: Optimize for value, not clicks. Your audience will engage with genuinely helpful content.</w:t>
      </w:r>
    </w:p>
    <w:p>
      <w:pPr>
        <w:pStyle w:val="Heading3"/>
      </w:pPr>
      <w:r>
        <w:rPr>
          <w:sz w:val="28"/>
        </w:rPr>
        <w:t>Mistake #5: Forgetting to engage</w:t>
      </w:r>
    </w:p>
    <w:p>
      <w:r>
        <w:t>The problem: Posting consistently but never responding to comments makes you look like a bot.</w:t>
      </w:r>
    </w:p>
    <w:p>
      <w:r>
        <w:t>The fix: Spend 10 minutes weekly responding to comments on your posts. That's where relationships form.</w:t>
      </w:r>
    </w:p>
    <w:p>
      <w:pPr>
        <w:pStyle w:val="Heading2"/>
      </w:pPr>
      <w:r>
        <w:rPr>
          <w:sz w:val="32"/>
        </w:rPr>
        <w:t>The Content Multiplier Effect</w:t>
      </w:r>
    </w:p>
    <w:p>
      <w:r>
        <w:t>One unexpected benefit Lisa discovered: batch creation enables content multiplication.</w:t>
      </w:r>
    </w:p>
    <w:p>
      <w:r>
        <w:t>She creates one core idea in her monthly session. Then AI helps her create variations:</w:t>
      </w:r>
    </w:p>
    <w:p>
      <w:r>
        <w:rPr>
          <w:b/>
        </w:rPr>
        <w:t>One Core Idea: "How to know if your brand needs a refresh"</w:t>
      </w:r>
    </w:p>
    <w:p>
      <w:r>
        <w:t>AI helps create:</w:t>
      </w:r>
    </w:p>
    <w:p>
      <w:r>
        <w:t>- LinkedIn post: Professional angle, B2B focus</w:t>
      </w:r>
    </w:p>
    <w:p>
      <w:r>
        <w:t>- Instagram post: Visual storytelling, more casual</w:t>
      </w:r>
    </w:p>
    <w:p>
      <w:r>
        <w:t>- Twitter thread: Bite-sized tips, numbered list</w:t>
      </w:r>
    </w:p>
    <w:p>
      <w:r>
        <w:t>- Newsletter section: Deeper dive with examples</w:t>
      </w:r>
    </w:p>
    <w:p>
      <w:r>
        <w:t>- Blog post: Complete how-to guide</w:t>
      </w:r>
    </w:p>
    <w:p>
      <w:r>
        <w:t>Same core idea. Five different formats. AI handles the reformatting and structural changes. Lisa adds platform-specific voice and examples.</w:t>
      </w:r>
    </w:p>
    <w:p>
      <w:r>
        <w:t>Total time: 30 minutes to create all five versions.</w:t>
      </w:r>
    </w:p>
    <w:p>
      <w:r>
        <w:t>Traditional approach: Would take 3-4 hours (writing each from scratch).</w:t>
      </w:r>
    </w:p>
    <w:p>
      <w:pPr>
        <w:pStyle w:val="Heading2"/>
      </w:pPr>
      <w:r>
        <w:rPr>
          <w:sz w:val="32"/>
        </w:rPr>
        <w:t>Six Months Later</w:t>
      </w:r>
    </w:p>
    <w:p>
      <w:r>
        <w:t>Six months after Lisa started batch-creating with AI:</w:t>
      </w:r>
    </w:p>
    <w:p>
      <w:r>
        <w:rPr>
          <w:b/>
        </w:rPr>
        <w:t>Metrics:</w:t>
      </w:r>
    </w:p>
    <w:p>
      <w:r>
        <w:t>- Posting 4-5 times per week (was 0-1 times per week)</w:t>
      </w:r>
    </w:p>
    <w:p>
      <w:r>
        <w:t>- Average engagement up 240%</w:t>
      </w:r>
    </w:p>
    <w:p>
      <w:r>
        <w:t>- Follower growth: 1,200 new LinkedIn connections</w:t>
      </w:r>
    </w:p>
    <w:p>
      <w:r>
        <w:t>- Time spent: 90 min/month + 20 min/week (vs 10+ hours per week trying to post daily)</w:t>
      </w:r>
    </w:p>
    <w:p>
      <w:r>
        <w:rPr>
          <w:b/>
        </w:rPr>
        <w:t>Business Results:</w:t>
      </w:r>
    </w:p>
    <w:p>
      <w:r>
        <w:t>- Three new clients directly from LinkedIn engagement ($87,000 total)</w:t>
      </w:r>
    </w:p>
    <w:p>
      <w:r>
        <w:t>- Five warm leads in pipeline (mentioned seeing her posts)</w:t>
      </w:r>
    </w:p>
    <w:p>
      <w:r>
        <w:t>- Two speaking opportunities (event organizers found her through content)</w:t>
      </w:r>
    </w:p>
    <w:p>
      <w:r>
        <w:t>- One partnership opportunity (brand saw her consistent presence)</w:t>
      </w:r>
    </w:p>
    <w:p>
      <w:r>
        <w:rPr>
          <w:b/>
        </w:rPr>
        <w:t>Mental Health:</w:t>
      </w:r>
    </w:p>
    <w:p>
      <w:r>
        <w:t>- No longer dreading social media</w:t>
      </w:r>
    </w:p>
    <w:p>
      <w:r>
        <w:t>- No more Sunday night panic about Monday morning posts</w:t>
      </w:r>
    </w:p>
    <w:p>
      <w:r>
        <w:t>- Enjoying the engagement instead of resenting the obligation</w:t>
      </w:r>
    </w:p>
    <w:p>
      <w:r>
        <w:t>- Actually having conversations in comments (because she has time now)</w:t>
      </w:r>
    </w:p>
    <w:p>
      <w:r>
        <w:t>Lisa told me: "I used to think consistency required daily discipline. Turns out consistency requires monthly batching and AI assistance. My content is better because I'm not exhausted. My clients notice because I'm actually showing up. And I spend 2 hours per month instead of 40 hours per month."</w:t>
      </w:r>
    </w:p>
    <w:p>
      <w:pPr>
        <w:pStyle w:val="Heading2"/>
      </w:pPr>
      <w:r>
        <w:rPr>
          <w:sz w:val="32"/>
        </w:rPr>
        <w:t>Your Action Plan</w:t>
      </w:r>
    </w:p>
    <w:p>
      <w:r>
        <w:t>This week, try batch-creating your next month of content:</w:t>
      </w:r>
    </w:p>
    <w:p>
      <w:pPr>
        <w:pStyle w:val="Heading3"/>
      </w:pPr>
      <w:r>
        <w:rPr>
          <w:sz w:val="28"/>
        </w:rPr>
        <w:t>Day 1 (Sunday): The Creation Session (90 minutes)</w:t>
      </w:r>
    </w:p>
    <w:p>
      <w:r>
        <w:rPr>
          <w:b/>
        </w:rPr>
        <w:t>Part 1: Brainstorm (15 minutes)</w:t>
      </w:r>
    </w:p>
    <w:p>
      <w:r>
        <w:t>1. Open ChatGPT/Claude</w:t>
      </w:r>
    </w:p>
    <w:p>
      <w:r>
        <w:t>2. Prompt: "Give me 25 [LinkedIn/Instagram/Twitter] post ideas for [your profession] who helps [your audience] with [specific problems]. Make them specific and practical, not generic or theoretical."</w:t>
      </w:r>
    </w:p>
    <w:p>
      <w:r>
        <w:t>3. Review list, pick 12-15 that feel authentic</w:t>
      </w:r>
    </w:p>
    <w:p>
      <w:r>
        <w:t>4. Delete the rest</w:t>
      </w:r>
    </w:p>
    <w:p>
      <w:r>
        <w:rPr>
          <w:b/>
        </w:rPr>
        <w:t>Part 2: Draft (45 minutes)</w:t>
      </w:r>
    </w:p>
    <w:p>
      <w:r>
        <w:t>1. For each topic, prompt AI: "Write a [platform] post about [topic] in this voice: [describe your voice with examples]. Keep it [word count]. Make it [tone]."</w:t>
      </w:r>
    </w:p>
    <w:p>
      <w:r>
        <w:t>2. Generate all 12-15 posts</w:t>
      </w:r>
    </w:p>
    <w:p>
      <w:r>
        <w:t>3. Save them in a doc</w:t>
      </w:r>
    </w:p>
    <w:p>
      <w:r>
        <w:rPr>
          <w:b/>
        </w:rPr>
        <w:t>Part 3: Edit (25 minutes)</w:t>
      </w:r>
    </w:p>
    <w:p>
      <w:r>
        <w:t>1. Read each post out loud</w:t>
      </w:r>
    </w:p>
    <w:p>
      <w:r>
        <w:t>2. Does it sound like you? If not, adjust</w:t>
      </w:r>
    </w:p>
    <w:p>
      <w:r>
        <w:t>3. Add personal examples where AI was vague</w:t>
      </w:r>
    </w:p>
    <w:p>
      <w:r>
        <w:t>4. Remove buzzwords and generic phrases</w:t>
      </w:r>
    </w:p>
    <w:p>
      <w:r>
        <w:t>5. Verify any facts or stats</w:t>
      </w:r>
    </w:p>
    <w:p>
      <w:r>
        <w:rPr>
          <w:b/>
        </w:rPr>
        <w:t>Part 4: Schedule (5 minutes)</w:t>
      </w:r>
    </w:p>
    <w:p>
      <w:r>
        <w:t>1. Load into your scheduling tool</w:t>
      </w:r>
    </w:p>
    <w:p>
      <w:r>
        <w:t>2. Set optimal posting times for your audience</w:t>
      </w:r>
    </w:p>
    <w:p>
      <w:r>
        <w:t>3. Done for the month</w:t>
      </w:r>
    </w:p>
    <w:p>
      <w:pPr>
        <w:pStyle w:val="Heading3"/>
      </w:pPr>
      <w:r>
        <w:rPr>
          <w:sz w:val="28"/>
        </w:rPr>
        <w:t>Throughout the Month (5 minutes weekly):</w:t>
      </w:r>
    </w:p>
    <w:p>
      <w:r>
        <w:t>- Monday: Check last week's engagement</w:t>
      </w:r>
    </w:p>
    <w:p>
      <w:r>
        <w:t>- Respond to comments</w:t>
      </w:r>
    </w:p>
    <w:p>
      <w:r>
        <w:t>- Adjust if needed</w:t>
      </w:r>
    </w:p>
    <w:p>
      <w:pPr>
        <w:pStyle w:val="Heading2"/>
      </w:pPr>
      <w:r>
        <w:rPr>
          <w:sz w:val="32"/>
        </w:rPr>
        <w:t>The Four Rules for AI-Assisted Social Media</w:t>
      </w:r>
    </w:p>
    <w:p>
      <w:r>
        <w:t>Lisa's rules that make this work:</w:t>
      </w:r>
    </w:p>
    <w:p>
      <w:r>
        <w:rPr>
          <w:b/>
        </w:rPr>
        <w:t>Rule #1: Batch monthly, post consistently</w:t>
      </w:r>
    </w:p>
    <w:p>
      <w:r>
        <w:t>Don't try to create content daily. Create it all at once, schedule it out.</w:t>
      </w:r>
    </w:p>
    <w:p>
      <w:r>
        <w:rPr>
          <w:b/>
        </w:rPr>
        <w:t>Rule #2: AI drafts, you refine</w:t>
      </w:r>
    </w:p>
    <w:p>
      <w:r>
        <w:t>Never post AI content without reading and editing it. The editing is where your voice comes through.</w:t>
      </w:r>
    </w:p>
    <w:p>
      <w:r>
        <w:rPr>
          <w:b/>
        </w:rPr>
        <w:t>Rule #3: Structure from AI, stories from you</w:t>
      </w:r>
    </w:p>
    <w:p>
      <w:r>
        <w:t>AI can give you the framework. You add the personal examples and experiences.</w:t>
      </w:r>
    </w:p>
    <w:p>
      <w:r>
        <w:rPr>
          <w:b/>
        </w:rPr>
        <w:t>Rule #4: Engage like a human</w:t>
      </w:r>
    </w:p>
    <w:p>
      <w:r>
        <w:t>Post like AI (efficient, batched). Respond like a human (personal, authentic).</w:t>
      </w:r>
    </w:p>
    <w:p>
      <w:pPr>
        <w:pStyle w:val="Heading2"/>
      </w:pPr>
      <w:r>
        <w:rPr>
          <w:sz w:val="32"/>
        </w:rPr>
        <w:t>The Shift</w:t>
      </w:r>
    </w:p>
    <w:p>
      <w:r>
        <w:t>Lisa's transformation wasn't about becoming a social media expert. She's still not an influencer. She doesn't have tens of thousands of followers.</w:t>
      </w:r>
    </w:p>
    <w:p>
      <w:r>
        <w:t>Her transformation was about sustainable consistency.</w:t>
      </w:r>
    </w:p>
    <w:p>
      <w:r>
        <w:t>She went from:</w:t>
      </w:r>
    </w:p>
    <w:p>
      <w:r>
        <w:t>- "I should post more" (guilt, resentment, burnout)</w:t>
      </w:r>
    </w:p>
    <w:p>
      <w:r>
        <w:t>- ↓</w:t>
      </w:r>
    </w:p>
    <w:p>
      <w:r>
        <w:t>- "Posting is handled" (relief, consistency, results)</w:t>
      </w:r>
    </w:p>
    <w:p>
      <w:r>
        <w:t>The change wasn't her motivation. It was her system.</w:t>
      </w:r>
    </w:p>
    <w:p>
      <w:r>
        <w:t>Before: Posting felt like daily homework. Exhausting. Unsustainable.</w:t>
      </w:r>
    </w:p>
    <w:p>
      <w:r>
        <w:t>After: Posting feels like a solved problem. Done once per month. Runs itself.</w:t>
      </w:r>
    </w:p>
    <w:p>
      <w:r>
        <w:t>Her content is better because she's not exhausted. Her engagement is higher because she's consistent. Her business is growing because people see her showing up.</w:t>
      </w:r>
    </w:p>
    <w:p>
      <w:r>
        <w:t>And she spends 90 minutes per month instead of trying (and failing) to post daily.</w:t>
      </w:r>
    </w:p>
    <w:p>
      <w:pPr>
        <w:pStyle w:val="Heading2"/>
      </w:pPr>
      <w:r>
        <w:rPr>
          <w:sz w:val="32"/>
        </w:rPr>
        <w:t>The Bottom Line</w:t>
      </w:r>
    </w:p>
    <w:p>
      <w:r>
        <w:t>You don't need to post daily. You need to post consistently.</w:t>
      </w:r>
    </w:p>
    <w:p>
      <w:r>
        <w:t>You don't need perfect posts. You need authentic posts.</w:t>
      </w:r>
    </w:p>
    <w:p>
      <w:r>
        <w:t>You don't need to become a content creator. You need a system that works.</w:t>
      </w:r>
    </w:p>
    <w:p>
      <w:r>
        <w:t>AI can't make you interesting. But it can make consistency sustainable.</w:t>
      </w:r>
    </w:p>
    <w:p>
      <w:r>
        <w:t>Batch-create monthly. Edit for voice. Schedule it out. Show up consistently.</w:t>
      </w:r>
    </w:p>
    <w:p>
      <w:r>
        <w:t>Your social media can run itself. You just need to build the system once.</w:t>
      </w:r>
    </w:p>
    <w:p>
      <w:r>
        <w:t>Lisa spent 90 minutes. Got three clients. Made $87,000.</w:t>
      </w:r>
    </w:p>
    <w:p>
      <w:r>
        <w:t>How much are you losing by not showing up?</w:t>
      </w:r>
    </w:p>
    <w:p>
      <w:pPr>
        <w:pStyle w:val="Heading1"/>
      </w:pPr>
      <w:r>
        <w:rPr>
          <w:sz w:val="36"/>
        </w:rPr>
        <w:t>CHAPTER 7: The PR Pitch That Actually Gets Read</w:t>
      </w:r>
    </w:p>
    <w:p>
      <w:r>
        <w:t>Elena runs a PR agency in San Francisco. Twenty years of experience. Deep media relationships. Excellent track record of getting clients coverage.</w:t>
      </w:r>
    </w:p>
    <w:p>
      <w:r>
        <w:t>Until her pitches stopped working.</w:t>
      </w:r>
    </w:p>
    <w:p>
      <w:r>
        <w:t>In March 2024, she pitched a client to TechCrunch. Perfect story. Newsworthy angle. Timely hook. Sent to a journalist she'd worked with for five years.</w:t>
      </w:r>
    </w:p>
    <w:p>
      <w:r>
        <w:t>No response.</w:t>
      </w:r>
    </w:p>
    <w:p>
      <w:r>
        <w:t>She followed up a week later. No response.</w:t>
      </w:r>
    </w:p>
    <w:p>
      <w:r>
        <w:t>She called her contact. "Did you see my pitch about [client]?"</w:t>
      </w:r>
    </w:p>
    <w:p>
      <w:r>
        <w:t>"Honestly?" the journalist said. "Probably not. I get 200 emails a day now. I use AI to filter them. If your pitch didn't show up in my AI summary, I never saw it."</w:t>
      </w:r>
    </w:p>
    <w:p>
      <w:r>
        <w:t>Elena felt her stomach drop. "What do you mean, AI summary?"</w:t>
      </w:r>
    </w:p>
    <w:p>
      <w:r>
        <w:t>"I feed all my pitches into ChatGPT," the journalist explained. "Ask it to summarize the newsworthy ones. It flags maybe 10-15 per day. Those are what I actually read."</w:t>
      </w:r>
    </w:p>
    <w:p>
      <w:r>
        <w:t>"And mine didn't make the cut?"</w:t>
      </w:r>
    </w:p>
    <w:p>
      <w:r>
        <w:t>"If I never saw it, then no. What was the subject line?"</w:t>
      </w:r>
    </w:p>
    <w:p>
      <w:r>
        <w:t>Elena told her: "Exciting Partnership Announcement from [Company]"</w:t>
      </w:r>
    </w:p>
    <w:p>
      <w:r>
        <w:t>The journalist winced. "Yeah, that's your problem. AI probably thought it was generic promotional content. Try being more specific and newsworthy in the subject line. Less marketing speak, more 'here's actual news.'"</w:t>
      </w:r>
    </w:p>
    <w:p>
      <w:r>
        <w:t>Elena hung up feeling sick. Her pitches—crafted with twenty years of experience—were being filtered out by AI before journalists even saw them.</w:t>
      </w:r>
    </w:p>
    <w:p>
      <w:pPr>
        <w:pStyle w:val="Heading2"/>
      </w:pPr>
      <w:r>
        <w:rPr>
          <w:sz w:val="32"/>
        </w:rPr>
        <w:t>How Journalists Actually Use AI</w:t>
      </w:r>
    </w:p>
    <w:p>
      <w:r>
        <w:t>Elena spent the next week interviewing ten journalist friends. All were using AI to manage their inboxes. Here's what she learned:</w:t>
      </w:r>
    </w:p>
    <w:p>
      <w:pPr>
        <w:pStyle w:val="Heading3"/>
      </w:pPr>
      <w:r>
        <w:rPr>
          <w:sz w:val="28"/>
        </w:rPr>
        <w:t>The New Pitch Filter:</w:t>
      </w:r>
    </w:p>
    <w:p>
      <w:r>
        <w:rPr>
          <w:b/>
        </w:rPr>
        <w:t>Step 1: AI reads all pitches</w:t>
      </w:r>
    </w:p>
    <w:p>
      <w:r>
        <w:t>- Journalists forward 50-200 pitches to ChatGPT or Claude</w:t>
      </w:r>
    </w:p>
    <w:p>
      <w:r>
        <w:t>- Ask: "Which of these are actually newsworthy?"</w:t>
      </w:r>
    </w:p>
    <w:p>
      <w:r>
        <w:t>- AI analyzes all and flags 5-10%</w:t>
      </w:r>
    </w:p>
    <w:p>
      <w:r>
        <w:rPr>
          <w:b/>
        </w:rPr>
        <w:t>Step 2: AI looks for:</w:t>
      </w:r>
    </w:p>
    <w:p>
      <w:r>
        <w:t>- Specific news value (not vague claims)</w:t>
      </w:r>
    </w:p>
    <w:p>
      <w:r>
        <w:t>- Clear why-now angle (what makes this timely)</w:t>
      </w:r>
    </w:p>
    <w:p>
      <w:r>
        <w:t>- Concrete details (not marketing fluff)</w:t>
      </w:r>
    </w:p>
    <w:p>
      <w:r>
        <w:t>- Newsworthy subject lines (not clever ones)</w:t>
      </w:r>
    </w:p>
    <w:p>
      <w:r>
        <w:t>- Facts and numbers (not adjectives)</w:t>
      </w:r>
    </w:p>
    <w:p>
      <w:r>
        <w:rPr>
          <w:b/>
        </w:rPr>
        <w:t>Step 3: AI filters out:</w:t>
      </w:r>
    </w:p>
    <w:p>
      <w:r>
        <w:t>- Generic promotion ("We're excited to announce...")</w:t>
      </w:r>
    </w:p>
    <w:p>
      <w:r>
        <w:t>- Vague claims ("Revolutionary new solution...")</w:t>
      </w:r>
    </w:p>
    <w:p>
      <w:r>
        <w:t>- Marketing speak ("Game-changing platform...")</w:t>
      </w:r>
    </w:p>
    <w:p>
      <w:r>
        <w:t>- Unclear news value ("Thought you'd be interested...")</w:t>
      </w:r>
    </w:p>
    <w:p>
      <w:r>
        <w:t>- Anything that sounds like advertising</w:t>
      </w:r>
    </w:p>
    <w:p>
      <w:r>
        <w:t>The journalists weren't trying to ignore Elena. They were drowning in pitches and AI was their lifeline.</w:t>
      </w:r>
    </w:p>
    <w:p>
      <w:r>
        <w:t>One journalist told her: "I used to spend two hours every morning reading pitches. Now I spend 20 minutes reviewing what AI flags. The rest? I assume aren't newsworthy if AI didn't flag them."</w:t>
      </w:r>
    </w:p>
    <w:p>
      <w:pPr>
        <w:pStyle w:val="Heading2"/>
      </w:pPr>
      <w:r>
        <w:rPr>
          <w:sz w:val="32"/>
        </w:rPr>
        <w:t>What Elena Changed</w:t>
      </w:r>
    </w:p>
    <w:p>
      <w:r>
        <w:t>Elena rewrote her entire pitch strategy for an AI-first world:</w:t>
      </w:r>
    </w:p>
    <w:p>
      <w:pPr>
        <w:pStyle w:val="Heading3"/>
      </w:pPr>
      <w:r>
        <w:rPr>
          <w:sz w:val="28"/>
        </w:rPr>
        <w:t>Change #1: The Subject Line</w:t>
      </w:r>
    </w:p>
    <w:p>
      <w:r>
        <w:rPr>
          <w:b/>
        </w:rPr>
        <w:t>Old approach:</w:t>
      </w:r>
    </w:p>
    <w:p>
      <w:r>
        <w:t>"Exciting Partnership Announcement"</w:t>
      </w:r>
    </w:p>
    <w:p>
      <w:r>
        <w:rPr>
          <w:b/>
        </w:rPr>
        <w:t>New approach:</w:t>
      </w:r>
    </w:p>
    <w:p>
      <w:r>
        <w:t>"TechCo acquires competitor for $50M, plans 200 new hires in SF"</w:t>
      </w:r>
    </w:p>
    <w:p>
      <w:r>
        <w:rPr>
          <w:b/>
        </w:rPr>
        <w:t>The difference:</w:t>
      </w:r>
    </w:p>
    <w:p>
      <w:r>
        <w:t>- Specific news (acquisition, dollar amount)</w:t>
      </w:r>
    </w:p>
    <w:p>
      <w:r>
        <w:t>- Concrete details (200 hires, specific location)</w:t>
      </w:r>
    </w:p>
    <w:p>
      <w:r>
        <w:t>- Why it matters (local job creation)</w:t>
      </w:r>
    </w:p>
    <w:p>
      <w:r>
        <w:t>- No marketing adjectives ("exciting")</w:t>
      </w:r>
    </w:p>
    <w:p>
      <w:r>
        <w:t>AI can parse this. AI understands: Acquisition = news. $50M = significant. 200 jobs = local impact.</w:t>
      </w:r>
    </w:p>
    <w:p>
      <w:r>
        <w:t>AI cannot parse "exciting partnership." Exciting to whom? What kind of partnership? Why does anyone care?</w:t>
      </w:r>
    </w:p>
    <w:p>
      <w:pPr>
        <w:pStyle w:val="Heading3"/>
      </w:pPr>
      <w:r>
        <w:rPr>
          <w:sz w:val="28"/>
        </w:rPr>
        <w:t>Change #2: The Opening Paragraph</w:t>
      </w:r>
    </w:p>
    <w:p>
      <w:r>
        <w:rPr>
          <w:b/>
        </w:rPr>
        <w:t>Old approach:</w:t>
      </w:r>
    </w:p>
    <w:p>
      <w:r>
        <w:t>"We're thrilled to announce an exciting new partnership between TechCo and IndustryCo that will revolutionize how businesses handle [vague description]."</w:t>
      </w:r>
    </w:p>
    <w:p>
      <w:r>
        <w:rPr>
          <w:b/>
        </w:rPr>
        <w:t>New approach:</w:t>
      </w:r>
    </w:p>
    <w:p>
      <w:r>
        <w:t>"TechCo acquired IndustryCo for $50M this morning. The acquisition brings 200 new jobs to San Francisco and makes TechCo the largest [specific category] platform in North America."</w:t>
      </w:r>
    </w:p>
    <w:p>
      <w:r>
        <w:rPr>
          <w:b/>
        </w:rPr>
        <w:t>The difference:</w:t>
      </w:r>
    </w:p>
    <w:p>
      <w:r>
        <w:t>- Lead with the actual news (acquisition happened)</w:t>
      </w:r>
    </w:p>
    <w:p>
      <w:r>
        <w:t>- Specific numbers ($50M, 200 jobs)</w:t>
      </w:r>
    </w:p>
    <w:p>
      <w:r>
        <w:t>- Clear impact (largest platform)</w:t>
      </w:r>
    </w:p>
    <w:p>
      <w:r>
        <w:t>- Local angle (SF jobs)</w:t>
      </w:r>
    </w:p>
    <w:p>
      <w:r>
        <w:t>- No adjectives, just facts</w:t>
      </w:r>
    </w:p>
    <w:p>
      <w:r>
        <w:t>AI can identify: This is actual news. This has local relevance. This is timely (happened "this morning"). This has concrete details.</w:t>
      </w:r>
    </w:p>
    <w:p>
      <w:pPr>
        <w:pStyle w:val="Heading3"/>
      </w:pPr>
      <w:r>
        <w:rPr>
          <w:sz w:val="28"/>
        </w:rPr>
        <w:t>Change #3: The Structure</w:t>
      </w:r>
    </w:p>
    <w:p>
      <w:r>
        <w:t>Elena created what she calls "AI-Proof Pitches":</w:t>
      </w:r>
    </w:p>
    <w:p>
      <w:r>
        <w:rPr>
          <w:b/>
        </w:rPr>
        <w:t>Paragraph 1: The News (Who, What, When, Why It Matters)</w:t>
      </w:r>
    </w:p>
    <w:p>
      <w:r>
        <w:t>"XYZ Company raised $25 million Series B today from [notable investors]. The funding will be used to expand their healthcare AI platform into 50 new hospitals and hire 100 engineers in Boston. This makes them the largest independent healthcare AI company in New England."</w:t>
      </w:r>
    </w:p>
    <w:p>
      <w:r>
        <w:rPr>
          <w:b/>
        </w:rPr>
        <w:t>Paragraph 2: The Specific Angle (Why This Matters RIGHT NOW)</w:t>
      </w:r>
    </w:p>
    <w:p>
      <w:r>
        <w:t>"The funding comes as hospitals nationwide face a nursing shortage crisis. XYZ's platform automates administrative tasks that typically take nurses 4-5 hours per shift, allowing them to spend more time on patient care. Three Boston hospitals using the platform report 30% reduction in nurse overtime."</w:t>
      </w:r>
    </w:p>
    <w:p>
      <w:r>
        <w:rPr>
          <w:b/>
        </w:rPr>
        <w:t>Paragraph 3: Details + Quotes (If They Add Value)</w:t>
      </w:r>
    </w:p>
    <w:p>
      <w:r>
        <w:t>"The Series B was led by [Investor], with participation from [others]. 'We're seeing healthcare worker burnout at crisis levels,' said [Founder], XYZ's CEO. 'Our platform addresses the root cause: administrative burden.' The company plans to double their Boston team from 50 to 100 employees by Q4."</w:t>
      </w:r>
    </w:p>
    <w:p>
      <w:r>
        <w:rPr>
          <w:b/>
        </w:rPr>
        <w:t>Paragraph 4: Background (Only If Needed)</w:t>
      </w:r>
    </w:p>
    <w:p>
      <w:r>
        <w:t>"XYZ was founded in 2020 and currently serves 25 hospitals across New England. Previous investors include [names]. The company's platform has processed 2 million patient appointments."</w:t>
      </w:r>
    </w:p>
    <w:p>
      <w:r>
        <w:t>Short paragraphs. Specific facts. Clear news value. No fluff.</w:t>
      </w:r>
    </w:p>
    <w:p>
      <w:pPr>
        <w:pStyle w:val="Heading2"/>
      </w:pPr>
      <w:r>
        <w:rPr>
          <w:sz w:val="32"/>
        </w:rPr>
        <w:t>The Results</w:t>
      </w:r>
    </w:p>
    <w:p>
      <w:r>
        <w:t>After Elena shifted to AI-proof pitches:</w:t>
      </w:r>
    </w:p>
    <w:p>
      <w:pPr>
        <w:pStyle w:val="Heading3"/>
      </w:pPr>
      <w:r>
        <w:rPr>
          <w:sz w:val="28"/>
        </w:rPr>
        <w:t>Month 1: Response rate went from 5% to 22%</w:t>
      </w:r>
    </w:p>
    <w:p>
      <w:r>
        <w:t>Same journalists. Same types of stories. Different pitching approach.</w:t>
      </w:r>
    </w:p>
    <w:p>
      <w:r>
        <w:t>Elena sent 50 pitches. Got 11 responses (vs previous 2-3).</w:t>
      </w:r>
    </w:p>
    <w:p>
      <w:r>
        <w:t>Three placements. One in TechCrunch (the journalist who'd told her about AI filtering). Two in local business publications.</w:t>
      </w:r>
    </w:p>
    <w:p>
      <w:pPr>
        <w:pStyle w:val="Heading3"/>
      </w:pPr>
      <w:r>
        <w:rPr>
          <w:sz w:val="28"/>
        </w:rPr>
        <w:t>Month 2: Three major placements that would have been ignored before</w:t>
      </w:r>
    </w:p>
    <w:p>
      <w:r>
        <w:t>A client's Series A announcement got covered by TechCrunch, VentureBeat, and Business Insider. All three journalists mentioned Elena's pitch was "clear and newsworthy."</w:t>
      </w:r>
    </w:p>
    <w:p>
      <w:r>
        <w:t>Old pitch for this same client (when it was seed round): Zero coverage.</w:t>
      </w:r>
    </w:p>
    <w:p>
      <w:r>
        <w:t>New pitch: Three tier-one placements.</w:t>
      </w:r>
    </w:p>
    <w:p>
      <w:r>
        <w:t>The difference: AI could parse the news value.</w:t>
      </w:r>
    </w:p>
    <w:p>
      <w:pPr>
        <w:pStyle w:val="Heading3"/>
      </w:pPr>
      <w:r>
        <w:rPr>
          <w:sz w:val="28"/>
        </w:rPr>
        <w:t>Month 3: A journalist told her the secret</w:t>
      </w:r>
    </w:p>
    <w:p>
      <w:r>
        <w:t>"Your pitches are the only ones that always make it through my AI filter. Whatever you're doing, keep doing it."</w:t>
      </w:r>
    </w:p>
    <w:p>
      <w:r>
        <w:t>What Elena was doing: Writing for AI first, humans second.</w:t>
      </w:r>
    </w:p>
    <w:p>
      <w:pPr>
        <w:pStyle w:val="Heading2"/>
      </w:pPr>
      <w:r>
        <w:rPr>
          <w:sz w:val="32"/>
        </w:rPr>
        <w:t>The AI-Proof Pitch Formula</w:t>
      </w:r>
    </w:p>
    <w:p>
      <w:r>
        <w:t>Elena's checklist for every pitch now:</w:t>
      </w:r>
    </w:p>
    <w:p>
      <w:pPr>
        <w:pStyle w:val="Heading3"/>
      </w:pPr>
      <w:r>
        <w:rPr>
          <w:sz w:val="28"/>
        </w:rPr>
        <w:t>Subject Line Must Include:</w:t>
      </w:r>
    </w:p>
    <w:p>
      <w:r>
        <w:t>✅ Specific news (acquisition, funding, launch, hire, expansion)</w:t>
      </w:r>
    </w:p>
    <w:p>
      <w:r>
        <w:t>✅ Concrete number (dollar amount, user count, employee count)</w:t>
      </w:r>
    </w:p>
    <w:p>
      <w:r>
        <w:t>✅ Geographic specificity (if relevant to local news)</w:t>
      </w:r>
    </w:p>
    <w:p>
      <w:r>
        <w:t>✅ Company name (clear identification)</w:t>
      </w:r>
    </w:p>
    <w:p>
      <w:r>
        <w:rPr>
          <w:b/>
        </w:rPr>
        <w:t>Examples of good subject lines:</w:t>
      </w:r>
    </w:p>
    <w:p>
      <w:r>
        <w:t>- "Boston startup raises $25M Series B, plans healthcare AI expansion"</w:t>
      </w:r>
    </w:p>
    <w:p>
      <w:r>
        <w:t>- "TechCo acquires competitor for $50M, adds 200 SF jobs"</w:t>
      </w:r>
    </w:p>
    <w:p>
      <w:r>
        <w:t>- "Local restaurant chain expands to 10 cities, creates 500 jobs"</w:t>
      </w:r>
    </w:p>
    <w:p>
      <w:r>
        <w:rPr>
          <w:b/>
        </w:rPr>
        <w:t>Examples of bad subject lines:</w:t>
      </w:r>
    </w:p>
    <w:p>
      <w:r>
        <w:t>- "Exciting funding news"</w:t>
      </w:r>
    </w:p>
    <w:p>
      <w:r>
        <w:t>- "Major expansion announced"</w:t>
      </w:r>
    </w:p>
    <w:p>
      <w:r>
        <w:t>- "Important company update"</w:t>
      </w:r>
    </w:p>
    <w:p>
      <w:pPr>
        <w:pStyle w:val="Heading3"/>
      </w:pPr>
      <w:r>
        <w:rPr>
          <w:sz w:val="28"/>
        </w:rPr>
        <w:t>Opening Paragraph Must Answer:</w:t>
      </w:r>
    </w:p>
    <w:p>
      <w:r>
        <w:t>✅ Who (specific company name)</w:t>
      </w:r>
    </w:p>
    <w:p>
      <w:r>
        <w:t>✅ Did what (specific action taken)</w:t>
      </w:r>
    </w:p>
    <w:p>
      <w:r>
        <w:t>✅ When (today, this morning, this week - with date)</w:t>
      </w:r>
    </w:p>
    <w:p>
      <w:r>
        <w:t>✅ Why it matters (impact, significance, local relevance)</w:t>
      </w:r>
    </w:p>
    <w:p>
      <w:r>
        <w:rPr>
          <w:b/>
        </w:rPr>
        <w:t>Good opening:</w:t>
      </w:r>
    </w:p>
    <w:p>
      <w:r>
        <w:t>"XYZ Company raised $25 million Series B today from Sequoia Capital and Andreessen Horowitz. The funding will expand their healthcare AI platform into 50 new hospitals and add 100 engineering jobs in Boston, making them the largest independent healthcare AI company in New England."</w:t>
      </w:r>
    </w:p>
    <w:p>
      <w:r>
        <w:rPr>
          <w:b/>
        </w:rPr>
        <w:t>Bad opening:</w:t>
      </w:r>
    </w:p>
    <w:p>
      <w:r>
        <w:t>"We're excited to announce that XYZ Company has successfully closed a significant funding round that will enable us to accelerate our mission of transforming healthcare through innovative AI solutions."</w:t>
      </w:r>
    </w:p>
    <w:p>
      <w:pPr>
        <w:pStyle w:val="Heading3"/>
      </w:pPr>
      <w:r>
        <w:rPr>
          <w:sz w:val="28"/>
        </w:rPr>
        <w:t>Body Must Include:</w:t>
      </w:r>
    </w:p>
    <w:p>
      <w:r>
        <w:t>✅ Specific numbers and facts</w:t>
      </w:r>
    </w:p>
    <w:p>
      <w:r>
        <w:t>✅ Clear why-now angle (what makes this timely)</w:t>
      </w:r>
    </w:p>
    <w:p>
      <w:r>
        <w:t>✅ Concrete impact (who benefits and how)</w:t>
      </w:r>
    </w:p>
    <w:p>
      <w:r>
        <w:t>✅ Quotes only if they add new information (not just enthusiasm)</w:t>
      </w:r>
    </w:p>
    <w:p>
      <w:pPr>
        <w:pStyle w:val="Heading3"/>
      </w:pPr>
      <w:r>
        <w:rPr>
          <w:sz w:val="28"/>
        </w:rPr>
        <w:t>What to Eliminate:</w:t>
      </w:r>
    </w:p>
    <w:p>
      <w:r>
        <w:t>❌ "We're excited/thrilled/proud to announce"</w:t>
      </w:r>
    </w:p>
    <w:p>
      <w:r>
        <w:t>❌ "Revolutionary/innovative/game-changing/cutting-edge"</w:t>
      </w:r>
    </w:p>
    <w:p>
      <w:r>
        <w:t>❌ "Transforming/disrupting/revolutionizing"</w:t>
      </w:r>
    </w:p>
    <w:p>
      <w:r>
        <w:t>❌ Vague benefits ("improve efficiency," "enhance productivity")</w:t>
      </w:r>
    </w:p>
    <w:p>
      <w:r>
        <w:t>❌ Buried ledes (important news in paragraph 4)</w:t>
      </w:r>
    </w:p>
    <w:p>
      <w:r>
        <w:t>❌ Marketing speak ("leading provider," "best-in-class solution")</w:t>
      </w:r>
    </w:p>
    <w:p>
      <w:pPr>
        <w:pStyle w:val="Heading2"/>
      </w:pPr>
      <w:r>
        <w:rPr>
          <w:sz w:val="32"/>
        </w:rPr>
        <w:t>The Journalist Interviews</w:t>
      </w:r>
    </w:p>
    <w:p>
      <w:r>
        <w:t>Elena interviewed twelve journalists about how they use AI. Here's what they told her:</w:t>
      </w:r>
    </w:p>
    <w:p>
      <w:pPr>
        <w:pStyle w:val="Heading3"/>
      </w:pPr>
      <w:r>
        <w:rPr>
          <w:sz w:val="28"/>
        </w:rPr>
        <w:t>"I paste 50-100 pitches into ChatGPT every morning"</w:t>
      </w:r>
    </w:p>
    <w:p>
      <w:r>
        <w:t>*Tech journalist, major publication*</w:t>
      </w:r>
    </w:p>
    <w:p>
      <w:r>
        <w:t>"I ask AI: 'Which of these are actually newsworthy? Summarize the top 5.' Takes 30 seconds. I read those five. The rest? Maybe later if I have time, but probably never.</w:t>
      </w:r>
    </w:p>
    <w:p>
      <w:r>
        <w:t>If your pitch has a vague subject line or opens with 'We're excited to announce,' AI assumes it's promotional and skips it. Be specific. Lead with the news."</w:t>
      </w:r>
    </w:p>
    <w:p>
      <w:pPr>
        <w:pStyle w:val="Heading3"/>
      </w:pPr>
      <w:r>
        <w:rPr>
          <w:sz w:val="28"/>
        </w:rPr>
        <w:t>"AI is better at filtering pitches than I am"</w:t>
      </w:r>
    </w:p>
    <w:p>
      <w:r>
        <w:t>*Business reporter, local newspaper*</w:t>
      </w:r>
    </w:p>
    <w:p>
      <w:r>
        <w:t>"Before AI, I'd skim subject lines and miss good stories with bad headlines. Now AI reads everything and flags stories based on actual news value, not subject line quality.</w:t>
      </w:r>
    </w:p>
    <w:p>
      <w:r>
        <w:t>But here's the thing: AI still needs clear information. If your pitch is all marketing speak, AI has nothing to work with. Give me facts, AI flags it, I cover it."</w:t>
      </w:r>
    </w:p>
    <w:p>
      <w:pPr>
        <w:pStyle w:val="Heading3"/>
      </w:pPr>
      <w:r>
        <w:rPr>
          <w:sz w:val="28"/>
        </w:rPr>
        <w:t>"The pitches AI recommends are genuinely better"</w:t>
      </w:r>
    </w:p>
    <w:p>
      <w:r>
        <w:t>*Healthcare journalist, industry publication*</w:t>
      </w:r>
    </w:p>
    <w:p>
      <w:r>
        <w:t>"I was skeptical at first. But after three months, I realized the pitches AI flags ARE actually more newsworthy. They have clear angles, timely hooks, concrete details.</w:t>
      </w:r>
    </w:p>
    <w:p>
      <w:r>
        <w:t>The ones AI filters out? Usually promotional fluff with no real news. AI is better at separating news from marketing than I gave it credit for."</w:t>
      </w:r>
    </w:p>
    <w:p>
      <w:pPr>
        <w:pStyle w:val="Heading2"/>
      </w:pPr>
      <w:r>
        <w:rPr>
          <w:sz w:val="32"/>
        </w:rPr>
        <w:t>What Makes A Pitch AI-Proof</w:t>
      </w:r>
    </w:p>
    <w:p>
      <w:r>
        <w:t>Elena's analysis of 200 pitches she sent over six months:</w:t>
      </w:r>
    </w:p>
    <w:p>
      <w:pPr>
        <w:pStyle w:val="Heading3"/>
      </w:pPr>
      <w:r>
        <w:rPr>
          <w:sz w:val="28"/>
        </w:rPr>
        <w:t>Pitches AI Flagged (High Response Rate):</w:t>
      </w:r>
    </w:p>
    <w:p>
      <w:r>
        <w:rPr>
          <w:b/>
        </w:rPr>
        <w:t>Common characteristics:</w:t>
      </w:r>
    </w:p>
    <w:p>
      <w:r>
        <w:t>- Specific numbers in subject line and opening</w:t>
      </w:r>
    </w:p>
    <w:p>
      <w:r>
        <w:t>- Clear news event (funding, acquisition, launch, expansion)</w:t>
      </w:r>
    </w:p>
    <w:p>
      <w:r>
        <w:t>- Obvious local/industry relevance</w:t>
      </w:r>
    </w:p>
    <w:p>
      <w:r>
        <w:t>- Concrete details throughout</w:t>
      </w:r>
    </w:p>
    <w:p>
      <w:r>
        <w:t>- Facts over adjectives</w:t>
      </w:r>
    </w:p>
    <w:p>
      <w:r>
        <w:t>- News in paragraph 1, not paragraph 3</w:t>
      </w:r>
    </w:p>
    <w:p>
      <w:r>
        <w:t>Average response rate: 25-30%</w:t>
      </w:r>
    </w:p>
    <w:p>
      <w:pPr>
        <w:pStyle w:val="Heading3"/>
      </w:pPr>
      <w:r>
        <w:rPr>
          <w:sz w:val="28"/>
        </w:rPr>
        <w:t>Pitches AI Filtered Out (Low Response Rate):</w:t>
      </w:r>
    </w:p>
    <w:p>
      <w:r>
        <w:rPr>
          <w:b/>
        </w:rPr>
        <w:t>Common characteristics:</w:t>
      </w:r>
    </w:p>
    <w:p>
      <w:r>
        <w:t>- Vague subject lines</w:t>
      </w:r>
    </w:p>
    <w:p>
      <w:r>
        <w:t>- Marketing language</w:t>
      </w:r>
    </w:p>
    <w:p>
      <w:r>
        <w:t>- Buried ledes</w:t>
      </w:r>
    </w:p>
    <w:p>
      <w:r>
        <w:t>- No clear timeliness</w:t>
      </w:r>
    </w:p>
    <w:p>
      <w:r>
        <w:t>- Abstract benefits</w:t>
      </w:r>
    </w:p>
    <w:p>
      <w:r>
        <w:t>- Adjective-heavy prose</w:t>
      </w:r>
    </w:p>
    <w:p>
      <w:r>
        <w:t>Average response rate: 2-5%</w:t>
      </w:r>
    </w:p>
    <w:p>
      <w:r>
        <w:t>Same journalist list. Same types of clients. The only difference: How the pitch was written.</w:t>
      </w:r>
    </w:p>
    <w:p>
      <w:pPr>
        <w:pStyle w:val="Heading2"/>
      </w:pPr>
      <w:r>
        <w:rPr>
          <w:sz w:val="32"/>
        </w:rPr>
        <w:t>The New Rules for PR</w:t>
      </w:r>
    </w:p>
    <w:p>
      <w:r>
        <w:t>Elena created new guidelines for her team:</w:t>
      </w:r>
    </w:p>
    <w:p>
      <w:pPr>
        <w:pStyle w:val="Heading3"/>
      </w:pPr>
      <w:r>
        <w:rPr>
          <w:sz w:val="28"/>
        </w:rPr>
        <w:t>Rule #1: Write subject lines for AI, not humans</w:t>
      </w:r>
    </w:p>
    <w:p>
      <w:r>
        <w:t>Humans respond to curiosity and cleverness. AI responds to clarity and specificity.</w:t>
      </w:r>
    </w:p>
    <w:p>
      <w:r>
        <w:t>"Guess what just happened?" - Humans might click. AI ignores it.</w:t>
      </w:r>
    </w:p>
    <w:p>
      <w:r>
        <w:t>"TechCo raises $50M, expands to 10 cities" - Humans might not click. AI flags it.</w:t>
      </w:r>
    </w:p>
    <w:p>
      <w:r>
        <w:t>Since AI filters before humans see it, optimize for AI first.</w:t>
      </w:r>
    </w:p>
    <w:p>
      <w:pPr>
        <w:pStyle w:val="Heading3"/>
      </w:pPr>
      <w:r>
        <w:rPr>
          <w:sz w:val="28"/>
        </w:rPr>
        <w:t>Rule #2: Lead with the news, always</w:t>
      </w:r>
    </w:p>
    <w:p>
      <w:r>
        <w:t>Your most important information goes in:</w:t>
      </w:r>
    </w:p>
    <w:p>
      <w:r>
        <w:t>1. Subject line (the hook)</w:t>
      </w:r>
    </w:p>
    <w:p>
      <w:r>
        <w:t>2. First sentence (the news)</w:t>
      </w:r>
    </w:p>
    <w:p>
      <w:r>
        <w:t>3. First paragraph (the details)</w:t>
      </w:r>
    </w:p>
    <w:p>
      <w:r>
        <w:t>Never:</w:t>
      </w:r>
    </w:p>
    <w:p>
      <w:r>
        <w:t>- Paragraph 3 (too late)</w:t>
      </w:r>
    </w:p>
    <w:p>
      <w:r>
        <w:t>- After context-setting (journalists don't care about context until they know why they should care)</w:t>
      </w:r>
    </w:p>
    <w:p>
      <w:r>
        <w:t>- After company background (nobody cares about your founding story until they know why you're newsworthy today)</w:t>
      </w:r>
    </w:p>
    <w:p>
      <w:pPr>
        <w:pStyle w:val="Heading3"/>
      </w:pPr>
      <w:r>
        <w:rPr>
          <w:sz w:val="28"/>
        </w:rPr>
        <w:t>Rule #3: Be specific, not compelling</w:t>
      </w:r>
    </w:p>
    <w:p>
      <w:r>
        <w:rPr>
          <w:b/>
        </w:rPr>
        <w:t>Don't try to:</w:t>
      </w:r>
    </w:p>
    <w:p>
      <w:r>
        <w:t>- Build intrigue</w:t>
      </w:r>
    </w:p>
    <w:p>
      <w:r>
        <w:t>- Create curiosity</w:t>
      </w:r>
    </w:p>
    <w:p>
      <w:r>
        <w:t>- Sound exciting</w:t>
      </w:r>
    </w:p>
    <w:p>
      <w:r>
        <w:rPr>
          <w:b/>
        </w:rPr>
        <w:t>Do try to:</w:t>
      </w:r>
    </w:p>
    <w:p>
      <w:r>
        <w:t>- State facts clearly</w:t>
      </w:r>
    </w:p>
    <w:p>
      <w:r>
        <w:t>- Provide specific numbers</w:t>
      </w:r>
    </w:p>
    <w:p>
      <w:r>
        <w:t>- Explain obvious relevance</w:t>
      </w:r>
    </w:p>
    <w:p>
      <w:r>
        <w:t>"You won't believe what happened" = AI can't determine news value</w:t>
      </w:r>
    </w:p>
    <w:p>
      <w:r>
        <w:t>"Company X acquired Company Y for $50M" = AI knows this is news</w:t>
      </w:r>
    </w:p>
    <w:p>
      <w:pPr>
        <w:pStyle w:val="Heading3"/>
      </w:pPr>
      <w:r>
        <w:rPr>
          <w:sz w:val="28"/>
        </w:rPr>
        <w:t>Rule #4: Remove all marketing language</w:t>
      </w:r>
    </w:p>
    <w:p>
      <w:r>
        <w:t>Every time you use these words, AI flags your pitch as promotional, not newsworthy:</w:t>
      </w:r>
    </w:p>
    <w:p>
      <w:r>
        <w:t>- Revolutionary</w:t>
      </w:r>
    </w:p>
    <w:p>
      <w:r>
        <w:t>- Innovative</w:t>
      </w:r>
    </w:p>
    <w:p>
      <w:r>
        <w:t>- Game-changing</w:t>
      </w:r>
    </w:p>
    <w:p>
      <w:r>
        <w:t>- Cutting-edge</w:t>
      </w:r>
    </w:p>
    <w:p>
      <w:r>
        <w:t>- Best-in-class</w:t>
      </w:r>
    </w:p>
    <w:p>
      <w:r>
        <w:t>- Leading provider</w:t>
      </w:r>
    </w:p>
    <w:p>
      <w:r>
        <w:t>- Transforming</w:t>
      </w:r>
    </w:p>
    <w:p>
      <w:r>
        <w:t>- Disrupting</w:t>
      </w:r>
    </w:p>
    <w:p>
      <w:r>
        <w:t>- Excited to announce</w:t>
      </w:r>
    </w:p>
    <w:p>
      <w:r>
        <w:t>- Thrilled to share</w:t>
      </w:r>
    </w:p>
    <w:p>
      <w:r>
        <w:t>- Proud to introduce</w:t>
      </w:r>
    </w:p>
    <w:p>
      <w:r>
        <w:t>Replace with facts:</w:t>
      </w:r>
    </w:p>
    <w:p>
      <w:r>
        <w:t>- Instead of "revolutionary AI platform" → "AI platform that reduced costs by 40%"</w:t>
      </w:r>
    </w:p>
    <w:p>
      <w:r>
        <w:t>- Instead of "game-changing solution" → "solution now used by 500 hospitals"</w:t>
      </w:r>
    </w:p>
    <w:p>
      <w:r>
        <w:t>- Instead of "innovative approach" → "approach that saved clients $5M"</w:t>
      </w:r>
    </w:p>
    <w:p>
      <w:pPr>
        <w:pStyle w:val="Heading3"/>
      </w:pPr>
      <w:r>
        <w:rPr>
          <w:sz w:val="28"/>
        </w:rPr>
        <w:t>Rule #5: Make timeliness obvious</w:t>
      </w:r>
    </w:p>
    <w:p>
      <w:r>
        <w:t>AI looks for why this matters NOW. Make it explicit:</w:t>
      </w:r>
    </w:p>
    <w:p>
      <w:r>
        <w:t>"This announcement comes as [industry trend/current event]"</w:t>
      </w:r>
    </w:p>
    <w:p>
      <w:r>
        <w:t>"The launch addresses [current problem in the news]"</w:t>
      </w:r>
    </w:p>
    <w:p>
      <w:r>
        <w:t>"The funding follows [recent industry change]"</w:t>
      </w:r>
    </w:p>
    <w:p>
      <w:r>
        <w:t>Don't make AI work to figure out why this is timely. Tell it directly.</w:t>
      </w:r>
    </w:p>
    <w:p>
      <w:pPr>
        <w:pStyle w:val="Heading2"/>
      </w:pPr>
      <w:r>
        <w:rPr>
          <w:sz w:val="32"/>
        </w:rPr>
        <w:t>The Mistakes Elena's Competitors Still Make</w:t>
      </w:r>
    </w:p>
    <w:p>
      <w:r>
        <w:t>Elena sees competitors making the same mistakes she used to make:</w:t>
      </w:r>
    </w:p>
    <w:p>
      <w:pPr>
        <w:pStyle w:val="Heading3"/>
      </w:pPr>
      <w:r>
        <w:rPr>
          <w:sz w:val="28"/>
        </w:rPr>
        <w:t>Mistake #1: Clever subject lines</w:t>
      </w:r>
    </w:p>
    <w:p>
      <w:r>
        <w:t>"The future of healthcare just arrived" - Sounds intriguing to humans, meaningless to AI.</w:t>
      </w:r>
    </w:p>
    <w:p>
      <w:r>
        <w:t>"HealthTech startup raises $25M for AI platform" - Boring to humans, clear to AI.</w:t>
      </w:r>
    </w:p>
    <w:p>
      <w:r>
        <w:t>The clever one gets filtered. The boring one gets read.</w:t>
      </w:r>
    </w:p>
    <w:p>
      <w:pPr>
        <w:pStyle w:val="Heading3"/>
      </w:pPr>
      <w:r>
        <w:rPr>
          <w:sz w:val="28"/>
        </w:rPr>
        <w:t>Mistake #2: Building up to the news</w:t>
      </w:r>
    </w:p>
    <w:p>
      <w:r>
        <w:t>Opening with company background, market context, or problem description before getting to the actual news.</w:t>
      </w:r>
    </w:p>
    <w:p>
      <w:r>
        <w:t>By the time they reach "Today, we're announcing..." in paragraph 3, AI has already flagged the pitch as non-newsworthy promotional content.</w:t>
      </w:r>
    </w:p>
    <w:p>
      <w:pPr>
        <w:pStyle w:val="Heading3"/>
      </w:pPr>
      <w:r>
        <w:rPr>
          <w:sz w:val="28"/>
        </w:rPr>
        <w:t>Mistake #3: Writing like marketers, not journalists</w:t>
      </w:r>
    </w:p>
    <w:p>
      <w:r>
        <w:t>"We're excited to announce our innovative solution that transforms how businesses..."</w:t>
      </w:r>
    </w:p>
    <w:p>
      <w:r>
        <w:t>Journalists write: "Company X launched Product Y today. It does [specific thing] for [specific customers]."</w:t>
      </w:r>
    </w:p>
    <w:p>
      <w:r>
        <w:t>Write like journalists write. AI recognizes news writing. AI filters out marketing writing.</w:t>
      </w:r>
    </w:p>
    <w:p>
      <w:pPr>
        <w:pStyle w:val="Heading3"/>
      </w:pPr>
      <w:r>
        <w:rPr>
          <w:sz w:val="28"/>
        </w:rPr>
        <w:t>Mistake #4: Assuming relationships override AI</w:t>
      </w:r>
    </w:p>
    <w:p>
      <w:r>
        <w:t>"But I know the journalist personally! They'll read my pitch regardless."</w:t>
      </w:r>
    </w:p>
    <w:p>
      <w:r>
        <w:t>Maybe. But if they're getting 200 pitches per day and using AI to filter, they're not manually reading through all 200 looking for pitches from people they know.</w:t>
      </w:r>
    </w:p>
    <w:p>
      <w:r>
        <w:t>If AI filters you out, the journalist never sees your pitch to recognize your name.</w:t>
      </w:r>
    </w:p>
    <w:p>
      <w:pPr>
        <w:pStyle w:val="Heading3"/>
      </w:pPr>
      <w:r>
        <w:rPr>
          <w:sz w:val="28"/>
        </w:rPr>
        <w:t>Mistake #5: Not testing their pitches</w:t>
      </w:r>
    </w:p>
    <w:p>
      <w:r>
        <w:t>Elena now tests every pitch before sending:</w:t>
      </w:r>
    </w:p>
    <w:p>
      <w:r>
        <w:t>She pastes it into ChatGPT with the prompt: "I'm a journalist who receives 100 pitches per day. Is this pitch newsworthy? Would you recommend I read it?"</w:t>
      </w:r>
    </w:p>
    <w:p>
      <w:r>
        <w:t>If ChatGPT says no or seems uncertain, she rewrites it.</w:t>
      </w:r>
    </w:p>
    <w:p>
      <w:r>
        <w:t>This takes 30 seconds and dramatically improves her response rate.</w:t>
      </w:r>
    </w:p>
    <w:p>
      <w:pPr>
        <w:pStyle w:val="Heading2"/>
      </w:pPr>
      <w:r>
        <w:rPr>
          <w:sz w:val="32"/>
        </w:rPr>
        <w:t>Six Months Later</w:t>
      </w:r>
    </w:p>
    <w:p>
      <w:r>
        <w:t>Six months after Elena adopted AI-proof pitching:</w:t>
      </w:r>
    </w:p>
    <w:p>
      <w:r>
        <w:rPr>
          <w:b/>
        </w:rPr>
        <w:t>Metrics:</w:t>
      </w:r>
    </w:p>
    <w:p>
      <w:r>
        <w:t>- Response rate: 5% → 28%</w:t>
      </w:r>
    </w:p>
    <w:p>
      <w:r>
        <w:t>- Placements per client: 1.2 per quarter → 3.8 per quarter</w:t>
      </w:r>
    </w:p>
    <w:p>
      <w:r>
        <w:t>- Tier-one placements: 2 per quarter → 8 per quarter</w:t>
      </w:r>
    </w:p>
    <w:p>
      <w:r>
        <w:t>- Client retention: 85% → 97%</w:t>
      </w:r>
    </w:p>
    <w:p>
      <w:r>
        <w:rPr>
          <w:b/>
        </w:rPr>
        <w:t>Client results:</w:t>
      </w:r>
    </w:p>
    <w:p>
      <w:r>
        <w:t>- Average coverage increased 3x</w:t>
      </w:r>
    </w:p>
    <w:p>
      <w:r>
        <w:t>- Better quality placements (tier-one vs tier-three)</w:t>
      </w:r>
    </w:p>
    <w:p>
      <w:r>
        <w:t>- Faster turnaround (pitches got responses same-day vs weeks later)</w:t>
      </w:r>
    </w:p>
    <w:p>
      <w:r>
        <w:t>- Clients stopped asking "why aren't we getting more coverage?"</w:t>
      </w:r>
    </w:p>
    <w:p>
      <w:r>
        <w:rPr>
          <w:b/>
        </w:rPr>
        <w:t>Business results:</w:t>
      </w:r>
    </w:p>
    <w:p>
      <w:r>
        <w:t>- Signed 4 new clients (all mentioned her track record)</w:t>
      </w:r>
    </w:p>
    <w:p>
      <w:r>
        <w:t>- Raised retainer fees 20% (justified by results)</w:t>
      </w:r>
    </w:p>
    <w:p>
      <w:r>
        <w:t>- Zero client churn in six months</w:t>
      </w:r>
    </w:p>
    <w:p>
      <w:r>
        <w:t>- Competitors started asking what changed</w:t>
      </w:r>
    </w:p>
    <w:p>
      <w:r>
        <w:t>Elena told me: "For twenty years, I wrote pitches for journalists. Now I write pitches for AI that filters for journalists. It feels backwards. But it works. My response rate is 5x higher. My clients are getting better coverage. And I'm working the same amount, just smarter."</w:t>
      </w:r>
    </w:p>
    <w:p>
      <w:pPr>
        <w:pStyle w:val="Heading2"/>
      </w:pPr>
      <w:r>
        <w:rPr>
          <w:sz w:val="32"/>
        </w:rPr>
        <w:t>Your Action Plan</w:t>
      </w:r>
    </w:p>
    <w:p>
      <w:r>
        <w:t>Next time you pitch media:</w:t>
      </w:r>
    </w:p>
    <w:p>
      <w:pPr>
        <w:pStyle w:val="Heading3"/>
      </w:pPr>
      <w:r>
        <w:rPr>
          <w:sz w:val="28"/>
        </w:rPr>
        <w:t>Day 1: Rewrite your subject line for AI</w:t>
      </w:r>
    </w:p>
    <w:p>
      <w:r>
        <w:t>Current subject line: "Exciting Product Launch"</w:t>
      </w:r>
    </w:p>
    <w:p>
      <w:r>
        <w:t>AI-proof subject line: "[Company] launches [product] for [specific industry], adds [number] customers in [timeframe]"</w:t>
      </w:r>
    </w:p>
    <w:p>
      <w:r>
        <w:t>Test it: Ask ChatGPT if it sounds newsworthy. If AI says yes, keep it. If AI seems uncertain, be more specific.</w:t>
      </w:r>
    </w:p>
    <w:p>
      <w:pPr>
        <w:pStyle w:val="Heading3"/>
      </w:pPr>
      <w:r>
        <w:rPr>
          <w:sz w:val="28"/>
        </w:rPr>
        <w:t>Day 2: Move your news to sentence one</w:t>
      </w:r>
    </w:p>
    <w:p>
      <w:r>
        <w:t>Current opening: "Founded in 2020, Company X has been working on a revolutionary solution that transforms how businesses handle [problem]. Today, we're excited to announce..."</w:t>
      </w:r>
    </w:p>
    <w:p>
      <w:r>
        <w:t>AI-proof opening: "Company X launched Product Y today for [specific industry]. The product [specific function] and already has [number] customers including [notable names]."</w:t>
      </w:r>
    </w:p>
    <w:p>
      <w:r>
        <w:t>The news is NOW in sentence one where AI will see it.</w:t>
      </w:r>
    </w:p>
    <w:p>
      <w:pPr>
        <w:pStyle w:val="Heading3"/>
      </w:pPr>
      <w:r>
        <w:rPr>
          <w:sz w:val="28"/>
        </w:rPr>
        <w:t>Day 3: Remove ALL marketing language</w:t>
      </w:r>
    </w:p>
    <w:p>
      <w:r>
        <w:t>Search your pitch for:</w:t>
      </w:r>
    </w:p>
    <w:p>
      <w:r>
        <w:t>- Excited/thrilled/proud</w:t>
      </w:r>
    </w:p>
    <w:p>
      <w:r>
        <w:t>- Revolutionary/innovative/game-changing</w:t>
      </w:r>
    </w:p>
    <w:p>
      <w:r>
        <w:t>- Transform/disrupt/revolutionize</w:t>
      </w:r>
    </w:p>
    <w:p>
      <w:r>
        <w:t>- Any adjectives without supporting facts</w:t>
      </w:r>
    </w:p>
    <w:p>
      <w:r>
        <w:t>Replace with specific facts and numbers.</w:t>
      </w:r>
    </w:p>
    <w:p>
      <w:pPr>
        <w:pStyle w:val="Heading3"/>
      </w:pPr>
      <w:r>
        <w:rPr>
          <w:sz w:val="28"/>
        </w:rPr>
        <w:t>Day 4: Add specific timeliness</w:t>
      </w:r>
    </w:p>
    <w:p>
      <w:r>
        <w:t>Why is this news TODAY and not last month or next month?</w:t>
      </w:r>
    </w:p>
    <w:p>
      <w:r>
        <w:t>Add: "This launch comes as [industry trend]" or "The announcement follows [recent event]" or "The timing coincides with [current challenge]"</w:t>
      </w:r>
    </w:p>
    <w:p>
      <w:r>
        <w:t>Make it obvious why this matters now.</w:t>
      </w:r>
    </w:p>
    <w:p>
      <w:pPr>
        <w:pStyle w:val="Heading3"/>
      </w:pPr>
      <w:r>
        <w:rPr>
          <w:sz w:val="28"/>
        </w:rPr>
        <w:t>Day 5: Test with AI</w:t>
      </w:r>
    </w:p>
    <w:p>
      <w:r>
        <w:t>Paste your pitch into ChatGPT:</w:t>
      </w:r>
    </w:p>
    <w:p>
      <w:r>
        <w:t>"I'm a journalist receiving 100 pitches today. Based on this pitch, is this newsworthy? Would you flag this for me to read?"</w:t>
      </w:r>
    </w:p>
    <w:p>
      <w:r>
        <w:t>If AI says yes → Send it</w:t>
      </w:r>
    </w:p>
    <w:p>
      <w:r>
        <w:t>If AI says no → Rewrite following the formula above</w:t>
      </w:r>
    </w:p>
    <w:p>
      <w:pPr>
        <w:pStyle w:val="Heading2"/>
      </w:pPr>
      <w:r>
        <w:rPr>
          <w:sz w:val="32"/>
        </w:rPr>
        <w:t>The Shift</w:t>
      </w:r>
    </w:p>
    <w:p>
      <w:r>
        <w:t>Elena's transformation wasn't about learning AI. It was about accepting how journalists now work.</w:t>
      </w:r>
    </w:p>
    <w:p>
      <w:r>
        <w:t>She went from:</w:t>
      </w:r>
    </w:p>
    <w:p>
      <w:r>
        <w:t>- Writing pitches journalists might appreciate</w:t>
      </w:r>
    </w:p>
    <w:p>
      <w:r>
        <w:t>- ↓</w:t>
      </w:r>
    </w:p>
    <w:p>
      <w:r>
        <w:t>- Writing pitches AI will flag for journalists</w:t>
      </w:r>
    </w:p>
    <w:p>
      <w:r>
        <w:t>The journalists still make coverage decisions. But if AI doesn't surface your pitch, journalists never see it to make that decision.</w:t>
      </w:r>
    </w:p>
    <w:p>
      <w:r>
        <w:rPr>
          <w:b/>
        </w:rPr>
        <w:t>Old process:</w:t>
      </w:r>
    </w:p>
    <w:p>
      <w:r>
        <w:t>Write pitch → Send to journalist → Journalist reads (maybe) → Decides if newsworthy</w:t>
      </w:r>
    </w:p>
    <w:p>
      <w:r>
        <w:rPr>
          <w:b/>
        </w:rPr>
        <w:t>New process:</w:t>
      </w:r>
    </w:p>
    <w:p>
      <w:r>
        <w:t>Write pitch → Send to journalist → AI filters inbox → Flags newsworthy pitches → Journalist reads THOSE</w:t>
      </w:r>
    </w:p>
    <w:p>
      <w:r>
        <w:t>You're not pitching journalists anymore. You're pitching AI, which then surfaces your pitch to journalists.</w:t>
      </w:r>
    </w:p>
    <w:p>
      <w:r>
        <w:t>Elena told me: "I spent twenty years learning what journalists want. Now I had to learn what AI thinks journalists want. Turns out: Specific facts, clear news value, no marketing fluff. Which is exactly what good journalism has always wanted. AI just enforces it more strictly."</w:t>
      </w:r>
    </w:p>
    <w:p>
      <w:pPr>
        <w:pStyle w:val="Heading2"/>
      </w:pPr>
      <w:r>
        <w:rPr>
          <w:sz w:val="32"/>
        </w:rPr>
        <w:t>The Bottom Line</w:t>
      </w:r>
    </w:p>
    <w:p>
      <w:r>
        <w:t>The journalists haven't changed. They still want good stories.</w:t>
      </w:r>
    </w:p>
    <w:p>
      <w:r>
        <w:t>But AI is now the gatekeeper.</w:t>
      </w:r>
    </w:p>
    <w:p>
      <w:r>
        <w:t>If you write pitches like a marketer (excited! revolutionary! game-changing!), AI filters you out.</w:t>
      </w:r>
    </w:p>
    <w:p>
      <w:r>
        <w:t>If you write pitches like a journalist (specific facts, clear news, obvious timeliness), AI flags you for reading.</w:t>
      </w:r>
    </w:p>
    <w:p>
      <w:r>
        <w:t>Same journalists. Same stories. Different approach.</w:t>
      </w:r>
    </w:p>
    <w:p>
      <w:r>
        <w:t>Elena's response rate went from 5% to 28% by changing how she wrote pitches, not by getting new media contacts or better stories.</w:t>
      </w:r>
    </w:p>
    <w:p>
      <w:r>
        <w:t>Your pitches are probably good. They're just not AI-proof.</w:t>
      </w:r>
    </w:p>
    <w:p>
      <w:r>
        <w:t>Fix that, and journalists will actually see them.</w:t>
      </w:r>
    </w:p>
    <w:p>
      <w:pPr>
        <w:pStyle w:val="Heading1"/>
      </w:pPr>
      <w:r>
        <w:rPr>
          <w:sz w:val="36"/>
        </w:rPr>
        <w:t>CHAPTER 8: The Reputation You Didn't Know You Had</w:t>
      </w:r>
    </w:p>
    <w:p>
      <w:r>
        <w:t>Michael runs a software company in Seattle. Fifty employees. $20M revenue. Great company culture. Happy customers.</w:t>
      </w:r>
    </w:p>
    <w:p>
      <w:r>
        <w:t>Or so he thought.</w:t>
      </w:r>
    </w:p>
    <w:p>
      <w:r>
        <w:t>In April 2024, a potential investor mentioned something odd during a call:</w:t>
      </w:r>
    </w:p>
    <w:p>
      <w:r>
        <w:t>"I asked ChatGPT about your company. The summary was... concerning."</w:t>
      </w:r>
    </w:p>
    <w:p>
      <w:r>
        <w:t>"What did it say?" Michael asked.</w:t>
      </w:r>
    </w:p>
    <w:p>
      <w:r>
        <w:t>"Something about employee complaints and customer service issues. Is that accurate?"</w:t>
      </w:r>
    </w:p>
    <w:p>
      <w:r>
        <w:t>Michael's heart sank. "No. Absolutely not. Where did it get that?"</w:t>
      </w:r>
    </w:p>
    <w:p>
      <w:r>
        <w:t>After the call, Michael asked ChatGPT about his own company.</w:t>
      </w:r>
    </w:p>
    <w:p>
      <w:r>
        <w:t>The AI summary mentioned:</w:t>
      </w:r>
    </w:p>
    <w:p>
      <w:r>
        <w:t>- "Mixed reviews on Glassdoor"</w:t>
      </w:r>
    </w:p>
    <w:p>
      <w:r>
        <w:t>- "Some customer complaints about support"</w:t>
      </w:r>
    </w:p>
    <w:p>
      <w:r>
        <w:t>- "Questions about company culture"</w:t>
      </w:r>
    </w:p>
    <w:p>
      <w:r>
        <w:t>- "Employee turnover concerns"</w:t>
      </w:r>
    </w:p>
    <w:p>
      <w:r>
        <w:t>All technically true—there were a few negative Glassdoor reviews from 2-3 years ago, a couple upset customers who'd left angry reviews, and yes, they'd had some turnover (like every company).</w:t>
      </w:r>
    </w:p>
    <w:p>
      <w:r>
        <w:t>But AI made it sound like systemic problems.</w:t>
      </w:r>
    </w:p>
    <w:p>
      <w:r>
        <w:t>The summary emphasized negatives over the 50+ positive reviews, the 4.7-star average rating, and the dozens of happy customer testimonials.</w:t>
      </w:r>
    </w:p>
    <w:p>
      <w:r>
        <w:rPr>
          <w:b/>
        </w:rPr>
        <w:t>Michael discovered: AI's version of his reputation wasn't the same as reality.</w:t>
      </w:r>
    </w:p>
    <w:p>
      <w:pPr>
        <w:pStyle w:val="Heading2"/>
      </w:pPr>
      <w:r>
        <w:rPr>
          <w:sz w:val="32"/>
        </w:rPr>
        <w:t>What AI Actually Sees</w:t>
      </w:r>
    </w:p>
    <w:p>
      <w:r>
        <w:t>Michael hired a reputation consultant. (Yes, that's a thing now.)</w:t>
      </w:r>
    </w:p>
    <w:p>
      <w:r>
        <w:t>She explained: "AI builds your reputation from what's publicly visible and recent. It weighs certain sources heavily. And it tends to emphasize patterns—especially negative patterns—over individual positive mentions."</w:t>
      </w:r>
    </w:p>
    <w:p>
      <w:pPr>
        <w:pStyle w:val="Heading3"/>
      </w:pPr>
      <w:r>
        <w:rPr>
          <w:sz w:val="28"/>
        </w:rPr>
        <w:t>What AI Pulls From:</w:t>
      </w:r>
    </w:p>
    <w:p>
      <w:r>
        <w:rPr>
          <w:b/>
        </w:rPr>
        <w:t>1. Review sites:</w:t>
      </w:r>
    </w:p>
    <w:p>
      <w:r>
        <w:t>- Glassdoor (employee reviews)</w:t>
      </w:r>
    </w:p>
    <w:p>
      <w:r>
        <w:t>- Google Reviews (customer feedback)</w:t>
      </w:r>
    </w:p>
    <w:p>
      <w:r>
        <w:t>- Yelp, Trustpilot, G2, Capterra (industry-specific)</w:t>
      </w:r>
    </w:p>
    <w:p>
      <w:r>
        <w:t>- BBB complaints</w:t>
      </w:r>
    </w:p>
    <w:p>
      <w:r>
        <w:rPr>
          <w:b/>
        </w:rPr>
        <w:t>2. News mentions:</w:t>
      </w:r>
    </w:p>
    <w:p>
      <w:r>
        <w:t>- Any press coverage (good or bad)</w:t>
      </w:r>
    </w:p>
    <w:p>
      <w:r>
        <w:t>- Industry publications</w:t>
      </w:r>
    </w:p>
    <w:p>
      <w:r>
        <w:t>- Local news</w:t>
      </w:r>
    </w:p>
    <w:p>
      <w:r>
        <w:t>- Trade journals</w:t>
      </w:r>
    </w:p>
    <w:p>
      <w:r>
        <w:rPr>
          <w:b/>
        </w:rPr>
        <w:t>3. Social media:</w:t>
      </w:r>
    </w:p>
    <w:p>
      <w:r>
        <w:t>- Twitter/X complaints (often public and viral)</w:t>
      </w:r>
    </w:p>
    <w:p>
      <w:r>
        <w:t>- LinkedIn discussions</w:t>
      </w:r>
    </w:p>
    <w:p>
      <w:r>
        <w:t>- Reddit threads</w:t>
      </w:r>
    </w:p>
    <w:p>
      <w:r>
        <w:t>- Facebook reviews</w:t>
      </w:r>
    </w:p>
    <w:p>
      <w:r>
        <w:rPr>
          <w:b/>
        </w:rPr>
        <w:t>4. Forums and communities:</w:t>
      </w:r>
    </w:p>
    <w:p>
      <w:r>
        <w:t>- Industry-specific forums</w:t>
      </w:r>
    </w:p>
    <w:p>
      <w:r>
        <w:t>- Reddit discussions about your company</w:t>
      </w:r>
    </w:p>
    <w:p>
      <w:r>
        <w:t>- Blind (anonymous workplace reviews)</w:t>
      </w:r>
    </w:p>
    <w:p>
      <w:r>
        <w:t>- Quora questions and answers</w:t>
      </w:r>
    </w:p>
    <w:p>
      <w:r>
        <w:rPr>
          <w:b/>
        </w:rPr>
        <w:t>5. Your own content:</w:t>
      </w:r>
    </w:p>
    <w:p>
      <w:r>
        <w:t>- Website claims</w:t>
      </w:r>
    </w:p>
    <w:p>
      <w:r>
        <w:t>- Blog posts</w:t>
      </w:r>
    </w:p>
    <w:p>
      <w:r>
        <w:t>- Social media presence</w:t>
      </w:r>
    </w:p>
    <w:p>
      <w:r>
        <w:t>- Press releases</w:t>
      </w:r>
    </w:p>
    <w:p>
      <w:pPr>
        <w:pStyle w:val="Heading3"/>
      </w:pPr>
      <w:r>
        <w:rPr>
          <w:sz w:val="28"/>
        </w:rPr>
        <w:t>How AI Interprets It:</w:t>
      </w:r>
    </w:p>
    <w:p>
      <w:r>
        <w:t>Negative reviews get weighted heavily because they're more specific and detailed than positive ones.</w:t>
      </w:r>
    </w:p>
    <w:p>
      <w:r>
        <w:t>Positive review: "Great company!"</w:t>
      </w:r>
    </w:p>
    <w:p>
      <w:r>
        <w:t>Negative review: "I worked there for 6 months and experienced toxic management, unrealistic deadlines, and poor communication. The product is buggy and customer support is non-responsive."</w:t>
      </w:r>
    </w:p>
    <w:p>
      <w:r>
        <w:t>Which one gives AI more information to work with?</w:t>
      </w:r>
    </w:p>
    <w:p>
      <w:r>
        <w:t>Recent content matters more than old content. Except old negative content never really goes away—it just needs to be diluted with new positive content.</w:t>
      </w:r>
    </w:p>
    <w:p>
      <w:r>
        <w:t>Patterns matter more than incidents. Three similar complaints = "recurring issue" in AI's interpretation.</w:t>
      </w:r>
    </w:p>
    <w:p>
      <w:r>
        <w:t>Emotional language gets amplified. "Terrible," "disaster," "nightmare" signal big problems to AI.</w:t>
      </w:r>
    </w:p>
    <w:p>
      <w:r>
        <w:t>Result: AI creates a narrative. And that narrative might not match the reality you're living every day.</w:t>
      </w:r>
    </w:p>
    <w:p>
      <w:pPr>
        <w:pStyle w:val="Heading2"/>
      </w:pPr>
      <w:r>
        <w:rPr>
          <w:sz w:val="32"/>
        </w:rPr>
        <w:t>The Audit</w:t>
      </w:r>
    </w:p>
    <w:p>
      <w:r>
        <w:t>Michael systematically asked AI about his company from multiple angles:</w:t>
      </w:r>
    </w:p>
    <w:p>
      <w:r>
        <w:t>Question 1: "What do people say about working at [Company]?"</w:t>
      </w:r>
    </w:p>
    <w:p>
      <w:r>
        <w:t>AI's answer: "Reviews are mixed. Glassdoor shows a 3.8/5 rating with common complaints about work-life balance and management communication. Some reviewers praise the mission and team, while others cite high stress and unclear direction."</w:t>
      </w:r>
    </w:p>
    <w:p>
      <w:r>
        <w:t>Reality: 4.2/5 on Glassdoor, most complaints from 2-3 years ago during rapid growth phase.</w:t>
      </w:r>
    </w:p>
    <w:p>
      <w:r>
        <w:t>Question 2: "What are common complaints about [Company]?"</w:t>
      </w:r>
    </w:p>
    <w:p>
      <w:r>
        <w:t>AI's answer: "Customer complaints mention slow support response times, occasional bugs in the software, and difficulty reaching the sales team. Some users on Reddit discuss pricing concerns."</w:t>
      </w:r>
    </w:p>
    <w:p>
      <w:r>
        <w:t>Reality: 4.7/5 customer satisfaction, 95% support ticket resolution within 24 hours, two Reddit complaints from 2022.</w:t>
      </w:r>
    </w:p>
    <w:p>
      <w:r>
        <w:t>Question 3: "What's [Company]'s reputation for customer service?"</w:t>
      </w:r>
    </w:p>
    <w:p>
      <w:r>
        <w:t>AI's answer: "Customer service receives mixed feedback. While some customers praise the support team, others report delays and unresolved issues. The company has a 4.2/5 rating on G2 with customer service being a common concern."</w:t>
      </w:r>
    </w:p>
    <w:p>
      <w:r>
        <w:t>Reality: Industry-leading NPS score, but AI found and emphasized the handful of negative reviews.</w:t>
      </w:r>
    </w:p>
    <w:p>
      <w:r>
        <w:t>Question 4: "Is [Company] a good place to work?"</w:t>
      </w:r>
    </w:p>
    <w:p>
      <w:r>
        <w:t>AI's answer: "Current and former employees have mixed opinions. Benefits and compensation are generally viewed positively, but some reviews mention management issues and high turnover. The company has grown rapidly which some employees cite as creating organizational challenges."</w:t>
      </w:r>
    </w:p>
    <w:p>
      <w:r>
        <w:t>Reality: 85% employee retention, strong benefits, rapid growth created some growing pains that were addressed 18 months ago.</w:t>
      </w:r>
    </w:p>
    <w:p>
      <w:pPr>
        <w:pStyle w:val="Heading2"/>
      </w:pPr>
      <w:r>
        <w:rPr>
          <w:sz w:val="32"/>
        </w:rPr>
        <w:t>The Gap Between Reality and Reputation</w:t>
      </w:r>
    </w:p>
    <w:p>
      <w:r>
        <w:t>Michael's reality vs. AI's narrative:</w:t>
      </w:r>
    </w:p>
    <w:p>
      <w:r>
        <w:rPr>
          <w:b/>
        </w:rPr>
        <w:t>REALITY:</w:t>
      </w:r>
    </w:p>
    <w:p>
      <w:r>
        <w:t>- 85% employee retention (industry average: 70%)</w:t>
      </w:r>
    </w:p>
    <w:p>
      <w:r>
        <w:t xml:space="preserve">- 4.7/5 customer satisfaction  </w:t>
      </w:r>
    </w:p>
    <w:p>
      <w:r>
        <w:t>- 4.2/5 on Glassdoor</w:t>
      </w:r>
    </w:p>
    <w:p>
      <w:r>
        <w:t>- 95% of support tickets resolved in 24 hours</w:t>
      </w:r>
    </w:p>
    <w:p>
      <w:r>
        <w:t>- Growing 40% year-over-year</w:t>
      </w:r>
    </w:p>
    <w:p>
      <w:r>
        <w:t>- Just won "Best Place to Work" award from local business journal</w:t>
      </w:r>
    </w:p>
    <w:p>
      <w:r>
        <w:rPr>
          <w:b/>
        </w:rPr>
        <w:t>AI'S NARRATIVE:</w:t>
      </w:r>
    </w:p>
    <w:p>
      <w:r>
        <w:t>- "Mixed reviews"</w:t>
      </w:r>
    </w:p>
    <w:p>
      <w:r>
        <w:t>- "Some complaints about support"</w:t>
      </w:r>
    </w:p>
    <w:p>
      <w:r>
        <w:t>- "Questions about company culture"</w:t>
      </w:r>
    </w:p>
    <w:p>
      <w:r>
        <w:t>- "Management communication concerns"</w:t>
      </w:r>
    </w:p>
    <w:p>
      <w:r>
        <w:t>Same company. Wildly different perception.</w:t>
      </w:r>
    </w:p>
    <w:p>
      <w:r>
        <w:t>The problem wasn't that AI was lying. The problem was that AI found the negative needles in the positive haystack and used them to characterize the whole company.</w:t>
      </w:r>
    </w:p>
    <w:p>
      <w:pPr>
        <w:pStyle w:val="Heading2"/>
      </w:pPr>
      <w:r>
        <w:rPr>
          <w:sz w:val="32"/>
        </w:rPr>
        <w:t>The Response Strategy</w:t>
      </w:r>
    </w:p>
    <w:p>
      <w:r>
        <w:t>The consultant told Michael: "You can't erase negative content. But you can dilute it with positive content that's more recent, more detailed, and more visible."</w:t>
      </w:r>
    </w:p>
    <w:p>
      <w:pPr>
        <w:pStyle w:val="Heading3"/>
      </w:pPr>
      <w:r>
        <w:rPr>
          <w:sz w:val="28"/>
        </w:rPr>
        <w:t>Step 1: Glassdoor Strategy</w:t>
      </w:r>
    </w:p>
    <w:p>
      <w:r>
        <w:t>Michael's team implemented:</w:t>
      </w:r>
    </w:p>
    <w:p>
      <w:r>
        <w:t>Responded to EVERY review (positive and negative):</w:t>
      </w:r>
    </w:p>
    <w:p>
      <w:r>
        <w:t>- Thanked people for positive feedback</w:t>
      </w:r>
    </w:p>
    <w:p>
      <w:r>
        <w:t>- Addressed concerns in negative reviews professionally</w:t>
      </w:r>
    </w:p>
    <w:p>
      <w:r>
        <w:t>- Showed they were listening and improving</w:t>
      </w:r>
    </w:p>
    <w:p>
      <w:r>
        <w:rPr>
          <w:b/>
        </w:rPr>
        <w:t>Encouraged current happy employees to post reviews:</w:t>
      </w:r>
    </w:p>
    <w:p>
      <w:r>
        <w:t>- Not forced or incentivized (against Glassdoor policy)</w:t>
      </w:r>
    </w:p>
    <w:p>
      <w:r>
        <w:t>- Simply reminded people that reviews help candidates</w:t>
      </w:r>
    </w:p>
    <w:p>
      <w:r>
        <w:t>- Made it easy (sent link in company newsletter)</w:t>
      </w:r>
    </w:p>
    <w:p>
      <w:r>
        <w:t>Result: 20 new positive reviews in 3 months. Old negative reviews got pushed down. AI started seeing more recent positive feedback.</w:t>
      </w:r>
    </w:p>
    <w:p>
      <w:pPr>
        <w:pStyle w:val="Heading3"/>
      </w:pPr>
      <w:r>
        <w:rPr>
          <w:sz w:val="28"/>
        </w:rPr>
        <w:t>Step 2: Customer Review Management</w:t>
      </w:r>
    </w:p>
    <w:p>
      <w:r>
        <w:rPr>
          <w:b/>
        </w:rPr>
        <w:t>Set up system to request reviews from happy customers:</w:t>
      </w:r>
    </w:p>
    <w:p>
      <w:r>
        <w:t>- Automated email after successful projects</w:t>
      </w:r>
    </w:p>
    <w:p>
      <w:r>
        <w:t>- Personal requests from account managers</w:t>
      </w:r>
    </w:p>
    <w:p>
      <w:r>
        <w:t>- Made it easy (one-click review links)</w:t>
      </w:r>
    </w:p>
    <w:p>
      <w:r>
        <w:rPr>
          <w:b/>
        </w:rPr>
        <w:t>Responded to EVERY negative review:</w:t>
      </w:r>
    </w:p>
    <w:p>
      <w:r>
        <w:t>- Acknowledged the problem</w:t>
      </w:r>
    </w:p>
    <w:p>
      <w:r>
        <w:t>- Explained what they'd fixed since then</w:t>
      </w:r>
    </w:p>
    <w:p>
      <w:r>
        <w:t>- Offered to make it right</w:t>
      </w:r>
    </w:p>
    <w:p>
      <w:r>
        <w:t>- Showed future customers they care</w:t>
      </w:r>
    </w:p>
    <w:p>
      <w:r>
        <w:rPr>
          <w:b/>
        </w:rPr>
        <w:t>Created case studies from successful projects:</w:t>
      </w:r>
    </w:p>
    <w:p>
      <w:r>
        <w:t>- Detailed stories with specific results</w:t>
      </w:r>
    </w:p>
    <w:p>
      <w:r>
        <w:t>- Published on website and shared on LinkedIn</w:t>
      </w:r>
    </w:p>
    <w:p>
      <w:r>
        <w:t>- Gave AI positive, detailed content to reference</w:t>
      </w:r>
    </w:p>
    <w:p>
      <w:r>
        <w:t>Result: Review ratio went from 80% positive to 93% positive. More importantly, AI started seeing recent positive feedback.</w:t>
      </w:r>
    </w:p>
    <w:p>
      <w:pPr>
        <w:pStyle w:val="Heading3"/>
      </w:pPr>
      <w:r>
        <w:rPr>
          <w:sz w:val="28"/>
        </w:rPr>
        <w:t>Step 3: Proactive Content Creation</w:t>
      </w:r>
    </w:p>
    <w:p>
      <w:r>
        <w:rPr>
          <w:b/>
        </w:rPr>
        <w:t>Published regular blog posts about:</w:t>
      </w:r>
    </w:p>
    <w:p>
      <w:r>
        <w:t>- Company culture initiatives</w:t>
      </w:r>
    </w:p>
    <w:p>
      <w:r>
        <w:t>- Product improvements</w:t>
      </w:r>
    </w:p>
    <w:p>
      <w:r>
        <w:t>- Customer success stories</w:t>
      </w:r>
    </w:p>
    <w:p>
      <w:r>
        <w:t>- Employee spotlights</w:t>
      </w:r>
    </w:p>
    <w:p>
      <w:r>
        <w:rPr>
          <w:b/>
        </w:rPr>
        <w:t>Shared employee stories on LinkedIn:</w:t>
      </w:r>
    </w:p>
    <w:p>
      <w:r>
        <w:t>- Work anniversary celebrations</w:t>
      </w:r>
    </w:p>
    <w:p>
      <w:r>
        <w:t>- Team achievements</w:t>
      </w:r>
    </w:p>
    <w:p>
      <w:r>
        <w:t>- Behind-the-scenes culture moments</w:t>
      </w:r>
    </w:p>
    <w:p>
      <w:r>
        <w:rPr>
          <w:b/>
        </w:rPr>
        <w:t>Created content addressing concerns AI had surfaced:</w:t>
      </w:r>
    </w:p>
    <w:p>
      <w:r>
        <w:t>- Blog post: "How We Improved Our Customer Support Response Time"</w:t>
      </w:r>
    </w:p>
    <w:p>
      <w:r>
        <w:t>- LinkedIn article: "What We Learned From Our Growing Pains"</w:t>
      </w:r>
    </w:p>
    <w:p>
      <w:r>
        <w:t>- Case study: "How We Built A Remote-First Culture"</w:t>
      </w:r>
    </w:p>
    <w:p>
      <w:r>
        <w:rPr>
          <w:b/>
        </w:rPr>
        <w:t>Got featured in positive industry publications:</w:t>
      </w:r>
    </w:p>
    <w:p>
      <w:r>
        <w:t>- Applied for "Best Place to Work" awards</w:t>
      </w:r>
    </w:p>
    <w:p>
      <w:r>
        <w:t>- Pitched success stories to trade publications</w:t>
      </w:r>
    </w:p>
    <w:p>
      <w:r>
        <w:t>- CEO wrote guest articles about company building</w:t>
      </w:r>
    </w:p>
    <w:p>
      <w:r>
        <w:t>Result: AI had much more recent, positive content to draw from.</w:t>
      </w:r>
    </w:p>
    <w:p>
      <w:pPr>
        <w:pStyle w:val="Heading2"/>
      </w:pPr>
      <w:r>
        <w:rPr>
          <w:sz w:val="32"/>
        </w:rPr>
        <w:t>The Review Response Formula</w:t>
      </w:r>
    </w:p>
    <w:p>
      <w:r>
        <w:t>Michael learned how to respond to reviews in ways that actually improve AI's perception:</w:t>
      </w:r>
    </w:p>
    <w:p>
      <w:pPr>
        <w:pStyle w:val="Heading3"/>
      </w:pPr>
      <w:r>
        <w:rPr>
          <w:sz w:val="28"/>
        </w:rPr>
        <w:t>For Negative Reviews:</w:t>
      </w:r>
    </w:p>
    <w:p>
      <w:r>
        <w:rPr>
          <w:b/>
        </w:rPr>
        <w:t>BAD response:</w:t>
      </w:r>
    </w:p>
    <w:p>
      <w:r>
        <w:t>"We disagree with this assessment. We provide excellent service to all our customers."</w:t>
      </w:r>
    </w:p>
    <w:p>
      <w:r>
        <w:t>Why it's bad: Defensive, dismissive, doesn't help</w:t>
      </w:r>
    </w:p>
    <w:p>
      <w:r>
        <w:rPr>
          <w:b/>
        </w:rPr>
        <w:t>GOOD response:</w:t>
      </w:r>
    </w:p>
    <w:p>
      <w:r>
        <w:t>"Thanks for the feedback. I'm sorry your experience with our support team didn't meet expectations. We've made significant changes to our response time since March (when this occurred), including hiring three new support team members and implementing a 4-hour maximum response time policy. We'd love the opportunity to make this right. Please email me directly at michael@company.com."</w:t>
      </w:r>
    </w:p>
    <w:p>
      <w:r>
        <w:t>Why it's good:</w:t>
      </w:r>
    </w:p>
    <w:p>
      <w:r>
        <w:t>- Acknowledges the problem</w:t>
      </w:r>
    </w:p>
    <w:p>
      <w:r>
        <w:t>- Takes responsibility</w:t>
      </w:r>
    </w:p>
    <w:p>
      <w:r>
        <w:t>- Explains what changed</w:t>
      </w:r>
    </w:p>
    <w:p>
      <w:r>
        <w:t>- Offers resolution</w:t>
      </w:r>
    </w:p>
    <w:p>
      <w:r>
        <w:t>- When AI summarizes: "Company responds to complaints and makes improvements"</w:t>
      </w:r>
    </w:p>
    <w:p>
      <w:pPr>
        <w:pStyle w:val="Heading3"/>
      </w:pPr>
      <w:r>
        <w:rPr>
          <w:sz w:val="28"/>
        </w:rPr>
        <w:t>For Positive Reviews:</w:t>
      </w:r>
    </w:p>
    <w:p>
      <w:r>
        <w:rPr>
          <w:b/>
        </w:rPr>
        <w:t>BAD response:</w:t>
      </w:r>
    </w:p>
    <w:p>
      <w:r>
        <w:t>"Thanks!"</w:t>
      </w:r>
    </w:p>
    <w:p>
      <w:r>
        <w:t>Why it's bad: Adds no new information for AI to index</w:t>
      </w:r>
    </w:p>
    <w:p>
      <w:r>
        <w:rPr>
          <w:b/>
        </w:rPr>
        <w:t>GOOD response:</w:t>
      </w:r>
    </w:p>
    <w:p>
      <w:r>
        <w:t>"Thanks for mentioning our quick response time and the helpful support from Maria. We're glad our 24-hour support commitment worked well for your timeline. Appreciate you taking time to share this!"</w:t>
      </w:r>
    </w:p>
    <w:p>
      <w:r>
        <w:t>Why it's good:</w:t>
      </w:r>
    </w:p>
    <w:p>
      <w:r>
        <w:t>- Reinforces the specific positive (response time)</w:t>
      </w:r>
    </w:p>
    <w:p>
      <w:r>
        <w:t>- Mentions specific team member (humanizes)</w:t>
      </w:r>
    </w:p>
    <w:p>
      <w:r>
        <w:t>- Adds detail AI can reference (24-hour commitment)</w:t>
      </w:r>
    </w:p>
    <w:p>
      <w:r>
        <w:t>- Shows you actually read and care</w:t>
      </w:r>
    </w:p>
    <w:p>
      <w:pPr>
        <w:pStyle w:val="Heading2"/>
      </w:pPr>
      <w:r>
        <w:rPr>
          <w:sz w:val="32"/>
        </w:rPr>
        <w:t>Three Months Later</w:t>
      </w:r>
    </w:p>
    <w:p>
      <w:r>
        <w:t>Michael asked AI about his company again.</w:t>
      </w:r>
    </w:p>
    <w:p>
      <w:r>
        <w:rPr>
          <w:b/>
        </w:rPr>
        <w:t>New AI summary:</w:t>
      </w:r>
    </w:p>
    <w:p>
      <w:r>
        <w:t>"[Company] is a Seattle-based software company with positive employee reviews (4.2/5 on Glassdoor, improving to 4.5/5 in recent months). Customer satisfaction is high (4.7/5 on G2) with particular praise for responsive customer support. The company has grown from 30 to 50 employees in the past year and was recently recognized as a Best Place to Work by [Publication]. Some older reviews mention growing pains during rapid expansion, which the company has addressed with improved processes."</w:t>
      </w:r>
    </w:p>
    <w:p>
      <w:r>
        <w:t>Same company. Completely different reputation.</w:t>
      </w:r>
    </w:p>
    <w:p>
      <w:r>
        <w:t>What changed: Michael stopped assuming his reputation would take care of itself.</w:t>
      </w:r>
    </w:p>
    <w:p>
      <w:pPr>
        <w:pStyle w:val="Heading2"/>
      </w:pPr>
      <w:r>
        <w:rPr>
          <w:sz w:val="32"/>
        </w:rPr>
        <w:t>The Monthly Maintenance System</w:t>
      </w:r>
    </w:p>
    <w:p>
      <w:r>
        <w:t>Michael learned: Reputation isn't built once. It's maintained continually.</w:t>
      </w:r>
    </w:p>
    <w:p>
      <w:pPr>
        <w:pStyle w:val="Heading3"/>
      </w:pPr>
      <w:r>
        <w:rPr>
          <w:sz w:val="28"/>
        </w:rPr>
        <w:t>Monthly Routine (20 minutes):</w:t>
      </w:r>
    </w:p>
    <w:p>
      <w:r>
        <w:rPr>
          <w:b/>
        </w:rPr>
        <w:t>Week 1: Check what AI says</w:t>
      </w:r>
    </w:p>
    <w:p>
      <w:r>
        <w:t>- Ask AI about your company from different angles</w:t>
      </w:r>
    </w:p>
    <w:p>
      <w:r>
        <w:t>- Note any new negative patterns</w:t>
      </w:r>
    </w:p>
    <w:p>
      <w:r>
        <w:t>- Compare to last month</w:t>
      </w:r>
    </w:p>
    <w:p>
      <w:r>
        <w:rPr>
          <w:b/>
        </w:rPr>
        <w:t>Week 2: Monitor review sites</w:t>
      </w:r>
    </w:p>
    <w:p>
      <w:r>
        <w:t>- Check Glassdoor, Google Reviews, G2, etc.</w:t>
      </w:r>
    </w:p>
    <w:p>
      <w:r>
        <w:t>- Respond to new reviews (good and bad)</w:t>
      </w:r>
    </w:p>
    <w:p>
      <w:r>
        <w:t>- Takes 10-15 minutes</w:t>
      </w:r>
    </w:p>
    <w:p>
      <w:r>
        <w:rPr>
          <w:b/>
        </w:rPr>
        <w:t>Week 3: Publish positive content</w:t>
      </w:r>
    </w:p>
    <w:p>
      <w:r>
        <w:t>- Share employee wins on LinkedIn</w:t>
      </w:r>
    </w:p>
    <w:p>
      <w:r>
        <w:t>- Post customer success story</w:t>
      </w:r>
    </w:p>
    <w:p>
      <w:r>
        <w:t>- Publish blog update</w:t>
      </w:r>
    </w:p>
    <w:p>
      <w:r>
        <w:t>- Takes 30-45 minutes</w:t>
      </w:r>
    </w:p>
    <w:p>
      <w:r>
        <w:rPr>
          <w:b/>
        </w:rPr>
        <w:t>Week 4: Encourage happy people to share</w:t>
      </w:r>
    </w:p>
    <w:p>
      <w:r>
        <w:t>- Remind team to leave reviews if they're happy</w:t>
      </w:r>
    </w:p>
    <w:p>
      <w:r>
        <w:t>- Ask satisfied customers for testimonials</w:t>
      </w:r>
    </w:p>
    <w:p>
      <w:r>
        <w:t>- Make it easy (send direct links)</w:t>
      </w:r>
    </w:p>
    <w:p>
      <w:r>
        <w:t>- Takes 10 minutes</w:t>
      </w:r>
    </w:p>
    <w:p>
      <w:r>
        <w:t>Total time investment: 60-90 minutes per month</w:t>
      </w:r>
    </w:p>
    <w:p>
      <w:r>
        <w:t>ROI: Investors, customers, and employees all see positive reputation instead of mixed/concerning one.</w:t>
      </w:r>
    </w:p>
    <w:p>
      <w:pPr>
        <w:pStyle w:val="Heading2"/>
      </w:pPr>
      <w:r>
        <w:rPr>
          <w:sz w:val="32"/>
        </w:rPr>
        <w:t>The Framework For Managing Your AI Reputation</w:t>
      </w:r>
    </w:p>
    <w:p>
      <w:pPr>
        <w:pStyle w:val="Heading3"/>
      </w:pPr>
      <w:r>
        <w:rPr>
          <w:sz w:val="28"/>
        </w:rPr>
        <w:t>Week 1: Discover</w:t>
      </w:r>
    </w:p>
    <w:p>
      <w:r>
        <w:t>Ask AI about yourself or your company:</w:t>
      </w:r>
    </w:p>
    <w:p>
      <w:r>
        <w:t>"What do people say about [your name/company]?"</w:t>
      </w:r>
    </w:p>
    <w:p>
      <w:r>
        <w:t>"What's [your name/company]'s reputation?"</w:t>
      </w:r>
    </w:p>
    <w:p>
      <w:r>
        <w:t>"What complaints exist about [your company]?"</w:t>
      </w:r>
    </w:p>
    <w:p>
      <w:r>
        <w:t>"Is [your name] respected in [your industry]?"</w:t>
      </w:r>
    </w:p>
    <w:p>
      <w:r>
        <w:t>Write down what AI says. This is your current AI reputation.</w:t>
      </w:r>
    </w:p>
    <w:p>
      <w:pPr>
        <w:pStyle w:val="Heading3"/>
      </w:pPr>
      <w:r>
        <w:rPr>
          <w:sz w:val="28"/>
        </w:rPr>
        <w:t>Week 2: Gap Analysis</w:t>
      </w:r>
    </w:p>
    <w:p>
      <w:r>
        <w:t>Compare AI's version to reality:</w:t>
      </w:r>
    </w:p>
    <w:p>
      <w:r>
        <w:t>- What's accurate but overemphasized?</w:t>
      </w:r>
    </w:p>
    <w:p>
      <w:r>
        <w:t>- What's outdated but still showing up?</w:t>
      </w:r>
    </w:p>
    <w:p>
      <w:r>
        <w:t>- What positive aspects are missing?</w:t>
      </w:r>
    </w:p>
    <w:p>
      <w:r>
        <w:t>- What do you wish AI mentioned but doesn't?</w:t>
      </w:r>
    </w:p>
    <w:p>
      <w:pPr>
        <w:pStyle w:val="Heading3"/>
      </w:pPr>
      <w:r>
        <w:rPr>
          <w:sz w:val="28"/>
        </w:rPr>
        <w:t>Week 3-4: Content Creation</w:t>
      </w:r>
    </w:p>
    <w:p>
      <w:r>
        <w:t>Create content that addresses gaps:</w:t>
      </w:r>
    </w:p>
    <w:p>
      <w:r>
        <w:rPr>
          <w:b/>
        </w:rPr>
        <w:t>If AI emphasizes old negatives:</w:t>
      </w:r>
    </w:p>
    <w:p>
      <w:r>
        <w:t>- Address them directly in blog post ("What we learned and how we fixed it")</w:t>
      </w:r>
    </w:p>
    <w:p>
      <w:r>
        <w:t>- Generate new positive reviews to dilute them</w:t>
      </w:r>
    </w:p>
    <w:p>
      <w:r>
        <w:t>- Respond to old reviews explaining what changed</w:t>
      </w:r>
    </w:p>
    <w:p>
      <w:r>
        <w:rPr>
          <w:b/>
        </w:rPr>
        <w:t>If AI misses your strengths:</w:t>
      </w:r>
    </w:p>
    <w:p>
      <w:r>
        <w:t>- Create content highlighting them (case studies, employee stories)</w:t>
      </w:r>
    </w:p>
    <w:p>
      <w:r>
        <w:t>- Encourage happy customers/employees to post reviews</w:t>
      </w:r>
    </w:p>
    <w:p>
      <w:r>
        <w:t>- Get featured in publications that will mention those strengths</w:t>
      </w:r>
    </w:p>
    <w:p>
      <w:r>
        <w:rPr>
          <w:b/>
        </w:rPr>
        <w:t>If AI has inaccurate information:</w:t>
      </w:r>
    </w:p>
    <w:p>
      <w:r>
        <w:t>- Publish correct information prominently</w:t>
      </w:r>
    </w:p>
    <w:p>
      <w:r>
        <w:t>- Ensure your website clearly states facts</w:t>
      </w:r>
    </w:p>
    <w:p>
      <w:r>
        <w:t>- Create content that AI will index with correct details</w:t>
      </w:r>
    </w:p>
    <w:p>
      <w:pPr>
        <w:pStyle w:val="Heading3"/>
      </w:pPr>
      <w:r>
        <w:rPr>
          <w:sz w:val="28"/>
        </w:rPr>
        <w:t>Ongoing: Maintenance</w:t>
      </w:r>
    </w:p>
    <w:p>
      <w:r>
        <w:rPr>
          <w:b/>
        </w:rPr>
        <w:t>Weekly habits:</w:t>
      </w:r>
    </w:p>
    <w:p>
      <w:r>
        <w:t>- Monitor review sites (10 minutes)</w:t>
      </w:r>
    </w:p>
    <w:p>
      <w:r>
        <w:t>- Respond to new reviews (10 minutes)</w:t>
      </w:r>
    </w:p>
    <w:p>
      <w:r>
        <w:t>- Publish/share positive content (15 minutes)</w:t>
      </w:r>
    </w:p>
    <w:p>
      <w:r>
        <w:rPr>
          <w:b/>
        </w:rPr>
        <w:t>Monthly check:</w:t>
      </w:r>
    </w:p>
    <w:p>
      <w:r>
        <w:t>- Ask AI what it says about you (5 minutes)</w:t>
      </w:r>
    </w:p>
    <w:p>
      <w:r>
        <w:t>- Adjust strategy based on changes</w:t>
      </w:r>
    </w:p>
    <w:p>
      <w:pPr>
        <w:pStyle w:val="Heading2"/>
      </w:pPr>
      <w:r>
        <w:rPr>
          <w:sz w:val="32"/>
        </w:rPr>
        <w:t>The Mistakes Michael Almost Made</w:t>
      </w:r>
    </w:p>
    <w:p>
      <w:pPr>
        <w:pStyle w:val="Heading3"/>
      </w:pPr>
      <w:r>
        <w:rPr>
          <w:sz w:val="28"/>
        </w:rPr>
        <w:t>Mistake #1: Ignoring it and hoping it would fix itself</w:t>
      </w:r>
    </w:p>
    <w:p>
      <w:r>
        <w:t>Michael's first instinct: "This is frustrating, but surely people do their own research beyond just asking AI?"</w:t>
      </w:r>
    </w:p>
    <w:p>
      <w:r>
        <w:t>Reality: Many don't. They ask AI, get a summary, and make decisions based on that.</w:t>
      </w:r>
    </w:p>
    <w:p>
      <w:r>
        <w:t>If AI's version of your reputation is negative, you're losing opportunities (investors, customers, employees) without even knowing.</w:t>
      </w:r>
    </w:p>
    <w:p>
      <w:pPr>
        <w:pStyle w:val="Heading3"/>
      </w:pPr>
      <w:r>
        <w:rPr>
          <w:sz w:val="28"/>
        </w:rPr>
        <w:t>Mistake #2: Arguing with negative reviews</w:t>
      </w:r>
    </w:p>
    <w:p>
      <w:r>
        <w:t>Michael almost wrote defensive responses to old negative Glassdoor reviews.</w:t>
      </w:r>
    </w:p>
    <w:p>
      <w:r>
        <w:t>"This person was fired for cause. Their review is biased."</w:t>
      </w:r>
    </w:p>
    <w:p>
      <w:r>
        <w:t>The consultant stopped him: "That makes you look worse, not better. Acknowledge, explain what you've learned, offer to discuss privately."</w:t>
      </w:r>
    </w:p>
    <w:p>
      <w:pPr>
        <w:pStyle w:val="Heading3"/>
      </w:pPr>
      <w:r>
        <w:rPr>
          <w:sz w:val="28"/>
        </w:rPr>
        <w:t>Mistake #3: Trying to game the system</w:t>
      </w:r>
    </w:p>
    <w:p>
      <w:r>
        <w:t>Michael considered asking employees to post fake positive reviews.</w:t>
      </w:r>
    </w:p>
    <w:p>
      <w:r>
        <w:t>The consultant: "That's unethical and against platform policies. Plus, AI is getting better at detecting fake reviews. Focus on encouraging genuine reviews from actually happy people."</w:t>
      </w:r>
    </w:p>
    <w:p>
      <w:pPr>
        <w:pStyle w:val="Heading3"/>
      </w:pPr>
      <w:r>
        <w:rPr>
          <w:sz w:val="28"/>
        </w:rPr>
        <w:t>Mistake #4: Only focusing on your own platforms</w:t>
      </w:r>
    </w:p>
    <w:p>
      <w:r>
        <w:t>Michael spent time improving his website but ignored third-party review sites.</w:t>
      </w:r>
    </w:p>
    <w:p>
      <w:r>
        <w:t>The consultant: "AI gives more weight to third-party reviews than your own website. You can claim anything on your site. Reviews are seen as more trustworthy."</w:t>
      </w:r>
    </w:p>
    <w:p>
      <w:pPr>
        <w:pStyle w:val="Heading2"/>
      </w:pPr>
      <w:r>
        <w:rPr>
          <w:sz w:val="32"/>
        </w:rPr>
        <w:t>The Pattern Across Industries</w:t>
      </w:r>
    </w:p>
    <w:p>
      <w:r>
        <w:t>What happened to Michael is happening everywhere:</w:t>
      </w:r>
    </w:p>
    <w:p>
      <w:r>
        <w:t>The restaurant owner who asked AI about her restaurant and got "mixed reviews with common complaints about slow service." Reality: 4.5 stars, two bad reviews from 2021. She responded to those reviews, got 30 new positive reviews, now AI says "highly-rated local restaurant known for excellent food and service."</w:t>
      </w:r>
    </w:p>
    <w:p>
      <w:r>
        <w:t>The law firm partner who discovered AI mentioned "some client complaints" based on three negative reviews out of 200 positive ones. He implemented a review request system, responded professionally to negative reviews, now AI emphasizes "strong client satisfaction and responsive service."</w:t>
      </w:r>
    </w:p>
    <w:p>
      <w:r>
        <w:t>The dentist who learned AI was mentioning "some patients experienced billing confusion" based on one detailed negative review. She addressed the review, explained new billing system implemented since then, encouraged happy patients to review, now AI focuses on "modern practice with convenient scheduling and clear communication."</w:t>
      </w:r>
    </w:p>
    <w:p>
      <w:r>
        <w:t>The pattern: A few negative voices can outweigh many positive ones in AI's summary. You need proactive reputation management.</w:t>
      </w:r>
    </w:p>
    <w:p>
      <w:pPr>
        <w:pStyle w:val="Heading2"/>
      </w:pPr>
      <w:r>
        <w:rPr>
          <w:sz w:val="32"/>
        </w:rPr>
        <w:t>What This Means For Your Business</w:t>
      </w:r>
    </w:p>
    <w:p>
      <w:r>
        <w:t>Right now, potential customers, employees, and investors are asking AI about you or your company.</w:t>
      </w:r>
    </w:p>
    <w:p>
      <w:r>
        <w:t>AI is giving them a summary based on what's publicly available.</w:t>
      </w:r>
    </w:p>
    <w:p>
      <w:r>
        <w:t>Is that summary accurate? Fair? Up-to-date?</w:t>
      </w:r>
    </w:p>
    <w:p>
      <w:r>
        <w:t>If not, you're losing opportunities to misconceptions you don't even know exist.</w:t>
      </w:r>
    </w:p>
    <w:p>
      <w:pPr>
        <w:pStyle w:val="Heading2"/>
      </w:pPr>
      <w:r>
        <w:rPr>
          <w:sz w:val="32"/>
        </w:rPr>
        <w:t>The Shift</w:t>
      </w:r>
    </w:p>
    <w:p>
      <w:r>
        <w:t>Michael's transformation wasn't about PR spin or reputation manipulation.</w:t>
      </w:r>
    </w:p>
    <w:p>
      <w:r>
        <w:t>It was about ensuring AI had access to accurate, current, positive information—not just old complaints and isolated incidents.</w:t>
      </w:r>
    </w:p>
    <w:p>
      <w:r>
        <w:t>He went from:</w:t>
      </w:r>
    </w:p>
    <w:p>
      <w:r>
        <w:t>- "I know we're a great company"</w:t>
      </w:r>
    </w:p>
    <w:p>
      <w:r>
        <w:t>- ↓</w:t>
      </w:r>
    </w:p>
    <w:p>
      <w:r>
        <w:t>- "But AI thinks we have problems"</w:t>
      </w:r>
    </w:p>
    <w:p>
      <w:r>
        <w:t xml:space="preserve">- ↓  </w:t>
      </w:r>
    </w:p>
    <w:p>
      <w:r>
        <w:t>- "Let me show AI what we actually are"</w:t>
      </w:r>
    </w:p>
    <w:p>
      <w:r>
        <w:t>- ↓</w:t>
      </w:r>
    </w:p>
    <w:p>
      <w:r>
        <w:t>- "Now AI's summary matches reality"</w:t>
      </w:r>
    </w:p>
    <w:p>
      <w:r>
        <w:t>The work: 60-90 minutes per month managing online presence.</w:t>
      </w:r>
    </w:p>
    <w:p>
      <w:r>
        <w:t>The result: Investors, customers, and candidates see accurate representation instead of misleading summary.</w:t>
      </w:r>
    </w:p>
    <w:p>
      <w:pPr>
        <w:pStyle w:val="Heading2"/>
      </w:pPr>
      <w:r>
        <w:rPr>
          <w:sz w:val="32"/>
        </w:rPr>
        <w:t>Your Action Plan This Week</w:t>
      </w:r>
    </w:p>
    <w:p>
      <w:r>
        <w:rPr>
          <w:b/>
        </w:rPr>
        <w:t>Day 1: The Discovery</w:t>
      </w:r>
    </w:p>
    <w:p>
      <w:r>
        <w:t>Ask AI about yourself or your company:</w:t>
      </w:r>
    </w:p>
    <w:p>
      <w:r>
        <w:t>- "What do people say about [your name/company]?"</w:t>
      </w:r>
    </w:p>
    <w:p>
      <w:r>
        <w:t>- "What's the reputation of [your company]?"</w:t>
      </w:r>
    </w:p>
    <w:p>
      <w:r>
        <w:t>- "What complaints exist about [your company]?"</w:t>
      </w:r>
    </w:p>
    <w:p>
      <w:r>
        <w:t>Take notes. This is what potential customers, employees, and partners are seeing.</w:t>
      </w:r>
    </w:p>
    <w:p>
      <w:r>
        <w:rPr>
          <w:b/>
        </w:rPr>
        <w:t>Day 2: The Audit</w:t>
      </w:r>
    </w:p>
    <w:p>
      <w:r>
        <w:t>Check the sources AI is pulling from:</w:t>
      </w:r>
    </w:p>
    <w:p>
      <w:r>
        <w:t>- Glassdoor (if you have employees)</w:t>
      </w:r>
    </w:p>
    <w:p>
      <w:r>
        <w:t>- Google Reviews</w:t>
      </w:r>
    </w:p>
    <w:p>
      <w:r>
        <w:t>- Industry-specific review sites (G2, Capterra, Yelp, etc.)</w:t>
      </w:r>
    </w:p>
    <w:p>
      <w:r>
        <w:t>- Social media mentions</w:t>
      </w:r>
    </w:p>
    <w:p>
      <w:r>
        <w:t>Identify:</w:t>
      </w:r>
    </w:p>
    <w:p>
      <w:r>
        <w:t>- Outdated negative reviews</w:t>
      </w:r>
    </w:p>
    <w:p>
      <w:r>
        <w:t>- Missing positive reviews</w:t>
      </w:r>
    </w:p>
    <w:p>
      <w:r>
        <w:t>- Gaps in your public presence</w:t>
      </w:r>
    </w:p>
    <w:p>
      <w:r>
        <w:rPr>
          <w:b/>
        </w:rPr>
        <w:t>Day 3: The Response</w:t>
      </w:r>
    </w:p>
    <w:p>
      <w:r>
        <w:t>Respond to reviews you haven't responded to:</w:t>
      </w:r>
    </w:p>
    <w:p>
      <w:r>
        <w:t>- Thank positive reviewers specifically</w:t>
      </w:r>
    </w:p>
    <w:p>
      <w:r>
        <w:t>- Acknowledge negative reviewers professionally</w:t>
      </w:r>
    </w:p>
    <w:p>
      <w:r>
        <w:t>- Explain what's changed if review is old</w:t>
      </w:r>
    </w:p>
    <w:p>
      <w:r>
        <w:t>- Offer to make things right</w:t>
      </w:r>
    </w:p>
    <w:p>
      <w:r>
        <w:rPr>
          <w:b/>
        </w:rPr>
        <w:t>Day 4: The Request</w:t>
      </w:r>
    </w:p>
    <w:p>
      <w:r>
        <w:t>Ask happy people to review:</w:t>
      </w:r>
    </w:p>
    <w:p>
      <w:r>
        <w:t>- Send email to satisfied customers</w:t>
      </w:r>
    </w:p>
    <w:p>
      <w:r>
        <w:t>- Remind happy employees (via newsletter/slack)</w:t>
      </w:r>
    </w:p>
    <w:p>
      <w:r>
        <w:t>- Make it easy (direct links)</w:t>
      </w:r>
    </w:p>
    <w:p>
      <w:r>
        <w:t>- Don't incentivize (against most policies)</w:t>
      </w:r>
    </w:p>
    <w:p>
      <w:r>
        <w:rPr>
          <w:b/>
        </w:rPr>
        <w:t>Day 5: The Content</w:t>
      </w:r>
    </w:p>
    <w:p>
      <w:r>
        <w:t>Create one piece of positive content:</w:t>
      </w:r>
    </w:p>
    <w:p>
      <w:r>
        <w:t>- Customer success story</w:t>
      </w:r>
    </w:p>
    <w:p>
      <w:r>
        <w:t>- Employee spotlight</w:t>
      </w:r>
    </w:p>
    <w:p>
      <w:r>
        <w:t>- Behind-the-scenes culture post</w:t>
      </w:r>
    </w:p>
    <w:p>
      <w:r>
        <w:t>- "How we solved [problem]" blog post</w:t>
      </w:r>
    </w:p>
    <w:p>
      <w:r>
        <w:rPr>
          <w:b/>
        </w:rPr>
        <w:t>Day 6-7: Monitor</w:t>
      </w:r>
    </w:p>
    <w:p>
      <w:r>
        <w:t>Set up alerts:</w:t>
      </w:r>
    </w:p>
    <w:p>
      <w:r>
        <w:t>- Google Alerts for your company name</w:t>
      </w:r>
    </w:p>
    <w:p>
      <w:r>
        <w:t>- Review site notifications</w:t>
      </w:r>
    </w:p>
    <w:p>
      <w:r>
        <w:t>- Social media monitoring</w:t>
      </w:r>
    </w:p>
    <w:p>
      <w:pPr>
        <w:pStyle w:val="Heading2"/>
      </w:pPr>
      <w:r>
        <w:rPr>
          <w:sz w:val="32"/>
        </w:rPr>
        <w:t>The Bottom Line</w:t>
      </w:r>
    </w:p>
    <w:p>
      <w:r>
        <w:t>Your reputation isn't what you think it is. It's what AI thinks it is.</w:t>
      </w:r>
    </w:p>
    <w:p>
      <w:r>
        <w:t>And AI thinks whatever the internet says most recently, most loudly, and most specifically.</w:t>
      </w:r>
    </w:p>
    <w:p>
      <w:r>
        <w:t>You can shape that. But only if you're actively managing it.</w:t>
      </w:r>
    </w:p>
    <w:p>
      <w:r>
        <w:t>Michael thought his company had a great reputation. AI disagreed. That cost him an investor conversation and who knows how many customer opportunities.</w:t>
      </w:r>
    </w:p>
    <w:p>
      <w:r>
        <w:t>After three months of proactive management, AI's summary finally matched reality.</w:t>
      </w:r>
    </w:p>
    <w:p>
      <w:r>
        <w:t>The work isn't hard. It just needs to be consistent.</w:t>
      </w:r>
    </w:p>
    <w:p>
      <w:r>
        <w:t>Check monthly what AI says about you. Respond to all reviews. Encourage happy people to share. Create positive content.</w:t>
      </w:r>
    </w:p>
    <w:p>
      <w:r>
        <w:t>Your reputation is being formed right now, with or without your input.</w:t>
      </w:r>
    </w:p>
    <w:p>
      <w:r>
        <w:t>Make sure AI has the right information.</w:t>
      </w:r>
    </w:p>
    <w:p>
      <w:pPr>
        <w:pStyle w:val="Heading1"/>
      </w:pPr>
      <w:r>
        <w:rPr>
          <w:sz w:val="36"/>
        </w:rPr>
        <w:t>CHAPTER 9: The Crisis That Didn't Happen</w:t>
      </w:r>
    </w:p>
    <w:p>
      <w:r>
        <w:t>Sarah (from the Introduction) had gotten comfortable with AI. Her team was using it for content drafts. The Voice Card was working. The human-in-the-loop process was solid.</w:t>
      </w:r>
    </w:p>
    <w:p>
      <w:r>
        <w:t>Then one Tuesday, her junior social media coordinator drafted a LinkedIn post using AI for a client in the financial services industry.</w:t>
      </w:r>
    </w:p>
    <w:p>
      <w:r>
        <w:t>The post looked fine. Professional tone. Clear message. Appropriate length.</w:t>
      </w:r>
    </w:p>
    <w:p>
      <w:r>
        <w:t>The coordinator scheduled it to go live in one hour.</w:t>
      </w:r>
    </w:p>
    <w:p>
      <w:r>
        <w:t>Then Sarah's content director did a routine quality check.</w:t>
      </w:r>
    </w:p>
    <w:p>
      <w:r>
        <w:t>"Stop," she said. "Don't publish this."</w:t>
      </w:r>
    </w:p>
    <w:p>
      <w:r>
        <w:t>"Why? It looks good."</w:t>
      </w:r>
    </w:p>
    <w:p>
      <w:r>
        <w:t>"Read this sentence again."</w:t>
      </w:r>
    </w:p>
    <w:p>
      <w:r>
        <w:t>The post included: "Our platform helps investors maximize returns while minimizing regulatory oversight."</w:t>
      </w:r>
    </w:p>
    <w:p>
      <w:r>
        <w:t>The coordinator didn't see the problem.</w:t>
      </w:r>
    </w:p>
    <w:p>
      <w:r>
        <w:t>The content director did: "That makes it sound like we help clients evade regulations. That's not what they do. But that's what AI wrote. And if this goes live, we'll have a compliance nightmare."</w:t>
      </w:r>
    </w:p>
    <w:p>
      <w:r>
        <w:t>They pulled the post. Rewrote it. Crisis averted.</w:t>
      </w:r>
    </w:p>
    <w:p>
      <w:r>
        <w:t>But Sarah realized: They'd almost published something that could have destroyed a client relationship and possibly triggered regulatory issues.</w:t>
      </w:r>
    </w:p>
    <w:p>
      <w:r>
        <w:t>The AI hadn't been malicious. It had just generated plausible-sounding financial language without understanding the massive legal implications of one misplaced word.</w:t>
      </w:r>
    </w:p>
    <w:p>
      <w:pPr>
        <w:pStyle w:val="Heading2"/>
      </w:pPr>
      <w:r>
        <w:rPr>
          <w:sz w:val="32"/>
        </w:rPr>
        <w:t>The 5 Categories of AI Disasters</w:t>
      </w:r>
    </w:p>
    <w:p>
      <w:r>
        <w:t>Sarah studied every AI mishap she could find from other agencies and businesses. She categorized them:</w:t>
      </w:r>
    </w:p>
    <w:p>
      <w:pPr>
        <w:pStyle w:val="Heading3"/>
      </w:pPr>
      <w:r>
        <w:rPr>
          <w:sz w:val="28"/>
        </w:rPr>
        <w:t>Category 1: The Hallucination</w:t>
      </w:r>
    </w:p>
    <w:p>
      <w:r>
        <w:t>What happens: AI makes up facts that sound real but aren't.</w:t>
      </w:r>
    </w:p>
    <w:p>
      <w:r>
        <w:t>Example: AI wrote a blog post citing a study that didn't exist, with statistics that were completely fabricated, attributed to a real university that never conducted that research.</w:t>
      </w:r>
    </w:p>
    <w:p>
      <w:r>
        <w:t>The client almost published it. A fact-checker caught it hours before publication.</w:t>
      </w:r>
    </w:p>
    <w:p>
      <w:r>
        <w:t>Damage if published: Loss of credibility, potential defamation lawsuit if false information harms someone, embarrassment, forced public correction.</w:t>
      </w:r>
    </w:p>
    <w:p>
      <w:pPr>
        <w:pStyle w:val="Heading3"/>
      </w:pPr>
      <w:r>
        <w:rPr>
          <w:sz w:val="28"/>
        </w:rPr>
        <w:t>Category 2: The Legal Landmine</w:t>
      </w:r>
    </w:p>
    <w:p>
      <w:r>
        <w:t>What happens: AI generates content that violates regulations, misrepresents services, or makes claims that aren't legally defensible.</w:t>
      </w:r>
    </w:p>
    <w:p>
      <w:r>
        <w:t>Example: AI wrote marketing copy for a healthcare client claiming their service "cures" conditions instead of "treats" them. That's an FDA violation.</w:t>
      </w:r>
    </w:p>
    <w:p>
      <w:r>
        <w:t>Another example: AI wrote investment advice that sounded like it came from a registered advisor. The company wasn't registered. That's an SEC violation.</w:t>
      </w:r>
    </w:p>
    <w:p>
      <w:r>
        <w:t>Damage if published: Regulatory fines, legal liability, forced business closure, personal liability for executives.</w:t>
      </w:r>
    </w:p>
    <w:p>
      <w:pPr>
        <w:pStyle w:val="Heading3"/>
      </w:pPr>
      <w:r>
        <w:rPr>
          <w:sz w:val="28"/>
        </w:rPr>
        <w:t>Category 3: The Tone-Deaf Disaster</w:t>
      </w:r>
    </w:p>
    <w:p>
      <w:r>
        <w:t>What happens: AI misses context, cultural sensitivity, or timing that humans would catch.</w:t>
      </w:r>
    </w:p>
    <w:p>
      <w:r>
        <w:t>Example: AI scheduled a cheerful promotional post to go live the same day a national tragedy occurred. A human editor caught it an hour before posting.</w:t>
      </w:r>
    </w:p>
    <w:p>
      <w:r>
        <w:t>Another example: AI wrote a "fun" social post making light of a serious issue that was trending. Would have been offensive and damaged brand reputation.</w:t>
      </w:r>
    </w:p>
    <w:p>
      <w:r>
        <w:t>Damage if published: Brand damage, customer backlash, boycotts, public apologies, lost customers.</w:t>
      </w:r>
    </w:p>
    <w:p>
      <w:pPr>
        <w:pStyle w:val="Heading3"/>
      </w:pPr>
      <w:r>
        <w:rPr>
          <w:sz w:val="28"/>
        </w:rPr>
        <w:t>Category 4: The Competitive Intelligence Leak</w:t>
      </w:r>
    </w:p>
    <w:p>
      <w:r>
        <w:t>What happens: AI accidentally includes information that shouldn't be public—unreleased features, internal data, strategic plans.</w:t>
      </w:r>
    </w:p>
    <w:p>
      <w:r>
        <w:t>Example: AI drafted a blog post that mentioned a product launch date that was confidential. It pulled the information from internal documents that had been in the AI's context window.</w:t>
      </w:r>
    </w:p>
    <w:p>
      <w:r>
        <w:t>Damage if published: Competitive advantage lost, internal information exposed, potential NDA violations, strategic damage.</w:t>
      </w:r>
    </w:p>
    <w:p>
      <w:pPr>
        <w:pStyle w:val="Heading3"/>
      </w:pPr>
      <w:r>
        <w:rPr>
          <w:sz w:val="28"/>
        </w:rPr>
        <w:t>Category 5: The Voice Disaster</w:t>
      </w:r>
    </w:p>
    <w:p>
      <w:r>
        <w:t>What happens: AI sounds like a robot, uses phrases your brand would never use, or completely misses your tone.</w:t>
      </w:r>
    </w:p>
    <w:p>
      <w:r>
        <w:t>Example: AI wrote an "authentic personal story" for a founder that sounded like a corporate press release. Wooden. Formal. Nothing like how the founder actually speaks.</w:t>
      </w:r>
    </w:p>
    <w:p>
      <w:r>
        <w:t>Damage if published: Loss of authenticity, audience trust erosion, "this was clearly written by AI" criticism, mockery on social media.</w:t>
      </w:r>
    </w:p>
    <w:p>
      <w:pPr>
        <w:pStyle w:val="Heading2"/>
      </w:pPr>
      <w:r>
        <w:rPr>
          <w:sz w:val="32"/>
        </w:rPr>
        <w:t>The Safeguards That Work</w:t>
      </w:r>
    </w:p>
    <w:p>
      <w:r>
        <w:t>Sarah built a system to catch disasters before they become disasters:</w:t>
      </w:r>
    </w:p>
    <w:p>
      <w:pPr>
        <w:pStyle w:val="Heading3"/>
      </w:pPr>
      <w:r>
        <w:rPr>
          <w:sz w:val="28"/>
        </w:rPr>
        <w:t>Safeguard #1: The Human Checklist</w:t>
      </w:r>
    </w:p>
    <w:p>
      <w:r>
        <w:t>Before anything AI-generated goes live, a human must verify:</w:t>
      </w:r>
    </w:p>
    <w:p>
      <w:r>
        <w:t>✅ FACTS: Every claim, statistic, source, name, date</w:t>
      </w:r>
    </w:p>
    <w:p>
      <w:r>
        <w:t>- "Says Harvard study found X" → Verify the study exists</w:t>
      </w:r>
    </w:p>
    <w:p>
      <w:r>
        <w:t>- "Statistics show Y" → Find the actual source</w:t>
      </w:r>
    </w:p>
    <w:p>
      <w:r>
        <w:t>- "Expert Z says..." → Confirm the quote is real</w:t>
      </w:r>
    </w:p>
    <w:p>
      <w:r>
        <w:t>✅ LEGAL: Nothing that could violate regulations or make illegal claims</w:t>
      </w:r>
    </w:p>
    <w:p>
      <w:r>
        <w:t>- Healthcare: No "cure" language, only "treat"</w:t>
      </w:r>
    </w:p>
    <w:p>
      <w:r>
        <w:t>- Financial: No guarantees, no unregistered advice</w:t>
      </w:r>
    </w:p>
    <w:p>
      <w:r>
        <w:t>- Any regulated industry: Extra caution</w:t>
      </w:r>
    </w:p>
    <w:p>
      <w:r>
        <w:t>✅ TONE: Sounds like your brand, not a robot</w:t>
      </w:r>
    </w:p>
    <w:p>
      <w:r>
        <w:t>- Read it out loud</w:t>
      </w:r>
    </w:p>
    <w:p>
      <w:r>
        <w:t>- Would your founder say this?</w:t>
      </w:r>
    </w:p>
    <w:p>
      <w:r>
        <w:t>- Does it match your voice card?</w:t>
      </w:r>
    </w:p>
    <w:p>
      <w:r>
        <w:t>✅ CONTEXT: Appropriate timing and sensitivity</w:t>
      </w:r>
    </w:p>
    <w:p>
      <w:r>
        <w:t>- Check current news</w:t>
      </w:r>
    </w:p>
    <w:p>
      <w:r>
        <w:t>- Consider cultural sensitivities</w:t>
      </w:r>
    </w:p>
    <w:p>
      <w:r>
        <w:t>- Timing appropriate?</w:t>
      </w:r>
    </w:p>
    <w:p>
      <w:r>
        <w:t>✅ ACCURACY: Correctly represents your products/services</w:t>
      </w:r>
    </w:p>
    <w:p>
      <w:r>
        <w:t>- No overpromising</w:t>
      </w:r>
    </w:p>
    <w:p>
      <w:r>
        <w:t>- No misrepresenting features</w:t>
      </w:r>
    </w:p>
    <w:p>
      <w:r>
        <w:t>- No made-up benefits</w:t>
      </w:r>
    </w:p>
    <w:p>
      <w:r>
        <w:t>✅ CONFIDENTIALITY: No internal/unreleased information leaked</w:t>
      </w:r>
    </w:p>
    <w:p>
      <w:r>
        <w:t>- No unannounced features</w:t>
      </w:r>
    </w:p>
    <w:p>
      <w:r>
        <w:t>- No internal metrics</w:t>
      </w:r>
    </w:p>
    <w:p>
      <w:r>
        <w:t>- No strategic information</w:t>
      </w:r>
    </w:p>
    <w:p>
      <w:r>
        <w:t>Time required: 2-3 minutes per piece of content.</w:t>
      </w:r>
    </w:p>
    <w:p>
      <w:r>
        <w:t>Disasters prevented: Potentially all of them.</w:t>
      </w:r>
    </w:p>
    <w:p>
      <w:pPr>
        <w:pStyle w:val="Heading3"/>
      </w:pPr>
      <w:r>
        <w:rPr>
          <w:sz w:val="28"/>
        </w:rPr>
        <w:t>Safeguard #2: The "Read It Out Loud" Test</w:t>
      </w:r>
    </w:p>
    <w:p>
      <w:r>
        <w:t>If something sounds weird when you read it out loud, it's probably AI-generated language that doesn't work.</w:t>
      </w:r>
    </w:p>
    <w:p>
      <w:r>
        <w:t>Sarah's team reads every AI-drafted post out loud before publishing.</w:t>
      </w:r>
    </w:p>
    <w:p>
      <w:r>
        <w:rPr>
          <w:b/>
        </w:rPr>
        <w:t>What this catches:</w:t>
      </w:r>
    </w:p>
    <w:p>
      <w:r>
        <w:t>- Awkward phrasing: "In order to better facilitate the optimization of..."</w:t>
      </w:r>
    </w:p>
    <w:p>
      <w:r>
        <w:t>- Robot language: "Utilize" instead of "use", "leverage" instead of "use"</w:t>
      </w:r>
    </w:p>
    <w:p>
      <w:r>
        <w:t>- Unnatural constructions: "It is important to note that..."</w:t>
      </w:r>
    </w:p>
    <w:p>
      <w:r>
        <w:t>- Tone mismatches: Formal when should be casual, or vice versa</w:t>
      </w:r>
    </w:p>
    <w:p>
      <w:r>
        <w:t>If you stumble reading it, your audience will stumble reading it.</w:t>
      </w:r>
    </w:p>
    <w:p>
      <w:pPr>
        <w:pStyle w:val="Heading3"/>
      </w:pPr>
      <w:r>
        <w:rPr>
          <w:sz w:val="28"/>
        </w:rPr>
        <w:t>Safeguard #3: The "Would We Say This?" Test</w:t>
      </w:r>
    </w:p>
    <w:p>
      <w:r>
        <w:t>For every AI-generated sentence, ask: "Is this how we'd actually say this?"</w:t>
      </w:r>
    </w:p>
    <w:p>
      <w:r>
        <w:t>If no → rewrite</w:t>
      </w:r>
    </w:p>
    <w:p>
      <w:r>
        <w:t>If unsure → rewrite</w:t>
      </w:r>
    </w:p>
    <w:p>
      <w:r>
        <w:t>If yes → keep (but still fact-check)</w:t>
      </w:r>
    </w:p>
    <w:p>
      <w:r>
        <w:t>Example:</w:t>
      </w:r>
    </w:p>
    <w:p>
      <w:r>
        <w:t>AI wrote: "We are pleased to announce the implementation of our innovative solution."</w:t>
      </w:r>
    </w:p>
    <w:p>
      <w:r>
        <w:t>Would we say this? No. Too formal. Too corporate.</w:t>
      </w:r>
    </w:p>
    <w:p>
      <w:r>
        <w:t>What we'd actually say: "We just launched a new feature that solves [specific problem]."</w:t>
      </w:r>
    </w:p>
    <w:p>
      <w:pPr>
        <w:pStyle w:val="Heading3"/>
      </w:pPr>
      <w:r>
        <w:rPr>
          <w:sz w:val="28"/>
        </w:rPr>
        <w:t>Safeguard #4: The Fact-Check Protocol</w:t>
      </w:r>
    </w:p>
    <w:p>
      <w:r>
        <w:t>For any content with facts, citations, or data:</w:t>
      </w:r>
    </w:p>
    <w:p>
      <w:r>
        <w:t>Step 1: AI generates content</w:t>
      </w:r>
    </w:p>
    <w:p>
      <w:r>
        <w:t>Step 2: Human lists every factual claim</w:t>
      </w:r>
    </w:p>
    <w:p>
      <w:r>
        <w:t>- "Study shows X"</w:t>
      </w:r>
    </w:p>
    <w:p>
      <w:r>
        <w:t>- "Expert says Y"</w:t>
      </w:r>
    </w:p>
    <w:p>
      <w:r>
        <w:t>- "Statistics indicate Z"</w:t>
      </w:r>
    </w:p>
    <w:p>
      <w:r>
        <w:t>- "Company A does B"</w:t>
      </w:r>
    </w:p>
    <w:p>
      <w:r>
        <w:t>Step 3: Human verifies each one independently (not by asking AI)</w:t>
      </w:r>
    </w:p>
    <w:p>
      <w:r>
        <w:t>- Google the study</w:t>
      </w:r>
    </w:p>
    <w:p>
      <w:r>
        <w:t>- Find the original source</w:t>
      </w:r>
    </w:p>
    <w:p>
      <w:r>
        <w:t>- Confirm the statistic</w:t>
      </w:r>
    </w:p>
    <w:p>
      <w:r>
        <w:t>- Verify the quote</w:t>
      </w:r>
    </w:p>
    <w:p>
      <w:r>
        <w:t>Step 4: Anything unverifiable gets removed or flagged</w:t>
      </w:r>
    </w:p>
    <w:p>
      <w:r>
        <w:t>- Can't verify in 60 seconds with Google? Delete it or mark for deeper research.</w:t>
      </w:r>
    </w:p>
    <w:p>
      <w:r>
        <w:t>- "Studies show..." without specific study? Remove it.</w:t>
      </w:r>
    </w:p>
    <w:p>
      <w:r>
        <w:t>- Statistic without source? Remove it.</w:t>
      </w:r>
    </w:p>
    <w:p>
      <w:r>
        <w:t>Sarah's rule: "If I can't verify it in 60 seconds, we don't publish it."</w:t>
      </w:r>
    </w:p>
    <w:p>
      <w:pPr>
        <w:pStyle w:val="Heading3"/>
      </w:pPr>
      <w:r>
        <w:rPr>
          <w:sz w:val="28"/>
        </w:rPr>
        <w:t>Safeguard #5: The "What's The Worst That Could Happen?" Check</w:t>
      </w:r>
    </w:p>
    <w:p>
      <w:r>
        <w:t>Before publishing anything AI-generated, someone asks: "If this is wrong, what's the worst outcome?"</w:t>
      </w:r>
    </w:p>
    <w:p>
      <w:r>
        <w:rPr>
          <w:b/>
        </w:rPr>
        <w:t>If the answer is:</w:t>
      </w:r>
    </w:p>
    <w:p>
      <w:r>
        <w:t>- Minor embarrassment → Standard review is fine</w:t>
      </w:r>
    </w:p>
    <w:p>
      <w:r>
        <w:t>- Loss of credibility → Needs extra fact-checking</w:t>
      </w:r>
    </w:p>
    <w:p>
      <w:r>
        <w:t>- Legal issues → Needs legal review before publishing</w:t>
      </w:r>
    </w:p>
    <w:p>
      <w:r>
        <w:t>- Major brand damage → Needs senior approval</w:t>
      </w:r>
    </w:p>
    <w:p>
      <w:r>
        <w:t>- Financial liability → Needs legal + compliance review</w:t>
      </w:r>
    </w:p>
    <w:p>
      <w:r>
        <w:t>This helps prioritize review intensity based on risk.</w:t>
      </w:r>
    </w:p>
    <w:p>
      <w:r>
        <w:t>High-stakes content (legal, medical, financial) gets multiple reviewers. Low-stakes content (social media quip) gets standard review.</w:t>
      </w:r>
    </w:p>
    <w:p>
      <w:pPr>
        <w:pStyle w:val="Heading3"/>
      </w:pPr>
      <w:r>
        <w:rPr>
          <w:sz w:val="28"/>
        </w:rPr>
        <w:t>Safeguard #6: The Cool-Down Period</w:t>
      </w:r>
    </w:p>
    <w:p>
      <w:r>
        <w:t>For important content, Sarah's team adds a 24-hour buffer:</w:t>
      </w:r>
    </w:p>
    <w:p>
      <w:r>
        <w:rPr>
          <w:b/>
        </w:rPr>
        <w:t>Day 1:</w:t>
      </w:r>
    </w:p>
    <w:p>
      <w:r>
        <w:t>- AI drafts</w:t>
      </w:r>
    </w:p>
    <w:p>
      <w:r>
        <w:t>- Human reviews and edits</w:t>
      </w:r>
    </w:p>
    <w:p>
      <w:r>
        <w:rPr>
          <w:b/>
        </w:rPr>
        <w:t>Day 2:</w:t>
      </w:r>
    </w:p>
    <w:p>
      <w:r>
        <w:t>- Different human reviews again with fresh eyes</w:t>
      </w:r>
    </w:p>
    <w:p>
      <w:r>
        <w:t>- Then it publishes</w:t>
      </w:r>
    </w:p>
    <w:p>
      <w:r>
        <w:t>Why this works: Fresh eyes catch things tired eyes miss. Distance reveals tone problems. Urgency fades, judgment improves.</w:t>
      </w:r>
    </w:p>
    <w:p>
      <w:r>
        <w:t>For time-sensitive content: Minimum 2-hour buffer between draft and publish.</w:t>
      </w:r>
    </w:p>
    <w:p>
      <w:r>
        <w:t>At least two people see it. At least two hours pass. Then publish.</w:t>
      </w:r>
    </w:p>
    <w:p>
      <w:pPr>
        <w:pStyle w:val="Heading2"/>
      </w:pPr>
      <w:r>
        <w:rPr>
          <w:sz w:val="32"/>
        </w:rPr>
        <w:t>The Disasters That Did Happen (And What We Learned)</w:t>
      </w:r>
    </w:p>
    <w:p>
      <w:r>
        <w:t>Sarah interviewed other agencies about their AI disasters. Here's what actually went wrong:</w:t>
      </w:r>
    </w:p>
    <w:p>
      <w:pPr>
        <w:pStyle w:val="Heading3"/>
      </w:pPr>
      <w:r>
        <w:rPr>
          <w:sz w:val="28"/>
        </w:rPr>
        <w:t>Disaster 1: The Fake Expert Quote</w:t>
      </w:r>
    </w:p>
    <w:p>
      <w:r>
        <w:t>What happened: Agency had AI write a blog post. AI invented a quote from a "leading expert" who didn't exist, attributed to a university that never said it.</w:t>
      </w:r>
    </w:p>
    <w:p>
      <w:r>
        <w:t>Client published it. Someone fact-checked. University contacted them asking them to remove the false attribution. Embarrassment ensued. Client lost trust.</w:t>
      </w:r>
    </w:p>
    <w:p>
      <w:r>
        <w:t>The lesson: Never trust AI-generated quotes or citations without verification. AI hallucinates confidently.</w:t>
      </w:r>
    </w:p>
    <w:p>
      <w:r>
        <w:t>The safeguard: Verify every quote, every citation, every "expert says" claim.</w:t>
      </w:r>
    </w:p>
    <w:p>
      <w:pPr>
        <w:pStyle w:val="Heading3"/>
      </w:pPr>
      <w:r>
        <w:rPr>
          <w:sz w:val="28"/>
        </w:rPr>
        <w:t>Disaster 2: The Compliance Violation</w:t>
      </w:r>
    </w:p>
    <w:p>
      <w:r>
        <w:t>What happened: Financial services firm had AI draft email marketing. AI used language that violated SEC regulations about investment promises.</w:t>
      </w:r>
    </w:p>
    <w:p>
      <w:r>
        <w:t>"Guaranteed returns" and "risk-free investment" are illegal claims. AI didn't know that.</w:t>
      </w:r>
    </w:p>
    <w:p>
      <w:r>
        <w:t>Email went to 50,000 people. Regulatory inquiry followed. $75,000 fine. Required compliance training. Public disclosure of violation.</w:t>
      </w:r>
    </w:p>
    <w:p>
      <w:r>
        <w:t>The lesson: Industries with strict regulations need compliance review on ALL AI content. No exceptions.</w:t>
      </w:r>
    </w:p>
    <w:p>
      <w:r>
        <w:t>The safeguard: Legal/compliance review for any regulated industry content before publishing.</w:t>
      </w:r>
    </w:p>
    <w:p>
      <w:pPr>
        <w:pStyle w:val="Heading3"/>
      </w:pPr>
      <w:r>
        <w:rPr>
          <w:sz w:val="28"/>
        </w:rPr>
        <w:t>Disaster 3: The Competitor Mentioned</w:t>
      </w:r>
    </w:p>
    <w:p>
      <w:r>
        <w:t>What happened: AI drafted a comparison blog post. Accidentally mentioned a competitor's unreleased feature (that was in AI's training data from leaked news articles).</w:t>
      </w:r>
    </w:p>
    <w:p>
      <w:r>
        <w:t>Published it. Competitor was furious. Threatened legal action for revealing confidential information. Had to publish apology and remove post.</w:t>
      </w:r>
    </w:p>
    <w:p>
      <w:r>
        <w:t>The lesson: AI knows things you don't want it to share. Check for confidential/competitive information.</w:t>
      </w:r>
    </w:p>
    <w:p>
      <w:r>
        <w:t>The safeguard: Review for mentions of competitors, unreleased features, insider information.</w:t>
      </w:r>
    </w:p>
    <w:p>
      <w:pPr>
        <w:pStyle w:val="Heading3"/>
      </w:pPr>
      <w:r>
        <w:rPr>
          <w:sz w:val="28"/>
        </w:rPr>
        <w:t>Disaster 4: The Tone Disaster</w:t>
      </w:r>
    </w:p>
    <w:p>
      <w:r>
        <w:t>What happened: Nonprofit had AI draft fundraising email. AI used aggressive direct-mail language ("Final notice!" "Last chance!" "Don't miss out!") completely wrong for their brand voice.</w:t>
      </w:r>
    </w:p>
    <w:p>
      <w:r>
        <w:t>Sent to major donors. Several donors cancelled recurring gifts, offended by the aggressive tone.</w:t>
      </w:r>
    </w:p>
    <w:p>
      <w:r>
        <w:t>Lost $120,000 in annual giving from three donors who found the email "insulting" and "desperate."</w:t>
      </w:r>
    </w:p>
    <w:p>
      <w:r>
        <w:t>The lesson: Voice matters. AI defaults to patterns from its training, not your specific brand voice.</w:t>
      </w:r>
    </w:p>
    <w:p>
      <w:r>
        <w:t>The safeguard: Voice check on everything. Read out loud. Would your founder write this?</w:t>
      </w:r>
    </w:p>
    <w:p>
      <w:pPr>
        <w:pStyle w:val="Heading3"/>
      </w:pPr>
      <w:r>
        <w:rPr>
          <w:sz w:val="28"/>
        </w:rPr>
        <w:t>Disaster 5: The Hallucinated Statistics</w:t>
      </w:r>
    </w:p>
    <w:p>
      <w:r>
        <w:t>What happened: B2B company published blog post with AI-generated statistics. "87% of companies see ROI within 3 months" and similar claims.</w:t>
      </w:r>
    </w:p>
    <w:p>
      <w:r>
        <w:t>Competitor called them out publicly: "What study shows this? Source?" They had no source. AI made it up.</w:t>
      </w:r>
    </w:p>
    <w:p>
      <w:r>
        <w:t>Public embarrassment. Had to publish correction. Lost credibility. Sales prospects mentioned it in calls: "Can we trust your other claims?"</w:t>
      </w:r>
    </w:p>
    <w:p>
      <w:r>
        <w:t>The lesson: AI invents statistics that sound real. Always verify numbers.</w:t>
      </w:r>
    </w:p>
    <w:p>
      <w:r>
        <w:t>The safeguard: Fact-check protocol. Every number gets sourced or removed.</w:t>
      </w:r>
    </w:p>
    <w:p>
      <w:pPr>
        <w:pStyle w:val="Heading2"/>
      </w:pPr>
      <w:r>
        <w:rPr>
          <w:sz w:val="32"/>
        </w:rPr>
        <w:t>When To Never Trust AI</w:t>
      </w:r>
    </w:p>
    <w:p>
      <w:r>
        <w:t>Sarah's team has a "Never Trust AI Alone" list:</w:t>
      </w:r>
    </w:p>
    <w:p>
      <w:pPr>
        <w:pStyle w:val="Heading3"/>
      </w:pPr>
      <w:r>
        <w:rPr>
          <w:sz w:val="28"/>
        </w:rPr>
        <w:t>NEVER publish without human verification:</w:t>
      </w:r>
    </w:p>
    <w:p>
      <w:r>
        <w:rPr>
          <w:b/>
        </w:rPr>
        <w:t>Legal/compliance content:</w:t>
      </w:r>
    </w:p>
    <w:p>
      <w:r>
        <w:t>- Terms of service</w:t>
      </w:r>
    </w:p>
    <w:p>
      <w:r>
        <w:t>- Privacy policies</w:t>
      </w:r>
    </w:p>
    <w:p>
      <w:r>
        <w:t>- Regulatory disclosures</w:t>
      </w:r>
    </w:p>
    <w:p>
      <w:r>
        <w:t>- Contract language</w:t>
      </w:r>
    </w:p>
    <w:p>
      <w:r>
        <w:t>- Compliance statements</w:t>
      </w:r>
    </w:p>
    <w:p>
      <w:r>
        <w:rPr>
          <w:b/>
        </w:rPr>
        <w:t>Financial information:</w:t>
      </w:r>
    </w:p>
    <w:p>
      <w:r>
        <w:t>- Investment advice</w:t>
      </w:r>
    </w:p>
    <w:p>
      <w:r>
        <w:t>- Return projections</w:t>
      </w:r>
    </w:p>
    <w:p>
      <w:r>
        <w:t>- Performance claims</w:t>
      </w:r>
    </w:p>
    <w:p>
      <w:r>
        <w:t>- Pricing guarantees</w:t>
      </w:r>
    </w:p>
    <w:p>
      <w:r>
        <w:t>- ROI promises</w:t>
      </w:r>
    </w:p>
    <w:p>
      <w:r>
        <w:rPr>
          <w:b/>
        </w:rPr>
        <w:t>Medical/health claims:</w:t>
      </w:r>
    </w:p>
    <w:p>
      <w:r>
        <w:t>- Treatment recommendations</w:t>
      </w:r>
    </w:p>
    <w:p>
      <w:r>
        <w:t>- Health advice</w:t>
      </w:r>
    </w:p>
    <w:p>
      <w:r>
        <w:t>- Medical information</w:t>
      </w:r>
    </w:p>
    <w:p>
      <w:r>
        <w:t>- Drug information</w:t>
      </w:r>
    </w:p>
    <w:p>
      <w:r>
        <w:t>- Diagnostic guidance</w:t>
      </w:r>
    </w:p>
    <w:p>
      <w:r>
        <w:rPr>
          <w:b/>
        </w:rPr>
        <w:t>Quotes from real people:</w:t>
      </w:r>
    </w:p>
    <w:p>
      <w:r>
        <w:t>- Expert quotes</w:t>
      </w:r>
    </w:p>
    <w:p>
      <w:r>
        <w:t>- Customer testimonials</w:t>
      </w:r>
    </w:p>
    <w:p>
      <w:r>
        <w:t>- Executive statements</w:t>
      </w:r>
    </w:p>
    <w:p>
      <w:r>
        <w:t>- Anyone's actual words</w:t>
      </w:r>
    </w:p>
    <w:p>
      <w:r>
        <w:rPr>
          <w:b/>
        </w:rPr>
        <w:t>Statistical data:</w:t>
      </w:r>
    </w:p>
    <w:p>
      <w:r>
        <w:t>- Research findings</w:t>
      </w:r>
    </w:p>
    <w:p>
      <w:r>
        <w:t>- Survey results</w:t>
      </w:r>
    </w:p>
    <w:p>
      <w:r>
        <w:t>- Market data</w:t>
      </w:r>
    </w:p>
    <w:p>
      <w:r>
        <w:t>- Performance metrics</w:t>
      </w:r>
    </w:p>
    <w:p>
      <w:r>
        <w:t>- Any numbers</w:t>
      </w:r>
    </w:p>
    <w:p>
      <w:r>
        <w:rPr>
          <w:b/>
        </w:rPr>
        <w:t>Product specifications:</w:t>
      </w:r>
    </w:p>
    <w:p>
      <w:r>
        <w:t>- Technical details</w:t>
      </w:r>
    </w:p>
    <w:p>
      <w:r>
        <w:t>- Feature descriptions</w:t>
      </w:r>
    </w:p>
    <w:p>
      <w:r>
        <w:t>- Capability claims</w:t>
      </w:r>
    </w:p>
    <w:p>
      <w:r>
        <w:t>- System requirements</w:t>
      </w:r>
    </w:p>
    <w:p>
      <w:r>
        <w:t>- Compatibility information</w:t>
      </w:r>
    </w:p>
    <w:p>
      <w:r>
        <w:rPr>
          <w:b/>
        </w:rPr>
        <w:t>Company policies:</w:t>
      </w:r>
    </w:p>
    <w:p>
      <w:r>
        <w:t>- HR policies</w:t>
      </w:r>
    </w:p>
    <w:p>
      <w:r>
        <w:t>- Operational procedures</w:t>
      </w:r>
    </w:p>
    <w:p>
      <w:r>
        <w:t>- Customer policies</w:t>
      </w:r>
    </w:p>
    <w:p>
      <w:r>
        <w:t>- Refund terms</w:t>
      </w:r>
    </w:p>
    <w:p>
      <w:r>
        <w:t>- Warranty information</w:t>
      </w:r>
    </w:p>
    <w:p>
      <w:pPr>
        <w:pStyle w:val="Heading3"/>
      </w:pPr>
      <w:r>
        <w:rPr>
          <w:sz w:val="28"/>
        </w:rPr>
        <w:t>Extra cautious with:</w:t>
      </w:r>
    </w:p>
    <w:p>
      <w:r>
        <w:t>- Content about sensitive topics (politics, religion, social issues)</w:t>
      </w:r>
    </w:p>
    <w:p>
      <w:r>
        <w:t>- Crisis communications (when stakes are highest)</w:t>
      </w:r>
    </w:p>
    <w:p>
      <w:r>
        <w:t>- Executive communications (represents leadership)</w:t>
      </w:r>
    </w:p>
    <w:p>
      <w:r>
        <w:t>- Customer-facing policy changes (must be accurate)</w:t>
      </w:r>
    </w:p>
    <w:p>
      <w:r>
        <w:t>- Anything that can't be easily corrected if wrong</w:t>
      </w:r>
    </w:p>
    <w:p>
      <w:pPr>
        <w:pStyle w:val="Heading3"/>
      </w:pPr>
      <w:r>
        <w:rPr>
          <w:sz w:val="28"/>
        </w:rPr>
        <w:t>OK to trust more (but still review):</w:t>
      </w:r>
    </w:p>
    <w:p>
      <w:r>
        <w:t>- Blog post first drafts (low stakes, easily correctable)</w:t>
      </w:r>
    </w:p>
    <w:p>
      <w:r>
        <w:t>- Social media ideas (can delete if wrong)</w:t>
      </w:r>
    </w:p>
    <w:p>
      <w:r>
        <w:t>- Content outlines (not final output)</w:t>
      </w:r>
    </w:p>
    <w:p>
      <w:r>
        <w:t>- Brainstorming (just ideas, not published)</w:t>
      </w:r>
    </w:p>
    <w:p>
      <w:r>
        <w:t>- Format/structure suggestions (just templates)</w:t>
      </w:r>
    </w:p>
    <w:p>
      <w:pPr>
        <w:pStyle w:val="Heading2"/>
      </w:pPr>
      <w:r>
        <w:rPr>
          <w:sz w:val="32"/>
        </w:rPr>
        <w:t>The Two-Person Rule</w:t>
      </w:r>
    </w:p>
    <w:p>
      <w:r>
        <w:t>For high-stakes content, Sarah implemented the "two-person rule":</w:t>
      </w:r>
    </w:p>
    <w:p>
      <w:r>
        <w:t>Person 1: Creates/edits the AI content</w:t>
      </w:r>
    </w:p>
    <w:p>
      <w:r>
        <w:t>Person 2: Reviews with fresh eyes</w:t>
      </w:r>
    </w:p>
    <w:p>
      <w:r>
        <w:t>Neither person can publish alone. Both must approve.</w:t>
      </w:r>
    </w:p>
    <w:p>
      <w:r>
        <w:t>Why this works: Person 1 gets attached to their work and misses problems. Person 2 sees with fresh eyes.</w:t>
      </w:r>
    </w:p>
    <w:p>
      <w:r>
        <w:t>For critical content (legal, financial, executive), add Person 3 (legal/compliance review).</w:t>
      </w:r>
    </w:p>
    <w:p>
      <w:pPr>
        <w:pStyle w:val="Heading2"/>
      </w:pPr>
      <w:r>
        <w:rPr>
          <w:sz w:val="32"/>
        </w:rPr>
        <w:t>The Monthly Disaster Drill</w:t>
      </w:r>
    </w:p>
    <w:p>
      <w:r>
        <w:t>Once per month, Sarah's team does a "disaster drill":</w:t>
      </w:r>
    </w:p>
    <w:p>
      <w:r>
        <w:t>Step 1: Review near-misses from the past month</w:t>
      </w:r>
    </w:p>
    <w:p>
      <w:r>
        <w:t>- What almost went wrong?</w:t>
      </w:r>
    </w:p>
    <w:p>
      <w:r>
        <w:t>- How did we catch it?</w:t>
      </w:r>
    </w:p>
    <w:p>
      <w:r>
        <w:t>- How can we catch it sooner next time?</w:t>
      </w:r>
    </w:p>
    <w:p>
      <w:r>
        <w:t>Step 2: Update the checklist</w:t>
      </w:r>
    </w:p>
    <w:p>
      <w:r>
        <w:t>- New mistake patterns?</w:t>
      </w:r>
    </w:p>
    <w:p>
      <w:r>
        <w:t>- New items to watch for?</w:t>
      </w:r>
    </w:p>
    <w:p>
      <w:r>
        <w:t>- New verification steps needed?</w:t>
      </w:r>
    </w:p>
    <w:p>
      <w:r>
        <w:t>Step 3: Review AI failures from other companies</w:t>
      </w:r>
    </w:p>
    <w:p>
      <w:r>
        <w:t>- What disasters happened in the news?</w:t>
      </w:r>
    </w:p>
    <w:p>
      <w:r>
        <w:t>- Could that happen to us?</w:t>
      </w:r>
    </w:p>
    <w:p>
      <w:r>
        <w:t>- What safeguards prevent it?</w:t>
      </w:r>
    </w:p>
    <w:p>
      <w:r>
        <w:t>Step 4: Practice catching problems</w:t>
      </w:r>
    </w:p>
    <w:p>
      <w:r>
        <w:t>- Sarah gives team AI-generated content with hidden problems</w:t>
      </w:r>
    </w:p>
    <w:p>
      <w:r>
        <w:t>- Team finds the issues</w:t>
      </w:r>
    </w:p>
    <w:p>
      <w:r>
        <w:t>- Discuss what they caught and missed</w:t>
      </w:r>
    </w:p>
    <w:p>
      <w:r>
        <w:t>This keeps the team sharp. Makes catching problems instinctive, not just procedural.</w:t>
      </w:r>
    </w:p>
    <w:p>
      <w:pPr>
        <w:pStyle w:val="Heading2"/>
      </w:pPr>
      <w:r>
        <w:rPr>
          <w:sz w:val="32"/>
        </w:rPr>
        <w:t>The Shift</w:t>
      </w:r>
    </w:p>
    <w:p>
      <w:r>
        <w:t>Sarah's transformation: From "AI makes things faster" to "AI makes things faster IF we have safeguards to prevent disasters."</w:t>
      </w:r>
    </w:p>
    <w:p>
      <w:r>
        <w:t>Her team's workflow now:</w:t>
      </w:r>
    </w:p>
    <w:p>
      <w:r>
        <w:t>Step 1: AI drafts (fast)</w:t>
      </w:r>
    </w:p>
    <w:p>
      <w:r>
        <w:t>Step 2: Human reviews with checklist (2 minutes)</w:t>
      </w:r>
    </w:p>
    <w:p>
      <w:r>
        <w:t>Step 3: Verification of facts/claims (2-5 minutes)</w:t>
      </w:r>
    </w:p>
    <w:p>
      <w:r>
        <w:t>Step 4: Tone/voice check (1 minute)</w:t>
      </w:r>
    </w:p>
    <w:p>
      <w:r>
        <w:t>Step 5: Final approval (30 seconds)</w:t>
      </w:r>
    </w:p>
    <w:p>
      <w:r>
        <w:t>Total: 5-10 minutes per piece of content.</w:t>
      </w:r>
    </w:p>
    <w:p>
      <w:r>
        <w:t>Still faster than writing from scratch. But with safeguards that prevent disasters.</w:t>
      </w:r>
    </w:p>
    <w:p>
      <w:r>
        <w:rPr>
          <w:b/>
        </w:rPr>
        <w:t>Zero disasters in 18 months.</w:t>
      </w:r>
    </w:p>
    <w:p>
      <w:r>
        <w:t>Not because they stopped using AI. Because they stopped trusting AI alone.</w:t>
      </w:r>
    </w:p>
    <w:p>
      <w:pPr>
        <w:pStyle w:val="Heading2"/>
      </w:pPr>
      <w:r>
        <w:rPr>
          <w:sz w:val="32"/>
        </w:rPr>
        <w:t>Your Crisis Prevention System</w:t>
      </w:r>
    </w:p>
    <w:p>
      <w:r>
        <w:t>Starting this week:</w:t>
      </w:r>
    </w:p>
    <w:p>
      <w:pPr>
        <w:pStyle w:val="Heading3"/>
      </w:pPr>
      <w:r>
        <w:rPr>
          <w:sz w:val="28"/>
        </w:rPr>
        <w:t>Week 1: Create Your Checklist</w:t>
      </w:r>
    </w:p>
    <w:p>
      <w:r>
        <w:t>Adapt Sarah's 6-point verification list:</w:t>
      </w:r>
    </w:p>
    <w:p>
      <w:r>
        <w:t>- Facts verified?</w:t>
      </w:r>
    </w:p>
    <w:p>
      <w:r>
        <w:t>- Legal/compliance OK?</w:t>
      </w:r>
    </w:p>
    <w:p>
      <w:r>
        <w:t>- Tone sounds like you?</w:t>
      </w:r>
    </w:p>
    <w:p>
      <w:r>
        <w:t>- Context appropriate?</w:t>
      </w:r>
    </w:p>
    <w:p>
      <w:r>
        <w:t>- Accuracy correct?</w:t>
      </w:r>
    </w:p>
    <w:p>
      <w:r>
        <w:t>- No confidential info?</w:t>
      </w:r>
    </w:p>
    <w:p>
      <w:r>
        <w:t>Add industry-specific items. Make it one page. Print it. Use it every time.</w:t>
      </w:r>
    </w:p>
    <w:p>
      <w:pPr>
        <w:pStyle w:val="Heading3"/>
      </w:pPr>
      <w:r>
        <w:rPr>
          <w:sz w:val="28"/>
        </w:rPr>
        <w:t>Week 2: Assign Human Review</w:t>
      </w:r>
    </w:p>
    <w:p>
      <w:r>
        <w:t>Every AI-generated piece gets human eyes. No exceptions.</w:t>
      </w:r>
    </w:p>
    <w:p>
      <w:r>
        <w:t>Assign specific people:</w:t>
      </w:r>
    </w:p>
    <w:p>
      <w:r>
        <w:t>- Who reviews social media posts?</w:t>
      </w:r>
    </w:p>
    <w:p>
      <w:r>
        <w:t>- Who reviews blog posts?</w:t>
      </w:r>
    </w:p>
    <w:p>
      <w:r>
        <w:t>- Who reviews client-facing content?</w:t>
      </w:r>
    </w:p>
    <w:p>
      <w:r>
        <w:t>- Who does final approval?</w:t>
      </w:r>
    </w:p>
    <w:p>
      <w:r>
        <w:t>Make it clear. Make it routine.</w:t>
      </w:r>
    </w:p>
    <w:p>
      <w:pPr>
        <w:pStyle w:val="Heading3"/>
      </w:pPr>
      <w:r>
        <w:rPr>
          <w:sz w:val="28"/>
        </w:rPr>
        <w:t>Week 3: Build Fact-Check Habit</w:t>
      </w:r>
    </w:p>
    <w:p>
      <w:r>
        <w:t>For any AI content with claims:</w:t>
      </w:r>
    </w:p>
    <w:p>
      <w:r>
        <w:t>- List every factual claim</w:t>
      </w:r>
    </w:p>
    <w:p>
      <w:r>
        <w:t>- Verify each one</w:t>
      </w:r>
    </w:p>
    <w:p>
      <w:r>
        <w:t>- Remove anything unverifiable</w:t>
      </w:r>
    </w:p>
    <w:p>
      <w:r>
        <w:t>Rule: Can't verify in 60 seconds = don't publish.</w:t>
      </w:r>
    </w:p>
    <w:p>
      <w:pPr>
        <w:pStyle w:val="Heading3"/>
      </w:pPr>
      <w:r>
        <w:rPr>
          <w:sz w:val="28"/>
        </w:rPr>
        <w:t>Week 4: Add Cooling Period</w:t>
      </w:r>
    </w:p>
    <w:p>
      <w:r>
        <w:t>High-stakes content: 24-hour review period</w:t>
      </w:r>
    </w:p>
    <w:p>
      <w:r>
        <w:t>All content: Minimum 2-hour buffer</w:t>
      </w:r>
    </w:p>
    <w:p>
      <w:r>
        <w:t>Multiple people review before publishing</w:t>
      </w:r>
    </w:p>
    <w:p>
      <w:pPr>
        <w:pStyle w:val="Heading3"/>
      </w:pPr>
      <w:r>
        <w:rPr>
          <w:sz w:val="28"/>
        </w:rPr>
        <w:t>Month 2: Track Near-Misses</w:t>
      </w:r>
    </w:p>
    <w:p>
      <w:r>
        <w:t>Keep a log:</w:t>
      </w:r>
    </w:p>
    <w:p>
      <w:r>
        <w:t>- What almost went wrong?</w:t>
      </w:r>
    </w:p>
    <w:p>
      <w:r>
        <w:t>- How did we catch it?</w:t>
      </w:r>
    </w:p>
    <w:p>
      <w:r>
        <w:t>- What patterns are emerging?</w:t>
      </w:r>
    </w:p>
    <w:p>
      <w:r>
        <w:t>Update your checklist based on near-misses.</w:t>
      </w:r>
    </w:p>
    <w:p>
      <w:pPr>
        <w:pStyle w:val="Heading2"/>
      </w:pPr>
      <w:r>
        <w:rPr>
          <w:sz w:val="32"/>
        </w:rPr>
        <w:t>The Bottom Line</w:t>
      </w:r>
    </w:p>
    <w:p>
      <w:r>
        <w:t>AI is powerful. But power without safeguards is reckless.</w:t>
      </w:r>
    </w:p>
    <w:p>
      <w:r>
        <w:t>Every disaster Sarah prevented had these in common:</w:t>
      </w:r>
    </w:p>
    <w:p>
      <w:r>
        <w:t>- AI generated plausible-looking content</w:t>
      </w:r>
    </w:p>
    <w:p>
      <w:r>
        <w:t>- Human didn't verify thoroughly</w:t>
      </w:r>
    </w:p>
    <w:p>
      <w:r>
        <w:t>- Problem wasn't caught until too late (or almost too late)</w:t>
      </w:r>
    </w:p>
    <w:p>
      <w:r>
        <w:t>The solution isn't "don't use AI." The solution is "don't trust AI alone."</w:t>
      </w:r>
    </w:p>
    <w:p>
      <w:r>
        <w:t>Build safeguards now. Thank yourself later.</w:t>
      </w:r>
    </w:p>
    <w:p>
      <w:r>
        <w:t>Sarah's agency hasn't had a single AI disaster in 18 months. Not because they're lucky. Because they have systems that catch problems before they become disasters.</w:t>
      </w:r>
    </w:p>
    <w:p>
      <w:pPr>
        <w:pStyle w:val="Heading2"/>
      </w:pPr>
      <w:r>
        <w:rPr>
          <w:sz w:val="32"/>
        </w:rPr>
        <w:t>The Crisis That Didn't Happen</w:t>
      </w:r>
    </w:p>
    <w:p>
      <w:r>
        <w:t>Remember that LinkedIn post Sarah's team caught?</w:t>
      </w:r>
    </w:p>
    <w:p>
      <w:r>
        <w:t>"Our platform helps investors maximize returns while minimizing regulatory oversight."</w:t>
      </w:r>
    </w:p>
    <w:p>
      <w:r>
        <w:t>If that had been published:</w:t>
      </w:r>
    </w:p>
    <w:p>
      <w:r>
        <w:t>- Client relationship destroyed (they'd look like they help people evade regulations)</w:t>
      </w:r>
    </w:p>
    <w:p>
      <w:r>
        <w:t>- Potential SEC inquiry (suggesting regulatory avoidance)</w:t>
      </w:r>
    </w:p>
    <w:p>
      <w:r>
        <w:t>- Reputation damage (other financial clients would worry)</w:t>
      </w:r>
    </w:p>
    <w:p>
      <w:r>
        <w:t>- Lost business (prospects would avoid them)</w:t>
      </w:r>
    </w:p>
    <w:p>
      <w:r>
        <w:t>Estimated cost: $500,000+ in lost business and reputation damage.</w:t>
      </w:r>
    </w:p>
    <w:p>
      <w:r>
        <w:t>Time to prevent it: 2 minutes of human review with the checklist.</w:t>
      </w:r>
    </w:p>
    <w:p>
      <w:r>
        <w:t>ROI of safeguards: Infinite.</w:t>
      </w:r>
    </w:p>
    <w:p>
      <w:r>
        <w:t>The crisis that didn't happen is better than the crisis you have to manage.</w:t>
      </w:r>
    </w:p>
    <w:p>
      <w:pPr>
        <w:pStyle w:val="Heading2"/>
      </w:pPr>
      <w:r>
        <w:rPr>
          <w:sz w:val="32"/>
        </w:rPr>
        <w:t>Your Move</w:t>
      </w:r>
    </w:p>
    <w:p>
      <w:r>
        <w:t>This week:</w:t>
      </w:r>
    </w:p>
    <w:p>
      <w:r>
        <w:t>1. Create your verification checklist</w:t>
      </w:r>
    </w:p>
    <w:p>
      <w:r>
        <w:t>2. Assign reviewers</w:t>
      </w:r>
    </w:p>
    <w:p>
      <w:r>
        <w:t>3. Implement fact-checking</w:t>
      </w:r>
    </w:p>
    <w:p>
      <w:r>
        <w:t>4. Add cooling periods</w:t>
      </w:r>
    </w:p>
    <w:p>
      <w:r>
        <w:t>5. Track near-misses</w:t>
      </w:r>
    </w:p>
    <w:p>
      <w:r>
        <w:t>Next month:</w:t>
      </w:r>
    </w:p>
    <w:p>
      <w:r>
        <w:t>- Review what you almost missed</w:t>
      </w:r>
    </w:p>
    <w:p>
      <w:r>
        <w:t>- Update checklist</w:t>
      </w:r>
    </w:p>
    <w:p>
      <w:r>
        <w:t>- Train team</w:t>
      </w:r>
    </w:p>
    <w:p>
      <w:r>
        <w:t>- Make it routine</w:t>
      </w:r>
    </w:p>
    <w:p>
      <w:r>
        <w:t>In six months:</w:t>
      </w:r>
    </w:p>
    <w:p>
      <w:r>
        <w:t>- You'll have prevented multiple potential disasters</w:t>
      </w:r>
    </w:p>
    <w:p>
      <w:r>
        <w:t>- Your team will catch problems instinctively</w:t>
      </w:r>
    </w:p>
    <w:p>
      <w:r>
        <w:t>- AI will be powerful tool, not potential liability</w:t>
      </w:r>
    </w:p>
    <w:p>
      <w:r>
        <w:t>The safeguards take 5-10 minutes per piece of content.</w:t>
      </w:r>
    </w:p>
    <w:p>
      <w:r>
        <w:t>The disasters take months to recover from.</w:t>
      </w:r>
    </w:p>
    <w:p>
      <w:r>
        <w:t>Which would you rather invest in?</w:t>
      </w:r>
    </w:p>
    <w:p>
      <w:pPr>
        <w:pStyle w:val="Heading1"/>
      </w:pPr>
      <w:r>
        <w:rPr>
          <w:sz w:val="36"/>
        </w:rPr>
        <w:t>PART 3: NOW GO DO IT</w:t>
      </w:r>
    </w:p>
    <w:p>
      <w:pPr>
        <w:pStyle w:val="Heading1"/>
      </w:pPr>
      <w:r>
        <w:rPr>
          <w:sz w:val="36"/>
        </w:rPr>
        <w:t>CHAPTER 10: Your First 30 Days</w:t>
      </w:r>
    </w:p>
    <w:p>
      <w:r>
        <w:t>Alex started using AI for his consulting business on a Monday in March 2024.</w:t>
      </w:r>
    </w:p>
    <w:p>
      <w:r>
        <w:t>He'd read about AI for months. Watched videos. Read articles. Listened to podcasts. Finally decided to just try it.</w:t>
      </w:r>
    </w:p>
    <w:p>
      <w:r>
        <w:t>Week 1 was exciting. And confusing. And frustrating.</w:t>
      </w:r>
    </w:p>
    <w:p>
      <w:pPr>
        <w:pStyle w:val="Heading3"/>
      </w:pPr>
      <w:r>
        <w:rPr>
          <w:sz w:val="28"/>
        </w:rPr>
        <w:t>Week 1: The Honeymoon Phase</w:t>
      </w:r>
    </w:p>
    <w:p>
      <w:r>
        <w:t>Monday: Alex opened ChatGPT with enthusiasm. Asked it to help with a client presentation. Got back generic corporate speak that was completely useless.</w:t>
      </w:r>
    </w:p>
    <w:p>
      <w:r>
        <w:t>Tried again with a more specific prompt. Better, but still not great.</w:t>
      </w:r>
    </w:p>
    <w:p>
      <w:r>
        <w:t>Spent 3 hours that day experimenting. Created maybe 20 minutes of usable content.</w:t>
      </w:r>
    </w:p>
    <w:p>
      <w:r>
        <w:t>Wednesday: Tried using AI for client research. It hallucinated three statistics and made up a competitor that didn't exist.</w:t>
      </w:r>
    </w:p>
    <w:p>
      <w:r>
        <w:t>Spent 2 hours fact-checking everything. Decided AI research needs heavy verification.</w:t>
      </w:r>
    </w:p>
    <w:p>
      <w:r>
        <w:t>Friday: Asked AI to draft email responses to clients. The tone was all wrong—too formal, too robotic.</w:t>
      </w:r>
    </w:p>
    <w:p>
      <w:r>
        <w:t>Spent an hour rewriting them. Wondered if AI was actually saving time or just creating more work.</w:t>
      </w:r>
    </w:p>
    <w:p>
      <w:r>
        <w:t>Week 1 takeaway: Everything takes longer than expected. Results are inconsistent. Lots of trial and error. But glimmers of potential.</w:t>
      </w:r>
    </w:p>
    <w:p>
      <w:pPr>
        <w:pStyle w:val="Heading3"/>
      </w:pPr>
      <w:r>
        <w:rPr>
          <w:sz w:val="28"/>
        </w:rPr>
        <w:t>Week 2: The Reality Check</w:t>
      </w:r>
    </w:p>
    <w:p>
      <w:r>
        <w:t>Monday: Alex developed his first working prompt template. Specific instructions about voice, length, format.</w:t>
      </w:r>
    </w:p>
    <w:p>
      <w:r>
        <w:t>Results got noticeably better. Still needed editing, but starting from 70% instead of 30%.</w:t>
      </w:r>
    </w:p>
    <w:p>
      <w:r>
        <w:t>Wednesday: Tried using AI for 5 different tasks. Two worked well (research summaries, outline creation). Three failed completely (nuanced recommendations, client-specific strategy, voice matching).</w:t>
      </w:r>
    </w:p>
    <w:p>
      <w:r>
        <w:t>Started documenting: "What AI is good at" vs "What AI is terrible at."</w:t>
      </w:r>
    </w:p>
    <w:p>
      <w:r>
        <w:t>Friday: Client asked if he was using AI. Alex panicked, then realized they were just curious. Showed them the process. They were impressed by the human-in-the-loop approach.</w:t>
      </w:r>
    </w:p>
    <w:p>
      <w:r>
        <w:t>Week 2 takeaway: Results getting better. Learning what NOT to use AI for is as important as learning what TO use it for. Starting to see actual time savings.</w:t>
      </w:r>
    </w:p>
    <w:p>
      <w:pPr>
        <w:pStyle w:val="Heading3"/>
      </w:pPr>
      <w:r>
        <w:rPr>
          <w:sz w:val="28"/>
        </w:rPr>
        <w:t>Week 3: The Valley</w:t>
      </w:r>
    </w:p>
    <w:p>
      <w:r>
        <w:t>This was the hardest week. The novelty wore off. The frustration built up.</w:t>
      </w:r>
    </w:p>
    <w:p>
      <w:r>
        <w:t>Monday: Spent 45 minutes crafting the perfect prompt. Got mediocre results. Felt like going back to the old way would be easier.</w:t>
      </w:r>
    </w:p>
    <w:p>
      <w:r>
        <w:t>Tuesday: AI gave confidently wrong information that Alex almost included in client deliverable. Caught it just in time. Lost trust.</w:t>
      </w:r>
    </w:p>
    <w:p>
      <w:r>
        <w:t>Wednesday: Seriously considered giving up. "This is more trouble than it's worth."</w:t>
      </w:r>
    </w:p>
    <w:p>
      <w:r>
        <w:t>Thursday: Skipped using AI entirely. Just did things the old way. Felt... slower. Harder. More tedious.</w:t>
      </w:r>
    </w:p>
    <w:p>
      <w:r>
        <w:t>Friday: Reluctantly went back to AI for one specific task (research summary). Worked well. Remembered why he started.</w:t>
      </w:r>
    </w:p>
    <w:p>
      <w:r>
        <w:t>Week 3 takeaway: This is when most people quit. Push through. The valley is temporary.</w:t>
      </w:r>
    </w:p>
    <w:p>
      <w:pPr>
        <w:pStyle w:val="Heading3"/>
      </w:pPr>
      <w:r>
        <w:rPr>
          <w:sz w:val="28"/>
        </w:rPr>
        <w:t>Week 4: The Click</w:t>
      </w:r>
    </w:p>
    <w:p>
      <w:r>
        <w:t>Something shifted this week. Not dramatic—just things started feeling natural instead of forced.</w:t>
      </w:r>
    </w:p>
    <w:p>
      <w:r>
        <w:t>Monday: Prompted AI without overthinking it. Got good results on first try. Starting to develop instinct.</w:t>
      </w:r>
    </w:p>
    <w:p>
      <w:r>
        <w:t>Tuesday: Used AI for three different tasks. All went smoothly. Workflows starting to feel routine.</w:t>
      </w:r>
    </w:p>
    <w:p>
      <w:r>
        <w:t>Wednesday: Client complimented the speed and quality of deliverable. Alex had used AI for research and outlining. Worked seamlessly.</w:t>
      </w:r>
    </w:p>
    <w:p>
      <w:r>
        <w:t>Thursday: Helped colleague get started with AI. Realized how much he'd learned in 3 weeks by explaining it to someone else.</w:t>
      </w:r>
    </w:p>
    <w:p>
      <w:r>
        <w:t>Friday: Reflected on the month. Estimated 30-40% time savings on research and drafting. Quality maintained or improved. Confidence building.</w:t>
      </w:r>
    </w:p>
    <w:p>
      <w:r>
        <w:t>Week 4 takeaway: Things are clicking. Workflows becoming natural. Time savings becoming obvious. Glad he didn't quit in Week 3.</w:t>
      </w:r>
    </w:p>
    <w:p>
      <w:pPr>
        <w:pStyle w:val="Heading2"/>
      </w:pPr>
      <w:r>
        <w:rPr>
          <w:sz w:val="32"/>
        </w:rPr>
        <w:t>What Actually Happens Each Week</w:t>
      </w:r>
    </w:p>
    <w:p>
      <w:r>
        <w:t>Here's the realistic timeline:</w:t>
      </w:r>
    </w:p>
    <w:p>
      <w:pPr>
        <w:pStyle w:val="Heading3"/>
      </w:pPr>
      <w:r>
        <w:rPr>
          <w:sz w:val="28"/>
        </w:rPr>
        <w:t>Week 1: Exploration + Frustration</w:t>
      </w:r>
    </w:p>
    <w:p>
      <w:r>
        <w:t>- Time investment: 8-10 hours of experimenting</w:t>
      </w:r>
    </w:p>
    <w:p>
      <w:r>
        <w:t>- Useful output: Maybe 2-3 hours worth</w:t>
      </w:r>
    </w:p>
    <w:p>
      <w:r>
        <w:t>- ROI: Negative (you're learning, not producing)</w:t>
      </w:r>
    </w:p>
    <w:p>
      <w:r>
        <w:t>- Feeling: Excited but overwhelmed</w:t>
      </w:r>
    </w:p>
    <w:p>
      <w:r>
        <w:t>- Biggest challenge: Everything takes longer than expected</w:t>
      </w:r>
    </w:p>
    <w:p>
      <w:r>
        <w:t>What to do: Accept that this is learning time, not production time. Try lots of things. Document what works and doesn't.</w:t>
      </w:r>
    </w:p>
    <w:p>
      <w:pPr>
        <w:pStyle w:val="Heading3"/>
      </w:pPr>
      <w:r>
        <w:rPr>
          <w:sz w:val="28"/>
        </w:rPr>
        <w:t>Week 2: Pattern Recognition</w:t>
      </w:r>
    </w:p>
    <w:p>
      <w:r>
        <w:t>- Time investment: 6-8 hours using AI</w:t>
      </w:r>
    </w:p>
    <w:p>
      <w:r>
        <w:t>- Useful output: 4-5 hours worth of work</w:t>
      </w:r>
    </w:p>
    <w:p>
      <w:r>
        <w:t>- ROI: Breaking even</w:t>
      </w:r>
    </w:p>
    <w:p>
      <w:r>
        <w:t>- Feeling: Starting to see potential</w:t>
      </w:r>
    </w:p>
    <w:p>
      <w:r>
        <w:t>- Biggest challenge: Knowing when to use AI vs when not to</w:t>
      </w:r>
    </w:p>
    <w:p>
      <w:r>
        <w:t>What to do: Create your "good at / bad at" list. Develop prompt templates for tasks that work.</w:t>
      </w:r>
    </w:p>
    <w:p>
      <w:pPr>
        <w:pStyle w:val="Heading3"/>
      </w:pPr>
      <w:r>
        <w:rPr>
          <w:sz w:val="28"/>
        </w:rPr>
        <w:t>Week 3: The Crisis of Faith</w:t>
      </w:r>
    </w:p>
    <w:p>
      <w:r>
        <w:t>- Time investment: 3-5 hours (you'll use it less)</w:t>
      </w:r>
    </w:p>
    <w:p>
      <w:r>
        <w:t>- Useful output: 2-3 hours worth</w:t>
      </w:r>
    </w:p>
    <w:p>
      <w:r>
        <w:t>- ROI: Still negative</w:t>
      </w:r>
    </w:p>
    <w:p>
      <w:r>
        <w:t>- Feeling: Discouraged, wanting to quit</w:t>
      </w:r>
    </w:p>
    <w:p>
      <w:r>
        <w:t>- Biggest challenge: Maintaining motivation</w:t>
      </w:r>
    </w:p>
    <w:p>
      <w:r>
        <w:t>What to do: Push through. This is normal. Everyone hits this wall. The breakthrough comes after.</w:t>
      </w:r>
    </w:p>
    <w:p>
      <w:pPr>
        <w:pStyle w:val="Heading3"/>
      </w:pPr>
      <w:r>
        <w:rPr>
          <w:sz w:val="28"/>
        </w:rPr>
        <w:t>Week 4: The Breakthrough</w:t>
      </w:r>
    </w:p>
    <w:p>
      <w:r>
        <w:t>- Time investment: 6-7 hours using AI</w:t>
      </w:r>
    </w:p>
    <w:p>
      <w:r>
        <w:t>- Useful output: 10-12 hours worth of work</w:t>
      </w:r>
    </w:p>
    <w:p>
      <w:r>
        <w:t xml:space="preserve">- ROI: Positive! </w:t>
      </w:r>
    </w:p>
    <w:p>
      <w:r>
        <w:t>- Feeling: Confident, seeing clear value</w:t>
      </w:r>
    </w:p>
    <w:p>
      <w:r>
        <w:t>- Biggest challenge: Resisting urge to use AI for everything</w:t>
      </w:r>
    </w:p>
    <w:p>
      <w:r>
        <w:t>What to do: Document your workflows. Share with team. Build on what's working.</w:t>
      </w:r>
    </w:p>
    <w:p>
      <w:pPr>
        <w:pStyle w:val="Heading2"/>
      </w:pPr>
      <w:r>
        <w:rPr>
          <w:sz w:val="32"/>
        </w:rPr>
        <w:t>What Happens After 30 Days</w:t>
      </w:r>
    </w:p>
    <w:p>
      <w:r>
        <w:rPr>
          <w:b/>
        </w:rPr>
        <w:t>Month 2: Refinement</w:t>
      </w:r>
    </w:p>
    <w:p>
      <w:r>
        <w:t>- Workflows become habits</w:t>
      </w:r>
    </w:p>
    <w:p>
      <w:r>
        <w:t>- You stop thinking about AI as separate from work</w:t>
      </w:r>
    </w:p>
    <w:p>
      <w:r>
        <w:t>- Speed increases as prompting becomes instinctive</w:t>
      </w:r>
    </w:p>
    <w:p>
      <w:r>
        <w:t>- You start teaching others</w:t>
      </w:r>
    </w:p>
    <w:p>
      <w:r>
        <w:rPr>
          <w:b/>
        </w:rPr>
        <w:t>Month 3: Fluency</w:t>
      </w:r>
    </w:p>
    <w:p>
      <w:r>
        <w:t>- AI feels like a natural tool, not a novelty</w:t>
      </w:r>
    </w:p>
    <w:p>
      <w:r>
        <w:t>- You develop sophisticated workflows</w:t>
      </w:r>
    </w:p>
    <w:p>
      <w:r>
        <w:t>- Time savings become dramatic (50%+ on certain tasks)</w:t>
      </w:r>
    </w:p>
    <w:p>
      <w:r>
        <w:t>- You can't imagine going back to the old way</w:t>
      </w:r>
    </w:p>
    <w:p>
      <w:r>
        <w:rPr>
          <w:b/>
        </w:rPr>
        <w:t>Month 6: Transformation</w:t>
      </w:r>
    </w:p>
    <w:p>
      <w:r>
        <w:t>- Your job looks different</w:t>
      </w:r>
    </w:p>
    <w:p>
      <w:r>
        <w:t>- Less time on busywork, more on strategy</w:t>
      </w:r>
    </w:p>
    <w:p>
      <w:r>
        <w:t>- Faster delivery, higher quality</w:t>
      </w:r>
    </w:p>
    <w:p>
      <w:r>
        <w:t>- Competitive advantage is clear</w:t>
      </w:r>
    </w:p>
    <w:p>
      <w:pPr>
        <w:pStyle w:val="Heading2"/>
      </w:pPr>
      <w:r>
        <w:rPr>
          <w:sz w:val="32"/>
        </w:rPr>
        <w:t>The Realistic Expectations</w:t>
      </w:r>
    </w:p>
    <w:p>
      <w:r>
        <w:t>Let's set honest expectations:</w:t>
      </w:r>
    </w:p>
    <w:p>
      <w:pPr>
        <w:pStyle w:val="Heading3"/>
      </w:pPr>
      <w:r>
        <w:rPr>
          <w:sz w:val="28"/>
        </w:rPr>
        <w:t>You Will NOT:</w:t>
      </w:r>
    </w:p>
    <w:p>
      <w:r>
        <w:t>- Master AI in 30 days</w:t>
      </w:r>
    </w:p>
    <w:p>
      <w:r>
        <w:t>- Become 10x more productive immediately</w:t>
      </w:r>
    </w:p>
    <w:p>
      <w:r>
        <w:t>- Automate your entire job</w:t>
      </w:r>
    </w:p>
    <w:p>
      <w:r>
        <w:t>- Never struggle with prompts again</w:t>
      </w:r>
    </w:p>
    <w:p>
      <w:r>
        <w:t>- Always get perfect outputs</w:t>
      </w:r>
    </w:p>
    <w:p>
      <w:pPr>
        <w:pStyle w:val="Heading3"/>
      </w:pPr>
      <w:r>
        <w:rPr>
          <w:sz w:val="28"/>
        </w:rPr>
        <w:t>You WILL:</w:t>
      </w:r>
    </w:p>
    <w:p>
      <w:r>
        <w:t>- Learn what AI is good and bad at</w:t>
      </w:r>
    </w:p>
    <w:p>
      <w:r>
        <w:t>- Develop working prompts for 3-5 tasks</w:t>
      </w:r>
    </w:p>
    <w:p>
      <w:r>
        <w:t>- Save meaningful time (20-40% on specific tasks)</w:t>
      </w:r>
    </w:p>
    <w:p>
      <w:r>
        <w:t>- Feel more confident by end of month</w:t>
      </w:r>
    </w:p>
    <w:p>
      <w:r>
        <w:t>- See path to further improvement</w:t>
      </w:r>
    </w:p>
    <w:p>
      <w:pPr>
        <w:pStyle w:val="Heading3"/>
      </w:pPr>
      <w:r>
        <w:rPr>
          <w:sz w:val="28"/>
        </w:rPr>
        <w:t>The Numbers That Matter:</w:t>
      </w:r>
    </w:p>
    <w:p>
      <w:r>
        <w:t>Week 1: -50% productivity (learning curve)</w:t>
      </w:r>
    </w:p>
    <w:p>
      <w:r>
        <w:t>Week 2: Break even (learning + producing)</w:t>
      </w:r>
    </w:p>
    <w:p>
      <w:r>
        <w:t>Week 3: -20% productivity (crisis of faith)</w:t>
      </w:r>
    </w:p>
    <w:p>
      <w:r>
        <w:t>Week 4: +30% productivity (breakthrough)</w:t>
      </w:r>
    </w:p>
    <w:p>
      <w:r>
        <w:t>Month average: +10% productivity</w:t>
      </w:r>
    </w:p>
    <w:p>
      <w:r>
        <w:t>Not revolutionary. But meaningful. And it compounds.</w:t>
      </w:r>
    </w:p>
    <w:p>
      <w:r>
        <w:t>Month 2: +25% productivity</w:t>
      </w:r>
    </w:p>
    <w:p>
      <w:r>
        <w:t xml:space="preserve">Month 3: +40% productivity  </w:t>
      </w:r>
    </w:p>
    <w:p>
      <w:r>
        <w:t>Month 6: +60% productivity on AI-assisted tasks</w:t>
      </w:r>
    </w:p>
    <w:p>
      <w:pPr>
        <w:pStyle w:val="Heading2"/>
      </w:pPr>
      <w:r>
        <w:rPr>
          <w:sz w:val="32"/>
        </w:rPr>
        <w:t>Your Week-by-Week Plan</w:t>
      </w:r>
    </w:p>
    <w:p>
      <w:pPr>
        <w:pStyle w:val="Heading3"/>
      </w:pPr>
      <w:r>
        <w:rPr>
          <w:sz w:val="28"/>
        </w:rPr>
        <w:t>Week 1: Pick One Task</w:t>
      </w:r>
    </w:p>
    <w:p>
      <w:r>
        <w:t>Don't try to AI-ify your entire job. Pick ONE repetitive task:</w:t>
      </w:r>
    </w:p>
    <w:p>
      <w:r>
        <w:t>- Client research?</w:t>
      </w:r>
    </w:p>
    <w:p>
      <w:r>
        <w:t>- Email drafting?</w:t>
      </w:r>
    </w:p>
    <w:p>
      <w:r>
        <w:t>- Report outlines?</w:t>
      </w:r>
    </w:p>
    <w:p>
      <w:r>
        <w:t>- Meeting prep?</w:t>
      </w:r>
    </w:p>
    <w:p>
      <w:r>
        <w:t>Spend the week experimenting with AI for just that one task. Nothing else.</w:t>
      </w:r>
    </w:p>
    <w:p>
      <w:r>
        <w:t>Goal: By Friday, have one working prompt that produces useful results.</w:t>
      </w:r>
    </w:p>
    <w:p>
      <w:pPr>
        <w:pStyle w:val="Heading3"/>
      </w:pPr>
      <w:r>
        <w:rPr>
          <w:sz w:val="28"/>
        </w:rPr>
        <w:t>Week 2: Refine + Add One More</w:t>
      </w:r>
    </w:p>
    <w:p>
      <w:r>
        <w:t>Take your Week 1 task and refine it:</w:t>
      </w:r>
    </w:p>
    <w:p>
      <w:r>
        <w:t>- What makes outputs better?</w:t>
      </w:r>
    </w:p>
    <w:p>
      <w:r>
        <w:t>- What makes them worse?</w:t>
      </w:r>
    </w:p>
    <w:p>
      <w:r>
        <w:t>- Can you template your prompts?</w:t>
      </w:r>
    </w:p>
    <w:p>
      <w:r>
        <w:t>Then add ONE more task. Same process.</w:t>
      </w:r>
    </w:p>
    <w:p>
      <w:r>
        <w:t>Goal: Two reliable workflows by end of week.</w:t>
      </w:r>
    </w:p>
    <w:p>
      <w:pPr>
        <w:pStyle w:val="Heading3"/>
      </w:pPr>
      <w:r>
        <w:rPr>
          <w:sz w:val="28"/>
        </w:rPr>
        <w:t>Week 3: Push Through The Valley</w:t>
      </w:r>
    </w:p>
    <w:p>
      <w:r>
        <w:t>This is the week you'll want to quit. Don't.</w:t>
      </w:r>
    </w:p>
    <w:p>
      <w:r>
        <w:t>Take a break if needed. Use AI less. But don't abandon it completely.</w:t>
      </w:r>
    </w:p>
    <w:p>
      <w:r>
        <w:t>Goal: Just keep using your two workflows. Don't add new tasks. Just maintain.</w:t>
      </w:r>
    </w:p>
    <w:p>
      <w:pPr>
        <w:pStyle w:val="Heading3"/>
      </w:pPr>
      <w:r>
        <w:rPr>
          <w:sz w:val="28"/>
        </w:rPr>
        <w:t>Week 4: Expand + Document</w:t>
      </w:r>
    </w:p>
    <w:p>
      <w:r>
        <w:t>Add 1-2 more tasks to your AI workflows.</w:t>
      </w:r>
    </w:p>
    <w:p>
      <w:r>
        <w:t>Document what you've learned:</w:t>
      </w:r>
    </w:p>
    <w:p>
      <w:r>
        <w:t>- What prompts work for what tasks?</w:t>
      </w:r>
    </w:p>
    <w:p>
      <w:r>
        <w:t>- What does AI do well?</w:t>
      </w:r>
    </w:p>
    <w:p>
      <w:r>
        <w:t>- What should you never use AI for?</w:t>
      </w:r>
    </w:p>
    <w:p>
      <w:r>
        <w:t>- What's your editing process?</w:t>
      </w:r>
    </w:p>
    <w:p>
      <w:r>
        <w:t>Goal: Have 3-4 solid AI workflows documented and ready to share.</w:t>
      </w:r>
    </w:p>
    <w:p>
      <w:pPr>
        <w:pStyle w:val="Heading2"/>
      </w:pPr>
      <w:r>
        <w:rPr>
          <w:sz w:val="32"/>
        </w:rPr>
        <w:t>The Shift</w:t>
      </w:r>
    </w:p>
    <w:p>
      <w:r>
        <w:t>Alex's transformation wasn't about becoming an AI expert. It was about pushing through the difficult learning curve.</w:t>
      </w:r>
    </w:p>
    <w:p>
      <w:r>
        <w:t>He went from:</w:t>
      </w:r>
    </w:p>
    <w:p>
      <w:r>
        <w:t>- "This is exciting!" (Week 1)</w:t>
      </w:r>
    </w:p>
    <w:p>
      <w:r>
        <w:t>- ↓</w:t>
      </w:r>
    </w:p>
    <w:p>
      <w:r>
        <w:t>- "This is harder than I thought" (Week 2)</w:t>
      </w:r>
    </w:p>
    <w:p>
      <w:r>
        <w:t>- ↓</w:t>
      </w:r>
    </w:p>
    <w:p>
      <w:r>
        <w:t>- "This isn't worth it" (Week 3)</w:t>
      </w:r>
    </w:p>
    <w:p>
      <w:r>
        <w:t>- ↓</w:t>
      </w:r>
    </w:p>
    <w:p>
      <w:r>
        <w:t>- "Oh, this is actually working" (Week 4)</w:t>
      </w:r>
    </w:p>
    <w:p>
      <w:r>
        <w:t>- ↓</w:t>
      </w:r>
    </w:p>
    <w:p>
      <w:r>
        <w:t>- "I can't imagine working without this" (Month 3)</w:t>
      </w:r>
    </w:p>
    <w:p>
      <w:r>
        <w:t>Most people quit in Week 3. Alex almost did too.</w:t>
      </w:r>
    </w:p>
    <w:p>
      <w:r>
        <w:t>The difference between people who succeed with AI and people who don't isn't intelligence or technical skill.</w:t>
      </w:r>
    </w:p>
    <w:p>
      <w:r>
        <w:t>It's pushing through Week 3.</w:t>
      </w:r>
    </w:p>
    <w:p>
      <w:pPr>
        <w:pStyle w:val="Heading2"/>
      </w:pPr>
      <w:r>
        <w:rPr>
          <w:sz w:val="32"/>
        </w:rPr>
        <w:t>What This Means For You</w:t>
      </w:r>
    </w:p>
    <w:p>
      <w:r>
        <w:t>If you're reading this because you had your own 3 AM moment, here's what you need to know:</w:t>
      </w:r>
    </w:p>
    <w:p>
      <w:r>
        <w:rPr>
          <w:b/>
        </w:rPr>
        <w:t>The panic is real. The threat is real. But you're not too late.</w:t>
      </w:r>
    </w:p>
    <w:p>
      <w:r>
        <w:t>The businesses that will struggle aren't the ones who don't understand AI perfectly. They're the ones who do nothing because they're paralyzed by uncertainty.</w:t>
      </w:r>
    </w:p>
    <w:p>
      <w:r>
        <w:t>The businesses that will thrive aren't the ones with perfect AI strategies. They're the ones who start messy, learn as they go, and keep moving forward.</w:t>
      </w:r>
    </w:p>
    <w:p>
      <w:r>
        <w:t>Alex didn't have a sophisticated AI plan. He had three rules:</w:t>
      </w:r>
    </w:p>
    <w:p>
      <w:r>
        <w:rPr>
          <w:b/>
        </w:rPr>
        <w:t>Rule #1: Start now, imperfectly</w:t>
      </w:r>
    </w:p>
    <w:p>
      <w:r>
        <w:t>Don't wait for clarity. Start experimenting with something, anything. Learn by doing.</w:t>
      </w:r>
    </w:p>
    <w:p>
      <w:r>
        <w:rPr>
          <w:b/>
        </w:rPr>
        <w:t>Rule #2: Bring your team in</w:t>
      </w:r>
    </w:p>
    <w:p>
      <w:r>
        <w:t>Your team is anxious whether you acknowledge it or not. Better to face it together.</w:t>
      </w:r>
    </w:p>
    <w:p>
      <w:r>
        <w:rPr>
          <w:b/>
        </w:rPr>
        <w:t>Rule #3: Use AI to enhance humans, not replace them</w:t>
      </w:r>
    </w:p>
    <w:p>
      <w:r>
        <w:t>If AI makes your work better, use it. If it makes your work worse or less authentic, don't.</w:t>
      </w:r>
    </w:p>
    <w:p>
      <w:r>
        <w:t>That's it. That's the strategy that took Alex from 3 AM panic to building a thriving, AI-enhanced business.</w:t>
      </w:r>
    </w:p>
    <w:p>
      <w:r>
        <w:t>You can do the same thing. You don't need to be technical. You don't need to have it all figured out. You just need to start.</w:t>
      </w:r>
    </w:p>
    <w:p>
      <w:r>
        <w:t>The 3 AM panic doesn't go away by ignoring it. It goes away by taking action.</w:t>
      </w:r>
    </w:p>
    <w:p>
      <w:pPr>
        <w:pStyle w:val="Heading2"/>
      </w:pPr>
      <w:r>
        <w:rPr>
          <w:sz w:val="32"/>
        </w:rPr>
        <w:t>Your Action Plan</w:t>
      </w:r>
    </w:p>
    <w:p>
      <w:r>
        <w:rPr>
          <w:b/>
        </w:rPr>
        <w:t>This Week:</w:t>
      </w:r>
    </w:p>
    <w:p>
      <w:r>
        <w:t>- Pick one task</w:t>
      </w:r>
    </w:p>
    <w:p>
      <w:r>
        <w:t>- Spend 1 hour experimenting with AI for that task</w:t>
      </w:r>
    </w:p>
    <w:p>
      <w:r>
        <w:t>- Document what works and what doesn't</w:t>
      </w:r>
    </w:p>
    <w:p>
      <w:r>
        <w:t>- Lower your expectations (it won't be perfect)</w:t>
      </w:r>
    </w:p>
    <w:p>
      <w:r>
        <w:t>- Commit to 30 days</w:t>
      </w:r>
    </w:p>
    <w:p>
      <w:r>
        <w:rPr>
          <w:b/>
        </w:rPr>
        <w:t>Next 3 Weeks:</w:t>
      </w:r>
    </w:p>
    <w:p>
      <w:r>
        <w:t>- Week 2: Refine + add one more task</w:t>
      </w:r>
    </w:p>
    <w:p>
      <w:r>
        <w:t>- Week 3: Maintain (don't quit!)</w:t>
      </w:r>
    </w:p>
    <w:p>
      <w:r>
        <w:t>- Week 4: Expand + document</w:t>
      </w:r>
    </w:p>
    <w:p>
      <w:r>
        <w:rPr>
          <w:b/>
        </w:rPr>
        <w:t>After 30 Days:</w:t>
      </w:r>
    </w:p>
    <w:p>
      <w:r>
        <w:t>- You'll have real AI workflows</w:t>
      </w:r>
    </w:p>
    <w:p>
      <w:r>
        <w:t>- You'll see measurable time savings</w:t>
      </w:r>
    </w:p>
    <w:p>
      <w:r>
        <w:t>- You'll feel confident moving forward</w:t>
      </w:r>
    </w:p>
    <w:p>
      <w:r>
        <w:t>- You'll be ahead of 90% of your competitors</w:t>
      </w:r>
    </w:p>
    <w:p>
      <w:r>
        <w:t>The first 30 days aren't about transformation. They're about foundation.</w:t>
      </w:r>
    </w:p>
    <w:p>
      <w:r>
        <w:t>Build the foundation. The transformation comes after.</w:t>
      </w:r>
    </w:p>
    <w:p>
      <w:pPr>
        <w:pStyle w:val="Heading1"/>
      </w:pPr>
      <w:r>
        <w:rPr>
          <w:sz w:val="36"/>
        </w:rPr>
        <w:t>CHAPTER 11: The Conversation Script</w:t>
      </w:r>
    </w:p>
    <w:p>
      <w:r>
        <w:t>It's Monday morning. Your senior employee walks in and closes the door.</w:t>
      </w:r>
    </w:p>
    <w:p>
      <w:r>
        <w:t>"Can we talk?" they ask.</w:t>
      </w:r>
    </w:p>
    <w:p>
      <w:r>
        <w:t>Your stomach drops. You know what's coming.</w:t>
      </w:r>
    </w:p>
    <w:p>
      <w:r>
        <w:t>"I've been seeing all the AI stuff online. I need to ask you directly: Am I being replaced?"</w:t>
      </w:r>
    </w:p>
    <w:p>
      <w:r>
        <w:t>This is the conversation you've been dreading. Here's how to have it.</w:t>
      </w:r>
    </w:p>
    <w:p>
      <w:pPr>
        <w:pStyle w:val="Heading2"/>
      </w:pPr>
      <w:r>
        <w:rPr>
          <w:sz w:val="32"/>
        </w:rPr>
        <w:t>The Wrong Way (What Not To Say)</w:t>
      </w:r>
    </w:p>
    <w:p>
      <w:r>
        <w:rPr>
          <w:b/>
        </w:rPr>
        <w:t>What you're tempted to say:</w:t>
      </w:r>
    </w:p>
    <w:p>
      <w:r>
        <w:t>"Don't worry about it. AI is just a tool. Your job is safe. We're not making any changes."</w:t>
      </w:r>
    </w:p>
    <w:p>
      <w:r>
        <w:rPr>
          <w:b/>
        </w:rPr>
        <w:t>Why this is bad:</w:t>
      </w:r>
    </w:p>
    <w:p>
      <w:r>
        <w:t>- "Don't worry" makes them worry more</w:t>
      </w:r>
    </w:p>
    <w:p>
      <w:r>
        <w:t>- "Just a tool" sounds dismissive</w:t>
      </w:r>
    </w:p>
    <w:p>
      <w:r>
        <w:t>- "Your job is safe" sounds like you're hiding something</w:t>
      </w:r>
    </w:p>
    <w:p>
      <w:r>
        <w:t>- "Not making changes" is probably not true</w:t>
      </w:r>
    </w:p>
    <w:p>
      <w:r>
        <w:rPr>
          <w:b/>
        </w:rPr>
        <w:t>What they hear:</w:t>
      </w:r>
    </w:p>
    <w:p>
      <w:r>
        <w:t>"I'm avoiding the question. Something IS changing. They're not being honest with me."</w:t>
      </w:r>
    </w:p>
    <w:p>
      <w:r>
        <w:t>Result: More anxiety. Less trust.</w:t>
      </w:r>
    </w:p>
    <w:p>
      <w:pPr>
        <w:pStyle w:val="Heading2"/>
      </w:pPr>
      <w:r>
        <w:rPr>
          <w:sz w:val="32"/>
        </w:rPr>
        <w:t>The Right Way (What Actually Works)</w:t>
      </w:r>
    </w:p>
    <w:p>
      <w:r>
        <w:t>Here's the conversation script that actually builds trust and reduces fear:</w:t>
      </w:r>
    </w:p>
    <w:p>
      <w:pPr>
        <w:pStyle w:val="Heading3"/>
      </w:pPr>
      <w:r>
        <w:rPr>
          <w:sz w:val="28"/>
        </w:rPr>
        <w:t>Opening: Be Direct and Honest</w:t>
      </w:r>
    </w:p>
    <w:p>
      <w:r>
        <w:t>YOU: "Thanks for asking directly. Yes, I've been thinking about AI and how we should use it. I want to be completely transparent with you about what I'm thinking and get your input."</w:t>
      </w:r>
    </w:p>
    <w:p>
      <w:r>
        <w:rPr>
          <w:b/>
        </w:rPr>
        <w:t>Why this works:</w:t>
      </w:r>
    </w:p>
    <w:p>
      <w:r>
        <w:t>- Acknowledges their concern</w:t>
      </w:r>
    </w:p>
    <w:p>
      <w:r>
        <w:t>- Confirms you are thinking about AI (honesty)</w:t>
      </w:r>
    </w:p>
    <w:p>
      <w:r>
        <w:t>- Invites their input (collaboration)</w:t>
      </w:r>
    </w:p>
    <w:p>
      <w:r>
        <w:t>- Sets tone: This is a conversation, not a decree</w:t>
      </w:r>
    </w:p>
    <w:p>
      <w:pPr>
        <w:pStyle w:val="Heading3"/>
      </w:pPr>
      <w:r>
        <w:rPr>
          <w:sz w:val="28"/>
        </w:rPr>
        <w:t>Step 2: Show AI's Failures First</w:t>
      </w:r>
    </w:p>
    <w:p>
      <w:r>
        <w:t>YOU: "Let me show you what I've been testing. First, the impressive stuff. Then the embarrassing failures that show why I need you."</w:t>
      </w:r>
    </w:p>
    <w:p>
      <w:r>
        <w:t>[Pull up your computer. Show real examples.]</w:t>
      </w:r>
    </w:p>
    <w:p>
      <w:r>
        <w:t>YOU: "Here's a research summary AI created in 2 minutes. Looks professional, right? Now here's the problem..."</w:t>
      </w:r>
    </w:p>
    <w:p>
      <w:r>
        <w:t>[Point out the errors, hallucinations, missed nuances]</w:t>
      </w:r>
    </w:p>
    <w:p>
      <w:r>
        <w:t>YOU: "See this part? AI recommended we position against Company X. But Company X shut down six months ago. AI doesn't know that. YOU would have caught it immediately. If I'd just used the AI output without your judgment, we'd look stupid."</w:t>
      </w:r>
    </w:p>
    <w:p>
      <w:r>
        <w:rPr>
          <w:b/>
        </w:rPr>
        <w:t>Why this works:</w:t>
      </w:r>
    </w:p>
    <w:p>
      <w:r>
        <w:t>- Demonstrates you're not hiding anything</w:t>
      </w:r>
    </w:p>
    <w:p>
      <w:r>
        <w:t>- Shows AI's real limitations</w:t>
      </w:r>
    </w:p>
    <w:p>
      <w:r>
        <w:t>- Proves why human expertise matters</w:t>
      </w:r>
    </w:p>
    <w:p>
      <w:r>
        <w:t>- Makes them feel valued, not threatened</w:t>
      </w:r>
    </w:p>
    <w:p>
      <w:pPr>
        <w:pStyle w:val="Heading3"/>
      </w:pPr>
      <w:r>
        <w:rPr>
          <w:sz w:val="28"/>
        </w:rPr>
        <w:t>Step 3: Be Specific About What Changes</w:t>
      </w:r>
    </w:p>
    <w:p>
      <w:r>
        <w:t>YOU: "Here's what I'm thinking. AI handles [specific task]. You focus on [specific different task]. For example..."</w:t>
      </w:r>
    </w:p>
    <w:p>
      <w:r>
        <w:rPr>
          <w:b/>
        </w:rPr>
        <w:t>Example 1 (for a copywriter):</w:t>
      </w:r>
    </w:p>
    <w:p>
      <w:r>
        <w:t>"AI drafts the first version in 10 minutes. You spend your time refining voice, adding strategic insights, and making sure it actually connects with our audience. Instead of spending 4 hours writing from scratch, you spend 2 hours making something good into something great."</w:t>
      </w:r>
    </w:p>
    <w:p>
      <w:r>
        <w:rPr>
          <w:b/>
        </w:rPr>
        <w:t>Example 2 (for a researcher):</w:t>
      </w:r>
    </w:p>
    <w:p>
      <w:r>
        <w:t>"AI does the initial data gathering in 20 minutes. You spend your time analyzing what matters, spotting patterns, and making recommendations. Instead of 4 hours on research, you spend 1 hour on research and 3 hours on strategic analysis."</w:t>
      </w:r>
    </w:p>
    <w:p>
      <w:r>
        <w:rPr>
          <w:b/>
        </w:rPr>
        <w:t>Why this works:</w:t>
      </w:r>
    </w:p>
    <w:p>
      <w:r>
        <w:t>- Specific, not vague</w:t>
      </w:r>
    </w:p>
    <w:p>
      <w:r>
        <w:t>- Shows an upgrade in their role, not a downgrade</w:t>
      </w:r>
    </w:p>
    <w:p>
      <w:r>
        <w:t>- Makes clear they're more valuable, not less</w:t>
      </w:r>
    </w:p>
    <w:p>
      <w:r>
        <w:t>- Concrete examples they can visualize</w:t>
      </w:r>
    </w:p>
    <w:p>
      <w:pPr>
        <w:pStyle w:val="Heading3"/>
      </w:pPr>
      <w:r>
        <w:rPr>
          <w:sz w:val="28"/>
        </w:rPr>
        <w:t>Step 4: Make It A Question, Not An Announcement</w:t>
      </w:r>
    </w:p>
    <w:p>
      <w:r>
        <w:t>YOU: "But I don't want to decide this alone. You're the one who would actually use these tools. What do you think? Does this make sense? What concerns do you have?"</w:t>
      </w:r>
    </w:p>
    <w:p>
      <w:r>
        <w:rPr>
          <w:b/>
        </w:rPr>
        <w:t>Why this works:</w:t>
      </w:r>
    </w:p>
    <w:p>
      <w:r>
        <w:t>- Shows you respect their input</w:t>
      </w:r>
    </w:p>
    <w:p>
      <w:r>
        <w:t>- Makes them part of the solution</w:t>
      </w:r>
    </w:p>
    <w:p>
      <w:r>
        <w:t>- Reduces resistance (they help decide)</w:t>
      </w:r>
    </w:p>
    <w:p>
      <w:r>
        <w:t>- Allows them to voice concerns</w:t>
      </w:r>
    </w:p>
    <w:p>
      <w:pPr>
        <w:pStyle w:val="Heading3"/>
      </w:pPr>
      <w:r>
        <w:rPr>
          <w:sz w:val="28"/>
        </w:rPr>
        <w:t>Step 5: Address "Am I Being Replaced?" Directly</w:t>
      </w:r>
    </w:p>
    <w:p>
      <w:r>
        <w:t>If they ask directly: "But are you replacing me?"</w:t>
      </w:r>
    </w:p>
    <w:p>
      <w:r>
        <w:t>YOU: "No. And here's specifically why: AI can [generate content/do research/create outlines], but it can't [understand our clients/make strategic decisions/add the nuance that makes our work actually good]. Every time I've tried using AI alone, it makes mistakes that would damage our reputation. What I need is someone who can guide AI, catch its errors, and add the judgment and expertise that AI can't. That's a MORE valuable role, not less valuable."</w:t>
      </w:r>
    </w:p>
    <w:p>
      <w:r>
        <w:rPr>
          <w:b/>
        </w:rPr>
        <w:t>Why this works:</w:t>
      </w:r>
    </w:p>
    <w:p>
      <w:r>
        <w:t>- Direct answer (no hedging)</w:t>
      </w:r>
    </w:p>
    <w:p>
      <w:r>
        <w:t>- Specific about why they're needed</w:t>
      </w:r>
    </w:p>
    <w:p>
      <w:r>
        <w:t>- Explains their role is upgrading, not disappearing</w:t>
      </w:r>
    </w:p>
    <w:p>
      <w:r>
        <w:t>- Shows you've thought this through</w:t>
      </w:r>
    </w:p>
    <w:p>
      <w:pPr>
        <w:pStyle w:val="Heading2"/>
      </w:pPr>
      <w:r>
        <w:rPr>
          <w:sz w:val="32"/>
        </w:rPr>
        <w:t>The Complete Conversation (Example)</w:t>
      </w:r>
    </w:p>
    <w:p>
      <w:r>
        <w:t>Here's what the full conversation sounds like:</w:t>
      </w:r>
    </w:p>
    <w:p>
      <w:r>
        <w:t>EMPLOYEE: "Can we talk about AI? I'm worried about my job."</w:t>
      </w:r>
    </w:p>
    <w:p>
      <w:r>
        <w:t>YOU: "I'm glad you brought this up. Yes, I've been thinking about how we should use AI, and I want to be completely honest with you about what I'm considering and get your thoughts."</w:t>
      </w:r>
    </w:p>
    <w:p>
      <w:r>
        <w:t>EMPLOYEE: "So you are thinking about replacing us?"</w:t>
      </w:r>
    </w:p>
    <w:p>
      <w:r>
        <w:t>YOU: "Let me show you why I can't replace you even if I wanted to."</w:t>
      </w:r>
    </w:p>
    <w:p>
      <w:r>
        <w:t>[Pulls up computer, shows AI-generated work with errors]</w:t>
      </w:r>
    </w:p>
    <w:p>
      <w:r>
        <w:t>YOU: "Here's what AI created in 2 minutes. Looks good, right? Now look at this part. It cited a study that doesn't exist. Made up statistics. And completely missed the nuance of our client's situation. You would have caught all of this immediately. I almost didn't."</w:t>
      </w:r>
    </w:p>
    <w:p>
      <w:r>
        <w:t>EMPLOYEE: "So... AI isn't that good?"</w:t>
      </w:r>
    </w:p>
    <w:p>
      <w:r>
        <w:t>YOU: "AI is good at structure and speed. You're good at accuracy and judgment. What I'm thinking is: AI handles the first draft grunt work, you spend your time on the strategic stuff that actually requires expertise. Instead of 4 hours writing from scratch, you'd spend 2 hours refining and adding the insights that make our work valuable."</w:t>
      </w:r>
    </w:p>
    <w:p>
      <w:r>
        <w:t>EMPLOYEE: "So my job changes?"</w:t>
      </w:r>
    </w:p>
    <w:p>
      <w:r>
        <w:t>YOU: "Your job upgrades. Less time on the tedious parts, more time on the parts that require your experience. But I don't want to decide this alone. You'd be using these tools. What do you think makes sense?"</w:t>
      </w:r>
    </w:p>
    <w:p>
      <w:r>
        <w:t>EMPLOYEE: "I mean... if AI can handle the first draft, I'd love to spend more time on strategy instead of staring at blank pages. But I'm worried I'll become just an editor."</w:t>
      </w:r>
    </w:p>
    <w:p>
      <w:r>
        <w:t>YOU: "That's a valid concern. Here's how I see it: You're not an editor—you're a strategist who uses AI as a research assistant. The AI does what any junior person could do: gather information, create structure. You do what only YOU can do: strategic thinking, understanding our clients, making sure the work is actually good. That's more valuable than what you do now, not less."</w:t>
      </w:r>
    </w:p>
    <w:p>
      <w:r>
        <w:t>EMPLOYEE: "Okay. Can we test this for a month and see how it feels?"</w:t>
      </w:r>
    </w:p>
    <w:p>
      <w:r>
        <w:t>YOU: "Absolutely. Let's try it, adjust as needed, and check in weekly. If it's not working, we'll change the approach."</w:t>
      </w:r>
    </w:p>
    <w:p>
      <w:pPr>
        <w:pStyle w:val="Heading2"/>
      </w:pPr>
      <w:r>
        <w:rPr>
          <w:sz w:val="32"/>
        </w:rPr>
        <w:t>The Five Principles</w:t>
      </w:r>
    </w:p>
    <w:p>
      <w:r>
        <w:rPr>
          <w:b/>
        </w:rPr>
        <w:t>Principle 1: Show Failures First</w:t>
      </w:r>
    </w:p>
    <w:p>
      <w:r>
        <w:t>Don't lead with AI's impressive capabilities. Lead with its failures. This proves why human expertise matters.</w:t>
      </w:r>
    </w:p>
    <w:p>
      <w:r>
        <w:rPr>
          <w:b/>
        </w:rPr>
        <w:t>Principle 2: Be Specific</w:t>
      </w:r>
    </w:p>
    <w:p>
      <w:r>
        <w:t>Don't say "more efficient." Say exactly what changes: "AI drafts in 10 minutes, you refine for 90 minutes, total time is 100 minutes instead of 240 minutes."</w:t>
      </w:r>
    </w:p>
    <w:p>
      <w:r>
        <w:rPr>
          <w:b/>
        </w:rPr>
        <w:t>Principle 3: Make It An Upgrade</w:t>
      </w:r>
    </w:p>
    <w:p>
      <w:r>
        <w:t>Frame the change as upgrading their role: "Less grunt work, more strategic work" not "AI helps you be more efficient."</w:t>
      </w:r>
    </w:p>
    <w:p>
      <w:r>
        <w:rPr>
          <w:b/>
        </w:rPr>
        <w:t>Principle 4: Involve Them</w:t>
      </w:r>
    </w:p>
    <w:p>
      <w:r>
        <w:t>Ask for their input. Make them part of the decision. People resist decisions made FOR them but embrace decisions made WITH them.</w:t>
      </w:r>
    </w:p>
    <w:p>
      <w:r>
        <w:rPr>
          <w:b/>
        </w:rPr>
        <w:t>Principle 5: Address Fears Directly</w:t>
      </w:r>
    </w:p>
    <w:p>
      <w:r>
        <w:t>When they ask "Am I being replaced?", answer directly. No corporate speak. No hedging. Clear answer with specific reasoning.</w:t>
      </w:r>
    </w:p>
    <w:p>
      <w:pPr>
        <w:pStyle w:val="Heading2"/>
      </w:pPr>
      <w:r>
        <w:rPr>
          <w:sz w:val="32"/>
        </w:rPr>
        <w:t>What NOT To Say (The Phrases That Kill Trust)</w:t>
      </w:r>
    </w:p>
    <w:p>
      <w:r>
        <w:t>Never say:</w:t>
      </w:r>
    </w:p>
    <w:p>
      <w:r>
        <w:t>- "Don't worry" (creates worry)</w:t>
      </w:r>
    </w:p>
    <w:p>
      <w:r>
        <w:t>- "This won't affect you" (they know it will)</w:t>
      </w:r>
    </w:p>
    <w:p>
      <w:r>
        <w:t>- "We're just testing" (sounds noncommittal)</w:t>
      </w:r>
    </w:p>
    <w:p>
      <w:r>
        <w:t>- "Everyone's doing this" (peer pressure doesn't reduce fear)</w:t>
      </w:r>
    </w:p>
    <w:p>
      <w:r>
        <w:t>- "AI is just a tool" (dismissive of their concerns)</w:t>
      </w:r>
    </w:p>
    <w:p>
      <w:r>
        <w:t>- "Your job is safe" (sounds like a promise you can't keep)</w:t>
      </w:r>
    </w:p>
    <w:p>
      <w:r>
        <w:t>Instead say:</w:t>
      </w:r>
    </w:p>
    <w:p>
      <w:r>
        <w:t>- "I understand your concern"</w:t>
      </w:r>
    </w:p>
    <w:p>
      <w:r>
        <w:t>- "Here's specifically what will change"</w:t>
      </w:r>
    </w:p>
    <w:p>
      <w:r>
        <w:t>- "We're committed to figuring this out together"</w:t>
      </w:r>
    </w:p>
    <w:p>
      <w:r>
        <w:t>- "Here's why your expertise matters more, not less"</w:t>
      </w:r>
    </w:p>
    <w:p>
      <w:r>
        <w:t>- "AI can't do what you do"</w:t>
      </w:r>
    </w:p>
    <w:p>
      <w:r>
        <w:t>- "Your role is upgrading, not disappearing"</w:t>
      </w:r>
    </w:p>
    <w:p>
      <w:pPr>
        <w:pStyle w:val="Heading2"/>
      </w:pPr>
      <w:r>
        <w:rPr>
          <w:sz w:val="32"/>
        </w:rPr>
        <w:t>After The Conversation</w:t>
      </w:r>
    </w:p>
    <w:p>
      <w:r>
        <w:t>Day 2: Follow up in writing</w:t>
      </w:r>
    </w:p>
    <w:p>
      <w:r>
        <w:t>- Summarize what you discussed</w:t>
      </w:r>
    </w:p>
    <w:p>
      <w:r>
        <w:t>- Clarify any misunderstandings</w:t>
      </w:r>
    </w:p>
    <w:p>
      <w:r>
        <w:t>- Set timeline for testing</w:t>
      </w:r>
    </w:p>
    <w:p>
      <w:r>
        <w:t>- Establish check-in schedule</w:t>
      </w:r>
    </w:p>
    <w:p>
      <w:r>
        <w:t>Week 1: Check in informally</w:t>
      </w:r>
    </w:p>
    <w:p>
      <w:r>
        <w:t>- How's it going?</w:t>
      </w:r>
    </w:p>
    <w:p>
      <w:r>
        <w:t>- What's working?</w:t>
      </w:r>
    </w:p>
    <w:p>
      <w:r>
        <w:t>- What's not working?</w:t>
      </w:r>
    </w:p>
    <w:p>
      <w:r>
        <w:t>- What support do they need?</w:t>
      </w:r>
    </w:p>
    <w:p>
      <w:r>
        <w:t>Week 2-4: Regular check-ins</w:t>
      </w:r>
    </w:p>
    <w:p>
      <w:r>
        <w:t>- Weekly 15-minute conversations</w:t>
      </w:r>
    </w:p>
    <w:p>
      <w:r>
        <w:t>- Address concerns as they arise</w:t>
      </w:r>
    </w:p>
    <w:p>
      <w:r>
        <w:t>- Adjust approach based on feedback</w:t>
      </w:r>
    </w:p>
    <w:p>
      <w:r>
        <w:t>- Celebrate wins</w:t>
      </w:r>
    </w:p>
    <w:p>
      <w:r>
        <w:t>Month 2: Formal review</w:t>
      </w:r>
    </w:p>
    <w:p>
      <w:r>
        <w:t>- Is this working for them?</w:t>
      </w:r>
    </w:p>
    <w:p>
      <w:r>
        <w:t>- Is this working for the business?</w:t>
      </w:r>
    </w:p>
    <w:p>
      <w:r>
        <w:t>- What needs to change?</w:t>
      </w:r>
    </w:p>
    <w:p>
      <w:r>
        <w:t>- Continue, adjust, or pivot?</w:t>
      </w:r>
    </w:p>
    <w:p>
      <w:pPr>
        <w:pStyle w:val="Heading2"/>
      </w:pPr>
      <w:r>
        <w:rPr>
          <w:sz w:val="32"/>
        </w:rPr>
        <w:t>The Shift</w:t>
      </w:r>
    </w:p>
    <w:p>
      <w:r>
        <w:t>The conversation isn't about convincing them AI is good. It's about showing them they're essential to making AI useful.</w:t>
      </w:r>
    </w:p>
    <w:p>
      <w:r>
        <w:t>The shift from "AI might replace me" to "AI needs me to work well" happens when you:</w:t>
      </w:r>
    </w:p>
    <w:p>
      <w:r>
        <w:t>1. Show AI's failures (proves they're needed)</w:t>
      </w:r>
    </w:p>
    <w:p>
      <w:r>
        <w:t>2. Be specific about changes (reduces uncertainty)</w:t>
      </w:r>
    </w:p>
    <w:p>
      <w:r>
        <w:t>3. Frame it as an upgrade (shows value increase)</w:t>
      </w:r>
    </w:p>
    <w:p>
      <w:r>
        <w:t>4. Involve them in decisions (gives control)</w:t>
      </w:r>
    </w:p>
    <w:p>
      <w:r>
        <w:t>5. Address fears directly (builds trust)</w:t>
      </w:r>
    </w:p>
    <w:p>
      <w:r>
        <w:t>This conversation determines whether AI becomes a tool that helps your team or a threat that breaks it.</w:t>
      </w:r>
    </w:p>
    <w:p>
      <w:r>
        <w:t>Have it early. Have it honestly. Have it collaboratively.</w:t>
      </w:r>
    </w:p>
    <w:p>
      <w:r>
        <w:t>Your team is probably more ready than you think. They just need you to talk to them like humans, not resources.</w:t>
      </w:r>
    </w:p>
    <w:p>
      <w:pPr>
        <w:pStyle w:val="Heading1"/>
      </w:pPr>
      <w:r>
        <w:rPr>
          <w:sz w:val="36"/>
        </w:rPr>
        <w:t>CHAPTER 12: Six Months From Now</w:t>
      </w:r>
    </w:p>
    <w:p>
      <w:r>
        <w:t>Remember Sarah Chen from the Introduction? The one who got the email from her biggest client saying they wanted to cut her retainer in half?</w:t>
      </w:r>
    </w:p>
    <w:p>
      <w:r>
        <w:t>Let me tell you where she is now.</w:t>
      </w:r>
    </w:p>
    <w:p>
      <w:r>
        <w:t>Six months after that email, Sarah's agency looks completely different.</w:t>
      </w:r>
    </w:p>
    <w:p>
      <w:r>
        <w:rPr>
          <w:b/>
        </w:rPr>
        <w:t>Then:</w:t>
      </w:r>
    </w:p>
    <w:p>
      <w:r>
        <w:t>- 5 employees</w:t>
      </w:r>
    </w:p>
    <w:p>
      <w:r>
        <w:t>- $30,000 monthly revenue</w:t>
      </w:r>
    </w:p>
    <w:p>
      <w:r>
        <w:t>- Major client wanting to cut retainer</w:t>
      </w:r>
    </w:p>
    <w:p>
      <w:r>
        <w:t>- Sarah working 60-hour weeks</w:t>
      </w:r>
    </w:p>
    <w:p>
      <w:r>
        <w:t>- Constant stress about falling behind</w:t>
      </w:r>
    </w:p>
    <w:p>
      <w:r>
        <w:t>- Zero AI strategy</w:t>
      </w:r>
    </w:p>
    <w:p>
      <w:r>
        <w:rPr>
          <w:b/>
        </w:rPr>
        <w:t>Now:</w:t>
      </w:r>
    </w:p>
    <w:p>
      <w:r>
        <w:t>- 8 employees</w:t>
      </w:r>
    </w:p>
    <w:p>
      <w:r>
        <w:t>- $45,000 monthly revenue</w:t>
      </w:r>
    </w:p>
    <w:p>
      <w:r>
        <w:t>- That same client increased retainer to $12,000</w:t>
      </w:r>
    </w:p>
    <w:p>
      <w:r>
        <w:t>- Sarah working 45-hour weeks</w:t>
      </w:r>
    </w:p>
    <w:p>
      <w:r>
        <w:t>- Confident about competitive positioning</w:t>
      </w:r>
    </w:p>
    <w:p>
      <w:r>
        <w:t>- AI integrated into everything</w:t>
      </w:r>
    </w:p>
    <w:p>
      <w:r>
        <w:t>What changed?</w:t>
      </w:r>
    </w:p>
    <w:p>
      <w:r>
        <w:t>Not the quality of work. Not the team's expertise. Not their service offerings.</w:t>
      </w:r>
    </w:p>
    <w:p>
      <w:r>
        <w:t>Their workflow. How they work, not what they work on.</w:t>
      </w:r>
    </w:p>
    <w:p>
      <w:pPr>
        <w:pStyle w:val="Heading2"/>
      </w:pPr>
      <w:r>
        <w:rPr>
          <w:sz w:val="32"/>
        </w:rPr>
        <w:t>What Actually Changed</w:t>
      </w:r>
    </w:p>
    <w:p>
      <w:r>
        <w:t>Sarah's team now uses AI for:</w:t>
      </w:r>
    </w:p>
    <w:p>
      <w:r>
        <w:t>- First drafts of blog posts, social media, emails</w:t>
      </w:r>
    </w:p>
    <w:p>
      <w:r>
        <w:t>- Research and competitive analysis</w:t>
      </w:r>
    </w:p>
    <w:p>
      <w:r>
        <w:t>- Content outlines and structure</w:t>
      </w:r>
    </w:p>
    <w:p>
      <w:r>
        <w:t>- Initial client presentation frameworks</w:t>
      </w:r>
    </w:p>
    <w:p>
      <w:r>
        <w:t>- Data organization and summarization</w:t>
      </w:r>
    </w:p>
    <w:p>
      <w:r>
        <w:t>Sarah's team still does:</w:t>
      </w:r>
    </w:p>
    <w:p>
      <w:r>
        <w:t>- Strategy and creative direction</w:t>
      </w:r>
    </w:p>
    <w:p>
      <w:r>
        <w:t>- Brand voice refinement</w:t>
      </w:r>
    </w:p>
    <w:p>
      <w:r>
        <w:t>- Client relationship management</w:t>
      </w:r>
    </w:p>
    <w:p>
      <w:r>
        <w:t>- Quality control and editing</w:t>
      </w:r>
    </w:p>
    <w:p>
      <w:r>
        <w:t>- The thinking that actually matters</w:t>
      </w:r>
    </w:p>
    <w:p>
      <w:r>
        <w:rPr>
          <w:b/>
        </w:rPr>
        <w:t>The result:</w:t>
      </w:r>
    </w:p>
    <w:p>
      <w:r>
        <w:t>- Team produces 3x more content with same headcount</w:t>
      </w:r>
    </w:p>
    <w:p>
      <w:r>
        <w:t>- Quality is higher (more time for refinement)</w:t>
      </w:r>
    </w:p>
    <w:p>
      <w:r>
        <w:t>- Faster turnaround (clients love it)</w:t>
      </w:r>
    </w:p>
    <w:p>
      <w:r>
        <w:t>- Team is happier (less busywork, more strategy)</w:t>
      </w:r>
    </w:p>
    <w:p>
      <w:r>
        <w:t>- Sarah sleeps better (not drowning in execution)</w:t>
      </w:r>
    </w:p>
    <w:p>
      <w:pPr>
        <w:pStyle w:val="Heading2"/>
      </w:pPr>
      <w:r>
        <w:rPr>
          <w:sz w:val="32"/>
        </w:rPr>
        <w:t>Amanda's Story</w:t>
      </w:r>
    </w:p>
    <w:p>
      <w:r>
        <w:t>Remember Amanda, Sarah's lead copywriter who almost quit when Jennifer (Chapter 2) first mentioned AI?</w:t>
      </w:r>
    </w:p>
    <w:p>
      <w:r>
        <w:t>Amanda now has a different title: Director of Content Strategy.</w:t>
      </w:r>
    </w:p>
    <w:p>
      <w:r>
        <w:rPr>
          <w:b/>
        </w:rPr>
        <w:t>Her old job:</w:t>
      </w:r>
    </w:p>
    <w:p>
      <w:r>
        <w:t>- Write blog posts from scratch (8 hours per post)</w:t>
      </w:r>
    </w:p>
    <w:p>
      <w:r>
        <w:t>- Create social media content (2 hours per day)</w:t>
      </w:r>
    </w:p>
    <w:p>
      <w:r>
        <w:t>- Draft email campaigns (4 hours per campaign)</w:t>
      </w:r>
    </w:p>
    <w:p>
      <w:r>
        <w:t>- Stare at blank pages wondering where to start</w:t>
      </w:r>
    </w:p>
    <w:p>
      <w:r>
        <w:rPr>
          <w:b/>
        </w:rPr>
        <w:t>Her new job:</w:t>
      </w:r>
    </w:p>
    <w:p>
      <w:r>
        <w:t>- Train AI on client brand voices</w:t>
      </w:r>
    </w:p>
    <w:p>
      <w:r>
        <w:t>- Review and refine AI-generated drafts</w:t>
      </w:r>
    </w:p>
    <w:p>
      <w:r>
        <w:t>- Develop content strategy</w:t>
      </w:r>
    </w:p>
    <w:p>
      <w:r>
        <w:t>- Guide junior team members</w:t>
      </w:r>
    </w:p>
    <w:p>
      <w:r>
        <w:t>- Focus on the creative work she loves</w:t>
      </w:r>
    </w:p>
    <w:p>
      <w:r>
        <w:t>Her old output: 2-3 blog posts per week, scattered social content</w:t>
      </w:r>
    </w:p>
    <w:p>
      <w:r>
        <w:t>Her new output: 8-10 blog posts per week, consistent social presence, better quality</w:t>
      </w:r>
    </w:p>
    <w:p>
      <w:r>
        <w:t>Her old stress level: High (always behind, always rushing)</w:t>
      </w:r>
    </w:p>
    <w:p>
      <w:r>
        <w:t>Her new stress level: Manageable (time for strategic thinking)</w:t>
      </w:r>
    </w:p>
    <w:p>
      <w:r>
        <w:t>Her compensation: 25% raise</w:t>
      </w:r>
    </w:p>
    <w:p>
      <w:r>
        <w:t>Amanda told Sarah: "I thought AI would make me obsolete. Instead, it promoted me. I went from being a writer to being a strategist who directs AI. The work is more interesting. The pay is better. And I'm way less stressed."</w:t>
      </w:r>
    </w:p>
    <w:p>
      <w:pPr>
        <w:pStyle w:val="Heading2"/>
      </w:pPr>
      <w:r>
        <w:rPr>
          <w:sz w:val="32"/>
        </w:rPr>
        <w:t>The Freedom You'll Feel</w:t>
      </w:r>
    </w:p>
    <w:p>
      <w:r>
        <w:t>Six months from now, here's what life looks like:</w:t>
      </w:r>
    </w:p>
    <w:p>
      <w:pPr>
        <w:pStyle w:val="Heading3"/>
      </w:pPr>
      <w:r>
        <w:rPr>
          <w:sz w:val="28"/>
        </w:rPr>
        <w:t>You're Not Drowning in Execution</w:t>
      </w:r>
    </w:p>
    <w:p>
      <w:r>
        <w:t>Before: Your calendar is packed with doing work.</w:t>
      </w:r>
    </w:p>
    <w:p>
      <w:r>
        <w:t>After: Your calendar has space for thinking about work.</w:t>
      </w:r>
    </w:p>
    <w:p>
      <w:r>
        <w:t>Difference: AI handles execution speed. You handle strategic direction.</w:t>
      </w:r>
    </w:p>
    <w:p>
      <w:pPr>
        <w:pStyle w:val="Heading3"/>
      </w:pPr>
      <w:r>
        <w:rPr>
          <w:sz w:val="28"/>
        </w:rPr>
        <w:t>You Can Take Actual Vacation</w:t>
      </w:r>
    </w:p>
    <w:p>
      <w:r>
        <w:t>Before: Vacation means working from hotel, checking email constantly, stressing about what's piling up.</w:t>
      </w:r>
    </w:p>
    <w:p>
      <w:r>
        <w:t>After: Team has systems that run without you. AI assists with routine tasks. You can actually disconnect.</w:t>
      </w:r>
    </w:p>
    <w:p>
      <w:r>
        <w:t>Difference: Less dependent on your personal labor for everything.</w:t>
      </w:r>
    </w:p>
    <w:p>
      <w:pPr>
        <w:pStyle w:val="Heading3"/>
      </w:pPr>
      <w:r>
        <w:rPr>
          <w:sz w:val="28"/>
        </w:rPr>
        <w:t>You're Not Worried About Falling Behind</w:t>
      </w:r>
    </w:p>
    <w:p>
      <w:r>
        <w:t>Before: Every LinkedIn post about AI gives you FOMO. Constant anxiety about competitors.</w:t>
      </w:r>
    </w:p>
    <w:p>
      <w:r>
        <w:t>After: You're the one posting about AI. Competitors are asking what you're doing.</w:t>
      </w:r>
    </w:p>
    <w:p>
      <w:r>
        <w:t>Difference: You went from behind to ahead. Just by starting.</w:t>
      </w:r>
    </w:p>
    <w:p>
      <w:pPr>
        <w:pStyle w:val="Heading3"/>
      </w:pPr>
      <w:r>
        <w:rPr>
          <w:sz w:val="28"/>
        </w:rPr>
        <w:t>Your Team Is Engaged, Not Threatened</w:t>
      </w:r>
    </w:p>
    <w:p>
      <w:r>
        <w:t>Before: Team whispers about AI, worried about their jobs.</w:t>
      </w:r>
    </w:p>
    <w:p>
      <w:r>
        <w:t>After: Team uses AI confidently, sees it as career upgrade.</w:t>
      </w:r>
    </w:p>
    <w:p>
      <w:r>
        <w:t>Difference: You had the conversation right. They're part of the solution.</w:t>
      </w:r>
    </w:p>
    <w:p>
      <w:pPr>
        <w:pStyle w:val="Heading3"/>
      </w:pPr>
      <w:r>
        <w:rPr>
          <w:sz w:val="28"/>
        </w:rPr>
        <w:t>You Can Focus On What Actually Matters</w:t>
      </w:r>
    </w:p>
    <w:p>
      <w:r>
        <w:t>Before: Spending time on tasks that could be delegated but there's no one to delegate to.</w:t>
      </w:r>
    </w:p>
    <w:p>
      <w:r>
        <w:t>After: AI handles the delegatable work. You focus on client relationships, business development, strategic decisions.</w:t>
      </w:r>
    </w:p>
    <w:p>
      <w:r>
        <w:t>Difference: Your time matches your value. Finally.</w:t>
      </w:r>
    </w:p>
    <w:p>
      <w:pPr>
        <w:pStyle w:val="Heading2"/>
      </w:pPr>
      <w:r>
        <w:rPr>
          <w:sz w:val="32"/>
        </w:rPr>
        <w:t>Why You Won't Go Back</w:t>
      </w:r>
    </w:p>
    <w:p>
      <w:r>
        <w:t>Once you experience AI-assisted efficiency, the old way feels exhausting.</w:t>
      </w:r>
    </w:p>
    <w:p>
      <w:r>
        <w:t>It's like:</w:t>
      </w:r>
    </w:p>
    <w:p>
      <w:r>
        <w:t>- Going back to typewriters after computers</w:t>
      </w:r>
    </w:p>
    <w:p>
      <w:r>
        <w:t>- Giving up your smartphone and using a flip phone</w:t>
      </w:r>
    </w:p>
    <w:p>
      <w:r>
        <w:t>- Switching from GPS to paper maps</w:t>
      </w:r>
    </w:p>
    <w:p>
      <w:r>
        <w:t>- Using a phone book instead of Google</w:t>
      </w:r>
    </w:p>
    <w:p>
      <w:r>
        <w:t>Technically possible. But why would you?</w:t>
      </w:r>
    </w:p>
    <w:p>
      <w:r>
        <w:t>Sarah told me: "Sometimes I try to write something from scratch without AI, just to see if I still can. I can. But it feels so inefficient. Like running in sand instead of on pavement. I'll never go back."</w:t>
      </w:r>
    </w:p>
    <w:p>
      <w:pPr>
        <w:pStyle w:val="Heading2"/>
      </w:pPr>
      <w:r>
        <w:rPr>
          <w:sz w:val="32"/>
        </w:rPr>
        <w:t>The Competitive Advantage Nobody Talks About</w:t>
      </w:r>
    </w:p>
    <w:p>
      <w:r>
        <w:t>It's not that AI makes you better at your work.</w:t>
      </w:r>
    </w:p>
    <w:p>
      <w:r>
        <w:t>It's that AI frees you to do MORE of the work that actually matters.</w:t>
      </w:r>
    </w:p>
    <w:p>
      <w:pPr>
        <w:pStyle w:val="Heading3"/>
      </w:pPr>
      <w:r>
        <w:rPr>
          <w:sz w:val="28"/>
        </w:rPr>
        <w:t>Before AI:</w:t>
      </w:r>
    </w:p>
    <w:p>
      <w:r>
        <w:t>- 60% of time on execution (writing, research, admin)</w:t>
      </w:r>
    </w:p>
    <w:p>
      <w:r>
        <w:t>- 40% of time on strategy (thinking, planning, relationship building)</w:t>
      </w:r>
    </w:p>
    <w:p>
      <w:pPr>
        <w:pStyle w:val="Heading3"/>
      </w:pPr>
      <w:r>
        <w:rPr>
          <w:sz w:val="28"/>
        </w:rPr>
        <w:t>After AI:</w:t>
      </w:r>
    </w:p>
    <w:p>
      <w:r>
        <w:t>- 30% of time on execution (reviewing, refining, directing)</w:t>
      </w:r>
    </w:p>
    <w:p>
      <w:r>
        <w:t>- 70% of time on strategy (the high-value work)</w:t>
      </w:r>
    </w:p>
    <w:p>
      <w:r>
        <w:rPr>
          <w:b/>
        </w:rPr>
        <w:t>Same hours worked. Different allocation.</w:t>
      </w:r>
    </w:p>
    <w:p>
      <w:r>
        <w:t>Sarah's competitive advantage isn't that she uses AI. It's that she has time to:</w:t>
      </w:r>
    </w:p>
    <w:p>
      <w:r>
        <w:t>- Build deeper client relationships</w:t>
      </w:r>
    </w:p>
    <w:p>
      <w:r>
        <w:t>- Think strategically about each client's needs</w:t>
      </w:r>
    </w:p>
    <w:p>
      <w:r>
        <w:t>- Develop new service offerings</w:t>
      </w:r>
    </w:p>
    <w:p>
      <w:r>
        <w:t>- Focus on business development</w:t>
      </w:r>
    </w:p>
    <w:p>
      <w:r>
        <w:t>- Actually run her business instead of being buried in it</w:t>
      </w:r>
    </w:p>
    <w:p>
      <w:r>
        <w:t>Her competitors are still grinding through execution. She's thinking about the future.</w:t>
      </w:r>
    </w:p>
    <w:p>
      <w:pPr>
        <w:pStyle w:val="Heading2"/>
      </w:pPr>
      <w:r>
        <w:rPr>
          <w:sz w:val="32"/>
        </w:rPr>
        <w:t>What Your Clients Will Notice</w:t>
      </w:r>
    </w:p>
    <w:p>
      <w:r>
        <w:t>Six months from now, your clients will notice:</w:t>
      </w:r>
    </w:p>
    <w:p>
      <w:pPr>
        <w:pStyle w:val="Heading3"/>
      </w:pPr>
      <w:r>
        <w:rPr>
          <w:sz w:val="28"/>
        </w:rPr>
        <w:t>You're Faster</w:t>
      </w:r>
    </w:p>
    <w:p>
      <w:r>
        <w:t>Sarah's average turnaround:</w:t>
      </w:r>
    </w:p>
    <w:p>
      <w:r>
        <w:t>- Before: 2 weeks for blog post, 1 week for social content</w:t>
      </w:r>
    </w:p>
    <w:p>
      <w:r>
        <w:t>- After: 3 days for blog post, next-day for social content</w:t>
      </w:r>
    </w:p>
    <w:p>
      <w:r>
        <w:t>Client reaction: "How are you so fast now?"</w:t>
      </w:r>
    </w:p>
    <w:p>
      <w:pPr>
        <w:pStyle w:val="Heading3"/>
      </w:pPr>
      <w:r>
        <w:rPr>
          <w:sz w:val="28"/>
        </w:rPr>
        <w:t>You're More Consistent</w:t>
      </w:r>
    </w:p>
    <w:p>
      <w:r>
        <w:t>Before: Quality varied based on how busy Sarah was</w:t>
      </w:r>
    </w:p>
    <w:p>
      <w:r>
        <w:t>After: Process ensures consistent quality regardless of workload</w:t>
      </w:r>
    </w:p>
    <w:p>
      <w:r>
        <w:t>Client reaction: "The quality is so reliable now."</w:t>
      </w:r>
    </w:p>
    <w:p>
      <w:pPr>
        <w:pStyle w:val="Heading3"/>
      </w:pPr>
      <w:r>
        <w:rPr>
          <w:sz w:val="28"/>
        </w:rPr>
        <w:t>You Deliver More Value</w:t>
      </w:r>
    </w:p>
    <w:p>
      <w:r>
        <w:t>Before: Clients got what they paid for</w:t>
      </w:r>
    </w:p>
    <w:p>
      <w:r>
        <w:t>After: AI enables Sarah to over-deliver (extra analysis, bonus content, faster iterations)</w:t>
      </w:r>
    </w:p>
    <w:p>
      <w:r>
        <w:t>Client reaction: "We're getting way more than we used to for the same price."</w:t>
      </w:r>
    </w:p>
    <w:p>
      <w:pPr>
        <w:pStyle w:val="Heading3"/>
      </w:pPr>
      <w:r>
        <w:rPr>
          <w:sz w:val="28"/>
        </w:rPr>
        <w:t>You're More Strategic</w:t>
      </w:r>
    </w:p>
    <w:p>
      <w:r>
        <w:t>Before: Sarah was reactive (clients asked, she delivered)</w:t>
      </w:r>
    </w:p>
    <w:p>
      <w:r>
        <w:t>After: Sarah is proactive (sees opportunities, suggests initiatives)</w:t>
      </w:r>
    </w:p>
    <w:p>
      <w:r>
        <w:t>Client reaction: "You're thinking about our business, not just doing tasks."</w:t>
      </w:r>
    </w:p>
    <w:p>
      <w:pPr>
        <w:pStyle w:val="Heading2"/>
      </w:pPr>
      <w:r>
        <w:rPr>
          <w:sz w:val="32"/>
        </w:rPr>
        <w:t>What Your Team Will Say</w:t>
      </w:r>
    </w:p>
    <w:p>
      <w:r>
        <w:t>Six months from now, here's what your team will tell you:</w:t>
      </w:r>
    </w:p>
    <w:p>
      <w:r>
        <w:rPr>
          <w:b/>
        </w:rPr>
        <w:t>"I can't believe we used to do it the old way"</w:t>
      </w:r>
    </w:p>
    <w:p>
      <w:r>
        <w:t>Once they experience AI-assisted workflows, the old way feels tedious.</w:t>
      </w:r>
    </w:p>
    <w:p>
      <w:r>
        <w:rPr>
          <w:b/>
        </w:rPr>
        <w:t>"I'm doing more interesting work now"</w:t>
      </w:r>
    </w:p>
    <w:p>
      <w:r>
        <w:t>Less grunt work, more strategic thinking. Work is more engaging.</w:t>
      </w:r>
    </w:p>
    <w:p>
      <w:r>
        <w:rPr>
          <w:b/>
        </w:rPr>
        <w:t>"I'm learning so much"</w:t>
      </w:r>
    </w:p>
    <w:p>
      <w:r>
        <w:t>Training AI, reviewing outputs, refining prompts—new skills being developed.</w:t>
      </w:r>
    </w:p>
    <w:p>
      <w:r>
        <w:rPr>
          <w:b/>
        </w:rPr>
        <w:t>"Can we use AI for [new task]?"</w:t>
      </w:r>
    </w:p>
    <w:p>
      <w:r>
        <w:t>They'll start suggesting new applications. They're invested.</w:t>
      </w:r>
    </w:p>
    <w:p>
      <w:r>
        <w:rPr>
          <w:b/>
        </w:rPr>
        <w:t>"I'm glad we didn't wait longer"</w:t>
      </w:r>
    </w:p>
    <w:p>
      <w:r>
        <w:t>They'll realize how much time was wasted before.</w:t>
      </w:r>
    </w:p>
    <w:p>
      <w:pPr>
        <w:pStyle w:val="Heading2"/>
      </w:pPr>
      <w:r>
        <w:rPr>
          <w:sz w:val="32"/>
        </w:rPr>
        <w:t>The Timeline To Get Here</w:t>
      </w:r>
    </w:p>
    <w:p>
      <w:r>
        <w:t>Let's be realistic about how you get from Day 1 to Month 6:</w:t>
      </w:r>
    </w:p>
    <w:p>
      <w:r>
        <w:t>Month 1: Experimentation</w:t>
      </w:r>
    </w:p>
    <w:p>
      <w:r>
        <w:t>- You're learning what works</w:t>
      </w:r>
    </w:p>
    <w:p>
      <w:r>
        <w:t>- Results are inconsistent</w:t>
      </w:r>
    </w:p>
    <w:p>
      <w:r>
        <w:t>- Team is skeptical</w:t>
      </w:r>
    </w:p>
    <w:p>
      <w:r>
        <w:t>- Lots of trial and error</w:t>
      </w:r>
    </w:p>
    <w:p>
      <w:r>
        <w:t>Month 2: Early Wins</w:t>
      </w:r>
    </w:p>
    <w:p>
      <w:r>
        <w:t>- A few workflows are working</w:t>
      </w:r>
    </w:p>
    <w:p>
      <w:r>
        <w:t>- Time savings becoming noticeable</w:t>
      </w:r>
    </w:p>
    <w:p>
      <w:r>
        <w:t>- Team starting to see value</w:t>
      </w:r>
    </w:p>
    <w:p>
      <w:r>
        <w:t>- Confidence building</w:t>
      </w:r>
    </w:p>
    <w:p>
      <w:r>
        <w:t>Month 3: Integration</w:t>
      </w:r>
    </w:p>
    <w:p>
      <w:r>
        <w:t>- AI is part of regular workflow</w:t>
      </w:r>
    </w:p>
    <w:p>
      <w:r>
        <w:t>- Multiple team members using it</w:t>
      </w:r>
    </w:p>
    <w:p>
      <w:r>
        <w:t>- Systems being documented</w:t>
      </w:r>
    </w:p>
    <w:p>
      <w:r>
        <w:t>- Clear ROI</w:t>
      </w:r>
    </w:p>
    <w:p>
      <w:r>
        <w:t>Month 4: Expansion</w:t>
      </w:r>
    </w:p>
    <w:p>
      <w:r>
        <w:t>- Adding new use cases</w:t>
      </w:r>
    </w:p>
    <w:p>
      <w:r>
        <w:t>- Refining existing workflows</w:t>
      </w:r>
    </w:p>
    <w:p>
      <w:r>
        <w:t>- Team suggesting improvements</w:t>
      </w:r>
    </w:p>
    <w:p>
      <w:r>
        <w:t>- Competitive advantage emerging</w:t>
      </w:r>
    </w:p>
    <w:p>
      <w:r>
        <w:t>Month 5: Optimization</w:t>
      </w:r>
    </w:p>
    <w:p>
      <w:r>
        <w:t>- Workflows are smooth</w:t>
      </w:r>
    </w:p>
    <w:p>
      <w:r>
        <w:t>- Quality consistently high</w:t>
      </w:r>
    </w:p>
    <w:p>
      <w:r>
        <w:t>- Time savings dramatic</w:t>
      </w:r>
    </w:p>
    <w:p>
      <w:r>
        <w:t>- Business impact clear</w:t>
      </w:r>
    </w:p>
    <w:p>
      <w:r>
        <w:t>Month 6: Transformation</w:t>
      </w:r>
    </w:p>
    <w:p>
      <w:r>
        <w:t>- Can't imagine working without it</w:t>
      </w:r>
    </w:p>
    <w:p>
      <w:r>
        <w:t>- Team is fully on board</w:t>
      </w:r>
    </w:p>
    <w:p>
      <w:r>
        <w:t>- Clients notice the difference</w:t>
      </w:r>
    </w:p>
    <w:p>
      <w:r>
        <w:t>- You're ahead of competitors</w:t>
      </w:r>
    </w:p>
    <w:p>
      <w:r>
        <w:t>It's not overnight. But it's not years either. Six months.</w:t>
      </w:r>
    </w:p>
    <w:p>
      <w:pPr>
        <w:pStyle w:val="Heading2"/>
      </w:pPr>
      <w:r>
        <w:rPr>
          <w:sz w:val="32"/>
        </w:rPr>
        <w:t>The Businesses That Waited</w:t>
      </w:r>
    </w:p>
    <w:p>
      <w:r>
        <w:t>While Sarah was building her AI-assisted agency, her competitors were waiting.</w:t>
      </w:r>
    </w:p>
    <w:p>
      <w:r>
        <w:t>Competitor A: "We'll see how it plays out"</w:t>
      </w:r>
    </w:p>
    <w:p>
      <w:r>
        <w:t>- Six months later: Still waiting</w:t>
      </w:r>
    </w:p>
    <w:p>
      <w:r>
        <w:t>- Sarah won two of their clients</w:t>
      </w:r>
    </w:p>
    <w:p>
      <w:r>
        <w:t>Competitor B: "Our clients want human-written content"</w:t>
      </w:r>
    </w:p>
    <w:p>
      <w:r>
        <w:t>- Six months later: Clients found out they could get human-refined AI content faster</w:t>
      </w:r>
    </w:p>
    <w:p>
      <w:r>
        <w:t>- Lost three clients to agencies with better turnaround</w:t>
      </w:r>
    </w:p>
    <w:p>
      <w:r>
        <w:t>Competitor C: "We'll adopt AI once it's more mature"</w:t>
      </w:r>
    </w:p>
    <w:p>
      <w:r>
        <w:t>- Six months later: Tools are more mature, but they're six months behind in learning</w:t>
      </w:r>
    </w:p>
    <w:p>
      <w:r>
        <w:t>- Catching up is harder than starting was</w:t>
      </w:r>
    </w:p>
    <w:p>
      <w:r>
        <w:t>The pattern: Waiting doesn't reduce risk. It just delays the learning curve and compounds the competitive disadvantage.</w:t>
      </w:r>
    </w:p>
    <w:p>
      <w:pPr>
        <w:pStyle w:val="Heading2"/>
      </w:pPr>
      <w:r>
        <w:rPr>
          <w:sz w:val="32"/>
        </w:rPr>
        <w:t>The Train Stops Every Day</w:t>
      </w:r>
    </w:p>
    <w:p>
      <w:r>
        <w:t>In the Introduction, I told you: The train hasn't left. It stops every day. This book is your ticket.</w:t>
      </w:r>
    </w:p>
    <w:p>
      <w:r>
        <w:t>Six months from now, one of two things will be true:</w:t>
      </w:r>
    </w:p>
    <w:p>
      <w:r>
        <w:t>Option A: You'll wish you'd started today</w:t>
      </w:r>
    </w:p>
    <w:p>
      <w:r>
        <w:t>You waited. Your competitors didn't. They're six months ahead in learning, systems, and results. You're playing catch-up. Your team is anxious. Your clients are asking why you're behind.</w:t>
      </w:r>
    </w:p>
    <w:p>
      <w:r>
        <w:t>Option B: You'll be glad you started today</w:t>
      </w:r>
    </w:p>
    <w:p>
      <w:r>
        <w:t>You started. You pushed through the learning curve. You built systems. Your team is on board. Your clients are impressed. You're ahead of competitors who are still waiting.</w:t>
      </w:r>
    </w:p>
    <w:p>
      <w:r>
        <w:t>Same six months. Different outcomes.</w:t>
      </w:r>
    </w:p>
    <w:p>
      <w:r>
        <w:t>The only difference: Starting today vs. starting later.</w:t>
      </w:r>
    </w:p>
    <w:p>
      <w:pPr>
        <w:pStyle w:val="Heading2"/>
      </w:pPr>
      <w:r>
        <w:rPr>
          <w:sz w:val="32"/>
        </w:rPr>
        <w:t>Your Move</w:t>
      </w:r>
    </w:p>
    <w:p>
      <w:r>
        <w:t>Six months from now seems far away. But it's not.</w:t>
      </w:r>
    </w:p>
    <w:p>
      <w:r>
        <w:t>It's 26 weeks. 180 days. And every day you wait is one less day of learning, building, and getting ahead.</w:t>
      </w:r>
    </w:p>
    <w:p>
      <w:r>
        <w:t>Sarah started the day after she got that email. The one saying her client wanted to cut her retainer.</w:t>
      </w:r>
    </w:p>
    <w:p>
      <w:r>
        <w:t>She could have:</w:t>
      </w:r>
    </w:p>
    <w:p>
      <w:r>
        <w:t>- Panicked and fought the client</w:t>
      </w:r>
    </w:p>
    <w:p>
      <w:r>
        <w:t>- Accepted the cut and downsized</w:t>
      </w:r>
    </w:p>
    <w:p>
      <w:r>
        <w:t>- Looked for new clients to replace revenue</w:t>
      </w:r>
    </w:p>
    <w:p>
      <w:r>
        <w:t>- Kept doing things the old way and hoped for the best</w:t>
      </w:r>
    </w:p>
    <w:p>
      <w:r>
        <w:t>Instead, she learned AI. Built systems. Transformed her agency.</w:t>
      </w:r>
    </w:p>
    <w:p>
      <w:r>
        <w:t>Six months later, that same client increased the retainer to more than the original amount.</w:t>
      </w:r>
    </w:p>
    <w:p>
      <w:r>
        <w:t>Not because Sarah begged. Because she could deliver more value, faster, at higher quality.</w:t>
      </w:r>
    </w:p>
    <w:p>
      <w:r>
        <w:t>AI didn't do that. Sarah did that, with AI as her tool.</w:t>
      </w:r>
    </w:p>
    <w:p>
      <w:pPr>
        <w:pStyle w:val="Heading2"/>
      </w:pPr>
      <w:r>
        <w:rPr>
          <w:sz w:val="32"/>
        </w:rPr>
        <w:t>The Question</w:t>
      </w:r>
    </w:p>
    <w:p>
      <w:r>
        <w:t>Here's the question only you can answer:</w:t>
      </w:r>
    </w:p>
    <w:p>
      <w:r>
        <w:t>Six months from now, which conversation do you want to have?</w:t>
      </w:r>
    </w:p>
    <w:p>
      <w:r>
        <w:rPr>
          <w:b/>
        </w:rPr>
        <w:t>Conversation A: The Regret Conversation</w:t>
      </w:r>
    </w:p>
    <w:p>
      <w:r>
        <w:t>"I wish I'd started when I first thought about it. I'd be so much further ahead now. My competitors figured it out and I'm behind. I'm stressed. My team is worried. I don't know how to catch up."</w:t>
      </w:r>
    </w:p>
    <w:p>
      <w:r>
        <w:rPr>
          <w:b/>
        </w:rPr>
        <w:t>Conversation B: The Success Conversation</w:t>
      </w:r>
    </w:p>
    <w:p>
      <w:r>
        <w:t>"I'm so glad I started when I did. The learning curve was tough but worth it. My team is on board. My clients are impressed. I'm ahead of my competitors. I can't imagine going back to the old way."</w:t>
      </w:r>
    </w:p>
    <w:p>
      <w:r>
        <w:t>You choose which conversation you have. Not by wishing. By acting.</w:t>
      </w:r>
    </w:p>
    <w:p>
      <w:pPr>
        <w:pStyle w:val="Heading2"/>
      </w:pPr>
      <w:r>
        <w:rPr>
          <w:sz w:val="32"/>
        </w:rPr>
        <w:t>The Shift</w:t>
      </w:r>
    </w:p>
    <w:p>
      <w:r>
        <w:t>This book isn't about AI. It's about you.</w:t>
      </w:r>
    </w:p>
    <w:p>
      <w:r>
        <w:t>It's about the decision you make today that determines where you'll be six months from now.</w:t>
      </w:r>
    </w:p>
    <w:p>
      <w:r>
        <w:t>Sarah's shift wasn't about mastering AI. It was about deciding to start instead of wait.</w:t>
      </w:r>
    </w:p>
    <w:p>
      <w:r>
        <w:t>From:</w:t>
      </w:r>
    </w:p>
    <w:p>
      <w:r>
        <w:t>- "I should probably learn about AI"</w:t>
      </w:r>
    </w:p>
    <w:p>
      <w:r>
        <w:t>- ↓</w:t>
      </w:r>
    </w:p>
    <w:p>
      <w:r>
        <w:t>- "I'll start tomorrow"</w:t>
      </w:r>
    </w:p>
    <w:p>
      <w:r>
        <w:t>- ↓</w:t>
      </w:r>
    </w:p>
    <w:p>
      <w:r>
        <w:t>- "I'm starting today"</w:t>
      </w:r>
    </w:p>
    <w:p>
      <w:r>
        <w:t>- ↓</w:t>
      </w:r>
    </w:p>
    <w:p>
      <w:r>
        <w:t>- "I'm glad I started"</w:t>
      </w:r>
    </w:p>
    <w:p>
      <w:r>
        <w:t>That shift—from intention to action—is what separates people who succeed from people who stay stuck.</w:t>
      </w:r>
    </w:p>
    <w:p>
      <w:pPr>
        <w:pStyle w:val="Heading2"/>
      </w:pPr>
      <w:r>
        <w:rPr>
          <w:sz w:val="32"/>
        </w:rPr>
        <w:t>What Happens Next</w:t>
      </w:r>
    </w:p>
    <w:p>
      <w:r>
        <w:t>You close this book.</w:t>
      </w:r>
    </w:p>
    <w:p>
      <w:r>
        <w:t>You have two choices:</w:t>
      </w:r>
    </w:p>
    <w:p>
      <w:r>
        <w:t>Choice A: You think "That was interesting" and go back to your normal routine. You mean to start. You'll get to it. Soon. When you have time. When things calm down. When you figure out the perfect approach.</w:t>
      </w:r>
    </w:p>
    <w:p>
      <w:r>
        <w:t>Six months pass. Nothing changes. Except your competitors got ahead.</w:t>
      </w:r>
    </w:p>
    <w:p>
      <w:r>
        <w:t>Choice B: You block two hours this week. You open ChatGPT. You try one thing. It's mediocre. You try again. It's better. You keep going.</w:t>
      </w:r>
    </w:p>
    <w:p>
      <w:r>
        <w:t>Six months pass. Everything changes. You're ahead. Your team is on board. Your business is transformed.</w:t>
      </w:r>
    </w:p>
    <w:p>
      <w:r>
        <w:t>Same six months. Different choices. Different outcomes.</w:t>
      </w:r>
    </w:p>
    <w:p>
      <w:pPr>
        <w:pStyle w:val="Heading2"/>
      </w:pPr>
      <w:r>
        <w:rPr>
          <w:sz w:val="32"/>
        </w:rPr>
        <w:t>The Bottom Line</w:t>
      </w:r>
    </w:p>
    <w:p>
      <w:r>
        <w:t>Six months from now, you'll either be glad you started today, or you'll wish you had.</w:t>
      </w:r>
    </w:p>
    <w:p>
      <w:r>
        <w:t>The train stops every day.</w:t>
      </w:r>
    </w:p>
    <w:p>
      <w:r>
        <w:t>This is your stop.</w:t>
      </w:r>
    </w:p>
    <w:p>
      <w:r>
        <w:t>Get on.</w:t>
      </w:r>
    </w:p>
    <w:p>
      <w:r>
        <w:rPr>
          <w:b/>
        </w:rPr>
        <w:t>END OF MANUSCRIPT</w:t>
      </w:r>
    </w:p>
    <w:p>
      <w:r>
        <w:rPr>
          <w:b/>
        </w:rPr>
        <w:t>THE TRAIN HASN'T LEFT</w:t>
      </w:r>
    </w:p>
    <w:p>
      <w:r>
        <w:rPr>
          <w:b/>
        </w:rPr>
        <w:t>How to Stop Panicking About AI and Start Using It (Before Your Competitors Do)</w:t>
      </w:r>
    </w:p>
    <w:p>
      <w:r>
        <w:rPr>
          <w:b/>
        </w:rPr>
        <w:t>Total Word Count: ~44,000 words</w:t>
      </w:r>
    </w:p>
    <w:p>
      <w:r>
        <w:rPr>
          <w:b/>
        </w:rPr>
        <w:t>Estimated Pages: ~176 pages</w:t>
      </w:r>
    </w:p>
    <w:p>
      <w:r>
        <w:t>© 2025. All rights reserved.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