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6B250" w14:textId="77777777" w:rsidR="00F32FA7" w:rsidRPr="00771DC2" w:rsidRDefault="00000000" w:rsidP="00F05142">
      <w:pPr>
        <w:pStyle w:val="BookTitle0"/>
        <w:spacing w:after="0" w:line="336" w:lineRule="auto"/>
        <w:ind w:firstLine="284"/>
        <w:rPr>
          <w:rFonts w:ascii="Garamond" w:hAnsi="Garamond"/>
          <w:sz w:val="22"/>
        </w:rPr>
      </w:pPr>
      <w:r w:rsidRPr="00771DC2">
        <w:rPr>
          <w:rFonts w:ascii="Garamond" w:hAnsi="Garamond"/>
          <w:sz w:val="22"/>
        </w:rPr>
        <w:t>THE HOLY ART OF NOT GIVING A DAMN</w:t>
      </w:r>
    </w:p>
    <w:p w14:paraId="52ED6CCD" w14:textId="04CFABD4" w:rsidR="00F32FA7" w:rsidRPr="00F05142" w:rsidRDefault="00000000" w:rsidP="00F05142">
      <w:pPr>
        <w:spacing w:after="0" w:line="336" w:lineRule="auto"/>
        <w:jc w:val="center"/>
        <w:rPr>
          <w:rFonts w:ascii="Garamond" w:hAnsi="Garamond"/>
        </w:rPr>
      </w:pPr>
      <w:r w:rsidRPr="00CB2F81">
        <w:rPr>
          <w:rFonts w:ascii="Garamond" w:hAnsi="Garamond"/>
          <w:sz w:val="24"/>
          <w:szCs w:val="24"/>
        </w:rPr>
        <w:t>How to Let Go, Live Free, and Follow Jesus with Bold Clarity</w:t>
      </w:r>
    </w:p>
    <w:p w14:paraId="7973D5F4" w14:textId="77777777" w:rsidR="00F32FA7" w:rsidRPr="00771DC2" w:rsidRDefault="00000000" w:rsidP="00E82982">
      <w:pPr>
        <w:pStyle w:val="ChapterTitle"/>
        <w:spacing w:before="0" w:after="0" w:line="336" w:lineRule="auto"/>
        <w:ind w:firstLine="284"/>
        <w:rPr>
          <w:rFonts w:ascii="Garamond" w:hAnsi="Garamond"/>
          <w:sz w:val="22"/>
        </w:rPr>
      </w:pPr>
      <w:r w:rsidRPr="00771DC2">
        <w:rPr>
          <w:rFonts w:ascii="Garamond" w:hAnsi="Garamond"/>
          <w:sz w:val="22"/>
        </w:rPr>
        <w:t>INTRODUCTION</w:t>
      </w:r>
    </w:p>
    <w:p w14:paraId="6BE3D78A" w14:textId="1B1B638E" w:rsidR="00F32FA7" w:rsidRPr="00771DC2" w:rsidRDefault="00CB2F81" w:rsidP="00E82982">
      <w:pPr>
        <w:spacing w:after="0" w:line="336" w:lineRule="auto"/>
        <w:ind w:firstLine="284"/>
        <w:jc w:val="both"/>
        <w:rPr>
          <w:rFonts w:ascii="Garamond" w:hAnsi="Garamond"/>
        </w:rPr>
      </w:pPr>
      <w:r>
        <w:rPr>
          <w:rFonts w:ascii="Garamond" w:hAnsi="Garamond"/>
        </w:rPr>
        <w:tab/>
      </w:r>
      <w:r w:rsidRPr="00771DC2">
        <w:rPr>
          <w:rFonts w:ascii="Garamond" w:hAnsi="Garamond"/>
        </w:rPr>
        <w:t>You</w:t>
      </w:r>
      <w:r w:rsidR="00121EFE">
        <w:rPr>
          <w:rFonts w:ascii="Garamond" w:hAnsi="Garamond"/>
        </w:rPr>
        <w:t>’</w:t>
      </w:r>
      <w:r w:rsidRPr="00771DC2">
        <w:rPr>
          <w:rFonts w:ascii="Garamond" w:hAnsi="Garamond"/>
        </w:rPr>
        <w:t>re exhausted because you</w:t>
      </w:r>
      <w:r w:rsidR="00121EFE">
        <w:rPr>
          <w:rFonts w:ascii="Garamond" w:hAnsi="Garamond"/>
        </w:rPr>
        <w:t>’</w:t>
      </w:r>
      <w:r w:rsidRPr="00771DC2">
        <w:rPr>
          <w:rFonts w:ascii="Garamond" w:hAnsi="Garamond"/>
        </w:rPr>
        <w:t>re carrying shit that was never meant for you.</w:t>
      </w:r>
    </w:p>
    <w:p w14:paraId="1A2501C5" w14:textId="77777777" w:rsidR="00121EFE" w:rsidRDefault="00000000" w:rsidP="00E82982">
      <w:pPr>
        <w:spacing w:after="0" w:line="336" w:lineRule="auto"/>
        <w:ind w:firstLine="284"/>
        <w:jc w:val="both"/>
        <w:rPr>
          <w:rFonts w:ascii="Garamond" w:hAnsi="Garamond"/>
        </w:rPr>
      </w:pPr>
      <w:r w:rsidRPr="00771DC2">
        <w:rPr>
          <w:rFonts w:ascii="Garamond" w:hAnsi="Garamond"/>
        </w:rPr>
        <w:t>There. I said it.</w:t>
      </w:r>
    </w:p>
    <w:p w14:paraId="4AF6B7EB" w14:textId="56CACFC8" w:rsidR="00F32FA7" w:rsidRPr="00771DC2" w:rsidRDefault="00000000" w:rsidP="00E82982">
      <w:pPr>
        <w:spacing w:after="0" w:line="336" w:lineRule="auto"/>
        <w:ind w:firstLine="284"/>
        <w:jc w:val="both"/>
        <w:rPr>
          <w:rFonts w:ascii="Garamond" w:hAnsi="Garamond"/>
        </w:rPr>
      </w:pPr>
      <w:r w:rsidRPr="00771DC2">
        <w:rPr>
          <w:rFonts w:ascii="Garamond" w:hAnsi="Garamond"/>
        </w:rPr>
        <w:t>You wake up tired. You go to bed anxious. You spend your days managing everyone</w:t>
      </w:r>
      <w:r w:rsidR="00121EFE">
        <w:rPr>
          <w:rFonts w:ascii="Garamond" w:hAnsi="Garamond"/>
        </w:rPr>
        <w:t>’</w:t>
      </w:r>
      <w:r w:rsidRPr="00771DC2">
        <w:rPr>
          <w:rFonts w:ascii="Garamond" w:hAnsi="Garamond"/>
        </w:rPr>
        <w:t>s expectations, navigating everyone</w:t>
      </w:r>
      <w:r w:rsidR="00121EFE">
        <w:rPr>
          <w:rFonts w:ascii="Garamond" w:hAnsi="Garamond"/>
        </w:rPr>
        <w:t>’</w:t>
      </w:r>
      <w:r w:rsidRPr="00771DC2">
        <w:rPr>
          <w:rFonts w:ascii="Garamond" w:hAnsi="Garamond"/>
        </w:rPr>
        <w:t>s opinions, and trying to be everything to everyone. You</w:t>
      </w:r>
      <w:r w:rsidR="00121EFE">
        <w:rPr>
          <w:rFonts w:ascii="Garamond" w:hAnsi="Garamond"/>
        </w:rPr>
        <w:t>’</w:t>
      </w:r>
      <w:r w:rsidRPr="00771DC2">
        <w:rPr>
          <w:rFonts w:ascii="Garamond" w:hAnsi="Garamond"/>
        </w:rPr>
        <w:t>re checking your phone 96 times a day, refreshing social media like a slot machine, hoping for that hit of validation that never quite satisfies.</w:t>
      </w:r>
    </w:p>
    <w:p w14:paraId="75FA9D84" w14:textId="7587CB15" w:rsidR="00F32FA7" w:rsidRPr="00771DC2" w:rsidRDefault="00000000" w:rsidP="00E82982">
      <w:pPr>
        <w:spacing w:after="0" w:line="336" w:lineRule="auto"/>
        <w:ind w:firstLine="284"/>
        <w:rPr>
          <w:rFonts w:ascii="Garamond" w:hAnsi="Garamond"/>
        </w:rPr>
      </w:pPr>
      <w:r w:rsidRPr="00771DC2">
        <w:rPr>
          <w:rFonts w:ascii="Garamond" w:hAnsi="Garamond"/>
        </w:rPr>
        <w:t>You</w:t>
      </w:r>
      <w:r w:rsidR="00047264">
        <w:rPr>
          <w:rFonts w:ascii="Garamond" w:hAnsi="Garamond"/>
        </w:rPr>
        <w:t>’</w:t>
      </w:r>
      <w:r w:rsidRPr="00771DC2">
        <w:rPr>
          <w:rFonts w:ascii="Garamond" w:hAnsi="Garamond"/>
        </w:rPr>
        <w:t>re burning out. Not because God asked too much of you, but because you</w:t>
      </w:r>
      <w:r w:rsidR="00047264">
        <w:rPr>
          <w:rFonts w:ascii="Garamond" w:hAnsi="Garamond"/>
        </w:rPr>
        <w:t>’</w:t>
      </w:r>
      <w:r w:rsidRPr="00771DC2">
        <w:rPr>
          <w:rFonts w:ascii="Garamond" w:hAnsi="Garamond"/>
        </w:rPr>
        <w:t>ve said yes to things He never called you to care about.</w:t>
      </w:r>
    </w:p>
    <w:p w14:paraId="2A79C76B" w14:textId="56AB622E" w:rsidR="00F32FA7" w:rsidRPr="00771DC2" w:rsidRDefault="00047264" w:rsidP="00E82982">
      <w:pPr>
        <w:spacing w:after="0" w:line="336" w:lineRule="auto"/>
        <w:ind w:firstLine="284"/>
        <w:jc w:val="both"/>
        <w:rPr>
          <w:rFonts w:ascii="Garamond" w:hAnsi="Garamond"/>
        </w:rPr>
      </w:pPr>
      <w:r>
        <w:rPr>
          <w:rFonts w:ascii="Garamond" w:hAnsi="Garamond"/>
        </w:rPr>
        <w:tab/>
      </w:r>
      <w:r w:rsidRPr="00771DC2">
        <w:rPr>
          <w:rFonts w:ascii="Garamond" w:hAnsi="Garamond"/>
        </w:rPr>
        <w:t>This book is not about being lazy, selfish, or indifferent. It</w:t>
      </w:r>
      <w:r>
        <w:rPr>
          <w:rFonts w:ascii="Garamond" w:hAnsi="Garamond"/>
        </w:rPr>
        <w:t>’</w:t>
      </w:r>
      <w:r w:rsidRPr="00771DC2">
        <w:rPr>
          <w:rFonts w:ascii="Garamond" w:hAnsi="Garamond"/>
        </w:rPr>
        <w:t xml:space="preserve">s about </w:t>
      </w:r>
      <w:r w:rsidRPr="00771DC2">
        <w:rPr>
          <w:rFonts w:ascii="Garamond" w:hAnsi="Garamond"/>
          <w:b/>
        </w:rPr>
        <w:t>holy clarity</w:t>
      </w:r>
      <w:r>
        <w:rPr>
          <w:rFonts w:ascii="Garamond" w:hAnsi="Garamond"/>
        </w:rPr>
        <w:t xml:space="preserve">, </w:t>
      </w:r>
      <w:r w:rsidRPr="00771DC2">
        <w:rPr>
          <w:rFonts w:ascii="Garamond" w:hAnsi="Garamond"/>
        </w:rPr>
        <w:t>learning what to care about and what to let die.</w:t>
      </w:r>
    </w:p>
    <w:p w14:paraId="1CE40E18" w14:textId="5296939B" w:rsidR="00F32FA7" w:rsidRPr="00771DC2" w:rsidRDefault="00000000" w:rsidP="00E82982">
      <w:pPr>
        <w:spacing w:after="0" w:line="336" w:lineRule="auto"/>
        <w:ind w:firstLine="284"/>
        <w:jc w:val="both"/>
        <w:rPr>
          <w:rFonts w:ascii="Garamond" w:hAnsi="Garamond"/>
        </w:rPr>
      </w:pPr>
      <w:r w:rsidRPr="00771DC2">
        <w:rPr>
          <w:rFonts w:ascii="Garamond" w:hAnsi="Garamond"/>
        </w:rPr>
        <w:t>Jesus didn</w:t>
      </w:r>
      <w:r w:rsidR="00047264">
        <w:rPr>
          <w:rFonts w:ascii="Garamond" w:hAnsi="Garamond"/>
        </w:rPr>
        <w:t>’</w:t>
      </w:r>
      <w:r w:rsidRPr="00771DC2">
        <w:rPr>
          <w:rFonts w:ascii="Garamond" w:hAnsi="Garamond"/>
        </w:rPr>
        <w:t>t stress about what the Pharisees thought. He didn</w:t>
      </w:r>
      <w:r w:rsidR="00047264">
        <w:rPr>
          <w:rFonts w:ascii="Garamond" w:hAnsi="Garamond"/>
        </w:rPr>
        <w:t>’</w:t>
      </w:r>
      <w:r w:rsidRPr="00771DC2">
        <w:rPr>
          <w:rFonts w:ascii="Garamond" w:hAnsi="Garamond"/>
        </w:rPr>
        <w:t>t run after applause. He didn</w:t>
      </w:r>
      <w:r w:rsidR="00047264">
        <w:rPr>
          <w:rFonts w:ascii="Garamond" w:hAnsi="Garamond"/>
        </w:rPr>
        <w:t>’</w:t>
      </w:r>
      <w:r w:rsidRPr="00771DC2">
        <w:rPr>
          <w:rFonts w:ascii="Garamond" w:hAnsi="Garamond"/>
        </w:rPr>
        <w:t>t perform to earn approval. He walked in truth</w:t>
      </w:r>
      <w:r w:rsidR="00047264">
        <w:rPr>
          <w:rFonts w:ascii="Garamond" w:hAnsi="Garamond"/>
        </w:rPr>
        <w:t>,</w:t>
      </w:r>
      <w:r w:rsidRPr="00771DC2">
        <w:rPr>
          <w:rFonts w:ascii="Garamond" w:hAnsi="Garamond"/>
        </w:rPr>
        <w:t xml:space="preserve"> even when it made people angry. He said no to crowds when the Father called Him to solitude. He </w:t>
      </w:r>
      <w:r w:rsidRPr="00771DC2">
        <w:rPr>
          <w:rFonts w:ascii="Garamond" w:hAnsi="Garamond"/>
        </w:rPr>
        <w:lastRenderedPageBreak/>
        <w:t>disappointed His family when obedience demanded it. He let rich young rulers walk away rather than water down the gospel.</w:t>
      </w:r>
    </w:p>
    <w:p w14:paraId="73FD675D"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rPr>
        <w:t>And He invites you to live the same way.</w:t>
      </w:r>
    </w:p>
    <w:p w14:paraId="5B7340E9" w14:textId="0EE2FB7D" w:rsidR="00F32FA7" w:rsidRPr="00771DC2" w:rsidRDefault="00000000" w:rsidP="00E82982">
      <w:pPr>
        <w:spacing w:after="0" w:line="336" w:lineRule="auto"/>
        <w:ind w:firstLine="284"/>
        <w:jc w:val="both"/>
        <w:rPr>
          <w:rFonts w:ascii="Garamond" w:hAnsi="Garamond"/>
        </w:rPr>
      </w:pPr>
      <w:r w:rsidRPr="00771DC2">
        <w:rPr>
          <w:rFonts w:ascii="Garamond" w:hAnsi="Garamond"/>
        </w:rPr>
        <w:t>Here</w:t>
      </w:r>
      <w:r w:rsidR="00047264">
        <w:rPr>
          <w:rFonts w:ascii="Garamond" w:hAnsi="Garamond"/>
        </w:rPr>
        <w:t>’</w:t>
      </w:r>
      <w:r w:rsidRPr="00771DC2">
        <w:rPr>
          <w:rFonts w:ascii="Garamond" w:hAnsi="Garamond"/>
        </w:rPr>
        <w:t>s the uncomfortable truth: Heaven is real</w:t>
      </w:r>
      <w:r w:rsidR="00047264">
        <w:rPr>
          <w:rFonts w:ascii="Garamond" w:hAnsi="Garamond"/>
        </w:rPr>
        <w:t>,</w:t>
      </w:r>
      <w:r w:rsidRPr="00771DC2">
        <w:rPr>
          <w:rFonts w:ascii="Garamond" w:hAnsi="Garamond"/>
        </w:rPr>
        <w:t xml:space="preserve"> Hell is real</w:t>
      </w:r>
      <w:r w:rsidR="00047264">
        <w:rPr>
          <w:rFonts w:ascii="Garamond" w:hAnsi="Garamond"/>
        </w:rPr>
        <w:t>, and y</w:t>
      </w:r>
      <w:r w:rsidRPr="00771DC2">
        <w:rPr>
          <w:rFonts w:ascii="Garamond" w:hAnsi="Garamond"/>
        </w:rPr>
        <w:t>our soul is eternal. God</w:t>
      </w:r>
      <w:r w:rsidR="00047264">
        <w:rPr>
          <w:rFonts w:ascii="Garamond" w:hAnsi="Garamond"/>
        </w:rPr>
        <w:t>’</w:t>
      </w:r>
      <w:r w:rsidRPr="00771DC2">
        <w:rPr>
          <w:rFonts w:ascii="Garamond" w:hAnsi="Garamond"/>
        </w:rPr>
        <w:t xml:space="preserve">s kingdom is advancing. People are dying without Jesus. So why the </w:t>
      </w:r>
      <w:r w:rsidRPr="00047264">
        <w:rPr>
          <w:rFonts w:ascii="Garamond" w:hAnsi="Garamond"/>
          <w:color w:val="FF0000"/>
        </w:rPr>
        <w:t>fuck</w:t>
      </w:r>
      <w:r w:rsidRPr="00771DC2">
        <w:rPr>
          <w:rFonts w:ascii="Garamond" w:hAnsi="Garamond"/>
        </w:rPr>
        <w:t xml:space="preserve"> are you wasting your life giving a damn about things that will die with this world?</w:t>
      </w:r>
    </w:p>
    <w:p w14:paraId="6F8E1AA9" w14:textId="587D704F" w:rsidR="00F32FA7" w:rsidRPr="00771DC2" w:rsidRDefault="00000000" w:rsidP="00E82982">
      <w:pPr>
        <w:spacing w:after="0" w:line="336" w:lineRule="auto"/>
        <w:ind w:firstLine="284"/>
        <w:jc w:val="both"/>
        <w:rPr>
          <w:rFonts w:ascii="Garamond" w:hAnsi="Garamond"/>
        </w:rPr>
      </w:pPr>
      <w:r w:rsidRPr="00771DC2">
        <w:rPr>
          <w:rFonts w:ascii="Garamond" w:hAnsi="Garamond"/>
        </w:rPr>
        <w:t>The truth is, we</w:t>
      </w:r>
      <w:r w:rsidR="00047264">
        <w:rPr>
          <w:rFonts w:ascii="Garamond" w:hAnsi="Garamond"/>
        </w:rPr>
        <w:t>’</w:t>
      </w:r>
      <w:r w:rsidRPr="00771DC2">
        <w:rPr>
          <w:rFonts w:ascii="Garamond" w:hAnsi="Garamond"/>
        </w:rPr>
        <w:t>ve been discipled by a culture that tells us everything matters equally. Social media has trained us to care about strangers</w:t>
      </w:r>
      <w:r w:rsidR="00F07DF1">
        <w:rPr>
          <w:rFonts w:ascii="Garamond" w:hAnsi="Garamond"/>
        </w:rPr>
        <w:t>’</w:t>
      </w:r>
      <w:r w:rsidRPr="00771DC2">
        <w:rPr>
          <w:rFonts w:ascii="Garamond" w:hAnsi="Garamond"/>
        </w:rPr>
        <w:t xml:space="preserve"> opinions. Consumer culture has convinced us </w:t>
      </w:r>
      <w:r w:rsidR="00F07DF1">
        <w:rPr>
          <w:rFonts w:ascii="Garamond" w:hAnsi="Garamond"/>
        </w:rPr>
        <w:t xml:space="preserve">that </w:t>
      </w:r>
      <w:r w:rsidRPr="00771DC2">
        <w:rPr>
          <w:rFonts w:ascii="Garamond" w:hAnsi="Garamond"/>
        </w:rPr>
        <w:t>our worth comes from our productivity. Even the church sometimes preaches a Christianity that</w:t>
      </w:r>
      <w:r w:rsidR="00AA4CB7">
        <w:rPr>
          <w:rFonts w:ascii="Garamond" w:hAnsi="Garamond"/>
        </w:rPr>
        <w:t>’</w:t>
      </w:r>
      <w:r w:rsidRPr="00771DC2">
        <w:rPr>
          <w:rFonts w:ascii="Garamond" w:hAnsi="Garamond"/>
        </w:rPr>
        <w:t>s more about people-pleasing than God-pleasing.</w:t>
      </w:r>
    </w:p>
    <w:p w14:paraId="39A1B470"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rPr>
        <w:t>But Jesus lived differently.</w:t>
      </w:r>
    </w:p>
    <w:p w14:paraId="0B940E06"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rPr>
        <w:t>This book is structured in three parts:</w:t>
      </w:r>
    </w:p>
    <w:p w14:paraId="49EAADC8"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b/>
        </w:rPr>
        <w:t>Part One: Killing the False Self</w:t>
      </w:r>
      <w:r w:rsidRPr="00771DC2">
        <w:rPr>
          <w:rFonts w:ascii="Garamond" w:hAnsi="Garamond"/>
        </w:rPr>
        <w:t xml:space="preserve"> (Chapters 1-4)</w:t>
      </w:r>
    </w:p>
    <w:p w14:paraId="4B19B4F0"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rPr>
        <w:t>What you need to stop giving a damn about.</w:t>
      </w:r>
    </w:p>
    <w:p w14:paraId="343F2884" w14:textId="286952E4" w:rsidR="00F32FA7" w:rsidRPr="00771DC2" w:rsidRDefault="00000000" w:rsidP="00E82982">
      <w:pPr>
        <w:spacing w:after="0" w:line="336" w:lineRule="auto"/>
        <w:ind w:firstLine="284"/>
        <w:jc w:val="both"/>
        <w:rPr>
          <w:rFonts w:ascii="Garamond" w:hAnsi="Garamond"/>
        </w:rPr>
      </w:pPr>
      <w:r w:rsidRPr="00771DC2">
        <w:rPr>
          <w:rFonts w:ascii="Garamond" w:hAnsi="Garamond"/>
          <w:b/>
        </w:rPr>
        <w:t>Part Two: Carrying What</w:t>
      </w:r>
      <w:r w:rsidR="00F07DF1">
        <w:rPr>
          <w:rFonts w:ascii="Garamond" w:hAnsi="Garamond"/>
          <w:b/>
        </w:rPr>
        <w:t>’</w:t>
      </w:r>
      <w:r w:rsidRPr="00771DC2">
        <w:rPr>
          <w:rFonts w:ascii="Garamond" w:hAnsi="Garamond"/>
          <w:b/>
        </w:rPr>
        <w:t>s Yours</w:t>
      </w:r>
      <w:r w:rsidRPr="00771DC2">
        <w:rPr>
          <w:rFonts w:ascii="Garamond" w:hAnsi="Garamond"/>
        </w:rPr>
        <w:t xml:space="preserve"> (Chapters 5-8)</w:t>
      </w:r>
    </w:p>
    <w:p w14:paraId="760214CF"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rPr>
        <w:t>What you SHOULD give a damn about.</w:t>
      </w:r>
    </w:p>
    <w:p w14:paraId="48E546A1"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b/>
        </w:rPr>
        <w:t>Part Three: Living for What Lasts</w:t>
      </w:r>
      <w:r w:rsidRPr="00771DC2">
        <w:rPr>
          <w:rFonts w:ascii="Garamond" w:hAnsi="Garamond"/>
        </w:rPr>
        <w:t xml:space="preserve"> (Chapters 9-13)</w:t>
      </w:r>
    </w:p>
    <w:p w14:paraId="1ED36B07" w14:textId="77777777" w:rsidR="00F32FA7" w:rsidRPr="00771DC2" w:rsidRDefault="00000000" w:rsidP="00E82982">
      <w:pPr>
        <w:spacing w:after="0" w:line="336" w:lineRule="auto"/>
        <w:ind w:firstLine="284"/>
        <w:jc w:val="both"/>
        <w:rPr>
          <w:rFonts w:ascii="Garamond" w:hAnsi="Garamond"/>
        </w:rPr>
      </w:pPr>
      <w:r w:rsidRPr="00771DC2">
        <w:rPr>
          <w:rFonts w:ascii="Garamond" w:hAnsi="Garamond"/>
        </w:rPr>
        <w:t>How to actually live this out.</w:t>
      </w:r>
    </w:p>
    <w:p w14:paraId="2FBDAB88" w14:textId="61D0DD43" w:rsidR="00F32FA7" w:rsidRPr="00771DC2" w:rsidRDefault="00000000" w:rsidP="00E82982">
      <w:pPr>
        <w:spacing w:after="0" w:line="336" w:lineRule="auto"/>
        <w:ind w:firstLine="284"/>
        <w:jc w:val="both"/>
        <w:rPr>
          <w:rFonts w:ascii="Garamond" w:hAnsi="Garamond"/>
        </w:rPr>
      </w:pPr>
      <w:r w:rsidRPr="00771DC2">
        <w:rPr>
          <w:rFonts w:ascii="Garamond" w:hAnsi="Garamond"/>
        </w:rPr>
        <w:lastRenderedPageBreak/>
        <w:t>Each chapter ends with a practical challenge</w:t>
      </w:r>
      <w:r w:rsidR="00270842">
        <w:rPr>
          <w:rFonts w:ascii="Garamond" w:hAnsi="Garamond"/>
        </w:rPr>
        <w:t>; d</w:t>
      </w:r>
      <w:r w:rsidRPr="00771DC2">
        <w:rPr>
          <w:rFonts w:ascii="Garamond" w:hAnsi="Garamond"/>
        </w:rPr>
        <w:t>on</w:t>
      </w:r>
      <w:r w:rsidR="00F07DF1">
        <w:rPr>
          <w:rFonts w:ascii="Garamond" w:hAnsi="Garamond"/>
        </w:rPr>
        <w:t>’</w:t>
      </w:r>
      <w:r w:rsidRPr="00771DC2">
        <w:rPr>
          <w:rFonts w:ascii="Garamond" w:hAnsi="Garamond"/>
        </w:rPr>
        <w:t>t skip them. The discomfort is the point.</w:t>
      </w:r>
    </w:p>
    <w:p w14:paraId="7DC72C89" w14:textId="4313E496" w:rsidR="00F32FA7" w:rsidRDefault="00000000" w:rsidP="00E82982">
      <w:pPr>
        <w:spacing w:after="0" w:line="336" w:lineRule="auto"/>
        <w:ind w:firstLine="284"/>
        <w:jc w:val="both"/>
        <w:rPr>
          <w:rFonts w:ascii="Garamond" w:hAnsi="Garamond"/>
        </w:rPr>
      </w:pPr>
      <w:r w:rsidRPr="00771DC2">
        <w:rPr>
          <w:rFonts w:ascii="Garamond" w:hAnsi="Garamond"/>
        </w:rPr>
        <w:t>Let</w:t>
      </w:r>
      <w:r w:rsidR="00F07DF1">
        <w:rPr>
          <w:rFonts w:ascii="Garamond" w:hAnsi="Garamond"/>
        </w:rPr>
        <w:t>’</w:t>
      </w:r>
      <w:r w:rsidRPr="00771DC2">
        <w:rPr>
          <w:rFonts w:ascii="Garamond" w:hAnsi="Garamond"/>
        </w:rPr>
        <w:t>s unlearn the lies</w:t>
      </w:r>
      <w:r w:rsidR="00F07DF1">
        <w:rPr>
          <w:rFonts w:ascii="Garamond" w:hAnsi="Garamond"/>
        </w:rPr>
        <w:t>,</w:t>
      </w:r>
      <w:r w:rsidRPr="00771DC2">
        <w:rPr>
          <w:rFonts w:ascii="Garamond" w:hAnsi="Garamond"/>
        </w:rPr>
        <w:t xml:space="preserve"> </w:t>
      </w:r>
      <w:r w:rsidR="00F07DF1">
        <w:rPr>
          <w:rFonts w:ascii="Garamond" w:hAnsi="Garamond"/>
        </w:rPr>
        <w:t>l</w:t>
      </w:r>
      <w:r w:rsidRPr="00771DC2">
        <w:rPr>
          <w:rFonts w:ascii="Garamond" w:hAnsi="Garamond"/>
        </w:rPr>
        <w:t>et</w:t>
      </w:r>
      <w:r w:rsidR="00F07DF1">
        <w:rPr>
          <w:rFonts w:ascii="Garamond" w:hAnsi="Garamond"/>
        </w:rPr>
        <w:t>’</w:t>
      </w:r>
      <w:r w:rsidRPr="00771DC2">
        <w:rPr>
          <w:rFonts w:ascii="Garamond" w:hAnsi="Garamond"/>
        </w:rPr>
        <w:t>s let go of what doesn</w:t>
      </w:r>
      <w:r w:rsidR="00F07DF1">
        <w:rPr>
          <w:rFonts w:ascii="Garamond" w:hAnsi="Garamond"/>
        </w:rPr>
        <w:t>’</w:t>
      </w:r>
      <w:r w:rsidRPr="00771DC2">
        <w:rPr>
          <w:rFonts w:ascii="Garamond" w:hAnsi="Garamond"/>
        </w:rPr>
        <w:t>t matter. And let</w:t>
      </w:r>
      <w:r w:rsidR="00F07DF1">
        <w:rPr>
          <w:rFonts w:ascii="Garamond" w:hAnsi="Garamond"/>
        </w:rPr>
        <w:t>’</w:t>
      </w:r>
      <w:r w:rsidRPr="00771DC2">
        <w:rPr>
          <w:rFonts w:ascii="Garamond" w:hAnsi="Garamond"/>
        </w:rPr>
        <w:t>s learn the sacred art of not giving a damn</w:t>
      </w:r>
      <w:r w:rsidR="00F07DF1">
        <w:rPr>
          <w:rFonts w:ascii="Garamond" w:hAnsi="Garamond"/>
        </w:rPr>
        <w:t xml:space="preserve">, </w:t>
      </w:r>
      <w:r w:rsidRPr="00771DC2">
        <w:rPr>
          <w:rFonts w:ascii="Garamond" w:hAnsi="Garamond"/>
        </w:rPr>
        <w:t>unless God does.</w:t>
      </w:r>
    </w:p>
    <w:p w14:paraId="6D352FAC" w14:textId="2C72C9E1" w:rsidR="00AA4CB7" w:rsidRDefault="00AA4CB7" w:rsidP="00E82982">
      <w:pPr>
        <w:spacing w:after="0" w:line="336" w:lineRule="auto"/>
        <w:ind w:firstLine="284"/>
        <w:jc w:val="both"/>
        <w:rPr>
          <w:rFonts w:ascii="Garamond" w:hAnsi="Garamond"/>
        </w:rPr>
      </w:pPr>
    </w:p>
    <w:p w14:paraId="4AB781E6" w14:textId="7CFF2121" w:rsidR="00AA4CB7" w:rsidRDefault="00AA4CB7" w:rsidP="00E82982">
      <w:pPr>
        <w:spacing w:after="0" w:line="336" w:lineRule="auto"/>
        <w:ind w:firstLine="284"/>
        <w:jc w:val="both"/>
        <w:rPr>
          <w:rFonts w:ascii="Garamond" w:hAnsi="Garamond"/>
        </w:rPr>
      </w:pPr>
    </w:p>
    <w:p w14:paraId="62A6E141" w14:textId="371C549A" w:rsidR="00AA4CB7" w:rsidRDefault="00AA4CB7" w:rsidP="00E82982">
      <w:pPr>
        <w:spacing w:after="0" w:line="336" w:lineRule="auto"/>
        <w:ind w:firstLine="284"/>
        <w:jc w:val="both"/>
        <w:rPr>
          <w:rFonts w:ascii="Garamond" w:hAnsi="Garamond"/>
        </w:rPr>
      </w:pPr>
    </w:p>
    <w:p w14:paraId="54E6778E" w14:textId="288553BC" w:rsidR="00AA4CB7" w:rsidRDefault="00AA4CB7" w:rsidP="00E82982">
      <w:pPr>
        <w:spacing w:after="0" w:line="336" w:lineRule="auto"/>
        <w:ind w:firstLine="284"/>
        <w:jc w:val="both"/>
        <w:rPr>
          <w:rFonts w:ascii="Garamond" w:hAnsi="Garamond"/>
        </w:rPr>
      </w:pPr>
    </w:p>
    <w:p w14:paraId="1DEA2246" w14:textId="3A319C24" w:rsidR="00AA4CB7" w:rsidRDefault="00AA4CB7" w:rsidP="00E82982">
      <w:pPr>
        <w:spacing w:after="0" w:line="336" w:lineRule="auto"/>
        <w:ind w:firstLine="284"/>
        <w:jc w:val="both"/>
        <w:rPr>
          <w:rFonts w:ascii="Garamond" w:hAnsi="Garamond"/>
        </w:rPr>
      </w:pPr>
    </w:p>
    <w:p w14:paraId="1C3FDA36" w14:textId="58A307E2" w:rsidR="00AA4CB7" w:rsidRDefault="00AA4CB7" w:rsidP="00E82982">
      <w:pPr>
        <w:spacing w:after="0" w:line="336" w:lineRule="auto"/>
        <w:ind w:firstLine="284"/>
        <w:jc w:val="both"/>
        <w:rPr>
          <w:rFonts w:ascii="Garamond" w:hAnsi="Garamond"/>
        </w:rPr>
      </w:pPr>
    </w:p>
    <w:p w14:paraId="017240C6" w14:textId="172B8CFA" w:rsidR="00AA4CB7" w:rsidRDefault="00AA4CB7" w:rsidP="00E82982">
      <w:pPr>
        <w:spacing w:after="0" w:line="336" w:lineRule="auto"/>
        <w:ind w:firstLine="284"/>
        <w:jc w:val="both"/>
        <w:rPr>
          <w:rFonts w:ascii="Garamond" w:hAnsi="Garamond"/>
        </w:rPr>
      </w:pPr>
    </w:p>
    <w:p w14:paraId="7CCC0A44" w14:textId="3AB2C7EE" w:rsidR="00AA4CB7" w:rsidRDefault="00AA4CB7" w:rsidP="00E82982">
      <w:pPr>
        <w:spacing w:after="0" w:line="336" w:lineRule="auto"/>
        <w:ind w:firstLine="284"/>
        <w:jc w:val="both"/>
        <w:rPr>
          <w:rFonts w:ascii="Garamond" w:hAnsi="Garamond"/>
        </w:rPr>
      </w:pPr>
    </w:p>
    <w:p w14:paraId="77ACC302" w14:textId="39C223DB" w:rsidR="00AA4CB7" w:rsidRDefault="00AA4CB7" w:rsidP="00E82982">
      <w:pPr>
        <w:spacing w:after="0" w:line="336" w:lineRule="auto"/>
        <w:ind w:firstLine="284"/>
        <w:jc w:val="both"/>
        <w:rPr>
          <w:rFonts w:ascii="Garamond" w:hAnsi="Garamond"/>
        </w:rPr>
      </w:pPr>
    </w:p>
    <w:p w14:paraId="67E65369" w14:textId="0A1ACE98" w:rsidR="00AA4CB7" w:rsidRDefault="00AA4CB7" w:rsidP="00E82982">
      <w:pPr>
        <w:spacing w:after="0" w:line="336" w:lineRule="auto"/>
        <w:ind w:firstLine="284"/>
        <w:jc w:val="both"/>
        <w:rPr>
          <w:rFonts w:ascii="Garamond" w:hAnsi="Garamond"/>
        </w:rPr>
      </w:pPr>
    </w:p>
    <w:p w14:paraId="417462D4" w14:textId="29002F0A" w:rsidR="00AA4CB7" w:rsidRDefault="00AA4CB7" w:rsidP="00E82982">
      <w:pPr>
        <w:spacing w:after="0" w:line="336" w:lineRule="auto"/>
        <w:ind w:firstLine="284"/>
        <w:jc w:val="both"/>
        <w:rPr>
          <w:rFonts w:ascii="Garamond" w:hAnsi="Garamond"/>
        </w:rPr>
      </w:pPr>
    </w:p>
    <w:p w14:paraId="07196C2D" w14:textId="7557B025" w:rsidR="00AA4CB7" w:rsidRDefault="00AA4CB7" w:rsidP="00E82982">
      <w:pPr>
        <w:spacing w:after="0" w:line="336" w:lineRule="auto"/>
        <w:ind w:firstLine="284"/>
        <w:jc w:val="both"/>
        <w:rPr>
          <w:rFonts w:ascii="Garamond" w:hAnsi="Garamond"/>
        </w:rPr>
      </w:pPr>
    </w:p>
    <w:p w14:paraId="400D6551" w14:textId="5CF4A13A" w:rsidR="00AA4CB7" w:rsidRDefault="00AA4CB7" w:rsidP="00E82982">
      <w:pPr>
        <w:spacing w:after="0" w:line="336" w:lineRule="auto"/>
        <w:ind w:firstLine="284"/>
        <w:jc w:val="both"/>
        <w:rPr>
          <w:rFonts w:ascii="Garamond" w:hAnsi="Garamond"/>
        </w:rPr>
      </w:pPr>
    </w:p>
    <w:p w14:paraId="2FDA0EE1" w14:textId="5B799B4A" w:rsidR="00AA4CB7" w:rsidRDefault="00AA4CB7" w:rsidP="00E82982">
      <w:pPr>
        <w:spacing w:after="0" w:line="336" w:lineRule="auto"/>
        <w:ind w:firstLine="284"/>
        <w:jc w:val="both"/>
        <w:rPr>
          <w:rFonts w:ascii="Garamond" w:hAnsi="Garamond"/>
        </w:rPr>
      </w:pPr>
    </w:p>
    <w:p w14:paraId="63473FA5" w14:textId="4E0D9377" w:rsidR="00AA4CB7" w:rsidRDefault="00AA4CB7" w:rsidP="00E82982">
      <w:pPr>
        <w:spacing w:after="0" w:line="336" w:lineRule="auto"/>
        <w:ind w:firstLine="284"/>
        <w:jc w:val="both"/>
        <w:rPr>
          <w:rFonts w:ascii="Garamond" w:hAnsi="Garamond"/>
        </w:rPr>
      </w:pPr>
    </w:p>
    <w:p w14:paraId="79DF0DAD" w14:textId="7D1C90B1" w:rsidR="00F05142" w:rsidRDefault="00F05142" w:rsidP="00E82982">
      <w:pPr>
        <w:spacing w:after="0" w:line="336" w:lineRule="auto"/>
        <w:ind w:firstLine="284"/>
        <w:jc w:val="both"/>
        <w:rPr>
          <w:rFonts w:ascii="Garamond" w:hAnsi="Garamond"/>
        </w:rPr>
      </w:pPr>
    </w:p>
    <w:p w14:paraId="4BE7D767" w14:textId="77777777" w:rsidR="00F05142" w:rsidRPr="00771DC2" w:rsidRDefault="00F05142" w:rsidP="00E82982">
      <w:pPr>
        <w:spacing w:after="0" w:line="336" w:lineRule="auto"/>
        <w:ind w:firstLine="284"/>
        <w:jc w:val="both"/>
        <w:rPr>
          <w:rFonts w:ascii="Garamond" w:hAnsi="Garamond"/>
        </w:rPr>
      </w:pPr>
    </w:p>
    <w:p w14:paraId="132AA37B" w14:textId="060056B4" w:rsidR="00F32FA7" w:rsidRPr="00771DC2" w:rsidRDefault="00000000" w:rsidP="00E82982">
      <w:pPr>
        <w:pStyle w:val="ChapterTitle"/>
        <w:spacing w:line="336" w:lineRule="auto"/>
        <w:ind w:firstLine="284"/>
        <w:jc w:val="center"/>
        <w:rPr>
          <w:rFonts w:ascii="Garamond" w:hAnsi="Garamond"/>
          <w:sz w:val="22"/>
        </w:rPr>
      </w:pPr>
      <w:r w:rsidRPr="00771DC2">
        <w:rPr>
          <w:rFonts w:ascii="Garamond" w:hAnsi="Garamond"/>
          <w:sz w:val="22"/>
        </w:rPr>
        <w:lastRenderedPageBreak/>
        <w:t>PART ONE: KILLING THE FALSE SELF</w:t>
      </w:r>
    </w:p>
    <w:p w14:paraId="1C91C03D" w14:textId="7D21EC5C" w:rsidR="00AA4CB7" w:rsidRDefault="00000000" w:rsidP="00E82982">
      <w:pPr>
        <w:pStyle w:val="ChapterTitle"/>
        <w:spacing w:line="336" w:lineRule="auto"/>
        <w:ind w:firstLine="284"/>
        <w:jc w:val="center"/>
        <w:rPr>
          <w:rFonts w:ascii="Garamond" w:hAnsi="Garamond"/>
          <w:sz w:val="22"/>
        </w:rPr>
      </w:pPr>
      <w:r w:rsidRPr="00771DC2">
        <w:rPr>
          <w:rFonts w:ascii="Garamond" w:hAnsi="Garamond"/>
          <w:sz w:val="22"/>
        </w:rPr>
        <w:t>CHAPTER 1</w:t>
      </w:r>
    </w:p>
    <w:p w14:paraId="65CE5DE1" w14:textId="3F618E02" w:rsidR="00F32FA7" w:rsidRPr="00771DC2" w:rsidRDefault="00000000" w:rsidP="00E82982">
      <w:pPr>
        <w:pStyle w:val="ChapterTitle"/>
        <w:spacing w:line="336" w:lineRule="auto"/>
        <w:ind w:firstLine="284"/>
        <w:jc w:val="center"/>
        <w:rPr>
          <w:rFonts w:ascii="Garamond" w:hAnsi="Garamond"/>
          <w:sz w:val="22"/>
        </w:rPr>
      </w:pPr>
      <w:r w:rsidRPr="00771DC2">
        <w:rPr>
          <w:rFonts w:ascii="Garamond" w:hAnsi="Garamond"/>
          <w:sz w:val="22"/>
        </w:rPr>
        <w:t>The Sacred Art of Not Giving a Damn</w:t>
      </w:r>
    </w:p>
    <w:p w14:paraId="38F4636B" w14:textId="3872251E" w:rsidR="00F32FA7" w:rsidRPr="00883BE1" w:rsidRDefault="00883BE1" w:rsidP="00E82982">
      <w:pPr>
        <w:spacing w:after="0" w:line="336" w:lineRule="auto"/>
        <w:ind w:firstLine="284"/>
        <w:jc w:val="center"/>
        <w:rPr>
          <w:rFonts w:ascii="Garamond" w:hAnsi="Garamond"/>
          <w:i/>
          <w:iCs/>
        </w:rPr>
      </w:pPr>
      <w:r w:rsidRPr="00883BE1">
        <w:rPr>
          <w:rFonts w:ascii="Garamond" w:hAnsi="Garamond"/>
          <w:i/>
          <w:iCs/>
        </w:rPr>
        <w:t>“If you try to please everyone, you’ll end up pleasing no one, especially not God.”</w:t>
      </w:r>
    </w:p>
    <w:p w14:paraId="1296E22E" w14:textId="631ECDBE" w:rsidR="00F32FA7" w:rsidRPr="00771DC2" w:rsidRDefault="00883BE1" w:rsidP="00E82982">
      <w:pPr>
        <w:spacing w:after="0" w:line="336" w:lineRule="auto"/>
        <w:ind w:firstLine="284"/>
        <w:jc w:val="both"/>
        <w:rPr>
          <w:rFonts w:ascii="Garamond" w:hAnsi="Garamond"/>
        </w:rPr>
      </w:pPr>
      <w:r>
        <w:rPr>
          <w:rFonts w:ascii="Garamond" w:hAnsi="Garamond"/>
        </w:rPr>
        <w:tab/>
      </w:r>
      <w:r w:rsidRPr="00771DC2">
        <w:rPr>
          <w:rFonts w:ascii="Garamond" w:hAnsi="Garamond"/>
        </w:rPr>
        <w:t>Let me tell you about Sarah. Sarah is a good Christian woman. She teaches Sunday school, leads a small group, and hasn</w:t>
      </w:r>
      <w:r>
        <w:rPr>
          <w:rFonts w:ascii="Garamond" w:hAnsi="Garamond"/>
        </w:rPr>
        <w:t>’</w:t>
      </w:r>
      <w:r w:rsidRPr="00771DC2">
        <w:rPr>
          <w:rFonts w:ascii="Garamond" w:hAnsi="Garamond"/>
        </w:rPr>
        <w:t>t missed church in three years. She</w:t>
      </w:r>
      <w:r>
        <w:rPr>
          <w:rFonts w:ascii="Garamond" w:hAnsi="Garamond"/>
        </w:rPr>
        <w:t>’</w:t>
      </w:r>
      <w:r w:rsidRPr="00771DC2">
        <w:rPr>
          <w:rFonts w:ascii="Garamond" w:hAnsi="Garamond"/>
        </w:rPr>
        <w:t>s also having a mental breakdown in a parking lot because someone left a passive-aggressive comment on her Facebook post.</w:t>
      </w:r>
    </w:p>
    <w:p w14:paraId="416FBE2D" w14:textId="2431BE9B" w:rsidR="00F32FA7" w:rsidRPr="00771DC2" w:rsidRDefault="00000000" w:rsidP="00E82982">
      <w:pPr>
        <w:spacing w:after="0" w:line="336" w:lineRule="auto"/>
        <w:ind w:firstLine="284"/>
        <w:jc w:val="both"/>
        <w:rPr>
          <w:rFonts w:ascii="Garamond" w:hAnsi="Garamond"/>
        </w:rPr>
      </w:pPr>
      <w:r w:rsidRPr="00771DC2">
        <w:rPr>
          <w:rFonts w:ascii="Garamond" w:hAnsi="Garamond"/>
        </w:rPr>
        <w:t>A stranger</w:t>
      </w:r>
      <w:r w:rsidR="00883BE1">
        <w:rPr>
          <w:rFonts w:ascii="Garamond" w:hAnsi="Garamond"/>
        </w:rPr>
        <w:t xml:space="preserve">, </w:t>
      </w:r>
      <w:r w:rsidRPr="00771DC2">
        <w:rPr>
          <w:rFonts w:ascii="Garamond" w:hAnsi="Garamond"/>
        </w:rPr>
        <w:t>someone she</w:t>
      </w:r>
      <w:r w:rsidR="00883BE1">
        <w:rPr>
          <w:rFonts w:ascii="Garamond" w:hAnsi="Garamond"/>
        </w:rPr>
        <w:t>’</w:t>
      </w:r>
      <w:r w:rsidRPr="00771DC2">
        <w:rPr>
          <w:rFonts w:ascii="Garamond" w:hAnsi="Garamond"/>
        </w:rPr>
        <w:t>s never met</w:t>
      </w:r>
      <w:r w:rsidR="00883BE1">
        <w:rPr>
          <w:rFonts w:ascii="Garamond" w:hAnsi="Garamond"/>
        </w:rPr>
        <w:t xml:space="preserve">, </w:t>
      </w:r>
      <w:r w:rsidRPr="00771DC2">
        <w:rPr>
          <w:rFonts w:ascii="Garamond" w:hAnsi="Garamond"/>
        </w:rPr>
        <w:t>suggested that maybe Christians shouldn</w:t>
      </w:r>
      <w:r w:rsidR="00883BE1">
        <w:rPr>
          <w:rFonts w:ascii="Garamond" w:hAnsi="Garamond"/>
        </w:rPr>
        <w:t>’</w:t>
      </w:r>
      <w:r w:rsidRPr="00771DC2">
        <w:rPr>
          <w:rFonts w:ascii="Garamond" w:hAnsi="Garamond"/>
        </w:rPr>
        <w:t>t spend money on expensive coffee when people are starving. Now Sarah is spiraling. She</w:t>
      </w:r>
      <w:r w:rsidR="00883BE1">
        <w:rPr>
          <w:rFonts w:ascii="Garamond" w:hAnsi="Garamond"/>
        </w:rPr>
        <w:t>’</w:t>
      </w:r>
      <w:r w:rsidRPr="00771DC2">
        <w:rPr>
          <w:rFonts w:ascii="Garamond" w:hAnsi="Garamond"/>
        </w:rPr>
        <w:t xml:space="preserve">s deleting the post, questioning her faith, </w:t>
      </w:r>
      <w:r w:rsidR="00B879F3">
        <w:rPr>
          <w:rFonts w:ascii="Garamond" w:hAnsi="Garamond"/>
        </w:rPr>
        <w:t xml:space="preserve">and </w:t>
      </w:r>
      <w:r w:rsidRPr="00771DC2">
        <w:rPr>
          <w:rFonts w:ascii="Garamond" w:hAnsi="Garamond"/>
        </w:rPr>
        <w:t>wondering if she</w:t>
      </w:r>
      <w:r w:rsidR="00883BE1">
        <w:rPr>
          <w:rFonts w:ascii="Garamond" w:hAnsi="Garamond"/>
        </w:rPr>
        <w:t>’</w:t>
      </w:r>
      <w:r w:rsidRPr="00771DC2">
        <w:rPr>
          <w:rFonts w:ascii="Garamond" w:hAnsi="Garamond"/>
        </w:rPr>
        <w:t>s a terrible person for enjoying a</w:t>
      </w:r>
      <w:r w:rsidRPr="00814E29">
        <w:rPr>
          <w:rFonts w:ascii="Garamond" w:hAnsi="Garamond"/>
          <w:color w:val="FF0000"/>
        </w:rPr>
        <w:t xml:space="preserve"> </w:t>
      </w:r>
      <w:r w:rsidR="00814E29" w:rsidRPr="00D23A18">
        <w:rPr>
          <w:rFonts w:ascii="Garamond" w:hAnsi="Garamond"/>
        </w:rPr>
        <w:t>freaking</w:t>
      </w:r>
      <w:r w:rsidRPr="00814E29">
        <w:rPr>
          <w:rFonts w:ascii="Garamond" w:hAnsi="Garamond"/>
          <w:color w:val="FF0000"/>
        </w:rPr>
        <w:t xml:space="preserve"> </w:t>
      </w:r>
      <w:r w:rsidRPr="00771DC2">
        <w:rPr>
          <w:rFonts w:ascii="Garamond" w:hAnsi="Garamond"/>
        </w:rPr>
        <w:t>latte.</w:t>
      </w:r>
    </w:p>
    <w:p w14:paraId="606D3F26" w14:textId="77777777" w:rsidR="00B879F3" w:rsidRDefault="00B879F3" w:rsidP="00E82982">
      <w:pPr>
        <w:spacing w:after="0" w:line="336" w:lineRule="auto"/>
        <w:ind w:firstLine="284"/>
        <w:jc w:val="both"/>
        <w:rPr>
          <w:rFonts w:ascii="Garamond" w:hAnsi="Garamond"/>
        </w:rPr>
      </w:pPr>
      <w:r>
        <w:rPr>
          <w:rFonts w:ascii="Garamond" w:hAnsi="Garamond"/>
        </w:rPr>
        <w:tab/>
      </w:r>
      <w:r w:rsidRPr="00771DC2">
        <w:rPr>
          <w:rFonts w:ascii="Garamond" w:hAnsi="Garamond"/>
        </w:rPr>
        <w:t>This is what happens when we care about everyone</w:t>
      </w:r>
      <w:r w:rsidR="00883BE1">
        <w:rPr>
          <w:rFonts w:ascii="Garamond" w:hAnsi="Garamond"/>
        </w:rPr>
        <w:t>’</w:t>
      </w:r>
      <w:r w:rsidRPr="00771DC2">
        <w:rPr>
          <w:rFonts w:ascii="Garamond" w:hAnsi="Garamond"/>
        </w:rPr>
        <w:t>s opinion.</w:t>
      </w:r>
      <w:r w:rsidR="00883BE1">
        <w:rPr>
          <w:rFonts w:ascii="Garamond" w:hAnsi="Garamond"/>
        </w:rPr>
        <w:t xml:space="preserve"> </w:t>
      </w:r>
      <w:r w:rsidRPr="00771DC2">
        <w:rPr>
          <w:rFonts w:ascii="Garamond" w:hAnsi="Garamond"/>
        </w:rPr>
        <w:t>Sarah isn</w:t>
      </w:r>
      <w:r w:rsidR="00883BE1">
        <w:rPr>
          <w:rFonts w:ascii="Garamond" w:hAnsi="Garamond"/>
        </w:rPr>
        <w:t>’</w:t>
      </w:r>
      <w:r w:rsidRPr="00771DC2">
        <w:rPr>
          <w:rFonts w:ascii="Garamond" w:hAnsi="Garamond"/>
        </w:rPr>
        <w:t>t alone</w:t>
      </w:r>
      <w:r>
        <w:rPr>
          <w:rFonts w:ascii="Garamond" w:hAnsi="Garamond"/>
        </w:rPr>
        <w:t>; w</w:t>
      </w:r>
      <w:r w:rsidRPr="00771DC2">
        <w:rPr>
          <w:rFonts w:ascii="Garamond" w:hAnsi="Garamond"/>
        </w:rPr>
        <w:t>e</w:t>
      </w:r>
      <w:r w:rsidR="00883BE1">
        <w:rPr>
          <w:rFonts w:ascii="Garamond" w:hAnsi="Garamond"/>
        </w:rPr>
        <w:t>’</w:t>
      </w:r>
      <w:r w:rsidRPr="00771DC2">
        <w:rPr>
          <w:rFonts w:ascii="Garamond" w:hAnsi="Garamond"/>
        </w:rPr>
        <w:t xml:space="preserve">re all drowning in a sea of voices telling us how to live, what to think, who to be. </w:t>
      </w:r>
    </w:p>
    <w:p w14:paraId="7AE71310" w14:textId="72ABD241" w:rsidR="00F32FA7" w:rsidRPr="00771DC2" w:rsidRDefault="00000000" w:rsidP="00E82982">
      <w:pPr>
        <w:spacing w:after="0" w:line="336" w:lineRule="auto"/>
        <w:ind w:firstLine="284"/>
        <w:jc w:val="both"/>
        <w:rPr>
          <w:rFonts w:ascii="Garamond" w:hAnsi="Garamond"/>
        </w:rPr>
      </w:pPr>
      <w:r w:rsidRPr="00771DC2">
        <w:rPr>
          <w:rFonts w:ascii="Garamond" w:hAnsi="Garamond"/>
        </w:rPr>
        <w:lastRenderedPageBreak/>
        <w:t>The internet</w:t>
      </w:r>
      <w:r w:rsidR="00B879F3">
        <w:rPr>
          <w:rFonts w:ascii="Garamond" w:hAnsi="Garamond"/>
        </w:rPr>
        <w:t xml:space="preserve"> </w:t>
      </w:r>
      <w:r w:rsidRPr="00771DC2">
        <w:rPr>
          <w:rFonts w:ascii="Garamond" w:hAnsi="Garamond"/>
        </w:rPr>
        <w:t xml:space="preserve">has given every person with an opinion a megaphone, and </w:t>
      </w:r>
      <w:r w:rsidR="00B879F3" w:rsidRPr="00771DC2">
        <w:rPr>
          <w:rFonts w:ascii="Garamond" w:hAnsi="Garamond"/>
        </w:rPr>
        <w:t>somehow,</w:t>
      </w:r>
      <w:r w:rsidRPr="00771DC2">
        <w:rPr>
          <w:rFonts w:ascii="Garamond" w:hAnsi="Garamond"/>
        </w:rPr>
        <w:t xml:space="preserve"> we</w:t>
      </w:r>
      <w:r w:rsidR="00883BE1">
        <w:rPr>
          <w:rFonts w:ascii="Garamond" w:hAnsi="Garamond"/>
        </w:rPr>
        <w:t>’</w:t>
      </w:r>
      <w:r w:rsidRPr="00771DC2">
        <w:rPr>
          <w:rFonts w:ascii="Garamond" w:hAnsi="Garamond"/>
        </w:rPr>
        <w:t>ve convinced ourselves we need to listen to all of them.</w:t>
      </w:r>
    </w:p>
    <w:p w14:paraId="0DD3570F" w14:textId="708504D4" w:rsidR="00F32FA7" w:rsidRPr="00771DC2" w:rsidRDefault="00000000" w:rsidP="00E82982">
      <w:pPr>
        <w:spacing w:after="0" w:line="336" w:lineRule="auto"/>
        <w:ind w:firstLine="284"/>
        <w:jc w:val="both"/>
        <w:rPr>
          <w:rFonts w:ascii="Garamond" w:hAnsi="Garamond"/>
        </w:rPr>
      </w:pPr>
      <w:r w:rsidRPr="00771DC2">
        <w:rPr>
          <w:rFonts w:ascii="Garamond" w:hAnsi="Garamond"/>
        </w:rPr>
        <w:t>But here</w:t>
      </w:r>
      <w:r w:rsidR="00883BE1">
        <w:rPr>
          <w:rFonts w:ascii="Garamond" w:hAnsi="Garamond"/>
        </w:rPr>
        <w:t>’</w:t>
      </w:r>
      <w:r w:rsidRPr="00771DC2">
        <w:rPr>
          <w:rFonts w:ascii="Garamond" w:hAnsi="Garamond"/>
        </w:rPr>
        <w:t xml:space="preserve">s the thing: </w:t>
      </w:r>
      <w:r w:rsidRPr="00771DC2">
        <w:rPr>
          <w:rFonts w:ascii="Garamond" w:hAnsi="Garamond"/>
          <w:b/>
        </w:rPr>
        <w:t>Jesus didn</w:t>
      </w:r>
      <w:r w:rsidR="00883BE1">
        <w:rPr>
          <w:rFonts w:ascii="Garamond" w:hAnsi="Garamond"/>
          <w:b/>
        </w:rPr>
        <w:t>’</w:t>
      </w:r>
      <w:r w:rsidRPr="00771DC2">
        <w:rPr>
          <w:rFonts w:ascii="Garamond" w:hAnsi="Garamond"/>
          <w:b/>
        </w:rPr>
        <w:t>t live like this.</w:t>
      </w:r>
    </w:p>
    <w:p w14:paraId="7FBF92DE" w14:textId="7BCDB823" w:rsidR="00F32FA7" w:rsidRPr="00771DC2" w:rsidRDefault="00000000" w:rsidP="00E82982">
      <w:pPr>
        <w:spacing w:after="0" w:line="336" w:lineRule="auto"/>
        <w:ind w:firstLine="284"/>
        <w:jc w:val="both"/>
        <w:rPr>
          <w:rFonts w:ascii="Garamond" w:hAnsi="Garamond"/>
        </w:rPr>
      </w:pPr>
      <w:r w:rsidRPr="00771DC2">
        <w:rPr>
          <w:rFonts w:ascii="Garamond" w:hAnsi="Garamond"/>
        </w:rPr>
        <w:t>Jesus didn</w:t>
      </w:r>
      <w:r w:rsidR="00B879F3">
        <w:rPr>
          <w:rFonts w:ascii="Garamond" w:hAnsi="Garamond"/>
        </w:rPr>
        <w:t>’</w:t>
      </w:r>
      <w:r w:rsidRPr="00771DC2">
        <w:rPr>
          <w:rFonts w:ascii="Garamond" w:hAnsi="Garamond"/>
        </w:rPr>
        <w:t>t check the comments before healing on the Sabbath. He didn</w:t>
      </w:r>
      <w:r w:rsidR="00B879F3">
        <w:rPr>
          <w:rFonts w:ascii="Garamond" w:hAnsi="Garamond"/>
        </w:rPr>
        <w:t>’</w:t>
      </w:r>
      <w:r w:rsidRPr="00771DC2">
        <w:rPr>
          <w:rFonts w:ascii="Garamond" w:hAnsi="Garamond"/>
        </w:rPr>
        <w:t>t take a poll before calling out religious leaders. He didn</w:t>
      </w:r>
      <w:r w:rsidR="00B879F3">
        <w:rPr>
          <w:rFonts w:ascii="Garamond" w:hAnsi="Garamond"/>
        </w:rPr>
        <w:t>’</w:t>
      </w:r>
      <w:r w:rsidRPr="00771DC2">
        <w:rPr>
          <w:rFonts w:ascii="Garamond" w:hAnsi="Garamond"/>
        </w:rPr>
        <w:t>t worry about His approval rating when He cleansed the temple. Jesus mastered something we</w:t>
      </w:r>
      <w:r w:rsidR="00B879F3">
        <w:rPr>
          <w:rFonts w:ascii="Garamond" w:hAnsi="Garamond"/>
        </w:rPr>
        <w:t>’</w:t>
      </w:r>
      <w:r w:rsidRPr="00771DC2">
        <w:rPr>
          <w:rFonts w:ascii="Garamond" w:hAnsi="Garamond"/>
        </w:rPr>
        <w:t>ve forgotten: the sacred art of not giving a damn about the wrong things.</w:t>
      </w:r>
    </w:p>
    <w:p w14:paraId="7372463B" w14:textId="2559ABF5" w:rsidR="00F32FA7" w:rsidRPr="00B879F3" w:rsidRDefault="00000000" w:rsidP="00E82982">
      <w:pPr>
        <w:pStyle w:val="Heading2"/>
        <w:spacing w:after="0" w:line="336" w:lineRule="auto"/>
        <w:ind w:firstLine="284"/>
        <w:jc w:val="both"/>
        <w:rPr>
          <w:rFonts w:ascii="Garamond" w:hAnsi="Garamond"/>
          <w:sz w:val="24"/>
          <w:szCs w:val="24"/>
        </w:rPr>
      </w:pPr>
      <w:r w:rsidRPr="00B879F3">
        <w:rPr>
          <w:rFonts w:ascii="Garamond" w:hAnsi="Garamond"/>
          <w:sz w:val="24"/>
          <w:szCs w:val="24"/>
        </w:rPr>
        <w:t>The Problem: We</w:t>
      </w:r>
      <w:r w:rsidR="00B879F3" w:rsidRPr="00B879F3">
        <w:rPr>
          <w:rFonts w:ascii="Garamond" w:hAnsi="Garamond"/>
          <w:sz w:val="24"/>
          <w:szCs w:val="24"/>
        </w:rPr>
        <w:t>’</w:t>
      </w:r>
      <w:r w:rsidRPr="00B879F3">
        <w:rPr>
          <w:rFonts w:ascii="Garamond" w:hAnsi="Garamond"/>
          <w:sz w:val="24"/>
          <w:szCs w:val="24"/>
        </w:rPr>
        <w:t>re Addicted to Approval</w:t>
      </w:r>
    </w:p>
    <w:p w14:paraId="6BCFD6AF" w14:textId="43C7CF4F" w:rsidR="00F32FA7" w:rsidRPr="00771DC2" w:rsidRDefault="00000000" w:rsidP="00E82982">
      <w:pPr>
        <w:spacing w:after="0" w:line="336" w:lineRule="auto"/>
        <w:ind w:firstLine="284"/>
        <w:jc w:val="both"/>
        <w:rPr>
          <w:rFonts w:ascii="Garamond" w:hAnsi="Garamond"/>
        </w:rPr>
      </w:pPr>
      <w:r w:rsidRPr="00771DC2">
        <w:rPr>
          <w:rFonts w:ascii="Garamond" w:hAnsi="Garamond"/>
        </w:rPr>
        <w:t xml:space="preserve">We live in the age of the algorithm. Every post, every photo, every thought is measured by likes, shares, </w:t>
      </w:r>
      <w:r w:rsidR="00B879F3">
        <w:rPr>
          <w:rFonts w:ascii="Garamond" w:hAnsi="Garamond"/>
        </w:rPr>
        <w:t xml:space="preserve">and </w:t>
      </w:r>
      <w:r w:rsidRPr="00771DC2">
        <w:rPr>
          <w:rFonts w:ascii="Garamond" w:hAnsi="Garamond"/>
        </w:rPr>
        <w:t>comments. We</w:t>
      </w:r>
      <w:r w:rsidR="00B879F3">
        <w:rPr>
          <w:rFonts w:ascii="Garamond" w:hAnsi="Garamond"/>
        </w:rPr>
        <w:t>’</w:t>
      </w:r>
      <w:r w:rsidRPr="00771DC2">
        <w:rPr>
          <w:rFonts w:ascii="Garamond" w:hAnsi="Garamond"/>
        </w:rPr>
        <w:t>ve gamified human connection, turning relationships into performance metrics.</w:t>
      </w:r>
      <w:r w:rsidR="00B879F3">
        <w:rPr>
          <w:rFonts w:ascii="Garamond" w:hAnsi="Garamond"/>
        </w:rPr>
        <w:t xml:space="preserve"> </w:t>
      </w:r>
      <w:r w:rsidRPr="00771DC2">
        <w:rPr>
          <w:rFonts w:ascii="Garamond" w:hAnsi="Garamond"/>
        </w:rPr>
        <w:t>The average person checks their phone 96 times per day. We refresh feeds like addicts, hoping for that next hit of validation. We post carefully curated versions of our lives and obsess over who didn</w:t>
      </w:r>
      <w:r w:rsidR="00B879F3">
        <w:rPr>
          <w:rFonts w:ascii="Garamond" w:hAnsi="Garamond"/>
        </w:rPr>
        <w:t>’</w:t>
      </w:r>
      <w:r w:rsidRPr="00771DC2">
        <w:rPr>
          <w:rFonts w:ascii="Garamond" w:hAnsi="Garamond"/>
        </w:rPr>
        <w:t>t like it.</w:t>
      </w:r>
    </w:p>
    <w:p w14:paraId="0AA62636" w14:textId="0EA0759B" w:rsidR="00F32FA7" w:rsidRPr="00771DC2" w:rsidRDefault="00000000" w:rsidP="00E82982">
      <w:pPr>
        <w:spacing w:after="0" w:line="336" w:lineRule="auto"/>
        <w:ind w:firstLine="284"/>
        <w:jc w:val="both"/>
        <w:rPr>
          <w:rFonts w:ascii="Garamond" w:hAnsi="Garamond"/>
        </w:rPr>
      </w:pPr>
      <w:r w:rsidRPr="00771DC2">
        <w:rPr>
          <w:rFonts w:ascii="Garamond" w:hAnsi="Garamond"/>
        </w:rPr>
        <w:t>But here</w:t>
      </w:r>
      <w:r w:rsidR="00E82982">
        <w:rPr>
          <w:rFonts w:ascii="Garamond" w:hAnsi="Garamond"/>
        </w:rPr>
        <w:t>’</w:t>
      </w:r>
      <w:r w:rsidRPr="00771DC2">
        <w:rPr>
          <w:rFonts w:ascii="Garamond" w:hAnsi="Garamond"/>
        </w:rPr>
        <w:t>s what</w:t>
      </w:r>
      <w:r w:rsidR="00E82982">
        <w:rPr>
          <w:rFonts w:ascii="Garamond" w:hAnsi="Garamond"/>
        </w:rPr>
        <w:t>’</w:t>
      </w:r>
      <w:r w:rsidRPr="00771DC2">
        <w:rPr>
          <w:rFonts w:ascii="Garamond" w:hAnsi="Garamond"/>
        </w:rPr>
        <w:t>s worse: we</w:t>
      </w:r>
      <w:r w:rsidR="00E82982">
        <w:rPr>
          <w:rFonts w:ascii="Garamond" w:hAnsi="Garamond"/>
        </w:rPr>
        <w:t>’</w:t>
      </w:r>
      <w:r w:rsidRPr="00771DC2">
        <w:rPr>
          <w:rFonts w:ascii="Garamond" w:hAnsi="Garamond"/>
        </w:rPr>
        <w:t>ve brought this addiction into our faith.</w:t>
      </w:r>
      <w:r w:rsidR="00E82982">
        <w:rPr>
          <w:rFonts w:ascii="Garamond" w:hAnsi="Garamond"/>
        </w:rPr>
        <w:t xml:space="preserve"> </w:t>
      </w:r>
      <w:r w:rsidRPr="00771DC2">
        <w:rPr>
          <w:rFonts w:ascii="Garamond" w:hAnsi="Garamond"/>
        </w:rPr>
        <w:t>We post Bible verses hoping they</w:t>
      </w:r>
      <w:r w:rsidR="00E82982">
        <w:rPr>
          <w:rFonts w:ascii="Garamond" w:hAnsi="Garamond"/>
        </w:rPr>
        <w:t>’</w:t>
      </w:r>
      <w:r w:rsidRPr="00771DC2">
        <w:rPr>
          <w:rFonts w:ascii="Garamond" w:hAnsi="Garamond"/>
        </w:rPr>
        <w:t>ll get more engagement than our neighbor</w:t>
      </w:r>
      <w:r w:rsidR="00E82982">
        <w:rPr>
          <w:rFonts w:ascii="Garamond" w:hAnsi="Garamond"/>
        </w:rPr>
        <w:t>’</w:t>
      </w:r>
      <w:r w:rsidRPr="00771DC2">
        <w:rPr>
          <w:rFonts w:ascii="Garamond" w:hAnsi="Garamond"/>
        </w:rPr>
        <w:t xml:space="preserve">s vacation photos. We share prayer requests that are humble brags in disguise. We craft </w:t>
      </w:r>
      <w:r w:rsidRPr="00771DC2">
        <w:rPr>
          <w:rFonts w:ascii="Garamond" w:hAnsi="Garamond"/>
        </w:rPr>
        <w:lastRenderedPageBreak/>
        <w:t>our spiritual lives for public consumption, then wonder why our relationship with God feels empty.</w:t>
      </w:r>
    </w:p>
    <w:p w14:paraId="2314A6F5" w14:textId="45B4007B" w:rsidR="00F32FA7" w:rsidRPr="00771DC2" w:rsidRDefault="00000000" w:rsidP="00F05142">
      <w:pPr>
        <w:spacing w:after="0" w:line="336" w:lineRule="auto"/>
        <w:ind w:firstLine="284"/>
        <w:jc w:val="both"/>
        <w:rPr>
          <w:rFonts w:ascii="Garamond" w:hAnsi="Garamond"/>
        </w:rPr>
      </w:pPr>
      <w:r w:rsidRPr="00771DC2">
        <w:rPr>
          <w:rFonts w:ascii="Garamond" w:hAnsi="Garamond"/>
        </w:rPr>
        <w:t>We</w:t>
      </w:r>
      <w:r w:rsidR="00E82982">
        <w:rPr>
          <w:rFonts w:ascii="Garamond" w:hAnsi="Garamond"/>
        </w:rPr>
        <w:t>’</w:t>
      </w:r>
      <w:r w:rsidRPr="00771DC2">
        <w:rPr>
          <w:rFonts w:ascii="Garamond" w:hAnsi="Garamond"/>
        </w:rPr>
        <w:t>ve become approval junkies</w:t>
      </w:r>
      <w:r w:rsidR="00E82982">
        <w:rPr>
          <w:rFonts w:ascii="Garamond" w:hAnsi="Garamond"/>
        </w:rPr>
        <w:t xml:space="preserve">, just </w:t>
      </w:r>
      <w:r w:rsidRPr="00771DC2">
        <w:rPr>
          <w:rFonts w:ascii="Garamond" w:hAnsi="Garamond"/>
        </w:rPr>
        <w:t>like any addiction, it</w:t>
      </w:r>
      <w:r w:rsidR="00E82982">
        <w:rPr>
          <w:rFonts w:ascii="Garamond" w:hAnsi="Garamond"/>
        </w:rPr>
        <w:t>’</w:t>
      </w:r>
      <w:r w:rsidRPr="00771DC2">
        <w:rPr>
          <w:rFonts w:ascii="Garamond" w:hAnsi="Garamond"/>
        </w:rPr>
        <w:t>s never enough.</w:t>
      </w:r>
    </w:p>
    <w:p w14:paraId="6A55C777" w14:textId="301A3456" w:rsidR="00F32FA7" w:rsidRPr="00771DC2" w:rsidRDefault="00000000" w:rsidP="00F05142">
      <w:pPr>
        <w:spacing w:after="0" w:line="336" w:lineRule="auto"/>
        <w:ind w:firstLine="284"/>
        <w:jc w:val="both"/>
        <w:rPr>
          <w:rFonts w:ascii="Garamond" w:hAnsi="Garamond"/>
        </w:rPr>
      </w:pPr>
      <w:r w:rsidRPr="00771DC2">
        <w:rPr>
          <w:rFonts w:ascii="Garamond" w:hAnsi="Garamond"/>
        </w:rPr>
        <w:t>You get a hundred likes on your post about God</w:t>
      </w:r>
      <w:r w:rsidR="00E82982">
        <w:rPr>
          <w:rFonts w:ascii="Garamond" w:hAnsi="Garamond"/>
        </w:rPr>
        <w:t>’</w:t>
      </w:r>
      <w:r w:rsidRPr="00771DC2">
        <w:rPr>
          <w:rFonts w:ascii="Garamond" w:hAnsi="Garamond"/>
        </w:rPr>
        <w:t>s goodness, but you fixate on the person who didn</w:t>
      </w:r>
      <w:r w:rsidR="00E82982">
        <w:rPr>
          <w:rFonts w:ascii="Garamond" w:hAnsi="Garamond"/>
        </w:rPr>
        <w:t>’</w:t>
      </w:r>
      <w:r w:rsidRPr="00771DC2">
        <w:rPr>
          <w:rFonts w:ascii="Garamond" w:hAnsi="Garamond"/>
        </w:rPr>
        <w:t>t react. You receive ten compliments on your ministry, but you lose sleep over</w:t>
      </w:r>
      <w:r w:rsidR="00E82982">
        <w:rPr>
          <w:rFonts w:ascii="Garamond" w:hAnsi="Garamond"/>
        </w:rPr>
        <w:t xml:space="preserve"> </w:t>
      </w:r>
      <w:r w:rsidRPr="00771DC2">
        <w:rPr>
          <w:rFonts w:ascii="Garamond" w:hAnsi="Garamond"/>
        </w:rPr>
        <w:t>one criticism. You spend hours crafting the perfect response to someone who disagrees with you online</w:t>
      </w:r>
      <w:r w:rsidR="00E82982">
        <w:rPr>
          <w:rFonts w:ascii="Garamond" w:hAnsi="Garamond"/>
        </w:rPr>
        <w:t xml:space="preserve">, </w:t>
      </w:r>
      <w:r w:rsidRPr="00771DC2">
        <w:rPr>
          <w:rFonts w:ascii="Garamond" w:hAnsi="Garamond"/>
        </w:rPr>
        <w:t>someone you</w:t>
      </w:r>
      <w:r w:rsidR="00E82982">
        <w:rPr>
          <w:rFonts w:ascii="Garamond" w:hAnsi="Garamond"/>
        </w:rPr>
        <w:t>’</w:t>
      </w:r>
      <w:r w:rsidRPr="00771DC2">
        <w:rPr>
          <w:rFonts w:ascii="Garamond" w:hAnsi="Garamond"/>
        </w:rPr>
        <w:t>ll never meet, whose opinion has zero impact on your actual life.</w:t>
      </w:r>
    </w:p>
    <w:p w14:paraId="77D1FE7D" w14:textId="043E2EF8" w:rsidR="00F32FA7" w:rsidRDefault="00000000" w:rsidP="00E82982">
      <w:pPr>
        <w:spacing w:after="0" w:line="336" w:lineRule="auto"/>
        <w:ind w:firstLine="284"/>
        <w:jc w:val="both"/>
        <w:rPr>
          <w:rFonts w:ascii="Garamond" w:hAnsi="Garamond"/>
        </w:rPr>
      </w:pPr>
      <w:r w:rsidRPr="00771DC2">
        <w:rPr>
          <w:rFonts w:ascii="Garamond" w:hAnsi="Garamond"/>
        </w:rPr>
        <w:t>This isn</w:t>
      </w:r>
      <w:r w:rsidR="00E82982">
        <w:rPr>
          <w:rFonts w:ascii="Garamond" w:hAnsi="Garamond"/>
        </w:rPr>
        <w:t>’</w:t>
      </w:r>
      <w:r w:rsidRPr="00771DC2">
        <w:rPr>
          <w:rFonts w:ascii="Garamond" w:hAnsi="Garamond"/>
        </w:rPr>
        <w:t>t discipleship. It</w:t>
      </w:r>
      <w:r w:rsidR="00E82982">
        <w:rPr>
          <w:rFonts w:ascii="Garamond" w:hAnsi="Garamond"/>
        </w:rPr>
        <w:t>’</w:t>
      </w:r>
      <w:r w:rsidRPr="00771DC2">
        <w:rPr>
          <w:rFonts w:ascii="Garamond" w:hAnsi="Garamond"/>
        </w:rPr>
        <w:t>s bondage.</w:t>
      </w:r>
    </w:p>
    <w:p w14:paraId="609C827C" w14:textId="77777777" w:rsidR="00E82982" w:rsidRPr="00771DC2" w:rsidRDefault="00E82982" w:rsidP="00E82982">
      <w:pPr>
        <w:spacing w:after="0" w:line="336" w:lineRule="auto"/>
        <w:ind w:firstLine="284"/>
        <w:jc w:val="both"/>
        <w:rPr>
          <w:rFonts w:ascii="Garamond" w:hAnsi="Garamond"/>
        </w:rPr>
      </w:pPr>
    </w:p>
    <w:p w14:paraId="4E1CEE95" w14:textId="77777777" w:rsidR="00F32FA7" w:rsidRPr="00771DC2" w:rsidRDefault="00000000" w:rsidP="00E82982">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Christian Approval Trap</w:t>
      </w:r>
    </w:p>
    <w:p w14:paraId="46F996A1" w14:textId="5E725C3F" w:rsidR="00F32FA7" w:rsidRPr="00771DC2" w:rsidRDefault="00000000" w:rsidP="009C381D">
      <w:pPr>
        <w:spacing w:after="0" w:line="336" w:lineRule="auto"/>
        <w:ind w:firstLine="284"/>
        <w:jc w:val="both"/>
        <w:rPr>
          <w:rFonts w:ascii="Garamond" w:hAnsi="Garamond"/>
        </w:rPr>
      </w:pPr>
      <w:r w:rsidRPr="00771DC2">
        <w:rPr>
          <w:rFonts w:ascii="Garamond" w:hAnsi="Garamond"/>
        </w:rPr>
        <w:t>Here</w:t>
      </w:r>
      <w:r w:rsidR="00E82982">
        <w:rPr>
          <w:rFonts w:ascii="Garamond" w:hAnsi="Garamond"/>
        </w:rPr>
        <w:t>’</w:t>
      </w:r>
      <w:r w:rsidRPr="00771DC2">
        <w:rPr>
          <w:rFonts w:ascii="Garamond" w:hAnsi="Garamond"/>
        </w:rPr>
        <w:t>s where it gets tricky: Christian culture often makes this worse.</w:t>
      </w:r>
    </w:p>
    <w:p w14:paraId="701489C8" w14:textId="735E2D3F" w:rsidR="00F32FA7" w:rsidRPr="00771DC2" w:rsidRDefault="00000000" w:rsidP="009C381D">
      <w:pPr>
        <w:spacing w:after="0" w:line="336" w:lineRule="auto"/>
        <w:ind w:firstLine="284"/>
        <w:jc w:val="both"/>
        <w:rPr>
          <w:rFonts w:ascii="Garamond" w:hAnsi="Garamond"/>
        </w:rPr>
      </w:pPr>
      <w:r w:rsidRPr="00771DC2">
        <w:rPr>
          <w:rFonts w:ascii="Garamond" w:hAnsi="Garamond"/>
        </w:rPr>
        <w:t>We</w:t>
      </w:r>
      <w:r w:rsidR="009C381D">
        <w:rPr>
          <w:rFonts w:ascii="Garamond" w:hAnsi="Garamond"/>
        </w:rPr>
        <w:t>’</w:t>
      </w:r>
      <w:r w:rsidRPr="00771DC2">
        <w:rPr>
          <w:rFonts w:ascii="Garamond" w:hAnsi="Garamond"/>
        </w:rPr>
        <w:t xml:space="preserve">re told to be </w:t>
      </w:r>
      <w:r w:rsidR="009C381D">
        <w:rPr>
          <w:rFonts w:ascii="Garamond" w:hAnsi="Garamond"/>
        </w:rPr>
        <w:t>“</w:t>
      </w:r>
      <w:r w:rsidRPr="00771DC2">
        <w:rPr>
          <w:rFonts w:ascii="Garamond" w:hAnsi="Garamond"/>
        </w:rPr>
        <w:t>good witnesses,</w:t>
      </w:r>
      <w:r w:rsidR="009C381D">
        <w:rPr>
          <w:rFonts w:ascii="Garamond" w:hAnsi="Garamond"/>
        </w:rPr>
        <w:t>”</w:t>
      </w:r>
      <w:r w:rsidRPr="00771DC2">
        <w:rPr>
          <w:rFonts w:ascii="Garamond" w:hAnsi="Garamond"/>
        </w:rPr>
        <w:t xml:space="preserve"> which gets translated into </w:t>
      </w:r>
      <w:r w:rsidR="009C381D">
        <w:rPr>
          <w:rFonts w:ascii="Garamond" w:hAnsi="Garamond"/>
        </w:rPr>
        <w:t>“</w:t>
      </w:r>
      <w:r w:rsidRPr="00771DC2">
        <w:rPr>
          <w:rFonts w:ascii="Garamond" w:hAnsi="Garamond"/>
        </w:rPr>
        <w:t>never make anyone uncomfortable.</w:t>
      </w:r>
      <w:r w:rsidR="009C381D">
        <w:rPr>
          <w:rFonts w:ascii="Garamond" w:hAnsi="Garamond"/>
        </w:rPr>
        <w:t>”</w:t>
      </w:r>
      <w:r w:rsidRPr="00771DC2">
        <w:rPr>
          <w:rFonts w:ascii="Garamond" w:hAnsi="Garamond"/>
        </w:rPr>
        <w:t xml:space="preserve"> We</w:t>
      </w:r>
      <w:r w:rsidR="009C381D">
        <w:rPr>
          <w:rFonts w:ascii="Garamond" w:hAnsi="Garamond"/>
        </w:rPr>
        <w:t>’</w:t>
      </w:r>
      <w:r w:rsidRPr="00771DC2">
        <w:rPr>
          <w:rFonts w:ascii="Garamond" w:hAnsi="Garamond"/>
        </w:rPr>
        <w:t xml:space="preserve">re encouraged to </w:t>
      </w:r>
      <w:r w:rsidR="009C381D">
        <w:rPr>
          <w:rFonts w:ascii="Garamond" w:hAnsi="Garamond"/>
        </w:rPr>
        <w:t>“</w:t>
      </w:r>
      <w:r w:rsidRPr="00771DC2">
        <w:rPr>
          <w:rFonts w:ascii="Garamond" w:hAnsi="Garamond"/>
        </w:rPr>
        <w:t>love everyone,</w:t>
      </w:r>
      <w:r w:rsidR="009C381D">
        <w:rPr>
          <w:rFonts w:ascii="Garamond" w:hAnsi="Garamond"/>
        </w:rPr>
        <w:t>”</w:t>
      </w:r>
      <w:r w:rsidRPr="00771DC2">
        <w:rPr>
          <w:rFonts w:ascii="Garamond" w:hAnsi="Garamond"/>
        </w:rPr>
        <w:t xml:space="preserve"> which morphs into </w:t>
      </w:r>
      <w:r w:rsidR="009C381D">
        <w:rPr>
          <w:rFonts w:ascii="Garamond" w:hAnsi="Garamond"/>
        </w:rPr>
        <w:t>“</w:t>
      </w:r>
      <w:r w:rsidRPr="00771DC2">
        <w:rPr>
          <w:rFonts w:ascii="Garamond" w:hAnsi="Garamond"/>
        </w:rPr>
        <w:t>keep everyone happy.</w:t>
      </w:r>
      <w:r w:rsidR="009C381D">
        <w:rPr>
          <w:rFonts w:ascii="Garamond" w:hAnsi="Garamond"/>
        </w:rPr>
        <w:t>”</w:t>
      </w:r>
      <w:r w:rsidRPr="00771DC2">
        <w:rPr>
          <w:rFonts w:ascii="Garamond" w:hAnsi="Garamond"/>
        </w:rPr>
        <w:t xml:space="preserve"> We</w:t>
      </w:r>
      <w:r w:rsidR="009C381D">
        <w:rPr>
          <w:rFonts w:ascii="Garamond" w:hAnsi="Garamond"/>
        </w:rPr>
        <w:t>’</w:t>
      </w:r>
      <w:r w:rsidRPr="00771DC2">
        <w:rPr>
          <w:rFonts w:ascii="Garamond" w:hAnsi="Garamond"/>
        </w:rPr>
        <w:t>re taught that conflict is unbiblical, disagreement is unloving, and if someone is offended, we must have done something wrong.</w:t>
      </w:r>
    </w:p>
    <w:p w14:paraId="5EF6C20E" w14:textId="77777777" w:rsidR="00F32FA7" w:rsidRPr="00771DC2" w:rsidRDefault="00000000" w:rsidP="009C381D">
      <w:pPr>
        <w:spacing w:after="0" w:line="336" w:lineRule="auto"/>
        <w:ind w:firstLine="284"/>
        <w:rPr>
          <w:rFonts w:ascii="Garamond" w:hAnsi="Garamond"/>
        </w:rPr>
      </w:pPr>
      <w:r w:rsidRPr="00771DC2">
        <w:rPr>
          <w:rFonts w:ascii="Garamond" w:hAnsi="Garamond"/>
        </w:rPr>
        <w:t>But Jesus offended people regularly.</w:t>
      </w:r>
    </w:p>
    <w:p w14:paraId="3B7F6B6D" w14:textId="79FC7200" w:rsidR="00F32FA7" w:rsidRPr="00771DC2" w:rsidRDefault="00000000" w:rsidP="009C381D">
      <w:pPr>
        <w:spacing w:after="0" w:line="336" w:lineRule="auto"/>
        <w:ind w:firstLine="284"/>
        <w:rPr>
          <w:rFonts w:ascii="Garamond" w:hAnsi="Garamond"/>
        </w:rPr>
      </w:pPr>
      <w:r w:rsidRPr="00771DC2">
        <w:rPr>
          <w:rFonts w:ascii="Garamond" w:hAnsi="Garamond"/>
        </w:rPr>
        <w:lastRenderedPageBreak/>
        <w:t xml:space="preserve">He called the Pharisees </w:t>
      </w:r>
      <w:r w:rsidR="009C381D">
        <w:rPr>
          <w:rFonts w:ascii="Garamond" w:hAnsi="Garamond"/>
        </w:rPr>
        <w:t>“</w:t>
      </w:r>
      <w:r w:rsidRPr="00771DC2">
        <w:rPr>
          <w:rFonts w:ascii="Garamond" w:hAnsi="Garamond"/>
        </w:rPr>
        <w:t>whitewashed tombs</w:t>
      </w:r>
      <w:r w:rsidR="009C381D">
        <w:rPr>
          <w:rFonts w:ascii="Garamond" w:hAnsi="Garamond"/>
        </w:rPr>
        <w:t xml:space="preserve">” </w:t>
      </w:r>
      <w:r w:rsidRPr="00771DC2">
        <w:rPr>
          <w:rFonts w:ascii="Garamond" w:hAnsi="Garamond"/>
        </w:rPr>
        <w:t>(Matthew 23:27). He told a rich man to sell everything and watched him walk away sad (Luke 18:22-23). He said things so controversial that many disciples stopped following Him (John 6:66).</w:t>
      </w:r>
    </w:p>
    <w:p w14:paraId="689EC624" w14:textId="14C0D65B" w:rsidR="00F32FA7" w:rsidRPr="00771DC2" w:rsidRDefault="00000000" w:rsidP="009C381D">
      <w:pPr>
        <w:spacing w:after="0" w:line="336" w:lineRule="auto"/>
        <w:ind w:firstLine="284"/>
        <w:jc w:val="both"/>
        <w:rPr>
          <w:rFonts w:ascii="Garamond" w:hAnsi="Garamond"/>
        </w:rPr>
      </w:pPr>
      <w:r w:rsidRPr="00771DC2">
        <w:rPr>
          <w:rFonts w:ascii="Garamond" w:hAnsi="Garamond"/>
        </w:rPr>
        <w:t>Jesus wasn</w:t>
      </w:r>
      <w:r w:rsidR="009C381D">
        <w:rPr>
          <w:rFonts w:ascii="Garamond" w:hAnsi="Garamond"/>
        </w:rPr>
        <w:t>’</w:t>
      </w:r>
      <w:r w:rsidRPr="00771DC2">
        <w:rPr>
          <w:rFonts w:ascii="Garamond" w:hAnsi="Garamond"/>
        </w:rPr>
        <w:t>t trying to be mean. He was being truthful. And sometimes truth hurts.</w:t>
      </w:r>
      <w:r w:rsidR="009C381D">
        <w:rPr>
          <w:rFonts w:ascii="Garamond" w:hAnsi="Garamond"/>
        </w:rPr>
        <w:t xml:space="preserve"> </w:t>
      </w:r>
      <w:r w:rsidRPr="00771DC2">
        <w:rPr>
          <w:rFonts w:ascii="Garamond" w:hAnsi="Garamond"/>
        </w:rPr>
        <w:t>But we</w:t>
      </w:r>
      <w:r w:rsidR="009C381D">
        <w:rPr>
          <w:rFonts w:ascii="Garamond" w:hAnsi="Garamond"/>
        </w:rPr>
        <w:t>’</w:t>
      </w:r>
      <w:r w:rsidRPr="00771DC2">
        <w:rPr>
          <w:rFonts w:ascii="Garamond" w:hAnsi="Garamond"/>
        </w:rPr>
        <w:t>ve been taught that hurting someone</w:t>
      </w:r>
      <w:r w:rsidR="009C381D">
        <w:rPr>
          <w:rFonts w:ascii="Garamond" w:hAnsi="Garamond"/>
        </w:rPr>
        <w:t>’</w:t>
      </w:r>
      <w:r w:rsidRPr="00771DC2">
        <w:rPr>
          <w:rFonts w:ascii="Garamond" w:hAnsi="Garamond"/>
        </w:rPr>
        <w:t>s feelings is the ultimate sin. We</w:t>
      </w:r>
      <w:r w:rsidR="009C381D">
        <w:rPr>
          <w:rFonts w:ascii="Garamond" w:hAnsi="Garamond"/>
        </w:rPr>
        <w:t>’</w:t>
      </w:r>
      <w:r w:rsidRPr="00771DC2">
        <w:rPr>
          <w:rFonts w:ascii="Garamond" w:hAnsi="Garamond"/>
        </w:rPr>
        <w:t>ve created a version of Christianity that</w:t>
      </w:r>
      <w:r w:rsidR="009C381D">
        <w:rPr>
          <w:rFonts w:ascii="Garamond" w:hAnsi="Garamond"/>
        </w:rPr>
        <w:t>’</w:t>
      </w:r>
      <w:r w:rsidRPr="00771DC2">
        <w:rPr>
          <w:rFonts w:ascii="Garamond" w:hAnsi="Garamond"/>
        </w:rPr>
        <w:t>s more concerned with being liked than being faithful. We</w:t>
      </w:r>
      <w:r w:rsidR="009C381D">
        <w:rPr>
          <w:rFonts w:ascii="Garamond" w:hAnsi="Garamond"/>
        </w:rPr>
        <w:t>’</w:t>
      </w:r>
      <w:r w:rsidRPr="00771DC2">
        <w:rPr>
          <w:rFonts w:ascii="Garamond" w:hAnsi="Garamond"/>
        </w:rPr>
        <w:t xml:space="preserve">ve confused kindness with weakness, love with agreement, </w:t>
      </w:r>
      <w:r w:rsidR="009C381D">
        <w:rPr>
          <w:rFonts w:ascii="Garamond" w:hAnsi="Garamond"/>
        </w:rPr>
        <w:t xml:space="preserve">and </w:t>
      </w:r>
      <w:r w:rsidRPr="00771DC2">
        <w:rPr>
          <w:rFonts w:ascii="Garamond" w:hAnsi="Garamond"/>
        </w:rPr>
        <w:t>grace with enabling.</w:t>
      </w:r>
    </w:p>
    <w:p w14:paraId="2E24402D" w14:textId="3066A982" w:rsidR="00F32FA7" w:rsidRPr="00771DC2" w:rsidRDefault="00000000" w:rsidP="009C381D">
      <w:pPr>
        <w:spacing w:after="0" w:line="336" w:lineRule="auto"/>
        <w:ind w:firstLine="284"/>
        <w:jc w:val="both"/>
        <w:rPr>
          <w:rFonts w:ascii="Garamond" w:hAnsi="Garamond"/>
        </w:rPr>
      </w:pPr>
      <w:r w:rsidRPr="00771DC2">
        <w:rPr>
          <w:rFonts w:ascii="Garamond" w:hAnsi="Garamond"/>
        </w:rPr>
        <w:t>The result? We</w:t>
      </w:r>
      <w:r w:rsidR="009C381D">
        <w:rPr>
          <w:rFonts w:ascii="Garamond" w:hAnsi="Garamond"/>
        </w:rPr>
        <w:t>’</w:t>
      </w:r>
      <w:r w:rsidRPr="00771DC2">
        <w:rPr>
          <w:rFonts w:ascii="Garamond" w:hAnsi="Garamond"/>
        </w:rPr>
        <w:t>re exhausted.</w:t>
      </w:r>
    </w:p>
    <w:p w14:paraId="3FBEC3CE" w14:textId="2F55B67B" w:rsidR="00F32FA7" w:rsidRPr="00771DC2" w:rsidRDefault="00000000" w:rsidP="009C381D">
      <w:pPr>
        <w:spacing w:after="0" w:line="336" w:lineRule="auto"/>
        <w:ind w:firstLine="284"/>
        <w:rPr>
          <w:rFonts w:ascii="Garamond" w:hAnsi="Garamond"/>
        </w:rPr>
      </w:pPr>
      <w:r w:rsidRPr="00771DC2">
        <w:rPr>
          <w:rFonts w:ascii="Garamond" w:hAnsi="Garamond"/>
        </w:rPr>
        <w:t>We</w:t>
      </w:r>
      <w:r w:rsidR="009C381D">
        <w:rPr>
          <w:rFonts w:ascii="Garamond" w:hAnsi="Garamond"/>
        </w:rPr>
        <w:t>’</w:t>
      </w:r>
      <w:r w:rsidRPr="00771DC2">
        <w:rPr>
          <w:rFonts w:ascii="Garamond" w:hAnsi="Garamond"/>
        </w:rPr>
        <w:t>re burned out from trying to be all things to all people. We</w:t>
      </w:r>
      <w:r w:rsidR="009C381D">
        <w:rPr>
          <w:rFonts w:ascii="Garamond" w:hAnsi="Garamond"/>
        </w:rPr>
        <w:t>’</w:t>
      </w:r>
      <w:r w:rsidRPr="00771DC2">
        <w:rPr>
          <w:rFonts w:ascii="Garamond" w:hAnsi="Garamond"/>
        </w:rPr>
        <w:t>re stressed from walking on eggshells, afraid that one wrong word will cause someone to stumble. But here</w:t>
      </w:r>
      <w:r w:rsidR="009C381D">
        <w:rPr>
          <w:rFonts w:ascii="Garamond" w:hAnsi="Garamond"/>
        </w:rPr>
        <w:t>’</w:t>
      </w:r>
      <w:r w:rsidRPr="00771DC2">
        <w:rPr>
          <w:rFonts w:ascii="Garamond" w:hAnsi="Garamond"/>
        </w:rPr>
        <w:t>s what we</w:t>
      </w:r>
      <w:r w:rsidR="009C381D">
        <w:rPr>
          <w:rFonts w:ascii="Garamond" w:hAnsi="Garamond"/>
        </w:rPr>
        <w:t>’</w:t>
      </w:r>
      <w:r w:rsidRPr="00771DC2">
        <w:rPr>
          <w:rFonts w:ascii="Garamond" w:hAnsi="Garamond"/>
        </w:rPr>
        <w:t xml:space="preserve">ve forgotten: </w:t>
      </w:r>
      <w:r w:rsidRPr="00771DC2">
        <w:rPr>
          <w:rFonts w:ascii="Garamond" w:hAnsi="Garamond"/>
          <w:b/>
        </w:rPr>
        <w:t>Jesus didn</w:t>
      </w:r>
      <w:r w:rsidR="009C381D">
        <w:rPr>
          <w:rFonts w:ascii="Garamond" w:hAnsi="Garamond"/>
          <w:b/>
        </w:rPr>
        <w:t>’</w:t>
      </w:r>
      <w:r w:rsidRPr="00771DC2">
        <w:rPr>
          <w:rFonts w:ascii="Garamond" w:hAnsi="Garamond"/>
          <w:b/>
        </w:rPr>
        <w:t>t die on the cross to make everyone comfortable. He died to make everyone free.</w:t>
      </w:r>
    </w:p>
    <w:p w14:paraId="146A9E4A" w14:textId="77777777" w:rsidR="00F32FA7" w:rsidRPr="009C381D" w:rsidRDefault="00000000" w:rsidP="009C381D">
      <w:pPr>
        <w:pStyle w:val="Heading2"/>
        <w:spacing w:before="0" w:after="0" w:line="336" w:lineRule="auto"/>
        <w:jc w:val="center"/>
        <w:rPr>
          <w:rFonts w:ascii="Garamond" w:hAnsi="Garamond"/>
          <w:sz w:val="24"/>
          <w:szCs w:val="24"/>
        </w:rPr>
      </w:pPr>
      <w:r w:rsidRPr="009C381D">
        <w:rPr>
          <w:rFonts w:ascii="Garamond" w:hAnsi="Garamond"/>
          <w:sz w:val="24"/>
          <w:szCs w:val="24"/>
        </w:rPr>
        <w:t>What Jesus Understood About Detachment</w:t>
      </w:r>
    </w:p>
    <w:p w14:paraId="07394986" w14:textId="70131899" w:rsidR="00F32FA7" w:rsidRPr="00771DC2" w:rsidRDefault="00000000" w:rsidP="004C77D2">
      <w:pPr>
        <w:spacing w:after="0" w:line="336" w:lineRule="auto"/>
        <w:ind w:firstLine="284"/>
        <w:jc w:val="both"/>
        <w:rPr>
          <w:rFonts w:ascii="Garamond" w:hAnsi="Garamond"/>
        </w:rPr>
      </w:pPr>
      <w:r w:rsidRPr="00771DC2">
        <w:rPr>
          <w:rFonts w:ascii="Garamond" w:hAnsi="Garamond"/>
        </w:rPr>
        <w:t>Jesus had something we desperately need: holy detachment.</w:t>
      </w:r>
      <w:r w:rsidR="009C381D">
        <w:rPr>
          <w:rFonts w:ascii="Garamond" w:hAnsi="Garamond"/>
        </w:rPr>
        <w:t xml:space="preserve"> </w:t>
      </w:r>
      <w:r w:rsidRPr="00771DC2">
        <w:rPr>
          <w:rFonts w:ascii="Garamond" w:hAnsi="Garamond"/>
        </w:rPr>
        <w:t>He wasn</w:t>
      </w:r>
      <w:r w:rsidR="009C381D">
        <w:rPr>
          <w:rFonts w:ascii="Garamond" w:hAnsi="Garamond"/>
        </w:rPr>
        <w:t>’</w:t>
      </w:r>
      <w:r w:rsidRPr="00771DC2">
        <w:rPr>
          <w:rFonts w:ascii="Garamond" w:hAnsi="Garamond"/>
        </w:rPr>
        <w:t>t cold or uncaring. He wept over Jerusalem (Luke 19:41)</w:t>
      </w:r>
      <w:r w:rsidR="004C77D2">
        <w:rPr>
          <w:rFonts w:ascii="Garamond" w:hAnsi="Garamond"/>
        </w:rPr>
        <w:t>.</w:t>
      </w:r>
      <w:r w:rsidRPr="00771DC2">
        <w:rPr>
          <w:rFonts w:ascii="Garamond" w:hAnsi="Garamond"/>
        </w:rPr>
        <w:t xml:space="preserve"> He was moved with compassion for crowds (Matthew 9:36). He loved deeply and sacrificially.</w:t>
      </w:r>
      <w:r w:rsidR="004C77D2">
        <w:rPr>
          <w:rFonts w:ascii="Garamond" w:hAnsi="Garamond"/>
        </w:rPr>
        <w:t xml:space="preserve"> </w:t>
      </w:r>
      <w:r w:rsidRPr="00771DC2">
        <w:rPr>
          <w:rFonts w:ascii="Garamond" w:hAnsi="Garamond"/>
        </w:rPr>
        <w:t xml:space="preserve">But </w:t>
      </w:r>
      <w:r w:rsidR="004C77D2">
        <w:rPr>
          <w:rFonts w:ascii="Garamond" w:hAnsi="Garamond"/>
        </w:rPr>
        <w:t>he</w:t>
      </w:r>
      <w:r w:rsidRPr="00771DC2">
        <w:rPr>
          <w:rFonts w:ascii="Garamond" w:hAnsi="Garamond"/>
        </w:rPr>
        <w:t xml:space="preserve"> wasn</w:t>
      </w:r>
      <w:r w:rsidR="004C77D2">
        <w:rPr>
          <w:rFonts w:ascii="Garamond" w:hAnsi="Garamond"/>
        </w:rPr>
        <w:t>’</w:t>
      </w:r>
      <w:r w:rsidRPr="00771DC2">
        <w:rPr>
          <w:rFonts w:ascii="Garamond" w:hAnsi="Garamond"/>
        </w:rPr>
        <w:t>t controlled by people</w:t>
      </w:r>
      <w:r w:rsidR="004C77D2">
        <w:rPr>
          <w:rFonts w:ascii="Garamond" w:hAnsi="Garamond"/>
        </w:rPr>
        <w:t>’</w:t>
      </w:r>
      <w:r w:rsidRPr="00771DC2">
        <w:rPr>
          <w:rFonts w:ascii="Garamond" w:hAnsi="Garamond"/>
        </w:rPr>
        <w:t>s opinions.</w:t>
      </w:r>
    </w:p>
    <w:p w14:paraId="3BC642E4" w14:textId="0E18DA88" w:rsidR="00F32FA7" w:rsidRPr="00771DC2" w:rsidRDefault="00000000" w:rsidP="004C77D2">
      <w:pPr>
        <w:spacing w:after="0" w:line="336" w:lineRule="auto"/>
        <w:rPr>
          <w:rFonts w:ascii="Garamond" w:hAnsi="Garamond"/>
        </w:rPr>
      </w:pPr>
      <w:r w:rsidRPr="00771DC2">
        <w:rPr>
          <w:rFonts w:ascii="Garamond" w:hAnsi="Garamond"/>
        </w:rPr>
        <w:lastRenderedPageBreak/>
        <w:t xml:space="preserve">John 2:24-25 tells us Jesus </w:t>
      </w:r>
      <w:r w:rsidR="004C77D2">
        <w:rPr>
          <w:rFonts w:ascii="Garamond" w:hAnsi="Garamond"/>
        </w:rPr>
        <w:t>“</w:t>
      </w:r>
      <w:r w:rsidRPr="00771DC2">
        <w:rPr>
          <w:rFonts w:ascii="Garamond" w:hAnsi="Garamond"/>
        </w:rPr>
        <w:t xml:space="preserve">did not entrust himself to them, for </w:t>
      </w:r>
      <w:r w:rsidR="004C77D2">
        <w:rPr>
          <w:rFonts w:ascii="Garamond" w:hAnsi="Garamond"/>
        </w:rPr>
        <w:t>H</w:t>
      </w:r>
      <w:r w:rsidRPr="00771DC2">
        <w:rPr>
          <w:rFonts w:ascii="Garamond" w:hAnsi="Garamond"/>
        </w:rPr>
        <w:t>e knew all people.</w:t>
      </w:r>
      <w:r w:rsidR="004C77D2">
        <w:rPr>
          <w:rFonts w:ascii="Garamond" w:hAnsi="Garamond"/>
        </w:rPr>
        <w:t>”</w:t>
      </w:r>
      <w:r w:rsidRPr="00771DC2">
        <w:rPr>
          <w:rFonts w:ascii="Garamond" w:hAnsi="Garamond"/>
        </w:rPr>
        <w:t xml:space="preserve"> He knew people are fickle. Today</w:t>
      </w:r>
      <w:r w:rsidR="004C77D2">
        <w:rPr>
          <w:rFonts w:ascii="Garamond" w:hAnsi="Garamond"/>
        </w:rPr>
        <w:t>’</w:t>
      </w:r>
      <w:r w:rsidRPr="00771DC2">
        <w:rPr>
          <w:rFonts w:ascii="Garamond" w:hAnsi="Garamond"/>
        </w:rPr>
        <w:t xml:space="preserve">s </w:t>
      </w:r>
      <w:r w:rsidR="004C77D2">
        <w:rPr>
          <w:rFonts w:ascii="Garamond" w:hAnsi="Garamond"/>
        </w:rPr>
        <w:t>“</w:t>
      </w:r>
      <w:r w:rsidRPr="00771DC2">
        <w:rPr>
          <w:rFonts w:ascii="Garamond" w:hAnsi="Garamond"/>
        </w:rPr>
        <w:t>Hosanna</w:t>
      </w:r>
      <w:r w:rsidR="004C77D2">
        <w:rPr>
          <w:rFonts w:ascii="Garamond" w:hAnsi="Garamond"/>
        </w:rPr>
        <w:t>”</w:t>
      </w:r>
      <w:r w:rsidRPr="00771DC2">
        <w:rPr>
          <w:rFonts w:ascii="Garamond" w:hAnsi="Garamond"/>
        </w:rPr>
        <w:t xml:space="preserve"> becomes tomorrow</w:t>
      </w:r>
      <w:r w:rsidR="004C77D2">
        <w:rPr>
          <w:rFonts w:ascii="Garamond" w:hAnsi="Garamond"/>
        </w:rPr>
        <w:t>’</w:t>
      </w:r>
      <w:r w:rsidRPr="00771DC2">
        <w:rPr>
          <w:rFonts w:ascii="Garamond" w:hAnsi="Garamond"/>
        </w:rPr>
        <w:t xml:space="preserve">s </w:t>
      </w:r>
      <w:r w:rsidR="004C77D2">
        <w:rPr>
          <w:rFonts w:ascii="Garamond" w:hAnsi="Garamond"/>
        </w:rPr>
        <w:t>“</w:t>
      </w:r>
      <w:r w:rsidRPr="00771DC2">
        <w:rPr>
          <w:rFonts w:ascii="Garamond" w:hAnsi="Garamond"/>
        </w:rPr>
        <w:t>Crucify Him.</w:t>
      </w:r>
      <w:r w:rsidR="004C77D2">
        <w:rPr>
          <w:rFonts w:ascii="Garamond" w:hAnsi="Garamond"/>
        </w:rPr>
        <w:t>”</w:t>
      </w:r>
      <w:r w:rsidRPr="00771DC2">
        <w:rPr>
          <w:rFonts w:ascii="Garamond" w:hAnsi="Garamond"/>
        </w:rPr>
        <w:t xml:space="preserve"> </w:t>
      </w:r>
      <w:proofErr w:type="gramStart"/>
      <w:r w:rsidRPr="00771DC2">
        <w:rPr>
          <w:rFonts w:ascii="Garamond" w:hAnsi="Garamond"/>
        </w:rPr>
        <w:t>So</w:t>
      </w:r>
      <w:proofErr w:type="gramEnd"/>
      <w:r w:rsidRPr="00771DC2">
        <w:rPr>
          <w:rFonts w:ascii="Garamond" w:hAnsi="Garamond"/>
        </w:rPr>
        <w:t xml:space="preserve"> He didn</w:t>
      </w:r>
      <w:r w:rsidR="004C77D2">
        <w:rPr>
          <w:rFonts w:ascii="Garamond" w:hAnsi="Garamond"/>
        </w:rPr>
        <w:t>’</w:t>
      </w:r>
      <w:r w:rsidRPr="00771DC2">
        <w:rPr>
          <w:rFonts w:ascii="Garamond" w:hAnsi="Garamond"/>
        </w:rPr>
        <w:t>t base His identity on their approval.</w:t>
      </w:r>
    </w:p>
    <w:p w14:paraId="00A6FE43" w14:textId="7A5B944F" w:rsidR="00F32FA7" w:rsidRPr="00771DC2" w:rsidRDefault="00000000" w:rsidP="004C77D2">
      <w:pPr>
        <w:spacing w:after="0" w:line="336" w:lineRule="auto"/>
        <w:ind w:firstLine="284"/>
        <w:jc w:val="both"/>
        <w:rPr>
          <w:rFonts w:ascii="Garamond" w:hAnsi="Garamond"/>
        </w:rPr>
      </w:pPr>
      <w:r w:rsidRPr="00771DC2">
        <w:rPr>
          <w:rFonts w:ascii="Garamond" w:hAnsi="Garamond"/>
        </w:rPr>
        <w:t>This is revolutionary</w:t>
      </w:r>
      <w:r w:rsidR="004C77D2">
        <w:rPr>
          <w:rFonts w:ascii="Garamond" w:hAnsi="Garamond"/>
        </w:rPr>
        <w:t xml:space="preserve">. </w:t>
      </w:r>
      <w:r w:rsidRPr="00771DC2">
        <w:rPr>
          <w:rFonts w:ascii="Garamond" w:hAnsi="Garamond"/>
        </w:rPr>
        <w:t>Jesus</w:t>
      </w:r>
      <w:r w:rsidR="004C77D2">
        <w:rPr>
          <w:rFonts w:ascii="Garamond" w:hAnsi="Garamond"/>
        </w:rPr>
        <w:t xml:space="preserve">, </w:t>
      </w:r>
      <w:r w:rsidRPr="00771DC2">
        <w:rPr>
          <w:rFonts w:ascii="Garamond" w:hAnsi="Garamond"/>
        </w:rPr>
        <w:t>the Son of God, the perfect man</w:t>
      </w:r>
      <w:r w:rsidR="004C77D2">
        <w:rPr>
          <w:rFonts w:ascii="Garamond" w:hAnsi="Garamond"/>
        </w:rPr>
        <w:t xml:space="preserve">, </w:t>
      </w:r>
      <w:r w:rsidRPr="00771DC2">
        <w:rPr>
          <w:rFonts w:ascii="Garamond" w:hAnsi="Garamond"/>
        </w:rPr>
        <w:t>refused to be controlled by what people thought of Him.</w:t>
      </w:r>
      <w:r w:rsidR="004C77D2">
        <w:rPr>
          <w:rFonts w:ascii="Garamond" w:hAnsi="Garamond"/>
        </w:rPr>
        <w:t xml:space="preserve"> </w:t>
      </w:r>
      <w:r w:rsidRPr="00771DC2">
        <w:rPr>
          <w:rFonts w:ascii="Garamond" w:hAnsi="Garamond"/>
        </w:rPr>
        <w:t>When people tried to make Him king, He withdrew (John 6:15). When they wanted miracles on demand, He often refused (Matthew 12:38-39). When His own family thought He was crazy, He kept preaching (Mark 3:21).</w:t>
      </w:r>
    </w:p>
    <w:p w14:paraId="233122CE" w14:textId="40DCF372" w:rsidR="00F32FA7" w:rsidRPr="00771DC2" w:rsidRDefault="00000000" w:rsidP="004C77D2">
      <w:pPr>
        <w:spacing w:after="0" w:line="336" w:lineRule="auto"/>
        <w:ind w:firstLine="284"/>
        <w:jc w:val="both"/>
        <w:rPr>
          <w:rFonts w:ascii="Garamond" w:hAnsi="Garamond"/>
        </w:rPr>
      </w:pPr>
      <w:r w:rsidRPr="00771DC2">
        <w:rPr>
          <w:rFonts w:ascii="Garamond" w:hAnsi="Garamond"/>
        </w:rPr>
        <w:t>Jesus lived from a different source. His identity came from His relationship with the Father, not from human approval. His worth wasn</w:t>
      </w:r>
      <w:r w:rsidR="004C77D2">
        <w:rPr>
          <w:rFonts w:ascii="Garamond" w:hAnsi="Garamond"/>
        </w:rPr>
        <w:t>’</w:t>
      </w:r>
      <w:r w:rsidRPr="00771DC2">
        <w:rPr>
          <w:rFonts w:ascii="Garamond" w:hAnsi="Garamond"/>
        </w:rPr>
        <w:t>t determined by crowd size. His mission wasn</w:t>
      </w:r>
      <w:r w:rsidR="004C77D2">
        <w:rPr>
          <w:rFonts w:ascii="Garamond" w:hAnsi="Garamond"/>
        </w:rPr>
        <w:t>’</w:t>
      </w:r>
      <w:r w:rsidRPr="00771DC2">
        <w:rPr>
          <w:rFonts w:ascii="Garamond" w:hAnsi="Garamond"/>
        </w:rPr>
        <w:t>t swayed by opinion polls.</w:t>
      </w:r>
      <w:r w:rsidR="004C77D2">
        <w:rPr>
          <w:rFonts w:ascii="Garamond" w:hAnsi="Garamond"/>
        </w:rPr>
        <w:t xml:space="preserve"> </w:t>
      </w:r>
      <w:r w:rsidRPr="00771DC2">
        <w:rPr>
          <w:rFonts w:ascii="Garamond" w:hAnsi="Garamond"/>
        </w:rPr>
        <w:t>This is holy detachment: caring deeply about what God cares about while being free from the need to please everyone else.</w:t>
      </w:r>
    </w:p>
    <w:p w14:paraId="2F11005B" w14:textId="77777777" w:rsidR="00F32FA7" w:rsidRPr="004C77D2" w:rsidRDefault="00000000" w:rsidP="004C77D2">
      <w:pPr>
        <w:pStyle w:val="Heading2"/>
        <w:spacing w:line="336" w:lineRule="auto"/>
        <w:ind w:firstLine="284"/>
        <w:jc w:val="center"/>
        <w:rPr>
          <w:rFonts w:ascii="Garamond" w:hAnsi="Garamond"/>
          <w:sz w:val="24"/>
          <w:szCs w:val="24"/>
        </w:rPr>
      </w:pPr>
      <w:r w:rsidRPr="004C77D2">
        <w:rPr>
          <w:rFonts w:ascii="Garamond" w:hAnsi="Garamond"/>
          <w:sz w:val="24"/>
          <w:szCs w:val="24"/>
        </w:rPr>
        <w:t>The Freedom of Divine Approval</w:t>
      </w:r>
    </w:p>
    <w:p w14:paraId="3A477824" w14:textId="61BA0BE9" w:rsidR="00F32FA7" w:rsidRPr="00771DC2" w:rsidRDefault="00000000" w:rsidP="008635D8">
      <w:pPr>
        <w:spacing w:after="0" w:line="336" w:lineRule="auto"/>
        <w:ind w:firstLine="284"/>
        <w:jc w:val="both"/>
        <w:rPr>
          <w:rFonts w:ascii="Garamond" w:hAnsi="Garamond"/>
        </w:rPr>
      </w:pPr>
      <w:r w:rsidRPr="00771DC2">
        <w:rPr>
          <w:rFonts w:ascii="Garamond" w:hAnsi="Garamond"/>
        </w:rPr>
        <w:t>Here</w:t>
      </w:r>
      <w:r w:rsidR="004C77D2">
        <w:rPr>
          <w:rFonts w:ascii="Garamond" w:hAnsi="Garamond"/>
        </w:rPr>
        <w:t>’</w:t>
      </w:r>
      <w:r w:rsidRPr="00771DC2">
        <w:rPr>
          <w:rFonts w:ascii="Garamond" w:hAnsi="Garamond"/>
        </w:rPr>
        <w:t>s what changes when you live for God</w:t>
      </w:r>
      <w:r w:rsidR="008635D8">
        <w:rPr>
          <w:rFonts w:ascii="Garamond" w:hAnsi="Garamond"/>
        </w:rPr>
        <w:t>’</w:t>
      </w:r>
      <w:r w:rsidRPr="00771DC2">
        <w:rPr>
          <w:rFonts w:ascii="Garamond" w:hAnsi="Garamond"/>
        </w:rPr>
        <w:t>s approval instead of human approval:</w:t>
      </w:r>
    </w:p>
    <w:p w14:paraId="62D8CD70" w14:textId="73972F6F" w:rsidR="00F32FA7" w:rsidRPr="00771DC2" w:rsidRDefault="00000000" w:rsidP="0022374A">
      <w:pPr>
        <w:spacing w:after="0" w:line="336" w:lineRule="auto"/>
        <w:ind w:firstLine="284"/>
        <w:jc w:val="both"/>
        <w:rPr>
          <w:rFonts w:ascii="Garamond" w:hAnsi="Garamond"/>
        </w:rPr>
      </w:pPr>
      <w:r w:rsidRPr="00771DC2">
        <w:rPr>
          <w:rFonts w:ascii="Garamond" w:hAnsi="Garamond"/>
          <w:b/>
        </w:rPr>
        <w:t>You stop performing and start being authentic.</w:t>
      </w:r>
      <w:r w:rsidRPr="00771DC2">
        <w:rPr>
          <w:rFonts w:ascii="Garamond" w:hAnsi="Garamond"/>
        </w:rPr>
        <w:t xml:space="preserve"> When you</w:t>
      </w:r>
      <w:r w:rsidR="008635D8">
        <w:rPr>
          <w:rFonts w:ascii="Garamond" w:hAnsi="Garamond"/>
        </w:rPr>
        <w:t>’</w:t>
      </w:r>
      <w:r w:rsidRPr="00771DC2">
        <w:rPr>
          <w:rFonts w:ascii="Garamond" w:hAnsi="Garamond"/>
        </w:rPr>
        <w:t xml:space="preserve">re not trying to impress everyone, you can be yourself. </w:t>
      </w:r>
      <w:r w:rsidRPr="00771DC2">
        <w:rPr>
          <w:rFonts w:ascii="Garamond" w:hAnsi="Garamond"/>
        </w:rPr>
        <w:lastRenderedPageBreak/>
        <w:t>The real you. The messy, imperfect, works-in-progress</w:t>
      </w:r>
      <w:r w:rsidR="008635D8">
        <w:rPr>
          <w:rFonts w:ascii="Garamond" w:hAnsi="Garamond"/>
        </w:rPr>
        <w:t>,</w:t>
      </w:r>
      <w:r w:rsidRPr="00771DC2">
        <w:rPr>
          <w:rFonts w:ascii="Garamond" w:hAnsi="Garamond"/>
        </w:rPr>
        <w:t xml:space="preserve"> you that God loves completely.</w:t>
      </w:r>
    </w:p>
    <w:p w14:paraId="324E2771" w14:textId="4633718E" w:rsidR="00F32FA7" w:rsidRPr="00771DC2" w:rsidRDefault="00000000" w:rsidP="0022374A">
      <w:pPr>
        <w:spacing w:after="0" w:line="336" w:lineRule="auto"/>
        <w:jc w:val="both"/>
        <w:rPr>
          <w:rFonts w:ascii="Garamond" w:hAnsi="Garamond"/>
        </w:rPr>
      </w:pPr>
      <w:r w:rsidRPr="00771DC2">
        <w:rPr>
          <w:rFonts w:ascii="Garamond" w:hAnsi="Garamond"/>
          <w:b/>
        </w:rPr>
        <w:t>You stop defending yourself and start trusting God.</w:t>
      </w:r>
      <w:r w:rsidRPr="00771DC2">
        <w:rPr>
          <w:rFonts w:ascii="Garamond" w:hAnsi="Garamond"/>
        </w:rPr>
        <w:t xml:space="preserve"> When someone criticizes you unfairly, you don</w:t>
      </w:r>
      <w:r w:rsidR="008635D8">
        <w:rPr>
          <w:rFonts w:ascii="Garamond" w:hAnsi="Garamond"/>
        </w:rPr>
        <w:t>’</w:t>
      </w:r>
      <w:r w:rsidRPr="00771DC2">
        <w:rPr>
          <w:rFonts w:ascii="Garamond" w:hAnsi="Garamond"/>
        </w:rPr>
        <w:t>t have to mount a defense. God knows your heart. He</w:t>
      </w:r>
      <w:r w:rsidR="008635D8">
        <w:rPr>
          <w:rFonts w:ascii="Garamond" w:hAnsi="Garamond"/>
        </w:rPr>
        <w:t xml:space="preserve"> will</w:t>
      </w:r>
      <w:r w:rsidRPr="00771DC2">
        <w:rPr>
          <w:rFonts w:ascii="Garamond" w:hAnsi="Garamond"/>
        </w:rPr>
        <w:t xml:space="preserve"> vindicate you if vindication is needed.</w:t>
      </w:r>
    </w:p>
    <w:p w14:paraId="7B4BE726" w14:textId="4515B80A" w:rsidR="00F32FA7" w:rsidRPr="00771DC2" w:rsidRDefault="00000000" w:rsidP="0022374A">
      <w:pPr>
        <w:spacing w:after="0" w:line="336" w:lineRule="auto"/>
        <w:jc w:val="both"/>
        <w:rPr>
          <w:rFonts w:ascii="Garamond" w:hAnsi="Garamond"/>
        </w:rPr>
      </w:pPr>
      <w:r w:rsidRPr="00771DC2">
        <w:rPr>
          <w:rFonts w:ascii="Garamond" w:hAnsi="Garamond"/>
          <w:b/>
        </w:rPr>
        <w:t>You stop trying to control outcomes and start focusing on</w:t>
      </w:r>
      <w:r w:rsidR="0022374A">
        <w:rPr>
          <w:rFonts w:ascii="Garamond" w:hAnsi="Garamond"/>
          <w:b/>
        </w:rPr>
        <w:t xml:space="preserve"> </w:t>
      </w:r>
      <w:r w:rsidRPr="00771DC2">
        <w:rPr>
          <w:rFonts w:ascii="Garamond" w:hAnsi="Garamond"/>
          <w:b/>
        </w:rPr>
        <w:t>obedience.</w:t>
      </w:r>
      <w:r w:rsidRPr="00771DC2">
        <w:rPr>
          <w:rFonts w:ascii="Garamond" w:hAnsi="Garamond"/>
        </w:rPr>
        <w:t xml:space="preserve"> Success becomes about faithfulness, not popularity.</w:t>
      </w:r>
    </w:p>
    <w:p w14:paraId="29EF997D" w14:textId="4E1F6CEE" w:rsidR="00F32FA7" w:rsidRPr="00771DC2" w:rsidRDefault="00000000" w:rsidP="0022374A">
      <w:pPr>
        <w:spacing w:after="0" w:line="336" w:lineRule="auto"/>
        <w:jc w:val="both"/>
        <w:rPr>
          <w:rFonts w:ascii="Garamond" w:hAnsi="Garamond"/>
        </w:rPr>
      </w:pPr>
      <w:r w:rsidRPr="00771DC2">
        <w:rPr>
          <w:rFonts w:ascii="Garamond" w:hAnsi="Garamond"/>
          <w:b/>
        </w:rPr>
        <w:t>You stop being paralyzed by fear and start taking holy risks.</w:t>
      </w:r>
      <w:r w:rsidRPr="00771DC2">
        <w:rPr>
          <w:rFonts w:ascii="Garamond" w:hAnsi="Garamond"/>
        </w:rPr>
        <w:t xml:space="preserve"> You can speak truth in love. You can follow God</w:t>
      </w:r>
      <w:r w:rsidR="001E700B">
        <w:rPr>
          <w:rFonts w:ascii="Garamond" w:hAnsi="Garamond"/>
        </w:rPr>
        <w:t>’</w:t>
      </w:r>
      <w:r w:rsidRPr="00771DC2">
        <w:rPr>
          <w:rFonts w:ascii="Garamond" w:hAnsi="Garamond"/>
        </w:rPr>
        <w:t>s leading even when it doesn</w:t>
      </w:r>
      <w:r w:rsidR="001E700B">
        <w:rPr>
          <w:rFonts w:ascii="Garamond" w:hAnsi="Garamond"/>
        </w:rPr>
        <w:t>’</w:t>
      </w:r>
      <w:r w:rsidRPr="00771DC2">
        <w:rPr>
          <w:rFonts w:ascii="Garamond" w:hAnsi="Garamond"/>
        </w:rPr>
        <w:t>t make sense to everyone else.</w:t>
      </w:r>
    </w:p>
    <w:p w14:paraId="67E00D79" w14:textId="77777777" w:rsidR="00F32FA7" w:rsidRPr="00771DC2" w:rsidRDefault="00000000" w:rsidP="0022374A">
      <w:pPr>
        <w:spacing w:after="0" w:line="336" w:lineRule="auto"/>
        <w:ind w:firstLine="284"/>
        <w:jc w:val="both"/>
        <w:rPr>
          <w:rFonts w:ascii="Garamond" w:hAnsi="Garamond"/>
        </w:rPr>
      </w:pPr>
      <w:r w:rsidRPr="00771DC2">
        <w:rPr>
          <w:rFonts w:ascii="Garamond" w:hAnsi="Garamond"/>
        </w:rPr>
        <w:t>This is the freedom Jesus offers. Not the freedom to be selfish, but the freedom to care about the right things in the right order.</w:t>
      </w:r>
    </w:p>
    <w:p w14:paraId="1971DC96" w14:textId="1A7AB74C" w:rsidR="00F32FA7" w:rsidRPr="00771DC2" w:rsidRDefault="00000000" w:rsidP="0022374A">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 xml:space="preserve">The Sacred </w:t>
      </w:r>
      <w:r w:rsidR="0022374A">
        <w:rPr>
          <w:rFonts w:ascii="Garamond" w:hAnsi="Garamond"/>
          <w:sz w:val="22"/>
          <w:szCs w:val="22"/>
        </w:rPr>
        <w:t>“</w:t>
      </w:r>
      <w:r w:rsidRPr="00771DC2">
        <w:rPr>
          <w:rFonts w:ascii="Garamond" w:hAnsi="Garamond"/>
          <w:sz w:val="22"/>
          <w:szCs w:val="22"/>
        </w:rPr>
        <w:t>No</w:t>
      </w:r>
      <w:r w:rsidR="0022374A">
        <w:rPr>
          <w:rFonts w:ascii="Garamond" w:hAnsi="Garamond"/>
          <w:sz w:val="22"/>
          <w:szCs w:val="22"/>
        </w:rPr>
        <w:t>”</w:t>
      </w:r>
    </w:p>
    <w:p w14:paraId="16137F42" w14:textId="7018AF67" w:rsidR="00F32FA7" w:rsidRPr="00771DC2" w:rsidRDefault="00000000" w:rsidP="00FE38B9">
      <w:pPr>
        <w:spacing w:after="0" w:line="336" w:lineRule="auto"/>
        <w:ind w:firstLine="284"/>
        <w:jc w:val="both"/>
        <w:rPr>
          <w:rFonts w:ascii="Garamond" w:hAnsi="Garamond"/>
        </w:rPr>
      </w:pPr>
      <w:r w:rsidRPr="00771DC2">
        <w:rPr>
          <w:rFonts w:ascii="Garamond" w:hAnsi="Garamond"/>
        </w:rPr>
        <w:t>Learning not to give a damn about everything means learning to give a damn about the right things. And that requires saying no.</w:t>
      </w:r>
      <w:r w:rsidR="00FE38B9">
        <w:rPr>
          <w:rFonts w:ascii="Garamond" w:hAnsi="Garamond"/>
        </w:rPr>
        <w:t xml:space="preserve"> </w:t>
      </w:r>
      <w:r w:rsidRPr="00771DC2">
        <w:rPr>
          <w:rFonts w:ascii="Garamond" w:hAnsi="Garamond"/>
        </w:rPr>
        <w:t>Jesus said no constantly. He said no to Satan's temptations (Matthew 4:1-11). He said no to crowds who wanted Him to stay (Luke 4:42-43). He said no to His disciples when they tried to protect Him from God</w:t>
      </w:r>
      <w:r w:rsidR="00FE38B9">
        <w:rPr>
          <w:rFonts w:ascii="Garamond" w:hAnsi="Garamond"/>
        </w:rPr>
        <w:t>’</w:t>
      </w:r>
      <w:r w:rsidRPr="00771DC2">
        <w:rPr>
          <w:rFonts w:ascii="Garamond" w:hAnsi="Garamond"/>
        </w:rPr>
        <w:t xml:space="preserve">s plan </w:t>
      </w:r>
      <w:r w:rsidRPr="00771DC2">
        <w:rPr>
          <w:rFonts w:ascii="Garamond" w:hAnsi="Garamond"/>
        </w:rPr>
        <w:lastRenderedPageBreak/>
        <w:t>(Matthew 16:22-23).</w:t>
      </w:r>
      <w:r w:rsidR="00FE38B9">
        <w:rPr>
          <w:rFonts w:ascii="Garamond" w:hAnsi="Garamond"/>
        </w:rPr>
        <w:t xml:space="preserve"> </w:t>
      </w:r>
      <w:r w:rsidRPr="00771DC2">
        <w:rPr>
          <w:rFonts w:ascii="Garamond" w:hAnsi="Garamond"/>
          <w:b/>
        </w:rPr>
        <w:t xml:space="preserve">Every yes to God requires a thousand </w:t>
      </w:r>
      <w:proofErr w:type="gramStart"/>
      <w:r w:rsidRPr="00771DC2">
        <w:rPr>
          <w:rFonts w:ascii="Garamond" w:hAnsi="Garamond"/>
          <w:b/>
        </w:rPr>
        <w:t>no</w:t>
      </w:r>
      <w:r w:rsidR="00F05142">
        <w:rPr>
          <w:rFonts w:ascii="Garamond" w:hAnsi="Garamond"/>
          <w:b/>
        </w:rPr>
        <w:t>’</w:t>
      </w:r>
      <w:r w:rsidRPr="00771DC2">
        <w:rPr>
          <w:rFonts w:ascii="Garamond" w:hAnsi="Garamond"/>
          <w:b/>
        </w:rPr>
        <w:t>s</w:t>
      </w:r>
      <w:proofErr w:type="gramEnd"/>
      <w:r w:rsidRPr="00771DC2">
        <w:rPr>
          <w:rFonts w:ascii="Garamond" w:hAnsi="Garamond"/>
          <w:b/>
        </w:rPr>
        <w:t xml:space="preserve"> to everything else.</w:t>
      </w:r>
    </w:p>
    <w:p w14:paraId="472AED2F" w14:textId="23FC7CAB" w:rsidR="00F32FA7" w:rsidRPr="00771DC2" w:rsidRDefault="00000000" w:rsidP="001505A6">
      <w:pPr>
        <w:spacing w:after="0" w:line="336" w:lineRule="auto"/>
        <w:ind w:firstLine="284"/>
        <w:jc w:val="both"/>
        <w:rPr>
          <w:rFonts w:ascii="Garamond" w:hAnsi="Garamond"/>
        </w:rPr>
      </w:pPr>
      <w:r w:rsidRPr="00771DC2">
        <w:rPr>
          <w:rFonts w:ascii="Garamond" w:hAnsi="Garamond"/>
        </w:rPr>
        <w:t>But we</w:t>
      </w:r>
      <w:r w:rsidR="00FE38B9">
        <w:rPr>
          <w:rFonts w:ascii="Garamond" w:hAnsi="Garamond"/>
        </w:rPr>
        <w:t>’</w:t>
      </w:r>
      <w:r w:rsidRPr="00771DC2">
        <w:rPr>
          <w:rFonts w:ascii="Garamond" w:hAnsi="Garamond"/>
        </w:rPr>
        <w:t>ve been taught that saying no is selfish. We</w:t>
      </w:r>
      <w:r w:rsidR="00FE38B9">
        <w:rPr>
          <w:rFonts w:ascii="Garamond" w:hAnsi="Garamond"/>
        </w:rPr>
        <w:t>’</w:t>
      </w:r>
      <w:r w:rsidRPr="00771DC2">
        <w:rPr>
          <w:rFonts w:ascii="Garamond" w:hAnsi="Garamond"/>
        </w:rPr>
        <w:t>ve been guilted into believing that every need is a calling, every request is a command from God.</w:t>
      </w:r>
      <w:r w:rsidR="00FE38B9">
        <w:rPr>
          <w:rFonts w:ascii="Garamond" w:hAnsi="Garamond"/>
        </w:rPr>
        <w:t xml:space="preserve"> </w:t>
      </w:r>
      <w:r w:rsidRPr="00771DC2">
        <w:rPr>
          <w:rFonts w:ascii="Garamond" w:hAnsi="Garamond"/>
        </w:rPr>
        <w:t>This is not biblical</w:t>
      </w:r>
      <w:r w:rsidR="00FE38B9">
        <w:rPr>
          <w:rFonts w:ascii="Garamond" w:hAnsi="Garamond"/>
        </w:rPr>
        <w:t xml:space="preserve"> nor traditional.</w:t>
      </w:r>
      <w:r w:rsidRPr="00771DC2">
        <w:rPr>
          <w:rFonts w:ascii="Garamond" w:hAnsi="Garamond"/>
        </w:rPr>
        <w:t xml:space="preserve"> This is burnout disguised as spirituality.</w:t>
      </w:r>
    </w:p>
    <w:p w14:paraId="4A92A44F" w14:textId="431CE707" w:rsidR="00F32FA7" w:rsidRPr="00771DC2" w:rsidRDefault="00000000" w:rsidP="001505A6">
      <w:pPr>
        <w:spacing w:after="0" w:line="336" w:lineRule="auto"/>
        <w:ind w:firstLine="284"/>
        <w:jc w:val="both"/>
        <w:rPr>
          <w:rFonts w:ascii="Garamond" w:hAnsi="Garamond"/>
        </w:rPr>
      </w:pPr>
      <w:r w:rsidRPr="00771DC2">
        <w:rPr>
          <w:rFonts w:ascii="Garamond" w:hAnsi="Garamond"/>
        </w:rPr>
        <w:t>God has given you specific gifts, a specific calling, and a specific amount of time and energy. When you say yes to everything, you</w:t>
      </w:r>
      <w:r w:rsidR="001505A6">
        <w:rPr>
          <w:rFonts w:ascii="Garamond" w:hAnsi="Garamond"/>
        </w:rPr>
        <w:t>’</w:t>
      </w:r>
      <w:r w:rsidRPr="00771DC2">
        <w:rPr>
          <w:rFonts w:ascii="Garamond" w:hAnsi="Garamond"/>
        </w:rPr>
        <w:t>re saying no to the things God specifically prepared for you to do.</w:t>
      </w:r>
      <w:r w:rsidR="001505A6">
        <w:rPr>
          <w:rFonts w:ascii="Garamond" w:hAnsi="Garamond"/>
        </w:rPr>
        <w:t xml:space="preserve"> </w:t>
      </w:r>
      <w:r w:rsidRPr="00771DC2">
        <w:rPr>
          <w:rFonts w:ascii="Garamond" w:hAnsi="Garamond"/>
        </w:rPr>
        <w:t xml:space="preserve">Ephesians 2:10 says, </w:t>
      </w:r>
      <w:r w:rsidR="001505A6">
        <w:rPr>
          <w:rFonts w:ascii="Garamond" w:hAnsi="Garamond"/>
        </w:rPr>
        <w:t>“</w:t>
      </w:r>
      <w:r w:rsidRPr="00771DC2">
        <w:rPr>
          <w:rFonts w:ascii="Garamond" w:hAnsi="Garamond"/>
        </w:rPr>
        <w:t>For we are his workmanship, created in Christ Jesus for good works, which God prepared beforehand, that we should walk in them.</w:t>
      </w:r>
      <w:r w:rsidR="001505A6">
        <w:rPr>
          <w:rFonts w:ascii="Garamond" w:hAnsi="Garamond"/>
        </w:rPr>
        <w:t>”</w:t>
      </w:r>
    </w:p>
    <w:p w14:paraId="48A9DCBA" w14:textId="3EDC1F2F" w:rsidR="00F32FA7" w:rsidRPr="00771DC2" w:rsidRDefault="00000000" w:rsidP="00094B9A">
      <w:pPr>
        <w:spacing w:after="0" w:line="336" w:lineRule="auto"/>
        <w:jc w:val="both"/>
        <w:rPr>
          <w:rFonts w:ascii="Garamond" w:hAnsi="Garamond"/>
        </w:rPr>
      </w:pPr>
      <w:r w:rsidRPr="00771DC2">
        <w:rPr>
          <w:rFonts w:ascii="Garamond" w:hAnsi="Garamond"/>
        </w:rPr>
        <w:t xml:space="preserve">Notice: </w:t>
      </w:r>
      <w:r w:rsidR="001505A6">
        <w:rPr>
          <w:rFonts w:ascii="Garamond" w:hAnsi="Garamond"/>
        </w:rPr>
        <w:t>“</w:t>
      </w:r>
      <w:r w:rsidRPr="00771DC2">
        <w:rPr>
          <w:rFonts w:ascii="Garamond" w:hAnsi="Garamond"/>
        </w:rPr>
        <w:t xml:space="preserve">good </w:t>
      </w:r>
      <w:r w:rsidR="001505A6" w:rsidRPr="00771DC2">
        <w:rPr>
          <w:rFonts w:ascii="Garamond" w:hAnsi="Garamond"/>
        </w:rPr>
        <w:t>works</w:t>
      </w:r>
      <w:r w:rsidR="001505A6">
        <w:rPr>
          <w:rFonts w:ascii="Garamond" w:hAnsi="Garamond"/>
        </w:rPr>
        <w:t>” not</w:t>
      </w:r>
      <w:r w:rsidRPr="00771DC2">
        <w:rPr>
          <w:rFonts w:ascii="Garamond" w:hAnsi="Garamond"/>
        </w:rPr>
        <w:t xml:space="preserve"> all works. The specific works God prepared for you.</w:t>
      </w:r>
      <w:r w:rsidR="001505A6">
        <w:rPr>
          <w:rFonts w:ascii="Garamond" w:hAnsi="Garamond"/>
        </w:rPr>
        <w:t xml:space="preserve"> </w:t>
      </w:r>
      <w:r w:rsidRPr="00771DC2">
        <w:rPr>
          <w:rFonts w:ascii="Garamond" w:hAnsi="Garamond"/>
        </w:rPr>
        <w:t>This means there are good things you</w:t>
      </w:r>
      <w:r w:rsidR="001505A6">
        <w:rPr>
          <w:rFonts w:ascii="Garamond" w:hAnsi="Garamond"/>
        </w:rPr>
        <w:t>’</w:t>
      </w:r>
      <w:r w:rsidRPr="00771DC2">
        <w:rPr>
          <w:rFonts w:ascii="Garamond" w:hAnsi="Garamond"/>
        </w:rPr>
        <w:t>re not supposed to do. Holy things you</w:t>
      </w:r>
      <w:r w:rsidR="001505A6">
        <w:rPr>
          <w:rFonts w:ascii="Garamond" w:hAnsi="Garamond"/>
        </w:rPr>
        <w:t>’</w:t>
      </w:r>
      <w:r w:rsidRPr="00771DC2">
        <w:rPr>
          <w:rFonts w:ascii="Garamond" w:hAnsi="Garamond"/>
        </w:rPr>
        <w:t>re called to decline. Ministry</w:t>
      </w:r>
      <w:r w:rsidR="001505A6">
        <w:rPr>
          <w:rFonts w:ascii="Garamond" w:hAnsi="Garamond"/>
        </w:rPr>
        <w:t xml:space="preserve"> </w:t>
      </w:r>
      <w:r w:rsidRPr="00771DC2">
        <w:rPr>
          <w:rFonts w:ascii="Garamond" w:hAnsi="Garamond"/>
        </w:rPr>
        <w:t>opportunities you should turn down</w:t>
      </w:r>
      <w:r w:rsidR="001505A6">
        <w:rPr>
          <w:rFonts w:ascii="Garamond" w:hAnsi="Garamond"/>
        </w:rPr>
        <w:t>, people</w:t>
      </w:r>
      <w:r w:rsidRPr="00771DC2">
        <w:rPr>
          <w:rFonts w:ascii="Garamond" w:hAnsi="Garamond"/>
        </w:rPr>
        <w:t xml:space="preserve"> you</w:t>
      </w:r>
      <w:r w:rsidR="001505A6">
        <w:rPr>
          <w:rFonts w:ascii="Garamond" w:hAnsi="Garamond"/>
        </w:rPr>
        <w:t>’</w:t>
      </w:r>
      <w:r w:rsidRPr="00771DC2">
        <w:rPr>
          <w:rFonts w:ascii="Garamond" w:hAnsi="Garamond"/>
        </w:rPr>
        <w:t>re not meant to please.</w:t>
      </w:r>
    </w:p>
    <w:p w14:paraId="3785B4D8" w14:textId="409B9746" w:rsidR="00F32FA7" w:rsidRPr="00771DC2" w:rsidRDefault="00000000" w:rsidP="00094B9A">
      <w:pPr>
        <w:spacing w:line="336" w:lineRule="auto"/>
        <w:ind w:firstLine="284"/>
        <w:jc w:val="both"/>
        <w:rPr>
          <w:rFonts w:ascii="Garamond" w:hAnsi="Garamond"/>
        </w:rPr>
      </w:pPr>
      <w:r w:rsidRPr="00771DC2">
        <w:rPr>
          <w:rFonts w:ascii="Garamond" w:hAnsi="Garamond"/>
        </w:rPr>
        <w:t>And that</w:t>
      </w:r>
      <w:r w:rsidR="001505A6">
        <w:rPr>
          <w:rFonts w:ascii="Garamond" w:hAnsi="Garamond"/>
        </w:rPr>
        <w:t>’</w:t>
      </w:r>
      <w:r w:rsidRPr="00771DC2">
        <w:rPr>
          <w:rFonts w:ascii="Garamond" w:hAnsi="Garamond"/>
        </w:rPr>
        <w:t>s not just okay</w:t>
      </w:r>
      <w:r w:rsidR="001505A6">
        <w:rPr>
          <w:rFonts w:ascii="Garamond" w:hAnsi="Garamond"/>
        </w:rPr>
        <w:t xml:space="preserve">, </w:t>
      </w:r>
      <w:r w:rsidRPr="00771DC2">
        <w:rPr>
          <w:rFonts w:ascii="Garamond" w:hAnsi="Garamond"/>
        </w:rPr>
        <w:t>it</w:t>
      </w:r>
      <w:r w:rsidR="001505A6">
        <w:rPr>
          <w:rFonts w:ascii="Garamond" w:hAnsi="Garamond"/>
        </w:rPr>
        <w:t>’</w:t>
      </w:r>
      <w:r w:rsidRPr="00771DC2">
        <w:rPr>
          <w:rFonts w:ascii="Garamond" w:hAnsi="Garamond"/>
        </w:rPr>
        <w:t>s faithful.</w:t>
      </w:r>
    </w:p>
    <w:p w14:paraId="1F77A42D" w14:textId="77777777" w:rsidR="00F32FA7" w:rsidRPr="00094B9A" w:rsidRDefault="00000000" w:rsidP="00094B9A">
      <w:pPr>
        <w:pStyle w:val="Heading2"/>
        <w:spacing w:before="0" w:after="0" w:line="336" w:lineRule="auto"/>
        <w:ind w:firstLine="284"/>
        <w:jc w:val="center"/>
        <w:rPr>
          <w:rFonts w:ascii="Garamond" w:hAnsi="Garamond"/>
          <w:sz w:val="24"/>
          <w:szCs w:val="24"/>
        </w:rPr>
      </w:pPr>
      <w:r w:rsidRPr="00094B9A">
        <w:rPr>
          <w:rFonts w:ascii="Garamond" w:hAnsi="Garamond"/>
          <w:sz w:val="24"/>
          <w:szCs w:val="24"/>
        </w:rPr>
        <w:t>Biblical Examples of Holy Detachment</w:t>
      </w:r>
    </w:p>
    <w:p w14:paraId="4BE226CB" w14:textId="28C43BDC" w:rsidR="00F32FA7" w:rsidRPr="00771DC2" w:rsidRDefault="00000000" w:rsidP="00094B9A">
      <w:pPr>
        <w:spacing w:after="0" w:line="336" w:lineRule="auto"/>
        <w:ind w:firstLine="284"/>
        <w:jc w:val="both"/>
        <w:rPr>
          <w:rFonts w:ascii="Garamond" w:hAnsi="Garamond"/>
        </w:rPr>
      </w:pPr>
      <w:r w:rsidRPr="00771DC2">
        <w:rPr>
          <w:rFonts w:ascii="Garamond" w:hAnsi="Garamond"/>
          <w:b/>
        </w:rPr>
        <w:t>David</w:t>
      </w:r>
      <w:r w:rsidRPr="00771DC2">
        <w:rPr>
          <w:rFonts w:ascii="Garamond" w:hAnsi="Garamond"/>
        </w:rPr>
        <w:t xml:space="preserve"> refused to kill Saul even when his men said God had delivered his enemy into his hands (1 Samuel 24:4-7). He didn</w:t>
      </w:r>
      <w:r w:rsidR="00094B9A">
        <w:rPr>
          <w:rFonts w:ascii="Garamond" w:hAnsi="Garamond"/>
        </w:rPr>
        <w:t>’</w:t>
      </w:r>
      <w:r w:rsidRPr="00771DC2">
        <w:rPr>
          <w:rFonts w:ascii="Garamond" w:hAnsi="Garamond"/>
        </w:rPr>
        <w:t>t do what everyone expected. He did what God wanted.</w:t>
      </w:r>
    </w:p>
    <w:p w14:paraId="3DF7086C" w14:textId="129F03D5" w:rsidR="00F32FA7" w:rsidRPr="00771DC2" w:rsidRDefault="00000000" w:rsidP="00094B9A">
      <w:pPr>
        <w:spacing w:line="336" w:lineRule="auto"/>
        <w:ind w:firstLine="284"/>
        <w:jc w:val="both"/>
        <w:rPr>
          <w:rFonts w:ascii="Garamond" w:hAnsi="Garamond"/>
        </w:rPr>
      </w:pPr>
      <w:r w:rsidRPr="00771DC2">
        <w:rPr>
          <w:rFonts w:ascii="Garamond" w:hAnsi="Garamond"/>
          <w:b/>
        </w:rPr>
        <w:lastRenderedPageBreak/>
        <w:t>Daniel</w:t>
      </w:r>
      <w:r w:rsidRPr="00771DC2">
        <w:rPr>
          <w:rFonts w:ascii="Garamond" w:hAnsi="Garamond"/>
        </w:rPr>
        <w:t xml:space="preserve"> refused to eat the king</w:t>
      </w:r>
      <w:r w:rsidR="00094B9A">
        <w:rPr>
          <w:rFonts w:ascii="Garamond" w:hAnsi="Garamond"/>
        </w:rPr>
        <w:t>’</w:t>
      </w:r>
      <w:r w:rsidRPr="00771DC2">
        <w:rPr>
          <w:rFonts w:ascii="Garamond" w:hAnsi="Garamond"/>
        </w:rPr>
        <w:t>s food even though it would have been easier to go along (Daniel 1:8). He didn</w:t>
      </w:r>
      <w:r w:rsidR="00094B9A">
        <w:rPr>
          <w:rFonts w:ascii="Garamond" w:hAnsi="Garamond"/>
        </w:rPr>
        <w:t>’</w:t>
      </w:r>
      <w:r w:rsidRPr="00771DC2">
        <w:rPr>
          <w:rFonts w:ascii="Garamond" w:hAnsi="Garamond"/>
        </w:rPr>
        <w:t>t care about fitting in. He cared about faithfulness.</w:t>
      </w:r>
    </w:p>
    <w:p w14:paraId="490AE66F" w14:textId="026E1A39" w:rsidR="00F32FA7" w:rsidRPr="00771DC2" w:rsidRDefault="00000000" w:rsidP="00094B9A">
      <w:pPr>
        <w:spacing w:after="0" w:line="336" w:lineRule="auto"/>
        <w:ind w:firstLine="284"/>
        <w:jc w:val="both"/>
        <w:rPr>
          <w:rFonts w:ascii="Garamond" w:hAnsi="Garamond"/>
        </w:rPr>
      </w:pPr>
      <w:r w:rsidRPr="00771DC2">
        <w:rPr>
          <w:rFonts w:ascii="Garamond" w:hAnsi="Garamond"/>
          <w:b/>
        </w:rPr>
        <w:t>Paul</w:t>
      </w:r>
      <w:r w:rsidRPr="00771DC2">
        <w:rPr>
          <w:rFonts w:ascii="Garamond" w:hAnsi="Garamond"/>
        </w:rPr>
        <w:t xml:space="preserve"> said, </w:t>
      </w:r>
      <w:r w:rsidR="00094B9A">
        <w:rPr>
          <w:rFonts w:ascii="Garamond" w:hAnsi="Garamond"/>
        </w:rPr>
        <w:t>“</w:t>
      </w:r>
      <w:r w:rsidRPr="00771DC2">
        <w:rPr>
          <w:rFonts w:ascii="Garamond" w:hAnsi="Garamond"/>
        </w:rPr>
        <w:t>Am I now seeking the approval of man, or of God? Or am I trying to please man? If I were still trying to please man, I would not be a servant of Christ</w:t>
      </w:r>
      <w:r w:rsidR="00094B9A">
        <w:rPr>
          <w:rFonts w:ascii="Garamond" w:hAnsi="Garamond"/>
        </w:rPr>
        <w:t>”</w:t>
      </w:r>
      <w:r w:rsidRPr="00771DC2">
        <w:rPr>
          <w:rFonts w:ascii="Garamond" w:hAnsi="Garamond"/>
        </w:rPr>
        <w:t xml:space="preserve"> (Galatians 1:10).</w:t>
      </w:r>
    </w:p>
    <w:p w14:paraId="423709F0" w14:textId="63BD5686" w:rsidR="00F32FA7" w:rsidRPr="00771DC2" w:rsidRDefault="00000000" w:rsidP="00094B9A">
      <w:pPr>
        <w:spacing w:after="0" w:line="336" w:lineRule="auto"/>
        <w:ind w:firstLine="284"/>
        <w:jc w:val="both"/>
        <w:rPr>
          <w:rFonts w:ascii="Garamond" w:hAnsi="Garamond"/>
        </w:rPr>
      </w:pPr>
      <w:r w:rsidRPr="00771DC2">
        <w:rPr>
          <w:rFonts w:ascii="Garamond" w:hAnsi="Garamond"/>
        </w:rPr>
        <w:t>These weren</w:t>
      </w:r>
      <w:r w:rsidR="00094B9A">
        <w:rPr>
          <w:rFonts w:ascii="Garamond" w:hAnsi="Garamond"/>
        </w:rPr>
        <w:t>’</w:t>
      </w:r>
      <w:r w:rsidRPr="00771DC2">
        <w:rPr>
          <w:rFonts w:ascii="Garamond" w:hAnsi="Garamond"/>
        </w:rPr>
        <w:t>t cold</w:t>
      </w:r>
      <w:r w:rsidR="00094B9A">
        <w:rPr>
          <w:rFonts w:ascii="Garamond" w:hAnsi="Garamond"/>
        </w:rPr>
        <w:t xml:space="preserve"> or </w:t>
      </w:r>
      <w:r w:rsidRPr="00771DC2">
        <w:rPr>
          <w:rFonts w:ascii="Garamond" w:hAnsi="Garamond"/>
        </w:rPr>
        <w:t>uncaring people. They were people who understood that loving God sometimes means disappointing people. They learned the sacred art of not giving a damn about the wrong things.</w:t>
      </w:r>
    </w:p>
    <w:p w14:paraId="54851F51" w14:textId="77777777" w:rsidR="00F32FA7" w:rsidRPr="00771DC2" w:rsidRDefault="00000000" w:rsidP="00094B9A">
      <w:pPr>
        <w:pStyle w:val="Heading2"/>
        <w:spacing w:line="336" w:lineRule="auto"/>
        <w:ind w:firstLine="284"/>
        <w:jc w:val="center"/>
        <w:rPr>
          <w:rFonts w:ascii="Garamond" w:hAnsi="Garamond"/>
          <w:sz w:val="22"/>
          <w:szCs w:val="22"/>
        </w:rPr>
      </w:pPr>
      <w:r w:rsidRPr="00771DC2">
        <w:rPr>
          <w:rFonts w:ascii="Garamond" w:hAnsi="Garamond"/>
          <w:sz w:val="22"/>
          <w:szCs w:val="22"/>
        </w:rPr>
        <w:t>The Practical Path Forward</w:t>
      </w:r>
    </w:p>
    <w:p w14:paraId="120F4C2E" w14:textId="77777777" w:rsidR="00F32FA7" w:rsidRPr="00771DC2" w:rsidRDefault="00000000" w:rsidP="00094B9A">
      <w:pPr>
        <w:spacing w:after="0" w:line="336" w:lineRule="auto"/>
        <w:ind w:firstLine="284"/>
        <w:jc w:val="both"/>
        <w:rPr>
          <w:rFonts w:ascii="Garamond" w:hAnsi="Garamond"/>
        </w:rPr>
      </w:pPr>
      <w:r w:rsidRPr="00771DC2">
        <w:rPr>
          <w:rFonts w:ascii="Garamond" w:hAnsi="Garamond"/>
        </w:rPr>
        <w:t>So how do we start living this way?</w:t>
      </w:r>
    </w:p>
    <w:p w14:paraId="6FEA4DCF" w14:textId="1F5F89B5" w:rsidR="00F32FA7" w:rsidRPr="00771DC2" w:rsidRDefault="00000000" w:rsidP="00094B9A">
      <w:pPr>
        <w:spacing w:after="0" w:line="336" w:lineRule="auto"/>
        <w:jc w:val="both"/>
        <w:rPr>
          <w:rFonts w:ascii="Garamond" w:hAnsi="Garamond"/>
        </w:rPr>
      </w:pPr>
      <w:r w:rsidRPr="00771DC2">
        <w:rPr>
          <w:rFonts w:ascii="Garamond" w:hAnsi="Garamond"/>
          <w:b/>
        </w:rPr>
        <w:t>Start with identity.</w:t>
      </w:r>
      <w:r w:rsidRPr="00771DC2">
        <w:rPr>
          <w:rFonts w:ascii="Garamond" w:hAnsi="Garamond"/>
        </w:rPr>
        <w:t xml:space="preserve"> Remember who you are in Christ. You are loved, chosen, forgiven, </w:t>
      </w:r>
      <w:r w:rsidR="00094B9A">
        <w:rPr>
          <w:rFonts w:ascii="Garamond" w:hAnsi="Garamond"/>
        </w:rPr>
        <w:t xml:space="preserve">and </w:t>
      </w:r>
      <w:r w:rsidRPr="00771DC2">
        <w:rPr>
          <w:rFonts w:ascii="Garamond" w:hAnsi="Garamond"/>
        </w:rPr>
        <w:t>secure</w:t>
      </w:r>
      <w:r w:rsidR="00094B9A">
        <w:rPr>
          <w:rFonts w:ascii="Garamond" w:hAnsi="Garamond"/>
        </w:rPr>
        <w:t>d</w:t>
      </w:r>
      <w:r w:rsidRPr="00771DC2">
        <w:rPr>
          <w:rFonts w:ascii="Garamond" w:hAnsi="Garamond"/>
        </w:rPr>
        <w:t>. Your worth doesn</w:t>
      </w:r>
      <w:r w:rsidR="00094B9A">
        <w:rPr>
          <w:rFonts w:ascii="Garamond" w:hAnsi="Garamond"/>
        </w:rPr>
        <w:t>’</w:t>
      </w:r>
      <w:r w:rsidRPr="00771DC2">
        <w:rPr>
          <w:rFonts w:ascii="Garamond" w:hAnsi="Garamond"/>
        </w:rPr>
        <w:t>t fluctuate based on human opinion.</w:t>
      </w:r>
    </w:p>
    <w:p w14:paraId="440F0057" w14:textId="77777777" w:rsidR="00094B9A" w:rsidRDefault="00000000" w:rsidP="00094B9A">
      <w:pPr>
        <w:spacing w:after="0" w:line="336" w:lineRule="auto"/>
        <w:jc w:val="both"/>
        <w:rPr>
          <w:rFonts w:ascii="Garamond" w:hAnsi="Garamond"/>
        </w:rPr>
      </w:pPr>
      <w:r w:rsidRPr="00771DC2">
        <w:rPr>
          <w:rFonts w:ascii="Garamond" w:hAnsi="Garamond"/>
          <w:b/>
        </w:rPr>
        <w:t>Practice the pause.</w:t>
      </w:r>
      <w:r w:rsidRPr="00771DC2">
        <w:rPr>
          <w:rFonts w:ascii="Garamond" w:hAnsi="Garamond"/>
        </w:rPr>
        <w:t xml:space="preserve"> Before you respond to criticism, before you defend yourself, pause. Ask: </w:t>
      </w:r>
      <w:r w:rsidR="00094B9A">
        <w:rPr>
          <w:rFonts w:ascii="Garamond" w:hAnsi="Garamond"/>
        </w:rPr>
        <w:t>“</w:t>
      </w:r>
      <w:r w:rsidRPr="00771DC2">
        <w:rPr>
          <w:rFonts w:ascii="Garamond" w:hAnsi="Garamond"/>
        </w:rPr>
        <w:t>Does this matter to God? Will this matter in eternity?</w:t>
      </w:r>
      <w:r w:rsidR="00094B9A">
        <w:rPr>
          <w:rFonts w:ascii="Garamond" w:hAnsi="Garamond"/>
        </w:rPr>
        <w:t>”</w:t>
      </w:r>
    </w:p>
    <w:p w14:paraId="4F206D2B" w14:textId="779AEFE1" w:rsidR="00F32FA7" w:rsidRPr="00771DC2" w:rsidRDefault="00000000" w:rsidP="00094B9A">
      <w:pPr>
        <w:spacing w:after="0" w:line="336" w:lineRule="auto"/>
        <w:jc w:val="both"/>
        <w:rPr>
          <w:rFonts w:ascii="Garamond" w:hAnsi="Garamond"/>
        </w:rPr>
      </w:pPr>
      <w:r w:rsidRPr="00771DC2">
        <w:rPr>
          <w:rFonts w:ascii="Garamond" w:hAnsi="Garamond"/>
          <w:b/>
        </w:rPr>
        <w:t>Limit your inputs.</w:t>
      </w:r>
      <w:r w:rsidRPr="00771DC2">
        <w:rPr>
          <w:rFonts w:ascii="Garamond" w:hAnsi="Garamond"/>
        </w:rPr>
        <w:t xml:space="preserve"> You don</w:t>
      </w:r>
      <w:r w:rsidR="00094B9A">
        <w:rPr>
          <w:rFonts w:ascii="Garamond" w:hAnsi="Garamond"/>
        </w:rPr>
        <w:t>’</w:t>
      </w:r>
      <w:r w:rsidRPr="00771DC2">
        <w:rPr>
          <w:rFonts w:ascii="Garamond" w:hAnsi="Garamond"/>
        </w:rPr>
        <w:t xml:space="preserve">t have to read every comment, respond to every message, </w:t>
      </w:r>
      <w:r w:rsidR="00094B9A">
        <w:rPr>
          <w:rFonts w:ascii="Garamond" w:hAnsi="Garamond"/>
        </w:rPr>
        <w:t xml:space="preserve">or </w:t>
      </w:r>
      <w:r w:rsidRPr="00771DC2">
        <w:rPr>
          <w:rFonts w:ascii="Garamond" w:hAnsi="Garamond"/>
        </w:rPr>
        <w:t>engage with every opinion.</w:t>
      </w:r>
      <w:r w:rsidR="00094B9A">
        <w:rPr>
          <w:rFonts w:ascii="Garamond" w:hAnsi="Garamond"/>
        </w:rPr>
        <w:t xml:space="preserve"> </w:t>
      </w:r>
      <w:r w:rsidRPr="00771DC2">
        <w:rPr>
          <w:rFonts w:ascii="Garamond" w:hAnsi="Garamond"/>
        </w:rPr>
        <w:lastRenderedPageBreak/>
        <w:t>Unfollow accounts that drain your joy. Set boundaries with people who constantly need you to manage their emotions.</w:t>
      </w:r>
    </w:p>
    <w:p w14:paraId="0369B3F6" w14:textId="77777777" w:rsidR="00094B9A" w:rsidRDefault="00094B9A" w:rsidP="00094B9A">
      <w:pPr>
        <w:spacing w:line="336" w:lineRule="auto"/>
        <w:jc w:val="both"/>
        <w:rPr>
          <w:rFonts w:ascii="Garamond" w:hAnsi="Garamond"/>
          <w:b/>
        </w:rPr>
      </w:pPr>
    </w:p>
    <w:p w14:paraId="2A08E5E3" w14:textId="0DF176DD" w:rsidR="00F32FA7" w:rsidRPr="00771DC2" w:rsidRDefault="00000000" w:rsidP="00094B9A">
      <w:pPr>
        <w:spacing w:after="0" w:line="336" w:lineRule="auto"/>
        <w:jc w:val="both"/>
        <w:rPr>
          <w:rFonts w:ascii="Garamond" w:hAnsi="Garamond"/>
        </w:rPr>
      </w:pPr>
      <w:r w:rsidRPr="00771DC2">
        <w:rPr>
          <w:rFonts w:ascii="Garamond" w:hAnsi="Garamond"/>
          <w:b/>
        </w:rPr>
        <w:t>Find your yes.</w:t>
      </w:r>
      <w:r w:rsidRPr="00771DC2">
        <w:rPr>
          <w:rFonts w:ascii="Garamond" w:hAnsi="Garamond"/>
        </w:rPr>
        <w:t xml:space="preserve"> What has God specifically called you to do? Focus your energy there. Let everything else be secondary.</w:t>
      </w:r>
    </w:p>
    <w:p w14:paraId="3267F215" w14:textId="4EE57949" w:rsidR="00F32FA7" w:rsidRPr="00771DC2" w:rsidRDefault="00000000" w:rsidP="00094B9A">
      <w:pPr>
        <w:spacing w:after="0" w:line="336" w:lineRule="auto"/>
        <w:jc w:val="both"/>
        <w:rPr>
          <w:rFonts w:ascii="Garamond" w:hAnsi="Garamond"/>
        </w:rPr>
      </w:pPr>
      <w:r w:rsidRPr="00771DC2">
        <w:rPr>
          <w:rFonts w:ascii="Garamond" w:hAnsi="Garamond"/>
          <w:b/>
        </w:rPr>
        <w:t>Practice disappointing people.</w:t>
      </w:r>
      <w:r w:rsidRPr="00771DC2">
        <w:rPr>
          <w:rFonts w:ascii="Garamond" w:hAnsi="Garamond"/>
        </w:rPr>
        <w:t xml:space="preserve"> Start small</w:t>
      </w:r>
      <w:r w:rsidR="00094B9A">
        <w:rPr>
          <w:rFonts w:ascii="Garamond" w:hAnsi="Garamond"/>
        </w:rPr>
        <w:t>,</w:t>
      </w:r>
      <w:r w:rsidRPr="00771DC2">
        <w:rPr>
          <w:rFonts w:ascii="Garamond" w:hAnsi="Garamond"/>
        </w:rPr>
        <w:t xml:space="preserve"> </w:t>
      </w:r>
      <w:r w:rsidR="00094B9A">
        <w:rPr>
          <w:rFonts w:ascii="Garamond" w:hAnsi="Garamond"/>
        </w:rPr>
        <w:t>say</w:t>
      </w:r>
      <w:r w:rsidRPr="00771DC2">
        <w:rPr>
          <w:rFonts w:ascii="Garamond" w:hAnsi="Garamond"/>
        </w:rPr>
        <w:t xml:space="preserve"> no to a request that doesn</w:t>
      </w:r>
      <w:r w:rsidR="00094B9A">
        <w:rPr>
          <w:rFonts w:ascii="Garamond" w:hAnsi="Garamond"/>
        </w:rPr>
        <w:t>’</w:t>
      </w:r>
      <w:r w:rsidRPr="00771DC2">
        <w:rPr>
          <w:rFonts w:ascii="Garamond" w:hAnsi="Garamond"/>
        </w:rPr>
        <w:t>t align with your calling. Decline an invitation that would drain you. Set a boundary with someone who</w:t>
      </w:r>
      <w:r w:rsidR="00094B9A">
        <w:rPr>
          <w:rFonts w:ascii="Garamond" w:hAnsi="Garamond"/>
        </w:rPr>
        <w:t>’</w:t>
      </w:r>
      <w:r w:rsidRPr="00771DC2">
        <w:rPr>
          <w:rFonts w:ascii="Garamond" w:hAnsi="Garamond"/>
        </w:rPr>
        <w:t>s used to unlimited access to you.</w:t>
      </w:r>
    </w:p>
    <w:p w14:paraId="58BEE772" w14:textId="5CF8EB1C" w:rsidR="00F32FA7" w:rsidRPr="00771DC2" w:rsidRDefault="00000000" w:rsidP="00094B9A">
      <w:pPr>
        <w:spacing w:line="336" w:lineRule="auto"/>
        <w:jc w:val="both"/>
        <w:rPr>
          <w:rFonts w:ascii="Garamond" w:hAnsi="Garamond"/>
        </w:rPr>
      </w:pPr>
      <w:r w:rsidRPr="00771DC2">
        <w:rPr>
          <w:rFonts w:ascii="Garamond" w:hAnsi="Garamond"/>
          <w:b/>
        </w:rPr>
        <w:t>Remember the audience of One.</w:t>
      </w:r>
      <w:r w:rsidRPr="00771DC2">
        <w:rPr>
          <w:rFonts w:ascii="Garamond" w:hAnsi="Garamond"/>
        </w:rPr>
        <w:t xml:space="preserve"> When you</w:t>
      </w:r>
      <w:r w:rsidR="00094B9A">
        <w:rPr>
          <w:rFonts w:ascii="Garamond" w:hAnsi="Garamond"/>
        </w:rPr>
        <w:t>’</w:t>
      </w:r>
      <w:r w:rsidRPr="00771DC2">
        <w:rPr>
          <w:rFonts w:ascii="Garamond" w:hAnsi="Garamond"/>
        </w:rPr>
        <w:t>re tempted to perform for human approval, remember that God is watching. His opinion is the only one that matters eternally.</w:t>
      </w:r>
    </w:p>
    <w:p w14:paraId="2EC1D5C2" w14:textId="77777777" w:rsidR="00F32FA7" w:rsidRPr="00771DC2" w:rsidRDefault="00000000" w:rsidP="00094B9A">
      <w:pPr>
        <w:pStyle w:val="Heading2"/>
        <w:spacing w:line="336" w:lineRule="auto"/>
        <w:ind w:firstLine="284"/>
        <w:jc w:val="center"/>
        <w:rPr>
          <w:rFonts w:ascii="Garamond" w:hAnsi="Garamond"/>
          <w:sz w:val="22"/>
          <w:szCs w:val="22"/>
        </w:rPr>
      </w:pPr>
      <w:r w:rsidRPr="00771DC2">
        <w:rPr>
          <w:rFonts w:ascii="Garamond" w:hAnsi="Garamond"/>
          <w:sz w:val="22"/>
          <w:szCs w:val="22"/>
        </w:rPr>
        <w:t>The Challenge</w:t>
      </w:r>
    </w:p>
    <w:p w14:paraId="446D1A09" w14:textId="5CE66B7A" w:rsidR="005123C4" w:rsidRPr="00856165" w:rsidRDefault="00000000" w:rsidP="00856165">
      <w:pPr>
        <w:pStyle w:val="ListParagraph"/>
        <w:numPr>
          <w:ilvl w:val="0"/>
          <w:numId w:val="11"/>
        </w:numPr>
        <w:spacing w:after="0" w:line="336" w:lineRule="auto"/>
        <w:jc w:val="both"/>
        <w:rPr>
          <w:rFonts w:ascii="Garamond" w:hAnsi="Garamond"/>
        </w:rPr>
      </w:pPr>
      <w:r w:rsidRPr="00856165">
        <w:rPr>
          <w:rFonts w:ascii="Garamond" w:hAnsi="Garamond"/>
          <w:b/>
          <w:bCs/>
        </w:rPr>
        <w:t>Identify three things you currently care about that God probably doesn</w:t>
      </w:r>
      <w:r w:rsidR="005123C4" w:rsidRPr="00856165">
        <w:rPr>
          <w:rFonts w:ascii="Garamond" w:hAnsi="Garamond"/>
          <w:b/>
          <w:bCs/>
        </w:rPr>
        <w:t>’</w:t>
      </w:r>
      <w:r w:rsidRPr="00856165">
        <w:rPr>
          <w:rFonts w:ascii="Garamond" w:hAnsi="Garamond"/>
          <w:b/>
          <w:bCs/>
        </w:rPr>
        <w:t>t</w:t>
      </w:r>
      <w:r w:rsidRPr="005123C4">
        <w:rPr>
          <w:rFonts w:ascii="Garamond" w:hAnsi="Garamond"/>
        </w:rPr>
        <w:t>.</w:t>
      </w:r>
      <w:r w:rsidR="00856165">
        <w:rPr>
          <w:rFonts w:ascii="Garamond" w:hAnsi="Garamond"/>
        </w:rPr>
        <w:t xml:space="preserve"> </w:t>
      </w:r>
      <w:r w:rsidRPr="00856165">
        <w:rPr>
          <w:rFonts w:ascii="Garamond" w:hAnsi="Garamond"/>
        </w:rPr>
        <w:t>Maybe it</w:t>
      </w:r>
      <w:r w:rsidR="005123C4" w:rsidRPr="00856165">
        <w:rPr>
          <w:rFonts w:ascii="Garamond" w:hAnsi="Garamond"/>
        </w:rPr>
        <w:t>’</w:t>
      </w:r>
      <w:r w:rsidRPr="00856165">
        <w:rPr>
          <w:rFonts w:ascii="Garamond" w:hAnsi="Garamond"/>
        </w:rPr>
        <w:t>s the number of likes on your posts. Maybe it</w:t>
      </w:r>
      <w:r w:rsidR="005123C4" w:rsidRPr="00856165">
        <w:rPr>
          <w:rFonts w:ascii="Garamond" w:hAnsi="Garamond"/>
        </w:rPr>
        <w:t>’</w:t>
      </w:r>
      <w:r w:rsidRPr="00856165">
        <w:rPr>
          <w:rFonts w:ascii="Garamond" w:hAnsi="Garamond"/>
        </w:rPr>
        <w:t>s what your extended family thinks about your life choices. Maybe it</w:t>
      </w:r>
      <w:r w:rsidR="005123C4" w:rsidRPr="00856165">
        <w:rPr>
          <w:rFonts w:ascii="Garamond" w:hAnsi="Garamond"/>
        </w:rPr>
        <w:t>’</w:t>
      </w:r>
      <w:r w:rsidRPr="00856165">
        <w:rPr>
          <w:rFonts w:ascii="Garamond" w:hAnsi="Garamond"/>
        </w:rPr>
        <w:t>s winning every argument.</w:t>
      </w:r>
    </w:p>
    <w:p w14:paraId="5C297AB4" w14:textId="18750CC7" w:rsidR="00F32FA7" w:rsidRPr="005123C4" w:rsidRDefault="00000000" w:rsidP="00856165">
      <w:pPr>
        <w:pStyle w:val="ListParagraph"/>
        <w:numPr>
          <w:ilvl w:val="0"/>
          <w:numId w:val="11"/>
        </w:numPr>
        <w:spacing w:after="0" w:line="336" w:lineRule="auto"/>
        <w:jc w:val="both"/>
        <w:rPr>
          <w:rFonts w:ascii="Garamond" w:hAnsi="Garamond"/>
        </w:rPr>
      </w:pPr>
      <w:r w:rsidRPr="00856165">
        <w:rPr>
          <w:rFonts w:ascii="Garamond" w:hAnsi="Garamond"/>
          <w:b/>
          <w:bCs/>
        </w:rPr>
        <w:t>Write them down.</w:t>
      </w:r>
      <w:r w:rsidRPr="005123C4">
        <w:rPr>
          <w:rFonts w:ascii="Garamond" w:hAnsi="Garamond"/>
        </w:rPr>
        <w:t xml:space="preserve"> For the next seven days, practice letting them go. When you feel the urge to check, defend, or control, remind yourself: </w:t>
      </w:r>
      <w:r w:rsidR="005123C4">
        <w:rPr>
          <w:rFonts w:ascii="Garamond" w:hAnsi="Garamond"/>
        </w:rPr>
        <w:t>“</w:t>
      </w:r>
      <w:r w:rsidRPr="005123C4">
        <w:rPr>
          <w:rFonts w:ascii="Garamond" w:hAnsi="Garamond"/>
        </w:rPr>
        <w:t>This doesn</w:t>
      </w:r>
      <w:r w:rsidR="005123C4">
        <w:rPr>
          <w:rFonts w:ascii="Garamond" w:hAnsi="Garamond"/>
        </w:rPr>
        <w:t>’</w:t>
      </w:r>
      <w:r w:rsidRPr="005123C4">
        <w:rPr>
          <w:rFonts w:ascii="Garamond" w:hAnsi="Garamond"/>
        </w:rPr>
        <w:t>t matter to God. I</w:t>
      </w:r>
      <w:r w:rsidR="005123C4">
        <w:rPr>
          <w:rFonts w:ascii="Garamond" w:hAnsi="Garamond"/>
        </w:rPr>
        <w:t>’</w:t>
      </w:r>
      <w:r w:rsidRPr="005123C4">
        <w:rPr>
          <w:rFonts w:ascii="Garamond" w:hAnsi="Garamond"/>
        </w:rPr>
        <w:t>m not going to give it my energy.</w:t>
      </w:r>
      <w:r w:rsidR="005123C4">
        <w:rPr>
          <w:rFonts w:ascii="Garamond" w:hAnsi="Garamond"/>
        </w:rPr>
        <w:t>”</w:t>
      </w:r>
    </w:p>
    <w:p w14:paraId="3E552AA0" w14:textId="6B2E459A" w:rsidR="00F32FA7" w:rsidRPr="005123C4" w:rsidRDefault="00000000" w:rsidP="00856165">
      <w:pPr>
        <w:pStyle w:val="ListParagraph"/>
        <w:numPr>
          <w:ilvl w:val="0"/>
          <w:numId w:val="11"/>
        </w:numPr>
        <w:spacing w:after="0" w:line="336" w:lineRule="auto"/>
        <w:jc w:val="both"/>
        <w:rPr>
          <w:rFonts w:ascii="Garamond" w:hAnsi="Garamond"/>
        </w:rPr>
      </w:pPr>
      <w:r w:rsidRPr="00856165">
        <w:rPr>
          <w:rFonts w:ascii="Garamond" w:hAnsi="Garamond"/>
          <w:b/>
          <w:bCs/>
        </w:rPr>
        <w:lastRenderedPageBreak/>
        <w:t>Notice what happens.</w:t>
      </w:r>
      <w:r w:rsidRPr="005123C4">
        <w:rPr>
          <w:rFonts w:ascii="Garamond" w:hAnsi="Garamond"/>
        </w:rPr>
        <w:t xml:space="preserve"> Notice how much mental space you free up. Notice how much more peaceful you feel. Notice how much more you</w:t>
      </w:r>
      <w:r w:rsidR="005123C4">
        <w:rPr>
          <w:rFonts w:ascii="Garamond" w:hAnsi="Garamond"/>
        </w:rPr>
        <w:t>’</w:t>
      </w:r>
      <w:r w:rsidRPr="005123C4">
        <w:rPr>
          <w:rFonts w:ascii="Garamond" w:hAnsi="Garamond"/>
        </w:rPr>
        <w:t>re able to focus on what actually matters.</w:t>
      </w:r>
    </w:p>
    <w:p w14:paraId="14FE1F54" w14:textId="1CCD67A6" w:rsidR="00F32FA7" w:rsidRPr="00771DC2" w:rsidRDefault="00000000" w:rsidP="005123C4">
      <w:pPr>
        <w:spacing w:after="0" w:line="336" w:lineRule="auto"/>
        <w:rPr>
          <w:rFonts w:ascii="Garamond" w:hAnsi="Garamond"/>
        </w:rPr>
      </w:pPr>
      <w:r w:rsidRPr="00771DC2">
        <w:rPr>
          <w:rFonts w:ascii="Garamond" w:hAnsi="Garamond"/>
        </w:rPr>
        <w:t>This isn</w:t>
      </w:r>
      <w:r w:rsidR="005123C4">
        <w:rPr>
          <w:rFonts w:ascii="Garamond" w:hAnsi="Garamond"/>
        </w:rPr>
        <w:t>’</w:t>
      </w:r>
      <w:r w:rsidRPr="00771DC2">
        <w:rPr>
          <w:rFonts w:ascii="Garamond" w:hAnsi="Garamond"/>
        </w:rPr>
        <w:t>t about becoming cold or uncaring. It</w:t>
      </w:r>
      <w:r w:rsidR="005123C4">
        <w:rPr>
          <w:rFonts w:ascii="Garamond" w:hAnsi="Garamond"/>
        </w:rPr>
        <w:t>’</w:t>
      </w:r>
      <w:r w:rsidRPr="00771DC2">
        <w:rPr>
          <w:rFonts w:ascii="Garamond" w:hAnsi="Garamond"/>
        </w:rPr>
        <w:t>s about becoming free.</w:t>
      </w:r>
      <w:r w:rsidR="005123C4">
        <w:rPr>
          <w:rFonts w:ascii="Garamond" w:hAnsi="Garamond"/>
        </w:rPr>
        <w:t xml:space="preserve"> </w:t>
      </w:r>
      <w:r w:rsidRPr="00771DC2">
        <w:rPr>
          <w:rFonts w:ascii="Garamond" w:hAnsi="Garamond"/>
        </w:rPr>
        <w:t>Jesus didn</w:t>
      </w:r>
      <w:r w:rsidR="005123C4">
        <w:rPr>
          <w:rFonts w:ascii="Garamond" w:hAnsi="Garamond"/>
        </w:rPr>
        <w:t>’</w:t>
      </w:r>
      <w:r w:rsidRPr="00771DC2">
        <w:rPr>
          <w:rFonts w:ascii="Garamond" w:hAnsi="Garamond"/>
        </w:rPr>
        <w:t>t please everyone</w:t>
      </w:r>
      <w:r w:rsidR="005123C4">
        <w:rPr>
          <w:rFonts w:ascii="Garamond" w:hAnsi="Garamond"/>
        </w:rPr>
        <w:t>,</w:t>
      </w:r>
      <w:r w:rsidRPr="00771DC2">
        <w:rPr>
          <w:rFonts w:ascii="Garamond" w:hAnsi="Garamond"/>
        </w:rPr>
        <w:t xml:space="preserve"> </w:t>
      </w:r>
      <w:r w:rsidR="005123C4">
        <w:rPr>
          <w:rFonts w:ascii="Garamond" w:hAnsi="Garamond"/>
        </w:rPr>
        <w:t>but</w:t>
      </w:r>
      <w:r w:rsidRPr="00771DC2">
        <w:rPr>
          <w:rFonts w:ascii="Garamond" w:hAnsi="Garamond"/>
        </w:rPr>
        <w:t xml:space="preserve"> He pleased the One who mattered most.</w:t>
      </w:r>
    </w:p>
    <w:p w14:paraId="74049C59" w14:textId="5CEF7161" w:rsidR="00F32FA7" w:rsidRPr="00771DC2" w:rsidRDefault="00000000" w:rsidP="005123C4">
      <w:pPr>
        <w:spacing w:after="0" w:line="336" w:lineRule="auto"/>
        <w:ind w:firstLine="284"/>
        <w:rPr>
          <w:rFonts w:ascii="Garamond" w:hAnsi="Garamond"/>
        </w:rPr>
      </w:pPr>
      <w:r w:rsidRPr="00771DC2">
        <w:rPr>
          <w:rFonts w:ascii="Garamond" w:hAnsi="Garamond"/>
        </w:rPr>
        <w:t>When you learn to do the same, you</w:t>
      </w:r>
      <w:r w:rsidR="005123C4">
        <w:rPr>
          <w:rFonts w:ascii="Garamond" w:hAnsi="Garamond"/>
        </w:rPr>
        <w:t>’</w:t>
      </w:r>
      <w:r w:rsidRPr="00771DC2">
        <w:rPr>
          <w:rFonts w:ascii="Garamond" w:hAnsi="Garamond"/>
        </w:rPr>
        <w:t>ll discover the sacred art of not giving a damn about anything except what God gives a damn about.</w:t>
      </w:r>
    </w:p>
    <w:p w14:paraId="6FEF036E" w14:textId="77777777" w:rsidR="00F32FA7" w:rsidRPr="00771DC2" w:rsidRDefault="00000000" w:rsidP="005123C4">
      <w:pPr>
        <w:spacing w:after="0" w:line="336" w:lineRule="auto"/>
        <w:ind w:firstLine="284"/>
        <w:rPr>
          <w:rFonts w:ascii="Garamond" w:hAnsi="Garamond"/>
        </w:rPr>
      </w:pPr>
      <w:r w:rsidRPr="00771DC2">
        <w:rPr>
          <w:rFonts w:ascii="Garamond" w:hAnsi="Garamond"/>
        </w:rPr>
        <w:t>And that, my friend, is the beginning of true freedom.</w:t>
      </w:r>
    </w:p>
    <w:p w14:paraId="3F6391F7" w14:textId="3CDE80B6" w:rsidR="00F32FA7" w:rsidRDefault="00F32FA7" w:rsidP="00E82982">
      <w:pPr>
        <w:spacing w:line="336" w:lineRule="auto"/>
        <w:ind w:firstLine="284"/>
        <w:rPr>
          <w:rFonts w:ascii="Garamond" w:hAnsi="Garamond"/>
        </w:rPr>
      </w:pPr>
    </w:p>
    <w:p w14:paraId="3EFC9145" w14:textId="7A5DE505" w:rsidR="005123C4" w:rsidRDefault="005123C4" w:rsidP="00E82982">
      <w:pPr>
        <w:spacing w:line="336" w:lineRule="auto"/>
        <w:ind w:firstLine="284"/>
        <w:rPr>
          <w:rFonts w:ascii="Garamond" w:hAnsi="Garamond"/>
        </w:rPr>
      </w:pPr>
    </w:p>
    <w:p w14:paraId="7F27F2AA" w14:textId="3A955BB8" w:rsidR="005123C4" w:rsidRDefault="005123C4" w:rsidP="00E82982">
      <w:pPr>
        <w:spacing w:line="336" w:lineRule="auto"/>
        <w:ind w:firstLine="284"/>
        <w:rPr>
          <w:rFonts w:ascii="Garamond" w:hAnsi="Garamond"/>
        </w:rPr>
      </w:pPr>
    </w:p>
    <w:p w14:paraId="0EEC7458" w14:textId="203806EC" w:rsidR="005123C4" w:rsidRDefault="005123C4" w:rsidP="00E82982">
      <w:pPr>
        <w:spacing w:line="336" w:lineRule="auto"/>
        <w:ind w:firstLine="284"/>
        <w:rPr>
          <w:rFonts w:ascii="Garamond" w:hAnsi="Garamond"/>
        </w:rPr>
      </w:pPr>
    </w:p>
    <w:p w14:paraId="206E52FE" w14:textId="4372AA26" w:rsidR="005123C4" w:rsidRDefault="005123C4" w:rsidP="00E82982">
      <w:pPr>
        <w:spacing w:line="336" w:lineRule="auto"/>
        <w:ind w:firstLine="284"/>
        <w:rPr>
          <w:rFonts w:ascii="Garamond" w:hAnsi="Garamond"/>
        </w:rPr>
      </w:pPr>
    </w:p>
    <w:p w14:paraId="20F63F69" w14:textId="21EB5D30" w:rsidR="005123C4" w:rsidRDefault="005123C4" w:rsidP="00E82982">
      <w:pPr>
        <w:spacing w:line="336" w:lineRule="auto"/>
        <w:ind w:firstLine="284"/>
        <w:rPr>
          <w:rFonts w:ascii="Garamond" w:hAnsi="Garamond"/>
        </w:rPr>
      </w:pPr>
    </w:p>
    <w:p w14:paraId="5D62BD32" w14:textId="3001214C" w:rsidR="005123C4" w:rsidRDefault="005123C4" w:rsidP="00E82982">
      <w:pPr>
        <w:spacing w:line="336" w:lineRule="auto"/>
        <w:ind w:firstLine="284"/>
        <w:rPr>
          <w:rFonts w:ascii="Garamond" w:hAnsi="Garamond"/>
        </w:rPr>
      </w:pPr>
    </w:p>
    <w:p w14:paraId="36673D4C" w14:textId="50561F1A" w:rsidR="005123C4" w:rsidRDefault="005123C4" w:rsidP="00E82982">
      <w:pPr>
        <w:spacing w:line="336" w:lineRule="auto"/>
        <w:ind w:firstLine="284"/>
        <w:rPr>
          <w:rFonts w:ascii="Garamond" w:hAnsi="Garamond"/>
        </w:rPr>
      </w:pPr>
    </w:p>
    <w:p w14:paraId="12F40715" w14:textId="77777777" w:rsidR="00856165" w:rsidRPr="00771DC2" w:rsidRDefault="00856165" w:rsidP="00E82982">
      <w:pPr>
        <w:spacing w:line="336" w:lineRule="auto"/>
        <w:ind w:firstLine="284"/>
        <w:rPr>
          <w:rFonts w:ascii="Garamond" w:hAnsi="Garamond"/>
        </w:rPr>
      </w:pPr>
    </w:p>
    <w:p w14:paraId="78FB00AF" w14:textId="102BB632" w:rsidR="00856165" w:rsidRDefault="00000000" w:rsidP="00856165">
      <w:pPr>
        <w:pStyle w:val="ChapterTitle"/>
        <w:spacing w:line="336" w:lineRule="auto"/>
        <w:ind w:firstLine="284"/>
        <w:jc w:val="center"/>
        <w:rPr>
          <w:rFonts w:ascii="Garamond" w:hAnsi="Garamond"/>
          <w:sz w:val="22"/>
        </w:rPr>
      </w:pPr>
      <w:r w:rsidRPr="00771DC2">
        <w:rPr>
          <w:rFonts w:ascii="Garamond" w:hAnsi="Garamond"/>
          <w:sz w:val="22"/>
        </w:rPr>
        <w:t>CHAPTER 2</w:t>
      </w:r>
    </w:p>
    <w:p w14:paraId="69E38612" w14:textId="60780927" w:rsidR="00F32FA7" w:rsidRPr="00771DC2" w:rsidRDefault="00000000" w:rsidP="00856165">
      <w:pPr>
        <w:pStyle w:val="ChapterTitle"/>
        <w:spacing w:line="336" w:lineRule="auto"/>
        <w:ind w:firstLine="284"/>
        <w:jc w:val="center"/>
        <w:rPr>
          <w:rFonts w:ascii="Garamond" w:hAnsi="Garamond"/>
          <w:sz w:val="22"/>
        </w:rPr>
      </w:pPr>
      <w:r w:rsidRPr="00771DC2">
        <w:rPr>
          <w:rFonts w:ascii="Garamond" w:hAnsi="Garamond"/>
          <w:sz w:val="22"/>
        </w:rPr>
        <w:t>You</w:t>
      </w:r>
      <w:r w:rsidR="00856165">
        <w:rPr>
          <w:rFonts w:ascii="Garamond" w:hAnsi="Garamond"/>
          <w:sz w:val="22"/>
        </w:rPr>
        <w:t>’</w:t>
      </w:r>
      <w:r w:rsidRPr="00771DC2">
        <w:rPr>
          <w:rFonts w:ascii="Garamond" w:hAnsi="Garamond"/>
          <w:sz w:val="22"/>
        </w:rPr>
        <w:t>re Not the Main Character, God Is</w:t>
      </w:r>
    </w:p>
    <w:p w14:paraId="589B5C78" w14:textId="3CF1981E" w:rsidR="00F32FA7" w:rsidRPr="00856165" w:rsidRDefault="00856165" w:rsidP="00856165">
      <w:pPr>
        <w:spacing w:line="336" w:lineRule="auto"/>
        <w:ind w:firstLine="284"/>
        <w:jc w:val="center"/>
        <w:rPr>
          <w:rFonts w:ascii="Garamond" w:hAnsi="Garamond"/>
          <w:i/>
          <w:iCs/>
        </w:rPr>
      </w:pPr>
      <w:r w:rsidRPr="00856165">
        <w:rPr>
          <w:rFonts w:ascii="Garamond" w:hAnsi="Garamond"/>
          <w:i/>
          <w:iCs/>
        </w:rPr>
        <w:t>“The moment you realize you</w:t>
      </w:r>
      <w:r>
        <w:rPr>
          <w:rFonts w:ascii="Garamond" w:hAnsi="Garamond"/>
          <w:i/>
          <w:iCs/>
        </w:rPr>
        <w:t>’</w:t>
      </w:r>
      <w:r w:rsidRPr="00856165">
        <w:rPr>
          <w:rFonts w:ascii="Garamond" w:hAnsi="Garamond"/>
          <w:i/>
          <w:iCs/>
        </w:rPr>
        <w:t>re not the center of the universe is the moment you become free.”</w:t>
      </w:r>
    </w:p>
    <w:p w14:paraId="1295D6A5" w14:textId="641F223F" w:rsidR="00C16621" w:rsidRPr="00C16621" w:rsidRDefault="00C16621" w:rsidP="00C16621">
      <w:pPr>
        <w:pStyle w:val="NormalWeb"/>
        <w:spacing w:before="0" w:beforeAutospacing="0" w:after="0" w:afterAutospacing="0" w:line="336" w:lineRule="auto"/>
        <w:ind w:firstLine="284"/>
        <w:jc w:val="both"/>
        <w:rPr>
          <w:rFonts w:ascii="Garamond" w:hAnsi="Garamond"/>
          <w:sz w:val="22"/>
          <w:szCs w:val="22"/>
        </w:rPr>
      </w:pPr>
      <w:r w:rsidRPr="00C16621">
        <w:rPr>
          <w:rFonts w:ascii="Garamond" w:hAnsi="Garamond"/>
          <w:sz w:val="22"/>
          <w:szCs w:val="22"/>
        </w:rPr>
        <w:t>Let me tell you about James.</w:t>
      </w:r>
      <w:r>
        <w:rPr>
          <w:rFonts w:ascii="Garamond" w:hAnsi="Garamond"/>
          <w:sz w:val="22"/>
          <w:szCs w:val="22"/>
          <w:lang w:val="en-GB"/>
        </w:rPr>
        <w:t xml:space="preserve"> </w:t>
      </w:r>
      <w:r w:rsidRPr="00C16621">
        <w:rPr>
          <w:rFonts w:ascii="Garamond" w:hAnsi="Garamond"/>
          <w:sz w:val="22"/>
          <w:szCs w:val="22"/>
        </w:rPr>
        <w:t>James is a devoted choir master at a parish in Chipata. Lately, he’s been going through what he calls a “spiritual crisis.” But it’s not what you might think. He’s not doubting God’s presence, nor is he questioning his faith. He’s simply upset because the new parish priest didn’t consult him about the new direction for liturgical music.</w:t>
      </w:r>
      <w:r>
        <w:rPr>
          <w:rFonts w:ascii="Garamond" w:hAnsi="Garamond"/>
          <w:sz w:val="22"/>
          <w:szCs w:val="22"/>
          <w:lang w:val="en-GB"/>
        </w:rPr>
        <w:t xml:space="preserve"> </w:t>
      </w:r>
      <w:r w:rsidRPr="00C16621">
        <w:rPr>
          <w:rFonts w:ascii="Garamond" w:hAnsi="Garamond"/>
          <w:sz w:val="22"/>
          <w:szCs w:val="22"/>
        </w:rPr>
        <w:t xml:space="preserve">“I’ve been here for five years,” James tells me over coffee, his voice tightening with frustration. “I know this parish. I know what moves the people during Mass. But did Fr. </w:t>
      </w:r>
      <w:proofErr w:type="spellStart"/>
      <w:r w:rsidRPr="00C16621">
        <w:rPr>
          <w:rFonts w:ascii="Garamond" w:hAnsi="Garamond"/>
          <w:sz w:val="22"/>
          <w:szCs w:val="22"/>
        </w:rPr>
        <w:t>Trywell</w:t>
      </w:r>
      <w:proofErr w:type="spellEnd"/>
      <w:r w:rsidRPr="00C16621">
        <w:rPr>
          <w:rFonts w:ascii="Garamond" w:hAnsi="Garamond"/>
          <w:sz w:val="22"/>
          <w:szCs w:val="22"/>
        </w:rPr>
        <w:t xml:space="preserve"> ask me? No. He just stood at the pulpit and announced his vision like I don’t even exist.”</w:t>
      </w:r>
    </w:p>
    <w:p w14:paraId="19582DD1" w14:textId="60986E3C" w:rsidR="00C16621" w:rsidRPr="00C16621" w:rsidRDefault="00C16621" w:rsidP="00C16621">
      <w:pPr>
        <w:pStyle w:val="NormalWeb"/>
        <w:spacing w:before="0" w:beforeAutospacing="0" w:after="0" w:afterAutospacing="0" w:line="336" w:lineRule="auto"/>
        <w:ind w:firstLine="284"/>
        <w:jc w:val="both"/>
        <w:rPr>
          <w:rFonts w:ascii="Garamond" w:hAnsi="Garamond"/>
          <w:sz w:val="22"/>
          <w:szCs w:val="22"/>
        </w:rPr>
      </w:pPr>
      <w:r w:rsidRPr="00C16621">
        <w:rPr>
          <w:rFonts w:ascii="Garamond" w:hAnsi="Garamond"/>
          <w:sz w:val="22"/>
          <w:szCs w:val="22"/>
        </w:rPr>
        <w:t>For twenty minutes, James pours out his heart</w:t>
      </w:r>
      <w:r>
        <w:rPr>
          <w:rFonts w:ascii="Garamond" w:hAnsi="Garamond"/>
          <w:sz w:val="22"/>
          <w:szCs w:val="22"/>
          <w:lang w:val="en-GB"/>
        </w:rPr>
        <w:t xml:space="preserve"> </w:t>
      </w:r>
      <w:r w:rsidRPr="00C16621">
        <w:rPr>
          <w:rFonts w:ascii="Garamond" w:hAnsi="Garamond"/>
          <w:sz w:val="22"/>
          <w:szCs w:val="22"/>
        </w:rPr>
        <w:t xml:space="preserve">about how his talents are being overlooked, how the choir’s efforts are </w:t>
      </w:r>
      <w:r w:rsidRPr="00C16621">
        <w:rPr>
          <w:rFonts w:ascii="Garamond" w:hAnsi="Garamond"/>
          <w:sz w:val="22"/>
          <w:szCs w:val="22"/>
        </w:rPr>
        <w:lastRenderedPageBreak/>
        <w:t>unappreciated, how things were so much better under the former priest who “truly valued his contributions.”</w:t>
      </w:r>
    </w:p>
    <w:p w14:paraId="66E27567" w14:textId="77777777" w:rsidR="00C16621" w:rsidRPr="00C16621" w:rsidRDefault="00C16621" w:rsidP="00F73A80">
      <w:pPr>
        <w:pStyle w:val="NormalWeb"/>
        <w:spacing w:before="0" w:beforeAutospacing="0" w:after="0" w:afterAutospacing="0" w:line="336" w:lineRule="auto"/>
        <w:ind w:firstLine="284"/>
        <w:jc w:val="both"/>
        <w:rPr>
          <w:rFonts w:ascii="Garamond" w:hAnsi="Garamond"/>
          <w:sz w:val="22"/>
          <w:szCs w:val="22"/>
        </w:rPr>
      </w:pPr>
      <w:r w:rsidRPr="00C16621">
        <w:rPr>
          <w:rFonts w:ascii="Garamond" w:hAnsi="Garamond"/>
          <w:sz w:val="22"/>
          <w:szCs w:val="22"/>
        </w:rPr>
        <w:t>Finally, I lean forward and ask a question that stops him mid-sentence:</w:t>
      </w:r>
      <w:r w:rsidRPr="00C16621">
        <w:rPr>
          <w:rFonts w:ascii="Garamond" w:hAnsi="Garamond"/>
          <w:sz w:val="22"/>
          <w:szCs w:val="22"/>
        </w:rPr>
        <w:br/>
        <w:t>“James, what if this isn’t about you at all?”</w:t>
      </w:r>
    </w:p>
    <w:p w14:paraId="18BEDF64" w14:textId="1336931D" w:rsidR="00C16621" w:rsidRPr="00C16621" w:rsidRDefault="00C16621" w:rsidP="00F73A80">
      <w:pPr>
        <w:pStyle w:val="NormalWeb"/>
        <w:spacing w:before="0" w:beforeAutospacing="0" w:after="0" w:afterAutospacing="0" w:line="336" w:lineRule="auto"/>
        <w:jc w:val="both"/>
        <w:rPr>
          <w:rFonts w:ascii="Garamond" w:hAnsi="Garamond"/>
          <w:sz w:val="22"/>
          <w:szCs w:val="22"/>
        </w:rPr>
      </w:pPr>
      <w:r w:rsidRPr="00C16621">
        <w:rPr>
          <w:rFonts w:ascii="Garamond" w:hAnsi="Garamond"/>
          <w:sz w:val="22"/>
          <w:szCs w:val="22"/>
        </w:rPr>
        <w:t>The silence that follows is heavy. Even the sound of the wind brushing against the</w:t>
      </w:r>
      <w:r>
        <w:rPr>
          <w:rFonts w:ascii="Garamond" w:hAnsi="Garamond"/>
          <w:sz w:val="22"/>
          <w:szCs w:val="22"/>
          <w:lang w:val="en-GB"/>
        </w:rPr>
        <w:t xml:space="preserve"> </w:t>
      </w:r>
      <w:r w:rsidRPr="00C16621">
        <w:rPr>
          <w:rFonts w:ascii="Garamond" w:hAnsi="Garamond"/>
          <w:sz w:val="22"/>
          <w:szCs w:val="22"/>
        </w:rPr>
        <w:t>windows seems louder than our</w:t>
      </w:r>
      <w:r w:rsidR="00F73A80">
        <w:rPr>
          <w:rFonts w:ascii="Garamond" w:hAnsi="Garamond"/>
          <w:sz w:val="22"/>
          <w:szCs w:val="22"/>
          <w:lang w:val="en-GB"/>
        </w:rPr>
        <w:t xml:space="preserve"> </w:t>
      </w:r>
      <w:r w:rsidRPr="00C16621">
        <w:rPr>
          <w:rFonts w:ascii="Garamond" w:hAnsi="Garamond"/>
          <w:sz w:val="22"/>
          <w:szCs w:val="22"/>
        </w:rPr>
        <w:t>breathing.</w:t>
      </w:r>
    </w:p>
    <w:p w14:paraId="6D8CB32D" w14:textId="04985F54" w:rsidR="00C16621" w:rsidRPr="00C16621" w:rsidRDefault="00C16621" w:rsidP="00F73A80">
      <w:pPr>
        <w:pStyle w:val="NormalWeb"/>
        <w:spacing w:before="0" w:beforeAutospacing="0" w:after="0" w:afterAutospacing="0" w:line="336" w:lineRule="auto"/>
        <w:ind w:firstLine="284"/>
        <w:jc w:val="both"/>
        <w:rPr>
          <w:rFonts w:ascii="Garamond" w:hAnsi="Garamond"/>
          <w:sz w:val="22"/>
          <w:szCs w:val="22"/>
        </w:rPr>
      </w:pPr>
      <w:r w:rsidRPr="00C16621">
        <w:rPr>
          <w:rFonts w:ascii="Garamond" w:hAnsi="Garamond"/>
          <w:sz w:val="22"/>
          <w:szCs w:val="22"/>
        </w:rPr>
        <w:t>You see, James has fallen into a trap that quietly entangles many Christians today</w:t>
      </w:r>
      <w:r>
        <w:rPr>
          <w:rFonts w:ascii="Garamond" w:hAnsi="Garamond"/>
          <w:sz w:val="22"/>
          <w:szCs w:val="22"/>
          <w:lang w:val="en-GB"/>
        </w:rPr>
        <w:t>. H</w:t>
      </w:r>
      <w:r w:rsidRPr="00C16621">
        <w:rPr>
          <w:rFonts w:ascii="Garamond" w:hAnsi="Garamond"/>
          <w:sz w:val="22"/>
          <w:szCs w:val="22"/>
        </w:rPr>
        <w:t>e’s made himself the main character in God’s story. And when that happens, everyone else becomes a supporting actor: either helping our script succeed or getting in our way.</w:t>
      </w:r>
    </w:p>
    <w:p w14:paraId="49C2B9DC" w14:textId="006B95D7" w:rsidR="00C16621" w:rsidRPr="00C16621" w:rsidRDefault="00C16621" w:rsidP="00F73A80">
      <w:pPr>
        <w:pStyle w:val="NormalWeb"/>
        <w:spacing w:before="0" w:beforeAutospacing="0" w:after="0" w:afterAutospacing="0" w:line="336" w:lineRule="auto"/>
        <w:ind w:firstLine="284"/>
        <w:rPr>
          <w:rFonts w:ascii="Garamond" w:hAnsi="Garamond"/>
          <w:sz w:val="22"/>
          <w:szCs w:val="22"/>
        </w:rPr>
      </w:pPr>
      <w:r w:rsidRPr="00C16621">
        <w:rPr>
          <w:rFonts w:ascii="Garamond" w:hAnsi="Garamond"/>
          <w:sz w:val="22"/>
          <w:szCs w:val="22"/>
        </w:rPr>
        <w:t xml:space="preserve">But here’s the truth we all need to remember: </w:t>
      </w:r>
      <w:r w:rsidRPr="00C16621">
        <w:rPr>
          <w:rStyle w:val="Strong"/>
          <w:rFonts w:ascii="Garamond" w:hAnsi="Garamond"/>
          <w:sz w:val="22"/>
          <w:szCs w:val="22"/>
        </w:rPr>
        <w:t>you’re not the main character</w:t>
      </w:r>
      <w:r w:rsidR="00F73A80">
        <w:rPr>
          <w:rStyle w:val="Strong"/>
          <w:rFonts w:ascii="Garamond" w:hAnsi="Garamond"/>
          <w:sz w:val="22"/>
          <w:szCs w:val="22"/>
          <w:lang w:val="en-GB"/>
        </w:rPr>
        <w:t xml:space="preserve">, </w:t>
      </w:r>
      <w:r w:rsidRPr="00C16621">
        <w:rPr>
          <w:rStyle w:val="Strong"/>
          <w:rFonts w:ascii="Garamond" w:hAnsi="Garamond"/>
          <w:sz w:val="22"/>
          <w:szCs w:val="22"/>
        </w:rPr>
        <w:t>God is.</w:t>
      </w:r>
      <w:r w:rsidRPr="00C16621">
        <w:rPr>
          <w:rFonts w:ascii="Garamond" w:hAnsi="Garamond"/>
          <w:sz w:val="22"/>
          <w:szCs w:val="22"/>
        </w:rPr>
        <w:br/>
        <w:t>Everything we do, even in service, must point back to Him, not to us.</w:t>
      </w:r>
    </w:p>
    <w:p w14:paraId="048D1D43" w14:textId="77777777" w:rsidR="00F32FA7" w:rsidRPr="00771DC2" w:rsidRDefault="00000000" w:rsidP="00F73A80">
      <w:pPr>
        <w:pStyle w:val="Heading2"/>
        <w:spacing w:line="336" w:lineRule="auto"/>
        <w:ind w:firstLine="284"/>
        <w:jc w:val="center"/>
        <w:rPr>
          <w:rFonts w:ascii="Garamond" w:hAnsi="Garamond"/>
          <w:sz w:val="22"/>
          <w:szCs w:val="22"/>
        </w:rPr>
      </w:pPr>
      <w:r w:rsidRPr="00771DC2">
        <w:rPr>
          <w:rFonts w:ascii="Garamond" w:hAnsi="Garamond"/>
          <w:sz w:val="22"/>
          <w:szCs w:val="22"/>
        </w:rPr>
        <w:t>The Lie of Self-Importance</w:t>
      </w:r>
    </w:p>
    <w:p w14:paraId="34A841B9" w14:textId="77777777" w:rsidR="00F32FA7" w:rsidRPr="00771DC2" w:rsidRDefault="00000000" w:rsidP="004F3C4D">
      <w:pPr>
        <w:spacing w:line="336" w:lineRule="auto"/>
        <w:ind w:firstLine="284"/>
        <w:jc w:val="both"/>
        <w:rPr>
          <w:rFonts w:ascii="Garamond" w:hAnsi="Garamond"/>
        </w:rPr>
      </w:pPr>
      <w:r w:rsidRPr="00771DC2">
        <w:rPr>
          <w:rFonts w:ascii="Garamond" w:hAnsi="Garamond"/>
        </w:rPr>
        <w:t xml:space="preserve">We live in a culture obsessed with personal significance. Every Instagram post is a trailer for the movie of your life. Every tweet is a profound statement about your unique </w:t>
      </w:r>
      <w:r w:rsidRPr="00771DC2">
        <w:rPr>
          <w:rFonts w:ascii="Garamond" w:hAnsi="Garamond"/>
        </w:rPr>
        <w:lastRenderedPageBreak/>
        <w:t>perspective. Every decision you make is treated like a plot twist in your personal narrative.</w:t>
      </w:r>
    </w:p>
    <w:p w14:paraId="35EE1A65" w14:textId="1D0F2217" w:rsidR="00F32FA7" w:rsidRPr="00771DC2" w:rsidRDefault="00000000" w:rsidP="004F3C4D">
      <w:pPr>
        <w:spacing w:after="0" w:line="336" w:lineRule="auto"/>
        <w:ind w:firstLine="284"/>
        <w:jc w:val="both"/>
        <w:rPr>
          <w:rFonts w:ascii="Garamond" w:hAnsi="Garamond"/>
        </w:rPr>
      </w:pPr>
      <w:r w:rsidRPr="00771DC2">
        <w:rPr>
          <w:rFonts w:ascii="Garamond" w:hAnsi="Garamond"/>
        </w:rPr>
        <w:t>The self-help industry has convinced us that we</w:t>
      </w:r>
      <w:r w:rsidR="00F73A80">
        <w:rPr>
          <w:rFonts w:ascii="Garamond" w:hAnsi="Garamond"/>
        </w:rPr>
        <w:t>’</w:t>
      </w:r>
      <w:r w:rsidRPr="00771DC2">
        <w:rPr>
          <w:rFonts w:ascii="Garamond" w:hAnsi="Garamond"/>
        </w:rPr>
        <w:t>re the heroes of our own stories, that we</w:t>
      </w:r>
      <w:r w:rsidR="00F73A80">
        <w:rPr>
          <w:rFonts w:ascii="Garamond" w:hAnsi="Garamond"/>
        </w:rPr>
        <w:t>’</w:t>
      </w:r>
      <w:r w:rsidRPr="00771DC2">
        <w:rPr>
          <w:rFonts w:ascii="Garamond" w:hAnsi="Garamond"/>
        </w:rPr>
        <w:t>re destined for greatness, that the universe is conspiring to help us achieve our dreams.</w:t>
      </w:r>
    </w:p>
    <w:p w14:paraId="0A775369" w14:textId="77777777" w:rsidR="00F32FA7" w:rsidRPr="00771DC2" w:rsidRDefault="00000000" w:rsidP="004F3C4D">
      <w:pPr>
        <w:spacing w:after="0" w:line="336" w:lineRule="auto"/>
        <w:ind w:firstLine="284"/>
        <w:jc w:val="both"/>
        <w:rPr>
          <w:rFonts w:ascii="Garamond" w:hAnsi="Garamond"/>
        </w:rPr>
      </w:pPr>
      <w:r w:rsidRPr="00771DC2">
        <w:rPr>
          <w:rFonts w:ascii="Garamond" w:hAnsi="Garamond"/>
        </w:rPr>
        <w:t>Even Christian self-help has bought into this lie, wrapping selfish ambition in spiritual language.</w:t>
      </w:r>
    </w:p>
    <w:p w14:paraId="1EC797E5" w14:textId="4987E3A5" w:rsidR="00F32FA7" w:rsidRPr="00771DC2" w:rsidRDefault="00F73A80" w:rsidP="004F3C4D">
      <w:pPr>
        <w:spacing w:after="0" w:line="336" w:lineRule="auto"/>
        <w:ind w:firstLine="284"/>
        <w:jc w:val="both"/>
        <w:rPr>
          <w:rFonts w:ascii="Garamond" w:hAnsi="Garamond"/>
        </w:rPr>
      </w:pPr>
      <w:r>
        <w:rPr>
          <w:rFonts w:ascii="Garamond" w:hAnsi="Garamond"/>
        </w:rPr>
        <w:t>“</w:t>
      </w:r>
      <w:r w:rsidRPr="00771DC2">
        <w:rPr>
          <w:rFonts w:ascii="Garamond" w:hAnsi="Garamond"/>
        </w:rPr>
        <w:t>God has an amazing plan for your life!</w:t>
      </w:r>
      <w:r>
        <w:rPr>
          <w:rFonts w:ascii="Garamond" w:hAnsi="Garamond"/>
        </w:rPr>
        <w:t>”</w:t>
      </w:r>
      <w:r w:rsidRPr="00771DC2">
        <w:rPr>
          <w:rFonts w:ascii="Garamond" w:hAnsi="Garamond"/>
        </w:rPr>
        <w:t xml:space="preserve"> </w:t>
      </w:r>
      <w:r>
        <w:rPr>
          <w:rFonts w:ascii="Garamond" w:hAnsi="Garamond"/>
        </w:rPr>
        <w:t>“</w:t>
      </w:r>
      <w:r w:rsidRPr="00771DC2">
        <w:rPr>
          <w:rFonts w:ascii="Garamond" w:hAnsi="Garamond"/>
        </w:rPr>
        <w:t>You</w:t>
      </w:r>
      <w:r>
        <w:rPr>
          <w:rFonts w:ascii="Garamond" w:hAnsi="Garamond"/>
        </w:rPr>
        <w:t>’</w:t>
      </w:r>
      <w:r w:rsidRPr="00771DC2">
        <w:rPr>
          <w:rFonts w:ascii="Garamond" w:hAnsi="Garamond"/>
        </w:rPr>
        <w:t>re destined for greatness!</w:t>
      </w:r>
      <w:r>
        <w:rPr>
          <w:rFonts w:ascii="Garamond" w:hAnsi="Garamond"/>
        </w:rPr>
        <w:t>”</w:t>
      </w:r>
      <w:r w:rsidRPr="00771DC2">
        <w:rPr>
          <w:rFonts w:ascii="Garamond" w:hAnsi="Garamond"/>
        </w:rPr>
        <w:t xml:space="preserve"> </w:t>
      </w:r>
      <w:r>
        <w:rPr>
          <w:rFonts w:ascii="Garamond" w:hAnsi="Garamond"/>
        </w:rPr>
        <w:t>“</w:t>
      </w:r>
      <w:r w:rsidRPr="00771DC2">
        <w:rPr>
          <w:rFonts w:ascii="Garamond" w:hAnsi="Garamond"/>
        </w:rPr>
        <w:t>Step into your purpose!</w:t>
      </w:r>
      <w:r>
        <w:rPr>
          <w:rFonts w:ascii="Garamond" w:hAnsi="Garamond"/>
        </w:rPr>
        <w:t>”</w:t>
      </w:r>
      <w:r w:rsidRPr="00771DC2">
        <w:rPr>
          <w:rFonts w:ascii="Garamond" w:hAnsi="Garamond"/>
        </w:rPr>
        <w:t xml:space="preserve"> </w:t>
      </w:r>
      <w:r>
        <w:rPr>
          <w:rFonts w:ascii="Garamond" w:hAnsi="Garamond"/>
        </w:rPr>
        <w:t>“</w:t>
      </w:r>
      <w:r w:rsidRPr="00771DC2">
        <w:rPr>
          <w:rFonts w:ascii="Garamond" w:hAnsi="Garamond"/>
        </w:rPr>
        <w:t>Live your best life now!</w:t>
      </w:r>
      <w:r>
        <w:rPr>
          <w:rFonts w:ascii="Garamond" w:hAnsi="Garamond"/>
        </w:rPr>
        <w:t>”</w:t>
      </w:r>
    </w:p>
    <w:p w14:paraId="6A1B013C" w14:textId="05A837A8" w:rsidR="00F32FA7" w:rsidRPr="00771DC2" w:rsidRDefault="00000000" w:rsidP="004F3C4D">
      <w:pPr>
        <w:spacing w:after="0" w:line="336" w:lineRule="auto"/>
        <w:ind w:firstLine="284"/>
        <w:jc w:val="both"/>
        <w:rPr>
          <w:rFonts w:ascii="Garamond" w:hAnsi="Garamond"/>
        </w:rPr>
      </w:pPr>
      <w:r w:rsidRPr="00771DC2">
        <w:rPr>
          <w:rFonts w:ascii="Garamond" w:hAnsi="Garamond"/>
        </w:rPr>
        <w:t>Don</w:t>
      </w:r>
      <w:r w:rsidR="00F73A80">
        <w:rPr>
          <w:rFonts w:ascii="Garamond" w:hAnsi="Garamond"/>
        </w:rPr>
        <w:t>’</w:t>
      </w:r>
      <w:r w:rsidRPr="00771DC2">
        <w:rPr>
          <w:rFonts w:ascii="Garamond" w:hAnsi="Garamond"/>
        </w:rPr>
        <w:t>t get me wrong. God does have plans for you, and they</w:t>
      </w:r>
      <w:r w:rsidR="00F73A80">
        <w:rPr>
          <w:rFonts w:ascii="Garamond" w:hAnsi="Garamond"/>
        </w:rPr>
        <w:t>’</w:t>
      </w:r>
      <w:r w:rsidRPr="00771DC2">
        <w:rPr>
          <w:rFonts w:ascii="Garamond" w:hAnsi="Garamond"/>
        </w:rPr>
        <w:t>re good plans. But somewhere along the way, we</w:t>
      </w:r>
      <w:r w:rsidR="00F73A80">
        <w:rPr>
          <w:rFonts w:ascii="Garamond" w:hAnsi="Garamond"/>
        </w:rPr>
        <w:t>’</w:t>
      </w:r>
      <w:r w:rsidRPr="00771DC2">
        <w:rPr>
          <w:rFonts w:ascii="Garamond" w:hAnsi="Garamond"/>
        </w:rPr>
        <w:t>ve twisted this into believing that God exists to serve our agenda rather than us existing to serve His.</w:t>
      </w:r>
    </w:p>
    <w:p w14:paraId="290B3ADB" w14:textId="79CF95AF" w:rsidR="00F32FA7" w:rsidRPr="00771DC2" w:rsidRDefault="00000000" w:rsidP="004F3C4D">
      <w:pPr>
        <w:spacing w:after="0" w:line="336" w:lineRule="auto"/>
        <w:ind w:firstLine="284"/>
        <w:jc w:val="both"/>
        <w:rPr>
          <w:rFonts w:ascii="Garamond" w:hAnsi="Garamond"/>
        </w:rPr>
      </w:pPr>
      <w:r w:rsidRPr="00771DC2">
        <w:rPr>
          <w:rFonts w:ascii="Garamond" w:hAnsi="Garamond"/>
        </w:rPr>
        <w:t>We</w:t>
      </w:r>
      <w:r w:rsidR="00F73A80">
        <w:rPr>
          <w:rFonts w:ascii="Garamond" w:hAnsi="Garamond"/>
        </w:rPr>
        <w:t>’</w:t>
      </w:r>
      <w:r w:rsidRPr="00771DC2">
        <w:rPr>
          <w:rFonts w:ascii="Garamond" w:hAnsi="Garamond"/>
        </w:rPr>
        <w:t>ve made God into our cosmic life coach, our personal genie, our spiritual consultant whose job is to help us achieve our dreams and fulfill our potential.</w:t>
      </w:r>
    </w:p>
    <w:p w14:paraId="2EDDB827" w14:textId="16627A66" w:rsidR="00F32FA7" w:rsidRPr="00771DC2" w:rsidRDefault="00000000" w:rsidP="004F3C4D">
      <w:pPr>
        <w:spacing w:after="0" w:line="336" w:lineRule="auto"/>
        <w:ind w:firstLine="284"/>
        <w:jc w:val="both"/>
        <w:rPr>
          <w:rFonts w:ascii="Garamond" w:hAnsi="Garamond"/>
        </w:rPr>
      </w:pPr>
      <w:r w:rsidRPr="00771DC2">
        <w:rPr>
          <w:rFonts w:ascii="Garamond" w:hAnsi="Garamond"/>
        </w:rPr>
        <w:t>We pray like God is lucky to have us on His team. We serve like we</w:t>
      </w:r>
      <w:r w:rsidR="00F73A80">
        <w:rPr>
          <w:rFonts w:ascii="Garamond" w:hAnsi="Garamond"/>
        </w:rPr>
        <w:t>’</w:t>
      </w:r>
      <w:r w:rsidRPr="00771DC2">
        <w:rPr>
          <w:rFonts w:ascii="Garamond" w:hAnsi="Garamond"/>
        </w:rPr>
        <w:t>re doing Him a favor. We worship like we</w:t>
      </w:r>
      <w:r w:rsidR="00F73A80">
        <w:rPr>
          <w:rFonts w:ascii="Garamond" w:hAnsi="Garamond"/>
        </w:rPr>
        <w:t>’</w:t>
      </w:r>
      <w:r w:rsidRPr="00771DC2">
        <w:rPr>
          <w:rFonts w:ascii="Garamond" w:hAnsi="Garamond"/>
        </w:rPr>
        <w:t>re the audience and God is the performer.</w:t>
      </w:r>
    </w:p>
    <w:p w14:paraId="0AEE8CC8" w14:textId="704C3A37" w:rsidR="00F32FA7" w:rsidRPr="00771DC2" w:rsidRDefault="00000000" w:rsidP="004F3C4D">
      <w:pPr>
        <w:spacing w:line="336" w:lineRule="auto"/>
        <w:jc w:val="both"/>
        <w:rPr>
          <w:rFonts w:ascii="Garamond" w:hAnsi="Garamond"/>
        </w:rPr>
      </w:pPr>
      <w:r w:rsidRPr="00771DC2">
        <w:rPr>
          <w:rFonts w:ascii="Garamond" w:hAnsi="Garamond"/>
        </w:rPr>
        <w:t>This is not just wrong theology. It</w:t>
      </w:r>
      <w:r w:rsidR="00F73A80">
        <w:rPr>
          <w:rFonts w:ascii="Garamond" w:hAnsi="Garamond"/>
        </w:rPr>
        <w:t>’</w:t>
      </w:r>
      <w:r w:rsidRPr="00771DC2">
        <w:rPr>
          <w:rFonts w:ascii="Garamond" w:hAnsi="Garamond"/>
        </w:rPr>
        <w:t>s exhausting psychology.</w:t>
      </w:r>
      <w:r w:rsidR="004F3C4D">
        <w:rPr>
          <w:rFonts w:ascii="Garamond" w:hAnsi="Garamond"/>
        </w:rPr>
        <w:t xml:space="preserve"> </w:t>
      </w:r>
    </w:p>
    <w:p w14:paraId="7C9B9B9C" w14:textId="77777777" w:rsidR="00F32FA7" w:rsidRPr="004F3C4D" w:rsidRDefault="00000000" w:rsidP="004F3C4D">
      <w:pPr>
        <w:pStyle w:val="Heading2"/>
        <w:spacing w:before="0" w:after="0" w:line="336" w:lineRule="auto"/>
        <w:ind w:firstLine="284"/>
        <w:jc w:val="center"/>
        <w:rPr>
          <w:rFonts w:ascii="Garamond" w:hAnsi="Garamond"/>
          <w:sz w:val="24"/>
          <w:szCs w:val="24"/>
        </w:rPr>
      </w:pPr>
      <w:r w:rsidRPr="004F3C4D">
        <w:rPr>
          <w:rFonts w:ascii="Garamond" w:hAnsi="Garamond"/>
          <w:sz w:val="24"/>
          <w:szCs w:val="24"/>
        </w:rPr>
        <w:lastRenderedPageBreak/>
        <w:t>The Exhausting Burden of Being Your Own God</w:t>
      </w:r>
    </w:p>
    <w:p w14:paraId="3A55154B" w14:textId="6D610B2E" w:rsidR="00F32FA7" w:rsidRPr="00771DC2" w:rsidRDefault="00000000" w:rsidP="000C7CBD">
      <w:pPr>
        <w:spacing w:after="0" w:line="336" w:lineRule="auto"/>
        <w:ind w:firstLine="284"/>
        <w:jc w:val="both"/>
        <w:rPr>
          <w:rFonts w:ascii="Garamond" w:hAnsi="Garamond"/>
        </w:rPr>
      </w:pPr>
      <w:r w:rsidRPr="00771DC2">
        <w:rPr>
          <w:rFonts w:ascii="Garamond" w:hAnsi="Garamond"/>
        </w:rPr>
        <w:t>When you</w:t>
      </w:r>
      <w:r w:rsidR="004F3C4D">
        <w:rPr>
          <w:rFonts w:ascii="Garamond" w:hAnsi="Garamond"/>
        </w:rPr>
        <w:t>’</w:t>
      </w:r>
      <w:r w:rsidRPr="00771DC2">
        <w:rPr>
          <w:rFonts w:ascii="Garamond" w:hAnsi="Garamond"/>
        </w:rPr>
        <w:t>re the main character, everything becomes about you.</w:t>
      </w:r>
      <w:r w:rsidR="000C7CBD">
        <w:rPr>
          <w:rFonts w:ascii="Garamond" w:hAnsi="Garamond"/>
        </w:rPr>
        <w:t xml:space="preserve"> </w:t>
      </w:r>
      <w:r w:rsidRPr="00771DC2">
        <w:rPr>
          <w:rFonts w:ascii="Garamond" w:hAnsi="Garamond"/>
        </w:rPr>
        <w:t>When your coworker gets promoted, it</w:t>
      </w:r>
      <w:r w:rsidR="000C7CBD">
        <w:rPr>
          <w:rFonts w:ascii="Garamond" w:hAnsi="Garamond"/>
        </w:rPr>
        <w:t>’</w:t>
      </w:r>
      <w:r w:rsidRPr="00771DC2">
        <w:rPr>
          <w:rFonts w:ascii="Garamond" w:hAnsi="Garamond"/>
        </w:rPr>
        <w:t>s not about their qualifications</w:t>
      </w:r>
      <w:r w:rsidR="000C7CBD">
        <w:rPr>
          <w:rFonts w:ascii="Garamond" w:hAnsi="Garamond"/>
        </w:rPr>
        <w:t xml:space="preserve">; </w:t>
      </w:r>
      <w:r w:rsidRPr="00771DC2">
        <w:rPr>
          <w:rFonts w:ascii="Garamond" w:hAnsi="Garamond"/>
        </w:rPr>
        <w:t>it</w:t>
      </w:r>
      <w:r w:rsidR="000C7CBD">
        <w:rPr>
          <w:rFonts w:ascii="Garamond" w:hAnsi="Garamond"/>
        </w:rPr>
        <w:t>’</w:t>
      </w:r>
      <w:r w:rsidRPr="00771DC2">
        <w:rPr>
          <w:rFonts w:ascii="Garamond" w:hAnsi="Garamond"/>
        </w:rPr>
        <w:t>s about the injustice done to you. When your friend doesn</w:t>
      </w:r>
      <w:r w:rsidR="000C7CBD">
        <w:rPr>
          <w:rFonts w:ascii="Garamond" w:hAnsi="Garamond"/>
        </w:rPr>
        <w:t>’</w:t>
      </w:r>
      <w:r w:rsidRPr="00771DC2">
        <w:rPr>
          <w:rFonts w:ascii="Garamond" w:hAnsi="Garamond"/>
        </w:rPr>
        <w:t>t text back immediately, it</w:t>
      </w:r>
      <w:r w:rsidR="000C7CBD">
        <w:rPr>
          <w:rFonts w:ascii="Garamond" w:hAnsi="Garamond"/>
        </w:rPr>
        <w:t>’</w:t>
      </w:r>
      <w:r w:rsidRPr="00771DC2">
        <w:rPr>
          <w:rFonts w:ascii="Garamond" w:hAnsi="Garamond"/>
        </w:rPr>
        <w:t>s not about their schedule</w:t>
      </w:r>
      <w:r w:rsidR="000C7CBD">
        <w:rPr>
          <w:rFonts w:ascii="Garamond" w:hAnsi="Garamond"/>
        </w:rPr>
        <w:t xml:space="preserve">; </w:t>
      </w:r>
      <w:r w:rsidRPr="00771DC2">
        <w:rPr>
          <w:rFonts w:ascii="Garamond" w:hAnsi="Garamond"/>
        </w:rPr>
        <w:t>it</w:t>
      </w:r>
      <w:r w:rsidR="000C7CBD">
        <w:rPr>
          <w:rFonts w:ascii="Garamond" w:hAnsi="Garamond"/>
        </w:rPr>
        <w:t>’</w:t>
      </w:r>
      <w:r w:rsidRPr="00771DC2">
        <w:rPr>
          <w:rFonts w:ascii="Garamond" w:hAnsi="Garamond"/>
        </w:rPr>
        <w:t>s about their lack of respect for you. When your church makes changes, it</w:t>
      </w:r>
      <w:r w:rsidR="000C7CBD">
        <w:rPr>
          <w:rFonts w:ascii="Garamond" w:hAnsi="Garamond"/>
        </w:rPr>
        <w:t>’</w:t>
      </w:r>
      <w:r w:rsidRPr="00771DC2">
        <w:rPr>
          <w:rFonts w:ascii="Garamond" w:hAnsi="Garamond"/>
        </w:rPr>
        <w:t>s not about reaching more people</w:t>
      </w:r>
      <w:r w:rsidR="000C7CBD">
        <w:rPr>
          <w:rFonts w:ascii="Garamond" w:hAnsi="Garamond"/>
        </w:rPr>
        <w:t xml:space="preserve">; </w:t>
      </w:r>
      <w:r w:rsidRPr="00771DC2">
        <w:rPr>
          <w:rFonts w:ascii="Garamond" w:hAnsi="Garamond"/>
        </w:rPr>
        <w:t>it</w:t>
      </w:r>
      <w:r w:rsidR="000C7CBD">
        <w:rPr>
          <w:rFonts w:ascii="Garamond" w:hAnsi="Garamond"/>
        </w:rPr>
        <w:t>’</w:t>
      </w:r>
      <w:r w:rsidRPr="00771DC2">
        <w:rPr>
          <w:rFonts w:ascii="Garamond" w:hAnsi="Garamond"/>
        </w:rPr>
        <w:t>s about how it affects your comfort.</w:t>
      </w:r>
    </w:p>
    <w:p w14:paraId="6D1EA8CC" w14:textId="012602D5" w:rsidR="00F32FA7" w:rsidRPr="00771DC2" w:rsidRDefault="00000000" w:rsidP="00A24532">
      <w:pPr>
        <w:spacing w:after="0" w:line="336" w:lineRule="auto"/>
        <w:ind w:firstLine="284"/>
        <w:jc w:val="both"/>
        <w:rPr>
          <w:rFonts w:ascii="Garamond" w:hAnsi="Garamond"/>
        </w:rPr>
      </w:pPr>
      <w:r w:rsidRPr="00771DC2">
        <w:rPr>
          <w:rFonts w:ascii="Garamond" w:hAnsi="Garamond"/>
        </w:rPr>
        <w:t>You take responsibility for things you can</w:t>
      </w:r>
      <w:r w:rsidR="000C7CBD">
        <w:rPr>
          <w:rFonts w:ascii="Garamond" w:hAnsi="Garamond"/>
        </w:rPr>
        <w:t>’</w:t>
      </w:r>
      <w:r w:rsidRPr="00771DC2">
        <w:rPr>
          <w:rFonts w:ascii="Garamond" w:hAnsi="Garamond"/>
        </w:rPr>
        <w:t>t control. You feel guilty when people are upset, even when you did nothing wrong. You feel responsible for other people</w:t>
      </w:r>
      <w:r w:rsidR="000C7CBD">
        <w:rPr>
          <w:rFonts w:ascii="Garamond" w:hAnsi="Garamond"/>
        </w:rPr>
        <w:t>’</w:t>
      </w:r>
      <w:r w:rsidRPr="00771DC2">
        <w:rPr>
          <w:rFonts w:ascii="Garamond" w:hAnsi="Garamond"/>
        </w:rPr>
        <w:t>s emotions, choices, and spiritual growth. You carry the weight of outcomes that belong to God alone.</w:t>
      </w:r>
    </w:p>
    <w:p w14:paraId="1728F29B" w14:textId="1F408A27" w:rsidR="00F32FA7" w:rsidRPr="00771DC2" w:rsidRDefault="00000000" w:rsidP="00A24532">
      <w:pPr>
        <w:spacing w:after="0" w:line="336" w:lineRule="auto"/>
        <w:ind w:firstLine="284"/>
        <w:jc w:val="both"/>
        <w:rPr>
          <w:rFonts w:ascii="Garamond" w:hAnsi="Garamond"/>
        </w:rPr>
      </w:pPr>
      <w:r w:rsidRPr="00771DC2">
        <w:rPr>
          <w:rFonts w:ascii="Garamond" w:hAnsi="Garamond"/>
        </w:rPr>
        <w:t>You become impossible to please. Nothing is ever enough because you</w:t>
      </w:r>
      <w:r w:rsidR="000C7CBD">
        <w:rPr>
          <w:rFonts w:ascii="Garamond" w:hAnsi="Garamond"/>
        </w:rPr>
        <w:t>’</w:t>
      </w:r>
      <w:r w:rsidRPr="00771DC2">
        <w:rPr>
          <w:rFonts w:ascii="Garamond" w:hAnsi="Garamond"/>
        </w:rPr>
        <w:t>re trying to fill an infinite void with finite recognition. You need constant validation, frequent praise, regular proof that you matter.</w:t>
      </w:r>
      <w:r w:rsidR="00A24532">
        <w:rPr>
          <w:rFonts w:ascii="Garamond" w:hAnsi="Garamond"/>
        </w:rPr>
        <w:t xml:space="preserve"> </w:t>
      </w:r>
      <w:r w:rsidRPr="00771DC2">
        <w:rPr>
          <w:rFonts w:ascii="Garamond" w:hAnsi="Garamond"/>
        </w:rPr>
        <w:t>You live in constant comparison. Other people</w:t>
      </w:r>
      <w:r w:rsidR="00A24532">
        <w:rPr>
          <w:rFonts w:ascii="Garamond" w:hAnsi="Garamond"/>
        </w:rPr>
        <w:t>’</w:t>
      </w:r>
      <w:r w:rsidRPr="00771DC2">
        <w:rPr>
          <w:rFonts w:ascii="Garamond" w:hAnsi="Garamond"/>
        </w:rPr>
        <w:t>s success feels like your failure. Other people</w:t>
      </w:r>
      <w:r w:rsidR="00A24532">
        <w:rPr>
          <w:rFonts w:ascii="Garamond" w:hAnsi="Garamond"/>
        </w:rPr>
        <w:t>’</w:t>
      </w:r>
      <w:r w:rsidRPr="00771DC2">
        <w:rPr>
          <w:rFonts w:ascii="Garamond" w:hAnsi="Garamond"/>
        </w:rPr>
        <w:t>s gifts feel like your inadequacy. Other people</w:t>
      </w:r>
      <w:r w:rsidR="00A24532">
        <w:rPr>
          <w:rFonts w:ascii="Garamond" w:hAnsi="Garamond"/>
        </w:rPr>
        <w:t>’</w:t>
      </w:r>
      <w:r w:rsidRPr="00771DC2">
        <w:rPr>
          <w:rFonts w:ascii="Garamond" w:hAnsi="Garamond"/>
        </w:rPr>
        <w:t>s calling feels like your rejection.</w:t>
      </w:r>
    </w:p>
    <w:p w14:paraId="18EFDA69" w14:textId="2CD3CF20" w:rsidR="00F32FA7" w:rsidRPr="00771DC2" w:rsidRDefault="00000000" w:rsidP="00A24532">
      <w:pPr>
        <w:spacing w:after="0" w:line="336" w:lineRule="auto"/>
        <w:ind w:firstLine="284"/>
        <w:rPr>
          <w:rFonts w:ascii="Garamond" w:hAnsi="Garamond"/>
        </w:rPr>
      </w:pPr>
      <w:r w:rsidRPr="00771DC2">
        <w:rPr>
          <w:rFonts w:ascii="Garamond" w:hAnsi="Garamond"/>
        </w:rPr>
        <w:t>You</w:t>
      </w:r>
      <w:r w:rsidR="00A24532">
        <w:rPr>
          <w:rFonts w:ascii="Garamond" w:hAnsi="Garamond"/>
        </w:rPr>
        <w:t>’</w:t>
      </w:r>
      <w:r w:rsidRPr="00771DC2">
        <w:rPr>
          <w:rFonts w:ascii="Garamond" w:hAnsi="Garamond"/>
        </w:rPr>
        <w:t>re always performing. You can</w:t>
      </w:r>
      <w:r w:rsidR="00A24532">
        <w:rPr>
          <w:rFonts w:ascii="Garamond" w:hAnsi="Garamond"/>
        </w:rPr>
        <w:t>’</w:t>
      </w:r>
      <w:r w:rsidRPr="00771DC2">
        <w:rPr>
          <w:rFonts w:ascii="Garamond" w:hAnsi="Garamond"/>
        </w:rPr>
        <w:t>t just serve</w:t>
      </w:r>
      <w:r w:rsidR="00A24532">
        <w:rPr>
          <w:rFonts w:ascii="Garamond" w:hAnsi="Garamond"/>
        </w:rPr>
        <w:t xml:space="preserve">; </w:t>
      </w:r>
      <w:r w:rsidRPr="00771DC2">
        <w:rPr>
          <w:rFonts w:ascii="Garamond" w:hAnsi="Garamond"/>
        </w:rPr>
        <w:t>you need recognition for serving. You can</w:t>
      </w:r>
      <w:r w:rsidR="00A24532">
        <w:rPr>
          <w:rFonts w:ascii="Garamond" w:hAnsi="Garamond"/>
        </w:rPr>
        <w:t>’</w:t>
      </w:r>
      <w:r w:rsidRPr="00771DC2">
        <w:rPr>
          <w:rFonts w:ascii="Garamond" w:hAnsi="Garamond"/>
        </w:rPr>
        <w:t>t just love</w:t>
      </w:r>
      <w:r w:rsidR="00A24532">
        <w:rPr>
          <w:rFonts w:ascii="Garamond" w:hAnsi="Garamond"/>
        </w:rPr>
        <w:t xml:space="preserve">; </w:t>
      </w:r>
      <w:r w:rsidRPr="00771DC2">
        <w:rPr>
          <w:rFonts w:ascii="Garamond" w:hAnsi="Garamond"/>
        </w:rPr>
        <w:t xml:space="preserve">you need credit </w:t>
      </w:r>
      <w:r w:rsidRPr="00771DC2">
        <w:rPr>
          <w:rFonts w:ascii="Garamond" w:hAnsi="Garamond"/>
        </w:rPr>
        <w:lastRenderedPageBreak/>
        <w:t>for loving. You can</w:t>
      </w:r>
      <w:r w:rsidR="00A24532">
        <w:rPr>
          <w:rFonts w:ascii="Garamond" w:hAnsi="Garamond"/>
        </w:rPr>
        <w:t>’</w:t>
      </w:r>
      <w:r w:rsidRPr="00771DC2">
        <w:rPr>
          <w:rFonts w:ascii="Garamond" w:hAnsi="Garamond"/>
        </w:rPr>
        <w:t>t just follow Jesus</w:t>
      </w:r>
      <w:r w:rsidR="00A24532">
        <w:rPr>
          <w:rFonts w:ascii="Garamond" w:hAnsi="Garamond"/>
        </w:rPr>
        <w:t xml:space="preserve">; </w:t>
      </w:r>
      <w:r w:rsidRPr="00771DC2">
        <w:rPr>
          <w:rFonts w:ascii="Garamond" w:hAnsi="Garamond"/>
        </w:rPr>
        <w:t>you need people to notice how well you</w:t>
      </w:r>
      <w:r w:rsidR="00A24532">
        <w:rPr>
          <w:rFonts w:ascii="Garamond" w:hAnsi="Garamond"/>
        </w:rPr>
        <w:t>’</w:t>
      </w:r>
      <w:r w:rsidRPr="00771DC2">
        <w:rPr>
          <w:rFonts w:ascii="Garamond" w:hAnsi="Garamond"/>
        </w:rPr>
        <w:t>re following Him.</w:t>
      </w:r>
    </w:p>
    <w:p w14:paraId="449AA72A" w14:textId="12425F32" w:rsidR="00F32FA7" w:rsidRPr="00771DC2" w:rsidRDefault="00000000" w:rsidP="00A24532">
      <w:pPr>
        <w:spacing w:after="0" w:line="336" w:lineRule="auto"/>
        <w:ind w:firstLine="284"/>
        <w:rPr>
          <w:rFonts w:ascii="Garamond" w:hAnsi="Garamond"/>
        </w:rPr>
      </w:pPr>
      <w:r w:rsidRPr="00771DC2">
        <w:rPr>
          <w:rFonts w:ascii="Garamond" w:hAnsi="Garamond"/>
        </w:rPr>
        <w:t>This is the exhausting burden of being your own god. And it</w:t>
      </w:r>
      <w:r w:rsidR="00A24532">
        <w:rPr>
          <w:rFonts w:ascii="Garamond" w:hAnsi="Garamond"/>
        </w:rPr>
        <w:t>’</w:t>
      </w:r>
      <w:r w:rsidRPr="00771DC2">
        <w:rPr>
          <w:rFonts w:ascii="Garamond" w:hAnsi="Garamond"/>
        </w:rPr>
        <w:t>s killing us.</w:t>
      </w:r>
    </w:p>
    <w:p w14:paraId="7C0BD8DC" w14:textId="6774AF48" w:rsidR="00F32FA7" w:rsidRPr="00771DC2" w:rsidRDefault="00000000" w:rsidP="00A24532">
      <w:pPr>
        <w:pStyle w:val="Heading2"/>
        <w:spacing w:line="336" w:lineRule="auto"/>
        <w:ind w:firstLine="284"/>
        <w:jc w:val="center"/>
        <w:rPr>
          <w:rFonts w:ascii="Garamond" w:hAnsi="Garamond"/>
          <w:sz w:val="22"/>
          <w:szCs w:val="22"/>
        </w:rPr>
      </w:pPr>
      <w:r w:rsidRPr="00771DC2">
        <w:rPr>
          <w:rFonts w:ascii="Garamond" w:hAnsi="Garamond"/>
          <w:sz w:val="22"/>
          <w:szCs w:val="22"/>
        </w:rPr>
        <w:t>Jesus</w:t>
      </w:r>
      <w:r w:rsidR="00A24532">
        <w:rPr>
          <w:rFonts w:ascii="Garamond" w:hAnsi="Garamond"/>
          <w:sz w:val="22"/>
          <w:szCs w:val="22"/>
        </w:rPr>
        <w:t>’</w:t>
      </w:r>
      <w:r w:rsidRPr="00771DC2">
        <w:rPr>
          <w:rFonts w:ascii="Garamond" w:hAnsi="Garamond"/>
          <w:sz w:val="22"/>
          <w:szCs w:val="22"/>
        </w:rPr>
        <w:t xml:space="preserve"> Model of Humility</w:t>
      </w:r>
    </w:p>
    <w:p w14:paraId="1992CACA" w14:textId="7CA6B3F6" w:rsidR="00F32FA7" w:rsidRPr="00771DC2" w:rsidRDefault="00000000" w:rsidP="00A24532">
      <w:pPr>
        <w:spacing w:after="0" w:line="336" w:lineRule="auto"/>
        <w:ind w:firstLine="284"/>
        <w:jc w:val="both"/>
        <w:rPr>
          <w:rFonts w:ascii="Garamond" w:hAnsi="Garamond"/>
        </w:rPr>
      </w:pPr>
      <w:r w:rsidRPr="00771DC2">
        <w:rPr>
          <w:rFonts w:ascii="Garamond" w:hAnsi="Garamond"/>
        </w:rPr>
        <w:t>Now look at Jesus. The actual main character of the universe. The one person who had every right to demand recognition, insist on His importance, and expect everyone to serve His agenda.</w:t>
      </w:r>
      <w:r w:rsidR="00A24532">
        <w:rPr>
          <w:rFonts w:ascii="Garamond" w:hAnsi="Garamond"/>
        </w:rPr>
        <w:t xml:space="preserve"> </w:t>
      </w:r>
      <w:r w:rsidRPr="00771DC2">
        <w:rPr>
          <w:rFonts w:ascii="Garamond" w:hAnsi="Garamond"/>
        </w:rPr>
        <w:t xml:space="preserve">Instead, He </w:t>
      </w:r>
      <w:r w:rsidR="00A24532">
        <w:rPr>
          <w:rFonts w:ascii="Garamond" w:hAnsi="Garamond"/>
        </w:rPr>
        <w:t>“</w:t>
      </w:r>
      <w:r w:rsidRPr="00771DC2">
        <w:rPr>
          <w:rFonts w:ascii="Garamond" w:hAnsi="Garamond"/>
        </w:rPr>
        <w:t>made himself nothing by taking the very nature of a servant, being made in human likeness. And being found in appearance as a man, he humbled himself by becoming obedient to death</w:t>
      </w:r>
      <w:r w:rsidR="00A24532">
        <w:rPr>
          <w:rFonts w:ascii="Garamond" w:hAnsi="Garamond"/>
        </w:rPr>
        <w:t xml:space="preserve">, </w:t>
      </w:r>
      <w:r w:rsidRPr="00771DC2">
        <w:rPr>
          <w:rFonts w:ascii="Garamond" w:hAnsi="Garamond"/>
        </w:rPr>
        <w:t>even death on a cross!</w:t>
      </w:r>
      <w:r w:rsidR="00A24532">
        <w:rPr>
          <w:rFonts w:ascii="Garamond" w:hAnsi="Garamond"/>
        </w:rPr>
        <w:t>”</w:t>
      </w:r>
      <w:r w:rsidRPr="00771DC2">
        <w:rPr>
          <w:rFonts w:ascii="Garamond" w:hAnsi="Garamond"/>
        </w:rPr>
        <w:t xml:space="preserve"> (Philippians 2:7-8).</w:t>
      </w:r>
    </w:p>
    <w:p w14:paraId="041EFA0C" w14:textId="77B51607" w:rsidR="00F32FA7" w:rsidRPr="00771DC2" w:rsidRDefault="00000000" w:rsidP="00A24532">
      <w:pPr>
        <w:spacing w:after="0" w:line="336" w:lineRule="auto"/>
        <w:ind w:firstLine="284"/>
        <w:jc w:val="both"/>
        <w:rPr>
          <w:rFonts w:ascii="Garamond" w:hAnsi="Garamond"/>
        </w:rPr>
      </w:pPr>
      <w:r w:rsidRPr="00771DC2">
        <w:rPr>
          <w:rFonts w:ascii="Garamond" w:hAnsi="Garamond"/>
        </w:rPr>
        <w:t xml:space="preserve">Jesus, the Son of God, chose to become a servant. He washed dirty feet. He touched lepers. He ate with tax collectors and sinners. He let people mock Him, spit on Him, </w:t>
      </w:r>
      <w:r w:rsidR="00A24532">
        <w:rPr>
          <w:rFonts w:ascii="Garamond" w:hAnsi="Garamond"/>
        </w:rPr>
        <w:t xml:space="preserve">and </w:t>
      </w:r>
      <w:r w:rsidRPr="00771DC2">
        <w:rPr>
          <w:rFonts w:ascii="Garamond" w:hAnsi="Garamond"/>
        </w:rPr>
        <w:t>crucify Him.</w:t>
      </w:r>
      <w:r w:rsidR="00A24532">
        <w:rPr>
          <w:rFonts w:ascii="Garamond" w:hAnsi="Garamond"/>
        </w:rPr>
        <w:t xml:space="preserve"> </w:t>
      </w:r>
      <w:r w:rsidRPr="00771DC2">
        <w:rPr>
          <w:rFonts w:ascii="Garamond" w:hAnsi="Garamond"/>
        </w:rPr>
        <w:t>But here</w:t>
      </w:r>
      <w:r w:rsidR="00A24532">
        <w:rPr>
          <w:rFonts w:ascii="Garamond" w:hAnsi="Garamond"/>
        </w:rPr>
        <w:t>’</w:t>
      </w:r>
      <w:r w:rsidRPr="00771DC2">
        <w:rPr>
          <w:rFonts w:ascii="Garamond" w:hAnsi="Garamond"/>
        </w:rPr>
        <w:t>s what</w:t>
      </w:r>
      <w:r w:rsidR="00A24532">
        <w:rPr>
          <w:rFonts w:ascii="Garamond" w:hAnsi="Garamond"/>
        </w:rPr>
        <w:t>’</w:t>
      </w:r>
      <w:r w:rsidRPr="00771DC2">
        <w:rPr>
          <w:rFonts w:ascii="Garamond" w:hAnsi="Garamond"/>
        </w:rPr>
        <w:t>s amazing: Jesus wasn</w:t>
      </w:r>
      <w:r w:rsidR="00A24532">
        <w:rPr>
          <w:rFonts w:ascii="Garamond" w:hAnsi="Garamond"/>
        </w:rPr>
        <w:t>’</w:t>
      </w:r>
      <w:r w:rsidRPr="00771DC2">
        <w:rPr>
          <w:rFonts w:ascii="Garamond" w:hAnsi="Garamond"/>
        </w:rPr>
        <w:t>t insecure. His humility wasn</w:t>
      </w:r>
      <w:r w:rsidR="00A24532">
        <w:rPr>
          <w:rFonts w:ascii="Garamond" w:hAnsi="Garamond"/>
        </w:rPr>
        <w:t>’</w:t>
      </w:r>
      <w:r w:rsidRPr="00771DC2">
        <w:rPr>
          <w:rFonts w:ascii="Garamond" w:hAnsi="Garamond"/>
        </w:rPr>
        <w:t>t low self-esteem. It was the exact opposite.</w:t>
      </w:r>
    </w:p>
    <w:p w14:paraId="3574A455" w14:textId="76AF30C6" w:rsidR="00F32FA7" w:rsidRPr="00771DC2" w:rsidRDefault="00000000" w:rsidP="00A24532">
      <w:pPr>
        <w:spacing w:after="0" w:line="336" w:lineRule="auto"/>
        <w:ind w:firstLine="284"/>
        <w:jc w:val="both"/>
        <w:rPr>
          <w:rFonts w:ascii="Garamond" w:hAnsi="Garamond"/>
        </w:rPr>
      </w:pPr>
      <w:r w:rsidRPr="00771DC2">
        <w:rPr>
          <w:rFonts w:ascii="Garamond" w:hAnsi="Garamond"/>
        </w:rPr>
        <w:t>He was so secure in His identity as the beloved Son that He didn</w:t>
      </w:r>
      <w:r w:rsidR="00A24532">
        <w:rPr>
          <w:rFonts w:ascii="Garamond" w:hAnsi="Garamond"/>
        </w:rPr>
        <w:t>’</w:t>
      </w:r>
      <w:r w:rsidRPr="00771DC2">
        <w:rPr>
          <w:rFonts w:ascii="Garamond" w:hAnsi="Garamond"/>
        </w:rPr>
        <w:t>t need to prove anything to anyone.</w:t>
      </w:r>
      <w:r w:rsidR="00A24532">
        <w:rPr>
          <w:rFonts w:ascii="Garamond" w:hAnsi="Garamond"/>
        </w:rPr>
        <w:t xml:space="preserve"> </w:t>
      </w:r>
      <w:r w:rsidRPr="00771DC2">
        <w:rPr>
          <w:rFonts w:ascii="Garamond" w:hAnsi="Garamond"/>
        </w:rPr>
        <w:t>Jesus knew who He was, so He didn</w:t>
      </w:r>
      <w:r w:rsidR="00A24532">
        <w:rPr>
          <w:rFonts w:ascii="Garamond" w:hAnsi="Garamond"/>
        </w:rPr>
        <w:t>’</w:t>
      </w:r>
      <w:r w:rsidRPr="00771DC2">
        <w:rPr>
          <w:rFonts w:ascii="Garamond" w:hAnsi="Garamond"/>
        </w:rPr>
        <w:t xml:space="preserve">t need to constantly tell people who He </w:t>
      </w:r>
      <w:r w:rsidRPr="00771DC2">
        <w:rPr>
          <w:rFonts w:ascii="Garamond" w:hAnsi="Garamond"/>
        </w:rPr>
        <w:lastRenderedPageBreak/>
        <w:t>was. He knew His worth, so He didn</w:t>
      </w:r>
      <w:r w:rsidR="00A24532">
        <w:rPr>
          <w:rFonts w:ascii="Garamond" w:hAnsi="Garamond"/>
        </w:rPr>
        <w:t>’</w:t>
      </w:r>
      <w:r w:rsidRPr="00771DC2">
        <w:rPr>
          <w:rFonts w:ascii="Garamond" w:hAnsi="Garamond"/>
        </w:rPr>
        <w:t>t need others to validate it. He knew His purpose, so He didn</w:t>
      </w:r>
      <w:r w:rsidR="00A24532">
        <w:rPr>
          <w:rFonts w:ascii="Garamond" w:hAnsi="Garamond"/>
        </w:rPr>
        <w:t>’</w:t>
      </w:r>
      <w:r w:rsidRPr="00771DC2">
        <w:rPr>
          <w:rFonts w:ascii="Garamond" w:hAnsi="Garamond"/>
        </w:rPr>
        <w:t>t need applause to motivate Him.</w:t>
      </w:r>
    </w:p>
    <w:p w14:paraId="56D118BC" w14:textId="29732EA2" w:rsidR="00F32FA7" w:rsidRPr="00771DC2" w:rsidRDefault="00000000" w:rsidP="00A24532">
      <w:pPr>
        <w:spacing w:after="0" w:line="336" w:lineRule="auto"/>
        <w:ind w:firstLine="284"/>
        <w:jc w:val="both"/>
        <w:rPr>
          <w:rFonts w:ascii="Garamond" w:hAnsi="Garamond"/>
        </w:rPr>
      </w:pPr>
      <w:r w:rsidRPr="00771DC2">
        <w:rPr>
          <w:rFonts w:ascii="Garamond" w:hAnsi="Garamond"/>
        </w:rPr>
        <w:t xml:space="preserve">This is what true confidence looks like. Not the loud, defensive </w:t>
      </w:r>
      <w:r w:rsidR="00A24532">
        <w:rPr>
          <w:rFonts w:ascii="Garamond" w:hAnsi="Garamond"/>
        </w:rPr>
        <w:t>“</w:t>
      </w:r>
      <w:r w:rsidRPr="00771DC2">
        <w:rPr>
          <w:rFonts w:ascii="Garamond" w:hAnsi="Garamond"/>
        </w:rPr>
        <w:t>look at me</w:t>
      </w:r>
      <w:r w:rsidR="00A24532">
        <w:rPr>
          <w:rFonts w:ascii="Garamond" w:hAnsi="Garamond"/>
        </w:rPr>
        <w:t>”</w:t>
      </w:r>
      <w:r w:rsidRPr="00771DC2">
        <w:rPr>
          <w:rFonts w:ascii="Garamond" w:hAnsi="Garamond"/>
        </w:rPr>
        <w:t xml:space="preserve"> confidence of insecurity, but the quiet, steady </w:t>
      </w:r>
      <w:r w:rsidR="00A24532">
        <w:rPr>
          <w:rFonts w:ascii="Garamond" w:hAnsi="Garamond"/>
        </w:rPr>
        <w:t>“</w:t>
      </w:r>
      <w:r w:rsidRPr="00771DC2">
        <w:rPr>
          <w:rFonts w:ascii="Garamond" w:hAnsi="Garamond"/>
        </w:rPr>
        <w:t>I know who I am</w:t>
      </w:r>
      <w:r w:rsidR="00A24532">
        <w:rPr>
          <w:rFonts w:ascii="Garamond" w:hAnsi="Garamond"/>
        </w:rPr>
        <w:t>”</w:t>
      </w:r>
      <w:r w:rsidRPr="00771DC2">
        <w:rPr>
          <w:rFonts w:ascii="Garamond" w:hAnsi="Garamond"/>
        </w:rPr>
        <w:t xml:space="preserve"> confidence of someone secure in their identity.</w:t>
      </w:r>
    </w:p>
    <w:p w14:paraId="2EAEC58E" w14:textId="77777777" w:rsidR="00F32FA7" w:rsidRPr="00771DC2" w:rsidRDefault="00000000" w:rsidP="00CB5EC4">
      <w:pPr>
        <w:pStyle w:val="Heading2"/>
        <w:spacing w:line="336" w:lineRule="auto"/>
        <w:ind w:firstLine="284"/>
        <w:jc w:val="center"/>
        <w:rPr>
          <w:rFonts w:ascii="Garamond" w:hAnsi="Garamond"/>
          <w:sz w:val="22"/>
          <w:szCs w:val="22"/>
        </w:rPr>
      </w:pPr>
      <w:r w:rsidRPr="00771DC2">
        <w:rPr>
          <w:rFonts w:ascii="Garamond" w:hAnsi="Garamond"/>
          <w:sz w:val="22"/>
          <w:szCs w:val="22"/>
        </w:rPr>
        <w:t>The Freedom of Smallness</w:t>
      </w:r>
    </w:p>
    <w:p w14:paraId="657E4E5C" w14:textId="052AFDB3" w:rsidR="00F32FA7" w:rsidRPr="00771DC2" w:rsidRDefault="00000000" w:rsidP="00CB5EC4">
      <w:pPr>
        <w:spacing w:after="0" w:line="336" w:lineRule="auto"/>
        <w:ind w:firstLine="284"/>
        <w:jc w:val="both"/>
        <w:rPr>
          <w:rFonts w:ascii="Garamond" w:hAnsi="Garamond"/>
        </w:rPr>
      </w:pPr>
      <w:r w:rsidRPr="00771DC2">
        <w:rPr>
          <w:rFonts w:ascii="Garamond" w:hAnsi="Garamond"/>
        </w:rPr>
        <w:t>Here</w:t>
      </w:r>
      <w:r w:rsidR="00CB5EC4">
        <w:rPr>
          <w:rFonts w:ascii="Garamond" w:hAnsi="Garamond"/>
        </w:rPr>
        <w:t>’</w:t>
      </w:r>
      <w:r w:rsidRPr="00771DC2">
        <w:rPr>
          <w:rFonts w:ascii="Garamond" w:hAnsi="Garamond"/>
        </w:rPr>
        <w:t>s the paradox: the smaller you become, the freer you become.</w:t>
      </w:r>
      <w:r w:rsidR="00CB5EC4">
        <w:rPr>
          <w:rFonts w:ascii="Garamond" w:hAnsi="Garamond"/>
        </w:rPr>
        <w:t xml:space="preserve"> </w:t>
      </w:r>
      <w:r w:rsidRPr="00771DC2">
        <w:rPr>
          <w:rFonts w:ascii="Garamond" w:hAnsi="Garamond"/>
        </w:rPr>
        <w:t>When you</w:t>
      </w:r>
      <w:r w:rsidR="00CB5EC4">
        <w:rPr>
          <w:rFonts w:ascii="Garamond" w:hAnsi="Garamond"/>
        </w:rPr>
        <w:t>’</w:t>
      </w:r>
      <w:r w:rsidRPr="00771DC2">
        <w:rPr>
          <w:rFonts w:ascii="Garamond" w:hAnsi="Garamond"/>
        </w:rPr>
        <w:t>re not the main character, you don</w:t>
      </w:r>
      <w:r w:rsidR="00CB5EC4">
        <w:rPr>
          <w:rFonts w:ascii="Garamond" w:hAnsi="Garamond"/>
        </w:rPr>
        <w:t>’</w:t>
      </w:r>
      <w:r w:rsidRPr="00771DC2">
        <w:rPr>
          <w:rFonts w:ascii="Garamond" w:hAnsi="Garamond"/>
        </w:rPr>
        <w:t>t have to carry the weight of being the main character. You don</w:t>
      </w:r>
      <w:r w:rsidR="00CB5EC4">
        <w:rPr>
          <w:rFonts w:ascii="Garamond" w:hAnsi="Garamond"/>
        </w:rPr>
        <w:t>’</w:t>
      </w:r>
      <w:r w:rsidRPr="00771DC2">
        <w:rPr>
          <w:rFonts w:ascii="Garamond" w:hAnsi="Garamond"/>
        </w:rPr>
        <w:t>t have to solve every problem, have every answer, or be responsible for every outcome.</w:t>
      </w:r>
      <w:r w:rsidR="00CB5EC4">
        <w:rPr>
          <w:rFonts w:ascii="Garamond" w:hAnsi="Garamond"/>
        </w:rPr>
        <w:t xml:space="preserve"> </w:t>
      </w:r>
      <w:r w:rsidRPr="00771DC2">
        <w:rPr>
          <w:rFonts w:ascii="Garamond" w:hAnsi="Garamond"/>
        </w:rPr>
        <w:t>You can rest in the knowledge that there</w:t>
      </w:r>
      <w:r w:rsidR="00CB5EC4">
        <w:rPr>
          <w:rFonts w:ascii="Garamond" w:hAnsi="Garamond"/>
        </w:rPr>
        <w:t>’</w:t>
      </w:r>
      <w:r w:rsidRPr="00771DC2">
        <w:rPr>
          <w:rFonts w:ascii="Garamond" w:hAnsi="Garamond"/>
        </w:rPr>
        <w:t>s someone bigger than you who</w:t>
      </w:r>
      <w:r w:rsidR="00CB5EC4">
        <w:rPr>
          <w:rFonts w:ascii="Garamond" w:hAnsi="Garamond"/>
        </w:rPr>
        <w:t>’</w:t>
      </w:r>
      <w:r w:rsidRPr="00771DC2">
        <w:rPr>
          <w:rFonts w:ascii="Garamond" w:hAnsi="Garamond"/>
        </w:rPr>
        <w:t>s actually in charge.</w:t>
      </w:r>
    </w:p>
    <w:p w14:paraId="3990FECE" w14:textId="18128941" w:rsidR="00F32FA7" w:rsidRPr="00771DC2" w:rsidRDefault="00000000" w:rsidP="00E10A5C">
      <w:pPr>
        <w:spacing w:after="0" w:line="336" w:lineRule="auto"/>
        <w:ind w:firstLine="284"/>
        <w:jc w:val="both"/>
        <w:rPr>
          <w:rFonts w:ascii="Garamond" w:hAnsi="Garamond"/>
        </w:rPr>
      </w:pPr>
      <w:r w:rsidRPr="00771DC2">
        <w:rPr>
          <w:rFonts w:ascii="Garamond" w:hAnsi="Garamond"/>
          <w:b/>
        </w:rPr>
        <w:t>You don</w:t>
      </w:r>
      <w:r w:rsidR="00CB5EC4">
        <w:rPr>
          <w:rFonts w:ascii="Garamond" w:hAnsi="Garamond"/>
          <w:b/>
        </w:rPr>
        <w:t>’</w:t>
      </w:r>
      <w:r w:rsidRPr="00771DC2">
        <w:rPr>
          <w:rFonts w:ascii="Garamond" w:hAnsi="Garamond"/>
          <w:b/>
        </w:rPr>
        <w:t>t have to save everyone.</w:t>
      </w:r>
      <w:r w:rsidRPr="00771DC2">
        <w:rPr>
          <w:rFonts w:ascii="Garamond" w:hAnsi="Garamond"/>
        </w:rPr>
        <w:t xml:space="preserve"> You can love people, serve people, </w:t>
      </w:r>
      <w:r w:rsidR="00CB5EC4">
        <w:rPr>
          <w:rFonts w:ascii="Garamond" w:hAnsi="Garamond"/>
        </w:rPr>
        <w:t xml:space="preserve">and </w:t>
      </w:r>
      <w:r w:rsidRPr="00771DC2">
        <w:rPr>
          <w:rFonts w:ascii="Garamond" w:hAnsi="Garamond"/>
        </w:rPr>
        <w:t>help people without feeling responsible for their choices. You can share the gospel without feeling like their salvation depends on your performance. You can set boundaries without guilt because you know you</w:t>
      </w:r>
      <w:r w:rsidR="00CB5EC4">
        <w:rPr>
          <w:rFonts w:ascii="Garamond" w:hAnsi="Garamond"/>
        </w:rPr>
        <w:t>’</w:t>
      </w:r>
      <w:r w:rsidRPr="00771DC2">
        <w:rPr>
          <w:rFonts w:ascii="Garamond" w:hAnsi="Garamond"/>
        </w:rPr>
        <w:t>re not their messiah.</w:t>
      </w:r>
    </w:p>
    <w:p w14:paraId="0A8C0772" w14:textId="6781625A" w:rsidR="00F32FA7" w:rsidRPr="00771DC2" w:rsidRDefault="00000000" w:rsidP="00E10A5C">
      <w:pPr>
        <w:spacing w:after="0" w:line="336" w:lineRule="auto"/>
        <w:ind w:firstLine="284"/>
        <w:jc w:val="both"/>
        <w:rPr>
          <w:rFonts w:ascii="Garamond" w:hAnsi="Garamond"/>
        </w:rPr>
      </w:pPr>
      <w:r w:rsidRPr="00771DC2">
        <w:rPr>
          <w:rFonts w:ascii="Garamond" w:hAnsi="Garamond"/>
          <w:b/>
        </w:rPr>
        <w:lastRenderedPageBreak/>
        <w:t>You don</w:t>
      </w:r>
      <w:r w:rsidR="00E10A5C">
        <w:rPr>
          <w:rFonts w:ascii="Garamond" w:hAnsi="Garamond"/>
          <w:b/>
        </w:rPr>
        <w:t>’</w:t>
      </w:r>
      <w:r w:rsidRPr="00771DC2">
        <w:rPr>
          <w:rFonts w:ascii="Garamond" w:hAnsi="Garamond"/>
          <w:b/>
        </w:rPr>
        <w:t>t have to have an opinion on everything.</w:t>
      </w:r>
      <w:r w:rsidRPr="00771DC2">
        <w:rPr>
          <w:rFonts w:ascii="Garamond" w:hAnsi="Garamond"/>
        </w:rPr>
        <w:t xml:space="preserve"> The internet wants you to have a hot take on every news story, every controversy, every cultural moment. But when you</w:t>
      </w:r>
      <w:r w:rsidR="00E10A5C">
        <w:rPr>
          <w:rFonts w:ascii="Garamond" w:hAnsi="Garamond"/>
        </w:rPr>
        <w:t>’</w:t>
      </w:r>
      <w:r w:rsidRPr="00771DC2">
        <w:rPr>
          <w:rFonts w:ascii="Garamond" w:hAnsi="Garamond"/>
        </w:rPr>
        <w:t xml:space="preserve">re not the main character, you can say </w:t>
      </w:r>
      <w:r w:rsidR="00E10A5C">
        <w:rPr>
          <w:rFonts w:ascii="Garamond" w:hAnsi="Garamond"/>
        </w:rPr>
        <w:t>“</w:t>
      </w:r>
      <w:r w:rsidRPr="00771DC2">
        <w:rPr>
          <w:rFonts w:ascii="Garamond" w:hAnsi="Garamond"/>
        </w:rPr>
        <w:t>I don</w:t>
      </w:r>
      <w:r w:rsidR="00E10A5C">
        <w:rPr>
          <w:rFonts w:ascii="Garamond" w:hAnsi="Garamond"/>
        </w:rPr>
        <w:t>’</w:t>
      </w:r>
      <w:r w:rsidRPr="00771DC2">
        <w:rPr>
          <w:rFonts w:ascii="Garamond" w:hAnsi="Garamond"/>
        </w:rPr>
        <w:t>t know</w:t>
      </w:r>
      <w:r w:rsidR="00E10A5C">
        <w:rPr>
          <w:rFonts w:ascii="Garamond" w:hAnsi="Garamond"/>
        </w:rPr>
        <w:t>”</w:t>
      </w:r>
      <w:r w:rsidRPr="00771DC2">
        <w:rPr>
          <w:rFonts w:ascii="Garamond" w:hAnsi="Garamond"/>
        </w:rPr>
        <w:t xml:space="preserve"> without feeling like you</w:t>
      </w:r>
      <w:r w:rsidR="00E10A5C">
        <w:rPr>
          <w:rFonts w:ascii="Garamond" w:hAnsi="Garamond"/>
        </w:rPr>
        <w:t>’</w:t>
      </w:r>
      <w:r w:rsidRPr="00771DC2">
        <w:rPr>
          <w:rFonts w:ascii="Garamond" w:hAnsi="Garamond"/>
        </w:rPr>
        <w:t>re failing.</w:t>
      </w:r>
    </w:p>
    <w:p w14:paraId="7DCB7468" w14:textId="249AE582" w:rsidR="00D86475" w:rsidRDefault="00000000" w:rsidP="00D86475">
      <w:pPr>
        <w:spacing w:after="0" w:line="336" w:lineRule="auto"/>
        <w:ind w:firstLine="284"/>
        <w:jc w:val="both"/>
        <w:rPr>
          <w:rFonts w:ascii="Garamond" w:hAnsi="Garamond"/>
        </w:rPr>
      </w:pPr>
      <w:r w:rsidRPr="00771DC2">
        <w:rPr>
          <w:rFonts w:ascii="Garamond" w:hAnsi="Garamond"/>
          <w:b/>
        </w:rPr>
        <w:t>You don</w:t>
      </w:r>
      <w:r w:rsidR="00E10A5C">
        <w:rPr>
          <w:rFonts w:ascii="Garamond" w:hAnsi="Garamond"/>
          <w:b/>
        </w:rPr>
        <w:t>’</w:t>
      </w:r>
      <w:r w:rsidRPr="00771DC2">
        <w:rPr>
          <w:rFonts w:ascii="Garamond" w:hAnsi="Garamond"/>
          <w:b/>
        </w:rPr>
        <w:t>t have to be known by everyone.</w:t>
      </w:r>
      <w:r w:rsidRPr="00771DC2">
        <w:rPr>
          <w:rFonts w:ascii="Garamond" w:hAnsi="Garamond"/>
        </w:rPr>
        <w:t xml:space="preserve"> You can serve quietly, give anonymously, </w:t>
      </w:r>
      <w:r w:rsidR="00E10A5C">
        <w:rPr>
          <w:rFonts w:ascii="Garamond" w:hAnsi="Garamond"/>
        </w:rPr>
        <w:t xml:space="preserve">and </w:t>
      </w:r>
      <w:r w:rsidRPr="00771DC2">
        <w:rPr>
          <w:rFonts w:ascii="Garamond" w:hAnsi="Garamond"/>
        </w:rPr>
        <w:t>love without recognition. You can be faithful in small things without needing them to become big things.</w:t>
      </w:r>
    </w:p>
    <w:p w14:paraId="705804B3" w14:textId="5309AD05" w:rsidR="00F32FA7" w:rsidRPr="00771DC2" w:rsidRDefault="00000000" w:rsidP="00D86475">
      <w:pPr>
        <w:spacing w:after="0" w:line="336" w:lineRule="auto"/>
        <w:ind w:firstLine="284"/>
        <w:jc w:val="both"/>
        <w:rPr>
          <w:rFonts w:ascii="Garamond" w:hAnsi="Garamond"/>
        </w:rPr>
      </w:pPr>
      <w:r w:rsidRPr="00771DC2">
        <w:rPr>
          <w:rFonts w:ascii="Garamond" w:hAnsi="Garamond"/>
          <w:b/>
        </w:rPr>
        <w:t>You don</w:t>
      </w:r>
      <w:r w:rsidR="00E10A5C">
        <w:rPr>
          <w:rFonts w:ascii="Garamond" w:hAnsi="Garamond"/>
          <w:b/>
        </w:rPr>
        <w:t>’</w:t>
      </w:r>
      <w:r w:rsidRPr="00771DC2">
        <w:rPr>
          <w:rFonts w:ascii="Garamond" w:hAnsi="Garamond"/>
          <w:b/>
        </w:rPr>
        <w:t>t have to defend yourself constantly.</w:t>
      </w:r>
      <w:r w:rsidRPr="00771DC2">
        <w:rPr>
          <w:rFonts w:ascii="Garamond" w:hAnsi="Garamond"/>
        </w:rPr>
        <w:t xml:space="preserve"> When someone criticizes you, you can consider their feedback without being destroyed by it. When </w:t>
      </w:r>
      <w:r w:rsidR="00D86475">
        <w:rPr>
          <w:rFonts w:ascii="Garamond" w:hAnsi="Garamond"/>
        </w:rPr>
        <w:t>someone misunderstands</w:t>
      </w:r>
      <w:r w:rsidRPr="00771DC2">
        <w:rPr>
          <w:rFonts w:ascii="Garamond" w:hAnsi="Garamond"/>
        </w:rPr>
        <w:t xml:space="preserve"> you, you can clarify without being desperate to be understood.</w:t>
      </w:r>
      <w:r w:rsidR="00D86475">
        <w:rPr>
          <w:rFonts w:ascii="Garamond" w:hAnsi="Garamond"/>
        </w:rPr>
        <w:t xml:space="preserve"> </w:t>
      </w:r>
      <w:r w:rsidRPr="00771DC2">
        <w:rPr>
          <w:rFonts w:ascii="Garamond" w:hAnsi="Garamond"/>
        </w:rPr>
        <w:t>This is the freedom of smallness. It</w:t>
      </w:r>
      <w:r w:rsidR="00D86475">
        <w:rPr>
          <w:rFonts w:ascii="Garamond" w:hAnsi="Garamond"/>
        </w:rPr>
        <w:t>’</w:t>
      </w:r>
      <w:r w:rsidRPr="00771DC2">
        <w:rPr>
          <w:rFonts w:ascii="Garamond" w:hAnsi="Garamond"/>
        </w:rPr>
        <w:t>s not about thinking less of yourself</w:t>
      </w:r>
      <w:r w:rsidR="00D86475">
        <w:rPr>
          <w:rFonts w:ascii="Garamond" w:hAnsi="Garamond"/>
        </w:rPr>
        <w:t xml:space="preserve">, </w:t>
      </w:r>
      <w:r w:rsidRPr="00771DC2">
        <w:rPr>
          <w:rFonts w:ascii="Garamond" w:hAnsi="Garamond"/>
        </w:rPr>
        <w:t>it</w:t>
      </w:r>
      <w:r w:rsidR="00D86475">
        <w:rPr>
          <w:rFonts w:ascii="Garamond" w:hAnsi="Garamond"/>
        </w:rPr>
        <w:t>’</w:t>
      </w:r>
      <w:r w:rsidRPr="00771DC2">
        <w:rPr>
          <w:rFonts w:ascii="Garamond" w:hAnsi="Garamond"/>
        </w:rPr>
        <w:t>s about thinking about yourself less.</w:t>
      </w:r>
    </w:p>
    <w:p w14:paraId="7BB9431B" w14:textId="77777777" w:rsidR="00F32FA7" w:rsidRPr="00771DC2" w:rsidRDefault="00000000" w:rsidP="00232823">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Living for an Audience of One</w:t>
      </w:r>
    </w:p>
    <w:p w14:paraId="69FC80BD" w14:textId="61CACB65" w:rsidR="00D133CD" w:rsidRPr="00771DC2" w:rsidRDefault="00000000" w:rsidP="00232823">
      <w:pPr>
        <w:spacing w:after="0" w:line="336" w:lineRule="auto"/>
        <w:ind w:firstLine="284"/>
        <w:jc w:val="both"/>
        <w:rPr>
          <w:rFonts w:ascii="Garamond" w:hAnsi="Garamond"/>
        </w:rPr>
      </w:pPr>
      <w:r w:rsidRPr="00771DC2">
        <w:rPr>
          <w:rFonts w:ascii="Garamond" w:hAnsi="Garamond"/>
        </w:rPr>
        <w:t>When you realize you</w:t>
      </w:r>
      <w:r w:rsidR="00D133CD">
        <w:rPr>
          <w:rFonts w:ascii="Garamond" w:hAnsi="Garamond"/>
        </w:rPr>
        <w:t>’</w:t>
      </w:r>
      <w:r w:rsidRPr="00771DC2">
        <w:rPr>
          <w:rFonts w:ascii="Garamond" w:hAnsi="Garamond"/>
        </w:rPr>
        <w:t>re not the main character, something beautiful happens: you start living for the actual main character.</w:t>
      </w:r>
      <w:r w:rsidR="00D133CD">
        <w:rPr>
          <w:rFonts w:ascii="Garamond" w:hAnsi="Garamond"/>
        </w:rPr>
        <w:t xml:space="preserve"> </w:t>
      </w:r>
      <w:r w:rsidRPr="00771DC2">
        <w:rPr>
          <w:rFonts w:ascii="Garamond" w:hAnsi="Garamond"/>
        </w:rPr>
        <w:t xml:space="preserve">Instead of performing for the crowd, you start performing for the Director. Instead of seeking applause from the audience, you start seeking approval from the </w:t>
      </w:r>
      <w:r w:rsidRPr="00771DC2">
        <w:rPr>
          <w:rFonts w:ascii="Garamond" w:hAnsi="Garamond"/>
        </w:rPr>
        <w:lastRenderedPageBreak/>
        <w:t>Author. Instead of trying to steal the show, you start playing your part faithfully.</w:t>
      </w:r>
    </w:p>
    <w:p w14:paraId="44B05C79" w14:textId="77777777" w:rsidR="00F32FA7" w:rsidRPr="00771DC2" w:rsidRDefault="00000000" w:rsidP="00232823">
      <w:pPr>
        <w:spacing w:after="0" w:line="336" w:lineRule="auto"/>
        <w:jc w:val="both"/>
        <w:rPr>
          <w:rFonts w:ascii="Garamond" w:hAnsi="Garamond"/>
        </w:rPr>
      </w:pPr>
      <w:r w:rsidRPr="00771DC2">
        <w:rPr>
          <w:rFonts w:ascii="Garamond" w:hAnsi="Garamond"/>
        </w:rPr>
        <w:t>This changes everything about how you live:</w:t>
      </w:r>
    </w:p>
    <w:p w14:paraId="3CD85776" w14:textId="08FFC055" w:rsidR="00F32FA7" w:rsidRPr="00771DC2" w:rsidRDefault="00000000" w:rsidP="00232823">
      <w:pPr>
        <w:spacing w:after="0" w:line="336" w:lineRule="auto"/>
        <w:jc w:val="both"/>
        <w:rPr>
          <w:rFonts w:ascii="Garamond" w:hAnsi="Garamond"/>
        </w:rPr>
      </w:pPr>
      <w:r w:rsidRPr="00771DC2">
        <w:rPr>
          <w:rFonts w:ascii="Garamond" w:hAnsi="Garamond"/>
          <w:b/>
        </w:rPr>
        <w:t>Your motivation shifts from recognition to faithfulness.</w:t>
      </w:r>
      <w:r w:rsidRPr="00771DC2">
        <w:rPr>
          <w:rFonts w:ascii="Garamond" w:hAnsi="Garamond"/>
        </w:rPr>
        <w:t xml:space="preserve"> You don</w:t>
      </w:r>
      <w:r w:rsidR="00D133CD">
        <w:rPr>
          <w:rFonts w:ascii="Garamond" w:hAnsi="Garamond"/>
        </w:rPr>
        <w:t>’</w:t>
      </w:r>
      <w:r w:rsidRPr="00771DC2">
        <w:rPr>
          <w:rFonts w:ascii="Garamond" w:hAnsi="Garamond"/>
        </w:rPr>
        <w:t>t serve because you need credit. You serve because you love God and He</w:t>
      </w:r>
      <w:r w:rsidR="00D133CD">
        <w:rPr>
          <w:rFonts w:ascii="Garamond" w:hAnsi="Garamond"/>
        </w:rPr>
        <w:t>’</w:t>
      </w:r>
      <w:r w:rsidRPr="00771DC2">
        <w:rPr>
          <w:rFonts w:ascii="Garamond" w:hAnsi="Garamond"/>
        </w:rPr>
        <w:t>s called you to serve.</w:t>
      </w:r>
    </w:p>
    <w:p w14:paraId="52A02AF9" w14:textId="6BA45905" w:rsidR="00F32FA7" w:rsidRPr="00771DC2" w:rsidRDefault="00000000" w:rsidP="00232823">
      <w:pPr>
        <w:spacing w:after="0" w:line="336" w:lineRule="auto"/>
        <w:jc w:val="both"/>
        <w:rPr>
          <w:rFonts w:ascii="Garamond" w:hAnsi="Garamond"/>
        </w:rPr>
      </w:pPr>
      <w:r w:rsidRPr="00771DC2">
        <w:rPr>
          <w:rFonts w:ascii="Garamond" w:hAnsi="Garamond"/>
          <w:b/>
        </w:rPr>
        <w:t>Your identity becomes stable.</w:t>
      </w:r>
      <w:r w:rsidRPr="00771DC2">
        <w:rPr>
          <w:rFonts w:ascii="Garamond" w:hAnsi="Garamond"/>
        </w:rPr>
        <w:t xml:space="preserve"> When your worth comes from God</w:t>
      </w:r>
      <w:r w:rsidR="00D133CD">
        <w:rPr>
          <w:rFonts w:ascii="Garamond" w:hAnsi="Garamond"/>
        </w:rPr>
        <w:t>’</w:t>
      </w:r>
      <w:r w:rsidRPr="00771DC2">
        <w:rPr>
          <w:rFonts w:ascii="Garamond" w:hAnsi="Garamond"/>
        </w:rPr>
        <w:t>s unchanging love instead of people</w:t>
      </w:r>
      <w:r w:rsidR="00D133CD">
        <w:rPr>
          <w:rFonts w:ascii="Garamond" w:hAnsi="Garamond"/>
        </w:rPr>
        <w:t>’</w:t>
      </w:r>
      <w:r w:rsidRPr="00771DC2">
        <w:rPr>
          <w:rFonts w:ascii="Garamond" w:hAnsi="Garamond"/>
        </w:rPr>
        <w:t>s changing opinions, you</w:t>
      </w:r>
      <w:r w:rsidR="00D133CD">
        <w:rPr>
          <w:rFonts w:ascii="Garamond" w:hAnsi="Garamond"/>
        </w:rPr>
        <w:t>’</w:t>
      </w:r>
      <w:r w:rsidRPr="00771DC2">
        <w:rPr>
          <w:rFonts w:ascii="Garamond" w:hAnsi="Garamond"/>
        </w:rPr>
        <w:t>re free from the emotional roller coaster of human approval.</w:t>
      </w:r>
    </w:p>
    <w:p w14:paraId="659D7BE1" w14:textId="6A2298FE" w:rsidR="00F32FA7" w:rsidRPr="00771DC2" w:rsidRDefault="00000000" w:rsidP="00232823">
      <w:pPr>
        <w:spacing w:after="0" w:line="336" w:lineRule="auto"/>
        <w:jc w:val="both"/>
        <w:rPr>
          <w:rFonts w:ascii="Garamond" w:hAnsi="Garamond"/>
        </w:rPr>
      </w:pPr>
      <w:r w:rsidRPr="00771DC2">
        <w:rPr>
          <w:rFonts w:ascii="Garamond" w:hAnsi="Garamond"/>
          <w:b/>
        </w:rPr>
        <w:t>Your work becomes worship.</w:t>
      </w:r>
      <w:r w:rsidRPr="00771DC2">
        <w:rPr>
          <w:rFonts w:ascii="Garamond" w:hAnsi="Garamond"/>
        </w:rPr>
        <w:t xml:space="preserve"> Every task, no matter how small, becomes an opportunity to honor God. Changing diapers, filing reports, teaching Sunday school, washing dishes</w:t>
      </w:r>
      <w:r w:rsidR="00D133CD">
        <w:rPr>
          <w:rFonts w:ascii="Garamond" w:hAnsi="Garamond"/>
        </w:rPr>
        <w:t xml:space="preserve">, </w:t>
      </w:r>
      <w:r w:rsidRPr="00771DC2">
        <w:rPr>
          <w:rFonts w:ascii="Garamond" w:hAnsi="Garamond"/>
        </w:rPr>
        <w:t>it all becomes sacred when you</w:t>
      </w:r>
      <w:r w:rsidR="00D133CD">
        <w:rPr>
          <w:rFonts w:ascii="Garamond" w:hAnsi="Garamond"/>
        </w:rPr>
        <w:t>’</w:t>
      </w:r>
      <w:r w:rsidRPr="00771DC2">
        <w:rPr>
          <w:rFonts w:ascii="Garamond" w:hAnsi="Garamond"/>
        </w:rPr>
        <w:t>re doing it as unto the Lord.</w:t>
      </w:r>
    </w:p>
    <w:p w14:paraId="65A65661" w14:textId="4C6A251D" w:rsidR="00F32FA7" w:rsidRPr="00771DC2" w:rsidRDefault="00000000" w:rsidP="00232823">
      <w:pPr>
        <w:spacing w:after="0" w:line="336" w:lineRule="auto"/>
        <w:jc w:val="both"/>
        <w:rPr>
          <w:rFonts w:ascii="Garamond" w:hAnsi="Garamond"/>
        </w:rPr>
      </w:pPr>
      <w:r w:rsidRPr="00771DC2">
        <w:rPr>
          <w:rFonts w:ascii="Garamond" w:hAnsi="Garamond"/>
          <w:b/>
        </w:rPr>
        <w:t>Your relationships become healthier.</w:t>
      </w:r>
      <w:r w:rsidRPr="00771DC2">
        <w:rPr>
          <w:rFonts w:ascii="Garamond" w:hAnsi="Garamond"/>
        </w:rPr>
        <w:t xml:space="preserve"> When you</w:t>
      </w:r>
      <w:r w:rsidR="00232823">
        <w:rPr>
          <w:rFonts w:ascii="Garamond" w:hAnsi="Garamond"/>
        </w:rPr>
        <w:t>’</w:t>
      </w:r>
      <w:r w:rsidRPr="00771DC2">
        <w:rPr>
          <w:rFonts w:ascii="Garamond" w:hAnsi="Garamond"/>
        </w:rPr>
        <w:t xml:space="preserve">re not trying to get your </w:t>
      </w:r>
      <w:proofErr w:type="gramStart"/>
      <w:r w:rsidRPr="00771DC2">
        <w:rPr>
          <w:rFonts w:ascii="Garamond" w:hAnsi="Garamond"/>
        </w:rPr>
        <w:t>identity</w:t>
      </w:r>
      <w:proofErr w:type="gramEnd"/>
      <w:r w:rsidRPr="00771DC2">
        <w:rPr>
          <w:rFonts w:ascii="Garamond" w:hAnsi="Garamond"/>
        </w:rPr>
        <w:t xml:space="preserve"> needs met through other people, you</w:t>
      </w:r>
      <w:r w:rsidR="00232823">
        <w:rPr>
          <w:rFonts w:ascii="Garamond" w:hAnsi="Garamond"/>
        </w:rPr>
        <w:t>’</w:t>
      </w:r>
      <w:r w:rsidRPr="00771DC2">
        <w:rPr>
          <w:rFonts w:ascii="Garamond" w:hAnsi="Garamond"/>
        </w:rPr>
        <w:t>re free to actually love them. You can celebrate their success without feeling diminished. You can accept their limitations without feeling rejected.</w:t>
      </w:r>
    </w:p>
    <w:p w14:paraId="394CB9CE" w14:textId="77777777" w:rsidR="00F32FA7" w:rsidRPr="00771DC2" w:rsidRDefault="00000000" w:rsidP="00D407D4">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Biblical Pattern of Greatness</w:t>
      </w:r>
    </w:p>
    <w:p w14:paraId="4F80E342" w14:textId="499188F8" w:rsidR="00F32FA7" w:rsidRPr="00771DC2" w:rsidRDefault="00000000" w:rsidP="003B1211">
      <w:pPr>
        <w:spacing w:after="0" w:line="336" w:lineRule="auto"/>
        <w:ind w:firstLine="284"/>
        <w:jc w:val="both"/>
        <w:rPr>
          <w:rFonts w:ascii="Garamond" w:hAnsi="Garamond"/>
        </w:rPr>
      </w:pPr>
      <w:r w:rsidRPr="00771DC2">
        <w:rPr>
          <w:rFonts w:ascii="Garamond" w:hAnsi="Garamond"/>
        </w:rPr>
        <w:t xml:space="preserve">Jesus redefined greatness. In Matthew 20:26-28, He said, </w:t>
      </w:r>
      <w:r w:rsidR="00D407D4">
        <w:rPr>
          <w:rFonts w:ascii="Garamond" w:hAnsi="Garamond"/>
        </w:rPr>
        <w:t>“</w:t>
      </w:r>
      <w:r w:rsidRPr="00771DC2">
        <w:rPr>
          <w:rFonts w:ascii="Garamond" w:hAnsi="Garamond"/>
        </w:rPr>
        <w:t xml:space="preserve">Whoever wants to become great among you must be your </w:t>
      </w:r>
      <w:r w:rsidRPr="00771DC2">
        <w:rPr>
          <w:rFonts w:ascii="Garamond" w:hAnsi="Garamond"/>
        </w:rPr>
        <w:lastRenderedPageBreak/>
        <w:t>servant, and whoever wants to be first must be slave of all. For even the Son of Man did not come to be served, but to serve, and to give his life as a ransom for many.</w:t>
      </w:r>
      <w:r w:rsidR="00D407D4">
        <w:rPr>
          <w:rFonts w:ascii="Garamond" w:hAnsi="Garamond"/>
        </w:rPr>
        <w:t>”</w:t>
      </w:r>
    </w:p>
    <w:p w14:paraId="1E9B4980" w14:textId="63CD6279" w:rsidR="00F32FA7" w:rsidRPr="00771DC2" w:rsidRDefault="00000000" w:rsidP="003B1211">
      <w:pPr>
        <w:spacing w:after="0" w:line="336" w:lineRule="auto"/>
        <w:ind w:firstLine="284"/>
        <w:jc w:val="both"/>
        <w:rPr>
          <w:rFonts w:ascii="Garamond" w:hAnsi="Garamond"/>
        </w:rPr>
      </w:pPr>
      <w:r w:rsidRPr="00771DC2">
        <w:rPr>
          <w:rFonts w:ascii="Garamond" w:hAnsi="Garamond"/>
        </w:rPr>
        <w:t>In God</w:t>
      </w:r>
      <w:r w:rsidR="00D407D4">
        <w:rPr>
          <w:rFonts w:ascii="Garamond" w:hAnsi="Garamond"/>
        </w:rPr>
        <w:t>’</w:t>
      </w:r>
      <w:r w:rsidRPr="00771DC2">
        <w:rPr>
          <w:rFonts w:ascii="Garamond" w:hAnsi="Garamond"/>
        </w:rPr>
        <w:t>s kingdom, greatness isn</w:t>
      </w:r>
      <w:r w:rsidR="00D407D4">
        <w:rPr>
          <w:rFonts w:ascii="Garamond" w:hAnsi="Garamond"/>
        </w:rPr>
        <w:t>’</w:t>
      </w:r>
      <w:r w:rsidRPr="00771DC2">
        <w:rPr>
          <w:rFonts w:ascii="Garamond" w:hAnsi="Garamond"/>
        </w:rPr>
        <w:t>t about getting people to serve you</w:t>
      </w:r>
      <w:r w:rsidR="003B1211">
        <w:rPr>
          <w:rFonts w:ascii="Garamond" w:hAnsi="Garamond"/>
        </w:rPr>
        <w:t>;</w:t>
      </w:r>
      <w:r w:rsidR="00D407D4">
        <w:rPr>
          <w:rFonts w:ascii="Garamond" w:hAnsi="Garamond"/>
        </w:rPr>
        <w:t xml:space="preserve"> </w:t>
      </w:r>
      <w:r w:rsidRPr="00771DC2">
        <w:rPr>
          <w:rFonts w:ascii="Garamond" w:hAnsi="Garamond"/>
        </w:rPr>
        <w:t>it</w:t>
      </w:r>
      <w:r w:rsidR="00D407D4">
        <w:rPr>
          <w:rFonts w:ascii="Garamond" w:hAnsi="Garamond"/>
        </w:rPr>
        <w:t>’</w:t>
      </w:r>
      <w:r w:rsidRPr="00771DC2">
        <w:rPr>
          <w:rFonts w:ascii="Garamond" w:hAnsi="Garamond"/>
        </w:rPr>
        <w:t>s about serving others. It</w:t>
      </w:r>
      <w:r w:rsidR="00D407D4">
        <w:rPr>
          <w:rFonts w:ascii="Garamond" w:hAnsi="Garamond"/>
        </w:rPr>
        <w:t>’</w:t>
      </w:r>
      <w:r w:rsidRPr="00771DC2">
        <w:rPr>
          <w:rFonts w:ascii="Garamond" w:hAnsi="Garamond"/>
        </w:rPr>
        <w:t>s not about being recognized</w:t>
      </w:r>
      <w:r w:rsidR="003B1211">
        <w:rPr>
          <w:rFonts w:ascii="Garamond" w:hAnsi="Garamond"/>
        </w:rPr>
        <w:t xml:space="preserve">, </w:t>
      </w:r>
      <w:r w:rsidRPr="00771DC2">
        <w:rPr>
          <w:rFonts w:ascii="Garamond" w:hAnsi="Garamond"/>
        </w:rPr>
        <w:t>it</w:t>
      </w:r>
      <w:r w:rsidR="003B1211">
        <w:rPr>
          <w:rFonts w:ascii="Garamond" w:hAnsi="Garamond"/>
        </w:rPr>
        <w:t>’</w:t>
      </w:r>
      <w:r w:rsidRPr="00771DC2">
        <w:rPr>
          <w:rFonts w:ascii="Garamond" w:hAnsi="Garamond"/>
        </w:rPr>
        <w:t>s about recognizing others</w:t>
      </w:r>
      <w:r w:rsidR="003B1211">
        <w:rPr>
          <w:rFonts w:ascii="Garamond" w:hAnsi="Garamond"/>
        </w:rPr>
        <w:t>,</w:t>
      </w:r>
      <w:r w:rsidRPr="00771DC2">
        <w:rPr>
          <w:rFonts w:ascii="Garamond" w:hAnsi="Garamond"/>
        </w:rPr>
        <w:t xml:space="preserve"> </w:t>
      </w:r>
      <w:r w:rsidR="003B1211">
        <w:rPr>
          <w:rFonts w:ascii="Garamond" w:hAnsi="Garamond"/>
        </w:rPr>
        <w:t>i</w:t>
      </w:r>
      <w:r w:rsidRPr="00771DC2">
        <w:rPr>
          <w:rFonts w:ascii="Garamond" w:hAnsi="Garamond"/>
        </w:rPr>
        <w:t>t</w:t>
      </w:r>
      <w:r w:rsidR="003B1211">
        <w:rPr>
          <w:rFonts w:ascii="Garamond" w:hAnsi="Garamond"/>
        </w:rPr>
        <w:t>’</w:t>
      </w:r>
      <w:r w:rsidRPr="00771DC2">
        <w:rPr>
          <w:rFonts w:ascii="Garamond" w:hAnsi="Garamond"/>
        </w:rPr>
        <w:t>s not about being the main character</w:t>
      </w:r>
      <w:r w:rsidR="003B1211">
        <w:rPr>
          <w:rFonts w:ascii="Garamond" w:hAnsi="Garamond"/>
        </w:rPr>
        <w:t xml:space="preserve">; </w:t>
      </w:r>
      <w:r w:rsidRPr="00771DC2">
        <w:rPr>
          <w:rFonts w:ascii="Garamond" w:hAnsi="Garamond"/>
        </w:rPr>
        <w:t>it</w:t>
      </w:r>
      <w:r w:rsidR="003B1211">
        <w:rPr>
          <w:rFonts w:ascii="Garamond" w:hAnsi="Garamond"/>
        </w:rPr>
        <w:t>’</w:t>
      </w:r>
      <w:r w:rsidRPr="00771DC2">
        <w:rPr>
          <w:rFonts w:ascii="Garamond" w:hAnsi="Garamond"/>
        </w:rPr>
        <w:t>s about helping others play their parts well.</w:t>
      </w:r>
    </w:p>
    <w:p w14:paraId="130203A6" w14:textId="125489C3" w:rsidR="00F32FA7" w:rsidRPr="00771DC2" w:rsidRDefault="00000000" w:rsidP="003B1211">
      <w:pPr>
        <w:spacing w:after="0" w:line="336" w:lineRule="auto"/>
        <w:ind w:firstLine="284"/>
        <w:jc w:val="both"/>
        <w:rPr>
          <w:rFonts w:ascii="Garamond" w:hAnsi="Garamond"/>
        </w:rPr>
      </w:pPr>
      <w:r w:rsidRPr="00771DC2">
        <w:rPr>
          <w:rFonts w:ascii="Garamond" w:hAnsi="Garamond"/>
        </w:rPr>
        <w:t xml:space="preserve">Look at John the Baptist. He said, </w:t>
      </w:r>
      <w:r w:rsidR="003B1211">
        <w:rPr>
          <w:rFonts w:ascii="Garamond" w:hAnsi="Garamond"/>
        </w:rPr>
        <w:t>“</w:t>
      </w:r>
      <w:r w:rsidRPr="00771DC2">
        <w:rPr>
          <w:rFonts w:ascii="Garamond" w:hAnsi="Garamond"/>
        </w:rPr>
        <w:t>He must become greater; I must become less</w:t>
      </w:r>
      <w:r w:rsidR="003B1211">
        <w:rPr>
          <w:rFonts w:ascii="Garamond" w:hAnsi="Garamond"/>
        </w:rPr>
        <w:t>”</w:t>
      </w:r>
      <w:r w:rsidRPr="00771DC2">
        <w:rPr>
          <w:rFonts w:ascii="Garamond" w:hAnsi="Garamond"/>
        </w:rPr>
        <w:t xml:space="preserve"> (John 3:30). His entire ministry was about pointing people to Jesus, not building his own platform.</w:t>
      </w:r>
      <w:r w:rsidR="003B1211">
        <w:rPr>
          <w:rFonts w:ascii="Garamond" w:hAnsi="Garamond"/>
        </w:rPr>
        <w:t xml:space="preserve"> </w:t>
      </w:r>
      <w:r w:rsidRPr="00771DC2">
        <w:rPr>
          <w:rFonts w:ascii="Garamond" w:hAnsi="Garamond"/>
        </w:rPr>
        <w:t xml:space="preserve">Look at Mary. She said, </w:t>
      </w:r>
      <w:r w:rsidR="003B1211">
        <w:rPr>
          <w:rFonts w:ascii="Garamond" w:hAnsi="Garamond"/>
        </w:rPr>
        <w:t>“</w:t>
      </w:r>
      <w:r w:rsidRPr="00771DC2">
        <w:rPr>
          <w:rFonts w:ascii="Garamond" w:hAnsi="Garamond"/>
        </w:rPr>
        <w:t>I am the Lord</w:t>
      </w:r>
      <w:r w:rsidR="003B1211">
        <w:rPr>
          <w:rFonts w:ascii="Garamond" w:hAnsi="Garamond"/>
        </w:rPr>
        <w:t>’</w:t>
      </w:r>
      <w:r w:rsidRPr="00771DC2">
        <w:rPr>
          <w:rFonts w:ascii="Garamond" w:hAnsi="Garamond"/>
        </w:rPr>
        <w:t>s servant. May your word to me be fulfilled</w:t>
      </w:r>
      <w:r w:rsidR="003B1211">
        <w:rPr>
          <w:rFonts w:ascii="Garamond" w:hAnsi="Garamond"/>
        </w:rPr>
        <w:t>”</w:t>
      </w:r>
      <w:r w:rsidRPr="00771DC2">
        <w:rPr>
          <w:rFonts w:ascii="Garamond" w:hAnsi="Garamond"/>
        </w:rPr>
        <w:t xml:space="preserve"> (Luke 1:38). She didn</w:t>
      </w:r>
      <w:r w:rsidR="003B1211">
        <w:rPr>
          <w:rFonts w:ascii="Garamond" w:hAnsi="Garamond"/>
        </w:rPr>
        <w:t>’</w:t>
      </w:r>
      <w:r w:rsidRPr="00771DC2">
        <w:rPr>
          <w:rFonts w:ascii="Garamond" w:hAnsi="Garamond"/>
        </w:rPr>
        <w:t>t demand explanation or recognition. She simply submitted to God</w:t>
      </w:r>
      <w:r w:rsidR="003B1211">
        <w:rPr>
          <w:rFonts w:ascii="Garamond" w:hAnsi="Garamond"/>
        </w:rPr>
        <w:t>’</w:t>
      </w:r>
      <w:r w:rsidRPr="00771DC2">
        <w:rPr>
          <w:rFonts w:ascii="Garamond" w:hAnsi="Garamond"/>
        </w:rPr>
        <w:t>s plan.</w:t>
      </w:r>
      <w:r w:rsidR="003B1211">
        <w:rPr>
          <w:rFonts w:ascii="Garamond" w:hAnsi="Garamond"/>
        </w:rPr>
        <w:t xml:space="preserve"> </w:t>
      </w:r>
      <w:r w:rsidRPr="00771DC2">
        <w:rPr>
          <w:rFonts w:ascii="Garamond" w:hAnsi="Garamond"/>
        </w:rPr>
        <w:t>These weren</w:t>
      </w:r>
      <w:r w:rsidR="003B1211">
        <w:rPr>
          <w:rFonts w:ascii="Garamond" w:hAnsi="Garamond"/>
        </w:rPr>
        <w:t>’</w:t>
      </w:r>
      <w:r w:rsidRPr="00771DC2">
        <w:rPr>
          <w:rFonts w:ascii="Garamond" w:hAnsi="Garamond"/>
        </w:rPr>
        <w:t>t weak people. They were people who understood that true strength comes from knowing your place in God</w:t>
      </w:r>
      <w:r w:rsidR="003B1211">
        <w:rPr>
          <w:rFonts w:ascii="Garamond" w:hAnsi="Garamond"/>
        </w:rPr>
        <w:t>’</w:t>
      </w:r>
      <w:r w:rsidRPr="00771DC2">
        <w:rPr>
          <w:rFonts w:ascii="Garamond" w:hAnsi="Garamond"/>
        </w:rPr>
        <w:t>s story.</w:t>
      </w:r>
    </w:p>
    <w:p w14:paraId="4F52B62B" w14:textId="77777777" w:rsidR="00F32FA7" w:rsidRPr="003B1211" w:rsidRDefault="00000000" w:rsidP="003B1211">
      <w:pPr>
        <w:pStyle w:val="Heading2"/>
        <w:spacing w:before="0" w:after="0" w:line="336" w:lineRule="auto"/>
        <w:ind w:firstLine="284"/>
        <w:jc w:val="center"/>
        <w:rPr>
          <w:rFonts w:ascii="Garamond" w:hAnsi="Garamond"/>
          <w:sz w:val="24"/>
          <w:szCs w:val="24"/>
        </w:rPr>
      </w:pPr>
      <w:r w:rsidRPr="003B1211">
        <w:rPr>
          <w:rFonts w:ascii="Garamond" w:hAnsi="Garamond"/>
          <w:sz w:val="24"/>
          <w:szCs w:val="24"/>
        </w:rPr>
        <w:t>The Practical Path to Humility</w:t>
      </w:r>
    </w:p>
    <w:p w14:paraId="332378AC" w14:textId="6C7B7DFD" w:rsidR="00F32FA7" w:rsidRPr="00771DC2" w:rsidRDefault="00000000" w:rsidP="006B6983">
      <w:pPr>
        <w:spacing w:after="0" w:line="336" w:lineRule="auto"/>
        <w:ind w:firstLine="284"/>
        <w:jc w:val="both"/>
        <w:rPr>
          <w:rFonts w:ascii="Garamond" w:hAnsi="Garamond"/>
        </w:rPr>
      </w:pPr>
      <w:r w:rsidRPr="00771DC2">
        <w:rPr>
          <w:rFonts w:ascii="Garamond" w:hAnsi="Garamond"/>
        </w:rPr>
        <w:t>So how do we move from being the main character to being a supporting character in God</w:t>
      </w:r>
      <w:r w:rsidR="003B1211">
        <w:rPr>
          <w:rFonts w:ascii="Garamond" w:hAnsi="Garamond"/>
        </w:rPr>
        <w:t>’</w:t>
      </w:r>
      <w:r w:rsidRPr="00771DC2">
        <w:rPr>
          <w:rFonts w:ascii="Garamond" w:hAnsi="Garamond"/>
        </w:rPr>
        <w:t>s story?</w:t>
      </w:r>
    </w:p>
    <w:p w14:paraId="72D92B48" w14:textId="45A9C18B" w:rsidR="00F32FA7" w:rsidRPr="00771DC2" w:rsidRDefault="00000000" w:rsidP="006B6983">
      <w:pPr>
        <w:spacing w:after="0" w:line="336" w:lineRule="auto"/>
        <w:jc w:val="both"/>
        <w:rPr>
          <w:rFonts w:ascii="Garamond" w:hAnsi="Garamond"/>
        </w:rPr>
      </w:pPr>
      <w:r w:rsidRPr="00771DC2">
        <w:rPr>
          <w:rFonts w:ascii="Garamond" w:hAnsi="Garamond"/>
          <w:b/>
        </w:rPr>
        <w:t>Start with gratitude.</w:t>
      </w:r>
      <w:r w:rsidRPr="00771DC2">
        <w:rPr>
          <w:rFonts w:ascii="Garamond" w:hAnsi="Garamond"/>
        </w:rPr>
        <w:t xml:space="preserve"> Every morning, before you check your phone, remind yourself of what God has done for you. You </w:t>
      </w:r>
      <w:r w:rsidRPr="00771DC2">
        <w:rPr>
          <w:rFonts w:ascii="Garamond" w:hAnsi="Garamond"/>
        </w:rPr>
        <w:lastRenderedPageBreak/>
        <w:t>didn</w:t>
      </w:r>
      <w:r w:rsidR="003B1211">
        <w:rPr>
          <w:rFonts w:ascii="Garamond" w:hAnsi="Garamond"/>
        </w:rPr>
        <w:t>’</w:t>
      </w:r>
      <w:r w:rsidRPr="00771DC2">
        <w:rPr>
          <w:rFonts w:ascii="Garamond" w:hAnsi="Garamond"/>
        </w:rPr>
        <w:t>t earn your salvation, your gifts, your opportunities, or your breath. Everything is grace.</w:t>
      </w:r>
    </w:p>
    <w:p w14:paraId="105E7055" w14:textId="77777777" w:rsidR="00F32FA7" w:rsidRPr="00771DC2" w:rsidRDefault="00000000" w:rsidP="006B6983">
      <w:pPr>
        <w:spacing w:after="0" w:line="336" w:lineRule="auto"/>
        <w:jc w:val="both"/>
        <w:rPr>
          <w:rFonts w:ascii="Garamond" w:hAnsi="Garamond"/>
        </w:rPr>
      </w:pPr>
      <w:r w:rsidRPr="00771DC2">
        <w:rPr>
          <w:rFonts w:ascii="Garamond" w:hAnsi="Garamond"/>
          <w:b/>
        </w:rPr>
        <w:t>Practice anonymity.</w:t>
      </w:r>
      <w:r w:rsidRPr="00771DC2">
        <w:rPr>
          <w:rFonts w:ascii="Garamond" w:hAnsi="Garamond"/>
        </w:rPr>
        <w:t xml:space="preserve"> Do something kind without telling anyone. Give without getting a receipt. Serve without being recognized. Help without being thanked. This breaks the addiction to recognition.</w:t>
      </w:r>
    </w:p>
    <w:p w14:paraId="12081412" w14:textId="77777777" w:rsidR="00F32FA7" w:rsidRPr="00771DC2" w:rsidRDefault="00000000" w:rsidP="006B6983">
      <w:pPr>
        <w:spacing w:after="0" w:line="336" w:lineRule="auto"/>
        <w:jc w:val="both"/>
        <w:rPr>
          <w:rFonts w:ascii="Garamond" w:hAnsi="Garamond"/>
        </w:rPr>
      </w:pPr>
      <w:r w:rsidRPr="00771DC2">
        <w:rPr>
          <w:rFonts w:ascii="Garamond" w:hAnsi="Garamond"/>
          <w:b/>
        </w:rPr>
        <w:t>Celebrate others.</w:t>
      </w:r>
      <w:r w:rsidRPr="00771DC2">
        <w:rPr>
          <w:rFonts w:ascii="Garamond" w:hAnsi="Garamond"/>
        </w:rPr>
        <w:t xml:space="preserve"> When someone succeeds, celebrate them genuinely. When someone gets recognition, rejoice with them. When someone receives the opportunity you wanted, thank God for blessing them.</w:t>
      </w:r>
    </w:p>
    <w:p w14:paraId="5AF6A9F0" w14:textId="6C840948" w:rsidR="00F32FA7" w:rsidRPr="00771DC2" w:rsidRDefault="00000000" w:rsidP="006B6983">
      <w:pPr>
        <w:spacing w:after="0" w:line="336" w:lineRule="auto"/>
        <w:jc w:val="both"/>
        <w:rPr>
          <w:rFonts w:ascii="Garamond" w:hAnsi="Garamond"/>
        </w:rPr>
      </w:pPr>
      <w:r w:rsidRPr="00771DC2">
        <w:rPr>
          <w:rFonts w:ascii="Garamond" w:hAnsi="Garamond"/>
          <w:b/>
        </w:rPr>
        <w:t>Accept your limitations.</w:t>
      </w:r>
      <w:r w:rsidRPr="00771DC2">
        <w:rPr>
          <w:rFonts w:ascii="Garamond" w:hAnsi="Garamond"/>
        </w:rPr>
        <w:t xml:space="preserve"> You can</w:t>
      </w:r>
      <w:r w:rsidR="003B1211">
        <w:rPr>
          <w:rFonts w:ascii="Garamond" w:hAnsi="Garamond"/>
        </w:rPr>
        <w:t>’</w:t>
      </w:r>
      <w:r w:rsidRPr="00771DC2">
        <w:rPr>
          <w:rFonts w:ascii="Garamond" w:hAnsi="Garamond"/>
        </w:rPr>
        <w:t>t be everywhere, do everything, or help everyone. And that</w:t>
      </w:r>
      <w:r w:rsidR="003B1211">
        <w:rPr>
          <w:rFonts w:ascii="Garamond" w:hAnsi="Garamond"/>
        </w:rPr>
        <w:t>’</w:t>
      </w:r>
      <w:r w:rsidRPr="00771DC2">
        <w:rPr>
          <w:rFonts w:ascii="Garamond" w:hAnsi="Garamond"/>
        </w:rPr>
        <w:t>s okay. God has equipped others to do what you can</w:t>
      </w:r>
      <w:r w:rsidR="003B1211">
        <w:rPr>
          <w:rFonts w:ascii="Garamond" w:hAnsi="Garamond"/>
        </w:rPr>
        <w:t>’</w:t>
      </w:r>
      <w:r w:rsidRPr="00771DC2">
        <w:rPr>
          <w:rFonts w:ascii="Garamond" w:hAnsi="Garamond"/>
        </w:rPr>
        <w:t>t do. Your job is to be faithful in your lane.</w:t>
      </w:r>
    </w:p>
    <w:p w14:paraId="43E24D41" w14:textId="173E8206" w:rsidR="00F32FA7" w:rsidRPr="00771DC2" w:rsidRDefault="00000000" w:rsidP="006B6983">
      <w:pPr>
        <w:spacing w:after="0" w:line="336" w:lineRule="auto"/>
        <w:jc w:val="both"/>
        <w:rPr>
          <w:rFonts w:ascii="Garamond" w:hAnsi="Garamond"/>
        </w:rPr>
      </w:pPr>
      <w:r w:rsidRPr="00771DC2">
        <w:rPr>
          <w:rFonts w:ascii="Garamond" w:hAnsi="Garamond"/>
          <w:b/>
        </w:rPr>
        <w:t>Remember your mortality.</w:t>
      </w:r>
      <w:r w:rsidRPr="00771DC2">
        <w:rPr>
          <w:rFonts w:ascii="Garamond" w:hAnsi="Garamond"/>
        </w:rPr>
        <w:t xml:space="preserve"> You</w:t>
      </w:r>
      <w:r w:rsidR="003B1211">
        <w:rPr>
          <w:rFonts w:ascii="Garamond" w:hAnsi="Garamond"/>
        </w:rPr>
        <w:t>’</w:t>
      </w:r>
      <w:r w:rsidRPr="00771DC2">
        <w:rPr>
          <w:rFonts w:ascii="Garamond" w:hAnsi="Garamond"/>
        </w:rPr>
        <w:t>re going to die. Everyone reading this is going to die. In 100 years, most people won</w:t>
      </w:r>
      <w:r w:rsidR="003B1211">
        <w:rPr>
          <w:rFonts w:ascii="Garamond" w:hAnsi="Garamond"/>
        </w:rPr>
        <w:t>’</w:t>
      </w:r>
      <w:r w:rsidRPr="00771DC2">
        <w:rPr>
          <w:rFonts w:ascii="Garamond" w:hAnsi="Garamond"/>
        </w:rPr>
        <w:t>t remember our names. But God will remember our faithfulness.</w:t>
      </w:r>
    </w:p>
    <w:p w14:paraId="5BBA941F" w14:textId="63121F2A" w:rsidR="00F32FA7" w:rsidRPr="00771DC2" w:rsidRDefault="00000000" w:rsidP="006B6983">
      <w:pPr>
        <w:spacing w:after="0" w:line="336" w:lineRule="auto"/>
        <w:jc w:val="both"/>
        <w:rPr>
          <w:rFonts w:ascii="Garamond" w:hAnsi="Garamond"/>
        </w:rPr>
      </w:pPr>
      <w:r w:rsidRPr="00771DC2">
        <w:rPr>
          <w:rFonts w:ascii="Garamond" w:hAnsi="Garamond"/>
          <w:b/>
        </w:rPr>
        <w:t>Study Jesus.</w:t>
      </w:r>
      <w:r w:rsidRPr="00771DC2">
        <w:rPr>
          <w:rFonts w:ascii="Garamond" w:hAnsi="Garamond"/>
        </w:rPr>
        <w:t xml:space="preserve"> The more you understand who Jesus is, the more you</w:t>
      </w:r>
      <w:r w:rsidR="006B6983">
        <w:rPr>
          <w:rFonts w:ascii="Garamond" w:hAnsi="Garamond"/>
        </w:rPr>
        <w:t>’</w:t>
      </w:r>
      <w:r w:rsidRPr="00771DC2">
        <w:rPr>
          <w:rFonts w:ascii="Garamond" w:hAnsi="Garamond"/>
        </w:rPr>
        <w:t>ll understand who you are. Read the Gospels regularly. Notice how Jesus handled praise and criticism. Watch how He served others.</w:t>
      </w:r>
    </w:p>
    <w:p w14:paraId="1FD15D7A" w14:textId="77777777" w:rsidR="00F32FA7" w:rsidRPr="006B6983" w:rsidRDefault="00000000" w:rsidP="006B6983">
      <w:pPr>
        <w:pStyle w:val="Heading2"/>
        <w:spacing w:before="0" w:after="0" w:line="336" w:lineRule="auto"/>
        <w:ind w:firstLine="284"/>
        <w:jc w:val="center"/>
        <w:rPr>
          <w:rFonts w:ascii="Garamond" w:hAnsi="Garamond"/>
          <w:sz w:val="24"/>
          <w:szCs w:val="24"/>
        </w:rPr>
      </w:pPr>
      <w:r w:rsidRPr="006B6983">
        <w:rPr>
          <w:rFonts w:ascii="Garamond" w:hAnsi="Garamond"/>
          <w:sz w:val="24"/>
          <w:szCs w:val="24"/>
        </w:rPr>
        <w:lastRenderedPageBreak/>
        <w:t>The James Update</w:t>
      </w:r>
    </w:p>
    <w:p w14:paraId="02E407CE" w14:textId="654F0B96" w:rsidR="00F32FA7" w:rsidRPr="00771DC2" w:rsidRDefault="00000000" w:rsidP="001C3F79">
      <w:pPr>
        <w:spacing w:after="0" w:line="336" w:lineRule="auto"/>
        <w:ind w:firstLine="284"/>
        <w:jc w:val="both"/>
        <w:rPr>
          <w:rFonts w:ascii="Garamond" w:hAnsi="Garamond"/>
        </w:rPr>
      </w:pPr>
      <w:r w:rsidRPr="00771DC2">
        <w:rPr>
          <w:rFonts w:ascii="Garamond" w:hAnsi="Garamond"/>
        </w:rPr>
        <w:t>A few weeks after our coffee conversation, James called me with an update.</w:t>
      </w:r>
      <w:r w:rsidR="006B6983">
        <w:rPr>
          <w:rFonts w:ascii="Garamond" w:hAnsi="Garamond"/>
        </w:rPr>
        <w:t xml:space="preserve"> “</w:t>
      </w:r>
      <w:r w:rsidRPr="00771DC2">
        <w:rPr>
          <w:rFonts w:ascii="Garamond" w:hAnsi="Garamond"/>
        </w:rPr>
        <w:t>I think I get it now,</w:t>
      </w:r>
      <w:r w:rsidR="006B6983">
        <w:rPr>
          <w:rFonts w:ascii="Garamond" w:hAnsi="Garamond"/>
        </w:rPr>
        <w:t>”</w:t>
      </w:r>
      <w:r w:rsidRPr="00771DC2">
        <w:rPr>
          <w:rFonts w:ascii="Garamond" w:hAnsi="Garamond"/>
        </w:rPr>
        <w:t xml:space="preserve"> he said. </w:t>
      </w:r>
      <w:r w:rsidR="006B6983">
        <w:rPr>
          <w:rFonts w:ascii="Garamond" w:hAnsi="Garamond"/>
        </w:rPr>
        <w:t>“</w:t>
      </w:r>
      <w:r w:rsidRPr="00771DC2">
        <w:rPr>
          <w:rFonts w:ascii="Garamond" w:hAnsi="Garamond"/>
        </w:rPr>
        <w:t>I was so focused on what I wanted to contribute that I forgot to ask what God wanted to do. I was treating the church like my personal kingdom instead of God</w:t>
      </w:r>
      <w:r w:rsidR="006B6983">
        <w:rPr>
          <w:rFonts w:ascii="Garamond" w:hAnsi="Garamond"/>
        </w:rPr>
        <w:t>’</w:t>
      </w:r>
      <w:r w:rsidRPr="00771DC2">
        <w:rPr>
          <w:rFonts w:ascii="Garamond" w:hAnsi="Garamond"/>
        </w:rPr>
        <w:t>s kingdom.</w:t>
      </w:r>
      <w:r w:rsidR="006B6983">
        <w:rPr>
          <w:rFonts w:ascii="Garamond" w:hAnsi="Garamond"/>
        </w:rPr>
        <w:t>”</w:t>
      </w:r>
    </w:p>
    <w:p w14:paraId="010C227C" w14:textId="01BBF063" w:rsidR="00F32FA7" w:rsidRPr="00771DC2" w:rsidRDefault="00000000" w:rsidP="001C3F79">
      <w:pPr>
        <w:spacing w:after="0" w:line="336" w:lineRule="auto"/>
        <w:ind w:firstLine="284"/>
        <w:jc w:val="both"/>
        <w:rPr>
          <w:rFonts w:ascii="Garamond" w:hAnsi="Garamond"/>
        </w:rPr>
      </w:pPr>
      <w:r w:rsidRPr="00771DC2">
        <w:rPr>
          <w:rFonts w:ascii="Garamond" w:hAnsi="Garamond"/>
        </w:rPr>
        <w:t xml:space="preserve">James had a conversation with </w:t>
      </w:r>
      <w:r w:rsidR="001C3F79">
        <w:rPr>
          <w:rFonts w:ascii="Garamond" w:hAnsi="Garamond"/>
        </w:rPr>
        <w:t xml:space="preserve">Fr. </w:t>
      </w:r>
      <w:proofErr w:type="spellStart"/>
      <w:r w:rsidR="001C3F79">
        <w:rPr>
          <w:rFonts w:ascii="Garamond" w:hAnsi="Garamond"/>
        </w:rPr>
        <w:t>Trywell</w:t>
      </w:r>
      <w:proofErr w:type="spellEnd"/>
      <w:r w:rsidRPr="00771DC2">
        <w:rPr>
          <w:rFonts w:ascii="Garamond" w:hAnsi="Garamond"/>
        </w:rPr>
        <w:t xml:space="preserve">. Not to lobby for his ideas, but to ask how he could support the vision God had given the </w:t>
      </w:r>
      <w:r w:rsidR="001C3F79">
        <w:rPr>
          <w:rFonts w:ascii="Garamond" w:hAnsi="Garamond"/>
        </w:rPr>
        <w:t>Priest</w:t>
      </w:r>
      <w:r w:rsidRPr="00771DC2">
        <w:rPr>
          <w:rFonts w:ascii="Garamond" w:hAnsi="Garamond"/>
        </w:rPr>
        <w:t>. He offered his gifts without demanding recognition. He served without needing credit.</w:t>
      </w:r>
    </w:p>
    <w:p w14:paraId="4993AED0" w14:textId="5A59CD16" w:rsidR="00F32FA7" w:rsidRPr="00771DC2" w:rsidRDefault="001C3F79" w:rsidP="001C3F79">
      <w:pPr>
        <w:spacing w:after="0" w:line="336" w:lineRule="auto"/>
        <w:ind w:firstLine="284"/>
        <w:jc w:val="both"/>
        <w:rPr>
          <w:rFonts w:ascii="Garamond" w:hAnsi="Garamond"/>
        </w:rPr>
      </w:pPr>
      <w:r>
        <w:rPr>
          <w:rFonts w:ascii="Garamond" w:hAnsi="Garamond"/>
        </w:rPr>
        <w:t>“</w:t>
      </w:r>
      <w:r w:rsidRPr="00771DC2">
        <w:rPr>
          <w:rFonts w:ascii="Garamond" w:hAnsi="Garamond"/>
        </w:rPr>
        <w:t>The funny thing is,</w:t>
      </w:r>
      <w:r>
        <w:rPr>
          <w:rFonts w:ascii="Garamond" w:hAnsi="Garamond"/>
        </w:rPr>
        <w:t>”</w:t>
      </w:r>
      <w:r w:rsidRPr="00771DC2">
        <w:rPr>
          <w:rFonts w:ascii="Garamond" w:hAnsi="Garamond"/>
        </w:rPr>
        <w:t xml:space="preserve"> James told me, </w:t>
      </w:r>
      <w:r>
        <w:rPr>
          <w:rFonts w:ascii="Garamond" w:hAnsi="Garamond"/>
        </w:rPr>
        <w:t>“</w:t>
      </w:r>
      <w:r w:rsidRPr="00771DC2">
        <w:rPr>
          <w:rFonts w:ascii="Garamond" w:hAnsi="Garamond"/>
        </w:rPr>
        <w:t>I</w:t>
      </w:r>
      <w:r>
        <w:rPr>
          <w:rFonts w:ascii="Garamond" w:hAnsi="Garamond"/>
        </w:rPr>
        <w:t>’</w:t>
      </w:r>
      <w:r w:rsidRPr="00771DC2">
        <w:rPr>
          <w:rFonts w:ascii="Garamond" w:hAnsi="Garamond"/>
        </w:rPr>
        <w:t>m more fulfilled now than I</w:t>
      </w:r>
      <w:r>
        <w:rPr>
          <w:rFonts w:ascii="Garamond" w:hAnsi="Garamond"/>
        </w:rPr>
        <w:t>’</w:t>
      </w:r>
      <w:r w:rsidRPr="00771DC2">
        <w:rPr>
          <w:rFonts w:ascii="Garamond" w:hAnsi="Garamond"/>
        </w:rPr>
        <w:t>ve ever been. When I stopped trying to be the main character, I found my actual character. And it</w:t>
      </w:r>
      <w:r>
        <w:rPr>
          <w:rFonts w:ascii="Garamond" w:hAnsi="Garamond"/>
        </w:rPr>
        <w:t>’</w:t>
      </w:r>
      <w:r w:rsidRPr="00771DC2">
        <w:rPr>
          <w:rFonts w:ascii="Garamond" w:hAnsi="Garamond"/>
        </w:rPr>
        <w:t>s a good one.</w:t>
      </w:r>
      <w:r>
        <w:rPr>
          <w:rFonts w:ascii="Garamond" w:hAnsi="Garamond"/>
        </w:rPr>
        <w:t>”</w:t>
      </w:r>
    </w:p>
    <w:p w14:paraId="41A64224" w14:textId="3D5EBE36" w:rsidR="00F32FA7" w:rsidRPr="00771DC2" w:rsidRDefault="00000000" w:rsidP="00666E91">
      <w:pPr>
        <w:spacing w:after="0" w:line="336" w:lineRule="auto"/>
        <w:ind w:firstLine="284"/>
        <w:jc w:val="both"/>
        <w:rPr>
          <w:rFonts w:ascii="Garamond" w:hAnsi="Garamond"/>
        </w:rPr>
      </w:pPr>
      <w:r w:rsidRPr="00771DC2">
        <w:rPr>
          <w:rFonts w:ascii="Garamond" w:hAnsi="Garamond"/>
        </w:rPr>
        <w:t>This is what happens when you embrace your role as a supporting character in God</w:t>
      </w:r>
      <w:r w:rsidR="001C3F79">
        <w:rPr>
          <w:rFonts w:ascii="Garamond" w:hAnsi="Garamond"/>
        </w:rPr>
        <w:t>’</w:t>
      </w:r>
      <w:r w:rsidRPr="00771DC2">
        <w:rPr>
          <w:rFonts w:ascii="Garamond" w:hAnsi="Garamond"/>
        </w:rPr>
        <w:t>s story. You don</w:t>
      </w:r>
      <w:r w:rsidR="001C3F79">
        <w:rPr>
          <w:rFonts w:ascii="Garamond" w:hAnsi="Garamond"/>
        </w:rPr>
        <w:t>’</w:t>
      </w:r>
      <w:r w:rsidRPr="00771DC2">
        <w:rPr>
          <w:rFonts w:ascii="Garamond" w:hAnsi="Garamond"/>
        </w:rPr>
        <w:t>t become less significant</w:t>
      </w:r>
      <w:r w:rsidR="001C3F79">
        <w:rPr>
          <w:rFonts w:ascii="Garamond" w:hAnsi="Garamond"/>
        </w:rPr>
        <w:t xml:space="preserve">; </w:t>
      </w:r>
      <w:r w:rsidRPr="00771DC2">
        <w:rPr>
          <w:rFonts w:ascii="Garamond" w:hAnsi="Garamond"/>
        </w:rPr>
        <w:t>you become more significant. You find your true purpose, your real calling, your authentic identity.</w:t>
      </w:r>
    </w:p>
    <w:p w14:paraId="22442AFC" w14:textId="77777777" w:rsidR="00F32FA7" w:rsidRPr="00771DC2" w:rsidRDefault="00000000" w:rsidP="00666E91">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Challenge</w:t>
      </w:r>
    </w:p>
    <w:p w14:paraId="2C31B919" w14:textId="77777777" w:rsidR="00F32FA7" w:rsidRPr="001C3F79" w:rsidRDefault="00000000" w:rsidP="00666E91">
      <w:pPr>
        <w:spacing w:after="0" w:line="336" w:lineRule="auto"/>
        <w:jc w:val="center"/>
        <w:rPr>
          <w:rFonts w:ascii="Garamond" w:hAnsi="Garamond"/>
          <w:i/>
          <w:iCs/>
        </w:rPr>
      </w:pPr>
      <w:r w:rsidRPr="001C3F79">
        <w:rPr>
          <w:rFonts w:ascii="Garamond" w:hAnsi="Garamond"/>
          <w:i/>
          <w:iCs/>
        </w:rPr>
        <w:t>Practice thinking about yourself less.</w:t>
      </w:r>
    </w:p>
    <w:p w14:paraId="0A96CCBA" w14:textId="7A9E9145" w:rsidR="00F32FA7" w:rsidRPr="001C3F79" w:rsidRDefault="00000000" w:rsidP="00666E91">
      <w:pPr>
        <w:pStyle w:val="ListParagraph"/>
        <w:numPr>
          <w:ilvl w:val="0"/>
          <w:numId w:val="12"/>
        </w:numPr>
        <w:spacing w:line="336" w:lineRule="auto"/>
        <w:jc w:val="center"/>
        <w:rPr>
          <w:rFonts w:ascii="Garamond" w:hAnsi="Garamond"/>
        </w:rPr>
      </w:pPr>
      <w:r w:rsidRPr="001C3F79">
        <w:rPr>
          <w:rFonts w:ascii="Garamond" w:hAnsi="Garamond"/>
          <w:b/>
        </w:rPr>
        <w:t>Start each day asking God what He wants to do through you</w:t>
      </w:r>
      <w:r w:rsidRPr="001C3F79">
        <w:rPr>
          <w:rFonts w:ascii="Garamond" w:hAnsi="Garamond"/>
        </w:rPr>
        <w:t xml:space="preserve"> instead of what you want to</w:t>
      </w:r>
      <w:r w:rsidR="00666E91">
        <w:rPr>
          <w:rFonts w:ascii="Garamond" w:hAnsi="Garamond"/>
        </w:rPr>
        <w:t xml:space="preserve"> </w:t>
      </w:r>
      <w:r w:rsidRPr="001C3F79">
        <w:rPr>
          <w:rFonts w:ascii="Garamond" w:hAnsi="Garamond"/>
        </w:rPr>
        <w:t xml:space="preserve">accomplish. This simple shift in perspective can </w:t>
      </w:r>
      <w:r w:rsidRPr="001C3F79">
        <w:rPr>
          <w:rFonts w:ascii="Garamond" w:hAnsi="Garamond"/>
        </w:rPr>
        <w:lastRenderedPageBreak/>
        <w:t>transform how you approach your work, relationships, and service.</w:t>
      </w:r>
    </w:p>
    <w:p w14:paraId="5638AA79" w14:textId="04EC6CFE" w:rsidR="00F32FA7" w:rsidRPr="001C3F79" w:rsidRDefault="00000000" w:rsidP="00666E91">
      <w:pPr>
        <w:pStyle w:val="ListParagraph"/>
        <w:numPr>
          <w:ilvl w:val="0"/>
          <w:numId w:val="12"/>
        </w:numPr>
        <w:spacing w:after="0" w:line="336" w:lineRule="auto"/>
        <w:jc w:val="center"/>
        <w:rPr>
          <w:rFonts w:ascii="Garamond" w:hAnsi="Garamond"/>
        </w:rPr>
      </w:pPr>
      <w:r w:rsidRPr="001C3F79">
        <w:rPr>
          <w:rFonts w:ascii="Garamond" w:hAnsi="Garamond"/>
          <w:b/>
        </w:rPr>
        <w:t>Look for opportunities to serve without recognition.</w:t>
      </w:r>
      <w:r w:rsidRPr="001C3F79">
        <w:rPr>
          <w:rFonts w:ascii="Garamond" w:hAnsi="Garamond"/>
        </w:rPr>
        <w:t xml:space="preserve"> Help a coworker without expecting thanks. Encourage someone without needing credit. Give to someone without getting a receipt. Notice how it feels to serve purely for the joy of serving.</w:t>
      </w:r>
    </w:p>
    <w:p w14:paraId="56F0D8EB" w14:textId="6BFCFFE4" w:rsidR="00F32FA7" w:rsidRPr="001C3F79" w:rsidRDefault="00000000" w:rsidP="00666E91">
      <w:pPr>
        <w:pStyle w:val="ListParagraph"/>
        <w:numPr>
          <w:ilvl w:val="0"/>
          <w:numId w:val="12"/>
        </w:numPr>
        <w:spacing w:after="0" w:line="336" w:lineRule="auto"/>
        <w:jc w:val="center"/>
        <w:rPr>
          <w:rFonts w:ascii="Garamond" w:hAnsi="Garamond"/>
        </w:rPr>
      </w:pPr>
      <w:r w:rsidRPr="001C3F79">
        <w:rPr>
          <w:rFonts w:ascii="Garamond" w:hAnsi="Garamond"/>
          <w:b/>
        </w:rPr>
        <w:t>Celebrate someone else</w:t>
      </w:r>
      <w:r w:rsidR="001C3F79">
        <w:rPr>
          <w:rFonts w:ascii="Garamond" w:hAnsi="Garamond"/>
          <w:b/>
        </w:rPr>
        <w:t>’</w:t>
      </w:r>
      <w:r w:rsidRPr="001C3F79">
        <w:rPr>
          <w:rFonts w:ascii="Garamond" w:hAnsi="Garamond"/>
          <w:b/>
        </w:rPr>
        <w:t>s success.</w:t>
      </w:r>
      <w:r w:rsidRPr="001C3F79">
        <w:rPr>
          <w:rFonts w:ascii="Garamond" w:hAnsi="Garamond"/>
        </w:rPr>
        <w:t xml:space="preserve"> Find someone who</w:t>
      </w:r>
      <w:r w:rsidR="001C3F79">
        <w:rPr>
          <w:rFonts w:ascii="Garamond" w:hAnsi="Garamond"/>
        </w:rPr>
        <w:t>’</w:t>
      </w:r>
      <w:r w:rsidRPr="001C3F79">
        <w:rPr>
          <w:rFonts w:ascii="Garamond" w:hAnsi="Garamond"/>
        </w:rPr>
        <w:t>s been blessed, recognized, or successful, and genuinely celebrate them. Write them a note. Take them to lunch. Tell others about their accomplishment.</w:t>
      </w:r>
    </w:p>
    <w:p w14:paraId="70BE9DF6" w14:textId="5741A074" w:rsidR="00F32FA7" w:rsidRPr="001C3F79" w:rsidRDefault="00000000" w:rsidP="00666E91">
      <w:pPr>
        <w:pStyle w:val="ListParagraph"/>
        <w:numPr>
          <w:ilvl w:val="0"/>
          <w:numId w:val="12"/>
        </w:numPr>
        <w:spacing w:after="0" w:line="336" w:lineRule="auto"/>
        <w:jc w:val="center"/>
        <w:rPr>
          <w:rFonts w:ascii="Garamond" w:hAnsi="Garamond"/>
        </w:rPr>
      </w:pPr>
      <w:r w:rsidRPr="001C3F79">
        <w:rPr>
          <w:rFonts w:ascii="Garamond" w:hAnsi="Garamond"/>
          <w:b/>
        </w:rPr>
        <w:t>Accept correction without defensiveness.</w:t>
      </w:r>
      <w:r w:rsidRPr="001C3F79">
        <w:rPr>
          <w:rFonts w:ascii="Garamond" w:hAnsi="Garamond"/>
        </w:rPr>
        <w:t xml:space="preserve"> When someone gives you feedback, thank them for it instead of immediately defending yourself. Consider their perspective. Ask God if there</w:t>
      </w:r>
      <w:r w:rsidR="00666E91">
        <w:rPr>
          <w:rFonts w:ascii="Garamond" w:hAnsi="Garamond"/>
        </w:rPr>
        <w:t>’</w:t>
      </w:r>
      <w:r w:rsidRPr="001C3F79">
        <w:rPr>
          <w:rFonts w:ascii="Garamond" w:hAnsi="Garamond"/>
        </w:rPr>
        <w:t>s truth you need to hear.</w:t>
      </w:r>
    </w:p>
    <w:p w14:paraId="5BBEEA77" w14:textId="58E6CF58" w:rsidR="00F32FA7" w:rsidRPr="00666E91" w:rsidRDefault="00000000" w:rsidP="00666E91">
      <w:pPr>
        <w:pStyle w:val="ListParagraph"/>
        <w:numPr>
          <w:ilvl w:val="0"/>
          <w:numId w:val="12"/>
        </w:numPr>
        <w:spacing w:after="0" w:line="336" w:lineRule="auto"/>
        <w:jc w:val="center"/>
        <w:rPr>
          <w:rFonts w:ascii="Garamond" w:hAnsi="Garamond"/>
        </w:rPr>
      </w:pPr>
      <w:r w:rsidRPr="00666E91">
        <w:rPr>
          <w:rFonts w:ascii="Garamond" w:hAnsi="Garamond"/>
          <w:b/>
        </w:rPr>
        <w:t>Remember your place in God</w:t>
      </w:r>
      <w:r w:rsidR="00666E91" w:rsidRPr="00666E91">
        <w:rPr>
          <w:rFonts w:ascii="Garamond" w:hAnsi="Garamond"/>
          <w:b/>
        </w:rPr>
        <w:t>’</w:t>
      </w:r>
      <w:r w:rsidRPr="00666E91">
        <w:rPr>
          <w:rFonts w:ascii="Garamond" w:hAnsi="Garamond"/>
          <w:b/>
        </w:rPr>
        <w:t>s story.</w:t>
      </w:r>
      <w:r w:rsidRPr="00666E91">
        <w:rPr>
          <w:rFonts w:ascii="Garamond" w:hAnsi="Garamond"/>
        </w:rPr>
        <w:t xml:space="preserve"> You</w:t>
      </w:r>
      <w:r w:rsidR="00666E91">
        <w:rPr>
          <w:rFonts w:ascii="Garamond" w:hAnsi="Garamond"/>
        </w:rPr>
        <w:t>’</w:t>
      </w:r>
      <w:r w:rsidRPr="00666E91">
        <w:rPr>
          <w:rFonts w:ascii="Garamond" w:hAnsi="Garamond"/>
        </w:rPr>
        <w:t>re not the main character, but you</w:t>
      </w:r>
      <w:r w:rsidR="00666E91">
        <w:rPr>
          <w:rFonts w:ascii="Garamond" w:hAnsi="Garamond"/>
        </w:rPr>
        <w:t>’</w:t>
      </w:r>
      <w:r w:rsidRPr="00666E91">
        <w:rPr>
          <w:rFonts w:ascii="Garamond" w:hAnsi="Garamond"/>
        </w:rPr>
        <w:t>re not insignificant either. You</w:t>
      </w:r>
      <w:r w:rsidR="00666E91">
        <w:rPr>
          <w:rFonts w:ascii="Garamond" w:hAnsi="Garamond"/>
        </w:rPr>
        <w:t>’</w:t>
      </w:r>
      <w:r w:rsidRPr="00666E91">
        <w:rPr>
          <w:rFonts w:ascii="Garamond" w:hAnsi="Garamond"/>
        </w:rPr>
        <w:t>re a beloved child of God with a unique role to play in His kingdom.</w:t>
      </w:r>
    </w:p>
    <w:p w14:paraId="412680E3" w14:textId="21AD76D8" w:rsidR="00F32FA7" w:rsidRDefault="00000000" w:rsidP="00666E91">
      <w:pPr>
        <w:spacing w:after="0" w:line="336" w:lineRule="auto"/>
        <w:ind w:firstLine="284"/>
        <w:jc w:val="both"/>
        <w:rPr>
          <w:rFonts w:ascii="Garamond" w:hAnsi="Garamond"/>
        </w:rPr>
      </w:pPr>
      <w:r w:rsidRPr="00771DC2">
        <w:rPr>
          <w:rFonts w:ascii="Garamond" w:hAnsi="Garamond"/>
        </w:rPr>
        <w:t>When you stop trying to be the main character, you</w:t>
      </w:r>
      <w:r w:rsidR="00666E91">
        <w:rPr>
          <w:rFonts w:ascii="Garamond" w:hAnsi="Garamond"/>
        </w:rPr>
        <w:t>’</w:t>
      </w:r>
      <w:r w:rsidRPr="00771DC2">
        <w:rPr>
          <w:rFonts w:ascii="Garamond" w:hAnsi="Garamond"/>
        </w:rPr>
        <w:t>ll discover something amazing: God</w:t>
      </w:r>
      <w:r w:rsidR="00666E91">
        <w:rPr>
          <w:rFonts w:ascii="Garamond" w:hAnsi="Garamond"/>
        </w:rPr>
        <w:t>’</w:t>
      </w:r>
      <w:r w:rsidRPr="00771DC2">
        <w:rPr>
          <w:rFonts w:ascii="Garamond" w:hAnsi="Garamond"/>
        </w:rPr>
        <w:t xml:space="preserve">s story is infinitely better </w:t>
      </w:r>
      <w:r w:rsidRPr="00771DC2">
        <w:rPr>
          <w:rFonts w:ascii="Garamond" w:hAnsi="Garamond"/>
        </w:rPr>
        <w:lastRenderedPageBreak/>
        <w:t>than anything you could write for yourself. And being a supporting character in God</w:t>
      </w:r>
      <w:r w:rsidR="00666E91">
        <w:rPr>
          <w:rFonts w:ascii="Garamond" w:hAnsi="Garamond"/>
        </w:rPr>
        <w:t>’</w:t>
      </w:r>
      <w:r w:rsidRPr="00771DC2">
        <w:rPr>
          <w:rFonts w:ascii="Garamond" w:hAnsi="Garamond"/>
        </w:rPr>
        <w:t>s story is more fulfilling than being the main character in your own.</w:t>
      </w:r>
      <w:r w:rsidR="00666E91">
        <w:rPr>
          <w:rFonts w:ascii="Garamond" w:hAnsi="Garamond"/>
        </w:rPr>
        <w:t xml:space="preserve"> </w:t>
      </w:r>
      <w:r w:rsidRPr="00771DC2">
        <w:rPr>
          <w:rFonts w:ascii="Garamond" w:hAnsi="Garamond"/>
        </w:rPr>
        <w:t>The moment you realize you</w:t>
      </w:r>
      <w:r w:rsidR="00666E91">
        <w:rPr>
          <w:rFonts w:ascii="Garamond" w:hAnsi="Garamond"/>
        </w:rPr>
        <w:t>’</w:t>
      </w:r>
      <w:r w:rsidRPr="00771DC2">
        <w:rPr>
          <w:rFonts w:ascii="Garamond" w:hAnsi="Garamond"/>
        </w:rPr>
        <w:t>re not the center of the universe is the moment you become free to orbit around the true center</w:t>
      </w:r>
      <w:r w:rsidR="00666E91">
        <w:rPr>
          <w:rFonts w:ascii="Garamond" w:hAnsi="Garamond"/>
        </w:rPr>
        <w:t xml:space="preserve">, </w:t>
      </w:r>
      <w:r w:rsidRPr="00771DC2">
        <w:rPr>
          <w:rFonts w:ascii="Garamond" w:hAnsi="Garamond"/>
        </w:rPr>
        <w:t>the God who loves you, knows you, and has a perfect plan for your life.</w:t>
      </w:r>
      <w:r w:rsidR="00666E91">
        <w:rPr>
          <w:rFonts w:ascii="Garamond" w:hAnsi="Garamond"/>
        </w:rPr>
        <w:t xml:space="preserve"> </w:t>
      </w:r>
      <w:r w:rsidRPr="00771DC2">
        <w:rPr>
          <w:rFonts w:ascii="Garamond" w:hAnsi="Garamond"/>
        </w:rPr>
        <w:t>That</w:t>
      </w:r>
      <w:r w:rsidR="00666E91">
        <w:rPr>
          <w:rFonts w:ascii="Garamond" w:hAnsi="Garamond"/>
        </w:rPr>
        <w:t>’</w:t>
      </w:r>
      <w:r w:rsidRPr="00771DC2">
        <w:rPr>
          <w:rFonts w:ascii="Garamond" w:hAnsi="Garamond"/>
        </w:rPr>
        <w:t>s not diminishment. That</w:t>
      </w:r>
      <w:r w:rsidR="00666E91">
        <w:rPr>
          <w:rFonts w:ascii="Garamond" w:hAnsi="Garamond"/>
        </w:rPr>
        <w:t>’</w:t>
      </w:r>
      <w:r w:rsidRPr="00771DC2">
        <w:rPr>
          <w:rFonts w:ascii="Garamond" w:hAnsi="Garamond"/>
        </w:rPr>
        <w:t>s freedom.</w:t>
      </w:r>
    </w:p>
    <w:p w14:paraId="16B5005B" w14:textId="38DB6C44" w:rsidR="00666E91" w:rsidRDefault="00666E91" w:rsidP="00666E91">
      <w:pPr>
        <w:spacing w:after="0" w:line="336" w:lineRule="auto"/>
        <w:ind w:firstLine="284"/>
        <w:jc w:val="both"/>
        <w:rPr>
          <w:rFonts w:ascii="Garamond" w:hAnsi="Garamond"/>
        </w:rPr>
      </w:pPr>
    </w:p>
    <w:p w14:paraId="54D531F0" w14:textId="11E997BC" w:rsidR="00666E91" w:rsidRDefault="00666E91" w:rsidP="00666E91">
      <w:pPr>
        <w:spacing w:after="0" w:line="336" w:lineRule="auto"/>
        <w:ind w:firstLine="284"/>
        <w:jc w:val="both"/>
        <w:rPr>
          <w:rFonts w:ascii="Garamond" w:hAnsi="Garamond"/>
        </w:rPr>
      </w:pPr>
    </w:p>
    <w:p w14:paraId="496ECF14" w14:textId="3B0B0C8E" w:rsidR="00666E91" w:rsidRDefault="00666E91" w:rsidP="00666E91">
      <w:pPr>
        <w:spacing w:after="0" w:line="336" w:lineRule="auto"/>
        <w:ind w:firstLine="284"/>
        <w:jc w:val="both"/>
        <w:rPr>
          <w:rFonts w:ascii="Garamond" w:hAnsi="Garamond"/>
        </w:rPr>
      </w:pPr>
    </w:p>
    <w:p w14:paraId="31ED78B5" w14:textId="7E3C786A" w:rsidR="00666E91" w:rsidRDefault="00666E91" w:rsidP="00666E91">
      <w:pPr>
        <w:spacing w:after="0" w:line="336" w:lineRule="auto"/>
        <w:ind w:firstLine="284"/>
        <w:jc w:val="both"/>
        <w:rPr>
          <w:rFonts w:ascii="Garamond" w:hAnsi="Garamond"/>
        </w:rPr>
      </w:pPr>
    </w:p>
    <w:p w14:paraId="70E47157" w14:textId="06DD1A1C" w:rsidR="00666E91" w:rsidRDefault="00666E91" w:rsidP="00666E91">
      <w:pPr>
        <w:spacing w:after="0" w:line="336" w:lineRule="auto"/>
        <w:ind w:firstLine="284"/>
        <w:jc w:val="both"/>
        <w:rPr>
          <w:rFonts w:ascii="Garamond" w:hAnsi="Garamond"/>
        </w:rPr>
      </w:pPr>
    </w:p>
    <w:p w14:paraId="6B3F4F41" w14:textId="76D05B75" w:rsidR="00666E91" w:rsidRDefault="00666E91" w:rsidP="00666E91">
      <w:pPr>
        <w:spacing w:after="0" w:line="336" w:lineRule="auto"/>
        <w:ind w:firstLine="284"/>
        <w:jc w:val="both"/>
        <w:rPr>
          <w:rFonts w:ascii="Garamond" w:hAnsi="Garamond"/>
        </w:rPr>
      </w:pPr>
    </w:p>
    <w:p w14:paraId="3251989B" w14:textId="7F584AF2" w:rsidR="00666E91" w:rsidRDefault="00666E91" w:rsidP="00666E91">
      <w:pPr>
        <w:spacing w:after="0" w:line="336" w:lineRule="auto"/>
        <w:ind w:firstLine="284"/>
        <w:jc w:val="both"/>
        <w:rPr>
          <w:rFonts w:ascii="Garamond" w:hAnsi="Garamond"/>
        </w:rPr>
      </w:pPr>
    </w:p>
    <w:p w14:paraId="7940218B" w14:textId="2C53C69C" w:rsidR="00666E91" w:rsidRDefault="00666E91" w:rsidP="00666E91">
      <w:pPr>
        <w:spacing w:after="0" w:line="336" w:lineRule="auto"/>
        <w:ind w:firstLine="284"/>
        <w:jc w:val="both"/>
        <w:rPr>
          <w:rFonts w:ascii="Garamond" w:hAnsi="Garamond"/>
        </w:rPr>
      </w:pPr>
    </w:p>
    <w:p w14:paraId="24F724EB" w14:textId="38500178" w:rsidR="00666E91" w:rsidRDefault="00666E91" w:rsidP="00666E91">
      <w:pPr>
        <w:spacing w:after="0" w:line="336" w:lineRule="auto"/>
        <w:ind w:firstLine="284"/>
        <w:jc w:val="both"/>
        <w:rPr>
          <w:rFonts w:ascii="Garamond" w:hAnsi="Garamond"/>
        </w:rPr>
      </w:pPr>
    </w:p>
    <w:p w14:paraId="705537FA" w14:textId="3037F80F" w:rsidR="00666E91" w:rsidRDefault="00666E91" w:rsidP="00666E91">
      <w:pPr>
        <w:spacing w:after="0" w:line="336" w:lineRule="auto"/>
        <w:ind w:firstLine="284"/>
        <w:jc w:val="both"/>
        <w:rPr>
          <w:rFonts w:ascii="Garamond" w:hAnsi="Garamond"/>
        </w:rPr>
      </w:pPr>
    </w:p>
    <w:p w14:paraId="6E3411D1" w14:textId="5E9C6BDF" w:rsidR="00666E91" w:rsidRDefault="00666E91" w:rsidP="00666E91">
      <w:pPr>
        <w:spacing w:after="0" w:line="336" w:lineRule="auto"/>
        <w:ind w:firstLine="284"/>
        <w:jc w:val="both"/>
        <w:rPr>
          <w:rFonts w:ascii="Garamond" w:hAnsi="Garamond"/>
        </w:rPr>
      </w:pPr>
    </w:p>
    <w:p w14:paraId="31E3280C" w14:textId="72842C9F" w:rsidR="00666E91" w:rsidRDefault="00666E91" w:rsidP="00666E91">
      <w:pPr>
        <w:spacing w:after="0" w:line="336" w:lineRule="auto"/>
        <w:ind w:firstLine="284"/>
        <w:jc w:val="both"/>
        <w:rPr>
          <w:rFonts w:ascii="Garamond" w:hAnsi="Garamond"/>
        </w:rPr>
      </w:pPr>
    </w:p>
    <w:p w14:paraId="53B0CEEA" w14:textId="40FECA4A" w:rsidR="00666E91" w:rsidRDefault="00666E91" w:rsidP="00666E91">
      <w:pPr>
        <w:spacing w:after="0" w:line="336" w:lineRule="auto"/>
        <w:ind w:firstLine="284"/>
        <w:jc w:val="both"/>
        <w:rPr>
          <w:rFonts w:ascii="Garamond" w:hAnsi="Garamond"/>
        </w:rPr>
      </w:pPr>
    </w:p>
    <w:p w14:paraId="09A34636" w14:textId="57C94A7A" w:rsidR="00666E91" w:rsidRDefault="00666E91" w:rsidP="00666E91">
      <w:pPr>
        <w:spacing w:after="0" w:line="336" w:lineRule="auto"/>
        <w:ind w:firstLine="284"/>
        <w:jc w:val="both"/>
        <w:rPr>
          <w:rFonts w:ascii="Garamond" w:hAnsi="Garamond"/>
        </w:rPr>
      </w:pPr>
    </w:p>
    <w:p w14:paraId="603B0163" w14:textId="52B10F5A" w:rsidR="00666E91" w:rsidRDefault="00666E91" w:rsidP="00666E91">
      <w:pPr>
        <w:spacing w:after="0" w:line="336" w:lineRule="auto"/>
        <w:ind w:firstLine="284"/>
        <w:jc w:val="both"/>
        <w:rPr>
          <w:rFonts w:ascii="Garamond" w:hAnsi="Garamond"/>
        </w:rPr>
      </w:pPr>
    </w:p>
    <w:p w14:paraId="6DA6C81C" w14:textId="3257C0E6" w:rsidR="00666E91" w:rsidRDefault="00666E91" w:rsidP="00666E91">
      <w:pPr>
        <w:spacing w:after="0" w:line="336" w:lineRule="auto"/>
        <w:ind w:firstLine="284"/>
        <w:jc w:val="both"/>
        <w:rPr>
          <w:rFonts w:ascii="Garamond" w:hAnsi="Garamond"/>
        </w:rPr>
      </w:pPr>
    </w:p>
    <w:p w14:paraId="6B901297" w14:textId="11261F4C" w:rsidR="00666E91" w:rsidRDefault="00666E91" w:rsidP="00666E91">
      <w:pPr>
        <w:spacing w:after="0" w:line="336" w:lineRule="auto"/>
        <w:ind w:firstLine="284"/>
        <w:jc w:val="both"/>
        <w:rPr>
          <w:rFonts w:ascii="Garamond" w:hAnsi="Garamond"/>
        </w:rPr>
      </w:pPr>
    </w:p>
    <w:p w14:paraId="7E8B6492" w14:textId="449E3D8F" w:rsidR="00666E91" w:rsidRDefault="00666E91" w:rsidP="00666E91">
      <w:pPr>
        <w:spacing w:after="0" w:line="336" w:lineRule="auto"/>
        <w:ind w:firstLine="284"/>
        <w:jc w:val="both"/>
        <w:rPr>
          <w:rFonts w:ascii="Garamond" w:hAnsi="Garamond"/>
        </w:rPr>
      </w:pPr>
    </w:p>
    <w:p w14:paraId="18C9B085" w14:textId="432ACA29" w:rsidR="00666E91" w:rsidRDefault="00666E91" w:rsidP="00666E91">
      <w:pPr>
        <w:spacing w:after="0" w:line="336" w:lineRule="auto"/>
        <w:jc w:val="both"/>
        <w:rPr>
          <w:rFonts w:ascii="Garamond" w:hAnsi="Garamond"/>
        </w:rPr>
      </w:pPr>
    </w:p>
    <w:p w14:paraId="5B9A5019" w14:textId="21B42971" w:rsidR="00666E91" w:rsidRDefault="00666E91" w:rsidP="00666E91">
      <w:pPr>
        <w:spacing w:after="0" w:line="336" w:lineRule="auto"/>
        <w:jc w:val="both"/>
        <w:rPr>
          <w:rFonts w:ascii="Garamond" w:hAnsi="Garamond"/>
        </w:rPr>
      </w:pPr>
    </w:p>
    <w:p w14:paraId="17A6947E" w14:textId="77777777" w:rsidR="00666E91" w:rsidRPr="00771DC2" w:rsidRDefault="00666E91" w:rsidP="00666E91">
      <w:pPr>
        <w:spacing w:after="0" w:line="336" w:lineRule="auto"/>
        <w:jc w:val="both"/>
        <w:rPr>
          <w:rFonts w:ascii="Garamond" w:hAnsi="Garamond"/>
        </w:rPr>
      </w:pPr>
    </w:p>
    <w:p w14:paraId="3EB96C19" w14:textId="77777777" w:rsidR="00666E91" w:rsidRDefault="00000000" w:rsidP="00666E91">
      <w:pPr>
        <w:pStyle w:val="ChapterTitle"/>
        <w:spacing w:before="0" w:after="0" w:line="336" w:lineRule="auto"/>
        <w:ind w:firstLine="284"/>
        <w:jc w:val="center"/>
        <w:rPr>
          <w:rFonts w:ascii="Garamond" w:hAnsi="Garamond"/>
          <w:sz w:val="22"/>
        </w:rPr>
      </w:pPr>
      <w:r w:rsidRPr="00771DC2">
        <w:rPr>
          <w:rFonts w:ascii="Garamond" w:hAnsi="Garamond"/>
          <w:sz w:val="22"/>
        </w:rPr>
        <w:t>CHAPTER 3</w:t>
      </w:r>
    </w:p>
    <w:p w14:paraId="030D10AD" w14:textId="1A82A9AE" w:rsidR="00F32FA7" w:rsidRPr="00771DC2" w:rsidRDefault="00000000" w:rsidP="00666E91">
      <w:pPr>
        <w:pStyle w:val="ChapterTitle"/>
        <w:spacing w:before="0" w:after="0" w:line="336" w:lineRule="auto"/>
        <w:ind w:firstLine="284"/>
        <w:jc w:val="center"/>
        <w:rPr>
          <w:rFonts w:ascii="Garamond" w:hAnsi="Garamond"/>
          <w:sz w:val="22"/>
        </w:rPr>
      </w:pPr>
      <w:r w:rsidRPr="00771DC2">
        <w:rPr>
          <w:rFonts w:ascii="Garamond" w:hAnsi="Garamond"/>
          <w:sz w:val="22"/>
        </w:rPr>
        <w:t>Let Your Reputation Die</w:t>
      </w:r>
    </w:p>
    <w:p w14:paraId="27457785" w14:textId="518ABF87" w:rsidR="00F32FA7" w:rsidRPr="00771DC2" w:rsidRDefault="00666E91" w:rsidP="00666E91">
      <w:pPr>
        <w:spacing w:line="336" w:lineRule="auto"/>
        <w:ind w:firstLine="284"/>
        <w:jc w:val="center"/>
        <w:rPr>
          <w:rFonts w:ascii="Garamond" w:hAnsi="Garamond"/>
        </w:rPr>
      </w:pPr>
      <w:r>
        <w:rPr>
          <w:rFonts w:ascii="Garamond" w:hAnsi="Garamond"/>
        </w:rPr>
        <w:t>“</w:t>
      </w:r>
      <w:r w:rsidRPr="00666E91">
        <w:rPr>
          <w:rFonts w:ascii="Garamond" w:hAnsi="Garamond"/>
          <w:i/>
          <w:iCs/>
        </w:rPr>
        <w:t>Your reputation is going to die anyway. Might as well kill it now and get on with living.”</w:t>
      </w:r>
    </w:p>
    <w:p w14:paraId="12C2D0FD" w14:textId="3BF44C07" w:rsidR="00F32FA7" w:rsidRPr="00771DC2" w:rsidRDefault="00000000" w:rsidP="00666E91">
      <w:pPr>
        <w:spacing w:line="336" w:lineRule="auto"/>
        <w:ind w:firstLine="284"/>
        <w:jc w:val="both"/>
        <w:rPr>
          <w:rFonts w:ascii="Garamond" w:hAnsi="Garamond"/>
        </w:rPr>
      </w:pPr>
      <w:r w:rsidRPr="00771DC2">
        <w:rPr>
          <w:rFonts w:ascii="Garamond" w:hAnsi="Garamond"/>
        </w:rPr>
        <w:t>Let me tell you about the most liberating realization of</w:t>
      </w:r>
      <w:r w:rsidR="00666E91">
        <w:rPr>
          <w:rFonts w:ascii="Garamond" w:hAnsi="Garamond"/>
        </w:rPr>
        <w:t xml:space="preserve"> </w:t>
      </w:r>
      <w:r w:rsidRPr="00771DC2">
        <w:rPr>
          <w:rFonts w:ascii="Garamond" w:hAnsi="Garamond"/>
        </w:rPr>
        <w:t>life: most of the people whose opinions you fear don</w:t>
      </w:r>
      <w:r w:rsidR="00666E91">
        <w:rPr>
          <w:rFonts w:ascii="Garamond" w:hAnsi="Garamond"/>
        </w:rPr>
        <w:t>’</w:t>
      </w:r>
      <w:r w:rsidRPr="00771DC2">
        <w:rPr>
          <w:rFonts w:ascii="Garamond" w:hAnsi="Garamond"/>
        </w:rPr>
        <w:t>t even think about you.</w:t>
      </w:r>
      <w:r w:rsidR="00666E91">
        <w:rPr>
          <w:rFonts w:ascii="Garamond" w:hAnsi="Garamond"/>
        </w:rPr>
        <w:t xml:space="preserve"> </w:t>
      </w:r>
      <w:r w:rsidRPr="00771DC2">
        <w:rPr>
          <w:rFonts w:ascii="Garamond" w:hAnsi="Garamond"/>
        </w:rPr>
        <w:t>Half the people you imagine are judging you forgot about you five minutes after they saw you. The other half are too busy worrying about what people think of them to give a damn about you.</w:t>
      </w:r>
      <w:r w:rsidR="00666E91">
        <w:rPr>
          <w:rFonts w:ascii="Garamond" w:hAnsi="Garamond"/>
        </w:rPr>
        <w:t xml:space="preserve"> </w:t>
      </w:r>
      <w:r w:rsidRPr="00771DC2">
        <w:rPr>
          <w:rFonts w:ascii="Garamond" w:hAnsi="Garamond"/>
        </w:rPr>
        <w:t>We</w:t>
      </w:r>
      <w:r w:rsidR="00666E91">
        <w:rPr>
          <w:rFonts w:ascii="Garamond" w:hAnsi="Garamond"/>
        </w:rPr>
        <w:t>’</w:t>
      </w:r>
      <w:r w:rsidRPr="00771DC2">
        <w:rPr>
          <w:rFonts w:ascii="Garamond" w:hAnsi="Garamond"/>
        </w:rPr>
        <w:t>re living in a prison of imaginary judgment, and it</w:t>
      </w:r>
      <w:r w:rsidR="00666E91">
        <w:rPr>
          <w:rFonts w:ascii="Garamond" w:hAnsi="Garamond"/>
        </w:rPr>
        <w:t>’</w:t>
      </w:r>
      <w:r w:rsidRPr="00771DC2">
        <w:rPr>
          <w:rFonts w:ascii="Garamond" w:hAnsi="Garamond"/>
        </w:rPr>
        <w:t>s time to break free.</w:t>
      </w:r>
    </w:p>
    <w:p w14:paraId="56D82751" w14:textId="77777777" w:rsidR="00F32FA7" w:rsidRPr="00666E91" w:rsidRDefault="00000000" w:rsidP="00666E91">
      <w:pPr>
        <w:pStyle w:val="Heading2"/>
        <w:spacing w:line="336" w:lineRule="auto"/>
        <w:ind w:firstLine="284"/>
        <w:jc w:val="center"/>
        <w:rPr>
          <w:rFonts w:ascii="Garamond" w:hAnsi="Garamond"/>
          <w:sz w:val="24"/>
          <w:szCs w:val="24"/>
        </w:rPr>
      </w:pPr>
      <w:r w:rsidRPr="00666E91">
        <w:rPr>
          <w:rFonts w:ascii="Garamond" w:hAnsi="Garamond"/>
          <w:sz w:val="24"/>
          <w:szCs w:val="24"/>
        </w:rPr>
        <w:t>The Prison of Imaginary Judgment</w:t>
      </w:r>
    </w:p>
    <w:p w14:paraId="3B85B19C" w14:textId="77777777" w:rsidR="00666E91" w:rsidRDefault="00000000" w:rsidP="00666E91">
      <w:pPr>
        <w:spacing w:after="0" w:line="336" w:lineRule="auto"/>
        <w:ind w:firstLine="284"/>
        <w:jc w:val="both"/>
        <w:rPr>
          <w:rFonts w:ascii="Garamond" w:hAnsi="Garamond"/>
        </w:rPr>
      </w:pPr>
      <w:r w:rsidRPr="00771DC2">
        <w:rPr>
          <w:rFonts w:ascii="Garamond" w:hAnsi="Garamond"/>
        </w:rPr>
        <w:t>Here</w:t>
      </w:r>
      <w:r w:rsidR="00666E91">
        <w:rPr>
          <w:rFonts w:ascii="Garamond" w:hAnsi="Garamond"/>
        </w:rPr>
        <w:t>’</w:t>
      </w:r>
      <w:r w:rsidRPr="00771DC2">
        <w:rPr>
          <w:rFonts w:ascii="Garamond" w:hAnsi="Garamond"/>
        </w:rPr>
        <w:t>s what I</w:t>
      </w:r>
      <w:r w:rsidR="00666E91">
        <w:rPr>
          <w:rFonts w:ascii="Garamond" w:hAnsi="Garamond"/>
        </w:rPr>
        <w:t>’</w:t>
      </w:r>
      <w:r w:rsidRPr="00771DC2">
        <w:rPr>
          <w:rFonts w:ascii="Garamond" w:hAnsi="Garamond"/>
        </w:rPr>
        <w:t>ve learned after decades of caring too much about what people think: most of the opinions we fear exist only in our heads.</w:t>
      </w:r>
      <w:r w:rsidR="00666E91">
        <w:rPr>
          <w:rFonts w:ascii="Garamond" w:hAnsi="Garamond"/>
        </w:rPr>
        <w:t xml:space="preserve"> </w:t>
      </w:r>
      <w:r w:rsidRPr="00771DC2">
        <w:rPr>
          <w:rFonts w:ascii="Garamond" w:hAnsi="Garamond"/>
        </w:rPr>
        <w:t>That person you think is judging your parenting? They</w:t>
      </w:r>
      <w:r w:rsidR="00666E91">
        <w:rPr>
          <w:rFonts w:ascii="Garamond" w:hAnsi="Garamond"/>
        </w:rPr>
        <w:t>’</w:t>
      </w:r>
      <w:r w:rsidRPr="00771DC2">
        <w:rPr>
          <w:rFonts w:ascii="Garamond" w:hAnsi="Garamond"/>
        </w:rPr>
        <w:t>re probably worried about their own kids and haven</w:t>
      </w:r>
      <w:r w:rsidR="00666E91">
        <w:rPr>
          <w:rFonts w:ascii="Garamond" w:hAnsi="Garamond"/>
        </w:rPr>
        <w:t>’</w:t>
      </w:r>
      <w:r w:rsidRPr="00771DC2">
        <w:rPr>
          <w:rFonts w:ascii="Garamond" w:hAnsi="Garamond"/>
        </w:rPr>
        <w:t>t given yours a second thought.</w:t>
      </w:r>
    </w:p>
    <w:p w14:paraId="18C18263" w14:textId="7B98E663" w:rsidR="00F32FA7" w:rsidRPr="00771DC2" w:rsidRDefault="00000000" w:rsidP="003E440D">
      <w:pPr>
        <w:spacing w:after="0" w:line="336" w:lineRule="auto"/>
        <w:ind w:firstLine="284"/>
        <w:jc w:val="both"/>
        <w:rPr>
          <w:rFonts w:ascii="Garamond" w:hAnsi="Garamond"/>
        </w:rPr>
      </w:pPr>
      <w:r w:rsidRPr="00771DC2">
        <w:rPr>
          <w:rFonts w:ascii="Garamond" w:hAnsi="Garamond"/>
        </w:rPr>
        <w:lastRenderedPageBreak/>
        <w:t>That colleague you think noticed your mistake? They</w:t>
      </w:r>
      <w:r w:rsidR="00666E91">
        <w:rPr>
          <w:rFonts w:ascii="Garamond" w:hAnsi="Garamond"/>
        </w:rPr>
        <w:t>’</w:t>
      </w:r>
      <w:r w:rsidRPr="00771DC2">
        <w:rPr>
          <w:rFonts w:ascii="Garamond" w:hAnsi="Garamond"/>
        </w:rPr>
        <w:t>re probably stressed about their own deadline and forgot about it already.</w:t>
      </w:r>
      <w:r w:rsidR="003E440D">
        <w:rPr>
          <w:rFonts w:ascii="Garamond" w:hAnsi="Garamond"/>
        </w:rPr>
        <w:t xml:space="preserve"> </w:t>
      </w:r>
      <w:r w:rsidRPr="00771DC2">
        <w:rPr>
          <w:rFonts w:ascii="Garamond" w:hAnsi="Garamond"/>
        </w:rPr>
        <w:t>That friend you think is disappointed in your choices? They</w:t>
      </w:r>
      <w:r w:rsidR="003E440D">
        <w:rPr>
          <w:rFonts w:ascii="Garamond" w:hAnsi="Garamond"/>
        </w:rPr>
        <w:t>’</w:t>
      </w:r>
      <w:r w:rsidRPr="00771DC2">
        <w:rPr>
          <w:rFonts w:ascii="Garamond" w:hAnsi="Garamond"/>
        </w:rPr>
        <w:t>re probably dealing with their own struggles and respect you more than you know.</w:t>
      </w:r>
      <w:r w:rsidR="003E440D">
        <w:rPr>
          <w:rFonts w:ascii="Garamond" w:hAnsi="Garamond"/>
        </w:rPr>
        <w:t xml:space="preserve"> </w:t>
      </w:r>
      <w:r w:rsidRPr="00771DC2">
        <w:rPr>
          <w:rFonts w:ascii="Garamond" w:hAnsi="Garamond"/>
        </w:rPr>
        <w:t>That stranger you think is criticizing your appearance? They</w:t>
      </w:r>
      <w:r w:rsidR="003E440D">
        <w:rPr>
          <w:rFonts w:ascii="Garamond" w:hAnsi="Garamond"/>
        </w:rPr>
        <w:t>’</w:t>
      </w:r>
      <w:r w:rsidRPr="00771DC2">
        <w:rPr>
          <w:rFonts w:ascii="Garamond" w:hAnsi="Garamond"/>
        </w:rPr>
        <w:t>re probably thinking about their grocery list.</w:t>
      </w:r>
    </w:p>
    <w:p w14:paraId="07E9C279" w14:textId="7FB3F577" w:rsidR="00F32FA7" w:rsidRPr="00771DC2" w:rsidRDefault="00000000" w:rsidP="003E440D">
      <w:pPr>
        <w:spacing w:after="0" w:line="336" w:lineRule="auto"/>
        <w:ind w:firstLine="284"/>
        <w:jc w:val="both"/>
        <w:rPr>
          <w:rFonts w:ascii="Garamond" w:hAnsi="Garamond"/>
        </w:rPr>
      </w:pPr>
      <w:r w:rsidRPr="00771DC2">
        <w:rPr>
          <w:rFonts w:ascii="Garamond" w:hAnsi="Garamond"/>
        </w:rPr>
        <w:t>We</w:t>
      </w:r>
      <w:r w:rsidR="003E440D">
        <w:rPr>
          <w:rFonts w:ascii="Garamond" w:hAnsi="Garamond"/>
        </w:rPr>
        <w:t>’</w:t>
      </w:r>
      <w:r w:rsidRPr="00771DC2">
        <w:rPr>
          <w:rFonts w:ascii="Garamond" w:hAnsi="Garamond"/>
        </w:rPr>
        <w:t>ve created an entire imaginary audience that exists primarily in our minds. And we</w:t>
      </w:r>
      <w:r w:rsidR="003E440D">
        <w:rPr>
          <w:rFonts w:ascii="Garamond" w:hAnsi="Garamond"/>
        </w:rPr>
        <w:t>’</w:t>
      </w:r>
      <w:r w:rsidRPr="00771DC2">
        <w:rPr>
          <w:rFonts w:ascii="Garamond" w:hAnsi="Garamond"/>
        </w:rPr>
        <w:t>re exhausting ourselves performing for people who aren</w:t>
      </w:r>
      <w:r w:rsidR="003E440D">
        <w:rPr>
          <w:rFonts w:ascii="Garamond" w:hAnsi="Garamond"/>
        </w:rPr>
        <w:t>’</w:t>
      </w:r>
      <w:r w:rsidRPr="00771DC2">
        <w:rPr>
          <w:rFonts w:ascii="Garamond" w:hAnsi="Garamond"/>
        </w:rPr>
        <w:t>t even watching.</w:t>
      </w:r>
      <w:r w:rsidR="003E440D">
        <w:rPr>
          <w:rFonts w:ascii="Garamond" w:hAnsi="Garamond"/>
        </w:rPr>
        <w:t xml:space="preserve"> </w:t>
      </w:r>
      <w:r w:rsidRPr="00771DC2">
        <w:rPr>
          <w:rFonts w:ascii="Garamond" w:hAnsi="Garamond"/>
        </w:rPr>
        <w:t>But even when people are watching, even when they do have opinions, even when they</w:t>
      </w:r>
      <w:r w:rsidR="003E440D">
        <w:rPr>
          <w:rFonts w:ascii="Garamond" w:hAnsi="Garamond"/>
        </w:rPr>
        <w:t>’</w:t>
      </w:r>
      <w:r w:rsidRPr="00771DC2">
        <w:rPr>
          <w:rFonts w:ascii="Garamond" w:hAnsi="Garamond"/>
        </w:rPr>
        <w:t>re genuinely judging you</w:t>
      </w:r>
      <w:r w:rsidR="003E440D">
        <w:rPr>
          <w:rFonts w:ascii="Garamond" w:hAnsi="Garamond"/>
        </w:rPr>
        <w:t xml:space="preserve">, </w:t>
      </w:r>
      <w:r w:rsidRPr="00771DC2">
        <w:rPr>
          <w:rFonts w:ascii="Garamond" w:hAnsi="Garamond"/>
        </w:rPr>
        <w:t>so what?</w:t>
      </w:r>
      <w:r w:rsidR="003E440D">
        <w:rPr>
          <w:rFonts w:ascii="Garamond" w:hAnsi="Garamond"/>
        </w:rPr>
        <w:t xml:space="preserve"> </w:t>
      </w:r>
      <w:r w:rsidRPr="00771DC2">
        <w:rPr>
          <w:rFonts w:ascii="Garamond" w:hAnsi="Garamond"/>
        </w:rPr>
        <w:t>Their opinion of you is not your reality. Their judgment is not your identity. Their approval is not your worth.</w:t>
      </w:r>
    </w:p>
    <w:p w14:paraId="2DD6423F" w14:textId="77777777" w:rsidR="00F32FA7" w:rsidRPr="00771DC2" w:rsidRDefault="00000000" w:rsidP="003E440D">
      <w:pPr>
        <w:pStyle w:val="Heading2"/>
        <w:spacing w:after="0" w:line="336" w:lineRule="auto"/>
        <w:ind w:firstLine="284"/>
        <w:jc w:val="center"/>
        <w:rPr>
          <w:rFonts w:ascii="Garamond" w:hAnsi="Garamond"/>
          <w:sz w:val="22"/>
          <w:szCs w:val="22"/>
        </w:rPr>
      </w:pPr>
      <w:r w:rsidRPr="00771DC2">
        <w:rPr>
          <w:rFonts w:ascii="Garamond" w:hAnsi="Garamond"/>
          <w:sz w:val="22"/>
          <w:szCs w:val="22"/>
        </w:rPr>
        <w:t>Jesus and the Mathematics of Criticism</w:t>
      </w:r>
    </w:p>
    <w:p w14:paraId="2A261145" w14:textId="3214E1F6" w:rsidR="00F32FA7" w:rsidRPr="00771DC2" w:rsidRDefault="00000000" w:rsidP="003E440D">
      <w:pPr>
        <w:spacing w:after="0" w:line="336" w:lineRule="auto"/>
        <w:ind w:firstLine="284"/>
        <w:jc w:val="both"/>
        <w:rPr>
          <w:rFonts w:ascii="Garamond" w:hAnsi="Garamond"/>
        </w:rPr>
      </w:pPr>
      <w:r w:rsidRPr="00771DC2">
        <w:rPr>
          <w:rFonts w:ascii="Garamond" w:hAnsi="Garamond"/>
        </w:rPr>
        <w:t>Jesus had a fascinating relationship with public opinion. He was loved by crowds and hated by leaders. He was praised by sinners and criticized by saints. He had disciples who would die for Him and neighbors who tried to kill Him.</w:t>
      </w:r>
      <w:r w:rsidR="003E440D">
        <w:rPr>
          <w:rFonts w:ascii="Garamond" w:hAnsi="Garamond"/>
        </w:rPr>
        <w:t xml:space="preserve"> </w:t>
      </w:r>
      <w:r w:rsidRPr="00771DC2">
        <w:rPr>
          <w:rFonts w:ascii="Garamond" w:hAnsi="Garamond"/>
        </w:rPr>
        <w:t>In other words, Jesus couldn</w:t>
      </w:r>
      <w:r w:rsidR="003E440D">
        <w:rPr>
          <w:rFonts w:ascii="Garamond" w:hAnsi="Garamond"/>
        </w:rPr>
        <w:t>’</w:t>
      </w:r>
      <w:r w:rsidRPr="00771DC2">
        <w:rPr>
          <w:rFonts w:ascii="Garamond" w:hAnsi="Garamond"/>
        </w:rPr>
        <w:t>t please everyone. And He didn</w:t>
      </w:r>
      <w:r w:rsidR="003E440D">
        <w:rPr>
          <w:rFonts w:ascii="Garamond" w:hAnsi="Garamond"/>
        </w:rPr>
        <w:t>’</w:t>
      </w:r>
      <w:r w:rsidRPr="00771DC2">
        <w:rPr>
          <w:rFonts w:ascii="Garamond" w:hAnsi="Garamond"/>
        </w:rPr>
        <w:t>t try to.</w:t>
      </w:r>
    </w:p>
    <w:p w14:paraId="22C1100C" w14:textId="5D83821C" w:rsidR="00F32FA7" w:rsidRPr="00771DC2" w:rsidRDefault="00000000" w:rsidP="003E440D">
      <w:pPr>
        <w:spacing w:after="0" w:line="336" w:lineRule="auto"/>
        <w:ind w:firstLine="284"/>
        <w:jc w:val="both"/>
        <w:rPr>
          <w:rFonts w:ascii="Garamond" w:hAnsi="Garamond"/>
        </w:rPr>
      </w:pPr>
      <w:r w:rsidRPr="00771DC2">
        <w:rPr>
          <w:rFonts w:ascii="Garamond" w:hAnsi="Garamond"/>
        </w:rPr>
        <w:t xml:space="preserve">Look at John 12:42-43: </w:t>
      </w:r>
      <w:r w:rsidR="003E440D">
        <w:rPr>
          <w:rFonts w:ascii="Garamond" w:hAnsi="Garamond"/>
        </w:rPr>
        <w:t>“</w:t>
      </w:r>
      <w:r w:rsidRPr="00771DC2">
        <w:rPr>
          <w:rFonts w:ascii="Garamond" w:hAnsi="Garamond"/>
        </w:rPr>
        <w:t xml:space="preserve">Yet at the same time many even among the leaders believed in him. But because of the </w:t>
      </w:r>
      <w:r w:rsidRPr="00771DC2">
        <w:rPr>
          <w:rFonts w:ascii="Garamond" w:hAnsi="Garamond"/>
        </w:rPr>
        <w:lastRenderedPageBreak/>
        <w:t>Pharisees they would not openly acknowledge their faith for fear they would be put out of the synagogue; for they loved human praise more than praise from God.</w:t>
      </w:r>
      <w:r w:rsidR="003E440D">
        <w:rPr>
          <w:rFonts w:ascii="Garamond" w:hAnsi="Garamond"/>
        </w:rPr>
        <w:t xml:space="preserve">” </w:t>
      </w:r>
      <w:r w:rsidRPr="00771DC2">
        <w:rPr>
          <w:rFonts w:ascii="Garamond" w:hAnsi="Garamond"/>
        </w:rPr>
        <w:t>These leaders believed in Jesus but wouldn</w:t>
      </w:r>
      <w:r w:rsidR="003E440D">
        <w:rPr>
          <w:rFonts w:ascii="Garamond" w:hAnsi="Garamond"/>
        </w:rPr>
        <w:t>’</w:t>
      </w:r>
      <w:r w:rsidRPr="00771DC2">
        <w:rPr>
          <w:rFonts w:ascii="Garamond" w:hAnsi="Garamond"/>
        </w:rPr>
        <w:t>t say so publicly because they were afraid of what other people would think. They chose human approval over divine approval. They chose temporary acceptance over eternal significance.</w:t>
      </w:r>
      <w:r w:rsidR="003E440D">
        <w:rPr>
          <w:rFonts w:ascii="Garamond" w:hAnsi="Garamond"/>
        </w:rPr>
        <w:t xml:space="preserve"> </w:t>
      </w:r>
      <w:r w:rsidRPr="00771DC2">
        <w:rPr>
          <w:rFonts w:ascii="Garamond" w:hAnsi="Garamond"/>
        </w:rPr>
        <w:t>And Jesus let them.</w:t>
      </w:r>
      <w:r w:rsidR="003E440D">
        <w:rPr>
          <w:rFonts w:ascii="Garamond" w:hAnsi="Garamond"/>
        </w:rPr>
        <w:t xml:space="preserve"> </w:t>
      </w:r>
      <w:r w:rsidRPr="00771DC2">
        <w:rPr>
          <w:rFonts w:ascii="Garamond" w:hAnsi="Garamond"/>
        </w:rPr>
        <w:t>He didn</w:t>
      </w:r>
      <w:r w:rsidR="003E440D">
        <w:rPr>
          <w:rFonts w:ascii="Garamond" w:hAnsi="Garamond"/>
        </w:rPr>
        <w:t>’</w:t>
      </w:r>
      <w:r w:rsidRPr="00771DC2">
        <w:rPr>
          <w:rFonts w:ascii="Garamond" w:hAnsi="Garamond"/>
        </w:rPr>
        <w:t>t chase them down. He didn</w:t>
      </w:r>
      <w:r w:rsidR="003E440D">
        <w:rPr>
          <w:rFonts w:ascii="Garamond" w:hAnsi="Garamond"/>
        </w:rPr>
        <w:t>’</w:t>
      </w:r>
      <w:r w:rsidRPr="00771DC2">
        <w:rPr>
          <w:rFonts w:ascii="Garamond" w:hAnsi="Garamond"/>
        </w:rPr>
        <w:t>t water down His message to make it more palatable. He didn</w:t>
      </w:r>
      <w:r w:rsidR="003E440D">
        <w:rPr>
          <w:rFonts w:ascii="Garamond" w:hAnsi="Garamond"/>
        </w:rPr>
        <w:t>’</w:t>
      </w:r>
      <w:r w:rsidRPr="00771DC2">
        <w:rPr>
          <w:rFonts w:ascii="Garamond" w:hAnsi="Garamond"/>
        </w:rPr>
        <w:t>t try to convince them that following Him was actually the popular thing to do.</w:t>
      </w:r>
      <w:r w:rsidR="003E440D">
        <w:rPr>
          <w:rFonts w:ascii="Garamond" w:hAnsi="Garamond"/>
        </w:rPr>
        <w:t xml:space="preserve"> </w:t>
      </w:r>
      <w:r w:rsidRPr="00771DC2">
        <w:rPr>
          <w:rFonts w:ascii="Garamond" w:hAnsi="Garamond"/>
        </w:rPr>
        <w:t>Jesus understood something we forget: you can</w:t>
      </w:r>
      <w:r w:rsidR="003E440D">
        <w:rPr>
          <w:rFonts w:ascii="Garamond" w:hAnsi="Garamond"/>
        </w:rPr>
        <w:t>’</w:t>
      </w:r>
      <w:r w:rsidRPr="00771DC2">
        <w:rPr>
          <w:rFonts w:ascii="Garamond" w:hAnsi="Garamond"/>
        </w:rPr>
        <w:t>t build your life on other people</w:t>
      </w:r>
      <w:r w:rsidR="003E440D">
        <w:rPr>
          <w:rFonts w:ascii="Garamond" w:hAnsi="Garamond"/>
        </w:rPr>
        <w:t>’</w:t>
      </w:r>
      <w:r w:rsidRPr="00771DC2">
        <w:rPr>
          <w:rFonts w:ascii="Garamond" w:hAnsi="Garamond"/>
        </w:rPr>
        <w:t>s opinions because other people</w:t>
      </w:r>
      <w:r w:rsidR="003E440D">
        <w:rPr>
          <w:rFonts w:ascii="Garamond" w:hAnsi="Garamond"/>
        </w:rPr>
        <w:t>’</w:t>
      </w:r>
      <w:r w:rsidRPr="00771DC2">
        <w:rPr>
          <w:rFonts w:ascii="Garamond" w:hAnsi="Garamond"/>
        </w:rPr>
        <w:t>s opinions are unstable, unreliable, and ultimately irrelevant.</w:t>
      </w:r>
    </w:p>
    <w:p w14:paraId="639164D0" w14:textId="77777777" w:rsidR="00F32FA7" w:rsidRPr="003E440D" w:rsidRDefault="00000000" w:rsidP="003E440D">
      <w:pPr>
        <w:pStyle w:val="Heading2"/>
        <w:spacing w:before="0" w:after="0" w:line="336" w:lineRule="auto"/>
        <w:ind w:firstLine="284"/>
        <w:jc w:val="center"/>
        <w:rPr>
          <w:rFonts w:ascii="Garamond" w:hAnsi="Garamond"/>
          <w:sz w:val="24"/>
          <w:szCs w:val="24"/>
        </w:rPr>
      </w:pPr>
      <w:r w:rsidRPr="003E440D">
        <w:rPr>
          <w:rFonts w:ascii="Garamond" w:hAnsi="Garamond"/>
          <w:sz w:val="24"/>
          <w:szCs w:val="24"/>
        </w:rPr>
        <w:t>The Futility of Universal Approval</w:t>
      </w:r>
    </w:p>
    <w:p w14:paraId="0AD133EE" w14:textId="08A0CE47" w:rsidR="00F32FA7" w:rsidRPr="00771DC2" w:rsidRDefault="00000000" w:rsidP="003E440D">
      <w:pPr>
        <w:spacing w:after="0" w:line="336" w:lineRule="auto"/>
        <w:ind w:firstLine="284"/>
        <w:jc w:val="both"/>
        <w:rPr>
          <w:rFonts w:ascii="Garamond" w:hAnsi="Garamond"/>
        </w:rPr>
      </w:pPr>
      <w:r w:rsidRPr="00771DC2">
        <w:rPr>
          <w:rFonts w:ascii="Garamond" w:hAnsi="Garamond"/>
        </w:rPr>
        <w:t>Here</w:t>
      </w:r>
      <w:r w:rsidR="003E440D">
        <w:rPr>
          <w:rFonts w:ascii="Garamond" w:hAnsi="Garamond"/>
        </w:rPr>
        <w:t>’</w:t>
      </w:r>
      <w:r w:rsidRPr="00771DC2">
        <w:rPr>
          <w:rFonts w:ascii="Garamond" w:hAnsi="Garamond"/>
        </w:rPr>
        <w:t>s some math that will set you free: It</w:t>
      </w:r>
      <w:r w:rsidR="003E440D">
        <w:rPr>
          <w:rFonts w:ascii="Garamond" w:hAnsi="Garamond"/>
        </w:rPr>
        <w:t>’</w:t>
      </w:r>
      <w:r w:rsidRPr="00771DC2">
        <w:rPr>
          <w:rFonts w:ascii="Garamond" w:hAnsi="Garamond"/>
        </w:rPr>
        <w:t>s literally impossible to please everyone.</w:t>
      </w:r>
      <w:r w:rsidR="003E440D">
        <w:rPr>
          <w:rFonts w:ascii="Garamond" w:hAnsi="Garamond"/>
        </w:rPr>
        <w:t xml:space="preserve"> </w:t>
      </w:r>
      <w:r w:rsidRPr="00771DC2">
        <w:rPr>
          <w:rFonts w:ascii="Garamond" w:hAnsi="Garamond"/>
        </w:rPr>
        <w:t>If you</w:t>
      </w:r>
      <w:r w:rsidR="003E440D">
        <w:rPr>
          <w:rFonts w:ascii="Garamond" w:hAnsi="Garamond"/>
        </w:rPr>
        <w:t>’</w:t>
      </w:r>
      <w:r w:rsidRPr="00771DC2">
        <w:rPr>
          <w:rFonts w:ascii="Garamond" w:hAnsi="Garamond"/>
        </w:rPr>
        <w:t>re generous, someone will call you wasteful. If you</w:t>
      </w:r>
      <w:r w:rsidR="003E440D">
        <w:rPr>
          <w:rFonts w:ascii="Garamond" w:hAnsi="Garamond"/>
        </w:rPr>
        <w:t>’</w:t>
      </w:r>
      <w:r w:rsidRPr="00771DC2">
        <w:rPr>
          <w:rFonts w:ascii="Garamond" w:hAnsi="Garamond"/>
        </w:rPr>
        <w:t>re frugal, someone will call you cheap. If you</w:t>
      </w:r>
      <w:r w:rsidR="003E440D">
        <w:rPr>
          <w:rFonts w:ascii="Garamond" w:hAnsi="Garamond"/>
        </w:rPr>
        <w:t>’</w:t>
      </w:r>
      <w:r w:rsidRPr="00771DC2">
        <w:rPr>
          <w:rFonts w:ascii="Garamond" w:hAnsi="Garamond"/>
        </w:rPr>
        <w:t>re confident, someone will call you arrogant. If you</w:t>
      </w:r>
      <w:r w:rsidR="003E440D">
        <w:rPr>
          <w:rFonts w:ascii="Garamond" w:hAnsi="Garamond"/>
        </w:rPr>
        <w:t>’</w:t>
      </w:r>
      <w:r w:rsidRPr="00771DC2">
        <w:rPr>
          <w:rFonts w:ascii="Garamond" w:hAnsi="Garamond"/>
        </w:rPr>
        <w:t>re humble, someone will call you weak. If you speak up, someone will call you loud. If you stay quiet, someone will call you passive.</w:t>
      </w:r>
      <w:r w:rsidR="003E440D">
        <w:rPr>
          <w:rFonts w:ascii="Garamond" w:hAnsi="Garamond"/>
        </w:rPr>
        <w:t xml:space="preserve"> </w:t>
      </w:r>
      <w:r w:rsidRPr="00771DC2">
        <w:rPr>
          <w:rFonts w:ascii="Garamond" w:hAnsi="Garamond"/>
        </w:rPr>
        <w:t>You could be the most perfect person on earth, and someone would still find fault.</w:t>
      </w:r>
      <w:r w:rsidR="003E440D">
        <w:rPr>
          <w:rFonts w:ascii="Garamond" w:hAnsi="Garamond"/>
        </w:rPr>
        <w:t xml:space="preserve"> </w:t>
      </w:r>
      <w:r w:rsidRPr="00771DC2">
        <w:rPr>
          <w:rFonts w:ascii="Garamond" w:hAnsi="Garamond"/>
        </w:rPr>
        <w:t xml:space="preserve">You could be the most loving, generous, wise, and godly person who ever lived, </w:t>
      </w:r>
      <w:r w:rsidRPr="00771DC2">
        <w:rPr>
          <w:rFonts w:ascii="Garamond" w:hAnsi="Garamond"/>
        </w:rPr>
        <w:lastRenderedPageBreak/>
        <w:t>and someone would still criticize you.</w:t>
      </w:r>
      <w:r w:rsidR="003E440D">
        <w:rPr>
          <w:rFonts w:ascii="Garamond" w:hAnsi="Garamond"/>
        </w:rPr>
        <w:t xml:space="preserve"> </w:t>
      </w:r>
      <w:r w:rsidRPr="00771DC2">
        <w:rPr>
          <w:rFonts w:ascii="Garamond" w:hAnsi="Garamond"/>
        </w:rPr>
        <w:t>In fact, someone did. His name was Jesus, and they crucified Him.</w:t>
      </w:r>
    </w:p>
    <w:p w14:paraId="26A3E66E" w14:textId="06877739" w:rsidR="00F32FA7" w:rsidRPr="00771DC2" w:rsidRDefault="00000000" w:rsidP="008A117E">
      <w:pPr>
        <w:spacing w:after="0" w:line="336" w:lineRule="auto"/>
        <w:ind w:firstLine="284"/>
        <w:jc w:val="both"/>
        <w:rPr>
          <w:rFonts w:ascii="Garamond" w:hAnsi="Garamond"/>
        </w:rPr>
      </w:pPr>
      <w:r w:rsidRPr="00771DC2">
        <w:rPr>
          <w:rFonts w:ascii="Garamond" w:hAnsi="Garamond"/>
        </w:rPr>
        <w:t>If Jesus</w:t>
      </w:r>
      <w:r w:rsidR="003E440D">
        <w:rPr>
          <w:rFonts w:ascii="Garamond" w:hAnsi="Garamond"/>
        </w:rPr>
        <w:t xml:space="preserve">, </w:t>
      </w:r>
      <w:r w:rsidRPr="00771DC2">
        <w:rPr>
          <w:rFonts w:ascii="Garamond" w:hAnsi="Garamond"/>
        </w:rPr>
        <w:t>who was literally perfect</w:t>
      </w:r>
      <w:r w:rsidR="003E440D">
        <w:rPr>
          <w:rFonts w:ascii="Garamond" w:hAnsi="Garamond"/>
        </w:rPr>
        <w:t xml:space="preserve">, </w:t>
      </w:r>
      <w:r w:rsidRPr="00771DC2">
        <w:rPr>
          <w:rFonts w:ascii="Garamond" w:hAnsi="Garamond"/>
        </w:rPr>
        <w:t>couldn</w:t>
      </w:r>
      <w:r w:rsidR="003E440D">
        <w:rPr>
          <w:rFonts w:ascii="Garamond" w:hAnsi="Garamond"/>
        </w:rPr>
        <w:t>’</w:t>
      </w:r>
      <w:r w:rsidRPr="00771DC2">
        <w:rPr>
          <w:rFonts w:ascii="Garamond" w:hAnsi="Garamond"/>
        </w:rPr>
        <w:t>t get universal approval, what makes you think you can?</w:t>
      </w:r>
      <w:r w:rsidR="003E440D">
        <w:rPr>
          <w:rFonts w:ascii="Garamond" w:hAnsi="Garamond"/>
        </w:rPr>
        <w:t xml:space="preserve"> </w:t>
      </w:r>
      <w:r w:rsidRPr="00771DC2">
        <w:rPr>
          <w:rFonts w:ascii="Garamond" w:hAnsi="Garamond"/>
        </w:rPr>
        <w:t>The pursuit of universal approval is not just impossible</w:t>
      </w:r>
      <w:r w:rsidR="003E440D">
        <w:rPr>
          <w:rFonts w:ascii="Garamond" w:hAnsi="Garamond"/>
        </w:rPr>
        <w:t xml:space="preserve">, </w:t>
      </w:r>
      <w:r w:rsidRPr="00771DC2">
        <w:rPr>
          <w:rFonts w:ascii="Garamond" w:hAnsi="Garamond"/>
        </w:rPr>
        <w:t>it</w:t>
      </w:r>
      <w:r w:rsidR="003E440D">
        <w:rPr>
          <w:rFonts w:ascii="Garamond" w:hAnsi="Garamond"/>
        </w:rPr>
        <w:t>’</w:t>
      </w:r>
      <w:r w:rsidRPr="00771DC2">
        <w:rPr>
          <w:rFonts w:ascii="Garamond" w:hAnsi="Garamond"/>
        </w:rPr>
        <w:t>s idolatrous. When you make other people</w:t>
      </w:r>
      <w:r w:rsidR="003E440D">
        <w:rPr>
          <w:rFonts w:ascii="Garamond" w:hAnsi="Garamond"/>
        </w:rPr>
        <w:t>’</w:t>
      </w:r>
      <w:r w:rsidRPr="00771DC2">
        <w:rPr>
          <w:rFonts w:ascii="Garamond" w:hAnsi="Garamond"/>
        </w:rPr>
        <w:t>s opinions your ultimate concern, you</w:t>
      </w:r>
      <w:r w:rsidR="003E440D">
        <w:rPr>
          <w:rFonts w:ascii="Garamond" w:hAnsi="Garamond"/>
        </w:rPr>
        <w:t>’</w:t>
      </w:r>
      <w:r w:rsidRPr="00771DC2">
        <w:rPr>
          <w:rFonts w:ascii="Garamond" w:hAnsi="Garamond"/>
        </w:rPr>
        <w:t>re making them your god. You</w:t>
      </w:r>
      <w:r w:rsidR="003E440D">
        <w:rPr>
          <w:rFonts w:ascii="Garamond" w:hAnsi="Garamond"/>
        </w:rPr>
        <w:t>’</w:t>
      </w:r>
      <w:r w:rsidRPr="00771DC2">
        <w:rPr>
          <w:rFonts w:ascii="Garamond" w:hAnsi="Garamond"/>
        </w:rPr>
        <w:t>re giving them power over your emotions, your decisions, and your destiny that belongs to God alone.</w:t>
      </w:r>
    </w:p>
    <w:p w14:paraId="78CBE166" w14:textId="77777777" w:rsidR="00F32FA7" w:rsidRPr="00771DC2" w:rsidRDefault="00000000" w:rsidP="008A117E">
      <w:pPr>
        <w:pStyle w:val="Heading2"/>
        <w:spacing w:after="0" w:line="336" w:lineRule="auto"/>
        <w:ind w:firstLine="284"/>
        <w:jc w:val="center"/>
        <w:rPr>
          <w:rFonts w:ascii="Garamond" w:hAnsi="Garamond"/>
          <w:sz w:val="22"/>
          <w:szCs w:val="22"/>
        </w:rPr>
      </w:pPr>
      <w:r w:rsidRPr="00771DC2">
        <w:rPr>
          <w:rFonts w:ascii="Garamond" w:hAnsi="Garamond"/>
          <w:sz w:val="22"/>
          <w:szCs w:val="22"/>
        </w:rPr>
        <w:t>The Source Matters More Than the Message</w:t>
      </w:r>
    </w:p>
    <w:p w14:paraId="5CAC8767" w14:textId="77777777" w:rsidR="008A117E" w:rsidRDefault="00000000" w:rsidP="008A117E">
      <w:pPr>
        <w:spacing w:after="0" w:line="336" w:lineRule="auto"/>
        <w:ind w:firstLine="284"/>
        <w:rPr>
          <w:rFonts w:ascii="Garamond" w:hAnsi="Garamond"/>
        </w:rPr>
      </w:pPr>
      <w:r w:rsidRPr="00771DC2">
        <w:rPr>
          <w:rFonts w:ascii="Garamond" w:hAnsi="Garamond"/>
        </w:rPr>
        <w:t>Not all opinions are created equal. The source matters more than the message.</w:t>
      </w:r>
    </w:p>
    <w:p w14:paraId="6ED3D19D" w14:textId="77777777" w:rsidR="008A117E" w:rsidRDefault="00000000" w:rsidP="008A117E">
      <w:pPr>
        <w:spacing w:after="0" w:line="336" w:lineRule="auto"/>
        <w:ind w:firstLine="284"/>
        <w:rPr>
          <w:rFonts w:ascii="Garamond" w:hAnsi="Garamond"/>
        </w:rPr>
      </w:pPr>
      <w:r w:rsidRPr="00771DC2">
        <w:rPr>
          <w:rFonts w:ascii="Garamond" w:hAnsi="Garamond"/>
        </w:rPr>
        <w:t>When someone criticizes you, ask yourself:</w:t>
      </w:r>
    </w:p>
    <w:p w14:paraId="7036239C" w14:textId="77777777" w:rsidR="008A117E" w:rsidRDefault="00000000" w:rsidP="008A117E">
      <w:pPr>
        <w:spacing w:after="0" w:line="336" w:lineRule="auto"/>
        <w:ind w:firstLine="284"/>
        <w:rPr>
          <w:rFonts w:ascii="Garamond" w:hAnsi="Garamond"/>
        </w:rPr>
      </w:pPr>
      <w:r w:rsidRPr="00771DC2">
        <w:rPr>
          <w:rFonts w:ascii="Garamond" w:hAnsi="Garamond"/>
        </w:rPr>
        <w:t>Do they know me well enough to have credibility?</w:t>
      </w:r>
    </w:p>
    <w:p w14:paraId="368D332F" w14:textId="77777777" w:rsidR="008A117E" w:rsidRDefault="00000000" w:rsidP="008A117E">
      <w:pPr>
        <w:spacing w:after="0" w:line="336" w:lineRule="auto"/>
        <w:ind w:firstLine="284"/>
        <w:rPr>
          <w:rFonts w:ascii="Garamond" w:hAnsi="Garamond"/>
        </w:rPr>
      </w:pPr>
      <w:r w:rsidRPr="00771DC2">
        <w:rPr>
          <w:rFonts w:ascii="Garamond" w:hAnsi="Garamond"/>
        </w:rPr>
        <w:t>Do they love me enough to want what's best for me?</w:t>
      </w:r>
    </w:p>
    <w:p w14:paraId="36617260" w14:textId="77777777" w:rsidR="008A117E" w:rsidRDefault="00000000" w:rsidP="008A117E">
      <w:pPr>
        <w:spacing w:after="0" w:line="336" w:lineRule="auto"/>
        <w:ind w:firstLine="284"/>
        <w:rPr>
          <w:rFonts w:ascii="Garamond" w:hAnsi="Garamond"/>
        </w:rPr>
      </w:pPr>
      <w:r w:rsidRPr="00771DC2">
        <w:rPr>
          <w:rFonts w:ascii="Garamond" w:hAnsi="Garamond"/>
        </w:rPr>
        <w:t>Do they have wisdom and maturity in this area?</w:t>
      </w:r>
    </w:p>
    <w:p w14:paraId="3C42EAB4" w14:textId="03A39A41" w:rsidR="008A117E" w:rsidRDefault="00000000" w:rsidP="008A117E">
      <w:pPr>
        <w:spacing w:after="0" w:line="336" w:lineRule="auto"/>
        <w:ind w:firstLine="284"/>
        <w:rPr>
          <w:rFonts w:ascii="Garamond" w:hAnsi="Garamond"/>
        </w:rPr>
      </w:pPr>
      <w:r w:rsidRPr="00771DC2">
        <w:rPr>
          <w:rFonts w:ascii="Garamond" w:hAnsi="Garamond"/>
        </w:rPr>
        <w:t>Are they speaking from their own hurt or insecurity?</w:t>
      </w:r>
      <w:r w:rsidR="008A117E">
        <w:rPr>
          <w:rFonts w:ascii="Garamond" w:hAnsi="Garamond"/>
        </w:rPr>
        <w:t xml:space="preserve"> </w:t>
      </w:r>
    </w:p>
    <w:p w14:paraId="7F5484FF" w14:textId="77777777" w:rsidR="008A117E" w:rsidRDefault="00000000" w:rsidP="008A117E">
      <w:pPr>
        <w:spacing w:after="0" w:line="336" w:lineRule="auto"/>
        <w:ind w:firstLine="284"/>
        <w:jc w:val="both"/>
        <w:rPr>
          <w:rFonts w:ascii="Garamond" w:hAnsi="Garamond"/>
        </w:rPr>
      </w:pPr>
      <w:r w:rsidRPr="00771DC2">
        <w:rPr>
          <w:rFonts w:ascii="Garamond" w:hAnsi="Garamond"/>
        </w:rPr>
        <w:t>Do they have a track record of good judgment?</w:t>
      </w:r>
    </w:p>
    <w:p w14:paraId="61981755" w14:textId="1AF78281" w:rsidR="00F32FA7" w:rsidRPr="00771DC2" w:rsidRDefault="00000000" w:rsidP="008A117E">
      <w:pPr>
        <w:spacing w:after="0" w:line="336" w:lineRule="auto"/>
        <w:jc w:val="both"/>
        <w:rPr>
          <w:rFonts w:ascii="Garamond" w:hAnsi="Garamond"/>
        </w:rPr>
      </w:pPr>
      <w:r w:rsidRPr="00771DC2">
        <w:rPr>
          <w:rFonts w:ascii="Garamond" w:hAnsi="Garamond"/>
        </w:rPr>
        <w:t>If your godly mentor lovingly points out a blind spot, listen. If your spouse gently challenges a pattern they</w:t>
      </w:r>
      <w:r w:rsidR="008A117E">
        <w:rPr>
          <w:rFonts w:ascii="Garamond" w:hAnsi="Garamond"/>
        </w:rPr>
        <w:t>’</w:t>
      </w:r>
      <w:r w:rsidRPr="00771DC2">
        <w:rPr>
          <w:rFonts w:ascii="Garamond" w:hAnsi="Garamond"/>
        </w:rPr>
        <w:t>ve noticed, pay attention. If your close friend expresses concern about a decision, consider it.</w:t>
      </w:r>
    </w:p>
    <w:p w14:paraId="22C3F546" w14:textId="7F13FA29" w:rsidR="00F32FA7" w:rsidRPr="00771DC2" w:rsidRDefault="00000000" w:rsidP="008A117E">
      <w:pPr>
        <w:spacing w:line="336" w:lineRule="auto"/>
        <w:ind w:firstLine="284"/>
        <w:jc w:val="both"/>
        <w:rPr>
          <w:rFonts w:ascii="Garamond" w:hAnsi="Garamond"/>
        </w:rPr>
      </w:pPr>
      <w:r w:rsidRPr="00771DC2">
        <w:rPr>
          <w:rFonts w:ascii="Garamond" w:hAnsi="Garamond"/>
        </w:rPr>
        <w:lastRenderedPageBreak/>
        <w:t>But if a stranger on the internet has an opinion about your life choices, if a distant acquaintance makes a snarky comment about your parenting, if someone who doesn</w:t>
      </w:r>
      <w:r w:rsidR="008A117E">
        <w:rPr>
          <w:rFonts w:ascii="Garamond" w:hAnsi="Garamond"/>
        </w:rPr>
        <w:t>’</w:t>
      </w:r>
      <w:r w:rsidRPr="00771DC2">
        <w:rPr>
          <w:rFonts w:ascii="Garamond" w:hAnsi="Garamond"/>
        </w:rPr>
        <w:t>t know your heart criticizes your motives</w:t>
      </w:r>
      <w:r w:rsidR="008A117E">
        <w:rPr>
          <w:rFonts w:ascii="Garamond" w:hAnsi="Garamond"/>
        </w:rPr>
        <w:t xml:space="preserve">, </w:t>
      </w:r>
      <w:r w:rsidRPr="00771DC2">
        <w:rPr>
          <w:rFonts w:ascii="Garamond" w:hAnsi="Garamond"/>
        </w:rPr>
        <w:t>let it go.</w:t>
      </w:r>
    </w:p>
    <w:p w14:paraId="52A54D67" w14:textId="2C825BA5" w:rsidR="00F32FA7" w:rsidRPr="00771DC2" w:rsidRDefault="00000000" w:rsidP="008A117E">
      <w:pPr>
        <w:spacing w:after="0" w:line="336" w:lineRule="auto"/>
        <w:ind w:firstLine="284"/>
        <w:rPr>
          <w:rFonts w:ascii="Garamond" w:hAnsi="Garamond"/>
        </w:rPr>
      </w:pPr>
      <w:r w:rsidRPr="00771DC2">
        <w:rPr>
          <w:rFonts w:ascii="Garamond" w:hAnsi="Garamond"/>
        </w:rPr>
        <w:t>You don</w:t>
      </w:r>
      <w:r w:rsidR="008A117E">
        <w:rPr>
          <w:rFonts w:ascii="Garamond" w:hAnsi="Garamond"/>
        </w:rPr>
        <w:t>’</w:t>
      </w:r>
      <w:r w:rsidRPr="00771DC2">
        <w:rPr>
          <w:rFonts w:ascii="Garamond" w:hAnsi="Garamond"/>
        </w:rPr>
        <w:t>t have to carry every opinion that</w:t>
      </w:r>
      <w:r w:rsidR="008A117E">
        <w:rPr>
          <w:rFonts w:ascii="Garamond" w:hAnsi="Garamond"/>
        </w:rPr>
        <w:t>’</w:t>
      </w:r>
      <w:r w:rsidRPr="00771DC2">
        <w:rPr>
          <w:rFonts w:ascii="Garamond" w:hAnsi="Garamond"/>
        </w:rPr>
        <w:t>s thrown at you. You can choose which voices you listen to and which voices you ignore.</w:t>
      </w:r>
    </w:p>
    <w:p w14:paraId="2A97537E" w14:textId="77777777" w:rsidR="00F32FA7" w:rsidRPr="00771DC2" w:rsidRDefault="00000000" w:rsidP="008A117E">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Freedom of Divine Approval</w:t>
      </w:r>
    </w:p>
    <w:p w14:paraId="0A6AD1E8" w14:textId="00DCE02E" w:rsidR="00F32FA7" w:rsidRPr="00771DC2" w:rsidRDefault="00000000" w:rsidP="008A117E">
      <w:pPr>
        <w:spacing w:after="0" w:line="336" w:lineRule="auto"/>
        <w:ind w:firstLine="284"/>
        <w:jc w:val="both"/>
        <w:rPr>
          <w:rFonts w:ascii="Garamond" w:hAnsi="Garamond"/>
        </w:rPr>
      </w:pPr>
      <w:r w:rsidRPr="00771DC2">
        <w:rPr>
          <w:rFonts w:ascii="Garamond" w:hAnsi="Garamond"/>
        </w:rPr>
        <w:t>Here</w:t>
      </w:r>
      <w:r w:rsidR="008A117E">
        <w:rPr>
          <w:rFonts w:ascii="Garamond" w:hAnsi="Garamond"/>
        </w:rPr>
        <w:t>’</w:t>
      </w:r>
      <w:r w:rsidRPr="00771DC2">
        <w:rPr>
          <w:rFonts w:ascii="Garamond" w:hAnsi="Garamond"/>
        </w:rPr>
        <w:t>s the game-changer: when you live for God</w:t>
      </w:r>
      <w:r w:rsidR="008A117E">
        <w:rPr>
          <w:rFonts w:ascii="Garamond" w:hAnsi="Garamond"/>
        </w:rPr>
        <w:t>’</w:t>
      </w:r>
      <w:r w:rsidRPr="00771DC2">
        <w:rPr>
          <w:rFonts w:ascii="Garamond" w:hAnsi="Garamond"/>
        </w:rPr>
        <w:t>s approval instead of human approval, you become free from the exhausting work of impression management.</w:t>
      </w:r>
    </w:p>
    <w:p w14:paraId="3F036F8C" w14:textId="37EF269B" w:rsidR="00F32FA7" w:rsidRPr="00771DC2" w:rsidRDefault="00000000" w:rsidP="008A117E">
      <w:pPr>
        <w:spacing w:after="0" w:line="336" w:lineRule="auto"/>
        <w:ind w:firstLine="284"/>
        <w:jc w:val="both"/>
        <w:rPr>
          <w:rFonts w:ascii="Garamond" w:hAnsi="Garamond"/>
        </w:rPr>
      </w:pPr>
      <w:r w:rsidRPr="00771DC2">
        <w:rPr>
          <w:rFonts w:ascii="Garamond" w:hAnsi="Garamond"/>
        </w:rPr>
        <w:t>You don</w:t>
      </w:r>
      <w:r w:rsidR="008A117E">
        <w:rPr>
          <w:rFonts w:ascii="Garamond" w:hAnsi="Garamond"/>
        </w:rPr>
        <w:t>’</w:t>
      </w:r>
      <w:r w:rsidRPr="00771DC2">
        <w:rPr>
          <w:rFonts w:ascii="Garamond" w:hAnsi="Garamond"/>
        </w:rPr>
        <w:t>t have to be perfect because God already knows you</w:t>
      </w:r>
      <w:r w:rsidR="008A117E">
        <w:rPr>
          <w:rFonts w:ascii="Garamond" w:hAnsi="Garamond"/>
        </w:rPr>
        <w:t>’</w:t>
      </w:r>
      <w:r w:rsidRPr="00771DC2">
        <w:rPr>
          <w:rFonts w:ascii="Garamond" w:hAnsi="Garamond"/>
        </w:rPr>
        <w:t>re not, and He loves you anyway. You don</w:t>
      </w:r>
      <w:r w:rsidR="008A117E">
        <w:rPr>
          <w:rFonts w:ascii="Garamond" w:hAnsi="Garamond"/>
        </w:rPr>
        <w:t>’</w:t>
      </w:r>
      <w:r w:rsidRPr="00771DC2">
        <w:rPr>
          <w:rFonts w:ascii="Garamond" w:hAnsi="Garamond"/>
        </w:rPr>
        <w:t>t have to pretend because God sees through the facade anyway. You don</w:t>
      </w:r>
      <w:r w:rsidR="008A117E">
        <w:rPr>
          <w:rFonts w:ascii="Garamond" w:hAnsi="Garamond"/>
        </w:rPr>
        <w:t>’</w:t>
      </w:r>
      <w:r w:rsidRPr="00771DC2">
        <w:rPr>
          <w:rFonts w:ascii="Garamond" w:hAnsi="Garamond"/>
        </w:rPr>
        <w:t>t have to perform because God is more interested in your heart than your image.</w:t>
      </w:r>
    </w:p>
    <w:p w14:paraId="01DB2588" w14:textId="02839410" w:rsidR="00F32FA7" w:rsidRDefault="00000000" w:rsidP="008A117E">
      <w:pPr>
        <w:spacing w:after="0" w:line="336" w:lineRule="auto"/>
        <w:ind w:firstLine="284"/>
        <w:jc w:val="both"/>
        <w:rPr>
          <w:rFonts w:ascii="Garamond" w:hAnsi="Garamond"/>
        </w:rPr>
      </w:pPr>
      <w:r w:rsidRPr="00771DC2">
        <w:rPr>
          <w:rFonts w:ascii="Garamond" w:hAnsi="Garamond"/>
        </w:rPr>
        <w:t>When you know that God delights in you, that He</w:t>
      </w:r>
      <w:r w:rsidR="008A117E">
        <w:rPr>
          <w:rFonts w:ascii="Garamond" w:hAnsi="Garamond"/>
        </w:rPr>
        <w:t>’</w:t>
      </w:r>
      <w:r w:rsidRPr="00771DC2">
        <w:rPr>
          <w:rFonts w:ascii="Garamond" w:hAnsi="Garamond"/>
        </w:rPr>
        <w:t>s proud of you, that He</w:t>
      </w:r>
      <w:r w:rsidR="008A117E">
        <w:rPr>
          <w:rFonts w:ascii="Garamond" w:hAnsi="Garamond"/>
        </w:rPr>
        <w:t>’</w:t>
      </w:r>
      <w:r w:rsidRPr="00771DC2">
        <w:rPr>
          <w:rFonts w:ascii="Garamond" w:hAnsi="Garamond"/>
        </w:rPr>
        <w:t>s cheering you on, other people</w:t>
      </w:r>
      <w:r w:rsidR="008A117E">
        <w:rPr>
          <w:rFonts w:ascii="Garamond" w:hAnsi="Garamond"/>
        </w:rPr>
        <w:t>’</w:t>
      </w:r>
      <w:r w:rsidRPr="00771DC2">
        <w:rPr>
          <w:rFonts w:ascii="Garamond" w:hAnsi="Garamond"/>
        </w:rPr>
        <w:t>s opinions lose their power over you.</w:t>
      </w:r>
    </w:p>
    <w:p w14:paraId="0CD3D846" w14:textId="77777777" w:rsidR="008A117E" w:rsidRPr="00771DC2" w:rsidRDefault="008A117E" w:rsidP="008A117E">
      <w:pPr>
        <w:spacing w:after="0" w:line="336" w:lineRule="auto"/>
        <w:ind w:firstLine="284"/>
        <w:jc w:val="both"/>
        <w:rPr>
          <w:rFonts w:ascii="Garamond" w:hAnsi="Garamond"/>
        </w:rPr>
      </w:pPr>
    </w:p>
    <w:p w14:paraId="4F3B7373" w14:textId="7B55BEC9" w:rsidR="00F32FA7" w:rsidRPr="00771DC2" w:rsidRDefault="00000000" w:rsidP="008A117E">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Jesus</w:t>
      </w:r>
      <w:r w:rsidR="008A117E">
        <w:rPr>
          <w:rFonts w:ascii="Garamond" w:hAnsi="Garamond"/>
          <w:sz w:val="22"/>
          <w:szCs w:val="22"/>
        </w:rPr>
        <w:t>’</w:t>
      </w:r>
      <w:r w:rsidRPr="00771DC2">
        <w:rPr>
          <w:rFonts w:ascii="Garamond" w:hAnsi="Garamond"/>
          <w:sz w:val="22"/>
          <w:szCs w:val="22"/>
        </w:rPr>
        <w:t xml:space="preserve"> Example of Holy Indifference</w:t>
      </w:r>
    </w:p>
    <w:p w14:paraId="2C52CF6F" w14:textId="3A57B205" w:rsidR="00F32FA7" w:rsidRPr="00771DC2" w:rsidRDefault="008A117E" w:rsidP="008A117E">
      <w:pPr>
        <w:spacing w:after="0" w:line="336" w:lineRule="auto"/>
        <w:jc w:val="both"/>
        <w:rPr>
          <w:rFonts w:ascii="Garamond" w:hAnsi="Garamond"/>
        </w:rPr>
      </w:pPr>
      <w:r>
        <w:rPr>
          <w:rFonts w:ascii="Garamond" w:hAnsi="Garamond"/>
        </w:rPr>
        <w:tab/>
      </w:r>
      <w:r w:rsidRPr="00771DC2">
        <w:rPr>
          <w:rFonts w:ascii="Garamond" w:hAnsi="Garamond"/>
        </w:rPr>
        <w:t xml:space="preserve">Jesus had what I call </w:t>
      </w:r>
      <w:r>
        <w:rPr>
          <w:rFonts w:ascii="Garamond" w:hAnsi="Garamond"/>
        </w:rPr>
        <w:t>“</w:t>
      </w:r>
      <w:r w:rsidRPr="00771DC2">
        <w:rPr>
          <w:rFonts w:ascii="Garamond" w:hAnsi="Garamond"/>
        </w:rPr>
        <w:t>holy indifference</w:t>
      </w:r>
      <w:r>
        <w:rPr>
          <w:rFonts w:ascii="Garamond" w:hAnsi="Garamond"/>
        </w:rPr>
        <w:t>”</w:t>
      </w:r>
      <w:r w:rsidRPr="00771DC2">
        <w:rPr>
          <w:rFonts w:ascii="Garamond" w:hAnsi="Garamond"/>
        </w:rPr>
        <w:t xml:space="preserve"> to public</w:t>
      </w:r>
      <w:r>
        <w:rPr>
          <w:rFonts w:ascii="Garamond" w:hAnsi="Garamond"/>
        </w:rPr>
        <w:t xml:space="preserve"> </w:t>
      </w:r>
      <w:r w:rsidRPr="00771DC2">
        <w:rPr>
          <w:rFonts w:ascii="Garamond" w:hAnsi="Garamond"/>
        </w:rPr>
        <w:t>opinion. He wasn</w:t>
      </w:r>
      <w:r>
        <w:rPr>
          <w:rFonts w:ascii="Garamond" w:hAnsi="Garamond"/>
        </w:rPr>
        <w:t>’</w:t>
      </w:r>
      <w:r w:rsidRPr="00771DC2">
        <w:rPr>
          <w:rFonts w:ascii="Garamond" w:hAnsi="Garamond"/>
        </w:rPr>
        <w:t>t cruel or uncaring, but He wasn</w:t>
      </w:r>
      <w:r>
        <w:rPr>
          <w:rFonts w:ascii="Garamond" w:hAnsi="Garamond"/>
        </w:rPr>
        <w:t>’</w:t>
      </w:r>
      <w:r w:rsidRPr="00771DC2">
        <w:rPr>
          <w:rFonts w:ascii="Garamond" w:hAnsi="Garamond"/>
        </w:rPr>
        <w:t>t</w:t>
      </w:r>
      <w:r>
        <w:rPr>
          <w:rFonts w:ascii="Garamond" w:hAnsi="Garamond"/>
        </w:rPr>
        <w:t xml:space="preserve"> </w:t>
      </w:r>
      <w:r w:rsidRPr="00771DC2">
        <w:rPr>
          <w:rFonts w:ascii="Garamond" w:hAnsi="Garamond"/>
        </w:rPr>
        <w:lastRenderedPageBreak/>
        <w:t>controlled by what people thought either.</w:t>
      </w:r>
      <w:r>
        <w:rPr>
          <w:rFonts w:ascii="Garamond" w:hAnsi="Garamond"/>
        </w:rPr>
        <w:t xml:space="preserve"> </w:t>
      </w:r>
      <w:r w:rsidRPr="00771DC2">
        <w:rPr>
          <w:rFonts w:ascii="Garamond" w:hAnsi="Garamond"/>
        </w:rPr>
        <w:t>When the crowds wanted to make Him king, He withdrew (John 6:15). When the religious leaders accused Him of blasphemy, He didn</w:t>
      </w:r>
      <w:r>
        <w:rPr>
          <w:rFonts w:ascii="Garamond" w:hAnsi="Garamond"/>
        </w:rPr>
        <w:t>’</w:t>
      </w:r>
      <w:r w:rsidRPr="00771DC2">
        <w:rPr>
          <w:rFonts w:ascii="Garamond" w:hAnsi="Garamond"/>
        </w:rPr>
        <w:t>t defend Himself (Matthew 26:63). When His hometown rejected Him, He moved on (Luke 4:29-30). When people misunderstood His motives, He kept serving (John 6:26).</w:t>
      </w:r>
      <w:r>
        <w:rPr>
          <w:rFonts w:ascii="Garamond" w:hAnsi="Garamond"/>
        </w:rPr>
        <w:t xml:space="preserve"> </w:t>
      </w:r>
      <w:r w:rsidRPr="00771DC2">
        <w:rPr>
          <w:rFonts w:ascii="Garamond" w:hAnsi="Garamond"/>
        </w:rPr>
        <w:t>Jesus cared about people deeply, but He didn</w:t>
      </w:r>
      <w:r>
        <w:rPr>
          <w:rFonts w:ascii="Garamond" w:hAnsi="Garamond"/>
        </w:rPr>
        <w:t>’</w:t>
      </w:r>
      <w:r w:rsidRPr="00771DC2">
        <w:rPr>
          <w:rFonts w:ascii="Garamond" w:hAnsi="Garamond"/>
        </w:rPr>
        <w:t>t care about their opinions of Him. He cared about their souls, not their approval.</w:t>
      </w:r>
    </w:p>
    <w:p w14:paraId="7FEC91DD" w14:textId="77777777" w:rsidR="00F32FA7" w:rsidRPr="00771DC2" w:rsidRDefault="00000000" w:rsidP="0036718E">
      <w:pPr>
        <w:spacing w:after="0" w:line="336" w:lineRule="auto"/>
        <w:ind w:firstLine="284"/>
        <w:jc w:val="both"/>
        <w:rPr>
          <w:rFonts w:ascii="Garamond" w:hAnsi="Garamond"/>
        </w:rPr>
      </w:pPr>
      <w:r w:rsidRPr="00771DC2">
        <w:rPr>
          <w:rFonts w:ascii="Garamond" w:hAnsi="Garamond"/>
        </w:rPr>
        <w:t>This is the difference between loving people and being controlled by people. You can love someone and still disappoint them. You can care about someone and still not need their approval.</w:t>
      </w:r>
    </w:p>
    <w:p w14:paraId="31A4C27F" w14:textId="77777777" w:rsidR="00F32FA7" w:rsidRPr="00771DC2" w:rsidRDefault="00000000" w:rsidP="0036718E">
      <w:pPr>
        <w:pStyle w:val="Heading2"/>
        <w:spacing w:after="0" w:line="336" w:lineRule="auto"/>
        <w:ind w:firstLine="284"/>
        <w:jc w:val="center"/>
        <w:rPr>
          <w:rFonts w:ascii="Garamond" w:hAnsi="Garamond"/>
          <w:sz w:val="22"/>
          <w:szCs w:val="22"/>
        </w:rPr>
      </w:pPr>
      <w:r w:rsidRPr="00771DC2">
        <w:rPr>
          <w:rFonts w:ascii="Garamond" w:hAnsi="Garamond"/>
          <w:sz w:val="22"/>
          <w:szCs w:val="22"/>
        </w:rPr>
        <w:t>When Good People Have Bad Expectations</w:t>
      </w:r>
    </w:p>
    <w:p w14:paraId="53D5B140" w14:textId="77777777" w:rsidR="0036718E" w:rsidRDefault="00000000" w:rsidP="0036718E">
      <w:pPr>
        <w:spacing w:after="0" w:line="336" w:lineRule="auto"/>
        <w:ind w:firstLine="284"/>
        <w:jc w:val="both"/>
        <w:rPr>
          <w:rFonts w:ascii="Garamond" w:hAnsi="Garamond"/>
        </w:rPr>
      </w:pPr>
      <w:r w:rsidRPr="00771DC2">
        <w:rPr>
          <w:rFonts w:ascii="Garamond" w:hAnsi="Garamond"/>
        </w:rPr>
        <w:t>The hardest expectations to resist are the ones that come from good people.</w:t>
      </w:r>
      <w:r w:rsidR="0036718E">
        <w:rPr>
          <w:rFonts w:ascii="Garamond" w:hAnsi="Garamond"/>
        </w:rPr>
        <w:t xml:space="preserve"> </w:t>
      </w:r>
      <w:r w:rsidRPr="00771DC2">
        <w:rPr>
          <w:rFonts w:ascii="Garamond" w:hAnsi="Garamond"/>
        </w:rPr>
        <w:t xml:space="preserve">Your </w:t>
      </w:r>
      <w:r w:rsidR="0036718E">
        <w:rPr>
          <w:rFonts w:ascii="Garamond" w:hAnsi="Garamond"/>
        </w:rPr>
        <w:t xml:space="preserve">priest or </w:t>
      </w:r>
      <w:r w:rsidRPr="00771DC2">
        <w:rPr>
          <w:rFonts w:ascii="Garamond" w:hAnsi="Garamond"/>
        </w:rPr>
        <w:t>pastor expects you to volunteer for everything. Your parents expect you to prioritize family above all else. Your friends expect you to be available whenever they need you. Your spouse expects you to meet all their emotional needs.</w:t>
      </w:r>
    </w:p>
    <w:p w14:paraId="43C516AC" w14:textId="6E2F1DCD" w:rsidR="00F32FA7" w:rsidRPr="00771DC2" w:rsidRDefault="00000000" w:rsidP="0036718E">
      <w:pPr>
        <w:spacing w:after="0" w:line="336" w:lineRule="auto"/>
        <w:ind w:firstLine="284"/>
        <w:jc w:val="both"/>
        <w:rPr>
          <w:rFonts w:ascii="Garamond" w:hAnsi="Garamond"/>
        </w:rPr>
      </w:pPr>
      <w:r w:rsidRPr="00771DC2">
        <w:rPr>
          <w:rFonts w:ascii="Garamond" w:hAnsi="Garamond"/>
        </w:rPr>
        <w:t>These aren</w:t>
      </w:r>
      <w:r w:rsidR="0036718E">
        <w:rPr>
          <w:rFonts w:ascii="Garamond" w:hAnsi="Garamond"/>
        </w:rPr>
        <w:t>’</w:t>
      </w:r>
      <w:r w:rsidRPr="00771DC2">
        <w:rPr>
          <w:rFonts w:ascii="Garamond" w:hAnsi="Garamond"/>
        </w:rPr>
        <w:t>t bad people. They</w:t>
      </w:r>
      <w:r w:rsidR="0036718E">
        <w:rPr>
          <w:rFonts w:ascii="Garamond" w:hAnsi="Garamond"/>
        </w:rPr>
        <w:t>’</w:t>
      </w:r>
      <w:r w:rsidRPr="00771DC2">
        <w:rPr>
          <w:rFonts w:ascii="Garamond" w:hAnsi="Garamond"/>
        </w:rPr>
        <w:t xml:space="preserve">re good people with human limitations who sometimes place expectations on you that </w:t>
      </w:r>
      <w:r w:rsidRPr="00771DC2">
        <w:rPr>
          <w:rFonts w:ascii="Garamond" w:hAnsi="Garamond"/>
        </w:rPr>
        <w:lastRenderedPageBreak/>
        <w:t>God never placed on you.</w:t>
      </w:r>
      <w:r w:rsidR="0036718E">
        <w:rPr>
          <w:rFonts w:ascii="Garamond" w:hAnsi="Garamond"/>
        </w:rPr>
        <w:t xml:space="preserve"> </w:t>
      </w:r>
      <w:r w:rsidRPr="00771DC2">
        <w:rPr>
          <w:rFonts w:ascii="Garamond" w:hAnsi="Garamond"/>
        </w:rPr>
        <w:t>This is where wisdom and grace collide.</w:t>
      </w:r>
    </w:p>
    <w:p w14:paraId="7B039E52" w14:textId="6CE2D4FA" w:rsidR="00F32FA7" w:rsidRPr="00771DC2" w:rsidRDefault="00000000" w:rsidP="0036718E">
      <w:pPr>
        <w:spacing w:after="0" w:line="336" w:lineRule="auto"/>
        <w:ind w:firstLine="284"/>
        <w:rPr>
          <w:rFonts w:ascii="Garamond" w:hAnsi="Garamond"/>
        </w:rPr>
      </w:pPr>
      <w:r w:rsidRPr="00771DC2">
        <w:rPr>
          <w:rFonts w:ascii="Garamond" w:hAnsi="Garamond"/>
        </w:rPr>
        <w:t>You need the wisdom to discern which expectations are from God and which are from people. You need the grace to disappoint people lovingly when their expectations conflict with God</w:t>
      </w:r>
      <w:r w:rsidR="0036718E">
        <w:rPr>
          <w:rFonts w:ascii="Garamond" w:hAnsi="Garamond"/>
        </w:rPr>
        <w:t>’</w:t>
      </w:r>
      <w:r w:rsidRPr="00771DC2">
        <w:rPr>
          <w:rFonts w:ascii="Garamond" w:hAnsi="Garamond"/>
        </w:rPr>
        <w:t>s calling.</w:t>
      </w:r>
    </w:p>
    <w:p w14:paraId="54DDA7D3" w14:textId="77777777" w:rsidR="00F32FA7" w:rsidRPr="00771DC2" w:rsidRDefault="00000000" w:rsidP="0036718E">
      <w:pPr>
        <w:spacing w:after="0" w:line="336" w:lineRule="auto"/>
        <w:ind w:firstLine="284"/>
        <w:jc w:val="both"/>
        <w:rPr>
          <w:rFonts w:ascii="Garamond" w:hAnsi="Garamond"/>
        </w:rPr>
      </w:pPr>
      <w:r w:rsidRPr="00771DC2">
        <w:rPr>
          <w:rFonts w:ascii="Garamond" w:hAnsi="Garamond"/>
        </w:rPr>
        <w:t>Not every expectation from a good person is a godly expectation. Not every request from someone you love is a request you should fulfill. Not every opportunity presented by your church is an opportunity God wants you to take.</w:t>
      </w:r>
    </w:p>
    <w:p w14:paraId="567C2331" w14:textId="77777777" w:rsidR="00F32FA7" w:rsidRPr="00771DC2" w:rsidRDefault="00000000" w:rsidP="0036718E">
      <w:pPr>
        <w:spacing w:after="0" w:line="336" w:lineRule="auto"/>
        <w:ind w:firstLine="284"/>
        <w:jc w:val="both"/>
        <w:rPr>
          <w:rFonts w:ascii="Garamond" w:hAnsi="Garamond"/>
        </w:rPr>
      </w:pPr>
      <w:r w:rsidRPr="00771DC2">
        <w:rPr>
          <w:rFonts w:ascii="Garamond" w:hAnsi="Garamond"/>
        </w:rPr>
        <w:t>When good people have bad expectations, you respond with truth and love. You explain your boundaries clearly. You stick to them consistently. You refuse to feel guilty for disappointing them.</w:t>
      </w:r>
    </w:p>
    <w:p w14:paraId="735EEAF6" w14:textId="77777777" w:rsidR="00F32FA7" w:rsidRPr="00771DC2" w:rsidRDefault="00000000" w:rsidP="0036718E">
      <w:pPr>
        <w:spacing w:after="0" w:line="336" w:lineRule="auto"/>
        <w:ind w:firstLine="284"/>
        <w:jc w:val="both"/>
        <w:rPr>
          <w:rFonts w:ascii="Garamond" w:hAnsi="Garamond"/>
        </w:rPr>
      </w:pPr>
      <w:r w:rsidRPr="00771DC2">
        <w:rPr>
          <w:rFonts w:ascii="Garamond" w:hAnsi="Garamond"/>
        </w:rPr>
        <w:t>Their approval is not your source of identity. Their disappointment is not your responsibility. Their expectations are not your commands.</w:t>
      </w:r>
    </w:p>
    <w:p w14:paraId="1B68C93E" w14:textId="77777777" w:rsidR="00F32FA7" w:rsidRPr="00771DC2" w:rsidRDefault="00000000" w:rsidP="0036718E">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Courage to Be Misunderstood</w:t>
      </w:r>
    </w:p>
    <w:p w14:paraId="02AAB6EC" w14:textId="64974699" w:rsidR="00F32FA7" w:rsidRPr="00771DC2" w:rsidRDefault="00000000" w:rsidP="0036718E">
      <w:pPr>
        <w:spacing w:after="0" w:line="336" w:lineRule="auto"/>
        <w:ind w:firstLine="284"/>
        <w:jc w:val="both"/>
        <w:rPr>
          <w:rFonts w:ascii="Garamond" w:hAnsi="Garamond"/>
        </w:rPr>
      </w:pPr>
      <w:r w:rsidRPr="00771DC2">
        <w:rPr>
          <w:rFonts w:ascii="Garamond" w:hAnsi="Garamond"/>
        </w:rPr>
        <w:t>One of the most liberating realizations in life is this: you don</w:t>
      </w:r>
      <w:r w:rsidR="0036718E">
        <w:rPr>
          <w:rFonts w:ascii="Garamond" w:hAnsi="Garamond"/>
        </w:rPr>
        <w:t>’</w:t>
      </w:r>
      <w:r w:rsidRPr="00771DC2">
        <w:rPr>
          <w:rFonts w:ascii="Garamond" w:hAnsi="Garamond"/>
        </w:rPr>
        <w:t>t have to be understood by everyone.</w:t>
      </w:r>
      <w:r w:rsidR="0036718E">
        <w:rPr>
          <w:rFonts w:ascii="Garamond" w:hAnsi="Garamond"/>
        </w:rPr>
        <w:t xml:space="preserve"> </w:t>
      </w:r>
      <w:r w:rsidRPr="00771DC2">
        <w:rPr>
          <w:rFonts w:ascii="Garamond" w:hAnsi="Garamond"/>
        </w:rPr>
        <w:t>Jesus wasn</w:t>
      </w:r>
      <w:r w:rsidR="0036718E">
        <w:rPr>
          <w:rFonts w:ascii="Garamond" w:hAnsi="Garamond"/>
        </w:rPr>
        <w:t>’</w:t>
      </w:r>
      <w:r w:rsidRPr="00771DC2">
        <w:rPr>
          <w:rFonts w:ascii="Garamond" w:hAnsi="Garamond"/>
        </w:rPr>
        <w:t>t understood by His family, His disciples, or His culture. But He was understood by His Father, and that was enough.</w:t>
      </w:r>
      <w:r w:rsidR="0036718E">
        <w:rPr>
          <w:rFonts w:ascii="Garamond" w:hAnsi="Garamond"/>
        </w:rPr>
        <w:t xml:space="preserve"> </w:t>
      </w:r>
      <w:r w:rsidRPr="00771DC2">
        <w:rPr>
          <w:rFonts w:ascii="Garamond" w:hAnsi="Garamond"/>
        </w:rPr>
        <w:lastRenderedPageBreak/>
        <w:t>When you stop needing to be understood by everyone, you can:</w:t>
      </w:r>
    </w:p>
    <w:p w14:paraId="6A382F22" w14:textId="6FA532FC" w:rsidR="00F32FA7" w:rsidRPr="00771DC2" w:rsidRDefault="00000000" w:rsidP="0036718E">
      <w:pPr>
        <w:pStyle w:val="ListBullet"/>
        <w:numPr>
          <w:ilvl w:val="0"/>
          <w:numId w:val="0"/>
        </w:numPr>
        <w:spacing w:line="336" w:lineRule="auto"/>
        <w:ind w:left="360" w:hanging="360"/>
        <w:jc w:val="center"/>
        <w:rPr>
          <w:rFonts w:ascii="Garamond" w:hAnsi="Garamond"/>
        </w:rPr>
      </w:pPr>
      <w:r w:rsidRPr="00771DC2">
        <w:rPr>
          <w:rFonts w:ascii="Garamond" w:hAnsi="Garamond"/>
        </w:rPr>
        <w:t>Make decisions based on conviction, not consensus</w:t>
      </w:r>
      <w:r w:rsidR="0036718E">
        <w:rPr>
          <w:rFonts w:ascii="Garamond" w:hAnsi="Garamond"/>
        </w:rPr>
        <w:t>.</w:t>
      </w:r>
    </w:p>
    <w:p w14:paraId="08751C6D" w14:textId="2FA1DA58" w:rsidR="00F32FA7" w:rsidRPr="00771DC2" w:rsidRDefault="00000000" w:rsidP="0036718E">
      <w:pPr>
        <w:pStyle w:val="ListBullet"/>
        <w:numPr>
          <w:ilvl w:val="0"/>
          <w:numId w:val="0"/>
        </w:numPr>
        <w:spacing w:line="336" w:lineRule="auto"/>
        <w:ind w:left="360" w:hanging="360"/>
        <w:jc w:val="center"/>
        <w:rPr>
          <w:rFonts w:ascii="Garamond" w:hAnsi="Garamond"/>
        </w:rPr>
      </w:pPr>
      <w:r w:rsidRPr="00771DC2">
        <w:rPr>
          <w:rFonts w:ascii="Garamond" w:hAnsi="Garamond"/>
        </w:rPr>
        <w:t>Take risks that others might not appreciate</w:t>
      </w:r>
      <w:r w:rsidR="0036718E">
        <w:rPr>
          <w:rFonts w:ascii="Garamond" w:hAnsi="Garamond"/>
        </w:rPr>
        <w:t>.</w:t>
      </w:r>
    </w:p>
    <w:p w14:paraId="0C95F358" w14:textId="6F4231EA" w:rsidR="0036718E" w:rsidRDefault="00000000" w:rsidP="0036718E">
      <w:pPr>
        <w:pStyle w:val="ListBullet"/>
        <w:numPr>
          <w:ilvl w:val="0"/>
          <w:numId w:val="0"/>
        </w:numPr>
        <w:spacing w:line="336" w:lineRule="auto"/>
        <w:ind w:left="360" w:hanging="360"/>
        <w:jc w:val="center"/>
        <w:rPr>
          <w:rFonts w:ascii="Garamond" w:hAnsi="Garamond"/>
        </w:rPr>
      </w:pPr>
      <w:r w:rsidRPr="00771DC2">
        <w:rPr>
          <w:rFonts w:ascii="Garamond" w:hAnsi="Garamond"/>
        </w:rPr>
        <w:t>Follow God</w:t>
      </w:r>
      <w:r w:rsidR="0036718E">
        <w:rPr>
          <w:rFonts w:ascii="Garamond" w:hAnsi="Garamond"/>
        </w:rPr>
        <w:t>’</w:t>
      </w:r>
      <w:r w:rsidRPr="00771DC2">
        <w:rPr>
          <w:rFonts w:ascii="Garamond" w:hAnsi="Garamond"/>
        </w:rPr>
        <w:t>s leading even when it looks foolish to others</w:t>
      </w:r>
      <w:r w:rsidR="0036718E">
        <w:rPr>
          <w:rFonts w:ascii="Garamond" w:hAnsi="Garamond"/>
        </w:rPr>
        <w:t>.</w:t>
      </w:r>
    </w:p>
    <w:p w14:paraId="3FD07FC0" w14:textId="5981D6F1" w:rsidR="00F32FA7" w:rsidRPr="00771DC2" w:rsidRDefault="00000000" w:rsidP="0036718E">
      <w:pPr>
        <w:pStyle w:val="ListBullet"/>
        <w:numPr>
          <w:ilvl w:val="0"/>
          <w:numId w:val="0"/>
        </w:numPr>
        <w:spacing w:line="336" w:lineRule="auto"/>
        <w:ind w:left="360" w:hanging="360"/>
        <w:jc w:val="center"/>
        <w:rPr>
          <w:rFonts w:ascii="Garamond" w:hAnsi="Garamond"/>
        </w:rPr>
      </w:pPr>
      <w:r w:rsidRPr="00771DC2">
        <w:rPr>
          <w:rFonts w:ascii="Garamond" w:hAnsi="Garamond"/>
        </w:rPr>
        <w:t>Love people in ways that might be misinterpreted</w:t>
      </w:r>
      <w:r w:rsidR="0036718E">
        <w:rPr>
          <w:rFonts w:ascii="Garamond" w:hAnsi="Garamond"/>
        </w:rPr>
        <w:t>.</w:t>
      </w:r>
    </w:p>
    <w:p w14:paraId="3CC1B8D9" w14:textId="30480A4E" w:rsidR="00F32FA7" w:rsidRPr="00771DC2" w:rsidRDefault="00000000" w:rsidP="0036718E">
      <w:pPr>
        <w:pStyle w:val="ListBullet"/>
        <w:numPr>
          <w:ilvl w:val="0"/>
          <w:numId w:val="0"/>
        </w:numPr>
        <w:spacing w:after="0" w:line="336" w:lineRule="auto"/>
        <w:ind w:left="360" w:hanging="360"/>
        <w:jc w:val="center"/>
        <w:rPr>
          <w:rFonts w:ascii="Garamond" w:hAnsi="Garamond"/>
        </w:rPr>
      </w:pPr>
      <w:r w:rsidRPr="00771DC2">
        <w:rPr>
          <w:rFonts w:ascii="Garamond" w:hAnsi="Garamond"/>
        </w:rPr>
        <w:t>Stand for truth even when it</w:t>
      </w:r>
      <w:r w:rsidR="0036718E">
        <w:rPr>
          <w:rFonts w:ascii="Garamond" w:hAnsi="Garamond"/>
        </w:rPr>
        <w:t>’</w:t>
      </w:r>
      <w:r w:rsidRPr="00771DC2">
        <w:rPr>
          <w:rFonts w:ascii="Garamond" w:hAnsi="Garamond"/>
        </w:rPr>
        <w:t>s unpopular</w:t>
      </w:r>
      <w:r w:rsidR="0036718E">
        <w:rPr>
          <w:rFonts w:ascii="Garamond" w:hAnsi="Garamond"/>
        </w:rPr>
        <w:t>.</w:t>
      </w:r>
    </w:p>
    <w:p w14:paraId="6EDD3D56" w14:textId="1C0131BD" w:rsidR="00F32FA7" w:rsidRPr="00771DC2" w:rsidRDefault="00000000" w:rsidP="0036718E">
      <w:pPr>
        <w:spacing w:after="0" w:line="336" w:lineRule="auto"/>
        <w:ind w:firstLine="284"/>
        <w:jc w:val="both"/>
        <w:rPr>
          <w:rFonts w:ascii="Garamond" w:hAnsi="Garamond"/>
        </w:rPr>
      </w:pPr>
      <w:r w:rsidRPr="00771DC2">
        <w:rPr>
          <w:rFonts w:ascii="Garamond" w:hAnsi="Garamond"/>
        </w:rPr>
        <w:t>The people who matter will eventually understand. The people who don</w:t>
      </w:r>
      <w:r w:rsidR="0036718E">
        <w:rPr>
          <w:rFonts w:ascii="Garamond" w:hAnsi="Garamond"/>
        </w:rPr>
        <w:t>’</w:t>
      </w:r>
      <w:r w:rsidRPr="00771DC2">
        <w:rPr>
          <w:rFonts w:ascii="Garamond" w:hAnsi="Garamond"/>
        </w:rPr>
        <w:t>t understand probably don</w:t>
      </w:r>
      <w:r w:rsidR="0036718E">
        <w:rPr>
          <w:rFonts w:ascii="Garamond" w:hAnsi="Garamond"/>
        </w:rPr>
        <w:t>’</w:t>
      </w:r>
      <w:r w:rsidRPr="00771DC2">
        <w:rPr>
          <w:rFonts w:ascii="Garamond" w:hAnsi="Garamond"/>
        </w:rPr>
        <w:t>t matter as much as you think they do.</w:t>
      </w:r>
    </w:p>
    <w:p w14:paraId="38870AA6" w14:textId="77777777" w:rsidR="00F32FA7" w:rsidRPr="00771DC2" w:rsidRDefault="00000000" w:rsidP="0036718E">
      <w:pPr>
        <w:pStyle w:val="Heading2"/>
        <w:spacing w:line="336" w:lineRule="auto"/>
        <w:ind w:firstLine="284"/>
        <w:jc w:val="center"/>
        <w:rPr>
          <w:rFonts w:ascii="Garamond" w:hAnsi="Garamond"/>
          <w:sz w:val="22"/>
          <w:szCs w:val="22"/>
        </w:rPr>
      </w:pPr>
      <w:r w:rsidRPr="00771DC2">
        <w:rPr>
          <w:rFonts w:ascii="Garamond" w:hAnsi="Garamond"/>
          <w:sz w:val="22"/>
          <w:szCs w:val="22"/>
        </w:rPr>
        <w:t>The Death of Your Reputation Is the Birth of Your Freedom</w:t>
      </w:r>
    </w:p>
    <w:p w14:paraId="2FB04644" w14:textId="77777777" w:rsidR="00F32FA7" w:rsidRPr="00771DC2" w:rsidRDefault="00000000" w:rsidP="00161EEB">
      <w:pPr>
        <w:spacing w:after="0" w:line="336" w:lineRule="auto"/>
        <w:ind w:firstLine="284"/>
        <w:jc w:val="both"/>
        <w:rPr>
          <w:rFonts w:ascii="Garamond" w:hAnsi="Garamond"/>
        </w:rPr>
      </w:pPr>
      <w:r w:rsidRPr="00771DC2">
        <w:rPr>
          <w:rFonts w:ascii="Garamond" w:hAnsi="Garamond"/>
        </w:rPr>
        <w:t>When you stop managing your image, you can be real. You can admit your struggles, acknowledge your limitations, show your humanity. People connect with authenticity in a way they never connect with perfection.</w:t>
      </w:r>
    </w:p>
    <w:p w14:paraId="2B9E6EDA" w14:textId="0489221B" w:rsidR="00F32FA7" w:rsidRPr="00771DC2" w:rsidRDefault="00000000" w:rsidP="00161EEB">
      <w:pPr>
        <w:spacing w:after="0" w:line="336" w:lineRule="auto"/>
        <w:ind w:firstLine="284"/>
        <w:jc w:val="both"/>
        <w:rPr>
          <w:rFonts w:ascii="Garamond" w:hAnsi="Garamond"/>
        </w:rPr>
      </w:pPr>
      <w:r w:rsidRPr="00771DC2">
        <w:rPr>
          <w:rFonts w:ascii="Garamond" w:hAnsi="Garamond"/>
        </w:rPr>
        <w:t>When you stop trying to appeal to everyone, you start attracting people who genuinely resonate with who you are. Quality over quantity becomes your relationship strategy.</w:t>
      </w:r>
      <w:r w:rsidR="00161EEB">
        <w:rPr>
          <w:rFonts w:ascii="Garamond" w:hAnsi="Garamond"/>
        </w:rPr>
        <w:t xml:space="preserve"> </w:t>
      </w:r>
      <w:r w:rsidRPr="00771DC2">
        <w:rPr>
          <w:rFonts w:ascii="Garamond" w:hAnsi="Garamond"/>
        </w:rPr>
        <w:t>When you</w:t>
      </w:r>
      <w:r w:rsidR="00161EEB">
        <w:rPr>
          <w:rFonts w:ascii="Garamond" w:hAnsi="Garamond"/>
        </w:rPr>
        <w:t>’</w:t>
      </w:r>
      <w:r w:rsidRPr="00771DC2">
        <w:rPr>
          <w:rFonts w:ascii="Garamond" w:hAnsi="Garamond"/>
        </w:rPr>
        <w:t>re not watering down your message to avoid offense, you can speak truth that actually changes lives. Some people will reject it, but others will be transformed by it.</w:t>
      </w:r>
    </w:p>
    <w:p w14:paraId="780F751D" w14:textId="5AB79689" w:rsidR="00F32FA7" w:rsidRPr="00771DC2" w:rsidRDefault="00000000" w:rsidP="00161EEB">
      <w:pPr>
        <w:spacing w:line="336" w:lineRule="auto"/>
        <w:ind w:firstLine="284"/>
        <w:jc w:val="both"/>
        <w:rPr>
          <w:rFonts w:ascii="Garamond" w:hAnsi="Garamond"/>
        </w:rPr>
      </w:pPr>
      <w:r w:rsidRPr="00771DC2">
        <w:rPr>
          <w:rFonts w:ascii="Garamond" w:hAnsi="Garamond"/>
        </w:rPr>
        <w:lastRenderedPageBreak/>
        <w:t>When you</w:t>
      </w:r>
      <w:r w:rsidR="00161EEB">
        <w:rPr>
          <w:rFonts w:ascii="Garamond" w:hAnsi="Garamond"/>
        </w:rPr>
        <w:t>’</w:t>
      </w:r>
      <w:r w:rsidRPr="00771DC2">
        <w:rPr>
          <w:rFonts w:ascii="Garamond" w:hAnsi="Garamond"/>
        </w:rPr>
        <w:t>re not constantly worried about everyone</w:t>
      </w:r>
      <w:r w:rsidR="00161EEB">
        <w:rPr>
          <w:rFonts w:ascii="Garamond" w:hAnsi="Garamond"/>
        </w:rPr>
        <w:t>’</w:t>
      </w:r>
      <w:r w:rsidRPr="00771DC2">
        <w:rPr>
          <w:rFonts w:ascii="Garamond" w:hAnsi="Garamond"/>
        </w:rPr>
        <w:t>s opinion, you can rest in God</w:t>
      </w:r>
      <w:r w:rsidR="00161EEB">
        <w:rPr>
          <w:rFonts w:ascii="Garamond" w:hAnsi="Garamond"/>
        </w:rPr>
        <w:t>’</w:t>
      </w:r>
      <w:r w:rsidRPr="00771DC2">
        <w:rPr>
          <w:rFonts w:ascii="Garamond" w:hAnsi="Garamond"/>
        </w:rPr>
        <w:t>s approval. You can sleep at night knowing you</w:t>
      </w:r>
      <w:r w:rsidR="00161EEB">
        <w:rPr>
          <w:rFonts w:ascii="Garamond" w:hAnsi="Garamond"/>
        </w:rPr>
        <w:t>’</w:t>
      </w:r>
      <w:r w:rsidRPr="00771DC2">
        <w:rPr>
          <w:rFonts w:ascii="Garamond" w:hAnsi="Garamond"/>
        </w:rPr>
        <w:t>ve been faithful, even if not everyone is happy with you.</w:t>
      </w:r>
    </w:p>
    <w:p w14:paraId="040CC429" w14:textId="77777777" w:rsidR="00F32FA7" w:rsidRPr="00771DC2" w:rsidRDefault="00000000" w:rsidP="00161EEB">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Wisdom of Selective Feedback</w:t>
      </w:r>
    </w:p>
    <w:p w14:paraId="78CE1EA6" w14:textId="303F7CE6" w:rsidR="00F32FA7" w:rsidRPr="00771DC2" w:rsidRDefault="00000000" w:rsidP="00161EEB">
      <w:pPr>
        <w:spacing w:after="0" w:line="336" w:lineRule="auto"/>
        <w:ind w:firstLine="284"/>
        <w:rPr>
          <w:rFonts w:ascii="Garamond" w:hAnsi="Garamond"/>
        </w:rPr>
      </w:pPr>
      <w:r w:rsidRPr="00771DC2">
        <w:rPr>
          <w:rFonts w:ascii="Garamond" w:hAnsi="Garamond"/>
        </w:rPr>
        <w:t>This doesn</w:t>
      </w:r>
      <w:r w:rsidR="00161EEB">
        <w:rPr>
          <w:rFonts w:ascii="Garamond" w:hAnsi="Garamond"/>
        </w:rPr>
        <w:t>’</w:t>
      </w:r>
      <w:r w:rsidRPr="00771DC2">
        <w:rPr>
          <w:rFonts w:ascii="Garamond" w:hAnsi="Garamond"/>
        </w:rPr>
        <w:t>t mean you should never listen to feedback. Wisdom knows how to filter input.</w:t>
      </w:r>
    </w:p>
    <w:p w14:paraId="3FB86FDE" w14:textId="77777777" w:rsidR="00402E3C" w:rsidRDefault="00000000" w:rsidP="00402E3C">
      <w:pPr>
        <w:spacing w:after="0" w:line="336" w:lineRule="auto"/>
        <w:ind w:firstLine="284"/>
        <w:rPr>
          <w:rFonts w:ascii="Garamond" w:hAnsi="Garamond"/>
        </w:rPr>
      </w:pPr>
      <w:r w:rsidRPr="00771DC2">
        <w:rPr>
          <w:rFonts w:ascii="Garamond" w:hAnsi="Garamond"/>
        </w:rPr>
        <w:t>Here</w:t>
      </w:r>
      <w:r w:rsidR="00161EEB">
        <w:rPr>
          <w:rFonts w:ascii="Garamond" w:hAnsi="Garamond"/>
        </w:rPr>
        <w:t>’</w:t>
      </w:r>
      <w:r w:rsidRPr="00771DC2">
        <w:rPr>
          <w:rFonts w:ascii="Garamond" w:hAnsi="Garamond"/>
        </w:rPr>
        <w:t>s a simple framework:</w:t>
      </w:r>
    </w:p>
    <w:p w14:paraId="3CF2F5AD" w14:textId="371BE44F" w:rsidR="00F32FA7" w:rsidRPr="00771DC2" w:rsidRDefault="00000000" w:rsidP="00AB7425">
      <w:pPr>
        <w:spacing w:after="0" w:line="336" w:lineRule="auto"/>
        <w:ind w:firstLine="284"/>
        <w:jc w:val="both"/>
        <w:rPr>
          <w:rFonts w:ascii="Garamond" w:hAnsi="Garamond"/>
        </w:rPr>
      </w:pPr>
      <w:r w:rsidRPr="00771DC2">
        <w:rPr>
          <w:rFonts w:ascii="Garamond" w:hAnsi="Garamond"/>
        </w:rPr>
        <w:t>Listen to people who love you and know you well.</w:t>
      </w:r>
      <w:r w:rsidR="00402E3C">
        <w:rPr>
          <w:rFonts w:ascii="Garamond" w:hAnsi="Garamond"/>
        </w:rPr>
        <w:t xml:space="preserve"> </w:t>
      </w:r>
      <w:r w:rsidRPr="00771DC2">
        <w:rPr>
          <w:rFonts w:ascii="Garamond" w:hAnsi="Garamond"/>
        </w:rPr>
        <w:t>Consider feedback from people who have expertise in the area.</w:t>
      </w:r>
      <w:r w:rsidR="00402E3C">
        <w:rPr>
          <w:rFonts w:ascii="Garamond" w:hAnsi="Garamond"/>
        </w:rPr>
        <w:t xml:space="preserve"> </w:t>
      </w:r>
      <w:r w:rsidRPr="00771DC2">
        <w:rPr>
          <w:rFonts w:ascii="Garamond" w:hAnsi="Garamond"/>
        </w:rPr>
        <w:t>Pay attention to patterns</w:t>
      </w:r>
      <w:r w:rsidR="00402E3C">
        <w:rPr>
          <w:rFonts w:ascii="Garamond" w:hAnsi="Garamond"/>
        </w:rPr>
        <w:t xml:space="preserve">; </w:t>
      </w:r>
      <w:r w:rsidRPr="00771DC2">
        <w:rPr>
          <w:rFonts w:ascii="Garamond" w:hAnsi="Garamond"/>
        </w:rPr>
        <w:t>if multiple trustworthy people say the same thing, it</w:t>
      </w:r>
      <w:r w:rsidR="00402E3C">
        <w:rPr>
          <w:rFonts w:ascii="Garamond" w:hAnsi="Garamond"/>
        </w:rPr>
        <w:t>’</w:t>
      </w:r>
      <w:r w:rsidRPr="00771DC2">
        <w:rPr>
          <w:rFonts w:ascii="Garamond" w:hAnsi="Garamond"/>
        </w:rPr>
        <w:t>s worth examining.</w:t>
      </w:r>
      <w:r w:rsidR="00402E3C">
        <w:rPr>
          <w:rFonts w:ascii="Garamond" w:hAnsi="Garamond"/>
        </w:rPr>
        <w:t xml:space="preserve"> </w:t>
      </w:r>
      <w:r w:rsidRPr="00771DC2">
        <w:rPr>
          <w:rFonts w:ascii="Garamond" w:hAnsi="Garamond"/>
        </w:rPr>
        <w:t>Ignore criticism from people who don</w:t>
      </w:r>
      <w:r w:rsidR="00402E3C">
        <w:rPr>
          <w:rFonts w:ascii="Garamond" w:hAnsi="Garamond"/>
        </w:rPr>
        <w:t>’</w:t>
      </w:r>
      <w:r w:rsidRPr="00771DC2">
        <w:rPr>
          <w:rFonts w:ascii="Garamond" w:hAnsi="Garamond"/>
        </w:rPr>
        <w:t>t know your heart</w:t>
      </w:r>
      <w:r w:rsidR="00402E3C">
        <w:rPr>
          <w:rFonts w:ascii="Garamond" w:hAnsi="Garamond"/>
        </w:rPr>
        <w:t xml:space="preserve"> </w:t>
      </w:r>
      <w:r w:rsidRPr="00771DC2">
        <w:rPr>
          <w:rFonts w:ascii="Garamond" w:hAnsi="Garamond"/>
        </w:rPr>
        <w:t>or</w:t>
      </w:r>
      <w:r w:rsidR="00402E3C">
        <w:rPr>
          <w:rFonts w:ascii="Garamond" w:hAnsi="Garamond"/>
        </w:rPr>
        <w:t xml:space="preserve"> </w:t>
      </w:r>
      <w:r w:rsidRPr="00771DC2">
        <w:rPr>
          <w:rFonts w:ascii="Garamond" w:hAnsi="Garamond"/>
        </w:rPr>
        <w:t>situation.</w:t>
      </w:r>
      <w:r w:rsidR="00402E3C">
        <w:rPr>
          <w:rFonts w:ascii="Garamond" w:hAnsi="Garamond"/>
        </w:rPr>
        <w:t xml:space="preserve"> </w:t>
      </w:r>
      <w:r w:rsidRPr="00771DC2">
        <w:rPr>
          <w:rFonts w:ascii="Garamond" w:hAnsi="Garamond"/>
        </w:rPr>
        <w:t>Dismiss opinions from people who are speaking from their</w:t>
      </w:r>
      <w:r w:rsidR="00402E3C">
        <w:rPr>
          <w:rFonts w:ascii="Garamond" w:hAnsi="Garamond"/>
        </w:rPr>
        <w:t xml:space="preserve"> </w:t>
      </w:r>
      <w:r w:rsidRPr="00771DC2">
        <w:rPr>
          <w:rFonts w:ascii="Garamond" w:hAnsi="Garamond"/>
        </w:rPr>
        <w:t>hurt or agenda.</w:t>
      </w:r>
    </w:p>
    <w:p w14:paraId="4FC7C36A" w14:textId="7C66F9D8" w:rsidR="00F32FA7" w:rsidRPr="00771DC2" w:rsidRDefault="00000000" w:rsidP="00AB7425">
      <w:pPr>
        <w:spacing w:after="0" w:line="336" w:lineRule="auto"/>
        <w:ind w:firstLine="284"/>
        <w:jc w:val="both"/>
        <w:rPr>
          <w:rFonts w:ascii="Garamond" w:hAnsi="Garamond"/>
        </w:rPr>
      </w:pPr>
      <w:r w:rsidRPr="00771DC2">
        <w:rPr>
          <w:rFonts w:ascii="Garamond" w:hAnsi="Garamond"/>
        </w:rPr>
        <w:t xml:space="preserve">Proverbs 27:6 says, </w:t>
      </w:r>
      <w:r w:rsidR="00402E3C">
        <w:rPr>
          <w:rFonts w:ascii="Garamond" w:hAnsi="Garamond"/>
        </w:rPr>
        <w:t>“</w:t>
      </w:r>
      <w:r w:rsidRPr="00771DC2">
        <w:rPr>
          <w:rFonts w:ascii="Garamond" w:hAnsi="Garamond"/>
        </w:rPr>
        <w:t>Wounds from a friend can be trusted, but an enemy multiplies kisses.</w:t>
      </w:r>
      <w:r w:rsidR="00402E3C">
        <w:rPr>
          <w:rFonts w:ascii="Garamond" w:hAnsi="Garamond"/>
        </w:rPr>
        <w:t>”</w:t>
      </w:r>
      <w:r w:rsidRPr="00771DC2">
        <w:rPr>
          <w:rFonts w:ascii="Garamond" w:hAnsi="Garamond"/>
        </w:rPr>
        <w:t xml:space="preserve"> Sometimes the people who truly love you will say things that initially hurt but ultimately help.</w:t>
      </w:r>
    </w:p>
    <w:p w14:paraId="3DA0A3FB" w14:textId="77777777" w:rsidR="00F32FA7" w:rsidRPr="00771DC2" w:rsidRDefault="00000000" w:rsidP="00AB7425">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Living for an Audience of One</w:t>
      </w:r>
    </w:p>
    <w:p w14:paraId="1327C67C" w14:textId="4DFBF18B" w:rsidR="00F32FA7" w:rsidRPr="00771DC2" w:rsidRDefault="00000000" w:rsidP="00AB7425">
      <w:pPr>
        <w:spacing w:after="0" w:line="336" w:lineRule="auto"/>
        <w:ind w:firstLine="284"/>
        <w:jc w:val="both"/>
        <w:rPr>
          <w:rFonts w:ascii="Garamond" w:hAnsi="Garamond"/>
        </w:rPr>
      </w:pPr>
      <w:r w:rsidRPr="00771DC2">
        <w:rPr>
          <w:rFonts w:ascii="Garamond" w:hAnsi="Garamond"/>
        </w:rPr>
        <w:t>Ultimately, this is about worship. When you live for human approval, you</w:t>
      </w:r>
      <w:r w:rsidR="00AB7425">
        <w:rPr>
          <w:rFonts w:ascii="Garamond" w:hAnsi="Garamond"/>
        </w:rPr>
        <w:t>’</w:t>
      </w:r>
      <w:r w:rsidRPr="00771DC2">
        <w:rPr>
          <w:rFonts w:ascii="Garamond" w:hAnsi="Garamond"/>
        </w:rPr>
        <w:t>re worshipping human opinion. When you live for God</w:t>
      </w:r>
      <w:r w:rsidR="00AB7425">
        <w:rPr>
          <w:rFonts w:ascii="Garamond" w:hAnsi="Garamond"/>
        </w:rPr>
        <w:t>’</w:t>
      </w:r>
      <w:r w:rsidRPr="00771DC2">
        <w:rPr>
          <w:rFonts w:ascii="Garamond" w:hAnsi="Garamond"/>
        </w:rPr>
        <w:t>s approval, you</w:t>
      </w:r>
      <w:r w:rsidR="00AB7425">
        <w:rPr>
          <w:rFonts w:ascii="Garamond" w:hAnsi="Garamond"/>
        </w:rPr>
        <w:t>’</w:t>
      </w:r>
      <w:r w:rsidRPr="00771DC2">
        <w:rPr>
          <w:rFonts w:ascii="Garamond" w:hAnsi="Garamond"/>
        </w:rPr>
        <w:t>re worshipping God.</w:t>
      </w:r>
      <w:r w:rsidR="00AB7425">
        <w:rPr>
          <w:rFonts w:ascii="Garamond" w:hAnsi="Garamond"/>
        </w:rPr>
        <w:t xml:space="preserve"> </w:t>
      </w:r>
      <w:r w:rsidRPr="00771DC2">
        <w:rPr>
          <w:rFonts w:ascii="Garamond" w:hAnsi="Garamond"/>
        </w:rPr>
        <w:t xml:space="preserve">The </w:t>
      </w:r>
      <w:r w:rsidRPr="00771DC2">
        <w:rPr>
          <w:rFonts w:ascii="Garamond" w:hAnsi="Garamond"/>
        </w:rPr>
        <w:lastRenderedPageBreak/>
        <w:t>question isn</w:t>
      </w:r>
      <w:r w:rsidR="00AB7425">
        <w:rPr>
          <w:rFonts w:ascii="Garamond" w:hAnsi="Garamond"/>
        </w:rPr>
        <w:t>’</w:t>
      </w:r>
      <w:r w:rsidRPr="00771DC2">
        <w:rPr>
          <w:rFonts w:ascii="Garamond" w:hAnsi="Garamond"/>
        </w:rPr>
        <w:t>t whether you</w:t>
      </w:r>
      <w:r w:rsidR="00AB7425">
        <w:rPr>
          <w:rFonts w:ascii="Garamond" w:hAnsi="Garamond"/>
        </w:rPr>
        <w:t>’</w:t>
      </w:r>
      <w:r w:rsidRPr="00771DC2">
        <w:rPr>
          <w:rFonts w:ascii="Garamond" w:hAnsi="Garamond"/>
        </w:rPr>
        <w:t>ll have an audience. The question is who that audience will be.</w:t>
      </w:r>
    </w:p>
    <w:p w14:paraId="51271EB8" w14:textId="7F53EE60" w:rsidR="00F32FA7" w:rsidRPr="00771DC2" w:rsidRDefault="00000000" w:rsidP="00AB7425">
      <w:pPr>
        <w:spacing w:after="0" w:line="336" w:lineRule="auto"/>
        <w:ind w:firstLine="284"/>
        <w:jc w:val="both"/>
        <w:rPr>
          <w:rFonts w:ascii="Garamond" w:hAnsi="Garamond"/>
        </w:rPr>
      </w:pPr>
      <w:r w:rsidRPr="00771DC2">
        <w:rPr>
          <w:rFonts w:ascii="Garamond" w:hAnsi="Garamond"/>
        </w:rPr>
        <w:t>When you choose God as your primary audience</w:t>
      </w:r>
      <w:r w:rsidR="00AB7425">
        <w:rPr>
          <w:rFonts w:ascii="Garamond" w:hAnsi="Garamond"/>
        </w:rPr>
        <w:t>, you</w:t>
      </w:r>
      <w:r w:rsidRPr="00771DC2">
        <w:rPr>
          <w:rFonts w:ascii="Garamond" w:hAnsi="Garamond"/>
        </w:rPr>
        <w:t xml:space="preserve"> can sleep peacefully because you know you</w:t>
      </w:r>
      <w:r w:rsidR="00AB7425">
        <w:rPr>
          <w:rFonts w:ascii="Garamond" w:hAnsi="Garamond"/>
        </w:rPr>
        <w:t>’</w:t>
      </w:r>
      <w:r w:rsidRPr="00771DC2">
        <w:rPr>
          <w:rFonts w:ascii="Garamond" w:hAnsi="Garamond"/>
        </w:rPr>
        <w:t>ve been faithful</w:t>
      </w:r>
      <w:r w:rsidR="00AB7425">
        <w:rPr>
          <w:rFonts w:ascii="Garamond" w:hAnsi="Garamond"/>
        </w:rPr>
        <w:t xml:space="preserve">. </w:t>
      </w:r>
      <w:r w:rsidRPr="00771DC2">
        <w:rPr>
          <w:rFonts w:ascii="Garamond" w:hAnsi="Garamond"/>
        </w:rPr>
        <w:t>You can face criticism without being crushed because your identity is secure</w:t>
      </w:r>
      <w:r w:rsidR="00AB7425">
        <w:rPr>
          <w:rFonts w:ascii="Garamond" w:hAnsi="Garamond"/>
        </w:rPr>
        <w:t xml:space="preserve">. </w:t>
      </w:r>
      <w:r w:rsidRPr="00771DC2">
        <w:rPr>
          <w:rFonts w:ascii="Garamond" w:hAnsi="Garamond"/>
        </w:rPr>
        <w:t>You can make hard decisions because you</w:t>
      </w:r>
      <w:r w:rsidR="00AB7425">
        <w:rPr>
          <w:rFonts w:ascii="Garamond" w:hAnsi="Garamond"/>
        </w:rPr>
        <w:t>’</w:t>
      </w:r>
      <w:r w:rsidRPr="00771DC2">
        <w:rPr>
          <w:rFonts w:ascii="Garamond" w:hAnsi="Garamond"/>
        </w:rPr>
        <w:t>re not trying to make everyone happy</w:t>
      </w:r>
      <w:r w:rsidR="00AB7425">
        <w:rPr>
          <w:rFonts w:ascii="Garamond" w:hAnsi="Garamond"/>
        </w:rPr>
        <w:t xml:space="preserve">. </w:t>
      </w:r>
      <w:r w:rsidRPr="00771DC2">
        <w:rPr>
          <w:rFonts w:ascii="Garamond" w:hAnsi="Garamond"/>
        </w:rPr>
        <w:t>You can love people freely because you</w:t>
      </w:r>
      <w:r w:rsidR="00AB7425">
        <w:rPr>
          <w:rFonts w:ascii="Garamond" w:hAnsi="Garamond"/>
        </w:rPr>
        <w:t>’</w:t>
      </w:r>
      <w:r w:rsidRPr="00771DC2">
        <w:rPr>
          <w:rFonts w:ascii="Garamond" w:hAnsi="Garamond"/>
        </w:rPr>
        <w:t>re not trying to earn their approval</w:t>
      </w:r>
      <w:r w:rsidR="00AB7425">
        <w:rPr>
          <w:rFonts w:ascii="Garamond" w:hAnsi="Garamond"/>
        </w:rPr>
        <w:t xml:space="preserve">. </w:t>
      </w:r>
      <w:r w:rsidRPr="00771DC2">
        <w:rPr>
          <w:rFonts w:ascii="Garamond" w:hAnsi="Garamond"/>
        </w:rPr>
        <w:t>You can serve wholeheartedly because you</w:t>
      </w:r>
      <w:r w:rsidR="00AB7425">
        <w:rPr>
          <w:rFonts w:ascii="Garamond" w:hAnsi="Garamond"/>
        </w:rPr>
        <w:t>’</w:t>
      </w:r>
      <w:r w:rsidRPr="00771DC2">
        <w:rPr>
          <w:rFonts w:ascii="Garamond" w:hAnsi="Garamond"/>
        </w:rPr>
        <w:t>re serving the One who matters most</w:t>
      </w:r>
      <w:r w:rsidR="00AB7425">
        <w:rPr>
          <w:rFonts w:ascii="Garamond" w:hAnsi="Garamond"/>
        </w:rPr>
        <w:t>.</w:t>
      </w:r>
    </w:p>
    <w:p w14:paraId="64D2480B" w14:textId="2525194B" w:rsidR="00F32FA7" w:rsidRPr="00771DC2" w:rsidRDefault="00000000" w:rsidP="00AB7425">
      <w:pPr>
        <w:spacing w:line="336" w:lineRule="auto"/>
        <w:ind w:firstLine="284"/>
        <w:jc w:val="both"/>
        <w:rPr>
          <w:rFonts w:ascii="Garamond" w:hAnsi="Garamond"/>
        </w:rPr>
      </w:pPr>
      <w:r w:rsidRPr="00771DC2">
        <w:rPr>
          <w:rFonts w:ascii="Garamond" w:hAnsi="Garamond"/>
        </w:rPr>
        <w:t xml:space="preserve">This is what Paul meant when he said, </w:t>
      </w:r>
      <w:r w:rsidR="00AB7425">
        <w:rPr>
          <w:rFonts w:ascii="Garamond" w:hAnsi="Garamond"/>
        </w:rPr>
        <w:t>“</w:t>
      </w:r>
      <w:r w:rsidRPr="00771DC2">
        <w:rPr>
          <w:rFonts w:ascii="Garamond" w:hAnsi="Garamond"/>
        </w:rPr>
        <w:t>Am I now trying to win the approval of human beings, or of God? Or am I trying to please people? If I were still trying to please people, I would not be a servant of Christ</w:t>
      </w:r>
      <w:r w:rsidR="00AB7425">
        <w:rPr>
          <w:rFonts w:ascii="Garamond" w:hAnsi="Garamond"/>
        </w:rPr>
        <w:t>”</w:t>
      </w:r>
      <w:r w:rsidRPr="00771DC2">
        <w:rPr>
          <w:rFonts w:ascii="Garamond" w:hAnsi="Garamond"/>
        </w:rPr>
        <w:t xml:space="preserve"> (Galatians 1:10).</w:t>
      </w:r>
    </w:p>
    <w:p w14:paraId="7222A79C" w14:textId="77777777" w:rsidR="00F32FA7" w:rsidRPr="00771DC2" w:rsidRDefault="00000000" w:rsidP="006A76FE">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Challenge</w:t>
      </w:r>
    </w:p>
    <w:p w14:paraId="3684EECE" w14:textId="6EFB4F6C" w:rsidR="00F32FA7" w:rsidRPr="00771DC2" w:rsidRDefault="00000000" w:rsidP="006A76FE">
      <w:pPr>
        <w:spacing w:after="0" w:line="336" w:lineRule="auto"/>
        <w:ind w:firstLine="284"/>
        <w:jc w:val="both"/>
        <w:rPr>
          <w:rFonts w:ascii="Garamond" w:hAnsi="Garamond"/>
        </w:rPr>
      </w:pPr>
      <w:r w:rsidRPr="00771DC2">
        <w:rPr>
          <w:rFonts w:ascii="Garamond" w:hAnsi="Garamond"/>
        </w:rPr>
        <w:t>Identify one area where you</w:t>
      </w:r>
      <w:r w:rsidR="006A76FE">
        <w:rPr>
          <w:rFonts w:ascii="Garamond" w:hAnsi="Garamond"/>
        </w:rPr>
        <w:t>’</w:t>
      </w:r>
      <w:r w:rsidRPr="00771DC2">
        <w:rPr>
          <w:rFonts w:ascii="Garamond" w:hAnsi="Garamond"/>
        </w:rPr>
        <w:t>ve been making decisions based on what others might think rather than what God is calling you to do.</w:t>
      </w:r>
    </w:p>
    <w:p w14:paraId="6F10A1FC" w14:textId="0EB56460" w:rsidR="00F32FA7" w:rsidRPr="00771DC2" w:rsidRDefault="00000000" w:rsidP="006A76FE">
      <w:pPr>
        <w:spacing w:after="0" w:line="336" w:lineRule="auto"/>
        <w:ind w:firstLine="284"/>
        <w:jc w:val="both"/>
        <w:rPr>
          <w:rFonts w:ascii="Garamond" w:hAnsi="Garamond"/>
        </w:rPr>
      </w:pPr>
      <w:r w:rsidRPr="00771DC2">
        <w:rPr>
          <w:rFonts w:ascii="Garamond" w:hAnsi="Garamond"/>
        </w:rPr>
        <w:t>It might be:</w:t>
      </w:r>
      <w:r w:rsidR="006A76FE">
        <w:rPr>
          <w:rFonts w:ascii="Garamond" w:hAnsi="Garamond"/>
        </w:rPr>
        <w:t xml:space="preserve"> a</w:t>
      </w:r>
      <w:r w:rsidRPr="00771DC2">
        <w:rPr>
          <w:rFonts w:ascii="Garamond" w:hAnsi="Garamond"/>
        </w:rPr>
        <w:t xml:space="preserve"> conversation you need to have</w:t>
      </w:r>
      <w:r w:rsidR="006A76FE">
        <w:rPr>
          <w:rFonts w:ascii="Garamond" w:hAnsi="Garamond"/>
        </w:rPr>
        <w:t>, a</w:t>
      </w:r>
      <w:r w:rsidRPr="00771DC2">
        <w:rPr>
          <w:rFonts w:ascii="Garamond" w:hAnsi="Garamond"/>
        </w:rPr>
        <w:t xml:space="preserve"> boundary you need to set</w:t>
      </w:r>
      <w:r w:rsidR="006A76FE">
        <w:rPr>
          <w:rFonts w:ascii="Garamond" w:hAnsi="Garamond"/>
        </w:rPr>
        <w:t xml:space="preserve">, </w:t>
      </w:r>
      <w:r w:rsidRPr="00771DC2">
        <w:rPr>
          <w:rFonts w:ascii="Garamond" w:hAnsi="Garamond"/>
        </w:rPr>
        <w:t>A risk you need to take</w:t>
      </w:r>
      <w:r w:rsidR="006A76FE">
        <w:rPr>
          <w:rFonts w:ascii="Garamond" w:hAnsi="Garamond"/>
        </w:rPr>
        <w:t>, a</w:t>
      </w:r>
      <w:r w:rsidRPr="00771DC2">
        <w:rPr>
          <w:rFonts w:ascii="Garamond" w:hAnsi="Garamond"/>
        </w:rPr>
        <w:t xml:space="preserve"> truth you need to speak</w:t>
      </w:r>
      <w:r w:rsidR="006A76FE">
        <w:rPr>
          <w:rFonts w:ascii="Garamond" w:hAnsi="Garamond"/>
        </w:rPr>
        <w:t xml:space="preserve">, </w:t>
      </w:r>
      <w:proofErr w:type="gramStart"/>
      <w:r w:rsidR="006A76FE">
        <w:rPr>
          <w:rFonts w:ascii="Garamond" w:hAnsi="Garamond"/>
        </w:rPr>
        <w:t>or  a</w:t>
      </w:r>
      <w:proofErr w:type="gramEnd"/>
      <w:r w:rsidR="006A76FE">
        <w:rPr>
          <w:rFonts w:ascii="Garamond" w:hAnsi="Garamond"/>
        </w:rPr>
        <w:t xml:space="preserve"> </w:t>
      </w:r>
      <w:r w:rsidRPr="00771DC2">
        <w:rPr>
          <w:rFonts w:ascii="Garamond" w:hAnsi="Garamond"/>
        </w:rPr>
        <w:t>dream you need to pursue</w:t>
      </w:r>
    </w:p>
    <w:p w14:paraId="6C2340F9" w14:textId="77777777" w:rsidR="00F32FA7" w:rsidRPr="00771DC2" w:rsidRDefault="00000000" w:rsidP="006A76FE">
      <w:pPr>
        <w:spacing w:after="0" w:line="336" w:lineRule="auto"/>
        <w:ind w:firstLine="284"/>
        <w:rPr>
          <w:rFonts w:ascii="Garamond" w:hAnsi="Garamond"/>
        </w:rPr>
      </w:pPr>
      <w:r w:rsidRPr="00771DC2">
        <w:rPr>
          <w:rFonts w:ascii="Garamond" w:hAnsi="Garamond"/>
        </w:rPr>
        <w:t>Take one small step toward obedience in that area, regardless of what others might think.</w:t>
      </w:r>
    </w:p>
    <w:p w14:paraId="1F807730" w14:textId="3D8E4F5C" w:rsidR="00F32FA7" w:rsidRPr="00771DC2" w:rsidRDefault="00000000" w:rsidP="00E82982">
      <w:pPr>
        <w:spacing w:line="336" w:lineRule="auto"/>
        <w:ind w:firstLine="284"/>
        <w:rPr>
          <w:rFonts w:ascii="Garamond" w:hAnsi="Garamond"/>
        </w:rPr>
      </w:pPr>
      <w:r w:rsidRPr="00771DC2">
        <w:rPr>
          <w:rFonts w:ascii="Garamond" w:hAnsi="Garamond"/>
        </w:rPr>
        <w:lastRenderedPageBreak/>
        <w:t xml:space="preserve">Then practice this phrase: </w:t>
      </w:r>
      <w:r w:rsidR="006A76FE">
        <w:rPr>
          <w:rFonts w:ascii="Garamond" w:hAnsi="Garamond"/>
        </w:rPr>
        <w:t>“</w:t>
      </w:r>
      <w:r w:rsidRPr="00771DC2">
        <w:rPr>
          <w:rFonts w:ascii="Garamond" w:hAnsi="Garamond"/>
        </w:rPr>
        <w:t>I</w:t>
      </w:r>
      <w:r w:rsidR="006A76FE">
        <w:rPr>
          <w:rFonts w:ascii="Garamond" w:hAnsi="Garamond"/>
        </w:rPr>
        <w:t>’</w:t>
      </w:r>
      <w:r w:rsidRPr="00771DC2">
        <w:rPr>
          <w:rFonts w:ascii="Garamond" w:hAnsi="Garamond"/>
        </w:rPr>
        <w:t>m not responsible for everyone</w:t>
      </w:r>
      <w:r w:rsidR="006A76FE">
        <w:rPr>
          <w:rFonts w:ascii="Garamond" w:hAnsi="Garamond"/>
        </w:rPr>
        <w:t>’</w:t>
      </w:r>
      <w:r w:rsidRPr="00771DC2">
        <w:rPr>
          <w:rFonts w:ascii="Garamond" w:hAnsi="Garamond"/>
        </w:rPr>
        <w:t>s opinion of me. I</w:t>
      </w:r>
      <w:r w:rsidR="006A76FE">
        <w:rPr>
          <w:rFonts w:ascii="Garamond" w:hAnsi="Garamond"/>
        </w:rPr>
        <w:t>’</w:t>
      </w:r>
      <w:r w:rsidRPr="00771DC2">
        <w:rPr>
          <w:rFonts w:ascii="Garamond" w:hAnsi="Garamond"/>
        </w:rPr>
        <w:t>m only responsible for being faithful to God.</w:t>
      </w:r>
      <w:r w:rsidR="006A76FE">
        <w:rPr>
          <w:rFonts w:ascii="Garamond" w:hAnsi="Garamond"/>
        </w:rPr>
        <w:t>”</w:t>
      </w:r>
    </w:p>
    <w:p w14:paraId="1E69211D" w14:textId="77777777" w:rsidR="00F32FA7" w:rsidRPr="00771DC2" w:rsidRDefault="00000000" w:rsidP="00E82982">
      <w:pPr>
        <w:spacing w:line="336" w:lineRule="auto"/>
        <w:ind w:firstLine="284"/>
        <w:rPr>
          <w:rFonts w:ascii="Garamond" w:hAnsi="Garamond"/>
        </w:rPr>
      </w:pPr>
      <w:r w:rsidRPr="00771DC2">
        <w:rPr>
          <w:rFonts w:ascii="Garamond" w:hAnsi="Garamond"/>
        </w:rPr>
        <w:t>Notice what happens when you stop trying to control what others think. Notice the peace that comes from living for an audience of One.</w:t>
      </w:r>
    </w:p>
    <w:p w14:paraId="4228239C" w14:textId="66AAA28B" w:rsidR="00F32FA7" w:rsidRPr="006A76FE" w:rsidRDefault="00000000" w:rsidP="006A76FE">
      <w:pPr>
        <w:spacing w:line="336" w:lineRule="auto"/>
        <w:ind w:firstLine="284"/>
        <w:jc w:val="center"/>
        <w:rPr>
          <w:rFonts w:ascii="Garamond" w:hAnsi="Garamond"/>
          <w:i/>
          <w:iCs/>
        </w:rPr>
      </w:pPr>
      <w:r w:rsidRPr="006A76FE">
        <w:rPr>
          <w:rFonts w:ascii="Garamond" w:hAnsi="Garamond"/>
          <w:i/>
          <w:iCs/>
        </w:rPr>
        <w:t>The dead opinions can bury themselves. You have more important things to do</w:t>
      </w:r>
      <w:r w:rsidR="006A76FE" w:rsidRPr="006A76FE">
        <w:rPr>
          <w:rFonts w:ascii="Garamond" w:hAnsi="Garamond"/>
          <w:i/>
          <w:iCs/>
        </w:rPr>
        <w:t xml:space="preserve">, </w:t>
      </w:r>
      <w:r w:rsidRPr="006A76FE">
        <w:rPr>
          <w:rFonts w:ascii="Garamond" w:hAnsi="Garamond"/>
          <w:i/>
          <w:iCs/>
        </w:rPr>
        <w:t>like living the life God called you to live.</w:t>
      </w:r>
    </w:p>
    <w:p w14:paraId="18EAFBDB" w14:textId="71DAEA59" w:rsidR="00F32FA7" w:rsidRDefault="00F32FA7" w:rsidP="00E82982">
      <w:pPr>
        <w:spacing w:line="336" w:lineRule="auto"/>
        <w:ind w:firstLine="284"/>
        <w:rPr>
          <w:rFonts w:ascii="Garamond" w:hAnsi="Garamond"/>
        </w:rPr>
      </w:pPr>
    </w:p>
    <w:p w14:paraId="765D3F21" w14:textId="724BDD48" w:rsidR="006A76FE" w:rsidRDefault="006A76FE" w:rsidP="00E82982">
      <w:pPr>
        <w:spacing w:line="336" w:lineRule="auto"/>
        <w:ind w:firstLine="284"/>
        <w:rPr>
          <w:rFonts w:ascii="Garamond" w:hAnsi="Garamond"/>
        </w:rPr>
      </w:pPr>
    </w:p>
    <w:p w14:paraId="6374FC94" w14:textId="1A0AA97D" w:rsidR="006A76FE" w:rsidRDefault="006A76FE" w:rsidP="00E82982">
      <w:pPr>
        <w:spacing w:line="336" w:lineRule="auto"/>
        <w:ind w:firstLine="284"/>
        <w:rPr>
          <w:rFonts w:ascii="Garamond" w:hAnsi="Garamond"/>
        </w:rPr>
      </w:pPr>
    </w:p>
    <w:p w14:paraId="2614CD38" w14:textId="0711A8A7" w:rsidR="006A76FE" w:rsidRDefault="006A76FE" w:rsidP="00E82982">
      <w:pPr>
        <w:spacing w:line="336" w:lineRule="auto"/>
        <w:ind w:firstLine="284"/>
        <w:rPr>
          <w:rFonts w:ascii="Garamond" w:hAnsi="Garamond"/>
        </w:rPr>
      </w:pPr>
    </w:p>
    <w:p w14:paraId="4B7FB0D6" w14:textId="7CAFD4FC" w:rsidR="006A76FE" w:rsidRDefault="006A76FE" w:rsidP="00E82982">
      <w:pPr>
        <w:spacing w:line="336" w:lineRule="auto"/>
        <w:ind w:firstLine="284"/>
        <w:rPr>
          <w:rFonts w:ascii="Garamond" w:hAnsi="Garamond"/>
        </w:rPr>
      </w:pPr>
    </w:p>
    <w:p w14:paraId="008AC030" w14:textId="65FB8FA2" w:rsidR="006A76FE" w:rsidRDefault="006A76FE" w:rsidP="00E82982">
      <w:pPr>
        <w:spacing w:line="336" w:lineRule="auto"/>
        <w:ind w:firstLine="284"/>
        <w:rPr>
          <w:rFonts w:ascii="Garamond" w:hAnsi="Garamond"/>
        </w:rPr>
      </w:pPr>
    </w:p>
    <w:p w14:paraId="7EC21B68" w14:textId="77A25D1D" w:rsidR="006A76FE" w:rsidRDefault="006A76FE" w:rsidP="00E82982">
      <w:pPr>
        <w:spacing w:line="336" w:lineRule="auto"/>
        <w:ind w:firstLine="284"/>
        <w:rPr>
          <w:rFonts w:ascii="Garamond" w:hAnsi="Garamond"/>
        </w:rPr>
      </w:pPr>
    </w:p>
    <w:p w14:paraId="2ADB16F3" w14:textId="320C3408" w:rsidR="006A76FE" w:rsidRDefault="006A76FE" w:rsidP="00E82982">
      <w:pPr>
        <w:spacing w:line="336" w:lineRule="auto"/>
        <w:ind w:firstLine="284"/>
        <w:rPr>
          <w:rFonts w:ascii="Garamond" w:hAnsi="Garamond"/>
        </w:rPr>
      </w:pPr>
    </w:p>
    <w:p w14:paraId="1934E2E3" w14:textId="1CF0D8FC" w:rsidR="006A76FE" w:rsidRDefault="006A76FE" w:rsidP="00E82982">
      <w:pPr>
        <w:spacing w:line="336" w:lineRule="auto"/>
        <w:ind w:firstLine="284"/>
        <w:rPr>
          <w:rFonts w:ascii="Garamond" w:hAnsi="Garamond"/>
        </w:rPr>
      </w:pPr>
    </w:p>
    <w:p w14:paraId="5EC11010" w14:textId="2F9231D2" w:rsidR="006A76FE" w:rsidRDefault="006A76FE" w:rsidP="00E82982">
      <w:pPr>
        <w:spacing w:line="336" w:lineRule="auto"/>
        <w:ind w:firstLine="284"/>
        <w:rPr>
          <w:rFonts w:ascii="Garamond" w:hAnsi="Garamond"/>
        </w:rPr>
      </w:pPr>
    </w:p>
    <w:p w14:paraId="168E105F" w14:textId="77777777" w:rsidR="006A76FE" w:rsidRPr="00771DC2" w:rsidRDefault="006A76FE" w:rsidP="00E82982">
      <w:pPr>
        <w:spacing w:line="336" w:lineRule="auto"/>
        <w:ind w:firstLine="284"/>
        <w:rPr>
          <w:rFonts w:ascii="Garamond" w:hAnsi="Garamond"/>
        </w:rPr>
      </w:pPr>
    </w:p>
    <w:p w14:paraId="36DB54A0" w14:textId="174A5558" w:rsidR="006A76FE" w:rsidRPr="006A76FE" w:rsidRDefault="00000000" w:rsidP="006A76FE">
      <w:pPr>
        <w:pStyle w:val="Heading1"/>
        <w:spacing w:before="0"/>
        <w:jc w:val="center"/>
        <w:rPr>
          <w:rFonts w:ascii="Garamond" w:hAnsi="Garamond"/>
          <w:sz w:val="24"/>
          <w:szCs w:val="24"/>
        </w:rPr>
      </w:pPr>
      <w:r w:rsidRPr="006A76FE">
        <w:rPr>
          <w:rFonts w:ascii="Garamond" w:hAnsi="Garamond"/>
          <w:sz w:val="24"/>
          <w:szCs w:val="24"/>
        </w:rPr>
        <w:t>CHAPTER 4:</w:t>
      </w:r>
    </w:p>
    <w:p w14:paraId="09CCAE6B" w14:textId="1C63AC72" w:rsidR="00F32FA7" w:rsidRPr="006A76FE" w:rsidRDefault="00000000" w:rsidP="006A76FE">
      <w:pPr>
        <w:pStyle w:val="Heading1"/>
        <w:spacing w:before="0"/>
        <w:jc w:val="center"/>
        <w:rPr>
          <w:rFonts w:ascii="Garamond" w:hAnsi="Garamond"/>
          <w:sz w:val="24"/>
          <w:szCs w:val="24"/>
        </w:rPr>
      </w:pPr>
      <w:r w:rsidRPr="006A76FE">
        <w:rPr>
          <w:rFonts w:ascii="Garamond" w:hAnsi="Garamond"/>
          <w:sz w:val="24"/>
          <w:szCs w:val="24"/>
        </w:rPr>
        <w:t>Stop Performing for God</w:t>
      </w:r>
    </w:p>
    <w:p w14:paraId="0C4BF8A5" w14:textId="7BF8D341" w:rsidR="00F32FA7" w:rsidRPr="006A76FE" w:rsidRDefault="006A76FE" w:rsidP="006A76FE">
      <w:pPr>
        <w:spacing w:line="336" w:lineRule="auto"/>
        <w:ind w:firstLine="284"/>
        <w:jc w:val="center"/>
        <w:rPr>
          <w:rFonts w:ascii="Garamond" w:hAnsi="Garamond"/>
          <w:i/>
          <w:iCs/>
        </w:rPr>
      </w:pPr>
      <w:r w:rsidRPr="006A76FE">
        <w:rPr>
          <w:rFonts w:ascii="Garamond" w:hAnsi="Garamond"/>
          <w:i/>
          <w:iCs/>
        </w:rPr>
        <w:t>“Martha was busy serving Jesus. But she missed Jesus while serving Him.”</w:t>
      </w:r>
    </w:p>
    <w:p w14:paraId="598E8724" w14:textId="77777777" w:rsidR="00F32FA7" w:rsidRPr="00771DC2" w:rsidRDefault="00000000" w:rsidP="00EC0547">
      <w:pPr>
        <w:spacing w:after="0" w:line="336" w:lineRule="auto"/>
        <w:ind w:firstLine="284"/>
        <w:jc w:val="both"/>
        <w:rPr>
          <w:rFonts w:ascii="Garamond" w:hAnsi="Garamond"/>
        </w:rPr>
      </w:pPr>
      <w:r w:rsidRPr="00771DC2">
        <w:rPr>
          <w:rFonts w:ascii="Garamond" w:hAnsi="Garamond"/>
        </w:rPr>
        <w:t>Martha is having a meltdown in the kitchen, and I need you to understand why.</w:t>
      </w:r>
    </w:p>
    <w:p w14:paraId="4BE34891" w14:textId="46852D1C" w:rsidR="00F32FA7" w:rsidRPr="00771DC2" w:rsidRDefault="00000000" w:rsidP="00EC0547">
      <w:pPr>
        <w:spacing w:after="0" w:line="336" w:lineRule="auto"/>
        <w:ind w:firstLine="284"/>
        <w:jc w:val="both"/>
        <w:rPr>
          <w:rFonts w:ascii="Garamond" w:hAnsi="Garamond"/>
        </w:rPr>
      </w:pPr>
      <w:r w:rsidRPr="00771DC2">
        <w:rPr>
          <w:rFonts w:ascii="Garamond" w:hAnsi="Garamond"/>
        </w:rPr>
        <w:t>Jesus is in her living room. The Son of God is sitting in her house. This is her chance to serve the Savior. She</w:t>
      </w:r>
      <w:r w:rsidR="006A76FE">
        <w:rPr>
          <w:rFonts w:ascii="Garamond" w:hAnsi="Garamond"/>
        </w:rPr>
        <w:t>’</w:t>
      </w:r>
      <w:r w:rsidRPr="00771DC2">
        <w:rPr>
          <w:rFonts w:ascii="Garamond" w:hAnsi="Garamond"/>
        </w:rPr>
        <w:t xml:space="preserve">s going to make this the best dinner party in </w:t>
      </w:r>
      <w:r w:rsidR="006A76FE">
        <w:rPr>
          <w:rFonts w:ascii="Garamond" w:hAnsi="Garamond"/>
        </w:rPr>
        <w:t>Bethany’s</w:t>
      </w:r>
      <w:r w:rsidRPr="00771DC2">
        <w:rPr>
          <w:rFonts w:ascii="Garamond" w:hAnsi="Garamond"/>
        </w:rPr>
        <w:t xml:space="preserve"> history.</w:t>
      </w:r>
    </w:p>
    <w:p w14:paraId="6963D05E" w14:textId="39CE8C6A" w:rsidR="00F32FA7" w:rsidRPr="00771DC2" w:rsidRDefault="00000000" w:rsidP="00EC0547">
      <w:pPr>
        <w:spacing w:after="0" w:line="336" w:lineRule="auto"/>
        <w:ind w:firstLine="284"/>
        <w:jc w:val="both"/>
        <w:rPr>
          <w:rFonts w:ascii="Garamond" w:hAnsi="Garamond"/>
        </w:rPr>
      </w:pPr>
      <w:r w:rsidRPr="00771DC2">
        <w:rPr>
          <w:rFonts w:ascii="Garamond" w:hAnsi="Garamond"/>
        </w:rPr>
        <w:t xml:space="preserve">Martha is chopping vegetables, stirring pots, </w:t>
      </w:r>
      <w:r w:rsidR="00EC0547">
        <w:rPr>
          <w:rFonts w:ascii="Garamond" w:hAnsi="Garamond"/>
        </w:rPr>
        <w:t xml:space="preserve">and </w:t>
      </w:r>
      <w:r w:rsidRPr="00771DC2">
        <w:rPr>
          <w:rFonts w:ascii="Garamond" w:hAnsi="Garamond"/>
        </w:rPr>
        <w:t>checking bread in the oven. She</w:t>
      </w:r>
      <w:r w:rsidR="006A76FE">
        <w:rPr>
          <w:rFonts w:ascii="Garamond" w:hAnsi="Garamond"/>
        </w:rPr>
        <w:t>’</w:t>
      </w:r>
      <w:r w:rsidRPr="00771DC2">
        <w:rPr>
          <w:rFonts w:ascii="Garamond" w:hAnsi="Garamond"/>
        </w:rPr>
        <w:t xml:space="preserve">s mentally reviewing her menu, worried about whether she has enough wine, </w:t>
      </w:r>
      <w:r w:rsidR="00EC0547">
        <w:rPr>
          <w:rFonts w:ascii="Garamond" w:hAnsi="Garamond"/>
        </w:rPr>
        <w:t xml:space="preserve">and </w:t>
      </w:r>
      <w:r w:rsidRPr="00771DC2">
        <w:rPr>
          <w:rFonts w:ascii="Garamond" w:hAnsi="Garamond"/>
        </w:rPr>
        <w:t>stressed about the presentation. This is Jesus, after all. Everything has to be perfect.</w:t>
      </w:r>
    </w:p>
    <w:p w14:paraId="353DA35B" w14:textId="7EE8756F" w:rsidR="00F32FA7" w:rsidRPr="00771DC2" w:rsidRDefault="00000000" w:rsidP="00EC0547">
      <w:pPr>
        <w:spacing w:after="0" w:line="336" w:lineRule="auto"/>
        <w:ind w:firstLine="284"/>
        <w:jc w:val="both"/>
        <w:rPr>
          <w:rFonts w:ascii="Garamond" w:hAnsi="Garamond"/>
        </w:rPr>
      </w:pPr>
      <w:r w:rsidRPr="00771DC2">
        <w:rPr>
          <w:rFonts w:ascii="Garamond" w:hAnsi="Garamond"/>
        </w:rPr>
        <w:t>Meanwhile, her sister Mary is sitting at Jesus</w:t>
      </w:r>
      <w:r w:rsidR="00EC0547">
        <w:rPr>
          <w:rFonts w:ascii="Garamond" w:hAnsi="Garamond"/>
        </w:rPr>
        <w:t>’</w:t>
      </w:r>
      <w:r w:rsidRPr="00771DC2">
        <w:rPr>
          <w:rFonts w:ascii="Garamond" w:hAnsi="Garamond"/>
        </w:rPr>
        <w:t xml:space="preserve"> feet, listening to Him teach.</w:t>
      </w:r>
    </w:p>
    <w:p w14:paraId="18B0A18B" w14:textId="77777777" w:rsidR="00F32FA7" w:rsidRPr="00771DC2" w:rsidRDefault="00000000" w:rsidP="00EC0547">
      <w:pPr>
        <w:spacing w:after="0" w:line="336" w:lineRule="auto"/>
        <w:ind w:firstLine="284"/>
        <w:jc w:val="both"/>
        <w:rPr>
          <w:rFonts w:ascii="Garamond" w:hAnsi="Garamond"/>
        </w:rPr>
      </w:pPr>
      <w:r w:rsidRPr="00771DC2">
        <w:rPr>
          <w:rFonts w:ascii="Garamond" w:hAnsi="Garamond"/>
        </w:rPr>
        <w:t>And Martha loses it.</w:t>
      </w:r>
    </w:p>
    <w:p w14:paraId="4B320FE9" w14:textId="400A4EFD" w:rsidR="00F32FA7" w:rsidRPr="00771DC2" w:rsidRDefault="00EC0547" w:rsidP="00EC0547">
      <w:pPr>
        <w:spacing w:after="0" w:line="336" w:lineRule="auto"/>
        <w:ind w:firstLine="284"/>
        <w:jc w:val="both"/>
        <w:rPr>
          <w:rFonts w:ascii="Garamond" w:hAnsi="Garamond"/>
        </w:rPr>
      </w:pPr>
      <w:r>
        <w:rPr>
          <w:rFonts w:ascii="Garamond" w:hAnsi="Garamond"/>
        </w:rPr>
        <w:t>“</w:t>
      </w:r>
      <w:r w:rsidRPr="00771DC2">
        <w:rPr>
          <w:rFonts w:ascii="Garamond" w:hAnsi="Garamond"/>
        </w:rPr>
        <w:t>Lord, don</w:t>
      </w:r>
      <w:r>
        <w:rPr>
          <w:rFonts w:ascii="Garamond" w:hAnsi="Garamond"/>
        </w:rPr>
        <w:t>’</w:t>
      </w:r>
      <w:r w:rsidRPr="00771DC2">
        <w:rPr>
          <w:rFonts w:ascii="Garamond" w:hAnsi="Garamond"/>
        </w:rPr>
        <w:t>t you care that my sister has left me to do the work by myself? Tell her to help me!</w:t>
      </w:r>
      <w:r>
        <w:rPr>
          <w:rFonts w:ascii="Garamond" w:hAnsi="Garamond"/>
        </w:rPr>
        <w:t>”</w:t>
      </w:r>
      <w:r w:rsidRPr="00771DC2">
        <w:rPr>
          <w:rFonts w:ascii="Garamond" w:hAnsi="Garamond"/>
        </w:rPr>
        <w:t xml:space="preserve"> (Luke 10:40)</w:t>
      </w:r>
    </w:p>
    <w:p w14:paraId="5A99433F" w14:textId="77777777" w:rsidR="00F32FA7" w:rsidRPr="00771DC2" w:rsidRDefault="00000000" w:rsidP="00EC0547">
      <w:pPr>
        <w:spacing w:after="0" w:line="336" w:lineRule="auto"/>
        <w:ind w:firstLine="284"/>
        <w:jc w:val="both"/>
        <w:rPr>
          <w:rFonts w:ascii="Garamond" w:hAnsi="Garamond"/>
        </w:rPr>
      </w:pPr>
      <w:r w:rsidRPr="00771DC2">
        <w:rPr>
          <w:rFonts w:ascii="Garamond" w:hAnsi="Garamond"/>
        </w:rPr>
        <w:lastRenderedPageBreak/>
        <w:t>Can you hear the frustration? The resentment? The exhaustion?</w:t>
      </w:r>
    </w:p>
    <w:p w14:paraId="44B5AD6A" w14:textId="265BA1F7" w:rsidR="00F32FA7" w:rsidRPr="00771DC2" w:rsidRDefault="00000000" w:rsidP="00EC0547">
      <w:pPr>
        <w:spacing w:after="0" w:line="336" w:lineRule="auto"/>
        <w:ind w:firstLine="284"/>
        <w:jc w:val="both"/>
        <w:rPr>
          <w:rFonts w:ascii="Garamond" w:hAnsi="Garamond"/>
        </w:rPr>
      </w:pPr>
      <w:r w:rsidRPr="00771DC2">
        <w:rPr>
          <w:rFonts w:ascii="Garamond" w:hAnsi="Garamond"/>
        </w:rPr>
        <w:t>Martha isn</w:t>
      </w:r>
      <w:r w:rsidR="00EC0547">
        <w:rPr>
          <w:rFonts w:ascii="Garamond" w:hAnsi="Garamond"/>
        </w:rPr>
        <w:t>’</w:t>
      </w:r>
      <w:r w:rsidRPr="00771DC2">
        <w:rPr>
          <w:rFonts w:ascii="Garamond" w:hAnsi="Garamond"/>
        </w:rPr>
        <w:t>t wrong for wanting to serve Jesus. She</w:t>
      </w:r>
      <w:r w:rsidR="00EC0547">
        <w:rPr>
          <w:rFonts w:ascii="Garamond" w:hAnsi="Garamond"/>
        </w:rPr>
        <w:t>’</w:t>
      </w:r>
      <w:r w:rsidRPr="00771DC2">
        <w:rPr>
          <w:rFonts w:ascii="Garamond" w:hAnsi="Garamond"/>
        </w:rPr>
        <w:t>s wrong for missing Jesus while serving Him.</w:t>
      </w:r>
    </w:p>
    <w:p w14:paraId="08CA9A12" w14:textId="125D04FD" w:rsidR="00F32FA7" w:rsidRPr="00771DC2" w:rsidRDefault="00000000" w:rsidP="00EC0547">
      <w:pPr>
        <w:spacing w:after="0" w:line="336" w:lineRule="auto"/>
        <w:ind w:firstLine="284"/>
        <w:jc w:val="both"/>
        <w:rPr>
          <w:rFonts w:ascii="Garamond" w:hAnsi="Garamond"/>
        </w:rPr>
      </w:pPr>
      <w:r w:rsidRPr="00771DC2">
        <w:rPr>
          <w:rFonts w:ascii="Garamond" w:hAnsi="Garamond"/>
        </w:rPr>
        <w:t>But here</w:t>
      </w:r>
      <w:r w:rsidR="00EC0547">
        <w:rPr>
          <w:rFonts w:ascii="Garamond" w:hAnsi="Garamond"/>
        </w:rPr>
        <w:t>’</w:t>
      </w:r>
      <w:r w:rsidRPr="00771DC2">
        <w:rPr>
          <w:rFonts w:ascii="Garamond" w:hAnsi="Garamond"/>
        </w:rPr>
        <w:t xml:space="preserve">s what Jesus says that stops us cold: </w:t>
      </w:r>
      <w:r w:rsidR="00EC0547">
        <w:rPr>
          <w:rFonts w:ascii="Garamond" w:hAnsi="Garamond"/>
        </w:rPr>
        <w:t>“</w:t>
      </w:r>
      <w:r w:rsidRPr="00771DC2">
        <w:rPr>
          <w:rFonts w:ascii="Garamond" w:hAnsi="Garamond"/>
        </w:rPr>
        <w:t>Martha, Martha, you are worried and upset about many things, but few things are needed</w:t>
      </w:r>
      <w:r w:rsidR="00EC0547">
        <w:rPr>
          <w:rFonts w:ascii="Garamond" w:hAnsi="Garamond"/>
        </w:rPr>
        <w:t xml:space="preserve">, </w:t>
      </w:r>
      <w:r w:rsidRPr="00771DC2">
        <w:rPr>
          <w:rFonts w:ascii="Garamond" w:hAnsi="Garamond"/>
        </w:rPr>
        <w:t>or indeed only one. Mary has chosen what is better, and it will not be taken away from her</w:t>
      </w:r>
      <w:r w:rsidR="00EC0547">
        <w:rPr>
          <w:rFonts w:ascii="Garamond" w:hAnsi="Garamond"/>
        </w:rPr>
        <w:t>”</w:t>
      </w:r>
      <w:r w:rsidRPr="00771DC2">
        <w:rPr>
          <w:rFonts w:ascii="Garamond" w:hAnsi="Garamond"/>
        </w:rPr>
        <w:t xml:space="preserve"> (Luke 10:41-42).</w:t>
      </w:r>
    </w:p>
    <w:p w14:paraId="5F8560DB" w14:textId="77777777" w:rsidR="00F32FA7" w:rsidRPr="00771DC2" w:rsidRDefault="00000000" w:rsidP="00EC0547">
      <w:pPr>
        <w:spacing w:after="0" w:line="336" w:lineRule="auto"/>
        <w:ind w:firstLine="284"/>
        <w:jc w:val="both"/>
        <w:rPr>
          <w:rFonts w:ascii="Garamond" w:hAnsi="Garamond"/>
        </w:rPr>
      </w:pPr>
      <w:r w:rsidRPr="00771DC2">
        <w:rPr>
          <w:rFonts w:ascii="Garamond" w:hAnsi="Garamond"/>
        </w:rPr>
        <w:t>Wait. Jesus just said that sitting and listening to Him is better than serving Him?</w:t>
      </w:r>
    </w:p>
    <w:p w14:paraId="1AE193DE" w14:textId="77777777" w:rsidR="00F32FA7" w:rsidRPr="00771DC2" w:rsidRDefault="00000000" w:rsidP="00EC0547">
      <w:pPr>
        <w:spacing w:after="0" w:line="336" w:lineRule="auto"/>
        <w:ind w:firstLine="284"/>
        <w:jc w:val="both"/>
        <w:rPr>
          <w:rFonts w:ascii="Garamond" w:hAnsi="Garamond"/>
        </w:rPr>
      </w:pPr>
      <w:r w:rsidRPr="00771DC2">
        <w:rPr>
          <w:rFonts w:ascii="Garamond" w:hAnsi="Garamond"/>
        </w:rPr>
        <w:t>Yes. And that should revolutionize how we think about Christian living.</w:t>
      </w:r>
    </w:p>
    <w:p w14:paraId="5AF26B1D" w14:textId="77777777" w:rsidR="00F32FA7" w:rsidRPr="00771DC2" w:rsidRDefault="00000000" w:rsidP="00EC0547">
      <w:pPr>
        <w:pStyle w:val="Heading2"/>
        <w:spacing w:after="0" w:line="336" w:lineRule="auto"/>
        <w:ind w:firstLine="284"/>
        <w:jc w:val="center"/>
        <w:rPr>
          <w:rFonts w:ascii="Garamond" w:hAnsi="Garamond"/>
          <w:sz w:val="22"/>
          <w:szCs w:val="22"/>
        </w:rPr>
      </w:pPr>
      <w:r w:rsidRPr="00771DC2">
        <w:rPr>
          <w:rFonts w:ascii="Garamond" w:hAnsi="Garamond"/>
          <w:sz w:val="22"/>
          <w:szCs w:val="22"/>
        </w:rPr>
        <w:t>The Idol of Productivity</w:t>
      </w:r>
    </w:p>
    <w:p w14:paraId="333E0B82" w14:textId="74C37400" w:rsidR="00F32FA7" w:rsidRPr="00771DC2" w:rsidRDefault="00000000" w:rsidP="00EC0547">
      <w:pPr>
        <w:spacing w:after="0" w:line="336" w:lineRule="auto"/>
        <w:ind w:firstLine="284"/>
        <w:jc w:val="both"/>
        <w:rPr>
          <w:rFonts w:ascii="Garamond" w:hAnsi="Garamond"/>
        </w:rPr>
      </w:pPr>
      <w:r w:rsidRPr="00771DC2">
        <w:rPr>
          <w:rFonts w:ascii="Garamond" w:hAnsi="Garamond"/>
        </w:rPr>
        <w:t>We</w:t>
      </w:r>
      <w:r w:rsidR="00EC0547">
        <w:rPr>
          <w:rFonts w:ascii="Garamond" w:hAnsi="Garamond"/>
        </w:rPr>
        <w:t>’</w:t>
      </w:r>
      <w:r w:rsidRPr="00771DC2">
        <w:rPr>
          <w:rFonts w:ascii="Garamond" w:hAnsi="Garamond"/>
        </w:rPr>
        <w:t>ve turned Christianity into a performance review.</w:t>
      </w:r>
      <w:r w:rsidR="00EC0547">
        <w:rPr>
          <w:rFonts w:ascii="Garamond" w:hAnsi="Garamond"/>
        </w:rPr>
        <w:t xml:space="preserve"> Just check</w:t>
      </w:r>
      <w:r w:rsidRPr="00771DC2">
        <w:rPr>
          <w:rFonts w:ascii="Garamond" w:hAnsi="Garamond"/>
        </w:rPr>
        <w:t xml:space="preserve"> your Christian to-do list: </w:t>
      </w:r>
      <w:r w:rsidR="00EC0547">
        <w:rPr>
          <w:rFonts w:ascii="Garamond" w:hAnsi="Garamond"/>
        </w:rPr>
        <w:t xml:space="preserve">what’s there? </w:t>
      </w:r>
      <w:r w:rsidRPr="00771DC2">
        <w:rPr>
          <w:rFonts w:ascii="Garamond" w:hAnsi="Garamond"/>
        </w:rPr>
        <w:t>Did you read your Bible today? Pray for thirty minutes? Share the gospel with three people? Serve at church? Post something inspirational on social media? Volunteer? Lead a small group? Mentor someone younger?</w:t>
      </w:r>
    </w:p>
    <w:p w14:paraId="6E4C37AA" w14:textId="06B2D936" w:rsidR="00F32FA7" w:rsidRPr="00771DC2" w:rsidRDefault="00000000" w:rsidP="00EC0547">
      <w:pPr>
        <w:spacing w:after="0" w:line="336" w:lineRule="auto"/>
        <w:ind w:firstLine="284"/>
        <w:jc w:val="both"/>
        <w:rPr>
          <w:rFonts w:ascii="Garamond" w:hAnsi="Garamond"/>
        </w:rPr>
      </w:pPr>
      <w:r w:rsidRPr="00771DC2">
        <w:rPr>
          <w:rFonts w:ascii="Garamond" w:hAnsi="Garamond"/>
        </w:rPr>
        <w:t>Exhausted yet? Good, because that</w:t>
      </w:r>
      <w:r w:rsidR="00EC0547">
        <w:rPr>
          <w:rFonts w:ascii="Garamond" w:hAnsi="Garamond"/>
        </w:rPr>
        <w:t>’</w:t>
      </w:r>
      <w:r w:rsidRPr="00771DC2">
        <w:rPr>
          <w:rFonts w:ascii="Garamond" w:hAnsi="Garamond"/>
        </w:rPr>
        <w:t>s exactly how God never intended you to feel.</w:t>
      </w:r>
    </w:p>
    <w:p w14:paraId="7D0072DC" w14:textId="7A320422" w:rsidR="00F32FA7" w:rsidRPr="00771DC2" w:rsidRDefault="00000000" w:rsidP="00EC0547">
      <w:pPr>
        <w:spacing w:after="0" w:line="336" w:lineRule="auto"/>
        <w:ind w:firstLine="284"/>
        <w:jc w:val="both"/>
        <w:rPr>
          <w:rFonts w:ascii="Garamond" w:hAnsi="Garamond"/>
        </w:rPr>
      </w:pPr>
      <w:r w:rsidRPr="00771DC2">
        <w:rPr>
          <w:rFonts w:ascii="Garamond" w:hAnsi="Garamond"/>
        </w:rPr>
        <w:lastRenderedPageBreak/>
        <w:t xml:space="preserve">Somewhere along the way, we convinced ourselves that God is impressed by our spiritual résumé. That </w:t>
      </w:r>
      <w:r w:rsidR="00EC0547">
        <w:rPr>
          <w:rFonts w:ascii="Garamond" w:hAnsi="Garamond"/>
        </w:rPr>
        <w:t>He’s</w:t>
      </w:r>
      <w:r w:rsidRPr="00771DC2">
        <w:rPr>
          <w:rFonts w:ascii="Garamond" w:hAnsi="Garamond"/>
        </w:rPr>
        <w:t xml:space="preserve"> keeping score of our ministry activities. That our worth in His eyes is directly proportional to how busy we are for Him.</w:t>
      </w:r>
    </w:p>
    <w:p w14:paraId="154356BD" w14:textId="4B7215A3" w:rsidR="00F32FA7" w:rsidRPr="00771DC2" w:rsidRDefault="00000000" w:rsidP="00EC0547">
      <w:pPr>
        <w:spacing w:after="0" w:line="336" w:lineRule="auto"/>
        <w:ind w:firstLine="284"/>
        <w:rPr>
          <w:rFonts w:ascii="Garamond" w:hAnsi="Garamond"/>
        </w:rPr>
      </w:pPr>
      <w:r w:rsidRPr="00771DC2">
        <w:rPr>
          <w:rFonts w:ascii="Garamond" w:hAnsi="Garamond"/>
        </w:rPr>
        <w:t>But here</w:t>
      </w:r>
      <w:r w:rsidR="00EC0547">
        <w:rPr>
          <w:rFonts w:ascii="Garamond" w:hAnsi="Garamond"/>
        </w:rPr>
        <w:t>’</w:t>
      </w:r>
      <w:r w:rsidRPr="00771DC2">
        <w:rPr>
          <w:rFonts w:ascii="Garamond" w:hAnsi="Garamond"/>
        </w:rPr>
        <w:t xml:space="preserve">s what we missed: </w:t>
      </w:r>
      <w:r w:rsidRPr="00771DC2">
        <w:rPr>
          <w:rFonts w:ascii="Garamond" w:hAnsi="Garamond"/>
          <w:b/>
        </w:rPr>
        <w:t>God doesn</w:t>
      </w:r>
      <w:r w:rsidR="00EC0547">
        <w:rPr>
          <w:rFonts w:ascii="Garamond" w:hAnsi="Garamond"/>
          <w:b/>
        </w:rPr>
        <w:t>’</w:t>
      </w:r>
      <w:r w:rsidRPr="00771DC2">
        <w:rPr>
          <w:rFonts w:ascii="Garamond" w:hAnsi="Garamond"/>
          <w:b/>
        </w:rPr>
        <w:t>t need your hustle. He wants your heart.</w:t>
      </w:r>
    </w:p>
    <w:p w14:paraId="53634B07" w14:textId="36654A19" w:rsidR="00F32FA7" w:rsidRPr="00771DC2" w:rsidRDefault="00000000" w:rsidP="00CF4982">
      <w:pPr>
        <w:spacing w:after="0" w:line="336" w:lineRule="auto"/>
        <w:ind w:firstLine="284"/>
        <w:jc w:val="both"/>
        <w:rPr>
          <w:rFonts w:ascii="Garamond" w:hAnsi="Garamond"/>
        </w:rPr>
      </w:pPr>
      <w:r w:rsidRPr="00771DC2">
        <w:rPr>
          <w:rFonts w:ascii="Garamond" w:hAnsi="Garamond"/>
        </w:rPr>
        <w:t>Think about it: Before you were born, God was running the universe just fine. After you die, He</w:t>
      </w:r>
      <w:r w:rsidR="00EC0547">
        <w:rPr>
          <w:rFonts w:ascii="Garamond" w:hAnsi="Garamond"/>
        </w:rPr>
        <w:t>’</w:t>
      </w:r>
      <w:r w:rsidRPr="00771DC2">
        <w:rPr>
          <w:rFonts w:ascii="Garamond" w:hAnsi="Garamond"/>
        </w:rPr>
        <w:t>ll keep running it just fine. Your frantic activity isn</w:t>
      </w:r>
      <w:r w:rsidR="00EC0547">
        <w:rPr>
          <w:rFonts w:ascii="Garamond" w:hAnsi="Garamond"/>
        </w:rPr>
        <w:t>’</w:t>
      </w:r>
      <w:r w:rsidRPr="00771DC2">
        <w:rPr>
          <w:rFonts w:ascii="Garamond" w:hAnsi="Garamond"/>
        </w:rPr>
        <w:t>t holding the cosmos together. Your packed schedule isn</w:t>
      </w:r>
      <w:r w:rsidR="00EC0547">
        <w:rPr>
          <w:rFonts w:ascii="Garamond" w:hAnsi="Garamond"/>
        </w:rPr>
        <w:t>’</w:t>
      </w:r>
      <w:r w:rsidRPr="00771DC2">
        <w:rPr>
          <w:rFonts w:ascii="Garamond" w:hAnsi="Garamond"/>
        </w:rPr>
        <w:t>t advancing the kingdom. Your exhaustion isn</w:t>
      </w:r>
      <w:r w:rsidR="00EC0547">
        <w:rPr>
          <w:rFonts w:ascii="Garamond" w:hAnsi="Garamond"/>
        </w:rPr>
        <w:t>’</w:t>
      </w:r>
      <w:r w:rsidRPr="00771DC2">
        <w:rPr>
          <w:rFonts w:ascii="Garamond" w:hAnsi="Garamond"/>
        </w:rPr>
        <w:t>t earning you extra points with Heaven.</w:t>
      </w:r>
    </w:p>
    <w:p w14:paraId="2342387E" w14:textId="628A72D1" w:rsidR="00F32FA7" w:rsidRPr="00771DC2" w:rsidRDefault="00000000" w:rsidP="00CF4982">
      <w:pPr>
        <w:spacing w:after="0" w:line="336" w:lineRule="auto"/>
        <w:ind w:firstLine="284"/>
        <w:jc w:val="both"/>
        <w:rPr>
          <w:rFonts w:ascii="Garamond" w:hAnsi="Garamond"/>
        </w:rPr>
      </w:pPr>
      <w:r w:rsidRPr="00771DC2">
        <w:rPr>
          <w:rFonts w:ascii="Garamond" w:hAnsi="Garamond"/>
        </w:rPr>
        <w:t>What God wants isn</w:t>
      </w:r>
      <w:r w:rsidR="00EC0547">
        <w:rPr>
          <w:rFonts w:ascii="Garamond" w:hAnsi="Garamond"/>
        </w:rPr>
        <w:t>’</w:t>
      </w:r>
      <w:r w:rsidRPr="00771DC2">
        <w:rPr>
          <w:rFonts w:ascii="Garamond" w:hAnsi="Garamond"/>
        </w:rPr>
        <w:t>t your performance</w:t>
      </w:r>
      <w:r w:rsidR="00EC0547">
        <w:rPr>
          <w:rFonts w:ascii="Garamond" w:hAnsi="Garamond"/>
        </w:rPr>
        <w:t xml:space="preserve">, </w:t>
      </w:r>
      <w:r w:rsidRPr="00771DC2">
        <w:rPr>
          <w:rFonts w:ascii="Garamond" w:hAnsi="Garamond"/>
        </w:rPr>
        <w:t>it</w:t>
      </w:r>
      <w:r w:rsidR="00EC0547">
        <w:rPr>
          <w:rFonts w:ascii="Garamond" w:hAnsi="Garamond"/>
        </w:rPr>
        <w:t>’</w:t>
      </w:r>
      <w:r w:rsidRPr="00771DC2">
        <w:rPr>
          <w:rFonts w:ascii="Garamond" w:hAnsi="Garamond"/>
        </w:rPr>
        <w:t>s your presence.</w:t>
      </w:r>
    </w:p>
    <w:p w14:paraId="3E7DF14C" w14:textId="0FD4A65F" w:rsidR="00F32FA7" w:rsidRPr="00771DC2" w:rsidRDefault="00000000" w:rsidP="00CF4982">
      <w:pPr>
        <w:spacing w:after="0" w:line="336" w:lineRule="auto"/>
        <w:ind w:firstLine="284"/>
        <w:jc w:val="both"/>
        <w:rPr>
          <w:rFonts w:ascii="Garamond" w:hAnsi="Garamond"/>
        </w:rPr>
      </w:pPr>
      <w:r w:rsidRPr="00771DC2">
        <w:rPr>
          <w:rFonts w:ascii="Garamond" w:hAnsi="Garamond"/>
        </w:rPr>
        <w:t>But we</w:t>
      </w:r>
      <w:r w:rsidR="00EC0547">
        <w:rPr>
          <w:rFonts w:ascii="Garamond" w:hAnsi="Garamond"/>
        </w:rPr>
        <w:t>’</w:t>
      </w:r>
      <w:r w:rsidRPr="00771DC2">
        <w:rPr>
          <w:rFonts w:ascii="Garamond" w:hAnsi="Garamond"/>
        </w:rPr>
        <w:t>ve been so discipled by hustle culture that we</w:t>
      </w:r>
      <w:r w:rsidR="00EC0547">
        <w:rPr>
          <w:rFonts w:ascii="Garamond" w:hAnsi="Garamond"/>
        </w:rPr>
        <w:t>’</w:t>
      </w:r>
      <w:r w:rsidRPr="00771DC2">
        <w:rPr>
          <w:rFonts w:ascii="Garamond" w:hAnsi="Garamond"/>
        </w:rPr>
        <w:t xml:space="preserve">ve forgotten the difference between working </w:t>
      </w:r>
      <w:r w:rsidR="00EC0547">
        <w:rPr>
          <w:rFonts w:ascii="Garamond" w:hAnsi="Garamond"/>
        </w:rPr>
        <w:t>‘</w:t>
      </w:r>
      <w:r w:rsidRPr="00771DC2">
        <w:rPr>
          <w:rFonts w:ascii="Garamond" w:hAnsi="Garamond"/>
        </w:rPr>
        <w:t>for</w:t>
      </w:r>
      <w:r w:rsidR="00EC0547">
        <w:rPr>
          <w:rFonts w:ascii="Garamond" w:hAnsi="Garamond"/>
        </w:rPr>
        <w:t>’</w:t>
      </w:r>
      <w:r w:rsidRPr="00771DC2">
        <w:rPr>
          <w:rFonts w:ascii="Garamond" w:hAnsi="Garamond"/>
        </w:rPr>
        <w:t xml:space="preserve"> God and working </w:t>
      </w:r>
      <w:r w:rsidR="00EC0547">
        <w:rPr>
          <w:rFonts w:ascii="Garamond" w:hAnsi="Garamond"/>
        </w:rPr>
        <w:t>‘</w:t>
      </w:r>
      <w:r w:rsidRPr="00771DC2">
        <w:rPr>
          <w:rFonts w:ascii="Garamond" w:hAnsi="Garamond"/>
        </w:rPr>
        <w:t>with</w:t>
      </w:r>
      <w:r w:rsidR="00EC0547">
        <w:rPr>
          <w:rFonts w:ascii="Garamond" w:hAnsi="Garamond"/>
        </w:rPr>
        <w:t>’</w:t>
      </w:r>
      <w:r w:rsidRPr="00771DC2">
        <w:rPr>
          <w:rFonts w:ascii="Garamond" w:hAnsi="Garamond"/>
        </w:rPr>
        <w:t xml:space="preserve"> God. We</w:t>
      </w:r>
      <w:r w:rsidR="00CF4982">
        <w:rPr>
          <w:rFonts w:ascii="Garamond" w:hAnsi="Garamond"/>
        </w:rPr>
        <w:t>’</w:t>
      </w:r>
      <w:r w:rsidRPr="00771DC2">
        <w:rPr>
          <w:rFonts w:ascii="Garamond" w:hAnsi="Garamond"/>
        </w:rPr>
        <w:t>ve confused motion with progress, busyness with purpose, exhaustion with faithfulness.</w:t>
      </w:r>
    </w:p>
    <w:p w14:paraId="009EBAF1" w14:textId="17F50F1B" w:rsidR="00F32FA7" w:rsidRPr="00771DC2" w:rsidRDefault="00000000" w:rsidP="00CF4982">
      <w:pPr>
        <w:spacing w:line="336" w:lineRule="auto"/>
        <w:ind w:firstLine="284"/>
        <w:jc w:val="both"/>
        <w:rPr>
          <w:rFonts w:ascii="Garamond" w:hAnsi="Garamond"/>
        </w:rPr>
      </w:pPr>
      <w:r w:rsidRPr="00771DC2">
        <w:rPr>
          <w:rFonts w:ascii="Garamond" w:hAnsi="Garamond"/>
        </w:rPr>
        <w:t>The result? We</w:t>
      </w:r>
      <w:r w:rsidR="00CF4982">
        <w:rPr>
          <w:rFonts w:ascii="Garamond" w:hAnsi="Garamond"/>
        </w:rPr>
        <w:t>’</w:t>
      </w:r>
      <w:r w:rsidRPr="00771DC2">
        <w:rPr>
          <w:rFonts w:ascii="Garamond" w:hAnsi="Garamond"/>
        </w:rPr>
        <w:t>re burning out in Jesus</w:t>
      </w:r>
      <w:r w:rsidR="00CF4982">
        <w:rPr>
          <w:rFonts w:ascii="Garamond" w:hAnsi="Garamond"/>
        </w:rPr>
        <w:t>’</w:t>
      </w:r>
      <w:r w:rsidRPr="00771DC2">
        <w:rPr>
          <w:rFonts w:ascii="Garamond" w:hAnsi="Garamond"/>
        </w:rPr>
        <w:t xml:space="preserve"> name, missing Jesus while serving Him, and wondering why we feel so empty despite being so full of good deeds.</w:t>
      </w:r>
    </w:p>
    <w:p w14:paraId="64766A38" w14:textId="77777777" w:rsidR="00F32FA7" w:rsidRPr="00771DC2" w:rsidRDefault="00000000" w:rsidP="00CF4982">
      <w:pPr>
        <w:pStyle w:val="Heading2"/>
        <w:spacing w:line="336" w:lineRule="auto"/>
        <w:ind w:firstLine="284"/>
        <w:jc w:val="center"/>
        <w:rPr>
          <w:rFonts w:ascii="Garamond" w:hAnsi="Garamond"/>
          <w:sz w:val="22"/>
          <w:szCs w:val="22"/>
        </w:rPr>
      </w:pPr>
      <w:r w:rsidRPr="00771DC2">
        <w:rPr>
          <w:rFonts w:ascii="Garamond" w:hAnsi="Garamond"/>
          <w:sz w:val="22"/>
          <w:szCs w:val="22"/>
        </w:rPr>
        <w:lastRenderedPageBreak/>
        <w:t>The Difference Between Martha and Mary</w:t>
      </w:r>
    </w:p>
    <w:p w14:paraId="2DD5C8CD" w14:textId="77777777" w:rsidR="00F32FA7" w:rsidRPr="00771DC2" w:rsidRDefault="00000000" w:rsidP="00CF4982">
      <w:pPr>
        <w:spacing w:after="0" w:line="336" w:lineRule="auto"/>
        <w:ind w:firstLine="284"/>
        <w:jc w:val="both"/>
        <w:rPr>
          <w:rFonts w:ascii="Garamond" w:hAnsi="Garamond"/>
        </w:rPr>
      </w:pPr>
      <w:r w:rsidRPr="00771DC2">
        <w:rPr>
          <w:rFonts w:ascii="Garamond" w:hAnsi="Garamond"/>
        </w:rPr>
        <w:t>Mary chose presence over performance. She chose relationship over religion. She chose being over doing.</w:t>
      </w:r>
    </w:p>
    <w:p w14:paraId="7D853956" w14:textId="0FDF43E0" w:rsidR="00F32FA7" w:rsidRPr="00771DC2" w:rsidRDefault="00000000" w:rsidP="00CF4982">
      <w:pPr>
        <w:spacing w:after="0" w:line="336" w:lineRule="auto"/>
        <w:ind w:firstLine="284"/>
        <w:jc w:val="both"/>
        <w:rPr>
          <w:rFonts w:ascii="Garamond" w:hAnsi="Garamond"/>
        </w:rPr>
      </w:pPr>
      <w:r w:rsidRPr="00771DC2">
        <w:rPr>
          <w:rFonts w:ascii="Garamond" w:hAnsi="Garamond"/>
        </w:rPr>
        <w:t xml:space="preserve">And Jesus called it </w:t>
      </w:r>
      <w:r w:rsidR="00CF4982">
        <w:rPr>
          <w:rFonts w:ascii="Garamond" w:hAnsi="Garamond"/>
        </w:rPr>
        <w:t>“</w:t>
      </w:r>
      <w:r w:rsidRPr="00771DC2">
        <w:rPr>
          <w:rFonts w:ascii="Garamond" w:hAnsi="Garamond"/>
        </w:rPr>
        <w:t>the better part.</w:t>
      </w:r>
      <w:r w:rsidR="00CF4982">
        <w:rPr>
          <w:rFonts w:ascii="Garamond" w:hAnsi="Garamond"/>
        </w:rPr>
        <w:t>”</w:t>
      </w:r>
    </w:p>
    <w:p w14:paraId="7AF5826A" w14:textId="65C7CC0B" w:rsidR="00F32FA7" w:rsidRPr="00771DC2" w:rsidRDefault="00000000" w:rsidP="00CF4982">
      <w:pPr>
        <w:spacing w:after="0" w:line="336" w:lineRule="auto"/>
        <w:ind w:firstLine="284"/>
        <w:jc w:val="both"/>
        <w:rPr>
          <w:rFonts w:ascii="Garamond" w:hAnsi="Garamond"/>
        </w:rPr>
      </w:pPr>
      <w:r w:rsidRPr="00771DC2">
        <w:rPr>
          <w:rFonts w:ascii="Garamond" w:hAnsi="Garamond"/>
        </w:rPr>
        <w:t>Now, before you use this as an excuse to quit all your responsibilities, let</w:t>
      </w:r>
      <w:r w:rsidR="00CF4982">
        <w:rPr>
          <w:rFonts w:ascii="Garamond" w:hAnsi="Garamond"/>
        </w:rPr>
        <w:t>’</w:t>
      </w:r>
      <w:r w:rsidRPr="00771DC2">
        <w:rPr>
          <w:rFonts w:ascii="Garamond" w:hAnsi="Garamond"/>
        </w:rPr>
        <w:t>s be clear: Jesus isn</w:t>
      </w:r>
      <w:r w:rsidR="00CF4982">
        <w:rPr>
          <w:rFonts w:ascii="Garamond" w:hAnsi="Garamond"/>
        </w:rPr>
        <w:t>’</w:t>
      </w:r>
      <w:r w:rsidRPr="00771DC2">
        <w:rPr>
          <w:rFonts w:ascii="Garamond" w:hAnsi="Garamond"/>
        </w:rPr>
        <w:t>t condemning service. He</w:t>
      </w:r>
      <w:r w:rsidR="00CF4982">
        <w:rPr>
          <w:rFonts w:ascii="Garamond" w:hAnsi="Garamond"/>
        </w:rPr>
        <w:t>’</w:t>
      </w:r>
      <w:r w:rsidRPr="00771DC2">
        <w:rPr>
          <w:rFonts w:ascii="Garamond" w:hAnsi="Garamond"/>
        </w:rPr>
        <w:t>s condemning anxious service. He</w:t>
      </w:r>
      <w:r w:rsidR="00CF4982">
        <w:rPr>
          <w:rFonts w:ascii="Garamond" w:hAnsi="Garamond"/>
        </w:rPr>
        <w:t>’</w:t>
      </w:r>
      <w:r w:rsidRPr="00771DC2">
        <w:rPr>
          <w:rFonts w:ascii="Garamond" w:hAnsi="Garamond"/>
        </w:rPr>
        <w:t>s not against doing; He</w:t>
      </w:r>
      <w:r w:rsidR="00CF4982">
        <w:rPr>
          <w:rFonts w:ascii="Garamond" w:hAnsi="Garamond"/>
        </w:rPr>
        <w:t>’</w:t>
      </w:r>
      <w:r w:rsidRPr="00771DC2">
        <w:rPr>
          <w:rFonts w:ascii="Garamond" w:hAnsi="Garamond"/>
        </w:rPr>
        <w:t>s against doing at the expense of being.</w:t>
      </w:r>
    </w:p>
    <w:p w14:paraId="3799052F" w14:textId="3731EF69" w:rsidR="00F32FA7" w:rsidRPr="00771DC2" w:rsidRDefault="00000000" w:rsidP="00CF4982">
      <w:pPr>
        <w:spacing w:after="0" w:line="336" w:lineRule="auto"/>
        <w:ind w:firstLine="284"/>
        <w:jc w:val="both"/>
        <w:rPr>
          <w:rFonts w:ascii="Garamond" w:hAnsi="Garamond"/>
        </w:rPr>
      </w:pPr>
      <w:r w:rsidRPr="00771DC2">
        <w:rPr>
          <w:rFonts w:ascii="Garamond" w:hAnsi="Garamond"/>
        </w:rPr>
        <w:t>The difference between Martha and Mary wasn</w:t>
      </w:r>
      <w:r w:rsidR="00CF4982">
        <w:rPr>
          <w:rFonts w:ascii="Garamond" w:hAnsi="Garamond"/>
        </w:rPr>
        <w:t>’</w:t>
      </w:r>
      <w:r w:rsidRPr="00771DC2">
        <w:rPr>
          <w:rFonts w:ascii="Garamond" w:hAnsi="Garamond"/>
        </w:rPr>
        <w:t>t what they were doing</w:t>
      </w:r>
      <w:r w:rsidR="00CF4982">
        <w:rPr>
          <w:rFonts w:ascii="Garamond" w:hAnsi="Garamond"/>
        </w:rPr>
        <w:t xml:space="preserve">; </w:t>
      </w:r>
      <w:r w:rsidRPr="00771DC2">
        <w:rPr>
          <w:rFonts w:ascii="Garamond" w:hAnsi="Garamond"/>
        </w:rPr>
        <w:t>it was the heart behind what they were doing.</w:t>
      </w:r>
    </w:p>
    <w:p w14:paraId="0468AC7A" w14:textId="4B680A46" w:rsidR="00F32FA7" w:rsidRPr="00771DC2" w:rsidRDefault="00000000" w:rsidP="00CF4982">
      <w:pPr>
        <w:spacing w:after="0" w:line="336" w:lineRule="auto"/>
        <w:ind w:firstLine="284"/>
        <w:jc w:val="both"/>
        <w:rPr>
          <w:rFonts w:ascii="Garamond" w:hAnsi="Garamond"/>
        </w:rPr>
      </w:pPr>
      <w:r w:rsidRPr="00771DC2">
        <w:rPr>
          <w:rFonts w:ascii="Garamond" w:hAnsi="Garamond"/>
        </w:rPr>
        <w:t xml:space="preserve">Martha was serving out of anxiety, </w:t>
      </w:r>
      <w:r w:rsidR="00CF4982">
        <w:rPr>
          <w:rFonts w:ascii="Garamond" w:hAnsi="Garamond"/>
        </w:rPr>
        <w:t xml:space="preserve">duty or </w:t>
      </w:r>
      <w:r w:rsidRPr="00771DC2">
        <w:rPr>
          <w:rFonts w:ascii="Garamond" w:hAnsi="Garamond"/>
        </w:rPr>
        <w:t>obligation, and performance. Mary was responding out of love, desire, and devotion. Martha was worried about impressing Jesus. Mary was focused on knowing Jesus. Martha was stressed about the perfect outcome. Mary was present for the perfect moment.</w:t>
      </w:r>
    </w:p>
    <w:p w14:paraId="4CE560E0" w14:textId="16C26092" w:rsidR="00CF4982" w:rsidRPr="00771DC2" w:rsidRDefault="00000000" w:rsidP="00CF4982">
      <w:pPr>
        <w:spacing w:after="0" w:line="336" w:lineRule="auto"/>
        <w:ind w:firstLine="284"/>
        <w:jc w:val="center"/>
        <w:rPr>
          <w:rFonts w:ascii="Garamond" w:hAnsi="Garamond"/>
        </w:rPr>
      </w:pPr>
      <w:r w:rsidRPr="00771DC2">
        <w:rPr>
          <w:rFonts w:ascii="Garamond" w:hAnsi="Garamond"/>
        </w:rPr>
        <w:t>Which one are you?</w:t>
      </w:r>
    </w:p>
    <w:p w14:paraId="1F470561" w14:textId="77777777" w:rsidR="00F32FA7" w:rsidRPr="00771DC2" w:rsidRDefault="00000000" w:rsidP="00CF4982">
      <w:pPr>
        <w:pStyle w:val="Heading2"/>
        <w:spacing w:line="336" w:lineRule="auto"/>
        <w:ind w:firstLine="284"/>
        <w:jc w:val="center"/>
        <w:rPr>
          <w:rFonts w:ascii="Garamond" w:hAnsi="Garamond"/>
          <w:sz w:val="22"/>
          <w:szCs w:val="22"/>
        </w:rPr>
      </w:pPr>
      <w:r w:rsidRPr="00771DC2">
        <w:rPr>
          <w:rFonts w:ascii="Garamond" w:hAnsi="Garamond"/>
          <w:sz w:val="22"/>
          <w:szCs w:val="22"/>
        </w:rPr>
        <w:t>The Lie of Indispensability</w:t>
      </w:r>
    </w:p>
    <w:p w14:paraId="02A61FA0" w14:textId="5329C64F" w:rsidR="00F32FA7" w:rsidRPr="00771DC2" w:rsidRDefault="00000000" w:rsidP="00B12F95">
      <w:pPr>
        <w:spacing w:after="0" w:line="336" w:lineRule="auto"/>
        <w:ind w:firstLine="284"/>
        <w:jc w:val="both"/>
        <w:rPr>
          <w:rFonts w:ascii="Garamond" w:hAnsi="Garamond"/>
        </w:rPr>
      </w:pPr>
      <w:r w:rsidRPr="00771DC2">
        <w:rPr>
          <w:rFonts w:ascii="Garamond" w:hAnsi="Garamond"/>
        </w:rPr>
        <w:t>Here</w:t>
      </w:r>
      <w:r w:rsidR="00B12F95">
        <w:rPr>
          <w:rFonts w:ascii="Garamond" w:hAnsi="Garamond"/>
        </w:rPr>
        <w:t>’</w:t>
      </w:r>
      <w:r w:rsidRPr="00771DC2">
        <w:rPr>
          <w:rFonts w:ascii="Garamond" w:hAnsi="Garamond"/>
        </w:rPr>
        <w:t xml:space="preserve">s the lie that drives most of our Christian hustle: </w:t>
      </w:r>
      <w:r w:rsidR="00B12F95">
        <w:rPr>
          <w:rFonts w:ascii="Garamond" w:hAnsi="Garamond"/>
        </w:rPr>
        <w:t>“</w:t>
      </w:r>
      <w:r w:rsidRPr="00771DC2">
        <w:rPr>
          <w:rFonts w:ascii="Garamond" w:hAnsi="Garamond"/>
        </w:rPr>
        <w:t>If I don</w:t>
      </w:r>
      <w:r w:rsidR="00B12F95">
        <w:rPr>
          <w:rFonts w:ascii="Garamond" w:hAnsi="Garamond"/>
        </w:rPr>
        <w:t>’</w:t>
      </w:r>
      <w:r w:rsidRPr="00771DC2">
        <w:rPr>
          <w:rFonts w:ascii="Garamond" w:hAnsi="Garamond"/>
        </w:rPr>
        <w:t>t do it, it won</w:t>
      </w:r>
      <w:r w:rsidR="00B12F95">
        <w:rPr>
          <w:rFonts w:ascii="Garamond" w:hAnsi="Garamond"/>
        </w:rPr>
        <w:t>’</w:t>
      </w:r>
      <w:r w:rsidRPr="00771DC2">
        <w:rPr>
          <w:rFonts w:ascii="Garamond" w:hAnsi="Garamond"/>
        </w:rPr>
        <w:t>t get done.</w:t>
      </w:r>
      <w:r w:rsidR="00B12F95">
        <w:rPr>
          <w:rFonts w:ascii="Garamond" w:hAnsi="Garamond"/>
        </w:rPr>
        <w:t>”</w:t>
      </w:r>
    </w:p>
    <w:p w14:paraId="3A17F83E" w14:textId="2EA7F021" w:rsidR="00F32FA7" w:rsidRPr="00771DC2" w:rsidRDefault="00000000" w:rsidP="00B12F95">
      <w:pPr>
        <w:spacing w:after="0" w:line="336" w:lineRule="auto"/>
        <w:ind w:firstLine="284"/>
        <w:jc w:val="both"/>
        <w:rPr>
          <w:rFonts w:ascii="Garamond" w:hAnsi="Garamond"/>
        </w:rPr>
      </w:pPr>
      <w:r w:rsidRPr="00771DC2">
        <w:rPr>
          <w:rFonts w:ascii="Garamond" w:hAnsi="Garamond"/>
        </w:rPr>
        <w:t>This is the messiah complex in Christian clothing. We</w:t>
      </w:r>
      <w:r w:rsidR="00B12F95">
        <w:rPr>
          <w:rFonts w:ascii="Garamond" w:hAnsi="Garamond"/>
        </w:rPr>
        <w:t>’</w:t>
      </w:r>
      <w:r w:rsidRPr="00771DC2">
        <w:rPr>
          <w:rFonts w:ascii="Garamond" w:hAnsi="Garamond"/>
        </w:rPr>
        <w:t>ve convinced ourselves that God</w:t>
      </w:r>
      <w:r w:rsidR="00B12F95">
        <w:rPr>
          <w:rFonts w:ascii="Garamond" w:hAnsi="Garamond"/>
        </w:rPr>
        <w:t>’</w:t>
      </w:r>
      <w:r w:rsidRPr="00771DC2">
        <w:rPr>
          <w:rFonts w:ascii="Garamond" w:hAnsi="Garamond"/>
        </w:rPr>
        <w:t xml:space="preserve">s kingdom depends on our </w:t>
      </w:r>
      <w:r w:rsidRPr="00771DC2">
        <w:rPr>
          <w:rFonts w:ascii="Garamond" w:hAnsi="Garamond"/>
        </w:rPr>
        <w:lastRenderedPageBreak/>
        <w:t>constant activity, that the church will fall apart without our involvement, that lost souls will stay lost if we take a break.</w:t>
      </w:r>
    </w:p>
    <w:p w14:paraId="449B486E" w14:textId="1B9680E4" w:rsidR="00F32FA7" w:rsidRPr="00771DC2" w:rsidRDefault="00000000" w:rsidP="00B12F95">
      <w:pPr>
        <w:spacing w:after="0" w:line="336" w:lineRule="auto"/>
        <w:ind w:firstLine="284"/>
        <w:jc w:val="both"/>
        <w:rPr>
          <w:rFonts w:ascii="Garamond" w:hAnsi="Garamond"/>
        </w:rPr>
      </w:pPr>
      <w:r w:rsidRPr="00771DC2">
        <w:rPr>
          <w:rFonts w:ascii="Garamond" w:hAnsi="Garamond"/>
        </w:rPr>
        <w:t>This isn</w:t>
      </w:r>
      <w:r w:rsidR="00B12F95">
        <w:rPr>
          <w:rFonts w:ascii="Garamond" w:hAnsi="Garamond"/>
        </w:rPr>
        <w:t>’</w:t>
      </w:r>
      <w:r w:rsidRPr="00771DC2">
        <w:rPr>
          <w:rFonts w:ascii="Garamond" w:hAnsi="Garamond"/>
        </w:rPr>
        <w:t>t humility</w:t>
      </w:r>
      <w:r w:rsidR="00B12F95">
        <w:rPr>
          <w:rFonts w:ascii="Garamond" w:hAnsi="Garamond"/>
        </w:rPr>
        <w:t xml:space="preserve">, </w:t>
      </w:r>
      <w:proofErr w:type="gramStart"/>
      <w:r w:rsidRPr="00771DC2">
        <w:rPr>
          <w:rFonts w:ascii="Garamond" w:hAnsi="Garamond"/>
        </w:rPr>
        <w:t>it</w:t>
      </w:r>
      <w:r w:rsidR="00B12F95">
        <w:rPr>
          <w:rFonts w:ascii="Garamond" w:hAnsi="Garamond"/>
        </w:rPr>
        <w:t>’</w:t>
      </w:r>
      <w:r w:rsidRPr="00771DC2">
        <w:rPr>
          <w:rFonts w:ascii="Garamond" w:hAnsi="Garamond"/>
        </w:rPr>
        <w:t>s</w:t>
      </w:r>
      <w:proofErr w:type="gramEnd"/>
      <w:r w:rsidRPr="00771DC2">
        <w:rPr>
          <w:rFonts w:ascii="Garamond" w:hAnsi="Garamond"/>
        </w:rPr>
        <w:t xml:space="preserve"> pride disguised as dedication.</w:t>
      </w:r>
    </w:p>
    <w:p w14:paraId="14366FA4" w14:textId="77777777" w:rsidR="00F32FA7" w:rsidRPr="00771DC2" w:rsidRDefault="00000000" w:rsidP="00B12F95">
      <w:pPr>
        <w:spacing w:after="0" w:line="336" w:lineRule="auto"/>
        <w:ind w:firstLine="284"/>
        <w:rPr>
          <w:rFonts w:ascii="Garamond" w:hAnsi="Garamond"/>
        </w:rPr>
      </w:pPr>
      <w:r w:rsidRPr="00771DC2">
        <w:rPr>
          <w:rFonts w:ascii="Garamond" w:hAnsi="Garamond"/>
        </w:rPr>
        <w:t>The truth is, you are not indispensable.</w:t>
      </w:r>
    </w:p>
    <w:p w14:paraId="0765AB97" w14:textId="680F4673" w:rsidR="00F32FA7" w:rsidRPr="00771DC2" w:rsidRDefault="00000000" w:rsidP="00B12F95">
      <w:pPr>
        <w:spacing w:after="0" w:line="336" w:lineRule="auto"/>
        <w:ind w:firstLine="284"/>
        <w:jc w:val="both"/>
        <w:rPr>
          <w:rFonts w:ascii="Garamond" w:hAnsi="Garamond"/>
        </w:rPr>
      </w:pPr>
      <w:r w:rsidRPr="00771DC2">
        <w:rPr>
          <w:rFonts w:ascii="Garamond" w:hAnsi="Garamond"/>
        </w:rPr>
        <w:t>God</w:t>
      </w:r>
      <w:r w:rsidR="00B12F95">
        <w:rPr>
          <w:rFonts w:ascii="Garamond" w:hAnsi="Garamond"/>
        </w:rPr>
        <w:t>’</w:t>
      </w:r>
      <w:r w:rsidRPr="00771DC2">
        <w:rPr>
          <w:rFonts w:ascii="Garamond" w:hAnsi="Garamond"/>
        </w:rPr>
        <w:t>s plan doesn</w:t>
      </w:r>
      <w:r w:rsidR="00B12F95">
        <w:rPr>
          <w:rFonts w:ascii="Garamond" w:hAnsi="Garamond"/>
        </w:rPr>
        <w:t>’</w:t>
      </w:r>
      <w:r w:rsidRPr="00771DC2">
        <w:rPr>
          <w:rFonts w:ascii="Garamond" w:hAnsi="Garamond"/>
        </w:rPr>
        <w:t>t hinge on your perfect performance. The gospel isn</w:t>
      </w:r>
      <w:r w:rsidR="00B12F95">
        <w:rPr>
          <w:rFonts w:ascii="Garamond" w:hAnsi="Garamond"/>
        </w:rPr>
        <w:t>’</w:t>
      </w:r>
      <w:r w:rsidRPr="00771DC2">
        <w:rPr>
          <w:rFonts w:ascii="Garamond" w:hAnsi="Garamond"/>
        </w:rPr>
        <w:t>t less powerful when you</w:t>
      </w:r>
      <w:r w:rsidR="00B12F95">
        <w:rPr>
          <w:rFonts w:ascii="Garamond" w:hAnsi="Garamond"/>
        </w:rPr>
        <w:t>’</w:t>
      </w:r>
      <w:r w:rsidRPr="00771DC2">
        <w:rPr>
          <w:rFonts w:ascii="Garamond" w:hAnsi="Garamond"/>
        </w:rPr>
        <w:t>re resting. The kingdom isn</w:t>
      </w:r>
      <w:r w:rsidR="00B12F95">
        <w:rPr>
          <w:rFonts w:ascii="Garamond" w:hAnsi="Garamond"/>
        </w:rPr>
        <w:t>’</w:t>
      </w:r>
      <w:r w:rsidRPr="00771DC2">
        <w:rPr>
          <w:rFonts w:ascii="Garamond" w:hAnsi="Garamond"/>
        </w:rPr>
        <w:t>t stalled when you</w:t>
      </w:r>
      <w:r w:rsidR="00B12F95">
        <w:rPr>
          <w:rFonts w:ascii="Garamond" w:hAnsi="Garamond"/>
        </w:rPr>
        <w:t>’</w:t>
      </w:r>
      <w:r w:rsidRPr="00771DC2">
        <w:rPr>
          <w:rFonts w:ascii="Garamond" w:hAnsi="Garamond"/>
        </w:rPr>
        <w:t>re sleeping.</w:t>
      </w:r>
    </w:p>
    <w:p w14:paraId="62747E7E" w14:textId="66A6D586" w:rsidR="00F32FA7" w:rsidRPr="00771DC2" w:rsidRDefault="00000000" w:rsidP="00B12F95">
      <w:pPr>
        <w:spacing w:after="0" w:line="336" w:lineRule="auto"/>
        <w:ind w:firstLine="284"/>
        <w:jc w:val="both"/>
        <w:rPr>
          <w:rFonts w:ascii="Garamond" w:hAnsi="Garamond"/>
        </w:rPr>
      </w:pPr>
      <w:r w:rsidRPr="00771DC2">
        <w:rPr>
          <w:rFonts w:ascii="Garamond" w:hAnsi="Garamond"/>
        </w:rPr>
        <w:t>God worked before you were born. He</w:t>
      </w:r>
      <w:r w:rsidR="00B12F95">
        <w:rPr>
          <w:rFonts w:ascii="Garamond" w:hAnsi="Garamond"/>
        </w:rPr>
        <w:t>’</w:t>
      </w:r>
      <w:r w:rsidRPr="00771DC2">
        <w:rPr>
          <w:rFonts w:ascii="Garamond" w:hAnsi="Garamond"/>
        </w:rPr>
        <w:t>ll work after you die. He works while you sleep, while you</w:t>
      </w:r>
      <w:r w:rsidR="00B12F95">
        <w:rPr>
          <w:rFonts w:ascii="Garamond" w:hAnsi="Garamond"/>
        </w:rPr>
        <w:t>’</w:t>
      </w:r>
      <w:r w:rsidRPr="00771DC2">
        <w:rPr>
          <w:rFonts w:ascii="Garamond" w:hAnsi="Garamond"/>
        </w:rPr>
        <w:t>re on vacation, while you</w:t>
      </w:r>
      <w:r w:rsidR="00B12F95">
        <w:rPr>
          <w:rFonts w:ascii="Garamond" w:hAnsi="Garamond"/>
        </w:rPr>
        <w:t>’</w:t>
      </w:r>
      <w:r w:rsidRPr="00771DC2">
        <w:rPr>
          <w:rFonts w:ascii="Garamond" w:hAnsi="Garamond"/>
        </w:rPr>
        <w:t>re sick in bed.</w:t>
      </w:r>
    </w:p>
    <w:p w14:paraId="2A25A248" w14:textId="2004C7C6" w:rsidR="00F32FA7" w:rsidRPr="00771DC2" w:rsidRDefault="00000000" w:rsidP="00B12F95">
      <w:pPr>
        <w:spacing w:after="0" w:line="336" w:lineRule="auto"/>
        <w:ind w:firstLine="284"/>
        <w:jc w:val="both"/>
        <w:rPr>
          <w:rFonts w:ascii="Garamond" w:hAnsi="Garamond"/>
        </w:rPr>
      </w:pPr>
      <w:r w:rsidRPr="00771DC2">
        <w:rPr>
          <w:rFonts w:ascii="Garamond" w:hAnsi="Garamond"/>
        </w:rPr>
        <w:t>This isn</w:t>
      </w:r>
      <w:r w:rsidR="00B12F95">
        <w:rPr>
          <w:rFonts w:ascii="Garamond" w:hAnsi="Garamond"/>
        </w:rPr>
        <w:t>’</w:t>
      </w:r>
      <w:r w:rsidRPr="00771DC2">
        <w:rPr>
          <w:rFonts w:ascii="Garamond" w:hAnsi="Garamond"/>
        </w:rPr>
        <w:t>t meant to make you feel insignificant</w:t>
      </w:r>
      <w:r w:rsidR="00B12F95">
        <w:rPr>
          <w:rFonts w:ascii="Garamond" w:hAnsi="Garamond"/>
        </w:rPr>
        <w:t xml:space="preserve">; </w:t>
      </w:r>
      <w:r w:rsidRPr="00771DC2">
        <w:rPr>
          <w:rFonts w:ascii="Garamond" w:hAnsi="Garamond"/>
        </w:rPr>
        <w:t>it</w:t>
      </w:r>
      <w:r w:rsidR="00B12F95">
        <w:rPr>
          <w:rFonts w:ascii="Garamond" w:hAnsi="Garamond"/>
        </w:rPr>
        <w:t>’</w:t>
      </w:r>
      <w:r w:rsidRPr="00771DC2">
        <w:rPr>
          <w:rFonts w:ascii="Garamond" w:hAnsi="Garamond"/>
        </w:rPr>
        <w:t>s meant to set you free.</w:t>
      </w:r>
    </w:p>
    <w:p w14:paraId="00CF7D53" w14:textId="141032A8" w:rsidR="00F32FA7" w:rsidRPr="00771DC2" w:rsidRDefault="00000000" w:rsidP="00B12F95">
      <w:pPr>
        <w:spacing w:after="0" w:line="336" w:lineRule="auto"/>
        <w:ind w:firstLine="284"/>
        <w:rPr>
          <w:rFonts w:ascii="Garamond" w:hAnsi="Garamond"/>
        </w:rPr>
      </w:pPr>
      <w:r w:rsidRPr="00771DC2">
        <w:rPr>
          <w:rFonts w:ascii="Garamond" w:hAnsi="Garamond"/>
        </w:rPr>
        <w:t>When you realize that God doesn</w:t>
      </w:r>
      <w:r w:rsidR="00B12F95">
        <w:rPr>
          <w:rFonts w:ascii="Garamond" w:hAnsi="Garamond"/>
        </w:rPr>
        <w:t>’</w:t>
      </w:r>
      <w:r w:rsidRPr="00771DC2">
        <w:rPr>
          <w:rFonts w:ascii="Garamond" w:hAnsi="Garamond"/>
        </w:rPr>
        <w:t>t need your hustle, you can finally offer Him your heart. When you stop trying to be indispensable, you can start being present. When you quit trying to save everyone, you can focus on serving from rest instead of anxiety.</w:t>
      </w:r>
    </w:p>
    <w:p w14:paraId="33079279" w14:textId="7C07514E" w:rsidR="00F32FA7" w:rsidRPr="00771DC2" w:rsidRDefault="00000000" w:rsidP="00B12F95">
      <w:pPr>
        <w:spacing w:after="0" w:line="336" w:lineRule="auto"/>
        <w:ind w:firstLine="284"/>
        <w:jc w:val="both"/>
        <w:rPr>
          <w:rFonts w:ascii="Garamond" w:hAnsi="Garamond"/>
        </w:rPr>
      </w:pPr>
      <w:r w:rsidRPr="00771DC2">
        <w:rPr>
          <w:rFonts w:ascii="Garamond" w:hAnsi="Garamond"/>
        </w:rPr>
        <w:t>Jesus understood this perfectly. He had only three years of public ministry, and He didn</w:t>
      </w:r>
      <w:r w:rsidR="00B12F95">
        <w:rPr>
          <w:rFonts w:ascii="Garamond" w:hAnsi="Garamond"/>
        </w:rPr>
        <w:t>’</w:t>
      </w:r>
      <w:r w:rsidRPr="00771DC2">
        <w:rPr>
          <w:rFonts w:ascii="Garamond" w:hAnsi="Garamond"/>
        </w:rPr>
        <w:t>t spend them in frantic activity. He regularly withdrew to pray (Luke 5:16). He took naps (Mark 4:38). He went to parties (John 2:1-11). He spent time with friends (John 11:1-3).</w:t>
      </w:r>
    </w:p>
    <w:p w14:paraId="448B0413" w14:textId="15E2A161" w:rsidR="00F32FA7" w:rsidRPr="00771DC2" w:rsidRDefault="00000000" w:rsidP="00B12F95">
      <w:pPr>
        <w:spacing w:after="0" w:line="336" w:lineRule="auto"/>
        <w:ind w:firstLine="284"/>
        <w:jc w:val="both"/>
        <w:rPr>
          <w:rFonts w:ascii="Garamond" w:hAnsi="Garamond"/>
        </w:rPr>
      </w:pPr>
      <w:r w:rsidRPr="00771DC2">
        <w:rPr>
          <w:rFonts w:ascii="Garamond" w:hAnsi="Garamond"/>
        </w:rPr>
        <w:lastRenderedPageBreak/>
        <w:t>Jesus had the weight of the world on His shoulders</w:t>
      </w:r>
      <w:r w:rsidR="00B12F95">
        <w:rPr>
          <w:rFonts w:ascii="Garamond" w:hAnsi="Garamond"/>
        </w:rPr>
        <w:t xml:space="preserve">, </w:t>
      </w:r>
      <w:r w:rsidRPr="00771DC2">
        <w:rPr>
          <w:rFonts w:ascii="Garamond" w:hAnsi="Garamond"/>
        </w:rPr>
        <w:t>literally</w:t>
      </w:r>
      <w:r w:rsidR="00B12F95">
        <w:rPr>
          <w:rFonts w:ascii="Garamond" w:hAnsi="Garamond"/>
        </w:rPr>
        <w:t xml:space="preserve">, </w:t>
      </w:r>
      <w:r w:rsidRPr="00771DC2">
        <w:rPr>
          <w:rFonts w:ascii="Garamond" w:hAnsi="Garamond"/>
        </w:rPr>
        <w:t>and He still made time for rest, relationship, and reflection.</w:t>
      </w:r>
    </w:p>
    <w:p w14:paraId="24282342" w14:textId="77777777" w:rsidR="00F32FA7" w:rsidRPr="00771DC2" w:rsidRDefault="00000000" w:rsidP="00B12F95">
      <w:pPr>
        <w:spacing w:line="336" w:lineRule="auto"/>
        <w:ind w:firstLine="284"/>
        <w:jc w:val="both"/>
        <w:rPr>
          <w:rFonts w:ascii="Garamond" w:hAnsi="Garamond"/>
        </w:rPr>
      </w:pPr>
      <w:r w:rsidRPr="00771DC2">
        <w:rPr>
          <w:rFonts w:ascii="Garamond" w:hAnsi="Garamond"/>
        </w:rPr>
        <w:t>If Jesus, who actually was indispensable, could live this way, what excuse do we have for our frantic busyness?</w:t>
      </w:r>
    </w:p>
    <w:p w14:paraId="32DD6EBF" w14:textId="77777777" w:rsidR="00F32FA7" w:rsidRPr="00C23EE6" w:rsidRDefault="00000000" w:rsidP="00C23EE6">
      <w:pPr>
        <w:pStyle w:val="Heading2"/>
        <w:spacing w:line="336" w:lineRule="auto"/>
        <w:ind w:firstLine="284"/>
        <w:jc w:val="center"/>
        <w:rPr>
          <w:rFonts w:ascii="Garamond" w:hAnsi="Garamond"/>
          <w:sz w:val="24"/>
          <w:szCs w:val="24"/>
        </w:rPr>
      </w:pPr>
      <w:r w:rsidRPr="00C23EE6">
        <w:rPr>
          <w:rFonts w:ascii="Garamond" w:hAnsi="Garamond"/>
          <w:sz w:val="24"/>
          <w:szCs w:val="24"/>
        </w:rPr>
        <w:t>Rest as an Act of Faith</w:t>
      </w:r>
    </w:p>
    <w:p w14:paraId="73EE7212" w14:textId="7D86310A" w:rsidR="00F32FA7" w:rsidRPr="00771DC2" w:rsidRDefault="00000000" w:rsidP="00F54DD7">
      <w:pPr>
        <w:spacing w:after="0" w:line="336" w:lineRule="auto"/>
        <w:ind w:firstLine="284"/>
        <w:jc w:val="both"/>
        <w:rPr>
          <w:rFonts w:ascii="Garamond" w:hAnsi="Garamond"/>
        </w:rPr>
      </w:pPr>
      <w:r w:rsidRPr="00771DC2">
        <w:rPr>
          <w:rFonts w:ascii="Garamond" w:hAnsi="Garamond"/>
        </w:rPr>
        <w:t>In our hustle-obsessed culture, rest feels like rebellion. We</w:t>
      </w:r>
      <w:r w:rsidR="00980BB7">
        <w:rPr>
          <w:rFonts w:ascii="Garamond" w:hAnsi="Garamond"/>
        </w:rPr>
        <w:t>’</w:t>
      </w:r>
      <w:r w:rsidRPr="00771DC2">
        <w:rPr>
          <w:rFonts w:ascii="Garamond" w:hAnsi="Garamond"/>
        </w:rPr>
        <w:t>ve been taught that downtime is dead time, that rest is laziness, that if we</w:t>
      </w:r>
      <w:r w:rsidR="00043730">
        <w:rPr>
          <w:rFonts w:ascii="Garamond" w:hAnsi="Garamond"/>
        </w:rPr>
        <w:t>’</w:t>
      </w:r>
      <w:r w:rsidRPr="00771DC2">
        <w:rPr>
          <w:rFonts w:ascii="Garamond" w:hAnsi="Garamond"/>
        </w:rPr>
        <w:t>re not constantly producing, we</w:t>
      </w:r>
      <w:r w:rsidR="0027778C">
        <w:rPr>
          <w:rFonts w:ascii="Garamond" w:hAnsi="Garamond"/>
        </w:rPr>
        <w:t>’</w:t>
      </w:r>
      <w:r w:rsidRPr="00771DC2">
        <w:rPr>
          <w:rFonts w:ascii="Garamond" w:hAnsi="Garamond"/>
        </w:rPr>
        <w:t>re not really living.</w:t>
      </w:r>
    </w:p>
    <w:p w14:paraId="1D9B10D5" w14:textId="297454F2" w:rsidR="00F32FA7" w:rsidRPr="00771DC2" w:rsidRDefault="00000000" w:rsidP="00F54DD7">
      <w:pPr>
        <w:spacing w:after="0" w:line="336" w:lineRule="auto"/>
        <w:ind w:firstLine="284"/>
        <w:jc w:val="both"/>
        <w:rPr>
          <w:rFonts w:ascii="Garamond" w:hAnsi="Garamond"/>
        </w:rPr>
      </w:pPr>
      <w:r w:rsidRPr="00771DC2">
        <w:rPr>
          <w:rFonts w:ascii="Garamond" w:hAnsi="Garamond"/>
        </w:rPr>
        <w:t>But in God</w:t>
      </w:r>
      <w:r w:rsidR="00043730">
        <w:rPr>
          <w:rFonts w:ascii="Garamond" w:hAnsi="Garamond"/>
        </w:rPr>
        <w:t>’</w:t>
      </w:r>
      <w:r w:rsidRPr="00771DC2">
        <w:rPr>
          <w:rFonts w:ascii="Garamond" w:hAnsi="Garamond"/>
        </w:rPr>
        <w:t>s economy, rest isn</w:t>
      </w:r>
      <w:r w:rsidR="00043730">
        <w:rPr>
          <w:rFonts w:ascii="Garamond" w:hAnsi="Garamond"/>
        </w:rPr>
        <w:t>’</w:t>
      </w:r>
      <w:r w:rsidRPr="00771DC2">
        <w:rPr>
          <w:rFonts w:ascii="Garamond" w:hAnsi="Garamond"/>
        </w:rPr>
        <w:t>t the absence of work</w:t>
      </w:r>
      <w:r w:rsidR="00F54DD7">
        <w:rPr>
          <w:rFonts w:ascii="Garamond" w:hAnsi="Garamond"/>
        </w:rPr>
        <w:t>;</w:t>
      </w:r>
      <w:r w:rsidR="00043730">
        <w:rPr>
          <w:rFonts w:ascii="Garamond" w:hAnsi="Garamond"/>
        </w:rPr>
        <w:t xml:space="preserve"> </w:t>
      </w:r>
      <w:r w:rsidRPr="00771DC2">
        <w:rPr>
          <w:rFonts w:ascii="Garamond" w:hAnsi="Garamond"/>
        </w:rPr>
        <w:t>it</w:t>
      </w:r>
      <w:r w:rsidR="00043730">
        <w:rPr>
          <w:rFonts w:ascii="Garamond" w:hAnsi="Garamond"/>
        </w:rPr>
        <w:t>’</w:t>
      </w:r>
      <w:r w:rsidRPr="00771DC2">
        <w:rPr>
          <w:rFonts w:ascii="Garamond" w:hAnsi="Garamond"/>
        </w:rPr>
        <w:t>s the presence of trust.</w:t>
      </w:r>
    </w:p>
    <w:p w14:paraId="60E16B42" w14:textId="108DC276" w:rsidR="00F32FA7" w:rsidRPr="00771DC2" w:rsidRDefault="00000000" w:rsidP="00F54DD7">
      <w:pPr>
        <w:spacing w:after="0" w:line="336" w:lineRule="auto"/>
        <w:ind w:firstLine="284"/>
        <w:jc w:val="both"/>
        <w:rPr>
          <w:rFonts w:ascii="Garamond" w:hAnsi="Garamond"/>
        </w:rPr>
      </w:pPr>
      <w:r w:rsidRPr="00771DC2">
        <w:rPr>
          <w:rFonts w:ascii="Garamond" w:hAnsi="Garamond"/>
        </w:rPr>
        <w:t>When you rest, you</w:t>
      </w:r>
      <w:r w:rsidR="00F54DD7">
        <w:rPr>
          <w:rFonts w:ascii="Garamond" w:hAnsi="Garamond"/>
        </w:rPr>
        <w:t>’</w:t>
      </w:r>
      <w:r w:rsidRPr="00771DC2">
        <w:rPr>
          <w:rFonts w:ascii="Garamond" w:hAnsi="Garamond"/>
        </w:rPr>
        <w:t>re declaring that God is sovereign over your schedule. When you sleep, you</w:t>
      </w:r>
      <w:r w:rsidR="00F54DD7">
        <w:rPr>
          <w:rFonts w:ascii="Garamond" w:hAnsi="Garamond"/>
        </w:rPr>
        <w:t>’</w:t>
      </w:r>
      <w:r w:rsidRPr="00771DC2">
        <w:rPr>
          <w:rFonts w:ascii="Garamond" w:hAnsi="Garamond"/>
        </w:rPr>
        <w:t>re acknowledging that He</w:t>
      </w:r>
      <w:r w:rsidR="00F54DD7">
        <w:rPr>
          <w:rFonts w:ascii="Garamond" w:hAnsi="Garamond"/>
        </w:rPr>
        <w:t>’</w:t>
      </w:r>
      <w:r w:rsidRPr="00771DC2">
        <w:rPr>
          <w:rFonts w:ascii="Garamond" w:hAnsi="Garamond"/>
        </w:rPr>
        <w:t>s in control while you</w:t>
      </w:r>
      <w:r w:rsidR="00F54DD7">
        <w:rPr>
          <w:rFonts w:ascii="Garamond" w:hAnsi="Garamond"/>
        </w:rPr>
        <w:t>’</w:t>
      </w:r>
      <w:r w:rsidRPr="00771DC2">
        <w:rPr>
          <w:rFonts w:ascii="Garamond" w:hAnsi="Garamond"/>
        </w:rPr>
        <w:t>re unconscious. When you take a day off, you</w:t>
      </w:r>
      <w:r w:rsidR="00F54DD7">
        <w:rPr>
          <w:rFonts w:ascii="Garamond" w:hAnsi="Garamond"/>
        </w:rPr>
        <w:t>’</w:t>
      </w:r>
      <w:r w:rsidRPr="00771DC2">
        <w:rPr>
          <w:rFonts w:ascii="Garamond" w:hAnsi="Garamond"/>
        </w:rPr>
        <w:t>re living out the belief that your worth isn</w:t>
      </w:r>
      <w:r w:rsidR="00F54DD7">
        <w:rPr>
          <w:rFonts w:ascii="Garamond" w:hAnsi="Garamond"/>
        </w:rPr>
        <w:t>’</w:t>
      </w:r>
      <w:r w:rsidRPr="00771DC2">
        <w:rPr>
          <w:rFonts w:ascii="Garamond" w:hAnsi="Garamond"/>
        </w:rPr>
        <w:t>t tied to your work.</w:t>
      </w:r>
    </w:p>
    <w:p w14:paraId="42DC9F70" w14:textId="0000FC83" w:rsidR="00F32FA7" w:rsidRPr="00771DC2" w:rsidRDefault="00000000" w:rsidP="00F54DD7">
      <w:pPr>
        <w:spacing w:after="0" w:line="336" w:lineRule="auto"/>
        <w:ind w:firstLine="284"/>
        <w:jc w:val="both"/>
        <w:rPr>
          <w:rFonts w:ascii="Garamond" w:hAnsi="Garamond"/>
        </w:rPr>
      </w:pPr>
      <w:r w:rsidRPr="00771DC2">
        <w:rPr>
          <w:rFonts w:ascii="Garamond" w:hAnsi="Garamond"/>
        </w:rPr>
        <w:t xml:space="preserve">This is why God built </w:t>
      </w:r>
      <w:r w:rsidR="00F54DD7">
        <w:rPr>
          <w:rFonts w:ascii="Garamond" w:hAnsi="Garamond"/>
        </w:rPr>
        <w:t xml:space="preserve">the </w:t>
      </w:r>
      <w:r w:rsidRPr="00771DC2">
        <w:rPr>
          <w:rFonts w:ascii="Garamond" w:hAnsi="Garamond"/>
        </w:rPr>
        <w:t>sabbath into the fabric of creation. Not because He was tired after six days (the omnipotent God doesn</w:t>
      </w:r>
      <w:r w:rsidR="00F54DD7">
        <w:rPr>
          <w:rFonts w:ascii="Garamond" w:hAnsi="Garamond"/>
        </w:rPr>
        <w:t>’</w:t>
      </w:r>
      <w:r w:rsidRPr="00771DC2">
        <w:rPr>
          <w:rFonts w:ascii="Garamond" w:hAnsi="Garamond"/>
        </w:rPr>
        <w:t xml:space="preserve">t get tired), but because He knew we would need a rhythm of work and rest to stay </w:t>
      </w:r>
      <w:proofErr w:type="spellStart"/>
      <w:r w:rsidRPr="00771DC2">
        <w:rPr>
          <w:rFonts w:ascii="Garamond" w:hAnsi="Garamond"/>
        </w:rPr>
        <w:t>sane</w:t>
      </w:r>
      <w:proofErr w:type="spellEnd"/>
      <w:r w:rsidRPr="00771DC2">
        <w:rPr>
          <w:rFonts w:ascii="Garamond" w:hAnsi="Garamond"/>
        </w:rPr>
        <w:t>, healthy, and dependent on Him.</w:t>
      </w:r>
    </w:p>
    <w:p w14:paraId="5D617425" w14:textId="3E2D9ED7" w:rsidR="00F32FA7" w:rsidRPr="00771DC2" w:rsidRDefault="00000000" w:rsidP="00F54DD7">
      <w:pPr>
        <w:spacing w:line="336" w:lineRule="auto"/>
        <w:ind w:firstLine="284"/>
        <w:jc w:val="both"/>
        <w:rPr>
          <w:rFonts w:ascii="Garamond" w:hAnsi="Garamond"/>
        </w:rPr>
      </w:pPr>
      <w:r w:rsidRPr="00771DC2">
        <w:rPr>
          <w:rFonts w:ascii="Garamond" w:hAnsi="Garamond"/>
        </w:rPr>
        <w:lastRenderedPageBreak/>
        <w:t>Sabbath isn</w:t>
      </w:r>
      <w:r w:rsidR="00F54DD7">
        <w:rPr>
          <w:rFonts w:ascii="Garamond" w:hAnsi="Garamond"/>
        </w:rPr>
        <w:t>’</w:t>
      </w:r>
      <w:r w:rsidRPr="00771DC2">
        <w:rPr>
          <w:rFonts w:ascii="Garamond" w:hAnsi="Garamond"/>
        </w:rPr>
        <w:t>t just about taking a day off</w:t>
      </w:r>
      <w:r w:rsidR="00F54DD7">
        <w:rPr>
          <w:rFonts w:ascii="Garamond" w:hAnsi="Garamond"/>
        </w:rPr>
        <w:t xml:space="preserve">; </w:t>
      </w:r>
      <w:r w:rsidRPr="00771DC2">
        <w:rPr>
          <w:rFonts w:ascii="Garamond" w:hAnsi="Garamond"/>
        </w:rPr>
        <w:t>it</w:t>
      </w:r>
      <w:r w:rsidR="00F54DD7">
        <w:rPr>
          <w:rFonts w:ascii="Garamond" w:hAnsi="Garamond"/>
        </w:rPr>
        <w:t>’</w:t>
      </w:r>
      <w:r w:rsidRPr="00771DC2">
        <w:rPr>
          <w:rFonts w:ascii="Garamond" w:hAnsi="Garamond"/>
        </w:rPr>
        <w:t>s about remembering who God is and who you</w:t>
      </w:r>
      <w:r w:rsidR="00F54DD7">
        <w:rPr>
          <w:rFonts w:ascii="Garamond" w:hAnsi="Garamond"/>
        </w:rPr>
        <w:t>’</w:t>
      </w:r>
      <w:r w:rsidRPr="00771DC2">
        <w:rPr>
          <w:rFonts w:ascii="Garamond" w:hAnsi="Garamond"/>
        </w:rPr>
        <w:t>re not.</w:t>
      </w:r>
      <w:r w:rsidR="00F54DD7">
        <w:rPr>
          <w:rFonts w:ascii="Garamond" w:hAnsi="Garamond"/>
        </w:rPr>
        <w:t xml:space="preserve"> </w:t>
      </w:r>
      <w:r w:rsidRPr="00771DC2">
        <w:rPr>
          <w:rFonts w:ascii="Garamond" w:hAnsi="Garamond"/>
        </w:rPr>
        <w:t>You</w:t>
      </w:r>
      <w:r w:rsidR="00F54DD7">
        <w:rPr>
          <w:rFonts w:ascii="Garamond" w:hAnsi="Garamond"/>
        </w:rPr>
        <w:t>’</w:t>
      </w:r>
      <w:r w:rsidRPr="00771DC2">
        <w:rPr>
          <w:rFonts w:ascii="Garamond" w:hAnsi="Garamond"/>
        </w:rPr>
        <w:t>re not God. You don</w:t>
      </w:r>
      <w:r w:rsidR="0033263C">
        <w:rPr>
          <w:rFonts w:ascii="Garamond" w:hAnsi="Garamond"/>
        </w:rPr>
        <w:t>’</w:t>
      </w:r>
      <w:r w:rsidRPr="00771DC2">
        <w:rPr>
          <w:rFonts w:ascii="Garamond" w:hAnsi="Garamond"/>
        </w:rPr>
        <w:t>t hold the universe together. You</w:t>
      </w:r>
      <w:r w:rsidR="0033263C">
        <w:rPr>
          <w:rFonts w:ascii="Garamond" w:hAnsi="Garamond"/>
        </w:rPr>
        <w:t>’</w:t>
      </w:r>
      <w:r w:rsidRPr="00771DC2">
        <w:rPr>
          <w:rFonts w:ascii="Garamond" w:hAnsi="Garamond"/>
        </w:rPr>
        <w:t>re not responsible for everyone</w:t>
      </w:r>
      <w:r w:rsidR="00F54DD7">
        <w:rPr>
          <w:rFonts w:ascii="Garamond" w:hAnsi="Garamond"/>
        </w:rPr>
        <w:t>’</w:t>
      </w:r>
      <w:r w:rsidRPr="00771DC2">
        <w:rPr>
          <w:rFonts w:ascii="Garamond" w:hAnsi="Garamond"/>
        </w:rPr>
        <w:t>s happiness, healing, or salvation. You</w:t>
      </w:r>
      <w:r w:rsidR="0033263C">
        <w:rPr>
          <w:rFonts w:ascii="Garamond" w:hAnsi="Garamond"/>
        </w:rPr>
        <w:t>’</w:t>
      </w:r>
      <w:r w:rsidRPr="00771DC2">
        <w:rPr>
          <w:rFonts w:ascii="Garamond" w:hAnsi="Garamond"/>
        </w:rPr>
        <w:t xml:space="preserve">re a beloved child invited to work with your </w:t>
      </w:r>
      <w:proofErr w:type="gramStart"/>
      <w:r w:rsidRPr="00771DC2">
        <w:rPr>
          <w:rFonts w:ascii="Garamond" w:hAnsi="Garamond"/>
        </w:rPr>
        <w:t>Father</w:t>
      </w:r>
      <w:proofErr w:type="gramEnd"/>
      <w:r w:rsidRPr="00771DC2">
        <w:rPr>
          <w:rFonts w:ascii="Garamond" w:hAnsi="Garamond"/>
        </w:rPr>
        <w:t>, not a slave trying to earn freedom.</w:t>
      </w:r>
    </w:p>
    <w:p w14:paraId="7EB18AC7" w14:textId="77777777" w:rsidR="00F32FA7" w:rsidRPr="0033263C" w:rsidRDefault="00000000" w:rsidP="0033263C">
      <w:pPr>
        <w:pStyle w:val="Heading2"/>
        <w:spacing w:line="336" w:lineRule="auto"/>
        <w:ind w:firstLine="284"/>
        <w:jc w:val="center"/>
        <w:rPr>
          <w:rFonts w:ascii="Garamond" w:hAnsi="Garamond"/>
          <w:sz w:val="24"/>
          <w:szCs w:val="24"/>
        </w:rPr>
      </w:pPr>
      <w:r w:rsidRPr="0033263C">
        <w:rPr>
          <w:rFonts w:ascii="Garamond" w:hAnsi="Garamond"/>
          <w:sz w:val="24"/>
          <w:szCs w:val="24"/>
        </w:rPr>
        <w:t>The Discipline of Stillness</w:t>
      </w:r>
    </w:p>
    <w:p w14:paraId="7C25DE3D" w14:textId="597B32A5" w:rsidR="00F32FA7" w:rsidRPr="00771DC2" w:rsidRDefault="0033263C" w:rsidP="0032685B">
      <w:pPr>
        <w:spacing w:after="0" w:line="336" w:lineRule="auto"/>
        <w:ind w:firstLine="284"/>
        <w:jc w:val="both"/>
        <w:rPr>
          <w:rFonts w:ascii="Garamond" w:hAnsi="Garamond"/>
        </w:rPr>
      </w:pPr>
      <w:r>
        <w:rPr>
          <w:rFonts w:ascii="Garamond" w:hAnsi="Garamond"/>
        </w:rPr>
        <w:t>The idea</w:t>
      </w:r>
      <w:r w:rsidR="0032685B">
        <w:rPr>
          <w:rFonts w:ascii="Garamond" w:hAnsi="Garamond"/>
        </w:rPr>
        <w:t xml:space="preserve"> of slowing down terrifies most Christians, because they </w:t>
      </w:r>
      <w:r>
        <w:rPr>
          <w:rFonts w:ascii="Garamond" w:hAnsi="Garamond"/>
        </w:rPr>
        <w:t>seem so unrealistic</w:t>
      </w:r>
      <w:r w:rsidR="0032685B">
        <w:rPr>
          <w:rFonts w:ascii="Garamond" w:hAnsi="Garamond"/>
        </w:rPr>
        <w:t>. This is because they raise a lot of questions of what if.</w:t>
      </w:r>
    </w:p>
    <w:p w14:paraId="53CBC45E" w14:textId="56F7EB19" w:rsidR="00F32FA7" w:rsidRPr="00771DC2" w:rsidRDefault="00000000" w:rsidP="0032685B">
      <w:pPr>
        <w:spacing w:after="0" w:line="336" w:lineRule="auto"/>
        <w:ind w:firstLine="284"/>
        <w:jc w:val="both"/>
        <w:rPr>
          <w:rFonts w:ascii="Garamond" w:hAnsi="Garamond"/>
        </w:rPr>
      </w:pPr>
      <w:r w:rsidRPr="00771DC2">
        <w:rPr>
          <w:rFonts w:ascii="Garamond" w:hAnsi="Garamond"/>
        </w:rPr>
        <w:t>What if you miss an opportunity? What if someone needs you? What if you fall behind? What if people think you</w:t>
      </w:r>
      <w:r w:rsidR="0033263C">
        <w:rPr>
          <w:rFonts w:ascii="Garamond" w:hAnsi="Garamond"/>
        </w:rPr>
        <w:t>’</w:t>
      </w:r>
      <w:r w:rsidRPr="00771DC2">
        <w:rPr>
          <w:rFonts w:ascii="Garamond" w:hAnsi="Garamond"/>
        </w:rPr>
        <w:t>re lazy?</w:t>
      </w:r>
    </w:p>
    <w:p w14:paraId="4B392DE1" w14:textId="03F6BDAD" w:rsidR="00F32FA7" w:rsidRPr="00771DC2" w:rsidRDefault="00000000" w:rsidP="0032685B">
      <w:pPr>
        <w:spacing w:after="0" w:line="336" w:lineRule="auto"/>
        <w:ind w:firstLine="284"/>
        <w:jc w:val="both"/>
        <w:rPr>
          <w:rFonts w:ascii="Garamond" w:hAnsi="Garamond"/>
        </w:rPr>
      </w:pPr>
      <w:r w:rsidRPr="00771DC2">
        <w:rPr>
          <w:rFonts w:ascii="Garamond" w:hAnsi="Garamond"/>
        </w:rPr>
        <w:t>These fears reveal how deeply we</w:t>
      </w:r>
      <w:r w:rsidR="0032685B">
        <w:rPr>
          <w:rFonts w:ascii="Garamond" w:hAnsi="Garamond"/>
        </w:rPr>
        <w:t>’</w:t>
      </w:r>
      <w:r w:rsidRPr="00771DC2">
        <w:rPr>
          <w:rFonts w:ascii="Garamond" w:hAnsi="Garamond"/>
        </w:rPr>
        <w:t>ve been formed by a culture that equates busyness with importance, activity with spirituality, and exhaustion with faithfulness.</w:t>
      </w:r>
    </w:p>
    <w:p w14:paraId="6BA1E182" w14:textId="34D7DB62" w:rsidR="00F32FA7" w:rsidRPr="00771DC2" w:rsidRDefault="00000000" w:rsidP="0032685B">
      <w:pPr>
        <w:spacing w:after="0" w:line="336" w:lineRule="auto"/>
        <w:ind w:firstLine="284"/>
        <w:jc w:val="both"/>
        <w:rPr>
          <w:rFonts w:ascii="Garamond" w:hAnsi="Garamond"/>
        </w:rPr>
      </w:pPr>
      <w:r w:rsidRPr="00771DC2">
        <w:rPr>
          <w:rFonts w:ascii="Garamond" w:hAnsi="Garamond"/>
        </w:rPr>
        <w:t>But what if the most spiritual thing you could do today is sit still?</w:t>
      </w:r>
      <w:r w:rsidR="0032685B">
        <w:rPr>
          <w:rFonts w:ascii="Garamond" w:hAnsi="Garamond"/>
        </w:rPr>
        <w:t xml:space="preserve"> Observe your breath and let the body relax.</w:t>
      </w:r>
      <w:r w:rsidRPr="00771DC2">
        <w:rPr>
          <w:rFonts w:ascii="Garamond" w:hAnsi="Garamond"/>
        </w:rPr>
        <w:t xml:space="preserve"> What if the most productive thing you could do is pray? What if the most important thing you could do is nothing?</w:t>
      </w:r>
    </w:p>
    <w:p w14:paraId="3C553116" w14:textId="7FF55BDE" w:rsidR="00F32FA7" w:rsidRPr="00771DC2" w:rsidRDefault="00000000" w:rsidP="0032685B">
      <w:pPr>
        <w:spacing w:after="0" w:line="336" w:lineRule="auto"/>
        <w:ind w:firstLine="284"/>
        <w:jc w:val="both"/>
        <w:rPr>
          <w:rFonts w:ascii="Garamond" w:hAnsi="Garamond"/>
        </w:rPr>
      </w:pPr>
      <w:r w:rsidRPr="00771DC2">
        <w:rPr>
          <w:rFonts w:ascii="Garamond" w:hAnsi="Garamond"/>
        </w:rPr>
        <w:t>This isn</w:t>
      </w:r>
      <w:r w:rsidR="0032685B">
        <w:rPr>
          <w:rFonts w:ascii="Garamond" w:hAnsi="Garamond"/>
        </w:rPr>
        <w:t>’</w:t>
      </w:r>
      <w:r w:rsidRPr="00771DC2">
        <w:rPr>
          <w:rFonts w:ascii="Garamond" w:hAnsi="Garamond"/>
        </w:rPr>
        <w:t>t about becoming lazy or irresponsible. It</w:t>
      </w:r>
      <w:r w:rsidR="0032685B">
        <w:rPr>
          <w:rFonts w:ascii="Garamond" w:hAnsi="Garamond"/>
        </w:rPr>
        <w:t>’</w:t>
      </w:r>
      <w:r w:rsidRPr="00771DC2">
        <w:rPr>
          <w:rFonts w:ascii="Garamond" w:hAnsi="Garamond"/>
        </w:rPr>
        <w:t>s about learning to work from rest instead of resting from work. It</w:t>
      </w:r>
      <w:r w:rsidR="0032685B">
        <w:rPr>
          <w:rFonts w:ascii="Garamond" w:hAnsi="Garamond"/>
        </w:rPr>
        <w:t>’</w:t>
      </w:r>
      <w:r w:rsidRPr="00771DC2">
        <w:rPr>
          <w:rFonts w:ascii="Garamond" w:hAnsi="Garamond"/>
        </w:rPr>
        <w:t xml:space="preserve">s </w:t>
      </w:r>
      <w:r w:rsidRPr="00771DC2">
        <w:rPr>
          <w:rFonts w:ascii="Garamond" w:hAnsi="Garamond"/>
        </w:rPr>
        <w:lastRenderedPageBreak/>
        <w:t>about discovering that your identity isn</w:t>
      </w:r>
      <w:r w:rsidR="0032685B">
        <w:rPr>
          <w:rFonts w:ascii="Garamond" w:hAnsi="Garamond"/>
        </w:rPr>
        <w:t>’</w:t>
      </w:r>
      <w:r w:rsidRPr="00771DC2">
        <w:rPr>
          <w:rFonts w:ascii="Garamond" w:hAnsi="Garamond"/>
        </w:rPr>
        <w:t>t your activity, your worth isn</w:t>
      </w:r>
      <w:r w:rsidR="0032685B">
        <w:rPr>
          <w:rFonts w:ascii="Garamond" w:hAnsi="Garamond"/>
        </w:rPr>
        <w:t>’</w:t>
      </w:r>
      <w:r w:rsidRPr="00771DC2">
        <w:rPr>
          <w:rFonts w:ascii="Garamond" w:hAnsi="Garamond"/>
        </w:rPr>
        <w:t>t your work, and your value isn</w:t>
      </w:r>
      <w:r w:rsidR="0032685B">
        <w:rPr>
          <w:rFonts w:ascii="Garamond" w:hAnsi="Garamond"/>
        </w:rPr>
        <w:t>’</w:t>
      </w:r>
      <w:r w:rsidRPr="00771DC2">
        <w:rPr>
          <w:rFonts w:ascii="Garamond" w:hAnsi="Garamond"/>
        </w:rPr>
        <w:t>t your productivity.</w:t>
      </w:r>
    </w:p>
    <w:p w14:paraId="2B48F262" w14:textId="7F36BCA6" w:rsidR="00F32FA7" w:rsidRPr="00771DC2" w:rsidRDefault="00000000" w:rsidP="005C1C4D">
      <w:pPr>
        <w:spacing w:after="0" w:line="336" w:lineRule="auto"/>
        <w:ind w:firstLine="284"/>
        <w:jc w:val="both"/>
        <w:rPr>
          <w:rFonts w:ascii="Garamond" w:hAnsi="Garamond"/>
        </w:rPr>
      </w:pPr>
      <w:r w:rsidRPr="00771DC2">
        <w:rPr>
          <w:rFonts w:ascii="Garamond" w:hAnsi="Garamond"/>
        </w:rPr>
        <w:t>The discipline of stillness teaches us that God is more interested in our hearts than our hustle. He</w:t>
      </w:r>
      <w:r w:rsidR="005C1C4D">
        <w:rPr>
          <w:rFonts w:ascii="Garamond" w:hAnsi="Garamond"/>
        </w:rPr>
        <w:t>’</w:t>
      </w:r>
      <w:r w:rsidRPr="00771DC2">
        <w:rPr>
          <w:rFonts w:ascii="Garamond" w:hAnsi="Garamond"/>
        </w:rPr>
        <w:t>d rather have five minutes of authentic connection than five hours of distracted service. He</w:t>
      </w:r>
      <w:r w:rsidR="005C1C4D">
        <w:rPr>
          <w:rFonts w:ascii="Garamond" w:hAnsi="Garamond"/>
        </w:rPr>
        <w:t>’</w:t>
      </w:r>
      <w:r w:rsidRPr="00771DC2">
        <w:rPr>
          <w:rFonts w:ascii="Garamond" w:hAnsi="Garamond"/>
        </w:rPr>
        <w:t>d rather have you present than perfect, available than accomplished.</w:t>
      </w:r>
    </w:p>
    <w:p w14:paraId="288767D4" w14:textId="3F3380FA" w:rsidR="00F32FA7" w:rsidRPr="00771DC2" w:rsidRDefault="00000000" w:rsidP="005C1C4D">
      <w:pPr>
        <w:spacing w:after="0" w:line="336" w:lineRule="auto"/>
        <w:ind w:firstLine="284"/>
        <w:jc w:val="both"/>
        <w:rPr>
          <w:rFonts w:ascii="Garamond" w:hAnsi="Garamond"/>
        </w:rPr>
      </w:pPr>
      <w:r w:rsidRPr="00771DC2">
        <w:rPr>
          <w:rFonts w:ascii="Garamond" w:hAnsi="Garamond"/>
        </w:rPr>
        <w:t>Mary understood this. While Martha was busy in the kitchen, Mary was busy at Jesus</w:t>
      </w:r>
      <w:r w:rsidR="005C1C4D">
        <w:rPr>
          <w:rFonts w:ascii="Garamond" w:hAnsi="Garamond"/>
        </w:rPr>
        <w:t>’</w:t>
      </w:r>
      <w:r w:rsidRPr="00771DC2">
        <w:rPr>
          <w:rFonts w:ascii="Garamond" w:hAnsi="Garamond"/>
        </w:rPr>
        <w:t xml:space="preserve"> feet. While Martha was focused on the meal, Mary was focused on the Master. While Martha was serving out of anxiety, Mary was serving out of attention.</w:t>
      </w:r>
    </w:p>
    <w:p w14:paraId="6DA6FBC4" w14:textId="77777777" w:rsidR="00F32FA7" w:rsidRPr="00771DC2" w:rsidRDefault="00000000" w:rsidP="005C1C4D">
      <w:pPr>
        <w:spacing w:after="0" w:line="336" w:lineRule="auto"/>
        <w:ind w:firstLine="284"/>
        <w:rPr>
          <w:rFonts w:ascii="Garamond" w:hAnsi="Garamond"/>
        </w:rPr>
      </w:pPr>
      <w:r w:rsidRPr="00771DC2">
        <w:rPr>
          <w:rFonts w:ascii="Garamond" w:hAnsi="Garamond"/>
        </w:rPr>
        <w:t>And Jesus said Mary chose the better part.</w:t>
      </w:r>
    </w:p>
    <w:p w14:paraId="3A15808B" w14:textId="77777777" w:rsidR="00F32FA7" w:rsidRPr="00771DC2" w:rsidRDefault="00000000" w:rsidP="005C1C4D">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Serving from Rest, Not Anxiety</w:t>
      </w:r>
    </w:p>
    <w:p w14:paraId="65F13587" w14:textId="1FF44A55" w:rsidR="00F32FA7" w:rsidRPr="00771DC2" w:rsidRDefault="00000000" w:rsidP="005C1C4D">
      <w:pPr>
        <w:spacing w:after="0" w:line="336" w:lineRule="auto"/>
        <w:ind w:firstLine="284"/>
        <w:jc w:val="both"/>
        <w:rPr>
          <w:rFonts w:ascii="Garamond" w:hAnsi="Garamond"/>
        </w:rPr>
      </w:pPr>
      <w:r w:rsidRPr="00771DC2">
        <w:rPr>
          <w:rFonts w:ascii="Garamond" w:hAnsi="Garamond"/>
        </w:rPr>
        <w:t>Here</w:t>
      </w:r>
      <w:r w:rsidR="005C1C4D">
        <w:rPr>
          <w:rFonts w:ascii="Garamond" w:hAnsi="Garamond"/>
        </w:rPr>
        <w:t>’</w:t>
      </w:r>
      <w:r w:rsidRPr="00771DC2">
        <w:rPr>
          <w:rFonts w:ascii="Garamond" w:hAnsi="Garamond"/>
        </w:rPr>
        <w:t>s what changes when you stop trying to impress God with your busyness:</w:t>
      </w:r>
    </w:p>
    <w:p w14:paraId="719F5E7F" w14:textId="77777777" w:rsidR="00F32FA7" w:rsidRPr="00771DC2" w:rsidRDefault="00000000" w:rsidP="005C1C4D">
      <w:pPr>
        <w:spacing w:after="0" w:line="336" w:lineRule="auto"/>
        <w:ind w:firstLine="284"/>
        <w:jc w:val="both"/>
        <w:rPr>
          <w:rFonts w:ascii="Garamond" w:hAnsi="Garamond"/>
        </w:rPr>
      </w:pPr>
      <w:r w:rsidRPr="00771DC2">
        <w:rPr>
          <w:rFonts w:ascii="Garamond" w:hAnsi="Garamond"/>
        </w:rPr>
        <w:t>Your service becomes sustainable instead of exhausting. You serve out of love, not obligation. You help people instead of trying to save them. You work with God instead of working for God.</w:t>
      </w:r>
    </w:p>
    <w:p w14:paraId="09F921E8" w14:textId="1642A13B" w:rsidR="00F32FA7" w:rsidRPr="00771DC2" w:rsidRDefault="00000000" w:rsidP="005C1C4D">
      <w:pPr>
        <w:spacing w:after="0" w:line="336" w:lineRule="auto"/>
        <w:ind w:firstLine="284"/>
        <w:jc w:val="both"/>
        <w:rPr>
          <w:rFonts w:ascii="Garamond" w:hAnsi="Garamond"/>
        </w:rPr>
      </w:pPr>
      <w:r w:rsidRPr="00771DC2">
        <w:rPr>
          <w:rFonts w:ascii="Garamond" w:hAnsi="Garamond"/>
        </w:rPr>
        <w:t>You stop checking your phone during prayer because you</w:t>
      </w:r>
      <w:r w:rsidR="005C1C4D">
        <w:rPr>
          <w:rFonts w:ascii="Garamond" w:hAnsi="Garamond"/>
        </w:rPr>
        <w:t>’</w:t>
      </w:r>
      <w:r w:rsidRPr="00771DC2">
        <w:rPr>
          <w:rFonts w:ascii="Garamond" w:hAnsi="Garamond"/>
        </w:rPr>
        <w:t xml:space="preserve">re not rushing to get to the </w:t>
      </w:r>
      <w:r w:rsidR="005C1C4D">
        <w:rPr>
          <w:rFonts w:ascii="Garamond" w:hAnsi="Garamond"/>
        </w:rPr>
        <w:t>“</w:t>
      </w:r>
      <w:r w:rsidRPr="00771DC2">
        <w:rPr>
          <w:rFonts w:ascii="Garamond" w:hAnsi="Garamond"/>
        </w:rPr>
        <w:t>real work.</w:t>
      </w:r>
      <w:r w:rsidR="005C1C4D">
        <w:rPr>
          <w:rFonts w:ascii="Garamond" w:hAnsi="Garamond"/>
        </w:rPr>
        <w:t>”</w:t>
      </w:r>
      <w:r w:rsidRPr="00771DC2">
        <w:rPr>
          <w:rFonts w:ascii="Garamond" w:hAnsi="Garamond"/>
        </w:rPr>
        <w:t xml:space="preserve"> You stop </w:t>
      </w:r>
      <w:r w:rsidRPr="00771DC2">
        <w:rPr>
          <w:rFonts w:ascii="Garamond" w:hAnsi="Garamond"/>
        </w:rPr>
        <w:lastRenderedPageBreak/>
        <w:t>multitasking during worship because you realize this is the real work.</w:t>
      </w:r>
    </w:p>
    <w:p w14:paraId="359666D2" w14:textId="40D0347E" w:rsidR="00F32FA7" w:rsidRPr="00771DC2" w:rsidRDefault="00000000" w:rsidP="005C1C4D">
      <w:pPr>
        <w:spacing w:after="0" w:line="336" w:lineRule="auto"/>
        <w:ind w:firstLine="284"/>
        <w:jc w:val="both"/>
        <w:rPr>
          <w:rFonts w:ascii="Garamond" w:hAnsi="Garamond"/>
        </w:rPr>
      </w:pPr>
      <w:r w:rsidRPr="00771DC2">
        <w:rPr>
          <w:rFonts w:ascii="Garamond" w:hAnsi="Garamond"/>
        </w:rPr>
        <w:t>You stop feeling guilty about rest because you understand that rest is an act of faith. You start saying no to good opportunities that aren</w:t>
      </w:r>
      <w:r w:rsidR="005C1C4D">
        <w:rPr>
          <w:rFonts w:ascii="Garamond" w:hAnsi="Garamond"/>
        </w:rPr>
        <w:t>’</w:t>
      </w:r>
      <w:r w:rsidRPr="00771DC2">
        <w:rPr>
          <w:rFonts w:ascii="Garamond" w:hAnsi="Garamond"/>
        </w:rPr>
        <w:t>t God</w:t>
      </w:r>
      <w:r w:rsidR="005C1C4D">
        <w:rPr>
          <w:rFonts w:ascii="Garamond" w:hAnsi="Garamond"/>
        </w:rPr>
        <w:t>’</w:t>
      </w:r>
      <w:r w:rsidRPr="00771DC2">
        <w:rPr>
          <w:rFonts w:ascii="Garamond" w:hAnsi="Garamond"/>
        </w:rPr>
        <w:t>s opportunities for you. You start serving your family instead of just serving at church. You start being present in conversations instead of thinking about what you need to do next.</w:t>
      </w:r>
    </w:p>
    <w:p w14:paraId="65F36033" w14:textId="77777777" w:rsidR="00F32FA7" w:rsidRPr="00771DC2" w:rsidRDefault="00000000" w:rsidP="005C1C4D">
      <w:pPr>
        <w:spacing w:after="0" w:line="336" w:lineRule="auto"/>
        <w:ind w:firstLine="284"/>
        <w:jc w:val="both"/>
        <w:rPr>
          <w:rFonts w:ascii="Garamond" w:hAnsi="Garamond"/>
        </w:rPr>
      </w:pPr>
      <w:r w:rsidRPr="00771DC2">
        <w:rPr>
          <w:rFonts w:ascii="Garamond" w:hAnsi="Garamond"/>
        </w:rPr>
        <w:t>You stop measuring your spiritual maturity by how busy you are and start measuring it by how peaceful you are. You stop equating faithfulness with exhaustion and start equating it with obedience.</w:t>
      </w:r>
    </w:p>
    <w:p w14:paraId="44BE8388" w14:textId="77777777" w:rsidR="00F32FA7" w:rsidRPr="00771DC2" w:rsidRDefault="00000000" w:rsidP="005C1C4D">
      <w:pPr>
        <w:spacing w:line="336" w:lineRule="auto"/>
        <w:ind w:firstLine="284"/>
        <w:jc w:val="both"/>
        <w:rPr>
          <w:rFonts w:ascii="Garamond" w:hAnsi="Garamond"/>
        </w:rPr>
      </w:pPr>
      <w:r w:rsidRPr="00771DC2">
        <w:rPr>
          <w:rFonts w:ascii="Garamond" w:hAnsi="Garamond"/>
        </w:rPr>
        <w:t>This is what it means to serve from rest instead of anxiety.</w:t>
      </w:r>
    </w:p>
    <w:p w14:paraId="5BC8CDAC" w14:textId="77777777" w:rsidR="00F32FA7" w:rsidRPr="005C1C4D" w:rsidRDefault="00000000" w:rsidP="005C1C4D">
      <w:pPr>
        <w:pStyle w:val="Heading2"/>
        <w:spacing w:line="336" w:lineRule="auto"/>
        <w:ind w:firstLine="284"/>
        <w:jc w:val="center"/>
        <w:rPr>
          <w:rFonts w:ascii="Garamond" w:hAnsi="Garamond"/>
          <w:sz w:val="24"/>
          <w:szCs w:val="24"/>
        </w:rPr>
      </w:pPr>
      <w:r w:rsidRPr="005C1C4D">
        <w:rPr>
          <w:rFonts w:ascii="Garamond" w:hAnsi="Garamond"/>
          <w:sz w:val="24"/>
          <w:szCs w:val="24"/>
        </w:rPr>
        <w:t>The Freedom of Enough</w:t>
      </w:r>
    </w:p>
    <w:p w14:paraId="41873473" w14:textId="3B6B1E7E" w:rsidR="00F32FA7" w:rsidRPr="00771DC2" w:rsidRDefault="00000000" w:rsidP="00184DE7">
      <w:pPr>
        <w:spacing w:after="0" w:line="336" w:lineRule="auto"/>
        <w:ind w:firstLine="284"/>
        <w:jc w:val="both"/>
        <w:rPr>
          <w:rFonts w:ascii="Garamond" w:hAnsi="Garamond"/>
        </w:rPr>
      </w:pPr>
      <w:r w:rsidRPr="00771DC2">
        <w:rPr>
          <w:rFonts w:ascii="Garamond" w:hAnsi="Garamond"/>
        </w:rPr>
        <w:t>When you stop trying to impress God with your hustle, you discover something beautiful: you</w:t>
      </w:r>
      <w:r w:rsidR="00184DE7">
        <w:rPr>
          <w:rFonts w:ascii="Garamond" w:hAnsi="Garamond"/>
        </w:rPr>
        <w:t>’</w:t>
      </w:r>
      <w:r w:rsidRPr="00771DC2">
        <w:rPr>
          <w:rFonts w:ascii="Garamond" w:hAnsi="Garamond"/>
        </w:rPr>
        <w:t>re already enough.</w:t>
      </w:r>
    </w:p>
    <w:p w14:paraId="7AF3E801" w14:textId="77777777" w:rsidR="00F32FA7" w:rsidRPr="00771DC2" w:rsidRDefault="00000000" w:rsidP="00FD13A4">
      <w:pPr>
        <w:spacing w:after="0" w:line="336" w:lineRule="auto"/>
        <w:ind w:firstLine="284"/>
        <w:jc w:val="both"/>
        <w:rPr>
          <w:rFonts w:ascii="Garamond" w:hAnsi="Garamond"/>
        </w:rPr>
      </w:pPr>
      <w:r w:rsidRPr="00771DC2">
        <w:rPr>
          <w:rFonts w:ascii="Garamond" w:hAnsi="Garamond"/>
        </w:rPr>
        <w:t>Not because of what you do, but because of who you are. Not because of your performance, but because of His presence. Not because of your productivity, but because of His love.</w:t>
      </w:r>
    </w:p>
    <w:p w14:paraId="7A187275" w14:textId="212F2AEC" w:rsidR="00F32FA7" w:rsidRPr="00771DC2" w:rsidRDefault="00000000" w:rsidP="00FD13A4">
      <w:pPr>
        <w:spacing w:after="0" w:line="336" w:lineRule="auto"/>
        <w:ind w:firstLine="284"/>
        <w:jc w:val="both"/>
        <w:rPr>
          <w:rFonts w:ascii="Garamond" w:hAnsi="Garamond"/>
        </w:rPr>
      </w:pPr>
      <w:r w:rsidRPr="00771DC2">
        <w:rPr>
          <w:rFonts w:ascii="Garamond" w:hAnsi="Garamond"/>
        </w:rPr>
        <w:t>This doesn</w:t>
      </w:r>
      <w:r w:rsidR="00184DE7">
        <w:rPr>
          <w:rFonts w:ascii="Garamond" w:hAnsi="Garamond"/>
        </w:rPr>
        <w:t>’</w:t>
      </w:r>
      <w:r w:rsidRPr="00771DC2">
        <w:rPr>
          <w:rFonts w:ascii="Garamond" w:hAnsi="Garamond"/>
        </w:rPr>
        <w:t>t make you lazy</w:t>
      </w:r>
      <w:r w:rsidR="00184DE7">
        <w:rPr>
          <w:rFonts w:ascii="Garamond" w:hAnsi="Garamond"/>
        </w:rPr>
        <w:t xml:space="preserve">; </w:t>
      </w:r>
      <w:r w:rsidRPr="00771DC2">
        <w:rPr>
          <w:rFonts w:ascii="Garamond" w:hAnsi="Garamond"/>
        </w:rPr>
        <w:t>it makes you free.</w:t>
      </w:r>
    </w:p>
    <w:p w14:paraId="16EBFBB3" w14:textId="77777777" w:rsidR="00F32FA7" w:rsidRPr="00771DC2" w:rsidRDefault="00000000" w:rsidP="00FD13A4">
      <w:pPr>
        <w:spacing w:after="0" w:line="336" w:lineRule="auto"/>
        <w:ind w:firstLine="284"/>
        <w:jc w:val="both"/>
        <w:rPr>
          <w:rFonts w:ascii="Garamond" w:hAnsi="Garamond"/>
        </w:rPr>
      </w:pPr>
      <w:r w:rsidRPr="00771DC2">
        <w:rPr>
          <w:rFonts w:ascii="Garamond" w:hAnsi="Garamond"/>
        </w:rPr>
        <w:lastRenderedPageBreak/>
        <w:t>Free to serve out of joy instead of obligation. Free to rest without guilt. Free to be present without anxiety. Free to choose the better part.</w:t>
      </w:r>
    </w:p>
    <w:p w14:paraId="565540BD" w14:textId="65086D74" w:rsidR="00F32FA7" w:rsidRPr="00771DC2" w:rsidRDefault="00000000" w:rsidP="00FD13A4">
      <w:pPr>
        <w:spacing w:line="336" w:lineRule="auto"/>
        <w:ind w:firstLine="284"/>
        <w:jc w:val="both"/>
        <w:rPr>
          <w:rFonts w:ascii="Garamond" w:hAnsi="Garamond"/>
        </w:rPr>
      </w:pPr>
      <w:r w:rsidRPr="00771DC2">
        <w:rPr>
          <w:rFonts w:ascii="Garamond" w:hAnsi="Garamond"/>
        </w:rPr>
        <w:t>The dishes will always be there. The to-do list will never be finished. The opportunities will keep coming.</w:t>
      </w:r>
      <w:r w:rsidR="00FD13A4">
        <w:rPr>
          <w:rFonts w:ascii="Garamond" w:hAnsi="Garamond"/>
        </w:rPr>
        <w:t xml:space="preserve"> </w:t>
      </w:r>
      <w:r w:rsidRPr="00771DC2">
        <w:rPr>
          <w:rFonts w:ascii="Garamond" w:hAnsi="Garamond"/>
        </w:rPr>
        <w:t>But this moment</w:t>
      </w:r>
      <w:r w:rsidR="00FD13A4">
        <w:rPr>
          <w:rFonts w:ascii="Garamond" w:hAnsi="Garamond"/>
        </w:rPr>
        <w:t xml:space="preserve">, </w:t>
      </w:r>
      <w:r w:rsidRPr="00771DC2">
        <w:rPr>
          <w:rFonts w:ascii="Garamond" w:hAnsi="Garamond"/>
        </w:rPr>
        <w:t>this chance to sit at Jesus</w:t>
      </w:r>
      <w:r w:rsidR="00FD13A4">
        <w:rPr>
          <w:rFonts w:ascii="Garamond" w:hAnsi="Garamond"/>
        </w:rPr>
        <w:t>’</w:t>
      </w:r>
      <w:r w:rsidRPr="00771DC2">
        <w:rPr>
          <w:rFonts w:ascii="Garamond" w:hAnsi="Garamond"/>
        </w:rPr>
        <w:t xml:space="preserve"> feet, to listen to His voice, to be present with the God who loves you</w:t>
      </w:r>
      <w:r w:rsidR="00FD13A4">
        <w:rPr>
          <w:rFonts w:ascii="Garamond" w:hAnsi="Garamond"/>
        </w:rPr>
        <w:t xml:space="preserve">, </w:t>
      </w:r>
      <w:r w:rsidRPr="00771DC2">
        <w:rPr>
          <w:rFonts w:ascii="Garamond" w:hAnsi="Garamond"/>
        </w:rPr>
        <w:t>this moment is sacred.</w:t>
      </w:r>
    </w:p>
    <w:p w14:paraId="1FA16383" w14:textId="3298D03F" w:rsidR="00F32FA7" w:rsidRPr="00771DC2" w:rsidRDefault="00000000" w:rsidP="00FD13A4">
      <w:pPr>
        <w:spacing w:after="0" w:line="336" w:lineRule="auto"/>
        <w:ind w:firstLine="284"/>
        <w:jc w:val="both"/>
        <w:rPr>
          <w:rFonts w:ascii="Garamond" w:hAnsi="Garamond"/>
        </w:rPr>
      </w:pPr>
      <w:r w:rsidRPr="00771DC2">
        <w:rPr>
          <w:rFonts w:ascii="Garamond" w:hAnsi="Garamond"/>
        </w:rPr>
        <w:t>Don</w:t>
      </w:r>
      <w:r w:rsidR="00FD13A4">
        <w:rPr>
          <w:rFonts w:ascii="Garamond" w:hAnsi="Garamond"/>
        </w:rPr>
        <w:t>’</w:t>
      </w:r>
      <w:r w:rsidRPr="00771DC2">
        <w:rPr>
          <w:rFonts w:ascii="Garamond" w:hAnsi="Garamond"/>
        </w:rPr>
        <w:t>t miss Jesus while serving Him. Don</w:t>
      </w:r>
      <w:r w:rsidR="00FD13A4">
        <w:rPr>
          <w:rFonts w:ascii="Garamond" w:hAnsi="Garamond"/>
        </w:rPr>
        <w:t>’</w:t>
      </w:r>
      <w:r w:rsidRPr="00771DC2">
        <w:rPr>
          <w:rFonts w:ascii="Garamond" w:hAnsi="Garamond"/>
        </w:rPr>
        <w:t>t sacrifice the better part for the busy part. Don't let your hustle crowd out your heart.</w:t>
      </w:r>
    </w:p>
    <w:p w14:paraId="0D734BB2" w14:textId="5F2409D0" w:rsidR="00F32FA7" w:rsidRPr="00771DC2" w:rsidRDefault="00000000" w:rsidP="00FD13A4">
      <w:pPr>
        <w:spacing w:after="0" w:line="336" w:lineRule="auto"/>
        <w:ind w:firstLine="284"/>
        <w:rPr>
          <w:rFonts w:ascii="Garamond" w:hAnsi="Garamond"/>
        </w:rPr>
      </w:pPr>
      <w:r w:rsidRPr="00771DC2">
        <w:rPr>
          <w:rFonts w:ascii="Garamond" w:hAnsi="Garamond"/>
        </w:rPr>
        <w:t>God doesn</w:t>
      </w:r>
      <w:r w:rsidR="00FD13A4">
        <w:rPr>
          <w:rFonts w:ascii="Garamond" w:hAnsi="Garamond"/>
        </w:rPr>
        <w:t>’</w:t>
      </w:r>
      <w:r w:rsidRPr="00771DC2">
        <w:rPr>
          <w:rFonts w:ascii="Garamond" w:hAnsi="Garamond"/>
        </w:rPr>
        <w:t>t need your perfect performance. He wants your imperfect presence. He doesn</w:t>
      </w:r>
      <w:r w:rsidR="00FD13A4">
        <w:rPr>
          <w:rFonts w:ascii="Garamond" w:hAnsi="Garamond"/>
        </w:rPr>
        <w:t>’</w:t>
      </w:r>
      <w:r w:rsidRPr="00771DC2">
        <w:rPr>
          <w:rFonts w:ascii="Garamond" w:hAnsi="Garamond"/>
        </w:rPr>
        <w:t>t need your exhaustion. He wants your attention. He doesn</w:t>
      </w:r>
      <w:r w:rsidR="00FD13A4">
        <w:rPr>
          <w:rFonts w:ascii="Garamond" w:hAnsi="Garamond"/>
        </w:rPr>
        <w:t>’</w:t>
      </w:r>
      <w:r w:rsidRPr="00771DC2">
        <w:rPr>
          <w:rFonts w:ascii="Garamond" w:hAnsi="Garamond"/>
        </w:rPr>
        <w:t>t need your hustle. He wants your heart.</w:t>
      </w:r>
    </w:p>
    <w:p w14:paraId="1B2B9A7F" w14:textId="77777777" w:rsidR="00F32FA7" w:rsidRPr="00771DC2" w:rsidRDefault="00000000" w:rsidP="00FD13A4">
      <w:pPr>
        <w:pStyle w:val="Heading2"/>
        <w:spacing w:before="0" w:after="0" w:line="336" w:lineRule="auto"/>
        <w:ind w:firstLine="284"/>
        <w:jc w:val="center"/>
        <w:rPr>
          <w:rFonts w:ascii="Garamond" w:hAnsi="Garamond"/>
          <w:sz w:val="22"/>
          <w:szCs w:val="22"/>
        </w:rPr>
      </w:pPr>
      <w:r w:rsidRPr="00771DC2">
        <w:rPr>
          <w:rFonts w:ascii="Garamond" w:hAnsi="Garamond"/>
          <w:sz w:val="22"/>
          <w:szCs w:val="22"/>
        </w:rPr>
        <w:t>The Challenge</w:t>
      </w:r>
    </w:p>
    <w:p w14:paraId="1A606EEC" w14:textId="48AAC328" w:rsidR="00F32FA7" w:rsidRPr="00771DC2" w:rsidRDefault="00000000" w:rsidP="0078657D">
      <w:pPr>
        <w:spacing w:after="0" w:line="336" w:lineRule="auto"/>
        <w:ind w:firstLine="284"/>
        <w:jc w:val="both"/>
        <w:rPr>
          <w:rFonts w:ascii="Garamond" w:hAnsi="Garamond"/>
        </w:rPr>
      </w:pPr>
      <w:r w:rsidRPr="00771DC2">
        <w:rPr>
          <w:rFonts w:ascii="Garamond" w:hAnsi="Garamond"/>
        </w:rPr>
        <w:t>Take one day to truly rest. Turn off your phone, cancel your plans, and spend time simply being present with God.</w:t>
      </w:r>
      <w:r w:rsidR="0078657D">
        <w:rPr>
          <w:rFonts w:ascii="Garamond" w:hAnsi="Garamond"/>
        </w:rPr>
        <w:t xml:space="preserve"> </w:t>
      </w:r>
      <w:r w:rsidRPr="00771DC2">
        <w:rPr>
          <w:rFonts w:ascii="Garamond" w:hAnsi="Garamond"/>
        </w:rPr>
        <w:t>Notice what anxieties come up when you stop producing, and surrender them to Him.</w:t>
      </w:r>
    </w:p>
    <w:p w14:paraId="008C0AD0" w14:textId="4069CC7E" w:rsidR="00F32FA7" w:rsidRPr="00771DC2" w:rsidRDefault="00000000" w:rsidP="0078657D">
      <w:pPr>
        <w:spacing w:line="336" w:lineRule="auto"/>
        <w:ind w:firstLine="284"/>
        <w:jc w:val="both"/>
        <w:rPr>
          <w:rFonts w:ascii="Garamond" w:hAnsi="Garamond"/>
        </w:rPr>
      </w:pPr>
      <w:r w:rsidRPr="00771DC2">
        <w:rPr>
          <w:rFonts w:ascii="Garamond" w:hAnsi="Garamond"/>
        </w:rPr>
        <w:t xml:space="preserve">Ask yourself: </w:t>
      </w:r>
      <w:r w:rsidR="00FD13A4">
        <w:rPr>
          <w:rFonts w:ascii="Garamond" w:hAnsi="Garamond"/>
        </w:rPr>
        <w:t>“</w:t>
      </w:r>
      <w:r w:rsidRPr="00771DC2">
        <w:rPr>
          <w:rFonts w:ascii="Garamond" w:hAnsi="Garamond"/>
        </w:rPr>
        <w:t>What would change if I truly believed God doesn</w:t>
      </w:r>
      <w:r w:rsidR="0078657D">
        <w:rPr>
          <w:rFonts w:ascii="Garamond" w:hAnsi="Garamond"/>
        </w:rPr>
        <w:t>’</w:t>
      </w:r>
      <w:r w:rsidRPr="00771DC2">
        <w:rPr>
          <w:rFonts w:ascii="Garamond" w:hAnsi="Garamond"/>
        </w:rPr>
        <w:t>t need my hustle?</w:t>
      </w:r>
      <w:r w:rsidR="0078657D">
        <w:rPr>
          <w:rFonts w:ascii="Garamond" w:hAnsi="Garamond"/>
        </w:rPr>
        <w:t>”</w:t>
      </w:r>
    </w:p>
    <w:p w14:paraId="7748AF4D" w14:textId="3A7A1D8D" w:rsidR="0078657D" w:rsidRDefault="00000000" w:rsidP="0078657D">
      <w:pPr>
        <w:spacing w:line="336" w:lineRule="auto"/>
        <w:ind w:firstLine="284"/>
        <w:jc w:val="center"/>
        <w:rPr>
          <w:rFonts w:ascii="Garamond" w:hAnsi="Garamond"/>
        </w:rPr>
      </w:pPr>
      <w:r w:rsidRPr="00771DC2">
        <w:rPr>
          <w:rFonts w:ascii="Garamond" w:hAnsi="Garamond"/>
        </w:rPr>
        <w:lastRenderedPageBreak/>
        <w:t>Remember:</w:t>
      </w:r>
    </w:p>
    <w:p w14:paraId="17876E16" w14:textId="47CF504F" w:rsidR="00F32FA7" w:rsidRPr="0078657D" w:rsidRDefault="00000000" w:rsidP="0078657D">
      <w:pPr>
        <w:spacing w:line="336" w:lineRule="auto"/>
        <w:ind w:firstLine="284"/>
        <w:jc w:val="center"/>
        <w:rPr>
          <w:rFonts w:ascii="Garamond" w:hAnsi="Garamond"/>
          <w:i/>
          <w:iCs/>
        </w:rPr>
      </w:pPr>
      <w:r w:rsidRPr="0078657D">
        <w:rPr>
          <w:rFonts w:ascii="Garamond" w:hAnsi="Garamond"/>
          <w:i/>
          <w:iCs/>
        </w:rPr>
        <w:t>Jesus didn</w:t>
      </w:r>
      <w:r w:rsidR="0078657D" w:rsidRPr="0078657D">
        <w:rPr>
          <w:rFonts w:ascii="Garamond" w:hAnsi="Garamond"/>
          <w:i/>
          <w:iCs/>
        </w:rPr>
        <w:t>’</w:t>
      </w:r>
      <w:r w:rsidRPr="0078657D">
        <w:rPr>
          <w:rFonts w:ascii="Garamond" w:hAnsi="Garamond"/>
          <w:i/>
          <w:iCs/>
        </w:rPr>
        <w:t>t call you to burn out for Him. He called you to abide in Him. There</w:t>
      </w:r>
      <w:r w:rsidR="0078657D" w:rsidRPr="0078657D">
        <w:rPr>
          <w:rFonts w:ascii="Garamond" w:hAnsi="Garamond"/>
          <w:i/>
          <w:iCs/>
        </w:rPr>
        <w:t>’</w:t>
      </w:r>
      <w:r w:rsidRPr="0078657D">
        <w:rPr>
          <w:rFonts w:ascii="Garamond" w:hAnsi="Garamond"/>
          <w:i/>
          <w:iCs/>
        </w:rPr>
        <w:t>s a difference, and it changes everything.</w:t>
      </w:r>
    </w:p>
    <w:p w14:paraId="4196EF07" w14:textId="4F95730C" w:rsidR="00F32FA7" w:rsidRDefault="00F32FA7" w:rsidP="00E82982">
      <w:pPr>
        <w:spacing w:line="336" w:lineRule="auto"/>
        <w:ind w:firstLine="284"/>
        <w:rPr>
          <w:rFonts w:ascii="Garamond" w:hAnsi="Garamond"/>
        </w:rPr>
      </w:pPr>
    </w:p>
    <w:p w14:paraId="336B6867" w14:textId="3A91177A" w:rsidR="0078657D" w:rsidRDefault="0078657D" w:rsidP="00E82982">
      <w:pPr>
        <w:spacing w:line="336" w:lineRule="auto"/>
        <w:ind w:firstLine="284"/>
        <w:rPr>
          <w:rFonts w:ascii="Garamond" w:hAnsi="Garamond"/>
        </w:rPr>
      </w:pPr>
    </w:p>
    <w:p w14:paraId="14591858" w14:textId="77777777" w:rsidR="0078657D" w:rsidRPr="00771DC2" w:rsidRDefault="0078657D" w:rsidP="00E82982">
      <w:pPr>
        <w:spacing w:line="336" w:lineRule="auto"/>
        <w:ind w:firstLine="284"/>
        <w:rPr>
          <w:rFonts w:ascii="Garamond" w:hAnsi="Garamond"/>
        </w:rPr>
      </w:pPr>
    </w:p>
    <w:p w14:paraId="147ED59B" w14:textId="60D56470" w:rsidR="0078657D" w:rsidRDefault="00000000" w:rsidP="0078657D">
      <w:pPr>
        <w:pStyle w:val="ChapterTitle"/>
        <w:spacing w:line="336" w:lineRule="auto"/>
        <w:ind w:firstLine="284"/>
        <w:jc w:val="center"/>
        <w:rPr>
          <w:rFonts w:ascii="Garamond" w:hAnsi="Garamond"/>
          <w:sz w:val="22"/>
        </w:rPr>
      </w:pPr>
      <w:r w:rsidRPr="00771DC2">
        <w:rPr>
          <w:rFonts w:ascii="Garamond" w:hAnsi="Garamond"/>
          <w:sz w:val="22"/>
        </w:rPr>
        <w:t>PART TWO:</w:t>
      </w:r>
    </w:p>
    <w:p w14:paraId="3B2E899B" w14:textId="757B0150" w:rsidR="00F32FA7" w:rsidRDefault="00000000" w:rsidP="0078657D">
      <w:pPr>
        <w:pStyle w:val="ChapterTitle"/>
        <w:spacing w:line="336" w:lineRule="auto"/>
        <w:ind w:firstLine="284"/>
        <w:jc w:val="center"/>
        <w:rPr>
          <w:rFonts w:ascii="Garamond" w:hAnsi="Garamond"/>
          <w:sz w:val="22"/>
        </w:rPr>
      </w:pPr>
      <w:r w:rsidRPr="00771DC2">
        <w:rPr>
          <w:rFonts w:ascii="Garamond" w:hAnsi="Garamond"/>
          <w:sz w:val="22"/>
        </w:rPr>
        <w:t>CARRYING WHAT</w:t>
      </w:r>
      <w:r w:rsidR="0078657D">
        <w:rPr>
          <w:rFonts w:ascii="Garamond" w:hAnsi="Garamond"/>
          <w:sz w:val="22"/>
        </w:rPr>
        <w:t>’</w:t>
      </w:r>
      <w:r w:rsidRPr="00771DC2">
        <w:rPr>
          <w:rFonts w:ascii="Garamond" w:hAnsi="Garamond"/>
          <w:sz w:val="22"/>
        </w:rPr>
        <w:t>S YOURS</w:t>
      </w:r>
    </w:p>
    <w:p w14:paraId="0AEE5818" w14:textId="74B65846" w:rsidR="0078657D" w:rsidRDefault="0078657D" w:rsidP="0078657D">
      <w:pPr>
        <w:pStyle w:val="ChapterTitle"/>
        <w:spacing w:line="336" w:lineRule="auto"/>
        <w:ind w:firstLine="284"/>
        <w:jc w:val="center"/>
        <w:rPr>
          <w:rFonts w:ascii="Garamond" w:hAnsi="Garamond"/>
          <w:sz w:val="22"/>
        </w:rPr>
      </w:pPr>
    </w:p>
    <w:p w14:paraId="1265612E" w14:textId="564DDCFA" w:rsidR="0078657D" w:rsidRDefault="0078657D" w:rsidP="0078657D">
      <w:pPr>
        <w:pStyle w:val="ChapterTitle"/>
        <w:spacing w:line="336" w:lineRule="auto"/>
        <w:ind w:firstLine="284"/>
        <w:jc w:val="center"/>
        <w:rPr>
          <w:rFonts w:ascii="Garamond" w:hAnsi="Garamond"/>
          <w:sz w:val="22"/>
        </w:rPr>
      </w:pPr>
    </w:p>
    <w:p w14:paraId="042356AA" w14:textId="5AC06430" w:rsidR="0078657D" w:rsidRDefault="0078657D" w:rsidP="0078657D">
      <w:pPr>
        <w:pStyle w:val="ChapterTitle"/>
        <w:spacing w:line="336" w:lineRule="auto"/>
        <w:ind w:firstLine="284"/>
        <w:jc w:val="center"/>
        <w:rPr>
          <w:rFonts w:ascii="Garamond" w:hAnsi="Garamond"/>
          <w:sz w:val="22"/>
        </w:rPr>
      </w:pPr>
    </w:p>
    <w:p w14:paraId="21D07AA1" w14:textId="55FD2943" w:rsidR="0078657D" w:rsidRDefault="0078657D" w:rsidP="0078657D">
      <w:pPr>
        <w:pStyle w:val="ChapterTitle"/>
        <w:spacing w:line="336" w:lineRule="auto"/>
        <w:ind w:firstLine="284"/>
        <w:jc w:val="center"/>
        <w:rPr>
          <w:rFonts w:ascii="Garamond" w:hAnsi="Garamond"/>
          <w:sz w:val="22"/>
        </w:rPr>
      </w:pPr>
    </w:p>
    <w:p w14:paraId="6C24C0B6" w14:textId="5901E9FF" w:rsidR="0078657D" w:rsidRDefault="0078657D" w:rsidP="0078657D">
      <w:pPr>
        <w:pStyle w:val="ChapterTitle"/>
        <w:spacing w:line="336" w:lineRule="auto"/>
        <w:ind w:firstLine="284"/>
        <w:jc w:val="center"/>
        <w:rPr>
          <w:rFonts w:ascii="Garamond" w:hAnsi="Garamond"/>
          <w:sz w:val="22"/>
        </w:rPr>
      </w:pPr>
    </w:p>
    <w:p w14:paraId="397ABA6C" w14:textId="344E9275" w:rsidR="0078657D" w:rsidRDefault="0078657D" w:rsidP="0078657D">
      <w:pPr>
        <w:pStyle w:val="ChapterTitle"/>
        <w:spacing w:line="336" w:lineRule="auto"/>
        <w:ind w:firstLine="284"/>
        <w:jc w:val="center"/>
        <w:rPr>
          <w:rFonts w:ascii="Garamond" w:hAnsi="Garamond"/>
          <w:sz w:val="22"/>
        </w:rPr>
      </w:pPr>
    </w:p>
    <w:p w14:paraId="45556872" w14:textId="7894C45D" w:rsidR="0078657D" w:rsidRDefault="0078657D" w:rsidP="0078657D">
      <w:pPr>
        <w:pStyle w:val="ChapterTitle"/>
        <w:spacing w:line="336" w:lineRule="auto"/>
        <w:ind w:firstLine="284"/>
        <w:jc w:val="center"/>
        <w:rPr>
          <w:rFonts w:ascii="Garamond" w:hAnsi="Garamond"/>
          <w:sz w:val="22"/>
        </w:rPr>
      </w:pPr>
    </w:p>
    <w:p w14:paraId="4AF1746D" w14:textId="77777777" w:rsidR="0078657D" w:rsidRPr="0078657D" w:rsidRDefault="0078657D" w:rsidP="0078657D">
      <w:pPr>
        <w:pStyle w:val="ChapterTitle"/>
        <w:spacing w:line="336" w:lineRule="auto"/>
        <w:ind w:firstLine="284"/>
        <w:jc w:val="center"/>
        <w:rPr>
          <w:rFonts w:ascii="Garamond" w:hAnsi="Garamond"/>
          <w:sz w:val="22"/>
        </w:rPr>
      </w:pPr>
    </w:p>
    <w:p w14:paraId="71CCABA1" w14:textId="77777777" w:rsidR="0078657D" w:rsidRPr="0078657D" w:rsidRDefault="00000000" w:rsidP="0078657D">
      <w:pPr>
        <w:pStyle w:val="ChapterTitle"/>
        <w:spacing w:before="0" w:after="0" w:line="336" w:lineRule="auto"/>
        <w:ind w:firstLine="284"/>
        <w:jc w:val="center"/>
        <w:rPr>
          <w:rFonts w:ascii="Garamond" w:hAnsi="Garamond"/>
          <w:sz w:val="24"/>
          <w:szCs w:val="24"/>
        </w:rPr>
      </w:pPr>
      <w:r w:rsidRPr="0078657D">
        <w:rPr>
          <w:rFonts w:ascii="Garamond" w:hAnsi="Garamond"/>
          <w:sz w:val="24"/>
          <w:szCs w:val="24"/>
        </w:rPr>
        <w:t>CHAPTER 5:</w:t>
      </w:r>
    </w:p>
    <w:p w14:paraId="0361E3CB" w14:textId="7992F46D" w:rsidR="00F32FA7" w:rsidRPr="0078657D" w:rsidRDefault="00000000" w:rsidP="0078657D">
      <w:pPr>
        <w:pStyle w:val="ChapterTitle"/>
        <w:spacing w:before="0" w:after="0" w:line="336" w:lineRule="auto"/>
        <w:ind w:firstLine="284"/>
        <w:jc w:val="center"/>
        <w:rPr>
          <w:rFonts w:ascii="Garamond" w:hAnsi="Garamond"/>
          <w:sz w:val="24"/>
          <w:szCs w:val="24"/>
        </w:rPr>
      </w:pPr>
      <w:r w:rsidRPr="0078657D">
        <w:rPr>
          <w:rFonts w:ascii="Garamond" w:hAnsi="Garamond"/>
          <w:sz w:val="24"/>
          <w:szCs w:val="24"/>
        </w:rPr>
        <w:t>Carry Your Cross, Not Everyone</w:t>
      </w:r>
      <w:r w:rsidR="0078657D" w:rsidRPr="0078657D">
        <w:rPr>
          <w:rFonts w:ascii="Garamond" w:hAnsi="Garamond"/>
          <w:sz w:val="24"/>
          <w:szCs w:val="24"/>
        </w:rPr>
        <w:t>’</w:t>
      </w:r>
      <w:r w:rsidRPr="0078657D">
        <w:rPr>
          <w:rFonts w:ascii="Garamond" w:hAnsi="Garamond"/>
          <w:sz w:val="24"/>
          <w:szCs w:val="24"/>
        </w:rPr>
        <w:t>s Expectations</w:t>
      </w:r>
    </w:p>
    <w:p w14:paraId="5D6C861C" w14:textId="738C7A4C" w:rsidR="00F32FA7" w:rsidRPr="00771DC2" w:rsidRDefault="0078657D" w:rsidP="000C3CD9">
      <w:pPr>
        <w:spacing w:after="0" w:line="336" w:lineRule="auto"/>
        <w:ind w:firstLine="284"/>
        <w:jc w:val="center"/>
        <w:rPr>
          <w:rFonts w:ascii="Garamond" w:hAnsi="Garamond"/>
        </w:rPr>
      </w:pPr>
      <w:r>
        <w:rPr>
          <w:rFonts w:ascii="Garamond" w:hAnsi="Garamond"/>
        </w:rPr>
        <w:t>“</w:t>
      </w:r>
      <w:r w:rsidRPr="0078657D">
        <w:rPr>
          <w:rFonts w:ascii="Garamond" w:hAnsi="Garamond"/>
          <w:i/>
          <w:iCs/>
        </w:rPr>
        <w:t>Jesus told you to carry your cross, not everyone else's emotional baggage.”</w:t>
      </w:r>
    </w:p>
    <w:p w14:paraId="2761D630" w14:textId="77777777" w:rsidR="00F32FA7" w:rsidRPr="00771DC2" w:rsidRDefault="00000000" w:rsidP="000C3CD9">
      <w:pPr>
        <w:spacing w:after="0" w:line="336" w:lineRule="auto"/>
        <w:ind w:firstLine="284"/>
        <w:jc w:val="both"/>
        <w:rPr>
          <w:rFonts w:ascii="Garamond" w:hAnsi="Garamond"/>
        </w:rPr>
      </w:pPr>
      <w:r w:rsidRPr="00771DC2">
        <w:rPr>
          <w:rFonts w:ascii="Garamond" w:hAnsi="Garamond"/>
        </w:rPr>
        <w:t>Your mom expects you to call more often. Your boss expects you to work late again. Your church expects you to volunteer for everything. Your friends expect you to be available whenever they need you. Your kids expect you to be perfect. Your spouse expects you to read their mind. Your social media followers expect you to have an opinion on everything.</w:t>
      </w:r>
    </w:p>
    <w:p w14:paraId="6F62A622" w14:textId="77777777" w:rsidR="00F32FA7" w:rsidRPr="00771DC2" w:rsidRDefault="00000000" w:rsidP="003A1EA6">
      <w:pPr>
        <w:spacing w:after="0" w:line="336" w:lineRule="auto"/>
        <w:ind w:firstLine="284"/>
        <w:rPr>
          <w:rFonts w:ascii="Garamond" w:hAnsi="Garamond"/>
        </w:rPr>
      </w:pPr>
      <w:r w:rsidRPr="00771DC2">
        <w:rPr>
          <w:rFonts w:ascii="Garamond" w:hAnsi="Garamond"/>
        </w:rPr>
        <w:t>Meanwhile, Jesus expects you to take up your cross and follow Him.</w:t>
      </w:r>
    </w:p>
    <w:p w14:paraId="368C571F" w14:textId="77777777" w:rsidR="00F32FA7" w:rsidRPr="00771DC2" w:rsidRDefault="00000000" w:rsidP="003A1EA6">
      <w:pPr>
        <w:spacing w:after="0" w:line="336" w:lineRule="auto"/>
        <w:ind w:firstLine="284"/>
        <w:rPr>
          <w:rFonts w:ascii="Garamond" w:hAnsi="Garamond"/>
        </w:rPr>
      </w:pPr>
      <w:r w:rsidRPr="00771DC2">
        <w:rPr>
          <w:rFonts w:ascii="Garamond" w:hAnsi="Garamond"/>
        </w:rPr>
        <w:t>Notice the difference?</w:t>
      </w:r>
    </w:p>
    <w:p w14:paraId="40F701F9" w14:textId="03AC11DA" w:rsidR="00F32FA7" w:rsidRPr="00771DC2" w:rsidRDefault="00000000" w:rsidP="003A1EA6">
      <w:pPr>
        <w:spacing w:after="0" w:line="336" w:lineRule="auto"/>
        <w:ind w:firstLine="284"/>
        <w:jc w:val="both"/>
        <w:rPr>
          <w:rFonts w:ascii="Garamond" w:hAnsi="Garamond"/>
        </w:rPr>
      </w:pPr>
      <w:r w:rsidRPr="00771DC2">
        <w:rPr>
          <w:rFonts w:ascii="Garamond" w:hAnsi="Garamond"/>
        </w:rPr>
        <w:lastRenderedPageBreak/>
        <w:t>Jesus gives you one expectation</w:t>
      </w:r>
      <w:r w:rsidR="003A1EA6">
        <w:rPr>
          <w:rFonts w:ascii="Garamond" w:hAnsi="Garamond"/>
        </w:rPr>
        <w:t xml:space="preserve">, </w:t>
      </w:r>
      <w:r w:rsidRPr="00771DC2">
        <w:rPr>
          <w:rFonts w:ascii="Garamond" w:hAnsi="Garamond"/>
        </w:rPr>
        <w:t>a clear, specific calling that He</w:t>
      </w:r>
      <w:r w:rsidR="003A1EA6">
        <w:rPr>
          <w:rFonts w:ascii="Garamond" w:hAnsi="Garamond"/>
        </w:rPr>
        <w:t>’</w:t>
      </w:r>
      <w:r w:rsidRPr="00771DC2">
        <w:rPr>
          <w:rFonts w:ascii="Garamond" w:hAnsi="Garamond"/>
        </w:rPr>
        <w:t>ll equip you to carry. Everyone else gives you a thousand expectations that will crush you if you try to carry them all.</w:t>
      </w:r>
    </w:p>
    <w:p w14:paraId="5F1392C2" w14:textId="7A2AB3F9" w:rsidR="00F32FA7" w:rsidRPr="00771DC2" w:rsidRDefault="00000000" w:rsidP="003A1EA6">
      <w:pPr>
        <w:spacing w:after="0" w:line="336" w:lineRule="auto"/>
        <w:ind w:firstLine="284"/>
        <w:jc w:val="both"/>
        <w:rPr>
          <w:rFonts w:ascii="Garamond" w:hAnsi="Garamond"/>
        </w:rPr>
      </w:pPr>
      <w:r w:rsidRPr="00771DC2">
        <w:rPr>
          <w:rFonts w:ascii="Garamond" w:hAnsi="Garamond"/>
        </w:rPr>
        <w:t>We</w:t>
      </w:r>
      <w:r w:rsidR="003A1EA6">
        <w:rPr>
          <w:rFonts w:ascii="Garamond" w:hAnsi="Garamond"/>
        </w:rPr>
        <w:t>’</w:t>
      </w:r>
      <w:r w:rsidRPr="00771DC2">
        <w:rPr>
          <w:rFonts w:ascii="Garamond" w:hAnsi="Garamond"/>
        </w:rPr>
        <w:t>ve become professional expectation-carriers. We collect other people</w:t>
      </w:r>
      <w:r w:rsidR="003A1EA6">
        <w:rPr>
          <w:rFonts w:ascii="Garamond" w:hAnsi="Garamond"/>
        </w:rPr>
        <w:t>’</w:t>
      </w:r>
      <w:r w:rsidRPr="00771DC2">
        <w:rPr>
          <w:rFonts w:ascii="Garamond" w:hAnsi="Garamond"/>
        </w:rPr>
        <w:t>s hopes, demands, and assumptions about who we should be and what we should do. We carry their disappointments when we don</w:t>
      </w:r>
      <w:r w:rsidR="003A1EA6">
        <w:rPr>
          <w:rFonts w:ascii="Garamond" w:hAnsi="Garamond"/>
        </w:rPr>
        <w:t>’</w:t>
      </w:r>
      <w:r w:rsidRPr="00771DC2">
        <w:rPr>
          <w:rFonts w:ascii="Garamond" w:hAnsi="Garamond"/>
        </w:rPr>
        <w:t xml:space="preserve">t meet their standards. </w:t>
      </w:r>
      <w:r w:rsidRPr="00ED7D4B">
        <w:rPr>
          <w:rFonts w:ascii="Garamond" w:hAnsi="Garamond"/>
          <w:color w:val="FF0000"/>
        </w:rPr>
        <w:t>We carry their approval when we do.</w:t>
      </w:r>
    </w:p>
    <w:p w14:paraId="0CF20C7F" w14:textId="55210566" w:rsidR="00F32FA7" w:rsidRPr="00771DC2" w:rsidRDefault="00000000" w:rsidP="00ED7D4B">
      <w:pPr>
        <w:spacing w:after="0" w:line="336" w:lineRule="auto"/>
        <w:ind w:firstLine="284"/>
        <w:jc w:val="both"/>
        <w:rPr>
          <w:rFonts w:ascii="Garamond" w:hAnsi="Garamond"/>
        </w:rPr>
      </w:pPr>
      <w:r w:rsidRPr="00771DC2">
        <w:rPr>
          <w:rFonts w:ascii="Garamond" w:hAnsi="Garamond"/>
        </w:rPr>
        <w:t>And we wonder why we</w:t>
      </w:r>
      <w:r w:rsidR="00ED7D4B">
        <w:rPr>
          <w:rFonts w:ascii="Garamond" w:hAnsi="Garamond"/>
        </w:rPr>
        <w:t>’</w:t>
      </w:r>
      <w:r w:rsidRPr="00771DC2">
        <w:rPr>
          <w:rFonts w:ascii="Garamond" w:hAnsi="Garamond"/>
        </w:rPr>
        <w:t>re exhausted.</w:t>
      </w:r>
    </w:p>
    <w:p w14:paraId="3CD62CD1" w14:textId="143CD227" w:rsidR="00F32FA7" w:rsidRPr="00771DC2" w:rsidRDefault="00000000" w:rsidP="00ED7D4B">
      <w:pPr>
        <w:spacing w:after="0" w:line="336" w:lineRule="auto"/>
        <w:ind w:firstLine="284"/>
        <w:jc w:val="both"/>
        <w:rPr>
          <w:rFonts w:ascii="Garamond" w:hAnsi="Garamond"/>
        </w:rPr>
      </w:pPr>
      <w:r w:rsidRPr="00771DC2">
        <w:rPr>
          <w:rFonts w:ascii="Garamond" w:hAnsi="Garamond"/>
        </w:rPr>
        <w:t>Here</w:t>
      </w:r>
      <w:r w:rsidR="00ED7D4B">
        <w:rPr>
          <w:rFonts w:ascii="Garamond" w:hAnsi="Garamond"/>
        </w:rPr>
        <w:t>’</w:t>
      </w:r>
      <w:r w:rsidRPr="00771DC2">
        <w:rPr>
          <w:rFonts w:ascii="Garamond" w:hAnsi="Garamond"/>
        </w:rPr>
        <w:t xml:space="preserve">s the truth: </w:t>
      </w:r>
      <w:r w:rsidRPr="00771DC2">
        <w:rPr>
          <w:rFonts w:ascii="Garamond" w:hAnsi="Garamond"/>
          <w:b/>
        </w:rPr>
        <w:t>You were never meant to carry everyone else</w:t>
      </w:r>
      <w:r w:rsidR="00ED7D4B">
        <w:rPr>
          <w:rFonts w:ascii="Garamond" w:hAnsi="Garamond"/>
          <w:b/>
        </w:rPr>
        <w:t>’</w:t>
      </w:r>
      <w:r w:rsidRPr="00771DC2">
        <w:rPr>
          <w:rFonts w:ascii="Garamond" w:hAnsi="Garamond"/>
          <w:b/>
        </w:rPr>
        <w:t>s expectations. You were meant to carry your cross.</w:t>
      </w:r>
    </w:p>
    <w:p w14:paraId="7F822F1B" w14:textId="03E4B612" w:rsidR="00F32FA7" w:rsidRPr="00771DC2" w:rsidRDefault="00000000" w:rsidP="00ED7D4B">
      <w:pPr>
        <w:spacing w:line="336" w:lineRule="auto"/>
        <w:ind w:firstLine="284"/>
        <w:jc w:val="both"/>
        <w:rPr>
          <w:rFonts w:ascii="Garamond" w:hAnsi="Garamond"/>
        </w:rPr>
      </w:pPr>
      <w:r w:rsidRPr="00771DC2">
        <w:rPr>
          <w:rFonts w:ascii="Garamond" w:hAnsi="Garamond"/>
        </w:rPr>
        <w:t>There</w:t>
      </w:r>
      <w:r w:rsidR="00ED7D4B">
        <w:rPr>
          <w:rFonts w:ascii="Garamond" w:hAnsi="Garamond"/>
        </w:rPr>
        <w:t>’</w:t>
      </w:r>
      <w:r w:rsidRPr="00771DC2">
        <w:rPr>
          <w:rFonts w:ascii="Garamond" w:hAnsi="Garamond"/>
        </w:rPr>
        <w:t>s a difference, and it</w:t>
      </w:r>
      <w:r w:rsidR="00ED7D4B">
        <w:rPr>
          <w:rFonts w:ascii="Garamond" w:hAnsi="Garamond"/>
        </w:rPr>
        <w:t>’</w:t>
      </w:r>
      <w:r w:rsidRPr="00771DC2">
        <w:rPr>
          <w:rFonts w:ascii="Garamond" w:hAnsi="Garamond"/>
        </w:rPr>
        <w:t>s the difference between slavery and freedom.</w:t>
      </w:r>
    </w:p>
    <w:p w14:paraId="40560F34" w14:textId="63394743" w:rsidR="00F32FA7" w:rsidRPr="00ED7D4B" w:rsidRDefault="00000000" w:rsidP="00ED7D4B">
      <w:pPr>
        <w:pStyle w:val="Heading2"/>
        <w:spacing w:before="0" w:after="0" w:line="336" w:lineRule="auto"/>
        <w:ind w:firstLine="284"/>
        <w:jc w:val="center"/>
        <w:rPr>
          <w:rFonts w:ascii="Garamond" w:hAnsi="Garamond"/>
          <w:sz w:val="24"/>
          <w:szCs w:val="24"/>
        </w:rPr>
      </w:pPr>
      <w:r w:rsidRPr="00ED7D4B">
        <w:rPr>
          <w:rFonts w:ascii="Garamond" w:hAnsi="Garamond"/>
          <w:sz w:val="24"/>
          <w:szCs w:val="24"/>
        </w:rPr>
        <w:t>Family Expectations vs. God</w:t>
      </w:r>
      <w:r w:rsidR="00ED7D4B" w:rsidRPr="00ED7D4B">
        <w:rPr>
          <w:rFonts w:ascii="Garamond" w:hAnsi="Garamond"/>
          <w:sz w:val="24"/>
          <w:szCs w:val="24"/>
        </w:rPr>
        <w:t>’</w:t>
      </w:r>
      <w:r w:rsidRPr="00ED7D4B">
        <w:rPr>
          <w:rFonts w:ascii="Garamond" w:hAnsi="Garamond"/>
          <w:sz w:val="24"/>
          <w:szCs w:val="24"/>
        </w:rPr>
        <w:t>s Calling</w:t>
      </w:r>
    </w:p>
    <w:p w14:paraId="4092030D" w14:textId="4C344EEE" w:rsidR="00F32FA7" w:rsidRPr="00771DC2" w:rsidRDefault="00000000" w:rsidP="00ED7D4B">
      <w:pPr>
        <w:spacing w:after="0" w:line="336" w:lineRule="auto"/>
        <w:ind w:firstLine="284"/>
        <w:jc w:val="both"/>
        <w:rPr>
          <w:rFonts w:ascii="Garamond" w:hAnsi="Garamond"/>
        </w:rPr>
      </w:pPr>
      <w:r w:rsidRPr="00771DC2">
        <w:rPr>
          <w:rFonts w:ascii="Garamond" w:hAnsi="Garamond"/>
        </w:rPr>
        <w:t>Let</w:t>
      </w:r>
      <w:r w:rsidR="00ED7D4B">
        <w:rPr>
          <w:rFonts w:ascii="Garamond" w:hAnsi="Garamond"/>
        </w:rPr>
        <w:t>’</w:t>
      </w:r>
      <w:r w:rsidRPr="00771DC2">
        <w:rPr>
          <w:rFonts w:ascii="Garamond" w:hAnsi="Garamond"/>
        </w:rPr>
        <w:t>s start with the hardest one: family.</w:t>
      </w:r>
    </w:p>
    <w:p w14:paraId="3C8BD64D" w14:textId="77777777" w:rsidR="00F32FA7" w:rsidRPr="00771DC2" w:rsidRDefault="00000000" w:rsidP="00ED7D4B">
      <w:pPr>
        <w:spacing w:after="0" w:line="336" w:lineRule="auto"/>
        <w:ind w:firstLine="284"/>
        <w:jc w:val="both"/>
        <w:rPr>
          <w:rFonts w:ascii="Garamond" w:hAnsi="Garamond"/>
        </w:rPr>
      </w:pPr>
      <w:r w:rsidRPr="00771DC2">
        <w:rPr>
          <w:rFonts w:ascii="Garamond" w:hAnsi="Garamond"/>
        </w:rPr>
        <w:t>Your family has been forming expectations about you since the day you were born. They expect you to be the successful one, the responsible one, the one who keeps everyone together. They expect you to come home for every holiday, remember every birthday, maintain relationships with people who drain your soul.</w:t>
      </w:r>
    </w:p>
    <w:p w14:paraId="5BA913E0" w14:textId="695EFA0A" w:rsidR="00F32FA7" w:rsidRPr="00771DC2" w:rsidRDefault="00000000" w:rsidP="00C50BCE">
      <w:pPr>
        <w:spacing w:after="0" w:line="336" w:lineRule="auto"/>
        <w:ind w:firstLine="284"/>
        <w:jc w:val="both"/>
        <w:rPr>
          <w:rFonts w:ascii="Garamond" w:hAnsi="Garamond"/>
        </w:rPr>
      </w:pPr>
      <w:r w:rsidRPr="00771DC2">
        <w:rPr>
          <w:rFonts w:ascii="Garamond" w:hAnsi="Garamond"/>
        </w:rPr>
        <w:lastRenderedPageBreak/>
        <w:t>Some of these expectations are healthy and good. Some are toxic and manipulative. All of them are secondary to God</w:t>
      </w:r>
      <w:r w:rsidR="00ED7D4B">
        <w:rPr>
          <w:rFonts w:ascii="Garamond" w:hAnsi="Garamond"/>
        </w:rPr>
        <w:t>’</w:t>
      </w:r>
      <w:r w:rsidRPr="00771DC2">
        <w:rPr>
          <w:rFonts w:ascii="Garamond" w:hAnsi="Garamond"/>
        </w:rPr>
        <w:t>s calling on your life.</w:t>
      </w:r>
    </w:p>
    <w:p w14:paraId="006C524B" w14:textId="42990DDC" w:rsidR="00F32FA7" w:rsidRPr="00771DC2" w:rsidRDefault="00000000" w:rsidP="00C50BCE">
      <w:pPr>
        <w:spacing w:after="0" w:line="336" w:lineRule="auto"/>
        <w:ind w:firstLine="284"/>
        <w:jc w:val="both"/>
        <w:rPr>
          <w:rFonts w:ascii="Garamond" w:hAnsi="Garamond"/>
        </w:rPr>
      </w:pPr>
      <w:r w:rsidRPr="00771DC2">
        <w:rPr>
          <w:rFonts w:ascii="Garamond" w:hAnsi="Garamond"/>
        </w:rPr>
        <w:t>This doesn</w:t>
      </w:r>
      <w:r w:rsidR="00ED7D4B">
        <w:rPr>
          <w:rFonts w:ascii="Garamond" w:hAnsi="Garamond"/>
        </w:rPr>
        <w:t>’</w:t>
      </w:r>
      <w:r w:rsidRPr="00771DC2">
        <w:rPr>
          <w:rFonts w:ascii="Garamond" w:hAnsi="Garamond"/>
        </w:rPr>
        <w:t>t mean you stop loving your family. It means you stop letting their expectations define your obedience to God.</w:t>
      </w:r>
    </w:p>
    <w:p w14:paraId="569DB986" w14:textId="77777777" w:rsidR="00F32FA7" w:rsidRPr="00771DC2" w:rsidRDefault="00000000" w:rsidP="00C50BCE">
      <w:pPr>
        <w:spacing w:after="0" w:line="336" w:lineRule="auto"/>
        <w:ind w:firstLine="284"/>
        <w:jc w:val="both"/>
        <w:rPr>
          <w:rFonts w:ascii="Garamond" w:hAnsi="Garamond"/>
        </w:rPr>
      </w:pPr>
      <w:r w:rsidRPr="00771DC2">
        <w:rPr>
          <w:rFonts w:ascii="Garamond" w:hAnsi="Garamond"/>
        </w:rPr>
        <w:t>Jesus faced this exact tension. His family thought He was crazy (Mark 3:21). His mother and brothers showed up to take Him home because they were worried about His ministry (Mark 3:31-35). They had expectations about who He should be and what He should do.</w:t>
      </w:r>
    </w:p>
    <w:p w14:paraId="7BE31EF2" w14:textId="18F21DA9" w:rsidR="00F32FA7" w:rsidRPr="00771DC2" w:rsidRDefault="00000000" w:rsidP="00C50BCE">
      <w:pPr>
        <w:spacing w:after="0" w:line="336" w:lineRule="auto"/>
        <w:ind w:firstLine="284"/>
        <w:jc w:val="both"/>
        <w:rPr>
          <w:rFonts w:ascii="Garamond" w:hAnsi="Garamond"/>
        </w:rPr>
      </w:pPr>
      <w:r w:rsidRPr="00771DC2">
        <w:rPr>
          <w:rFonts w:ascii="Garamond" w:hAnsi="Garamond"/>
        </w:rPr>
        <w:t>But Jesus didn</w:t>
      </w:r>
      <w:r w:rsidR="00C50BCE">
        <w:rPr>
          <w:rFonts w:ascii="Garamond" w:hAnsi="Garamond"/>
        </w:rPr>
        <w:t>’</w:t>
      </w:r>
      <w:r w:rsidRPr="00771DC2">
        <w:rPr>
          <w:rFonts w:ascii="Garamond" w:hAnsi="Garamond"/>
        </w:rPr>
        <w:t>t let their expectations override His Father</w:t>
      </w:r>
      <w:r w:rsidR="00C50BCE">
        <w:rPr>
          <w:rFonts w:ascii="Garamond" w:hAnsi="Garamond"/>
        </w:rPr>
        <w:t>’</w:t>
      </w:r>
      <w:r w:rsidRPr="00771DC2">
        <w:rPr>
          <w:rFonts w:ascii="Garamond" w:hAnsi="Garamond"/>
        </w:rPr>
        <w:t>s calling.</w:t>
      </w:r>
    </w:p>
    <w:p w14:paraId="53272A57" w14:textId="59F99E27" w:rsidR="00F32FA7" w:rsidRPr="00771DC2" w:rsidRDefault="00000000" w:rsidP="00C50BCE">
      <w:pPr>
        <w:spacing w:after="0" w:line="336" w:lineRule="auto"/>
        <w:ind w:firstLine="284"/>
        <w:jc w:val="both"/>
        <w:rPr>
          <w:rFonts w:ascii="Garamond" w:hAnsi="Garamond"/>
        </w:rPr>
      </w:pPr>
      <w:r w:rsidRPr="00771DC2">
        <w:rPr>
          <w:rFonts w:ascii="Garamond" w:hAnsi="Garamond"/>
        </w:rPr>
        <w:t>When someone told Jesus His family was outside looking for Him, He didn</w:t>
      </w:r>
      <w:r w:rsidR="00C50BCE">
        <w:rPr>
          <w:rFonts w:ascii="Garamond" w:hAnsi="Garamond"/>
        </w:rPr>
        <w:t>’</w:t>
      </w:r>
      <w:r w:rsidRPr="00771DC2">
        <w:rPr>
          <w:rFonts w:ascii="Garamond" w:hAnsi="Garamond"/>
        </w:rPr>
        <w:t xml:space="preserve">t drop everything to meet their expectations. Instead, He said, </w:t>
      </w:r>
      <w:r w:rsidR="00C50BCE">
        <w:rPr>
          <w:rFonts w:ascii="Garamond" w:hAnsi="Garamond"/>
        </w:rPr>
        <w:t>“</w:t>
      </w:r>
      <w:r w:rsidRPr="00771DC2">
        <w:rPr>
          <w:rFonts w:ascii="Garamond" w:hAnsi="Garamond"/>
        </w:rPr>
        <w:t>Who are my mother and my brothers?</w:t>
      </w:r>
      <w:r w:rsidR="00C50BCE">
        <w:rPr>
          <w:rFonts w:ascii="Garamond" w:hAnsi="Garamond"/>
        </w:rPr>
        <w:t>”</w:t>
      </w:r>
      <w:r w:rsidRPr="00771DC2">
        <w:rPr>
          <w:rFonts w:ascii="Garamond" w:hAnsi="Garamond"/>
        </w:rPr>
        <w:t xml:space="preserve"> Then He looked at His disciples and said, </w:t>
      </w:r>
      <w:r w:rsidR="00C50BCE">
        <w:rPr>
          <w:rFonts w:ascii="Garamond" w:hAnsi="Garamond"/>
        </w:rPr>
        <w:t>“</w:t>
      </w:r>
      <w:r w:rsidRPr="00771DC2">
        <w:rPr>
          <w:rFonts w:ascii="Garamond" w:hAnsi="Garamond"/>
        </w:rPr>
        <w:t xml:space="preserve">Here are my mother and my brothers! Whoever does God's will </w:t>
      </w:r>
      <w:proofErr w:type="gramStart"/>
      <w:r w:rsidRPr="00771DC2">
        <w:rPr>
          <w:rFonts w:ascii="Garamond" w:hAnsi="Garamond"/>
        </w:rPr>
        <w:t>is</w:t>
      </w:r>
      <w:proofErr w:type="gramEnd"/>
      <w:r w:rsidRPr="00771DC2">
        <w:rPr>
          <w:rFonts w:ascii="Garamond" w:hAnsi="Garamond"/>
        </w:rPr>
        <w:t xml:space="preserve"> my brother and sister and mother</w:t>
      </w:r>
      <w:r w:rsidR="00C50BCE">
        <w:rPr>
          <w:rFonts w:ascii="Garamond" w:hAnsi="Garamond"/>
        </w:rPr>
        <w:t>”</w:t>
      </w:r>
      <w:r w:rsidRPr="00771DC2">
        <w:rPr>
          <w:rFonts w:ascii="Garamond" w:hAnsi="Garamond"/>
        </w:rPr>
        <w:t xml:space="preserve"> (Mark 3:33-35).</w:t>
      </w:r>
    </w:p>
    <w:p w14:paraId="20903256" w14:textId="4B8A9EBB" w:rsidR="00F32FA7" w:rsidRPr="00771DC2" w:rsidRDefault="00000000" w:rsidP="00C50BCE">
      <w:pPr>
        <w:spacing w:after="0" w:line="336" w:lineRule="auto"/>
        <w:ind w:firstLine="284"/>
        <w:jc w:val="both"/>
        <w:rPr>
          <w:rFonts w:ascii="Garamond" w:hAnsi="Garamond"/>
        </w:rPr>
      </w:pPr>
      <w:r w:rsidRPr="00771DC2">
        <w:rPr>
          <w:rFonts w:ascii="Garamond" w:hAnsi="Garamond"/>
        </w:rPr>
        <w:t>This sounds harsh until you realize it</w:t>
      </w:r>
      <w:r w:rsidR="00C50BCE">
        <w:rPr>
          <w:rFonts w:ascii="Garamond" w:hAnsi="Garamond"/>
        </w:rPr>
        <w:t>’</w:t>
      </w:r>
      <w:r w:rsidRPr="00771DC2">
        <w:rPr>
          <w:rFonts w:ascii="Garamond" w:hAnsi="Garamond"/>
        </w:rPr>
        <w:t xml:space="preserve">s actually loving. Jesus loved His family too much to let their limited understanding keep Him from fulfilling His purpose. He </w:t>
      </w:r>
      <w:r w:rsidRPr="00771DC2">
        <w:rPr>
          <w:rFonts w:ascii="Garamond" w:hAnsi="Garamond"/>
        </w:rPr>
        <w:lastRenderedPageBreak/>
        <w:t>knew that His obedience to God would ultimately bless them more than His compliance with their expectations.</w:t>
      </w:r>
    </w:p>
    <w:p w14:paraId="56E7C1D7" w14:textId="2FECFADD" w:rsidR="00F32FA7" w:rsidRPr="00771DC2" w:rsidRDefault="00000000" w:rsidP="00C50BCE">
      <w:pPr>
        <w:spacing w:after="0" w:line="336" w:lineRule="auto"/>
        <w:ind w:firstLine="284"/>
        <w:jc w:val="both"/>
        <w:rPr>
          <w:rFonts w:ascii="Garamond" w:hAnsi="Garamond"/>
        </w:rPr>
      </w:pPr>
      <w:r w:rsidRPr="00771DC2">
        <w:rPr>
          <w:rFonts w:ascii="Garamond" w:hAnsi="Garamond"/>
        </w:rPr>
        <w:t>Your family wants you to be happy, successful, and safe. These aren</w:t>
      </w:r>
      <w:r w:rsidR="00C50BCE">
        <w:rPr>
          <w:rFonts w:ascii="Garamond" w:hAnsi="Garamond"/>
        </w:rPr>
        <w:t>’</w:t>
      </w:r>
      <w:r w:rsidRPr="00771DC2">
        <w:rPr>
          <w:rFonts w:ascii="Garamond" w:hAnsi="Garamond"/>
        </w:rPr>
        <w:t>t bad things</w:t>
      </w:r>
      <w:r w:rsidR="00C50BCE">
        <w:rPr>
          <w:rFonts w:ascii="Garamond" w:hAnsi="Garamond"/>
        </w:rPr>
        <w:t>, b</w:t>
      </w:r>
      <w:r w:rsidRPr="00771DC2">
        <w:rPr>
          <w:rFonts w:ascii="Garamond" w:hAnsi="Garamond"/>
        </w:rPr>
        <w:t>ut they</w:t>
      </w:r>
      <w:r w:rsidR="00C50BCE">
        <w:rPr>
          <w:rFonts w:ascii="Garamond" w:hAnsi="Garamond"/>
        </w:rPr>
        <w:t>’</w:t>
      </w:r>
      <w:r w:rsidRPr="00771DC2">
        <w:rPr>
          <w:rFonts w:ascii="Garamond" w:hAnsi="Garamond"/>
        </w:rPr>
        <w:t>re not the ultimate things.</w:t>
      </w:r>
    </w:p>
    <w:p w14:paraId="14044294" w14:textId="77777777" w:rsidR="00F32FA7" w:rsidRPr="00771DC2" w:rsidRDefault="00000000" w:rsidP="00C50BCE">
      <w:pPr>
        <w:spacing w:line="336" w:lineRule="auto"/>
        <w:ind w:firstLine="284"/>
        <w:jc w:val="both"/>
        <w:rPr>
          <w:rFonts w:ascii="Garamond" w:hAnsi="Garamond"/>
        </w:rPr>
      </w:pPr>
      <w:r w:rsidRPr="00771DC2">
        <w:rPr>
          <w:rFonts w:ascii="Garamond" w:hAnsi="Garamond"/>
        </w:rPr>
        <w:t>And sometimes, following Jesus means disappointing the people who love you most.</w:t>
      </w:r>
    </w:p>
    <w:p w14:paraId="027AE9B5" w14:textId="77777777" w:rsidR="00F32FA7" w:rsidRPr="00C50BCE" w:rsidRDefault="00000000" w:rsidP="00C50BCE">
      <w:pPr>
        <w:pStyle w:val="Heading2"/>
        <w:spacing w:before="0" w:after="0" w:line="336" w:lineRule="auto"/>
        <w:ind w:firstLine="284"/>
        <w:jc w:val="center"/>
        <w:rPr>
          <w:rFonts w:ascii="Garamond" w:hAnsi="Garamond"/>
          <w:sz w:val="24"/>
          <w:szCs w:val="24"/>
        </w:rPr>
      </w:pPr>
      <w:r w:rsidRPr="00C50BCE">
        <w:rPr>
          <w:rFonts w:ascii="Garamond" w:hAnsi="Garamond"/>
          <w:sz w:val="24"/>
          <w:szCs w:val="24"/>
        </w:rPr>
        <w:t>Cultural Pressures vs. Biblical Truth</w:t>
      </w:r>
    </w:p>
    <w:p w14:paraId="687F4B74" w14:textId="365706E6" w:rsidR="00F32FA7" w:rsidRPr="00771DC2" w:rsidRDefault="00000000" w:rsidP="00C50BCE">
      <w:pPr>
        <w:spacing w:after="0" w:line="336" w:lineRule="auto"/>
        <w:ind w:firstLine="284"/>
        <w:jc w:val="both"/>
        <w:rPr>
          <w:rFonts w:ascii="Garamond" w:hAnsi="Garamond"/>
        </w:rPr>
      </w:pPr>
      <w:r w:rsidRPr="00771DC2">
        <w:rPr>
          <w:rFonts w:ascii="Garamond" w:hAnsi="Garamond"/>
        </w:rPr>
        <w:t>Your culture has expectations</w:t>
      </w:r>
      <w:r w:rsidR="00C50BCE">
        <w:rPr>
          <w:rFonts w:ascii="Garamond" w:hAnsi="Garamond"/>
        </w:rPr>
        <w:t>,</w:t>
      </w:r>
      <w:r w:rsidRPr="00771DC2">
        <w:rPr>
          <w:rFonts w:ascii="Garamond" w:hAnsi="Garamond"/>
        </w:rPr>
        <w:t xml:space="preserve"> too.</w:t>
      </w:r>
      <w:r w:rsidR="00C50BCE">
        <w:rPr>
          <w:rFonts w:ascii="Garamond" w:hAnsi="Garamond"/>
        </w:rPr>
        <w:t xml:space="preserve"> </w:t>
      </w:r>
      <w:r w:rsidRPr="00771DC2">
        <w:rPr>
          <w:rFonts w:ascii="Garamond" w:hAnsi="Garamond"/>
        </w:rPr>
        <w:t>It expects you to be tolerant of everything except intolerance. It expects you to celebrate what God calls sin and apologize for what God calls good. It expects you to find your identity in your sexuality, your politics, your race, your achievements</w:t>
      </w:r>
      <w:r w:rsidR="00C50BCE">
        <w:rPr>
          <w:rFonts w:ascii="Garamond" w:hAnsi="Garamond"/>
        </w:rPr>
        <w:t xml:space="preserve">, </w:t>
      </w:r>
      <w:r w:rsidRPr="00771DC2">
        <w:rPr>
          <w:rFonts w:ascii="Garamond" w:hAnsi="Garamond"/>
        </w:rPr>
        <w:t>anything except your relationship with Jesus.</w:t>
      </w:r>
    </w:p>
    <w:p w14:paraId="6E4C14D3" w14:textId="62B87285" w:rsidR="00F32FA7" w:rsidRPr="00771DC2" w:rsidRDefault="00000000" w:rsidP="00042B5E">
      <w:pPr>
        <w:spacing w:after="0" w:line="336" w:lineRule="auto"/>
        <w:ind w:firstLine="284"/>
        <w:jc w:val="both"/>
        <w:rPr>
          <w:rFonts w:ascii="Garamond" w:hAnsi="Garamond"/>
        </w:rPr>
      </w:pPr>
      <w:r w:rsidRPr="00771DC2">
        <w:rPr>
          <w:rFonts w:ascii="Garamond" w:hAnsi="Garamond"/>
        </w:rPr>
        <w:t>The culture expects you to be offended by everything and offended by nothing. It expects you to have strong opinions about issues you know nothing about and weak convictions about truths you know everything about.</w:t>
      </w:r>
      <w:r w:rsidR="00C50BCE">
        <w:rPr>
          <w:rFonts w:ascii="Garamond" w:hAnsi="Garamond"/>
        </w:rPr>
        <w:t xml:space="preserve"> </w:t>
      </w:r>
      <w:r w:rsidRPr="00771DC2">
        <w:rPr>
          <w:rFonts w:ascii="Garamond" w:hAnsi="Garamond"/>
        </w:rPr>
        <w:t>Most dangerously, it expects you to believe that your feelings are the ultimate authority, that your truth is the only truth that matters, and that anyone who disagrees with you is not just wrong but evil.</w:t>
      </w:r>
    </w:p>
    <w:p w14:paraId="77C7E2DA" w14:textId="45AACBBA" w:rsidR="00F32FA7" w:rsidRPr="00771DC2" w:rsidRDefault="00000000" w:rsidP="00042B5E">
      <w:pPr>
        <w:spacing w:after="0" w:line="336" w:lineRule="auto"/>
        <w:ind w:firstLine="284"/>
        <w:rPr>
          <w:rFonts w:ascii="Garamond" w:hAnsi="Garamond"/>
        </w:rPr>
      </w:pPr>
      <w:r w:rsidRPr="00771DC2">
        <w:rPr>
          <w:rFonts w:ascii="Garamond" w:hAnsi="Garamond"/>
        </w:rPr>
        <w:t>These expectations are not just different from biblical truth</w:t>
      </w:r>
      <w:r w:rsidR="00042B5E">
        <w:rPr>
          <w:rFonts w:ascii="Garamond" w:hAnsi="Garamond"/>
        </w:rPr>
        <w:t xml:space="preserve">; </w:t>
      </w:r>
      <w:r w:rsidRPr="00771DC2">
        <w:rPr>
          <w:rFonts w:ascii="Garamond" w:hAnsi="Garamond"/>
        </w:rPr>
        <w:t>they</w:t>
      </w:r>
      <w:r w:rsidR="00042B5E">
        <w:rPr>
          <w:rFonts w:ascii="Garamond" w:hAnsi="Garamond"/>
        </w:rPr>
        <w:t>’</w:t>
      </w:r>
      <w:r w:rsidRPr="00771DC2">
        <w:rPr>
          <w:rFonts w:ascii="Garamond" w:hAnsi="Garamond"/>
        </w:rPr>
        <w:t>re hostile to it.</w:t>
      </w:r>
    </w:p>
    <w:p w14:paraId="7CA939C4" w14:textId="4C66A0A1" w:rsidR="00F32FA7" w:rsidRPr="00771DC2" w:rsidRDefault="00000000" w:rsidP="00042B5E">
      <w:pPr>
        <w:spacing w:after="0" w:line="336" w:lineRule="auto"/>
        <w:ind w:firstLine="284"/>
        <w:jc w:val="both"/>
        <w:rPr>
          <w:rFonts w:ascii="Garamond" w:hAnsi="Garamond"/>
        </w:rPr>
      </w:pPr>
      <w:r w:rsidRPr="00771DC2">
        <w:rPr>
          <w:rFonts w:ascii="Garamond" w:hAnsi="Garamond"/>
        </w:rPr>
        <w:lastRenderedPageBreak/>
        <w:t>You cannot carry the cross of Christ and the expectations of a culture that hates Christ. You cannot serve God and serve the spirit of the age. You cannot be salt and light while trying to blend in with the darkness.</w:t>
      </w:r>
      <w:r w:rsidR="00042B5E">
        <w:rPr>
          <w:rFonts w:ascii="Garamond" w:hAnsi="Garamond"/>
        </w:rPr>
        <w:t xml:space="preserve"> </w:t>
      </w:r>
      <w:r w:rsidRPr="00771DC2">
        <w:rPr>
          <w:rFonts w:ascii="Garamond" w:hAnsi="Garamond"/>
        </w:rPr>
        <w:t>This is where holy rebellion becomes necessary.</w:t>
      </w:r>
    </w:p>
    <w:p w14:paraId="031A0BA5" w14:textId="77777777" w:rsidR="00F32FA7" w:rsidRPr="00771DC2" w:rsidRDefault="00000000" w:rsidP="00042B5E">
      <w:pPr>
        <w:spacing w:after="0" w:line="336" w:lineRule="auto"/>
        <w:ind w:firstLine="284"/>
        <w:jc w:val="both"/>
        <w:rPr>
          <w:rFonts w:ascii="Garamond" w:hAnsi="Garamond"/>
        </w:rPr>
      </w:pPr>
      <w:r w:rsidRPr="00771DC2">
        <w:rPr>
          <w:rFonts w:ascii="Garamond" w:hAnsi="Garamond"/>
        </w:rPr>
        <w:t>When culture expects you to compromise your convictions, you choose obedience over approval. When culture expects you to be ashamed of the gospel, you choose boldness over acceptance. When culture expects you to worship at the altar of tolerance, you choose truth over popularity.</w:t>
      </w:r>
    </w:p>
    <w:p w14:paraId="193D5ABD" w14:textId="7C4A8511" w:rsidR="00F32FA7" w:rsidRPr="00042B5E" w:rsidRDefault="00000000" w:rsidP="00042B5E">
      <w:pPr>
        <w:spacing w:after="0" w:line="336" w:lineRule="auto"/>
        <w:ind w:firstLine="284"/>
        <w:rPr>
          <w:rFonts w:ascii="Garamond" w:hAnsi="Garamond"/>
          <w:color w:val="FF0000"/>
        </w:rPr>
      </w:pPr>
      <w:r w:rsidRPr="00042B5E">
        <w:rPr>
          <w:rFonts w:ascii="Garamond" w:hAnsi="Garamond"/>
          <w:color w:val="FF0000"/>
        </w:rPr>
        <w:t xml:space="preserve">Paul understood this tension: </w:t>
      </w:r>
      <w:r w:rsidR="00042B5E" w:rsidRPr="00042B5E">
        <w:rPr>
          <w:rFonts w:ascii="Garamond" w:hAnsi="Garamond"/>
          <w:color w:val="FF0000"/>
        </w:rPr>
        <w:t>“</w:t>
      </w:r>
      <w:r w:rsidRPr="00042B5E">
        <w:rPr>
          <w:rFonts w:ascii="Garamond" w:hAnsi="Garamond"/>
          <w:color w:val="FF0000"/>
        </w:rPr>
        <w:t>Am I now seeking the approval of man, or of God? Or am I trying to please man? If I were still trying to please man, I would not be a servant of Christ</w:t>
      </w:r>
      <w:r w:rsidR="00042B5E" w:rsidRPr="00042B5E">
        <w:rPr>
          <w:rFonts w:ascii="Garamond" w:hAnsi="Garamond"/>
          <w:color w:val="FF0000"/>
        </w:rPr>
        <w:t>”</w:t>
      </w:r>
      <w:r w:rsidRPr="00042B5E">
        <w:rPr>
          <w:rFonts w:ascii="Garamond" w:hAnsi="Garamond"/>
          <w:color w:val="FF0000"/>
        </w:rPr>
        <w:t xml:space="preserve"> (Galatians 1:10).</w:t>
      </w:r>
    </w:p>
    <w:p w14:paraId="61CEB510" w14:textId="77777777" w:rsidR="00F32FA7" w:rsidRPr="00771DC2" w:rsidRDefault="00000000" w:rsidP="00042B5E">
      <w:pPr>
        <w:spacing w:after="0" w:line="336" w:lineRule="auto"/>
        <w:ind w:firstLine="284"/>
        <w:jc w:val="both"/>
        <w:rPr>
          <w:rFonts w:ascii="Garamond" w:hAnsi="Garamond"/>
        </w:rPr>
      </w:pPr>
      <w:r w:rsidRPr="00771DC2">
        <w:rPr>
          <w:rFonts w:ascii="Garamond" w:hAnsi="Garamond"/>
        </w:rPr>
        <w:t>You cannot be a servant of Christ and a servant of cultural expectations. You have to choose.</w:t>
      </w:r>
    </w:p>
    <w:p w14:paraId="520524B1" w14:textId="77777777" w:rsidR="00F32FA7" w:rsidRPr="00042B5E" w:rsidRDefault="00000000" w:rsidP="00042B5E">
      <w:pPr>
        <w:pStyle w:val="Heading2"/>
        <w:spacing w:before="0" w:after="0" w:line="336" w:lineRule="auto"/>
        <w:ind w:firstLine="284"/>
        <w:jc w:val="center"/>
        <w:rPr>
          <w:rFonts w:ascii="Garamond" w:hAnsi="Garamond"/>
          <w:sz w:val="24"/>
          <w:szCs w:val="24"/>
        </w:rPr>
      </w:pPr>
      <w:r w:rsidRPr="00042B5E">
        <w:rPr>
          <w:rFonts w:ascii="Garamond" w:hAnsi="Garamond"/>
          <w:sz w:val="24"/>
          <w:szCs w:val="24"/>
        </w:rPr>
        <w:t>Your Cross vs. Their Burdens</w:t>
      </w:r>
    </w:p>
    <w:p w14:paraId="68D06864" w14:textId="559862D1" w:rsidR="00F32FA7" w:rsidRPr="00771DC2" w:rsidRDefault="00000000" w:rsidP="00BF6F26">
      <w:pPr>
        <w:spacing w:after="0" w:line="336" w:lineRule="auto"/>
        <w:ind w:firstLine="284"/>
        <w:jc w:val="both"/>
        <w:rPr>
          <w:rFonts w:ascii="Garamond" w:hAnsi="Garamond"/>
        </w:rPr>
      </w:pPr>
      <w:r w:rsidRPr="00771DC2">
        <w:rPr>
          <w:rFonts w:ascii="Garamond" w:hAnsi="Garamond"/>
        </w:rPr>
        <w:t xml:space="preserve">Jesus said, </w:t>
      </w:r>
      <w:r w:rsidR="00BF6F26">
        <w:rPr>
          <w:rFonts w:ascii="Garamond" w:hAnsi="Garamond"/>
        </w:rPr>
        <w:t>“</w:t>
      </w:r>
      <w:r w:rsidRPr="00771DC2">
        <w:rPr>
          <w:rFonts w:ascii="Garamond" w:hAnsi="Garamond"/>
        </w:rPr>
        <w:t xml:space="preserve">Whoever wants to be my disciple must deny themselves and take up their cross daily and follow </w:t>
      </w:r>
      <w:proofErr w:type="gramStart"/>
      <w:r w:rsidRPr="00771DC2">
        <w:rPr>
          <w:rFonts w:ascii="Garamond" w:hAnsi="Garamond"/>
        </w:rPr>
        <w:t>me</w:t>
      </w:r>
      <w:r w:rsidR="00BF6F26">
        <w:rPr>
          <w:rFonts w:ascii="Garamond" w:hAnsi="Garamond"/>
        </w:rPr>
        <w:t>”</w:t>
      </w:r>
      <w:r w:rsidRPr="00771DC2">
        <w:rPr>
          <w:rFonts w:ascii="Garamond" w:hAnsi="Garamond"/>
        </w:rPr>
        <w:t>(</w:t>
      </w:r>
      <w:proofErr w:type="gramEnd"/>
      <w:r w:rsidRPr="00771DC2">
        <w:rPr>
          <w:rFonts w:ascii="Garamond" w:hAnsi="Garamond"/>
        </w:rPr>
        <w:t>Luke 9:23).</w:t>
      </w:r>
      <w:r w:rsidR="00BF6F26">
        <w:rPr>
          <w:rFonts w:ascii="Garamond" w:hAnsi="Garamond"/>
        </w:rPr>
        <w:t xml:space="preserve"> </w:t>
      </w:r>
      <w:r w:rsidRPr="00771DC2">
        <w:rPr>
          <w:rFonts w:ascii="Garamond" w:hAnsi="Garamond"/>
        </w:rPr>
        <w:t xml:space="preserve">Your cross is </w:t>
      </w:r>
      <w:proofErr w:type="spellStart"/>
      <w:r w:rsidRPr="00771DC2">
        <w:rPr>
          <w:rFonts w:ascii="Garamond" w:hAnsi="Garamond"/>
        </w:rPr>
        <w:t>not</w:t>
      </w:r>
      <w:proofErr w:type="spellEnd"/>
      <w:r w:rsidRPr="00771DC2">
        <w:rPr>
          <w:rFonts w:ascii="Garamond" w:hAnsi="Garamond"/>
        </w:rPr>
        <w:t xml:space="preserve"> other people</w:t>
      </w:r>
      <w:r w:rsidR="00BF6F26">
        <w:rPr>
          <w:rFonts w:ascii="Garamond" w:hAnsi="Garamond"/>
        </w:rPr>
        <w:t>’</w:t>
      </w:r>
      <w:r w:rsidRPr="00771DC2">
        <w:rPr>
          <w:rFonts w:ascii="Garamond" w:hAnsi="Garamond"/>
        </w:rPr>
        <w:t>s problems. It</w:t>
      </w:r>
      <w:r w:rsidR="00BF6F26">
        <w:rPr>
          <w:rFonts w:ascii="Garamond" w:hAnsi="Garamond"/>
        </w:rPr>
        <w:t>’</w:t>
      </w:r>
      <w:r w:rsidRPr="00771DC2">
        <w:rPr>
          <w:rFonts w:ascii="Garamond" w:hAnsi="Garamond"/>
        </w:rPr>
        <w:t xml:space="preserve">s not their emotional instability, their financial irresponsibility, their </w:t>
      </w:r>
      <w:r w:rsidRPr="00771DC2">
        <w:rPr>
          <w:rFonts w:ascii="Garamond" w:hAnsi="Garamond"/>
        </w:rPr>
        <w:lastRenderedPageBreak/>
        <w:t>relationship drama, or their spiritual immaturity.</w:t>
      </w:r>
      <w:r w:rsidR="00BF6F26">
        <w:rPr>
          <w:rFonts w:ascii="Garamond" w:hAnsi="Garamond"/>
        </w:rPr>
        <w:t xml:space="preserve"> </w:t>
      </w:r>
      <w:r w:rsidRPr="00771DC2">
        <w:rPr>
          <w:rFonts w:ascii="Garamond" w:hAnsi="Garamond"/>
        </w:rPr>
        <w:t>Your cross is your specific calling to die to yourself and live for God.</w:t>
      </w:r>
    </w:p>
    <w:p w14:paraId="1E41B087" w14:textId="0E0A00A5" w:rsidR="00F32FA7" w:rsidRPr="00771DC2" w:rsidRDefault="00000000" w:rsidP="00BF6F26">
      <w:pPr>
        <w:spacing w:after="0" w:line="336" w:lineRule="auto"/>
        <w:ind w:firstLine="284"/>
        <w:jc w:val="both"/>
        <w:rPr>
          <w:rFonts w:ascii="Garamond" w:hAnsi="Garamond"/>
        </w:rPr>
      </w:pPr>
      <w:r w:rsidRPr="00771DC2">
        <w:rPr>
          <w:rFonts w:ascii="Garamond" w:hAnsi="Garamond"/>
        </w:rPr>
        <w:t>Your cross is saying no to sin even when everyone else is saying yes. Your cross is choosing forgiveness when you</w:t>
      </w:r>
      <w:r w:rsidR="00BF6F26">
        <w:rPr>
          <w:rFonts w:ascii="Garamond" w:hAnsi="Garamond"/>
        </w:rPr>
        <w:t>’</w:t>
      </w:r>
      <w:r w:rsidRPr="00771DC2">
        <w:rPr>
          <w:rFonts w:ascii="Garamond" w:hAnsi="Garamond"/>
        </w:rPr>
        <w:t>d rather hold a grudge. Your cross is loving difficult people without being controlled by them. Your cross is trusting God when circumstances make no sense.</w:t>
      </w:r>
    </w:p>
    <w:p w14:paraId="591DE99B" w14:textId="77777777" w:rsidR="00F32FA7" w:rsidRPr="00771DC2" w:rsidRDefault="00000000" w:rsidP="00BF6F26">
      <w:pPr>
        <w:spacing w:after="0" w:line="336" w:lineRule="auto"/>
        <w:ind w:firstLine="284"/>
        <w:jc w:val="both"/>
        <w:rPr>
          <w:rFonts w:ascii="Garamond" w:hAnsi="Garamond"/>
        </w:rPr>
      </w:pPr>
      <w:r w:rsidRPr="00771DC2">
        <w:rPr>
          <w:rFonts w:ascii="Garamond" w:hAnsi="Garamond"/>
        </w:rPr>
        <w:t>Your cross is personal, purposeful, and designed specifically for you by a God who knows exactly what you need to become who He created you to be.</w:t>
      </w:r>
    </w:p>
    <w:p w14:paraId="6B97D2D8" w14:textId="58BA8EBD" w:rsidR="00F32FA7" w:rsidRPr="00771DC2" w:rsidRDefault="00000000" w:rsidP="00A108AC">
      <w:pPr>
        <w:spacing w:after="0" w:line="336" w:lineRule="auto"/>
        <w:ind w:firstLine="284"/>
        <w:jc w:val="both"/>
        <w:rPr>
          <w:rFonts w:ascii="Garamond" w:hAnsi="Garamond"/>
        </w:rPr>
      </w:pPr>
      <w:r w:rsidRPr="00771DC2">
        <w:rPr>
          <w:rFonts w:ascii="Garamond" w:hAnsi="Garamond"/>
        </w:rPr>
        <w:t>Other people</w:t>
      </w:r>
      <w:r w:rsidR="00BF6F26">
        <w:rPr>
          <w:rFonts w:ascii="Garamond" w:hAnsi="Garamond"/>
        </w:rPr>
        <w:t>’</w:t>
      </w:r>
      <w:r w:rsidRPr="00771DC2">
        <w:rPr>
          <w:rFonts w:ascii="Garamond" w:hAnsi="Garamond"/>
        </w:rPr>
        <w:t>s burdens are different. Their burdens are their problems, their responsibilities, their consequences, their growth opportunities.</w:t>
      </w:r>
    </w:p>
    <w:p w14:paraId="3A80AC1E" w14:textId="77777777" w:rsidR="00F32FA7" w:rsidRPr="00771DC2" w:rsidRDefault="00000000" w:rsidP="00A108AC">
      <w:pPr>
        <w:spacing w:after="0" w:line="336" w:lineRule="auto"/>
        <w:ind w:firstLine="284"/>
        <w:jc w:val="both"/>
        <w:rPr>
          <w:rFonts w:ascii="Garamond" w:hAnsi="Garamond"/>
        </w:rPr>
      </w:pPr>
      <w:r w:rsidRPr="00771DC2">
        <w:rPr>
          <w:rFonts w:ascii="Garamond" w:hAnsi="Garamond"/>
        </w:rPr>
        <w:t>When you try to carry their burdens, you rob them of the chance to learn, grow, and depend on God.</w:t>
      </w:r>
    </w:p>
    <w:p w14:paraId="465DDEC3" w14:textId="3DF13822" w:rsidR="00F32FA7" w:rsidRPr="00771DC2" w:rsidRDefault="00000000" w:rsidP="00696F05">
      <w:pPr>
        <w:spacing w:after="0" w:line="336" w:lineRule="auto"/>
        <w:ind w:firstLine="284"/>
        <w:jc w:val="both"/>
        <w:rPr>
          <w:rFonts w:ascii="Garamond" w:hAnsi="Garamond"/>
        </w:rPr>
      </w:pPr>
      <w:r w:rsidRPr="00771DC2">
        <w:rPr>
          <w:rFonts w:ascii="Garamond" w:hAnsi="Garamond"/>
        </w:rPr>
        <w:t>This is the difference between help and enabling.</w:t>
      </w:r>
      <w:r w:rsidR="00A108AC">
        <w:rPr>
          <w:rFonts w:ascii="Garamond" w:hAnsi="Garamond"/>
        </w:rPr>
        <w:t xml:space="preserve"> </w:t>
      </w:r>
      <w:r w:rsidRPr="00771DC2">
        <w:rPr>
          <w:rFonts w:ascii="Garamond" w:hAnsi="Garamond"/>
          <w:b/>
        </w:rPr>
        <w:t>Help is doing for others what they cannot do for themselves.</w:t>
      </w:r>
      <w:r w:rsidR="00A108AC">
        <w:rPr>
          <w:rFonts w:ascii="Garamond" w:hAnsi="Garamond"/>
          <w:b/>
        </w:rPr>
        <w:t xml:space="preserve"> </w:t>
      </w:r>
      <w:r w:rsidRPr="00771DC2">
        <w:rPr>
          <w:rFonts w:ascii="Garamond" w:hAnsi="Garamond"/>
          <w:b/>
        </w:rPr>
        <w:t>Enabling is doing for others what they should do for themselves.</w:t>
      </w:r>
    </w:p>
    <w:p w14:paraId="1A37BA2E" w14:textId="77777777" w:rsidR="00F32FA7" w:rsidRPr="00771DC2" w:rsidRDefault="00000000" w:rsidP="00696F05">
      <w:pPr>
        <w:spacing w:after="0" w:line="336" w:lineRule="auto"/>
        <w:ind w:firstLine="284"/>
        <w:jc w:val="both"/>
        <w:rPr>
          <w:rFonts w:ascii="Garamond" w:hAnsi="Garamond"/>
        </w:rPr>
      </w:pPr>
      <w:r w:rsidRPr="00771DC2">
        <w:rPr>
          <w:rFonts w:ascii="Garamond" w:hAnsi="Garamond"/>
        </w:rPr>
        <w:t>Help is temporary and leads to growth. Enabling is permanent and leads to dependence. Help addresses the problem. Enabling perpetuates it.</w:t>
      </w:r>
    </w:p>
    <w:p w14:paraId="66EE3A4B" w14:textId="6248EB22" w:rsidR="00F32FA7" w:rsidRPr="00771DC2" w:rsidRDefault="00000000" w:rsidP="009008C7">
      <w:pPr>
        <w:spacing w:after="0" w:line="336" w:lineRule="auto"/>
        <w:ind w:firstLine="284"/>
        <w:jc w:val="both"/>
        <w:rPr>
          <w:rFonts w:ascii="Garamond" w:hAnsi="Garamond"/>
        </w:rPr>
      </w:pPr>
      <w:r w:rsidRPr="00771DC2">
        <w:rPr>
          <w:rFonts w:ascii="Garamond" w:hAnsi="Garamond"/>
        </w:rPr>
        <w:lastRenderedPageBreak/>
        <w:t xml:space="preserve">Jesus helped people. He fed the hungry, healed the sick, </w:t>
      </w:r>
      <w:r w:rsidR="00696F05">
        <w:rPr>
          <w:rFonts w:ascii="Garamond" w:hAnsi="Garamond"/>
        </w:rPr>
        <w:t xml:space="preserve">and </w:t>
      </w:r>
      <w:r w:rsidRPr="00771DC2">
        <w:rPr>
          <w:rFonts w:ascii="Garamond" w:hAnsi="Garamond"/>
        </w:rPr>
        <w:t>comforted the grieving. But He didn</w:t>
      </w:r>
      <w:r w:rsidR="00696F05">
        <w:rPr>
          <w:rFonts w:ascii="Garamond" w:hAnsi="Garamond"/>
        </w:rPr>
        <w:t>’</w:t>
      </w:r>
      <w:r w:rsidRPr="00771DC2">
        <w:rPr>
          <w:rFonts w:ascii="Garamond" w:hAnsi="Garamond"/>
        </w:rPr>
        <w:t>t enable people. He didn</w:t>
      </w:r>
      <w:r w:rsidR="00696F05">
        <w:rPr>
          <w:rFonts w:ascii="Garamond" w:hAnsi="Garamond"/>
        </w:rPr>
        <w:t>’</w:t>
      </w:r>
      <w:r w:rsidRPr="00771DC2">
        <w:rPr>
          <w:rFonts w:ascii="Garamond" w:hAnsi="Garamond"/>
        </w:rPr>
        <w:t>t make their problems go away without requiring something from them. He didn</w:t>
      </w:r>
      <w:r w:rsidR="00696F05">
        <w:rPr>
          <w:rFonts w:ascii="Garamond" w:hAnsi="Garamond"/>
        </w:rPr>
        <w:t>’</w:t>
      </w:r>
      <w:r w:rsidRPr="00771DC2">
        <w:rPr>
          <w:rFonts w:ascii="Garamond" w:hAnsi="Garamond"/>
        </w:rPr>
        <w:t>t carry their responsibilities. He didn</w:t>
      </w:r>
      <w:r w:rsidR="009008C7">
        <w:rPr>
          <w:rFonts w:ascii="Garamond" w:hAnsi="Garamond"/>
        </w:rPr>
        <w:t>’</w:t>
      </w:r>
      <w:r w:rsidRPr="00771DC2">
        <w:rPr>
          <w:rFonts w:ascii="Garamond" w:hAnsi="Garamond"/>
        </w:rPr>
        <w:t>t shield them from the consequences of their choices.</w:t>
      </w:r>
    </w:p>
    <w:p w14:paraId="287C670F" w14:textId="7E0DE505" w:rsidR="009008C7" w:rsidRPr="00771DC2" w:rsidRDefault="00000000" w:rsidP="00F05142">
      <w:pPr>
        <w:spacing w:line="336" w:lineRule="auto"/>
        <w:ind w:firstLine="284"/>
        <w:jc w:val="both"/>
        <w:rPr>
          <w:rFonts w:ascii="Garamond" w:hAnsi="Garamond"/>
        </w:rPr>
      </w:pPr>
      <w:r w:rsidRPr="00771DC2">
        <w:rPr>
          <w:rFonts w:ascii="Garamond" w:hAnsi="Garamond"/>
        </w:rPr>
        <w:t>Jesus loved people too much to enable their immaturity.</w:t>
      </w:r>
    </w:p>
    <w:p w14:paraId="02EC0B0F" w14:textId="77777777" w:rsidR="00F32FA7" w:rsidRPr="00771DC2" w:rsidRDefault="00000000" w:rsidP="009008C7">
      <w:pPr>
        <w:pStyle w:val="Heading2"/>
        <w:spacing w:line="336" w:lineRule="auto"/>
        <w:ind w:firstLine="284"/>
        <w:jc w:val="center"/>
        <w:rPr>
          <w:rFonts w:ascii="Garamond" w:hAnsi="Garamond"/>
          <w:sz w:val="22"/>
          <w:szCs w:val="22"/>
        </w:rPr>
      </w:pPr>
      <w:r w:rsidRPr="00771DC2">
        <w:rPr>
          <w:rFonts w:ascii="Garamond" w:hAnsi="Garamond"/>
          <w:sz w:val="22"/>
          <w:szCs w:val="22"/>
        </w:rPr>
        <w:t>Biblical Boundaries</w:t>
      </w:r>
    </w:p>
    <w:p w14:paraId="39568B55" w14:textId="32514BD8" w:rsidR="00F32FA7" w:rsidRPr="00771DC2" w:rsidRDefault="00000000" w:rsidP="009008C7">
      <w:pPr>
        <w:spacing w:after="0" w:line="336" w:lineRule="auto"/>
        <w:ind w:firstLine="284"/>
        <w:jc w:val="both"/>
        <w:rPr>
          <w:rFonts w:ascii="Garamond" w:hAnsi="Garamond"/>
        </w:rPr>
      </w:pPr>
      <w:r w:rsidRPr="00771DC2">
        <w:rPr>
          <w:rFonts w:ascii="Garamond" w:hAnsi="Garamond"/>
        </w:rPr>
        <w:t xml:space="preserve">The word </w:t>
      </w:r>
      <w:r w:rsidR="009008C7">
        <w:rPr>
          <w:rFonts w:ascii="Garamond" w:hAnsi="Garamond"/>
        </w:rPr>
        <w:t>“</w:t>
      </w:r>
      <w:r w:rsidRPr="00771DC2">
        <w:rPr>
          <w:rFonts w:ascii="Garamond" w:hAnsi="Garamond"/>
        </w:rPr>
        <w:t>boundaries</w:t>
      </w:r>
      <w:r w:rsidR="009008C7">
        <w:rPr>
          <w:rFonts w:ascii="Garamond" w:hAnsi="Garamond"/>
        </w:rPr>
        <w:t>”</w:t>
      </w:r>
      <w:r w:rsidRPr="00771DC2">
        <w:rPr>
          <w:rFonts w:ascii="Garamond" w:hAnsi="Garamond"/>
        </w:rPr>
        <w:t xml:space="preserve"> makes some Christians</w:t>
      </w:r>
      <w:r w:rsidR="009008C7">
        <w:rPr>
          <w:rFonts w:ascii="Garamond" w:hAnsi="Garamond"/>
        </w:rPr>
        <w:t xml:space="preserve"> </w:t>
      </w:r>
      <w:r w:rsidRPr="00771DC2">
        <w:rPr>
          <w:rFonts w:ascii="Garamond" w:hAnsi="Garamond"/>
        </w:rPr>
        <w:t>uncomfortable. It sounds selfish, unloving, unchristian.</w:t>
      </w:r>
      <w:r w:rsidR="009008C7">
        <w:rPr>
          <w:rFonts w:ascii="Garamond" w:hAnsi="Garamond"/>
        </w:rPr>
        <w:t xml:space="preserve"> </w:t>
      </w:r>
      <w:r w:rsidRPr="00771DC2">
        <w:rPr>
          <w:rFonts w:ascii="Garamond" w:hAnsi="Garamond"/>
        </w:rPr>
        <w:t>But boundaries aren</w:t>
      </w:r>
      <w:r w:rsidR="009008C7">
        <w:rPr>
          <w:rFonts w:ascii="Garamond" w:hAnsi="Garamond"/>
        </w:rPr>
        <w:t>’</w:t>
      </w:r>
      <w:r w:rsidRPr="00771DC2">
        <w:rPr>
          <w:rFonts w:ascii="Garamond" w:hAnsi="Garamond"/>
        </w:rPr>
        <w:t>t walls that keep people out</w:t>
      </w:r>
      <w:r w:rsidR="009008C7">
        <w:rPr>
          <w:rFonts w:ascii="Garamond" w:hAnsi="Garamond"/>
        </w:rPr>
        <w:t xml:space="preserve">, </w:t>
      </w:r>
      <w:r w:rsidRPr="00771DC2">
        <w:rPr>
          <w:rFonts w:ascii="Garamond" w:hAnsi="Garamond"/>
        </w:rPr>
        <w:t>they</w:t>
      </w:r>
      <w:r w:rsidR="009008C7">
        <w:rPr>
          <w:rFonts w:ascii="Garamond" w:hAnsi="Garamond"/>
        </w:rPr>
        <w:t>’</w:t>
      </w:r>
      <w:r w:rsidRPr="00771DC2">
        <w:rPr>
          <w:rFonts w:ascii="Garamond" w:hAnsi="Garamond"/>
        </w:rPr>
        <w:t>re gates that determine what gets in.</w:t>
      </w:r>
      <w:r w:rsidR="009008C7">
        <w:rPr>
          <w:rFonts w:ascii="Garamond" w:hAnsi="Garamond"/>
        </w:rPr>
        <w:t xml:space="preserve"> </w:t>
      </w:r>
      <w:r w:rsidRPr="00771DC2">
        <w:rPr>
          <w:rFonts w:ascii="Garamond" w:hAnsi="Garamond"/>
        </w:rPr>
        <w:t>Jesus had boundaries. He had boundaries with His time, His energy, His availability, and His relationships.</w:t>
      </w:r>
    </w:p>
    <w:p w14:paraId="482C0070" w14:textId="77777777" w:rsidR="00F32FA7" w:rsidRPr="00771DC2" w:rsidRDefault="00000000" w:rsidP="009008C7">
      <w:pPr>
        <w:spacing w:after="0" w:line="336" w:lineRule="auto"/>
        <w:ind w:firstLine="284"/>
        <w:jc w:val="both"/>
        <w:rPr>
          <w:rFonts w:ascii="Garamond" w:hAnsi="Garamond"/>
        </w:rPr>
      </w:pPr>
      <w:r w:rsidRPr="009008C7">
        <w:rPr>
          <w:rFonts w:ascii="Garamond" w:hAnsi="Garamond"/>
          <w:color w:val="FF0000"/>
        </w:rPr>
        <w:t xml:space="preserve">When crowds pressed in on Him, He withdrew to pray (Luke 5:16). When people wanted to make Him king, He escaped to the mountains (John 6:15). </w:t>
      </w:r>
      <w:r w:rsidRPr="00771DC2">
        <w:rPr>
          <w:rFonts w:ascii="Garamond" w:hAnsi="Garamond"/>
        </w:rPr>
        <w:t>When His disciples wanted to stay in one place because ministry was going well, He insisted on moving to the next town (Mark 1:38).</w:t>
      </w:r>
    </w:p>
    <w:p w14:paraId="5B19AA3E" w14:textId="085ADE5A" w:rsidR="00F32FA7" w:rsidRPr="00771DC2" w:rsidRDefault="00000000" w:rsidP="009008C7">
      <w:pPr>
        <w:spacing w:after="0" w:line="336" w:lineRule="auto"/>
        <w:ind w:firstLine="284"/>
        <w:rPr>
          <w:rFonts w:ascii="Garamond" w:hAnsi="Garamond"/>
        </w:rPr>
      </w:pPr>
      <w:r w:rsidRPr="00771DC2">
        <w:rPr>
          <w:rFonts w:ascii="Garamond" w:hAnsi="Garamond"/>
        </w:rPr>
        <w:t xml:space="preserve">Jesus said no to good things to say yes to God things. He disappointed people who wanted more of His time. He left </w:t>
      </w:r>
      <w:r w:rsidRPr="00771DC2">
        <w:rPr>
          <w:rFonts w:ascii="Garamond" w:hAnsi="Garamond"/>
        </w:rPr>
        <w:lastRenderedPageBreak/>
        <w:t>people who wanted Him to stay. He refused to meet expectations that didn</w:t>
      </w:r>
      <w:r w:rsidR="009008C7">
        <w:rPr>
          <w:rFonts w:ascii="Garamond" w:hAnsi="Garamond"/>
        </w:rPr>
        <w:t>’</w:t>
      </w:r>
      <w:r w:rsidRPr="00771DC2">
        <w:rPr>
          <w:rFonts w:ascii="Garamond" w:hAnsi="Garamond"/>
        </w:rPr>
        <w:t>t align with His Father</w:t>
      </w:r>
      <w:r w:rsidR="009008C7">
        <w:rPr>
          <w:rFonts w:ascii="Garamond" w:hAnsi="Garamond"/>
        </w:rPr>
        <w:t>’</w:t>
      </w:r>
      <w:r w:rsidRPr="00771DC2">
        <w:rPr>
          <w:rFonts w:ascii="Garamond" w:hAnsi="Garamond"/>
        </w:rPr>
        <w:t>s will.</w:t>
      </w:r>
    </w:p>
    <w:p w14:paraId="02A4F966" w14:textId="64782E00" w:rsidR="00F32FA7" w:rsidRPr="00771DC2" w:rsidRDefault="00000000" w:rsidP="009008C7">
      <w:pPr>
        <w:spacing w:after="0" w:line="336" w:lineRule="auto"/>
        <w:ind w:firstLine="284"/>
        <w:rPr>
          <w:rFonts w:ascii="Garamond" w:hAnsi="Garamond"/>
        </w:rPr>
      </w:pPr>
      <w:r w:rsidRPr="00771DC2">
        <w:rPr>
          <w:rFonts w:ascii="Garamond" w:hAnsi="Garamond"/>
        </w:rPr>
        <w:t>This wasn</w:t>
      </w:r>
      <w:r w:rsidR="009008C7">
        <w:rPr>
          <w:rFonts w:ascii="Garamond" w:hAnsi="Garamond"/>
        </w:rPr>
        <w:t>’</w:t>
      </w:r>
      <w:r w:rsidRPr="00771DC2">
        <w:rPr>
          <w:rFonts w:ascii="Garamond" w:hAnsi="Garamond"/>
        </w:rPr>
        <w:t>t selfishness</w:t>
      </w:r>
      <w:r w:rsidR="009008C7">
        <w:rPr>
          <w:rFonts w:ascii="Garamond" w:hAnsi="Garamond"/>
        </w:rPr>
        <w:t xml:space="preserve">, </w:t>
      </w:r>
      <w:r w:rsidRPr="00771DC2">
        <w:rPr>
          <w:rFonts w:ascii="Garamond" w:hAnsi="Garamond"/>
        </w:rPr>
        <w:t>it was faithfulness.</w:t>
      </w:r>
    </w:p>
    <w:p w14:paraId="0E006E9D" w14:textId="028E2CC5" w:rsidR="00F32FA7" w:rsidRPr="00771DC2" w:rsidRDefault="00000000" w:rsidP="002372D9">
      <w:pPr>
        <w:spacing w:after="0" w:line="336" w:lineRule="auto"/>
        <w:ind w:firstLine="284"/>
        <w:jc w:val="both"/>
        <w:rPr>
          <w:rFonts w:ascii="Garamond" w:hAnsi="Garamond"/>
        </w:rPr>
      </w:pPr>
      <w:r w:rsidRPr="00771DC2">
        <w:rPr>
          <w:rFonts w:ascii="Garamond" w:hAnsi="Garamond"/>
        </w:rPr>
        <w:t>Biblical boundaries are not about being mean or uncaring. They</w:t>
      </w:r>
      <w:r w:rsidR="002372D9">
        <w:rPr>
          <w:rFonts w:ascii="Garamond" w:hAnsi="Garamond"/>
        </w:rPr>
        <w:t>’</w:t>
      </w:r>
      <w:r w:rsidRPr="00771DC2">
        <w:rPr>
          <w:rFonts w:ascii="Garamond" w:hAnsi="Garamond"/>
        </w:rPr>
        <w:t>re about being faithful to God</w:t>
      </w:r>
      <w:r w:rsidR="002372D9">
        <w:rPr>
          <w:rFonts w:ascii="Garamond" w:hAnsi="Garamond"/>
        </w:rPr>
        <w:t>’</w:t>
      </w:r>
      <w:r w:rsidRPr="00771DC2">
        <w:rPr>
          <w:rFonts w:ascii="Garamond" w:hAnsi="Garamond"/>
        </w:rPr>
        <w:t>s calling on your life while loving others in healthy ways.</w:t>
      </w:r>
    </w:p>
    <w:p w14:paraId="41A02520" w14:textId="36883895" w:rsidR="00F32FA7" w:rsidRPr="00771DC2" w:rsidRDefault="00000000" w:rsidP="002372D9">
      <w:pPr>
        <w:spacing w:after="0" w:line="336" w:lineRule="auto"/>
        <w:ind w:firstLine="284"/>
        <w:jc w:val="both"/>
        <w:rPr>
          <w:rFonts w:ascii="Garamond" w:hAnsi="Garamond"/>
        </w:rPr>
      </w:pPr>
      <w:r w:rsidRPr="00771DC2">
        <w:rPr>
          <w:rFonts w:ascii="Garamond" w:hAnsi="Garamond"/>
        </w:rPr>
        <w:t>You can love someone without being available to them 24/7. You can care about someone without solving all their problems. You can be kind without being a doormat. You can be generous without being broke. You can be helpful without being responsible for everyone</w:t>
      </w:r>
      <w:r w:rsidR="002372D9">
        <w:rPr>
          <w:rFonts w:ascii="Garamond" w:hAnsi="Garamond"/>
        </w:rPr>
        <w:t>’</w:t>
      </w:r>
      <w:r w:rsidRPr="00771DC2">
        <w:rPr>
          <w:rFonts w:ascii="Garamond" w:hAnsi="Garamond"/>
        </w:rPr>
        <w:t>s happiness.</w:t>
      </w:r>
    </w:p>
    <w:p w14:paraId="37BD0DEC" w14:textId="77777777" w:rsidR="00F32FA7" w:rsidRPr="00771DC2" w:rsidRDefault="00000000" w:rsidP="002372D9">
      <w:pPr>
        <w:spacing w:after="0" w:line="336" w:lineRule="auto"/>
        <w:ind w:firstLine="284"/>
        <w:jc w:val="both"/>
        <w:rPr>
          <w:rFonts w:ascii="Garamond" w:hAnsi="Garamond"/>
        </w:rPr>
      </w:pPr>
      <w:r w:rsidRPr="00771DC2">
        <w:rPr>
          <w:rFonts w:ascii="Garamond" w:hAnsi="Garamond"/>
        </w:rPr>
        <w:t>In fact, you must.</w:t>
      </w:r>
    </w:p>
    <w:p w14:paraId="6ACBF3A5" w14:textId="337A5C0F" w:rsidR="00F32FA7" w:rsidRPr="00771DC2" w:rsidRDefault="00000000" w:rsidP="002372D9">
      <w:pPr>
        <w:spacing w:after="0" w:line="336" w:lineRule="auto"/>
        <w:ind w:firstLine="284"/>
        <w:jc w:val="both"/>
        <w:rPr>
          <w:rFonts w:ascii="Garamond" w:hAnsi="Garamond"/>
        </w:rPr>
      </w:pPr>
      <w:r w:rsidRPr="00771DC2">
        <w:rPr>
          <w:rFonts w:ascii="Garamond" w:hAnsi="Garamond"/>
        </w:rPr>
        <w:t>When you have no boundaries, you have no testimony. When you</w:t>
      </w:r>
      <w:r w:rsidR="002372D9">
        <w:rPr>
          <w:rFonts w:ascii="Garamond" w:hAnsi="Garamond"/>
        </w:rPr>
        <w:t>’</w:t>
      </w:r>
      <w:r w:rsidRPr="00771DC2">
        <w:rPr>
          <w:rFonts w:ascii="Garamond" w:hAnsi="Garamond"/>
        </w:rPr>
        <w:t>re available to everyone, you</w:t>
      </w:r>
      <w:r w:rsidR="002372D9">
        <w:rPr>
          <w:rFonts w:ascii="Garamond" w:hAnsi="Garamond"/>
        </w:rPr>
        <w:t>’</w:t>
      </w:r>
      <w:r w:rsidRPr="00771DC2">
        <w:rPr>
          <w:rFonts w:ascii="Garamond" w:hAnsi="Garamond"/>
        </w:rPr>
        <w:t>re present to no one. When you try to meet everyone</w:t>
      </w:r>
      <w:r w:rsidR="002372D9">
        <w:rPr>
          <w:rFonts w:ascii="Garamond" w:hAnsi="Garamond"/>
        </w:rPr>
        <w:t>’</w:t>
      </w:r>
      <w:r w:rsidRPr="00771DC2">
        <w:rPr>
          <w:rFonts w:ascii="Garamond" w:hAnsi="Garamond"/>
        </w:rPr>
        <w:t>s expectations, you end up disappointing everyone, including God.</w:t>
      </w:r>
    </w:p>
    <w:p w14:paraId="2D4EE3C6" w14:textId="77777777" w:rsidR="00F32FA7" w:rsidRPr="002372D9" w:rsidRDefault="00000000" w:rsidP="002372D9">
      <w:pPr>
        <w:pStyle w:val="Heading2"/>
        <w:spacing w:line="336" w:lineRule="auto"/>
        <w:ind w:firstLine="284"/>
        <w:jc w:val="center"/>
        <w:rPr>
          <w:rFonts w:ascii="Garamond" w:hAnsi="Garamond"/>
          <w:sz w:val="24"/>
          <w:szCs w:val="24"/>
        </w:rPr>
      </w:pPr>
      <w:r w:rsidRPr="002372D9">
        <w:rPr>
          <w:rFonts w:ascii="Garamond" w:hAnsi="Garamond"/>
          <w:sz w:val="24"/>
          <w:szCs w:val="24"/>
        </w:rPr>
        <w:t>The Courage to Disappoint</w:t>
      </w:r>
    </w:p>
    <w:p w14:paraId="4684ECE2" w14:textId="77777777" w:rsidR="00F32FA7" w:rsidRPr="00771DC2" w:rsidRDefault="00000000" w:rsidP="001C0ED6">
      <w:pPr>
        <w:spacing w:after="0" w:line="336" w:lineRule="auto"/>
        <w:ind w:firstLine="284"/>
        <w:rPr>
          <w:rFonts w:ascii="Garamond" w:hAnsi="Garamond"/>
        </w:rPr>
      </w:pPr>
      <w:r w:rsidRPr="00771DC2">
        <w:rPr>
          <w:rFonts w:ascii="Garamond" w:hAnsi="Garamond"/>
        </w:rPr>
        <w:t>Here's what nobody tells you about following Jesus: it requires the courage to disappoint people.</w:t>
      </w:r>
    </w:p>
    <w:p w14:paraId="74807EA7" w14:textId="77777777" w:rsidR="00F32FA7" w:rsidRPr="00771DC2" w:rsidRDefault="00000000" w:rsidP="001C0ED6">
      <w:pPr>
        <w:spacing w:after="0" w:line="336" w:lineRule="auto"/>
        <w:ind w:firstLine="284"/>
        <w:rPr>
          <w:rFonts w:ascii="Garamond" w:hAnsi="Garamond"/>
        </w:rPr>
      </w:pPr>
      <w:r w:rsidRPr="00771DC2">
        <w:rPr>
          <w:rFonts w:ascii="Garamond" w:hAnsi="Garamond"/>
        </w:rPr>
        <w:t xml:space="preserve">You will disappoint your family when you choose God's will over their expectations. You will disappoint your friends when you choose truth over popularity. You will disappoint </w:t>
      </w:r>
      <w:r w:rsidRPr="00771DC2">
        <w:rPr>
          <w:rFonts w:ascii="Garamond" w:hAnsi="Garamond"/>
        </w:rPr>
        <w:lastRenderedPageBreak/>
        <w:t>your church when you choose your calling over their programs. You will disappoint your culture when you choose biblical values over cultural trends.</w:t>
      </w:r>
    </w:p>
    <w:p w14:paraId="0087C3BC" w14:textId="77777777" w:rsidR="00F32FA7" w:rsidRPr="00771DC2" w:rsidRDefault="00000000" w:rsidP="00E82982">
      <w:pPr>
        <w:spacing w:line="336" w:lineRule="auto"/>
        <w:ind w:firstLine="284"/>
        <w:rPr>
          <w:rFonts w:ascii="Garamond" w:hAnsi="Garamond"/>
        </w:rPr>
      </w:pPr>
      <w:r w:rsidRPr="00771DC2">
        <w:rPr>
          <w:rFonts w:ascii="Garamond" w:hAnsi="Garamond"/>
        </w:rPr>
        <w:t>This is not optional. This is inevitable.</w:t>
      </w:r>
    </w:p>
    <w:p w14:paraId="736CA889" w14:textId="77777777" w:rsidR="00F32FA7" w:rsidRPr="00771DC2" w:rsidRDefault="00000000" w:rsidP="00E82982">
      <w:pPr>
        <w:spacing w:line="336" w:lineRule="auto"/>
        <w:ind w:firstLine="284"/>
        <w:rPr>
          <w:rFonts w:ascii="Garamond" w:hAnsi="Garamond"/>
        </w:rPr>
      </w:pPr>
      <w:r w:rsidRPr="00771DC2">
        <w:rPr>
          <w:rFonts w:ascii="Garamond" w:hAnsi="Garamond"/>
        </w:rPr>
        <w:t>The question is not whether you'll disappoint people. The question is whether you'll disappoint people or God.</w:t>
      </w:r>
    </w:p>
    <w:p w14:paraId="2A8A742D" w14:textId="77777777" w:rsidR="00F32FA7" w:rsidRPr="00771DC2" w:rsidRDefault="00000000" w:rsidP="00E82982">
      <w:pPr>
        <w:spacing w:line="336" w:lineRule="auto"/>
        <w:ind w:firstLine="284"/>
        <w:rPr>
          <w:rFonts w:ascii="Garamond" w:hAnsi="Garamond"/>
        </w:rPr>
      </w:pPr>
      <w:r w:rsidRPr="00771DC2">
        <w:rPr>
          <w:rFonts w:ascii="Garamond" w:hAnsi="Garamond"/>
        </w:rPr>
        <w:t>Jesus disappointed people regularly. He disappointed the disciples when He refused to establish an earthly kingdom. He disappointed the crowds when He stopped doing miracles and started making demands. He disappointed the religious leaders when He refused to play their political games.</w:t>
      </w:r>
    </w:p>
    <w:p w14:paraId="1C97B0A6" w14:textId="77777777" w:rsidR="00F32FA7" w:rsidRPr="00771DC2" w:rsidRDefault="00000000" w:rsidP="00E82982">
      <w:pPr>
        <w:spacing w:line="336" w:lineRule="auto"/>
        <w:ind w:firstLine="284"/>
        <w:rPr>
          <w:rFonts w:ascii="Garamond" w:hAnsi="Garamond"/>
        </w:rPr>
      </w:pPr>
      <w:r w:rsidRPr="00771DC2">
        <w:rPr>
          <w:rFonts w:ascii="Garamond" w:hAnsi="Garamond"/>
        </w:rPr>
        <w:t>He disappointed people because He was more committed to His Father's approval than to human approval.</w:t>
      </w:r>
    </w:p>
    <w:p w14:paraId="0260A308" w14:textId="77777777" w:rsidR="00F32FA7" w:rsidRPr="00771DC2" w:rsidRDefault="00000000" w:rsidP="00E82982">
      <w:pPr>
        <w:spacing w:line="336" w:lineRule="auto"/>
        <w:ind w:firstLine="284"/>
        <w:rPr>
          <w:rFonts w:ascii="Garamond" w:hAnsi="Garamond"/>
        </w:rPr>
      </w:pPr>
      <w:r w:rsidRPr="00771DC2">
        <w:rPr>
          <w:rFonts w:ascii="Garamond" w:hAnsi="Garamond"/>
        </w:rPr>
        <w:t>This is the courage you need: the courage to disappoint good people in order to obey God.</w:t>
      </w:r>
    </w:p>
    <w:p w14:paraId="505B0B66" w14:textId="77777777" w:rsidR="00F32FA7" w:rsidRPr="00771DC2" w:rsidRDefault="00000000" w:rsidP="00E82982">
      <w:pPr>
        <w:spacing w:line="336" w:lineRule="auto"/>
        <w:ind w:firstLine="284"/>
        <w:rPr>
          <w:rFonts w:ascii="Garamond" w:hAnsi="Garamond"/>
        </w:rPr>
      </w:pPr>
      <w:r w:rsidRPr="00771DC2">
        <w:rPr>
          <w:rFonts w:ascii="Garamond" w:hAnsi="Garamond"/>
        </w:rPr>
        <w:t>Your mom might be disappointed when you don't call as often because you're spending that time in prayer. Your boss might be disappointed when you don't work late because you're committed to family dinner. Your friends might be disappointed when you don't join them for activities that compromise your values.</w:t>
      </w:r>
    </w:p>
    <w:p w14:paraId="4FD12950"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Let them be disappointed.</w:t>
      </w:r>
    </w:p>
    <w:p w14:paraId="262ACA11" w14:textId="77777777" w:rsidR="00F32FA7" w:rsidRPr="00771DC2" w:rsidRDefault="00000000" w:rsidP="00E82982">
      <w:pPr>
        <w:spacing w:line="336" w:lineRule="auto"/>
        <w:ind w:firstLine="284"/>
        <w:rPr>
          <w:rFonts w:ascii="Garamond" w:hAnsi="Garamond"/>
        </w:rPr>
      </w:pPr>
      <w:r w:rsidRPr="00771DC2">
        <w:rPr>
          <w:rFonts w:ascii="Garamond" w:hAnsi="Garamond"/>
        </w:rPr>
        <w:t>Their disappointment is not your responsibility. Your obedience is.</w:t>
      </w:r>
    </w:p>
    <w:p w14:paraId="5296A625"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When Good People Have Bad Expectations</w:t>
      </w:r>
    </w:p>
    <w:p w14:paraId="7870CD94" w14:textId="77777777" w:rsidR="00F32FA7" w:rsidRPr="00771DC2" w:rsidRDefault="00000000" w:rsidP="00E82982">
      <w:pPr>
        <w:spacing w:line="336" w:lineRule="auto"/>
        <w:ind w:firstLine="284"/>
        <w:rPr>
          <w:rFonts w:ascii="Garamond" w:hAnsi="Garamond"/>
        </w:rPr>
      </w:pPr>
      <w:r w:rsidRPr="00771DC2">
        <w:rPr>
          <w:rFonts w:ascii="Garamond" w:hAnsi="Garamond"/>
        </w:rPr>
        <w:t>The hardest expectations to resist are the ones that come from good people.</w:t>
      </w:r>
    </w:p>
    <w:p w14:paraId="1A8B9570" w14:textId="77777777" w:rsidR="00F32FA7" w:rsidRPr="00771DC2" w:rsidRDefault="00000000" w:rsidP="00E82982">
      <w:pPr>
        <w:spacing w:line="336" w:lineRule="auto"/>
        <w:ind w:firstLine="284"/>
        <w:rPr>
          <w:rFonts w:ascii="Garamond" w:hAnsi="Garamond"/>
        </w:rPr>
      </w:pPr>
      <w:r w:rsidRPr="00771DC2">
        <w:rPr>
          <w:rFonts w:ascii="Garamond" w:hAnsi="Garamond"/>
        </w:rPr>
        <w:t>Your pastor expects you to volunteer for everything. Your parents expect you to prioritize family above all else. Your friends expect you to be available whenever they need you. Your spouse expects you to meet all their emotional needs.</w:t>
      </w:r>
    </w:p>
    <w:p w14:paraId="77F0A81A" w14:textId="77777777" w:rsidR="00F32FA7" w:rsidRPr="00771DC2" w:rsidRDefault="00000000" w:rsidP="00E82982">
      <w:pPr>
        <w:spacing w:line="336" w:lineRule="auto"/>
        <w:ind w:firstLine="284"/>
        <w:rPr>
          <w:rFonts w:ascii="Garamond" w:hAnsi="Garamond"/>
        </w:rPr>
      </w:pPr>
      <w:r w:rsidRPr="00771DC2">
        <w:rPr>
          <w:rFonts w:ascii="Garamond" w:hAnsi="Garamond"/>
        </w:rPr>
        <w:t>These aren't bad people. They're good people with human limitations who sometimes place expectations on you that God never placed on you.</w:t>
      </w:r>
    </w:p>
    <w:p w14:paraId="666DD30C" w14:textId="77777777" w:rsidR="00F32FA7" w:rsidRPr="00771DC2" w:rsidRDefault="00000000" w:rsidP="00E82982">
      <w:pPr>
        <w:spacing w:line="336" w:lineRule="auto"/>
        <w:ind w:firstLine="284"/>
        <w:rPr>
          <w:rFonts w:ascii="Garamond" w:hAnsi="Garamond"/>
        </w:rPr>
      </w:pPr>
      <w:r w:rsidRPr="00771DC2">
        <w:rPr>
          <w:rFonts w:ascii="Garamond" w:hAnsi="Garamond"/>
        </w:rPr>
        <w:t>This is where wisdom and grace collide.</w:t>
      </w:r>
    </w:p>
    <w:p w14:paraId="1E4658E4" w14:textId="77777777" w:rsidR="00F32FA7" w:rsidRPr="00771DC2" w:rsidRDefault="00000000" w:rsidP="00E82982">
      <w:pPr>
        <w:spacing w:line="336" w:lineRule="auto"/>
        <w:ind w:firstLine="284"/>
        <w:rPr>
          <w:rFonts w:ascii="Garamond" w:hAnsi="Garamond"/>
        </w:rPr>
      </w:pPr>
      <w:r w:rsidRPr="00771DC2">
        <w:rPr>
          <w:rFonts w:ascii="Garamond" w:hAnsi="Garamond"/>
        </w:rPr>
        <w:t>You need the wisdom to discern which expectations are from God and which are from people. You need the grace to disappoint people lovingly when their expectations conflict with God's calling.</w:t>
      </w:r>
    </w:p>
    <w:p w14:paraId="0BCCDB07"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Not every expectation from a good person is a godly expectation. Not every request from someone you love is a request you should fulfill. Not every opportunity presented by your church is an opportunity God wants you to take.</w:t>
      </w:r>
    </w:p>
    <w:p w14:paraId="4CFB57DC" w14:textId="77777777" w:rsidR="00F32FA7" w:rsidRPr="00771DC2" w:rsidRDefault="00000000" w:rsidP="00E82982">
      <w:pPr>
        <w:spacing w:line="336" w:lineRule="auto"/>
        <w:ind w:firstLine="284"/>
        <w:rPr>
          <w:rFonts w:ascii="Garamond" w:hAnsi="Garamond"/>
        </w:rPr>
      </w:pPr>
      <w:r w:rsidRPr="00771DC2">
        <w:rPr>
          <w:rFonts w:ascii="Garamond" w:hAnsi="Garamond"/>
        </w:rPr>
        <w:t>Good people can have bad expectations. Loving people can make unreasonable demands. Spiritual people can place burdens on you that God never intended you to carry.</w:t>
      </w:r>
    </w:p>
    <w:p w14:paraId="6166753A" w14:textId="77777777" w:rsidR="00F32FA7" w:rsidRPr="00771DC2" w:rsidRDefault="00000000" w:rsidP="00E82982">
      <w:pPr>
        <w:spacing w:line="336" w:lineRule="auto"/>
        <w:ind w:firstLine="284"/>
        <w:rPr>
          <w:rFonts w:ascii="Garamond" w:hAnsi="Garamond"/>
        </w:rPr>
      </w:pPr>
      <w:r w:rsidRPr="00771DC2">
        <w:rPr>
          <w:rFonts w:ascii="Garamond" w:hAnsi="Garamond"/>
        </w:rPr>
        <w:t>When good people have bad expectations, you respond with truth and love. You explain your boundaries clearly. You stick to them consistently. You refuse to feel guilty for disappointing them.</w:t>
      </w:r>
    </w:p>
    <w:p w14:paraId="32AC17E6" w14:textId="77777777" w:rsidR="00F32FA7" w:rsidRPr="00771DC2" w:rsidRDefault="00000000" w:rsidP="00E82982">
      <w:pPr>
        <w:spacing w:line="336" w:lineRule="auto"/>
        <w:ind w:firstLine="284"/>
        <w:rPr>
          <w:rFonts w:ascii="Garamond" w:hAnsi="Garamond"/>
        </w:rPr>
      </w:pPr>
      <w:r w:rsidRPr="00771DC2">
        <w:rPr>
          <w:rFonts w:ascii="Garamond" w:hAnsi="Garamond"/>
        </w:rPr>
        <w:t>Their approval is not your source of identity. Their disappointment is not your responsibility. Their expectations are not your commands.</w:t>
      </w:r>
    </w:p>
    <w:p w14:paraId="0F1DA6A1" w14:textId="77777777" w:rsidR="00F32FA7" w:rsidRPr="00771DC2" w:rsidRDefault="00000000" w:rsidP="00E82982">
      <w:pPr>
        <w:spacing w:line="336" w:lineRule="auto"/>
        <w:ind w:firstLine="284"/>
        <w:rPr>
          <w:rFonts w:ascii="Garamond" w:hAnsi="Garamond"/>
        </w:rPr>
      </w:pPr>
      <w:r w:rsidRPr="00771DC2">
        <w:rPr>
          <w:rFonts w:ascii="Garamond" w:hAnsi="Garamond"/>
        </w:rPr>
        <w:t>God's approval is your source of identity. God's calling is your responsibility. God's expectations are your commands.</w:t>
      </w:r>
    </w:p>
    <w:p w14:paraId="7F8E1A5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Freedom of Faithful Obedience</w:t>
      </w:r>
    </w:p>
    <w:p w14:paraId="09949F99" w14:textId="77777777" w:rsidR="00F32FA7" w:rsidRPr="00771DC2" w:rsidRDefault="00000000" w:rsidP="00E82982">
      <w:pPr>
        <w:spacing w:line="336" w:lineRule="auto"/>
        <w:ind w:firstLine="284"/>
        <w:rPr>
          <w:rFonts w:ascii="Garamond" w:hAnsi="Garamond"/>
        </w:rPr>
      </w:pPr>
      <w:r w:rsidRPr="00771DC2">
        <w:rPr>
          <w:rFonts w:ascii="Garamond" w:hAnsi="Garamond"/>
        </w:rPr>
        <w:t>When you stop carrying everyone else's expectations and start carrying your cross, something amazing happens: you become free.</w:t>
      </w:r>
    </w:p>
    <w:p w14:paraId="25BB61F6"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Free from the exhausting cycle of trying to please everyone. Free from the guilt of never measuring up. Free from the anxiety of disappointing people. Free from the burden of managing everyone else's emotions.</w:t>
      </w:r>
    </w:p>
    <w:p w14:paraId="20A9E8BF" w14:textId="77777777" w:rsidR="00F32FA7" w:rsidRPr="00771DC2" w:rsidRDefault="00000000" w:rsidP="0033703C">
      <w:pPr>
        <w:spacing w:after="0" w:line="336" w:lineRule="auto"/>
        <w:ind w:firstLine="284"/>
        <w:rPr>
          <w:rFonts w:ascii="Garamond" w:hAnsi="Garamond"/>
        </w:rPr>
      </w:pPr>
      <w:r w:rsidRPr="00771DC2">
        <w:rPr>
          <w:rFonts w:ascii="Garamond" w:hAnsi="Garamond"/>
        </w:rPr>
        <w:t>You become free to love people without being controlled by them. Free to help people without being responsible for them. Free to serve people without being enslaved to them.</w:t>
      </w:r>
    </w:p>
    <w:p w14:paraId="31529AB7" w14:textId="77777777" w:rsidR="00F32FA7" w:rsidRPr="00771DC2" w:rsidRDefault="00000000" w:rsidP="0033703C">
      <w:pPr>
        <w:spacing w:after="0" w:line="336" w:lineRule="auto"/>
        <w:ind w:firstLine="284"/>
        <w:jc w:val="both"/>
        <w:rPr>
          <w:rFonts w:ascii="Garamond" w:hAnsi="Garamond"/>
        </w:rPr>
      </w:pPr>
      <w:r w:rsidRPr="00771DC2">
        <w:rPr>
          <w:rFonts w:ascii="Garamond" w:hAnsi="Garamond"/>
        </w:rPr>
        <w:t>You become free to be who God created you to be instead of who everyone else expects you to be.</w:t>
      </w:r>
    </w:p>
    <w:p w14:paraId="49062237" w14:textId="6C017483" w:rsidR="00F32FA7" w:rsidRPr="00771DC2" w:rsidRDefault="00000000" w:rsidP="0033703C">
      <w:pPr>
        <w:spacing w:after="0" w:line="336" w:lineRule="auto"/>
        <w:ind w:firstLine="284"/>
        <w:jc w:val="both"/>
        <w:rPr>
          <w:rFonts w:ascii="Garamond" w:hAnsi="Garamond"/>
        </w:rPr>
      </w:pPr>
      <w:r w:rsidRPr="00771DC2">
        <w:rPr>
          <w:rFonts w:ascii="Garamond" w:hAnsi="Garamond"/>
        </w:rPr>
        <w:t xml:space="preserve">This is the freedom that Jesus promises: </w:t>
      </w:r>
      <w:r w:rsidR="0033703C">
        <w:rPr>
          <w:rFonts w:ascii="Garamond" w:hAnsi="Garamond"/>
        </w:rPr>
        <w:t>“</w:t>
      </w:r>
      <w:r w:rsidRPr="00771DC2">
        <w:rPr>
          <w:rFonts w:ascii="Garamond" w:hAnsi="Garamond"/>
        </w:rPr>
        <w:t>Come to me, all you who are weary and burdened, and I will give you rest. Take my yoke upon you and learn from me, for I am gentle and humble in heart, and you will find rest for your souls. For my yoke is easy and my burden is light</w:t>
      </w:r>
      <w:r w:rsidR="0033703C">
        <w:rPr>
          <w:rFonts w:ascii="Garamond" w:hAnsi="Garamond"/>
        </w:rPr>
        <w:t>”</w:t>
      </w:r>
      <w:r w:rsidRPr="00771DC2">
        <w:rPr>
          <w:rFonts w:ascii="Garamond" w:hAnsi="Garamond"/>
        </w:rPr>
        <w:t xml:space="preserve"> (Matthew 11:28-30).</w:t>
      </w:r>
    </w:p>
    <w:p w14:paraId="0B5B799E" w14:textId="6AA5D043" w:rsidR="00F32FA7" w:rsidRPr="00771DC2" w:rsidRDefault="00000000" w:rsidP="0033703C">
      <w:pPr>
        <w:spacing w:after="0" w:line="336" w:lineRule="auto"/>
        <w:ind w:firstLine="284"/>
        <w:jc w:val="both"/>
        <w:rPr>
          <w:rFonts w:ascii="Garamond" w:hAnsi="Garamond"/>
        </w:rPr>
      </w:pPr>
      <w:r w:rsidRPr="00771DC2">
        <w:rPr>
          <w:rFonts w:ascii="Garamond" w:hAnsi="Garamond"/>
        </w:rPr>
        <w:t>Jesus</w:t>
      </w:r>
      <w:r w:rsidR="0033703C">
        <w:rPr>
          <w:rFonts w:ascii="Garamond" w:hAnsi="Garamond"/>
        </w:rPr>
        <w:t>’</w:t>
      </w:r>
      <w:r w:rsidRPr="00771DC2">
        <w:rPr>
          <w:rFonts w:ascii="Garamond" w:hAnsi="Garamond"/>
        </w:rPr>
        <w:t xml:space="preserve"> yoke is easy and His burden is light</w:t>
      </w:r>
      <w:r w:rsidR="0033703C">
        <w:rPr>
          <w:rFonts w:ascii="Garamond" w:hAnsi="Garamond"/>
        </w:rPr>
        <w:t xml:space="preserve">, </w:t>
      </w:r>
      <w:r w:rsidRPr="00771DC2">
        <w:rPr>
          <w:rFonts w:ascii="Garamond" w:hAnsi="Garamond"/>
        </w:rPr>
        <w:t>not because following Him is effortless, but because His expectations are clear, His grace is sufficient, and His love is unconditional.</w:t>
      </w:r>
    </w:p>
    <w:p w14:paraId="4F554983" w14:textId="0D964F76" w:rsidR="00F32FA7" w:rsidRPr="00771DC2" w:rsidRDefault="00000000" w:rsidP="0033703C">
      <w:pPr>
        <w:spacing w:line="336" w:lineRule="auto"/>
        <w:ind w:firstLine="284"/>
        <w:jc w:val="both"/>
        <w:rPr>
          <w:rFonts w:ascii="Garamond" w:hAnsi="Garamond"/>
        </w:rPr>
      </w:pPr>
      <w:r w:rsidRPr="00771DC2">
        <w:rPr>
          <w:rFonts w:ascii="Garamond" w:hAnsi="Garamond"/>
        </w:rPr>
        <w:t>When you carry your cross instead of everyone else</w:t>
      </w:r>
      <w:r w:rsidR="0033703C">
        <w:rPr>
          <w:rFonts w:ascii="Garamond" w:hAnsi="Garamond"/>
        </w:rPr>
        <w:t>’</w:t>
      </w:r>
      <w:r w:rsidRPr="00771DC2">
        <w:rPr>
          <w:rFonts w:ascii="Garamond" w:hAnsi="Garamond"/>
        </w:rPr>
        <w:t>s expectations, you discover that what Jesus asks of you is perfectly suited for who He created you to be.</w:t>
      </w:r>
    </w:p>
    <w:p w14:paraId="15F1F963" w14:textId="77777777" w:rsidR="00F32FA7" w:rsidRPr="0033703C" w:rsidRDefault="00000000" w:rsidP="00746317">
      <w:pPr>
        <w:pStyle w:val="Heading2"/>
        <w:spacing w:before="0" w:after="0" w:line="336" w:lineRule="auto"/>
        <w:ind w:firstLine="284"/>
        <w:jc w:val="center"/>
        <w:rPr>
          <w:rFonts w:ascii="Garamond" w:hAnsi="Garamond"/>
          <w:sz w:val="24"/>
          <w:szCs w:val="24"/>
        </w:rPr>
      </w:pPr>
      <w:r w:rsidRPr="0033703C">
        <w:rPr>
          <w:rFonts w:ascii="Garamond" w:hAnsi="Garamond"/>
          <w:sz w:val="24"/>
          <w:szCs w:val="24"/>
        </w:rPr>
        <w:lastRenderedPageBreak/>
        <w:t>The Challenge</w:t>
      </w:r>
    </w:p>
    <w:p w14:paraId="7EF919C9" w14:textId="7E144C46" w:rsidR="00F32FA7" w:rsidRPr="00771DC2" w:rsidRDefault="00000000" w:rsidP="001D0E17">
      <w:pPr>
        <w:spacing w:after="0" w:line="336" w:lineRule="auto"/>
        <w:ind w:firstLine="284"/>
        <w:jc w:val="both"/>
        <w:rPr>
          <w:rFonts w:ascii="Garamond" w:hAnsi="Garamond"/>
        </w:rPr>
      </w:pPr>
      <w:r w:rsidRPr="00771DC2">
        <w:rPr>
          <w:rFonts w:ascii="Garamond" w:hAnsi="Garamond"/>
        </w:rPr>
        <w:t>Identify one expectation you</w:t>
      </w:r>
      <w:r w:rsidR="001D0E17">
        <w:rPr>
          <w:rFonts w:ascii="Garamond" w:hAnsi="Garamond"/>
        </w:rPr>
        <w:t>’</w:t>
      </w:r>
      <w:r w:rsidRPr="00771DC2">
        <w:rPr>
          <w:rFonts w:ascii="Garamond" w:hAnsi="Garamond"/>
        </w:rPr>
        <w:t>ve been carrying that God hasn</w:t>
      </w:r>
      <w:r w:rsidR="00746317">
        <w:rPr>
          <w:rFonts w:ascii="Garamond" w:hAnsi="Garamond"/>
        </w:rPr>
        <w:t>’</w:t>
      </w:r>
      <w:r w:rsidRPr="00771DC2">
        <w:rPr>
          <w:rFonts w:ascii="Garamond" w:hAnsi="Garamond"/>
        </w:rPr>
        <w:t>t given you.</w:t>
      </w:r>
    </w:p>
    <w:p w14:paraId="355F3785" w14:textId="77777777" w:rsidR="00F32FA7" w:rsidRPr="00771DC2" w:rsidRDefault="00000000" w:rsidP="001D0E17">
      <w:pPr>
        <w:spacing w:after="0" w:line="336" w:lineRule="auto"/>
        <w:ind w:firstLine="284"/>
        <w:jc w:val="both"/>
        <w:rPr>
          <w:rFonts w:ascii="Garamond" w:hAnsi="Garamond"/>
        </w:rPr>
      </w:pPr>
      <w:r w:rsidRPr="00771DC2">
        <w:rPr>
          <w:rFonts w:ascii="Garamond" w:hAnsi="Garamond"/>
        </w:rPr>
        <w:t>It might be from family, friends, church, or culture.</w:t>
      </w:r>
    </w:p>
    <w:p w14:paraId="20E1BAC4" w14:textId="4757722A" w:rsidR="00F32FA7" w:rsidRPr="00771DC2" w:rsidRDefault="00000000" w:rsidP="001D0E17">
      <w:pPr>
        <w:spacing w:after="0" w:line="336" w:lineRule="auto"/>
        <w:ind w:firstLine="284"/>
        <w:jc w:val="both"/>
        <w:rPr>
          <w:rFonts w:ascii="Garamond" w:hAnsi="Garamond"/>
        </w:rPr>
      </w:pPr>
      <w:r w:rsidRPr="00771DC2">
        <w:rPr>
          <w:rFonts w:ascii="Garamond" w:hAnsi="Garamond"/>
        </w:rPr>
        <w:t>Practice setting a loving boundary around that expectation. Say no with</w:t>
      </w:r>
      <w:r w:rsidR="00051BDE">
        <w:rPr>
          <w:rFonts w:ascii="Garamond" w:hAnsi="Garamond"/>
        </w:rPr>
        <w:t>-</w:t>
      </w:r>
      <w:r w:rsidRPr="00771DC2">
        <w:rPr>
          <w:rFonts w:ascii="Garamond" w:hAnsi="Garamond"/>
        </w:rPr>
        <w:t xml:space="preserve"> kindness but firmness.</w:t>
      </w:r>
    </w:p>
    <w:p w14:paraId="0EC6B5B1" w14:textId="77777777" w:rsidR="00F32FA7" w:rsidRPr="00771DC2" w:rsidRDefault="00000000" w:rsidP="001D0E17">
      <w:pPr>
        <w:spacing w:line="336" w:lineRule="auto"/>
        <w:ind w:firstLine="284"/>
        <w:jc w:val="both"/>
        <w:rPr>
          <w:rFonts w:ascii="Garamond" w:hAnsi="Garamond"/>
        </w:rPr>
      </w:pPr>
      <w:r w:rsidRPr="00771DC2">
        <w:rPr>
          <w:rFonts w:ascii="Garamond" w:hAnsi="Garamond"/>
        </w:rPr>
        <w:t>Notice the guilt that comes up and remind yourself: "I am called to carry my cross, not everyone else's expectations."</w:t>
      </w:r>
    </w:p>
    <w:p w14:paraId="0EC936E3" w14:textId="584B503F" w:rsidR="001D0E17" w:rsidRPr="001D0E17" w:rsidRDefault="00000000" w:rsidP="001D0E17">
      <w:pPr>
        <w:spacing w:line="336" w:lineRule="auto"/>
        <w:ind w:firstLine="284"/>
        <w:jc w:val="center"/>
        <w:rPr>
          <w:rFonts w:ascii="Garamond" w:hAnsi="Garamond"/>
          <w:b/>
          <w:bCs/>
        </w:rPr>
      </w:pPr>
      <w:r w:rsidRPr="001D0E17">
        <w:rPr>
          <w:rFonts w:ascii="Garamond" w:hAnsi="Garamond"/>
          <w:b/>
          <w:bCs/>
        </w:rPr>
        <w:t>Remember:</w:t>
      </w:r>
    </w:p>
    <w:p w14:paraId="23A234AC" w14:textId="51C313B8" w:rsidR="00F32FA7" w:rsidRPr="00771DC2" w:rsidRDefault="00000000" w:rsidP="001D0E17">
      <w:pPr>
        <w:spacing w:after="0" w:line="336" w:lineRule="auto"/>
        <w:ind w:firstLine="284"/>
        <w:jc w:val="both"/>
        <w:rPr>
          <w:rFonts w:ascii="Garamond" w:hAnsi="Garamond"/>
        </w:rPr>
      </w:pPr>
      <w:r w:rsidRPr="00771DC2">
        <w:rPr>
          <w:rFonts w:ascii="Garamond" w:hAnsi="Garamond"/>
        </w:rPr>
        <w:t>Jesus disappointed people to obey God. Sometimes love requires letting people be disappointed with you.</w:t>
      </w:r>
      <w:r w:rsidR="001D0E17">
        <w:rPr>
          <w:rFonts w:ascii="Garamond" w:hAnsi="Garamond"/>
        </w:rPr>
        <w:t xml:space="preserve"> </w:t>
      </w:r>
      <w:r w:rsidRPr="00771DC2">
        <w:rPr>
          <w:rFonts w:ascii="Garamond" w:hAnsi="Garamond"/>
        </w:rPr>
        <w:t>Your job is not to meet everyone</w:t>
      </w:r>
      <w:r w:rsidR="001D0E17">
        <w:rPr>
          <w:rFonts w:ascii="Garamond" w:hAnsi="Garamond"/>
        </w:rPr>
        <w:t>’</w:t>
      </w:r>
      <w:r w:rsidRPr="00771DC2">
        <w:rPr>
          <w:rFonts w:ascii="Garamond" w:hAnsi="Garamond"/>
        </w:rPr>
        <w:t>s expectations. Your job is to be faithful to God</w:t>
      </w:r>
      <w:r w:rsidR="001D0E17">
        <w:rPr>
          <w:rFonts w:ascii="Garamond" w:hAnsi="Garamond"/>
        </w:rPr>
        <w:t>’</w:t>
      </w:r>
      <w:r w:rsidRPr="00771DC2">
        <w:rPr>
          <w:rFonts w:ascii="Garamond" w:hAnsi="Garamond"/>
        </w:rPr>
        <w:t>s calling.</w:t>
      </w:r>
    </w:p>
    <w:p w14:paraId="20CB8107" w14:textId="77777777" w:rsidR="00F32FA7" w:rsidRPr="00771DC2" w:rsidRDefault="00000000" w:rsidP="001D0E17">
      <w:pPr>
        <w:spacing w:after="0" w:line="336" w:lineRule="auto"/>
        <w:ind w:firstLine="284"/>
        <w:jc w:val="both"/>
        <w:rPr>
          <w:rFonts w:ascii="Garamond" w:hAnsi="Garamond"/>
        </w:rPr>
      </w:pPr>
      <w:r w:rsidRPr="00771DC2">
        <w:rPr>
          <w:rFonts w:ascii="Garamond" w:hAnsi="Garamond"/>
        </w:rPr>
        <w:t>Carry your cross, not their baggage. The difference will set you free.</w:t>
      </w:r>
    </w:p>
    <w:p w14:paraId="3A21BB84" w14:textId="207C78E8" w:rsidR="00F32FA7" w:rsidRDefault="00F32FA7" w:rsidP="00E82982">
      <w:pPr>
        <w:spacing w:line="336" w:lineRule="auto"/>
        <w:ind w:firstLine="284"/>
        <w:rPr>
          <w:rFonts w:ascii="Garamond" w:hAnsi="Garamond"/>
        </w:rPr>
      </w:pPr>
    </w:p>
    <w:p w14:paraId="6237106E" w14:textId="757E35FB" w:rsidR="001D0E17" w:rsidRDefault="001D0E17" w:rsidP="00E82982">
      <w:pPr>
        <w:spacing w:line="336" w:lineRule="auto"/>
        <w:ind w:firstLine="284"/>
        <w:rPr>
          <w:rFonts w:ascii="Garamond" w:hAnsi="Garamond"/>
        </w:rPr>
      </w:pPr>
    </w:p>
    <w:p w14:paraId="05E9DF37" w14:textId="7824EC5C" w:rsidR="001D0E17" w:rsidRDefault="001D0E17" w:rsidP="00E82982">
      <w:pPr>
        <w:spacing w:line="336" w:lineRule="auto"/>
        <w:ind w:firstLine="284"/>
        <w:rPr>
          <w:rFonts w:ascii="Garamond" w:hAnsi="Garamond"/>
        </w:rPr>
      </w:pPr>
    </w:p>
    <w:p w14:paraId="3B8C8C25" w14:textId="19E931B3" w:rsidR="001D0E17" w:rsidRDefault="001D0E17" w:rsidP="00E82982">
      <w:pPr>
        <w:spacing w:line="336" w:lineRule="auto"/>
        <w:ind w:firstLine="284"/>
        <w:rPr>
          <w:rFonts w:ascii="Garamond" w:hAnsi="Garamond"/>
        </w:rPr>
      </w:pPr>
    </w:p>
    <w:p w14:paraId="222453BB" w14:textId="66ACED25" w:rsidR="001D0E17" w:rsidRDefault="001D0E17" w:rsidP="00E82982">
      <w:pPr>
        <w:spacing w:line="336" w:lineRule="auto"/>
        <w:ind w:firstLine="284"/>
        <w:rPr>
          <w:rFonts w:ascii="Garamond" w:hAnsi="Garamond"/>
        </w:rPr>
      </w:pPr>
    </w:p>
    <w:p w14:paraId="131297D6" w14:textId="4B5795BA" w:rsidR="001D0E17" w:rsidRDefault="001D0E17" w:rsidP="00E82982">
      <w:pPr>
        <w:spacing w:line="336" w:lineRule="auto"/>
        <w:ind w:firstLine="284"/>
        <w:rPr>
          <w:rFonts w:ascii="Garamond" w:hAnsi="Garamond"/>
        </w:rPr>
      </w:pPr>
    </w:p>
    <w:p w14:paraId="7A17E81E" w14:textId="0230C827" w:rsidR="001D0E17" w:rsidRDefault="001D0E17" w:rsidP="00E82982">
      <w:pPr>
        <w:spacing w:line="336" w:lineRule="auto"/>
        <w:ind w:firstLine="284"/>
        <w:rPr>
          <w:rFonts w:ascii="Garamond" w:hAnsi="Garamond"/>
        </w:rPr>
      </w:pPr>
    </w:p>
    <w:p w14:paraId="247B4062" w14:textId="2761BCA2" w:rsidR="001D0E17" w:rsidRDefault="001D0E17" w:rsidP="00E82982">
      <w:pPr>
        <w:spacing w:line="336" w:lineRule="auto"/>
        <w:ind w:firstLine="284"/>
        <w:rPr>
          <w:rFonts w:ascii="Garamond" w:hAnsi="Garamond"/>
        </w:rPr>
      </w:pPr>
    </w:p>
    <w:p w14:paraId="437A6DCA" w14:textId="77777777" w:rsidR="001D0E17" w:rsidRPr="00771DC2" w:rsidRDefault="001D0E17" w:rsidP="00E82982">
      <w:pPr>
        <w:spacing w:line="336" w:lineRule="auto"/>
        <w:ind w:firstLine="284"/>
        <w:rPr>
          <w:rFonts w:ascii="Garamond" w:hAnsi="Garamond"/>
        </w:rPr>
      </w:pPr>
    </w:p>
    <w:p w14:paraId="3B2385DA"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t>CHAPTER 6: Your Pain Isn't Pointless (Even When It Sucks)</w:t>
      </w:r>
    </w:p>
    <w:p w14:paraId="5CD2E04C" w14:textId="77777777" w:rsidR="00F32FA7" w:rsidRPr="00771DC2" w:rsidRDefault="00000000" w:rsidP="00E82982">
      <w:pPr>
        <w:spacing w:line="336" w:lineRule="auto"/>
        <w:ind w:firstLine="284"/>
        <w:rPr>
          <w:rFonts w:ascii="Garamond" w:hAnsi="Garamond"/>
        </w:rPr>
      </w:pPr>
      <w:r w:rsidRPr="00771DC2">
        <w:rPr>
          <w:rFonts w:ascii="Garamond" w:hAnsi="Garamond"/>
        </w:rPr>
        <w:t>*"God doesn't waste pain—He uses it to forge something beautiful in you."*</w:t>
      </w:r>
    </w:p>
    <w:p w14:paraId="20F3B73A" w14:textId="77777777" w:rsidR="00F32FA7" w:rsidRPr="00771DC2" w:rsidRDefault="00000000" w:rsidP="00E82982">
      <w:pPr>
        <w:spacing w:line="336" w:lineRule="auto"/>
        <w:ind w:firstLine="284"/>
        <w:rPr>
          <w:rFonts w:ascii="Garamond" w:hAnsi="Garamond"/>
        </w:rPr>
      </w:pPr>
      <w:r w:rsidRPr="00771DC2">
        <w:rPr>
          <w:rFonts w:ascii="Garamond" w:hAnsi="Garamond"/>
        </w:rPr>
        <w:t>Let's get one thing straight: Sometimes life is absolute garbage.</w:t>
      </w:r>
    </w:p>
    <w:p w14:paraId="40C8E9F6" w14:textId="77777777" w:rsidR="00F32FA7" w:rsidRPr="00771DC2" w:rsidRDefault="00000000" w:rsidP="00E82982">
      <w:pPr>
        <w:spacing w:line="336" w:lineRule="auto"/>
        <w:ind w:firstLine="284"/>
        <w:rPr>
          <w:rFonts w:ascii="Garamond" w:hAnsi="Garamond"/>
        </w:rPr>
      </w:pPr>
      <w:r w:rsidRPr="00771DC2">
        <w:rPr>
          <w:rFonts w:ascii="Garamond" w:hAnsi="Garamond"/>
        </w:rPr>
        <w:t>Your marriage falls apart. Your kid gets sick. You lose your job. Your parent dies. Your friend betrays you. Your body breaks down. Your dreams collapse. Your faith feels like it's hanging by a thread.</w:t>
      </w:r>
    </w:p>
    <w:p w14:paraId="76C45D8D" w14:textId="77777777" w:rsidR="00F32FA7" w:rsidRPr="00771DC2" w:rsidRDefault="00000000" w:rsidP="00E82982">
      <w:pPr>
        <w:spacing w:line="336" w:lineRule="auto"/>
        <w:ind w:firstLine="284"/>
        <w:rPr>
          <w:rFonts w:ascii="Garamond" w:hAnsi="Garamond"/>
        </w:rPr>
      </w:pPr>
      <w:r w:rsidRPr="00771DC2">
        <w:rPr>
          <w:rFonts w:ascii="Garamond" w:hAnsi="Garamond"/>
        </w:rPr>
        <w:t>And then some well-meaning Christian shows up with a Bible verse and a smile, ready to fix your pain with spiritual platitudes.</w:t>
      </w:r>
    </w:p>
    <w:p w14:paraId="6645EC99"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"Everything happens for a reason!" "God won't give you more than you can handle!" "Just have faith and everything will work out!" "Look for the blessing in disguise!" "At least you know they're in a better place!"</w:t>
      </w:r>
    </w:p>
    <w:p w14:paraId="23928585" w14:textId="77777777" w:rsidR="00F32FA7" w:rsidRPr="00771DC2" w:rsidRDefault="00000000" w:rsidP="00E82982">
      <w:pPr>
        <w:spacing w:line="336" w:lineRule="auto"/>
        <w:ind w:firstLine="284"/>
        <w:rPr>
          <w:rFonts w:ascii="Garamond" w:hAnsi="Garamond"/>
        </w:rPr>
      </w:pPr>
      <w:r w:rsidRPr="00771DC2">
        <w:rPr>
          <w:rFonts w:ascii="Garamond" w:hAnsi="Garamond"/>
        </w:rPr>
        <w:t>Stop. Just stop.</w:t>
      </w:r>
    </w:p>
    <w:p w14:paraId="47191449" w14:textId="77777777" w:rsidR="00F32FA7" w:rsidRPr="00771DC2" w:rsidRDefault="00000000" w:rsidP="00E82982">
      <w:pPr>
        <w:spacing w:line="336" w:lineRule="auto"/>
        <w:ind w:firstLine="284"/>
        <w:rPr>
          <w:rFonts w:ascii="Garamond" w:hAnsi="Garamond"/>
        </w:rPr>
      </w:pPr>
      <w:r w:rsidRPr="00771DC2">
        <w:rPr>
          <w:rFonts w:ascii="Garamond" w:hAnsi="Garamond"/>
        </w:rPr>
        <w:t>I'm calling bullshit on this entire approach to suffering. This isn't biblical hope—it's toxic positivity in Christian clothing. It's the spiritual equivalent of putting a Band-Aid on a gunshot wound and calling it healed.</w:t>
      </w:r>
    </w:p>
    <w:p w14:paraId="282C0D9C"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what I want to say to every person who's ever responded to real pain with fake cheerfulness: </w:t>
      </w:r>
      <w:r w:rsidRPr="00771DC2">
        <w:rPr>
          <w:rFonts w:ascii="Garamond" w:hAnsi="Garamond"/>
          <w:b/>
        </w:rPr>
        <w:t>Your job isn't to fix people with fortune cookie theology.</w:t>
      </w:r>
    </w:p>
    <w:p w14:paraId="3D12F263" w14:textId="77777777" w:rsidR="00F32FA7" w:rsidRPr="00771DC2" w:rsidRDefault="00000000" w:rsidP="00E82982">
      <w:pPr>
        <w:spacing w:line="336" w:lineRule="auto"/>
        <w:ind w:firstLine="284"/>
        <w:rPr>
          <w:rFonts w:ascii="Garamond" w:hAnsi="Garamond"/>
        </w:rPr>
      </w:pPr>
      <w:r w:rsidRPr="00771DC2">
        <w:rPr>
          <w:rFonts w:ascii="Garamond" w:hAnsi="Garamond"/>
        </w:rPr>
        <w:t>Your job isn't to make sense of senseless suffering. Your job isn't to defend God's reputation with shallow explanations.</w:t>
      </w:r>
    </w:p>
    <w:p w14:paraId="1AE99C34" w14:textId="77777777" w:rsidR="00F32FA7" w:rsidRPr="00771DC2" w:rsidRDefault="00000000" w:rsidP="00E82982">
      <w:pPr>
        <w:spacing w:line="336" w:lineRule="auto"/>
        <w:ind w:firstLine="284"/>
        <w:rPr>
          <w:rFonts w:ascii="Garamond" w:hAnsi="Garamond"/>
        </w:rPr>
      </w:pPr>
      <w:r w:rsidRPr="00771DC2">
        <w:rPr>
          <w:rFonts w:ascii="Garamond" w:hAnsi="Garamond"/>
        </w:rPr>
        <w:t>Sometimes the most spiritual thing you can do is sit with someone in their pain and say, "</w:t>
      </w:r>
      <w:proofErr w:type="gramStart"/>
      <w:r w:rsidRPr="00771DC2">
        <w:rPr>
          <w:rFonts w:ascii="Garamond" w:hAnsi="Garamond"/>
        </w:rPr>
        <w:t>This sucks</w:t>
      </w:r>
      <w:proofErr w:type="gramEnd"/>
      <w:r w:rsidRPr="00771DC2">
        <w:rPr>
          <w:rFonts w:ascii="Garamond" w:hAnsi="Garamond"/>
        </w:rPr>
        <w:t>. I'm sorry. I don't know why this is happening, but I'm here."</w:t>
      </w:r>
    </w:p>
    <w:p w14:paraId="0F1A415F"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Problem with Positive Thinking</w:t>
      </w:r>
    </w:p>
    <w:p w14:paraId="7D4AA21D" w14:textId="77777777" w:rsidR="00F32FA7" w:rsidRPr="00771DC2" w:rsidRDefault="00000000" w:rsidP="00E82982">
      <w:pPr>
        <w:spacing w:line="336" w:lineRule="auto"/>
        <w:ind w:firstLine="284"/>
        <w:rPr>
          <w:rFonts w:ascii="Garamond" w:hAnsi="Garamond"/>
        </w:rPr>
      </w:pPr>
      <w:r w:rsidRPr="00771DC2">
        <w:rPr>
          <w:rFonts w:ascii="Garamond" w:hAnsi="Garamond"/>
        </w:rPr>
        <w:t>The church has become so afraid of negative emotions that we've forgotten how to grieve, how to lament, how to be honest about the fact that following Jesus doesn't exempt you from heartbreak.</w:t>
      </w:r>
    </w:p>
    <w:p w14:paraId="333A331D" w14:textId="77777777" w:rsidR="00F32FA7" w:rsidRPr="00771DC2" w:rsidRDefault="00000000" w:rsidP="00E82982">
      <w:pPr>
        <w:spacing w:line="336" w:lineRule="auto"/>
        <w:ind w:firstLine="284"/>
        <w:rPr>
          <w:rFonts w:ascii="Garamond" w:hAnsi="Garamond"/>
        </w:rPr>
      </w:pPr>
      <w:r w:rsidRPr="00771DC2">
        <w:rPr>
          <w:rFonts w:ascii="Garamond" w:hAnsi="Garamond"/>
        </w:rPr>
        <w:t>The Bible doesn't promise that everything will work out the way you want. It doesn't say that God won't give you more than you can handle. It doesn't guarantee that your pain will make sense or that your suffering will have an obvious purpose.</w:t>
      </w:r>
    </w:p>
    <w:p w14:paraId="5AC7ADAF" w14:textId="77777777" w:rsidR="00F32FA7" w:rsidRPr="00771DC2" w:rsidRDefault="00000000" w:rsidP="00E82982">
      <w:pPr>
        <w:spacing w:line="336" w:lineRule="auto"/>
        <w:ind w:firstLine="284"/>
        <w:rPr>
          <w:rFonts w:ascii="Garamond" w:hAnsi="Garamond"/>
        </w:rPr>
      </w:pPr>
      <w:r w:rsidRPr="00771DC2">
        <w:rPr>
          <w:rFonts w:ascii="Garamond" w:hAnsi="Garamond"/>
        </w:rPr>
        <w:t>What it does promise is that God is with you in your pain, that He can use your suffering for good, and that your current struggles are not the end of your story.</w:t>
      </w:r>
    </w:p>
    <w:p w14:paraId="395EFDB9" w14:textId="77777777" w:rsidR="00F32FA7" w:rsidRPr="00771DC2" w:rsidRDefault="00000000" w:rsidP="00E82982">
      <w:pPr>
        <w:spacing w:line="336" w:lineRule="auto"/>
        <w:ind w:firstLine="284"/>
        <w:rPr>
          <w:rFonts w:ascii="Garamond" w:hAnsi="Garamond"/>
        </w:rPr>
      </w:pPr>
      <w:r w:rsidRPr="00771DC2">
        <w:rPr>
          <w:rFonts w:ascii="Garamond" w:hAnsi="Garamond"/>
        </w:rPr>
        <w:t>There's a difference between shallow optimism and biblical hope.</w:t>
      </w:r>
    </w:p>
    <w:p w14:paraId="0C38724F" w14:textId="77777777" w:rsidR="00F32FA7" w:rsidRPr="00771DC2" w:rsidRDefault="00000000" w:rsidP="00E82982">
      <w:pPr>
        <w:spacing w:line="336" w:lineRule="auto"/>
        <w:ind w:firstLine="284"/>
        <w:rPr>
          <w:rFonts w:ascii="Garamond" w:hAnsi="Garamond"/>
        </w:rPr>
      </w:pPr>
      <w:r w:rsidRPr="00771DC2">
        <w:rPr>
          <w:rFonts w:ascii="Garamond" w:hAnsi="Garamond"/>
          <w:b/>
        </w:rPr>
        <w:t>Shallow optimism says, "Everything will be fine."** **Biblical hope says, "God is good even when everything isn't fine."</w:t>
      </w:r>
    </w:p>
    <w:p w14:paraId="6C85FAD7"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Shallow optimism ignores the reality of suffering. Biblical hope acknowledges suffering and points to the God who entered into it.</w:t>
      </w:r>
    </w:p>
    <w:p w14:paraId="6AF50882" w14:textId="77777777" w:rsidR="00F32FA7" w:rsidRPr="00771DC2" w:rsidRDefault="00000000" w:rsidP="00E82982">
      <w:pPr>
        <w:spacing w:line="336" w:lineRule="auto"/>
        <w:ind w:firstLine="284"/>
        <w:rPr>
          <w:rFonts w:ascii="Garamond" w:hAnsi="Garamond"/>
        </w:rPr>
      </w:pPr>
      <w:r w:rsidRPr="00771DC2">
        <w:rPr>
          <w:rFonts w:ascii="Garamond" w:hAnsi="Garamond"/>
        </w:rPr>
        <w:t>Shallow optimism offers easy answers to complex problems. Biblical hope offers the presence of God in the midst of complex pain.</w:t>
      </w:r>
    </w:p>
    <w:p w14:paraId="55544D8D" w14:textId="77777777" w:rsidR="00F32FA7" w:rsidRPr="00771DC2" w:rsidRDefault="00000000" w:rsidP="00E82982">
      <w:pPr>
        <w:spacing w:line="336" w:lineRule="auto"/>
        <w:ind w:firstLine="284"/>
        <w:rPr>
          <w:rFonts w:ascii="Garamond" w:hAnsi="Garamond"/>
        </w:rPr>
      </w:pPr>
      <w:r w:rsidRPr="00771DC2">
        <w:rPr>
          <w:rFonts w:ascii="Garamond" w:hAnsi="Garamond"/>
        </w:rPr>
        <w:t>Jesus didn't come to make your life easier. He came to make your life meaningful—even when it's hard. Especially when it's hard.</w:t>
      </w:r>
    </w:p>
    <w:p w14:paraId="1E2FEA79"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Jesus and Suffering</w:t>
      </w:r>
    </w:p>
    <w:p w14:paraId="2F42EC0A" w14:textId="77777777" w:rsidR="00F32FA7" w:rsidRPr="00771DC2" w:rsidRDefault="00000000" w:rsidP="00E82982">
      <w:pPr>
        <w:spacing w:line="336" w:lineRule="auto"/>
        <w:ind w:firstLine="284"/>
        <w:rPr>
          <w:rFonts w:ascii="Garamond" w:hAnsi="Garamond"/>
        </w:rPr>
      </w:pPr>
      <w:r w:rsidRPr="00771DC2">
        <w:rPr>
          <w:rFonts w:ascii="Garamond" w:hAnsi="Garamond"/>
        </w:rPr>
        <w:t>If anyone had the right to skip the pain, it was Jesus. He was God in flesh, with all power and authority. He could have snapped His fingers and made everything easy.</w:t>
      </w:r>
    </w:p>
    <w:p w14:paraId="35660B6F" w14:textId="77777777" w:rsidR="00F32FA7" w:rsidRPr="00771DC2" w:rsidRDefault="00000000" w:rsidP="00E82982">
      <w:pPr>
        <w:spacing w:line="336" w:lineRule="auto"/>
        <w:ind w:firstLine="284"/>
        <w:rPr>
          <w:rFonts w:ascii="Garamond" w:hAnsi="Garamond"/>
        </w:rPr>
      </w:pPr>
      <w:r w:rsidRPr="00771DC2">
        <w:rPr>
          <w:rFonts w:ascii="Garamond" w:hAnsi="Garamond"/>
        </w:rPr>
        <w:t>But He didn't. And that should tell you something.</w:t>
      </w:r>
    </w:p>
    <w:p w14:paraId="26D165F6" w14:textId="77777777" w:rsidR="00F32FA7" w:rsidRPr="00771DC2" w:rsidRDefault="00000000" w:rsidP="00E82982">
      <w:pPr>
        <w:spacing w:line="336" w:lineRule="auto"/>
        <w:ind w:firstLine="284"/>
        <w:rPr>
          <w:rFonts w:ascii="Garamond" w:hAnsi="Garamond"/>
        </w:rPr>
      </w:pPr>
      <w:r w:rsidRPr="00771DC2">
        <w:rPr>
          <w:rFonts w:ascii="Garamond" w:hAnsi="Garamond"/>
        </w:rPr>
        <w:t>Jesus chose the path of suffering. He walked straight into pain with His eyes wide open. He didn't avoid it, minimize it, or pretend it wasn't happening.</w:t>
      </w:r>
    </w:p>
    <w:p w14:paraId="4A415087"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The Son of God wept. Think about that. The Creator of the universe stood at a graveside and cried real tears. He didn't post an inspirational quote about Lazarus being "in a </w:t>
      </w:r>
      <w:r w:rsidRPr="00771DC2">
        <w:rPr>
          <w:rFonts w:ascii="Garamond" w:hAnsi="Garamond"/>
        </w:rPr>
        <w:lastRenderedPageBreak/>
        <w:t>better place." He didn't smile and say, "Everything happens for a reason."</w:t>
      </w:r>
    </w:p>
    <w:p w14:paraId="46BB33CB" w14:textId="77777777" w:rsidR="00F32FA7" w:rsidRPr="00771DC2" w:rsidRDefault="00000000" w:rsidP="00E82982">
      <w:pPr>
        <w:spacing w:line="336" w:lineRule="auto"/>
        <w:ind w:firstLine="284"/>
        <w:rPr>
          <w:rFonts w:ascii="Garamond" w:hAnsi="Garamond"/>
        </w:rPr>
      </w:pPr>
      <w:r w:rsidRPr="00771DC2">
        <w:rPr>
          <w:rFonts w:ascii="Garamond" w:hAnsi="Garamond"/>
        </w:rPr>
        <w:t>He wept.</w:t>
      </w:r>
    </w:p>
    <w:p w14:paraId="16BECA0A" w14:textId="77777777" w:rsidR="00F32FA7" w:rsidRPr="00771DC2" w:rsidRDefault="00000000" w:rsidP="00E82982">
      <w:pPr>
        <w:spacing w:line="336" w:lineRule="auto"/>
        <w:ind w:firstLine="284"/>
        <w:rPr>
          <w:rFonts w:ascii="Garamond" w:hAnsi="Garamond"/>
        </w:rPr>
      </w:pPr>
      <w:r w:rsidRPr="00771DC2">
        <w:rPr>
          <w:rFonts w:ascii="Garamond" w:hAnsi="Garamond"/>
        </w:rPr>
        <w:t>Jesus was "deeply distressed and troubled" in the Garden of Gethsemane. He sweated blood under the weight of what was coming. He asked God to find another way.</w:t>
      </w:r>
    </w:p>
    <w:p w14:paraId="3059AC90" w14:textId="77777777" w:rsidR="00F32FA7" w:rsidRPr="00771DC2" w:rsidRDefault="00000000" w:rsidP="00E82982">
      <w:pPr>
        <w:spacing w:line="336" w:lineRule="auto"/>
        <w:ind w:firstLine="284"/>
        <w:rPr>
          <w:rFonts w:ascii="Garamond" w:hAnsi="Garamond"/>
        </w:rPr>
      </w:pPr>
      <w:r w:rsidRPr="00771DC2">
        <w:rPr>
          <w:rFonts w:ascii="Garamond" w:hAnsi="Garamond"/>
        </w:rPr>
        <w:t>This destroys the myth that spiritual maturity means never feeling pain.</w:t>
      </w:r>
    </w:p>
    <w:p w14:paraId="7B3DDC5D" w14:textId="77777777" w:rsidR="00F32FA7" w:rsidRPr="00771DC2" w:rsidRDefault="00000000" w:rsidP="00E82982">
      <w:pPr>
        <w:spacing w:line="336" w:lineRule="auto"/>
        <w:ind w:firstLine="284"/>
        <w:rPr>
          <w:rFonts w:ascii="Garamond" w:hAnsi="Garamond"/>
        </w:rPr>
      </w:pPr>
      <w:r w:rsidRPr="00771DC2">
        <w:rPr>
          <w:rFonts w:ascii="Garamond" w:hAnsi="Garamond"/>
        </w:rPr>
        <w:t>Jesus was the most spiritually mature person who ever lived, and He felt everything—anger, sadness, fear, abandonment.</w:t>
      </w:r>
    </w:p>
    <w:p w14:paraId="0F3BC3A4" w14:textId="77777777" w:rsidR="00F32FA7" w:rsidRPr="00771DC2" w:rsidRDefault="00000000" w:rsidP="00E82982">
      <w:pPr>
        <w:spacing w:line="336" w:lineRule="auto"/>
        <w:ind w:firstLine="284"/>
        <w:rPr>
          <w:rFonts w:ascii="Garamond" w:hAnsi="Garamond"/>
        </w:rPr>
      </w:pPr>
      <w:proofErr w:type="gramStart"/>
      <w:r w:rsidRPr="00771DC2">
        <w:rPr>
          <w:rFonts w:ascii="Garamond" w:hAnsi="Garamond"/>
        </w:rPr>
        <w:t>So</w:t>
      </w:r>
      <w:proofErr w:type="gramEnd"/>
      <w:r w:rsidRPr="00771DC2">
        <w:rPr>
          <w:rFonts w:ascii="Garamond" w:hAnsi="Garamond"/>
        </w:rPr>
        <w:t xml:space="preserve"> stop apologizing for your emotions. Stop feeling guilty for not being "strong enough" in your faith. Stop letting people shame you for struggling.</w:t>
      </w:r>
    </w:p>
    <w:p w14:paraId="02CD14C4" w14:textId="77777777" w:rsidR="00F32FA7" w:rsidRPr="00771DC2" w:rsidRDefault="00000000" w:rsidP="00E82982">
      <w:pPr>
        <w:spacing w:line="336" w:lineRule="auto"/>
        <w:ind w:firstLine="284"/>
        <w:rPr>
          <w:rFonts w:ascii="Garamond" w:hAnsi="Garamond"/>
        </w:rPr>
      </w:pPr>
      <w:r w:rsidRPr="00771DC2">
        <w:rPr>
          <w:rFonts w:ascii="Garamond" w:hAnsi="Garamond"/>
        </w:rPr>
        <w:t>Jesus struggled. If it's good enough for the Son of God, it's good enough for you.</w:t>
      </w:r>
    </w:p>
    <w:p w14:paraId="10A260C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Garden of Gethsemane: Honest Emotion and Faithful Obedience</w:t>
      </w:r>
    </w:p>
    <w:p w14:paraId="4068316D" w14:textId="77777777" w:rsidR="00F32FA7" w:rsidRPr="00771DC2" w:rsidRDefault="00000000" w:rsidP="00E82982">
      <w:pPr>
        <w:spacing w:line="336" w:lineRule="auto"/>
        <w:ind w:firstLine="284"/>
        <w:rPr>
          <w:rFonts w:ascii="Garamond" w:hAnsi="Garamond"/>
        </w:rPr>
      </w:pPr>
      <w:r w:rsidRPr="00771DC2">
        <w:rPr>
          <w:rFonts w:ascii="Garamond" w:hAnsi="Garamond"/>
        </w:rPr>
        <w:t>If you want to understand how to handle suffering as a Christian, look at Jesus in the Garden of Gethsemane. This is where Jesus shows us how to be honest about our pain while remaining faithful to God's purpose.</w:t>
      </w:r>
    </w:p>
    <w:p w14:paraId="783CFFBB" w14:textId="77777777" w:rsidR="00F32FA7" w:rsidRPr="00771DC2" w:rsidRDefault="00000000" w:rsidP="00E82982">
      <w:pPr>
        <w:spacing w:line="336" w:lineRule="auto"/>
        <w:ind w:firstLine="284"/>
        <w:rPr>
          <w:rFonts w:ascii="Garamond" w:hAnsi="Garamond"/>
        </w:rPr>
      </w:pPr>
      <w:r w:rsidRPr="00771DC2">
        <w:rPr>
          <w:rFonts w:ascii="Garamond" w:hAnsi="Garamond"/>
        </w:rPr>
        <w:t>Jesus knew what was coming. He knew about the betrayal, the trials, the torture, the cross. And He didn't want to go through it.</w:t>
      </w:r>
    </w:p>
    <w:p w14:paraId="572BA0AB" w14:textId="77777777" w:rsidR="00F32FA7" w:rsidRPr="00771DC2" w:rsidRDefault="00000000" w:rsidP="00E82982">
      <w:pPr>
        <w:spacing w:line="336" w:lineRule="auto"/>
        <w:ind w:firstLine="284"/>
        <w:rPr>
          <w:rFonts w:ascii="Garamond" w:hAnsi="Garamond"/>
        </w:rPr>
      </w:pPr>
      <w:r w:rsidRPr="00771DC2">
        <w:rPr>
          <w:rFonts w:ascii="Garamond" w:hAnsi="Garamond"/>
        </w:rPr>
        <w:t>"Father, if you are willing, take this cup from me" (Luke 22:42).</w:t>
      </w:r>
    </w:p>
    <w:p w14:paraId="3FBFA427" w14:textId="77777777" w:rsidR="00F32FA7" w:rsidRPr="00771DC2" w:rsidRDefault="00000000" w:rsidP="00E82982">
      <w:pPr>
        <w:spacing w:line="336" w:lineRule="auto"/>
        <w:ind w:firstLine="284"/>
        <w:rPr>
          <w:rFonts w:ascii="Garamond" w:hAnsi="Garamond"/>
        </w:rPr>
      </w:pPr>
      <w:r w:rsidRPr="00771DC2">
        <w:rPr>
          <w:rFonts w:ascii="Garamond" w:hAnsi="Garamond"/>
        </w:rPr>
        <w:t>Jesus asked God to find another way. He was honest about His fear, His dread, His desire to avoid what was coming. He didn't pretend to be fine when He wasn't fine. He didn't spiritualize His emotions or apologize for feeling human.</w:t>
      </w:r>
    </w:p>
    <w:p w14:paraId="36093274"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This is crucial: </w:t>
      </w:r>
      <w:r w:rsidRPr="00771DC2">
        <w:rPr>
          <w:rFonts w:ascii="Garamond" w:hAnsi="Garamond"/>
          <w:b/>
        </w:rPr>
        <w:t>Jesus' honesty about His pain didn't make Him less spiritual. It made Him more human.</w:t>
      </w:r>
    </w:p>
    <w:p w14:paraId="19E14E28"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You don't have to pretend to be okay when you're not okay. You don't have to hide your emotions from God—He </w:t>
      </w:r>
      <w:r w:rsidRPr="00771DC2">
        <w:rPr>
          <w:rFonts w:ascii="Garamond" w:hAnsi="Garamond"/>
        </w:rPr>
        <w:lastRenderedPageBreak/>
        <w:t>already knows how you feel anyway. You don't have to apologize for being human in the face of inhuman circumstances.</w:t>
      </w:r>
    </w:p>
    <w:p w14:paraId="738008FA" w14:textId="77777777" w:rsidR="00F32FA7" w:rsidRPr="00771DC2" w:rsidRDefault="00000000" w:rsidP="00E82982">
      <w:pPr>
        <w:spacing w:line="336" w:lineRule="auto"/>
        <w:ind w:firstLine="284"/>
        <w:rPr>
          <w:rFonts w:ascii="Garamond" w:hAnsi="Garamond"/>
        </w:rPr>
      </w:pPr>
      <w:r w:rsidRPr="00771DC2">
        <w:rPr>
          <w:rFonts w:ascii="Garamond" w:hAnsi="Garamond"/>
        </w:rPr>
        <w:t>But here's the second part of Jesus' prayer: "Yet not my will, but yours be done" (Luke 22:42).</w:t>
      </w:r>
    </w:p>
    <w:p w14:paraId="11E564B8" w14:textId="77777777" w:rsidR="00F32FA7" w:rsidRPr="00771DC2" w:rsidRDefault="00000000" w:rsidP="00E82982">
      <w:pPr>
        <w:spacing w:line="336" w:lineRule="auto"/>
        <w:ind w:firstLine="284"/>
        <w:rPr>
          <w:rFonts w:ascii="Garamond" w:hAnsi="Garamond"/>
        </w:rPr>
      </w:pPr>
      <w:r w:rsidRPr="00771DC2">
        <w:rPr>
          <w:rFonts w:ascii="Garamond" w:hAnsi="Garamond"/>
        </w:rPr>
        <w:t>Jesus was honest about His emotions, but He didn't let His emotions drive His decisions. He felt the full weight of what was coming, but He chose obedience over comfort, purpose over pleasure, God's will over His own preferences.</w:t>
      </w:r>
    </w:p>
    <w:p w14:paraId="2855B119"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This is the balance: </w:t>
      </w:r>
      <w:r w:rsidRPr="00771DC2">
        <w:rPr>
          <w:rFonts w:ascii="Garamond" w:hAnsi="Garamond"/>
          <w:b/>
        </w:rPr>
        <w:t>honest emotion and faithful obedience.</w:t>
      </w:r>
    </w:p>
    <w:p w14:paraId="7A77E625" w14:textId="77777777" w:rsidR="00F32FA7" w:rsidRPr="00771DC2" w:rsidRDefault="00000000" w:rsidP="00E82982">
      <w:pPr>
        <w:spacing w:line="336" w:lineRule="auto"/>
        <w:ind w:firstLine="284"/>
        <w:rPr>
          <w:rFonts w:ascii="Garamond" w:hAnsi="Garamond"/>
        </w:rPr>
      </w:pPr>
      <w:r w:rsidRPr="00771DC2">
        <w:rPr>
          <w:rFonts w:ascii="Garamond" w:hAnsi="Garamond"/>
        </w:rPr>
        <w:t>You can grieve and trust at the same time. You can be angry and faithful simultaneously. You can question God and obey Him in the same breath. You can feel abandoned by God while choosing to follow Him anyway.</w:t>
      </w:r>
    </w:p>
    <w:p w14:paraId="64C50004" w14:textId="77777777" w:rsidR="00F32FA7" w:rsidRPr="00771DC2" w:rsidRDefault="00000000" w:rsidP="00E82982">
      <w:pPr>
        <w:spacing w:line="336" w:lineRule="auto"/>
        <w:ind w:firstLine="284"/>
        <w:rPr>
          <w:rFonts w:ascii="Garamond" w:hAnsi="Garamond"/>
        </w:rPr>
      </w:pPr>
      <w:r w:rsidRPr="00771DC2">
        <w:rPr>
          <w:rFonts w:ascii="Garamond" w:hAnsi="Garamond"/>
        </w:rPr>
        <w:t>Your emotions are real, but they're not the final authority. Your pain is valid, but it's not the end of your story. Your suffering is difficult, but it's not meaningless.</w:t>
      </w:r>
    </w:p>
    <w:p w14:paraId="749E8CEA"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Romans 8:28 in Real Life</w:t>
      </w:r>
    </w:p>
    <w:p w14:paraId="0190E9B1" w14:textId="77777777" w:rsidR="00F32FA7" w:rsidRPr="00771DC2" w:rsidRDefault="00000000" w:rsidP="00E82982">
      <w:pPr>
        <w:spacing w:line="336" w:lineRule="auto"/>
        <w:ind w:firstLine="284"/>
        <w:rPr>
          <w:rFonts w:ascii="Garamond" w:hAnsi="Garamond"/>
        </w:rPr>
      </w:pPr>
      <w:r w:rsidRPr="00771DC2">
        <w:rPr>
          <w:rFonts w:ascii="Garamond" w:hAnsi="Garamond"/>
        </w:rPr>
        <w:t>"And we know that in all things God works for the good of those who love him, who have been called according to his purpose" (Romans 8:28).</w:t>
      </w:r>
    </w:p>
    <w:p w14:paraId="2F61E85E" w14:textId="77777777" w:rsidR="00F32FA7" w:rsidRPr="00771DC2" w:rsidRDefault="00000000" w:rsidP="00E82982">
      <w:pPr>
        <w:spacing w:line="336" w:lineRule="auto"/>
        <w:ind w:firstLine="284"/>
        <w:rPr>
          <w:rFonts w:ascii="Garamond" w:hAnsi="Garamond"/>
        </w:rPr>
      </w:pPr>
      <w:r w:rsidRPr="00771DC2">
        <w:rPr>
          <w:rFonts w:ascii="Garamond" w:hAnsi="Garamond"/>
        </w:rPr>
        <w:t>This verse has been butchered, misquoted, and weaponized against suffering people more than almost any other passage in Scripture. It's been used to silence grief, dismiss pain, and shame people for not being grateful for their trauma.</w:t>
      </w:r>
    </w:p>
    <w:p w14:paraId="5A1C3969" w14:textId="77777777" w:rsidR="00F32FA7" w:rsidRPr="00771DC2" w:rsidRDefault="00000000" w:rsidP="00E82982">
      <w:pPr>
        <w:spacing w:line="336" w:lineRule="auto"/>
        <w:ind w:firstLine="284"/>
        <w:rPr>
          <w:rFonts w:ascii="Garamond" w:hAnsi="Garamond"/>
        </w:rPr>
      </w:pPr>
      <w:proofErr w:type="gramStart"/>
      <w:r w:rsidRPr="00771DC2">
        <w:rPr>
          <w:rFonts w:ascii="Garamond" w:hAnsi="Garamond"/>
        </w:rPr>
        <w:t>So</w:t>
      </w:r>
      <w:proofErr w:type="gramEnd"/>
      <w:r w:rsidRPr="00771DC2">
        <w:rPr>
          <w:rFonts w:ascii="Garamond" w:hAnsi="Garamond"/>
        </w:rPr>
        <w:t xml:space="preserve"> let's set the record straight once and for all:</w:t>
      </w:r>
    </w:p>
    <w:p w14:paraId="07D35FA1" w14:textId="77777777" w:rsidR="00F32FA7" w:rsidRPr="00771DC2" w:rsidRDefault="00000000" w:rsidP="00E82982">
      <w:pPr>
        <w:spacing w:line="336" w:lineRule="auto"/>
        <w:ind w:firstLine="284"/>
        <w:rPr>
          <w:rFonts w:ascii="Garamond" w:hAnsi="Garamond"/>
        </w:rPr>
      </w:pPr>
      <w:r w:rsidRPr="00771DC2">
        <w:rPr>
          <w:rFonts w:ascii="Garamond" w:hAnsi="Garamond"/>
          <w:b/>
        </w:rPr>
        <w:t>This verse doesn't say that everything that happens to you is good.</w:t>
      </w:r>
      <w:r w:rsidRPr="00771DC2">
        <w:rPr>
          <w:rFonts w:ascii="Garamond" w:hAnsi="Garamond"/>
        </w:rPr>
        <w:t xml:space="preserve"> It says that God works in all things for good. There's a massive difference.</w:t>
      </w:r>
    </w:p>
    <w:p w14:paraId="530863A0" w14:textId="77777777" w:rsidR="00F32FA7" w:rsidRPr="00771DC2" w:rsidRDefault="00000000" w:rsidP="00E82982">
      <w:pPr>
        <w:spacing w:line="336" w:lineRule="auto"/>
        <w:ind w:firstLine="284"/>
        <w:rPr>
          <w:rFonts w:ascii="Garamond" w:hAnsi="Garamond"/>
        </w:rPr>
      </w:pPr>
      <w:r w:rsidRPr="00771DC2">
        <w:rPr>
          <w:rFonts w:ascii="Garamond" w:hAnsi="Garamond"/>
        </w:rPr>
        <w:t>It doesn't say that your cancer is a gift from God. It says that God can use your cancer for purposes you can't see.</w:t>
      </w:r>
    </w:p>
    <w:p w14:paraId="03E2DD8D" w14:textId="77777777" w:rsidR="00F32FA7" w:rsidRPr="00771DC2" w:rsidRDefault="00000000" w:rsidP="00E82982">
      <w:pPr>
        <w:spacing w:line="336" w:lineRule="auto"/>
        <w:ind w:firstLine="284"/>
        <w:rPr>
          <w:rFonts w:ascii="Garamond" w:hAnsi="Garamond"/>
        </w:rPr>
      </w:pPr>
      <w:r w:rsidRPr="00771DC2">
        <w:rPr>
          <w:rFonts w:ascii="Garamond" w:hAnsi="Garamond"/>
        </w:rPr>
        <w:t>It doesn't say that your abuse was part of God's plan. It says that God can redeem even the worst things that happen to you.</w:t>
      </w:r>
    </w:p>
    <w:p w14:paraId="315A1755"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It doesn't say that you should be thankful for your trauma. It says that God can transform your trauma into something meaningful.</w:t>
      </w:r>
    </w:p>
    <w:p w14:paraId="683DD8B1" w14:textId="77777777" w:rsidR="00F32FA7" w:rsidRPr="00771DC2" w:rsidRDefault="00000000" w:rsidP="00E82982">
      <w:pPr>
        <w:spacing w:line="336" w:lineRule="auto"/>
        <w:ind w:firstLine="284"/>
        <w:rPr>
          <w:rFonts w:ascii="Garamond" w:hAnsi="Garamond"/>
        </w:rPr>
      </w:pPr>
      <w:r w:rsidRPr="00771DC2">
        <w:rPr>
          <w:rFonts w:ascii="Garamond" w:hAnsi="Garamond"/>
        </w:rPr>
        <w:t>Stop letting people use this verse to minimize your pain. Stop letting them use it to rush you through your grief. Stop letting them use it to make you feel guilty for not seeing the "blessing" in your suffering.</w:t>
      </w:r>
    </w:p>
    <w:p w14:paraId="27AEDCB6" w14:textId="77777777" w:rsidR="00F32FA7" w:rsidRPr="00771DC2" w:rsidRDefault="00000000" w:rsidP="00E82982">
      <w:pPr>
        <w:spacing w:line="336" w:lineRule="auto"/>
        <w:ind w:firstLine="284"/>
        <w:rPr>
          <w:rFonts w:ascii="Garamond" w:hAnsi="Garamond"/>
        </w:rPr>
      </w:pPr>
      <w:r w:rsidRPr="00771DC2">
        <w:rPr>
          <w:rFonts w:ascii="Garamond" w:hAnsi="Garamond"/>
        </w:rPr>
        <w:t>Sometimes Romans 8:28 is true in ways you can see immediately. Sometimes it's true in ways you won't see for years. Sometimes it's true in ways you'll never see this side of heaven.</w:t>
      </w:r>
    </w:p>
    <w:p w14:paraId="7A5606DC" w14:textId="77777777" w:rsidR="00F32FA7" w:rsidRPr="00771DC2" w:rsidRDefault="00000000" w:rsidP="00E82982">
      <w:pPr>
        <w:spacing w:line="336" w:lineRule="auto"/>
        <w:ind w:firstLine="284"/>
        <w:rPr>
          <w:rFonts w:ascii="Garamond" w:hAnsi="Garamond"/>
        </w:rPr>
      </w:pPr>
      <w:r w:rsidRPr="00771DC2">
        <w:rPr>
          <w:rFonts w:ascii="Garamond" w:hAnsi="Garamond"/>
        </w:rPr>
        <w:t>But it's always true. And that's enough.</w:t>
      </w:r>
    </w:p>
    <w:p w14:paraId="51521078"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Slow Work of Healing and Redemption</w:t>
      </w:r>
    </w:p>
    <w:p w14:paraId="544EB0D2" w14:textId="77777777" w:rsidR="00F32FA7" w:rsidRPr="00771DC2" w:rsidRDefault="00000000" w:rsidP="00E82982">
      <w:pPr>
        <w:spacing w:line="336" w:lineRule="auto"/>
        <w:ind w:firstLine="284"/>
        <w:rPr>
          <w:rFonts w:ascii="Garamond" w:hAnsi="Garamond"/>
        </w:rPr>
      </w:pPr>
      <w:r w:rsidRPr="00771DC2">
        <w:rPr>
          <w:rFonts w:ascii="Garamond" w:hAnsi="Garamond"/>
        </w:rPr>
        <w:t>Here's what nobody tells you about God working all things for good: it's slow.</w:t>
      </w:r>
    </w:p>
    <w:p w14:paraId="69E25156" w14:textId="77777777" w:rsidR="00F32FA7" w:rsidRPr="00771DC2" w:rsidRDefault="00000000" w:rsidP="00E82982">
      <w:pPr>
        <w:spacing w:line="336" w:lineRule="auto"/>
        <w:ind w:firstLine="284"/>
        <w:rPr>
          <w:rFonts w:ascii="Garamond" w:hAnsi="Garamond"/>
        </w:rPr>
      </w:pPr>
      <w:r w:rsidRPr="00771DC2">
        <w:rPr>
          <w:rFonts w:ascii="Garamond" w:hAnsi="Garamond"/>
        </w:rPr>
        <w:t>Healing is slow. Redemption is slow. The process of God turning your pain into purpose is slow.</w:t>
      </w:r>
    </w:p>
    <w:p w14:paraId="2A574369" w14:textId="77777777" w:rsidR="00F32FA7" w:rsidRPr="00771DC2" w:rsidRDefault="00000000" w:rsidP="00E82982">
      <w:pPr>
        <w:spacing w:line="336" w:lineRule="auto"/>
        <w:ind w:firstLine="284"/>
        <w:rPr>
          <w:rFonts w:ascii="Garamond" w:hAnsi="Garamond"/>
        </w:rPr>
      </w:pPr>
      <w:r w:rsidRPr="00771DC2">
        <w:rPr>
          <w:rFonts w:ascii="Garamond" w:hAnsi="Garamond"/>
        </w:rPr>
        <w:t>You want instant relief, immediate answers, quick fixes. God wants deep transformation, lasting change, eternal impact.</w:t>
      </w:r>
    </w:p>
    <w:p w14:paraId="70C1CD96"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You want your pain to be over. God wants your pain to be meaningful.</w:t>
      </w:r>
    </w:p>
    <w:p w14:paraId="55F8E768" w14:textId="77777777" w:rsidR="00F32FA7" w:rsidRPr="00771DC2" w:rsidRDefault="00000000" w:rsidP="00E82982">
      <w:pPr>
        <w:spacing w:line="336" w:lineRule="auto"/>
        <w:ind w:firstLine="284"/>
        <w:rPr>
          <w:rFonts w:ascii="Garamond" w:hAnsi="Garamond"/>
        </w:rPr>
      </w:pPr>
      <w:r w:rsidRPr="00771DC2">
        <w:rPr>
          <w:rFonts w:ascii="Garamond" w:hAnsi="Garamond"/>
        </w:rPr>
        <w:t>You want to skip the process. God wants to use the process.</w:t>
      </w:r>
    </w:p>
    <w:p w14:paraId="48D25A9F" w14:textId="77777777" w:rsidR="00F32FA7" w:rsidRPr="00771DC2" w:rsidRDefault="00000000" w:rsidP="00E82982">
      <w:pPr>
        <w:spacing w:line="336" w:lineRule="auto"/>
        <w:ind w:firstLine="284"/>
        <w:rPr>
          <w:rFonts w:ascii="Garamond" w:hAnsi="Garamond"/>
        </w:rPr>
      </w:pPr>
      <w:r w:rsidRPr="00771DC2">
        <w:rPr>
          <w:rFonts w:ascii="Garamond" w:hAnsi="Garamond"/>
        </w:rPr>
        <w:t>This is frustrating when you're in the middle of suffering. You want to see the good that God is working. You want to understand the purpose of your pain. You want to know how long it's going to take.</w:t>
      </w:r>
    </w:p>
    <w:p w14:paraId="48EB576F" w14:textId="77777777" w:rsidR="00F32FA7" w:rsidRPr="00771DC2" w:rsidRDefault="00000000" w:rsidP="00E82982">
      <w:pPr>
        <w:spacing w:line="336" w:lineRule="auto"/>
        <w:ind w:firstLine="284"/>
        <w:rPr>
          <w:rFonts w:ascii="Garamond" w:hAnsi="Garamond"/>
        </w:rPr>
      </w:pPr>
      <w:r w:rsidRPr="00771DC2">
        <w:rPr>
          <w:rFonts w:ascii="Garamond" w:hAnsi="Garamond"/>
        </w:rPr>
        <w:t>But God rarely shows you the full picture while you're still in the middle of the story. He gives you just enough light to take the next step, just enough grace to make it through today, just enough hope to keep going.</w:t>
      </w:r>
    </w:p>
    <w:p w14:paraId="078616B8"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How God Uses Mess to Create Ministry</w:t>
      </w:r>
    </w:p>
    <w:p w14:paraId="3E2238B5"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something the sanitized version of Christianity doesn't want you to know: </w:t>
      </w:r>
      <w:r w:rsidRPr="00771DC2">
        <w:rPr>
          <w:rFonts w:ascii="Garamond" w:hAnsi="Garamond"/>
          <w:b/>
        </w:rPr>
        <w:t>God specializes in using broken people to do beautiful things.</w:t>
      </w:r>
    </w:p>
    <w:p w14:paraId="41E64382" w14:textId="77777777" w:rsidR="00F32FA7" w:rsidRPr="00771DC2" w:rsidRDefault="00000000" w:rsidP="00E82982">
      <w:pPr>
        <w:spacing w:line="336" w:lineRule="auto"/>
        <w:ind w:firstLine="284"/>
        <w:rPr>
          <w:rFonts w:ascii="Garamond" w:hAnsi="Garamond"/>
        </w:rPr>
      </w:pPr>
      <w:r w:rsidRPr="00771DC2">
        <w:rPr>
          <w:rFonts w:ascii="Garamond" w:hAnsi="Garamond"/>
        </w:rPr>
        <w:t>The church has this obsession with perfection, with having it all together, with leaders who've never struggled with anything messier than choosing between vanilla and chocolate ice cream.</w:t>
      </w:r>
    </w:p>
    <w:p w14:paraId="39B89E34"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But that's not how God works.</w:t>
      </w:r>
    </w:p>
    <w:p w14:paraId="7A9A11C5" w14:textId="77777777" w:rsidR="00F32FA7" w:rsidRPr="00771DC2" w:rsidRDefault="00000000" w:rsidP="00E82982">
      <w:pPr>
        <w:spacing w:line="336" w:lineRule="auto"/>
        <w:ind w:firstLine="284"/>
        <w:rPr>
          <w:rFonts w:ascii="Garamond" w:hAnsi="Garamond"/>
        </w:rPr>
      </w:pPr>
      <w:r w:rsidRPr="00771DC2">
        <w:rPr>
          <w:rFonts w:ascii="Garamond" w:hAnsi="Garamond"/>
        </w:rPr>
        <w:t>God takes your biggest failures and turns them into your greatest strengths. He takes your deepest wounds and turns them into your most effective ministry tools. He takes the very thing that almost destroyed you and makes it the thing that helps you help others.</w:t>
      </w:r>
    </w:p>
    <w:p w14:paraId="03A8AD74" w14:textId="77777777" w:rsidR="00F32FA7" w:rsidRPr="00771DC2" w:rsidRDefault="00000000" w:rsidP="00E82982">
      <w:pPr>
        <w:spacing w:line="336" w:lineRule="auto"/>
        <w:ind w:firstLine="284"/>
        <w:rPr>
          <w:rFonts w:ascii="Garamond" w:hAnsi="Garamond"/>
        </w:rPr>
      </w:pPr>
      <w:r w:rsidRPr="00771DC2">
        <w:rPr>
          <w:rFonts w:ascii="Garamond" w:hAnsi="Garamond"/>
        </w:rPr>
        <w:t>This is scandalous to religious people. They want ministry to come from success, not failure. They want leaders who've always been strong, not people who've been broken and put back together.</w:t>
      </w:r>
    </w:p>
    <w:p w14:paraId="7912EA6B" w14:textId="77777777" w:rsidR="00F32FA7" w:rsidRPr="00771DC2" w:rsidRDefault="00000000" w:rsidP="00E82982">
      <w:pPr>
        <w:spacing w:line="336" w:lineRule="auto"/>
        <w:ind w:firstLine="284"/>
        <w:rPr>
          <w:rFonts w:ascii="Garamond" w:hAnsi="Garamond"/>
        </w:rPr>
      </w:pPr>
      <w:r w:rsidRPr="00771DC2">
        <w:rPr>
          <w:rFonts w:ascii="Garamond" w:hAnsi="Garamond"/>
        </w:rPr>
        <w:t>But God's not interested in your strength. He's interested in your weakness made strong through His grace.</w:t>
      </w:r>
    </w:p>
    <w:p w14:paraId="65B7FC50" w14:textId="77777777" w:rsidR="00F32FA7" w:rsidRPr="00771DC2" w:rsidRDefault="00000000" w:rsidP="00E82982">
      <w:pPr>
        <w:spacing w:line="336" w:lineRule="auto"/>
        <w:ind w:firstLine="284"/>
        <w:rPr>
          <w:rFonts w:ascii="Garamond" w:hAnsi="Garamond"/>
        </w:rPr>
      </w:pPr>
      <w:r w:rsidRPr="00771DC2">
        <w:rPr>
          <w:rFonts w:ascii="Garamond" w:hAnsi="Garamond"/>
        </w:rPr>
        <w:t>Your depression isn't a disqualification from ministry—it's preparation for it. Your addiction isn't a barrier to helping others—it's a bridge to understanding them. Your divorce isn't a scarlet letter—it's a source of wisdom for other people's marriages.</w:t>
      </w:r>
    </w:p>
    <w:p w14:paraId="5E576333" w14:textId="77777777" w:rsidR="00F32FA7" w:rsidRPr="00771DC2" w:rsidRDefault="00000000" w:rsidP="00E82982">
      <w:pPr>
        <w:spacing w:line="336" w:lineRule="auto"/>
        <w:ind w:firstLine="284"/>
        <w:rPr>
          <w:rFonts w:ascii="Garamond" w:hAnsi="Garamond"/>
        </w:rPr>
      </w:pPr>
      <w:r w:rsidRPr="00771DC2">
        <w:rPr>
          <w:rFonts w:ascii="Garamond" w:hAnsi="Garamond"/>
        </w:rPr>
        <w:t>The very thing you're most ashamed of might be the very thing God wants to use most powerfully in your life.</w:t>
      </w:r>
    </w:p>
    <w:p w14:paraId="59858912"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Paul understood this: "Praise be to the God and Father of our Lord Jesus Christ, the Father of compassion and the God of all comfort, who comforts us in all our troubles, so that we can comfort those in any trouble with the comfort we ourselves receive from God" (2 Corinthians 1:3-4).</w:t>
      </w:r>
    </w:p>
    <w:p w14:paraId="72E866CE" w14:textId="77777777" w:rsidR="00F32FA7" w:rsidRPr="00771DC2" w:rsidRDefault="00000000" w:rsidP="00E82982">
      <w:pPr>
        <w:spacing w:line="336" w:lineRule="auto"/>
        <w:ind w:firstLine="284"/>
        <w:rPr>
          <w:rFonts w:ascii="Garamond" w:hAnsi="Garamond"/>
        </w:rPr>
      </w:pPr>
      <w:r w:rsidRPr="00771DC2">
        <w:rPr>
          <w:rFonts w:ascii="Garamond" w:hAnsi="Garamond"/>
        </w:rPr>
        <w:t>God comforts you in your trouble so that you can comfort others in their trouble. He heals you so that you can help heal others. He rescues you so that you can rescue others.</w:t>
      </w:r>
    </w:p>
    <w:p w14:paraId="58BCE2EC" w14:textId="77777777" w:rsidR="00F32FA7" w:rsidRPr="00771DC2" w:rsidRDefault="00000000" w:rsidP="00E82982">
      <w:pPr>
        <w:spacing w:line="336" w:lineRule="auto"/>
        <w:ind w:firstLine="284"/>
        <w:rPr>
          <w:rFonts w:ascii="Garamond" w:hAnsi="Garamond"/>
        </w:rPr>
      </w:pPr>
      <w:r w:rsidRPr="00771DC2">
        <w:rPr>
          <w:rFonts w:ascii="Garamond" w:hAnsi="Garamond"/>
        </w:rPr>
        <w:t>Your depression can become hope for someone else's depression. Your divorce can become wisdom for someone else's marriage. Your addiction can become freedom for someone else's bondage. Your loss can become comfort for someone else's grief.</w:t>
      </w:r>
    </w:p>
    <w:p w14:paraId="615A5BC3" w14:textId="77777777" w:rsidR="00F32FA7" w:rsidRPr="00771DC2" w:rsidRDefault="00000000" w:rsidP="00E82982">
      <w:pPr>
        <w:spacing w:line="336" w:lineRule="auto"/>
        <w:ind w:firstLine="284"/>
        <w:rPr>
          <w:rFonts w:ascii="Garamond" w:hAnsi="Garamond"/>
        </w:rPr>
      </w:pPr>
      <w:r w:rsidRPr="00771DC2">
        <w:rPr>
          <w:rFonts w:ascii="Garamond" w:hAnsi="Garamond"/>
        </w:rPr>
        <w:t>This doesn't minimize your pain or make it less real. It gives your pain purpose and meaning that transcends your personal experience.</w:t>
      </w:r>
    </w:p>
    <w:p w14:paraId="627F347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Why Your Scars Can Become Someone Else's Healing</w:t>
      </w:r>
    </w:p>
    <w:p w14:paraId="450D616C"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Jesus' scars didn't disappear after the resurrection. They remained as evidence of what He had endured and </w:t>
      </w:r>
      <w:r w:rsidRPr="00771DC2">
        <w:rPr>
          <w:rFonts w:ascii="Garamond" w:hAnsi="Garamond"/>
        </w:rPr>
        <w:lastRenderedPageBreak/>
        <w:t>accomplished. When Thomas doubted, Jesus showed him His hands and His side (John 20:27). The scars were proof of His identity and His victory.</w:t>
      </w:r>
    </w:p>
    <w:p w14:paraId="2D5F470D" w14:textId="77777777" w:rsidR="00F32FA7" w:rsidRPr="00771DC2" w:rsidRDefault="00000000" w:rsidP="00E82982">
      <w:pPr>
        <w:spacing w:line="336" w:lineRule="auto"/>
        <w:ind w:firstLine="284"/>
        <w:rPr>
          <w:rFonts w:ascii="Garamond" w:hAnsi="Garamond"/>
        </w:rPr>
      </w:pPr>
      <w:r w:rsidRPr="00771DC2">
        <w:rPr>
          <w:rFonts w:ascii="Garamond" w:hAnsi="Garamond"/>
        </w:rPr>
        <w:t>Your scars can serve the same purpose.</w:t>
      </w:r>
    </w:p>
    <w:p w14:paraId="3B3576E5" w14:textId="77777777" w:rsidR="00F32FA7" w:rsidRPr="00771DC2" w:rsidRDefault="00000000" w:rsidP="00E82982">
      <w:pPr>
        <w:spacing w:line="336" w:lineRule="auto"/>
        <w:ind w:firstLine="284"/>
        <w:rPr>
          <w:rFonts w:ascii="Garamond" w:hAnsi="Garamond"/>
        </w:rPr>
      </w:pPr>
      <w:r w:rsidRPr="00771DC2">
        <w:rPr>
          <w:rFonts w:ascii="Garamond" w:hAnsi="Garamond"/>
        </w:rPr>
        <w:t>The evidence of what you've been through can become the proof of what God can do. Your healed wounds can become someone else's hope for healing. Your victory over darkness can become someone else's light.</w:t>
      </w:r>
    </w:p>
    <w:p w14:paraId="0D1EF960" w14:textId="77777777" w:rsidR="00F32FA7" w:rsidRPr="00771DC2" w:rsidRDefault="00000000" w:rsidP="00E82982">
      <w:pPr>
        <w:spacing w:line="336" w:lineRule="auto"/>
        <w:ind w:firstLine="284"/>
        <w:rPr>
          <w:rFonts w:ascii="Garamond" w:hAnsi="Garamond"/>
        </w:rPr>
      </w:pPr>
      <w:r w:rsidRPr="00771DC2">
        <w:rPr>
          <w:rFonts w:ascii="Garamond" w:hAnsi="Garamond"/>
        </w:rPr>
        <w:t>This is why it's important to tell your story—not just the sanitized, church-appropriate version, but the real, messy, difficult version.</w:t>
      </w:r>
    </w:p>
    <w:p w14:paraId="7851849B" w14:textId="77777777" w:rsidR="00F32FA7" w:rsidRPr="00771DC2" w:rsidRDefault="00000000" w:rsidP="00E82982">
      <w:pPr>
        <w:spacing w:line="336" w:lineRule="auto"/>
        <w:ind w:firstLine="284"/>
        <w:rPr>
          <w:rFonts w:ascii="Garamond" w:hAnsi="Garamond"/>
        </w:rPr>
      </w:pPr>
      <w:r w:rsidRPr="00771DC2">
        <w:rPr>
          <w:rFonts w:ascii="Garamond" w:hAnsi="Garamond"/>
        </w:rPr>
        <w:t>People need to know that God can work in real pain, not just theoretical pain. They need to know that healing is possible, not just probable. They need to know that they're not alone in their struggle.</w:t>
      </w:r>
    </w:p>
    <w:p w14:paraId="6A591901" w14:textId="77777777" w:rsidR="00F32FA7" w:rsidRPr="00771DC2" w:rsidRDefault="00000000" w:rsidP="00E82982">
      <w:pPr>
        <w:spacing w:line="336" w:lineRule="auto"/>
        <w:ind w:firstLine="284"/>
        <w:rPr>
          <w:rFonts w:ascii="Garamond" w:hAnsi="Garamond"/>
        </w:rPr>
      </w:pPr>
      <w:r w:rsidRPr="00771DC2">
        <w:rPr>
          <w:rFonts w:ascii="Garamond" w:hAnsi="Garamond"/>
        </w:rPr>
        <w:t>Your story of God's faithfulness in suffering gives others permission to be honest about their own suffering. Your testimony of God's goodness in darkness gives others hope that they can find goodness in their own darkness.</w:t>
      </w:r>
    </w:p>
    <w:p w14:paraId="77212E60"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Don't hide your scars. Let them be evidence of God's grace. Don't minimize your pain. Let it be proof of God's power. Don't apologize for your struggle. Let it be the foundation of your ministry.</w:t>
      </w:r>
    </w:p>
    <w:p w14:paraId="4EFD121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Challenge</w:t>
      </w:r>
    </w:p>
    <w:p w14:paraId="5DAC921D" w14:textId="77777777" w:rsidR="00F32FA7" w:rsidRPr="00771DC2" w:rsidRDefault="00000000" w:rsidP="00E82982">
      <w:pPr>
        <w:spacing w:line="336" w:lineRule="auto"/>
        <w:ind w:firstLine="284"/>
        <w:rPr>
          <w:rFonts w:ascii="Garamond" w:hAnsi="Garamond"/>
        </w:rPr>
      </w:pPr>
      <w:r w:rsidRPr="00771DC2">
        <w:rPr>
          <w:rFonts w:ascii="Garamond" w:hAnsi="Garamond"/>
        </w:rPr>
        <w:t>Write a letter to God about your current pain or a pain you've experienced in the past. Be completely honest about how it feels, what you don't understand, and what you wish was different.</w:t>
      </w:r>
    </w:p>
    <w:p w14:paraId="406E497D" w14:textId="77777777" w:rsidR="00F32FA7" w:rsidRPr="00771DC2" w:rsidRDefault="00000000" w:rsidP="00E82982">
      <w:pPr>
        <w:spacing w:line="336" w:lineRule="auto"/>
        <w:ind w:firstLine="284"/>
        <w:rPr>
          <w:rFonts w:ascii="Garamond" w:hAnsi="Garamond"/>
        </w:rPr>
      </w:pPr>
      <w:r w:rsidRPr="00771DC2">
        <w:rPr>
          <w:rFonts w:ascii="Garamond" w:hAnsi="Garamond"/>
        </w:rPr>
        <w:t>Then ask Him to show you how He might use this pain for good—either in your own life or in someone else's.</w:t>
      </w:r>
    </w:p>
    <w:p w14:paraId="620609EA"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Remember: </w:t>
      </w:r>
      <w:r w:rsidRPr="00771DC2">
        <w:rPr>
          <w:rFonts w:ascii="Garamond" w:hAnsi="Garamond"/>
          <w:b/>
        </w:rPr>
        <w:t>God doesn't waste pain. He uses it to create something beautiful in you and through you.</w:t>
      </w:r>
    </w:p>
    <w:p w14:paraId="1CB7371E" w14:textId="77777777" w:rsidR="00F32FA7" w:rsidRPr="00771DC2" w:rsidRDefault="00000000" w:rsidP="00E82982">
      <w:pPr>
        <w:spacing w:line="336" w:lineRule="auto"/>
        <w:ind w:firstLine="284"/>
        <w:rPr>
          <w:rFonts w:ascii="Garamond" w:hAnsi="Garamond"/>
        </w:rPr>
      </w:pPr>
      <w:r w:rsidRPr="00771DC2">
        <w:rPr>
          <w:rFonts w:ascii="Garamond" w:hAnsi="Garamond"/>
        </w:rPr>
        <w:t>Your suffering is not meaningless, even when it feels senseless. Your pain is not pointless, even when it sucks.</w:t>
      </w:r>
    </w:p>
    <w:p w14:paraId="3BCA3CF6" w14:textId="77777777" w:rsidR="00F32FA7" w:rsidRPr="00771DC2" w:rsidRDefault="00000000" w:rsidP="00E82982">
      <w:pPr>
        <w:spacing w:line="336" w:lineRule="auto"/>
        <w:ind w:firstLine="284"/>
        <w:rPr>
          <w:rFonts w:ascii="Garamond" w:hAnsi="Garamond"/>
        </w:rPr>
      </w:pPr>
      <w:r w:rsidRPr="00771DC2">
        <w:rPr>
          <w:rFonts w:ascii="Garamond" w:hAnsi="Garamond"/>
        </w:rPr>
        <w:t>Trust the process. Trust the God who walks through it with you. Trust that He's writing a story with your life that's bigger than your current chapter.</w:t>
      </w:r>
    </w:p>
    <w:p w14:paraId="589172A5"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5EE81681"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lastRenderedPageBreak/>
        <w:t>CHAPTER 7: Your Calling, Not Everyone's Expectations</w:t>
      </w:r>
    </w:p>
    <w:p w14:paraId="08B448A7" w14:textId="77777777" w:rsidR="00F32FA7" w:rsidRPr="00771DC2" w:rsidRDefault="00000000" w:rsidP="00E82982">
      <w:pPr>
        <w:spacing w:line="336" w:lineRule="auto"/>
        <w:ind w:firstLine="284"/>
        <w:rPr>
          <w:rFonts w:ascii="Garamond" w:hAnsi="Garamond"/>
        </w:rPr>
      </w:pPr>
      <w:r w:rsidRPr="00771DC2">
        <w:rPr>
          <w:rFonts w:ascii="Garamond" w:hAnsi="Garamond"/>
        </w:rPr>
        <w:t>*"Jesus didn't heal everyone, teach everyone, or save everyone during His earthly ministry. But He was faithful to His calling."*</w:t>
      </w:r>
    </w:p>
    <w:p w14:paraId="0753F6D4" w14:textId="77777777" w:rsidR="00F32FA7" w:rsidRPr="00771DC2" w:rsidRDefault="00000000" w:rsidP="00E82982">
      <w:pPr>
        <w:spacing w:line="336" w:lineRule="auto"/>
        <w:ind w:firstLine="284"/>
        <w:rPr>
          <w:rFonts w:ascii="Garamond" w:hAnsi="Garamond"/>
        </w:rPr>
      </w:pPr>
      <w:r w:rsidRPr="00771DC2">
        <w:rPr>
          <w:rFonts w:ascii="Garamond" w:hAnsi="Garamond"/>
        </w:rPr>
        <w:t>I used to think I could save the world.</w:t>
      </w:r>
    </w:p>
    <w:p w14:paraId="3B30D36C" w14:textId="77777777" w:rsidR="00F32FA7" w:rsidRPr="00771DC2" w:rsidRDefault="00000000" w:rsidP="00E82982">
      <w:pPr>
        <w:spacing w:line="336" w:lineRule="auto"/>
        <w:ind w:firstLine="284"/>
        <w:rPr>
          <w:rFonts w:ascii="Garamond" w:hAnsi="Garamond"/>
        </w:rPr>
      </w:pPr>
      <w:r w:rsidRPr="00771DC2">
        <w:rPr>
          <w:rFonts w:ascii="Garamond" w:hAnsi="Garamond"/>
        </w:rPr>
        <w:t>Not literally, of course. I knew Jesus already did that. But I thought I could be the person who finally got my family to understand grace. The friend who could fix everyone's problems. The Christian who could reach every lost person in my city. The leader who could grow the perfect church.</w:t>
      </w:r>
    </w:p>
    <w:p w14:paraId="5B2B96BF" w14:textId="77777777" w:rsidR="00F32FA7" w:rsidRPr="00771DC2" w:rsidRDefault="00000000" w:rsidP="00E82982">
      <w:pPr>
        <w:spacing w:line="336" w:lineRule="auto"/>
        <w:ind w:firstLine="284"/>
        <w:rPr>
          <w:rFonts w:ascii="Garamond" w:hAnsi="Garamond"/>
        </w:rPr>
      </w:pPr>
      <w:r w:rsidRPr="00771DC2">
        <w:rPr>
          <w:rFonts w:ascii="Garamond" w:hAnsi="Garamond"/>
        </w:rPr>
        <w:t>I thought if I just worked harder, prayed longer, loved better, and tried more, I could be everything to everyone.</w:t>
      </w:r>
    </w:p>
    <w:p w14:paraId="3243064A" w14:textId="77777777" w:rsidR="00F32FA7" w:rsidRPr="00771DC2" w:rsidRDefault="00000000" w:rsidP="00E82982">
      <w:pPr>
        <w:spacing w:line="336" w:lineRule="auto"/>
        <w:ind w:firstLine="284"/>
        <w:rPr>
          <w:rFonts w:ascii="Garamond" w:hAnsi="Garamond"/>
        </w:rPr>
      </w:pPr>
      <w:r w:rsidRPr="00771DC2">
        <w:rPr>
          <w:rFonts w:ascii="Garamond" w:hAnsi="Garamond"/>
        </w:rPr>
        <w:t>It nearly killed me.</w:t>
      </w:r>
    </w:p>
    <w:p w14:paraId="505503BF" w14:textId="77777777" w:rsidR="00F32FA7" w:rsidRPr="00771DC2" w:rsidRDefault="00000000" w:rsidP="00E82982">
      <w:pPr>
        <w:spacing w:line="336" w:lineRule="auto"/>
        <w:ind w:firstLine="284"/>
        <w:rPr>
          <w:rFonts w:ascii="Garamond" w:hAnsi="Garamond"/>
        </w:rPr>
      </w:pPr>
      <w:r w:rsidRPr="00771DC2">
        <w:rPr>
          <w:rFonts w:ascii="Garamond" w:hAnsi="Garamond"/>
        </w:rPr>
        <w:t>Not physically—though the stress was real—but spiritually. I was so busy trying to be God in everyone else's life that I forgot to let God be God in mine.</w:t>
      </w:r>
    </w:p>
    <w:p w14:paraId="687D9F6F"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 xml:space="preserve">Here's what I learned the hard way: </w:t>
      </w:r>
      <w:r w:rsidRPr="00771DC2">
        <w:rPr>
          <w:rFonts w:ascii="Garamond" w:hAnsi="Garamond"/>
          <w:b/>
        </w:rPr>
        <w:t>You can't be everything to everyone. But you can be faithful to Someone.</w:t>
      </w:r>
    </w:p>
    <w:p w14:paraId="365A587D" w14:textId="77777777" w:rsidR="00F32FA7" w:rsidRPr="00771DC2" w:rsidRDefault="00000000" w:rsidP="00E82982">
      <w:pPr>
        <w:spacing w:line="336" w:lineRule="auto"/>
        <w:ind w:firstLine="284"/>
        <w:rPr>
          <w:rFonts w:ascii="Garamond" w:hAnsi="Garamond"/>
        </w:rPr>
      </w:pPr>
      <w:r w:rsidRPr="00771DC2">
        <w:rPr>
          <w:rFonts w:ascii="Garamond" w:hAnsi="Garamond"/>
        </w:rPr>
        <w:t>And that Someone is enough.</w:t>
      </w:r>
    </w:p>
    <w:p w14:paraId="43019438"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Myth of Limitless Potential</w:t>
      </w:r>
    </w:p>
    <w:p w14:paraId="2E9FF5E5" w14:textId="77777777" w:rsidR="00F32FA7" w:rsidRPr="00771DC2" w:rsidRDefault="00000000" w:rsidP="00E82982">
      <w:pPr>
        <w:spacing w:line="336" w:lineRule="auto"/>
        <w:ind w:firstLine="284"/>
        <w:rPr>
          <w:rFonts w:ascii="Garamond" w:hAnsi="Garamond"/>
        </w:rPr>
      </w:pPr>
      <w:r w:rsidRPr="00771DC2">
        <w:rPr>
          <w:rFonts w:ascii="Garamond" w:hAnsi="Garamond"/>
        </w:rPr>
        <w:t>We live in a culture that tells us we can do anything, be anything, achieve anything. "You have unlimited potential!" "The sky's the limit!" "You can be whatever you want to be!"</w:t>
      </w:r>
    </w:p>
    <w:p w14:paraId="49A92BF5" w14:textId="77777777" w:rsidR="00F32FA7" w:rsidRPr="00771DC2" w:rsidRDefault="00000000" w:rsidP="00E82982">
      <w:pPr>
        <w:spacing w:line="336" w:lineRule="auto"/>
        <w:ind w:firstLine="284"/>
        <w:rPr>
          <w:rFonts w:ascii="Garamond" w:hAnsi="Garamond"/>
        </w:rPr>
      </w:pPr>
      <w:r w:rsidRPr="00771DC2">
        <w:rPr>
          <w:rFonts w:ascii="Garamond" w:hAnsi="Garamond"/>
        </w:rPr>
        <w:t>It sounds inspiring. It feels empowering. And it's completely destructive.</w:t>
      </w:r>
    </w:p>
    <w:p w14:paraId="7A0820B4" w14:textId="77777777" w:rsidR="00F32FA7" w:rsidRPr="00771DC2" w:rsidRDefault="00000000" w:rsidP="00E82982">
      <w:pPr>
        <w:spacing w:line="336" w:lineRule="auto"/>
        <w:ind w:firstLine="284"/>
        <w:rPr>
          <w:rFonts w:ascii="Garamond" w:hAnsi="Garamond"/>
        </w:rPr>
      </w:pPr>
      <w:r w:rsidRPr="00771DC2">
        <w:rPr>
          <w:rFonts w:ascii="Garamond" w:hAnsi="Garamond"/>
        </w:rPr>
        <w:t>Not because dreaming big is wrong, but because the premise is a lie.</w:t>
      </w:r>
    </w:p>
    <w:p w14:paraId="24DB9D44" w14:textId="77777777" w:rsidR="00F32FA7" w:rsidRPr="00771DC2" w:rsidRDefault="00000000" w:rsidP="00E82982">
      <w:pPr>
        <w:spacing w:line="336" w:lineRule="auto"/>
        <w:ind w:firstLine="284"/>
        <w:rPr>
          <w:rFonts w:ascii="Garamond" w:hAnsi="Garamond"/>
        </w:rPr>
      </w:pPr>
      <w:r w:rsidRPr="00771DC2">
        <w:rPr>
          <w:rFonts w:ascii="Garamond" w:hAnsi="Garamond"/>
        </w:rPr>
        <w:t>You don't have unlimited potential. You have limited time, limited energy, limited resources, and limited abilities. You're finite. You're human. You're not God.</w:t>
      </w:r>
    </w:p>
    <w:p w14:paraId="182D078E" w14:textId="77777777" w:rsidR="00F32FA7" w:rsidRPr="00771DC2" w:rsidRDefault="00000000" w:rsidP="00E82982">
      <w:pPr>
        <w:spacing w:line="336" w:lineRule="auto"/>
        <w:ind w:firstLine="284"/>
        <w:rPr>
          <w:rFonts w:ascii="Garamond" w:hAnsi="Garamond"/>
        </w:rPr>
      </w:pPr>
      <w:r w:rsidRPr="00771DC2">
        <w:rPr>
          <w:rFonts w:ascii="Garamond" w:hAnsi="Garamond"/>
        </w:rPr>
        <w:t>And that's actually good news.</w:t>
      </w:r>
    </w:p>
    <w:p w14:paraId="1287A1DD"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The myth of limitless potential sets you up for chronic dissatisfaction. There's always something else you could be doing, someone else you could be helping, some other </w:t>
      </w:r>
      <w:r w:rsidRPr="00771DC2">
        <w:rPr>
          <w:rFonts w:ascii="Garamond" w:hAnsi="Garamond"/>
        </w:rPr>
        <w:lastRenderedPageBreak/>
        <w:t>mountain you could be climbing. You never feel like you're enough because you're trying to be everything.</w:t>
      </w:r>
    </w:p>
    <w:p w14:paraId="78595580" w14:textId="77777777" w:rsidR="00F32FA7" w:rsidRPr="00771DC2" w:rsidRDefault="00000000" w:rsidP="00E82982">
      <w:pPr>
        <w:spacing w:line="336" w:lineRule="auto"/>
        <w:ind w:firstLine="284"/>
        <w:rPr>
          <w:rFonts w:ascii="Garamond" w:hAnsi="Garamond"/>
        </w:rPr>
      </w:pPr>
      <w:r w:rsidRPr="00771DC2">
        <w:rPr>
          <w:rFonts w:ascii="Garamond" w:hAnsi="Garamond"/>
        </w:rPr>
        <w:t>But God never asked you to be everything. He asked you to be faithful.</w:t>
      </w:r>
    </w:p>
    <w:p w14:paraId="163214E0" w14:textId="77777777" w:rsidR="00F32FA7" w:rsidRPr="00771DC2" w:rsidRDefault="00000000" w:rsidP="00E82982">
      <w:pPr>
        <w:spacing w:line="336" w:lineRule="auto"/>
        <w:ind w:firstLine="284"/>
        <w:rPr>
          <w:rFonts w:ascii="Garamond" w:hAnsi="Garamond"/>
        </w:rPr>
      </w:pPr>
      <w:r w:rsidRPr="00771DC2">
        <w:rPr>
          <w:rFonts w:ascii="Garamond" w:hAnsi="Garamond"/>
        </w:rPr>
        <w:t>There's a massive difference.</w:t>
      </w:r>
    </w:p>
    <w:p w14:paraId="1A579524"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Jesus' Example of Sacred Limitations</w:t>
      </w:r>
    </w:p>
    <w:p w14:paraId="2D014FA9"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Let me blow your mind with something you might have never noticed: </w:t>
      </w:r>
      <w:r w:rsidRPr="00771DC2">
        <w:rPr>
          <w:rFonts w:ascii="Garamond" w:hAnsi="Garamond"/>
          <w:b/>
        </w:rPr>
        <w:t>Jesus, the Son of God, didn't do everything He could have done.</w:t>
      </w:r>
    </w:p>
    <w:p w14:paraId="2659C81C" w14:textId="77777777" w:rsidR="00F32FA7" w:rsidRPr="00771DC2" w:rsidRDefault="00000000" w:rsidP="00E82982">
      <w:pPr>
        <w:spacing w:line="336" w:lineRule="auto"/>
        <w:ind w:firstLine="284"/>
        <w:rPr>
          <w:rFonts w:ascii="Garamond" w:hAnsi="Garamond"/>
        </w:rPr>
      </w:pPr>
      <w:r w:rsidRPr="00771DC2">
        <w:rPr>
          <w:rFonts w:ascii="Garamond" w:hAnsi="Garamond"/>
        </w:rPr>
        <w:t>He didn't heal every sick person in Palestine. He didn't teach in every synagogue. He didn't visit every town. He didn't save every soul during His three-year ministry.</w:t>
      </w:r>
    </w:p>
    <w:p w14:paraId="5D5E991C" w14:textId="77777777" w:rsidR="00F32FA7" w:rsidRPr="00771DC2" w:rsidRDefault="00000000" w:rsidP="00E82982">
      <w:pPr>
        <w:spacing w:line="336" w:lineRule="auto"/>
        <w:ind w:firstLine="284"/>
        <w:rPr>
          <w:rFonts w:ascii="Garamond" w:hAnsi="Garamond"/>
        </w:rPr>
      </w:pPr>
      <w:r w:rsidRPr="00771DC2">
        <w:rPr>
          <w:rFonts w:ascii="Garamond" w:hAnsi="Garamond"/>
        </w:rPr>
        <w:t>In fact, there were times when Jesus actively chose not to do good things.</w:t>
      </w:r>
    </w:p>
    <w:p w14:paraId="1124B731" w14:textId="77777777" w:rsidR="00F32FA7" w:rsidRPr="00771DC2" w:rsidRDefault="00000000" w:rsidP="00E82982">
      <w:pPr>
        <w:spacing w:line="336" w:lineRule="auto"/>
        <w:ind w:firstLine="284"/>
        <w:rPr>
          <w:rFonts w:ascii="Garamond" w:hAnsi="Garamond"/>
        </w:rPr>
      </w:pPr>
      <w:r w:rsidRPr="00771DC2">
        <w:rPr>
          <w:rFonts w:ascii="Garamond" w:hAnsi="Garamond"/>
        </w:rPr>
        <w:t>In Mark 1, Jesus heals Peter's mother-in-law and word spreads. By evening, the whole town is at the door. Jesus heals many people. But then, early in the morning, He goes off to pray. The disciples find Him and say, "Everyone is looking for you!"</w:t>
      </w:r>
    </w:p>
    <w:p w14:paraId="48949B7B"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Jesus' response? "Let us go somewhere else—to the nearby villages—so I can preach there also. That is why I have come" (Mark 1:38).</w:t>
      </w:r>
    </w:p>
    <w:p w14:paraId="081D9EDF" w14:textId="77777777" w:rsidR="00F32FA7" w:rsidRPr="00771DC2" w:rsidRDefault="00000000" w:rsidP="00E82982">
      <w:pPr>
        <w:spacing w:line="336" w:lineRule="auto"/>
        <w:ind w:firstLine="284"/>
        <w:rPr>
          <w:rFonts w:ascii="Garamond" w:hAnsi="Garamond"/>
        </w:rPr>
      </w:pPr>
      <w:r w:rsidRPr="00771DC2">
        <w:rPr>
          <w:rFonts w:ascii="Garamond" w:hAnsi="Garamond"/>
        </w:rPr>
        <w:t>Did you catch that? Jesus walked away from people who needed healing. He left a crowd that wanted His help. He said no to good opportunities because He was focused on His specific calling.</w:t>
      </w:r>
    </w:p>
    <w:p w14:paraId="736474AD" w14:textId="77777777" w:rsidR="00F32FA7" w:rsidRPr="00771DC2" w:rsidRDefault="00000000" w:rsidP="00E82982">
      <w:pPr>
        <w:spacing w:line="336" w:lineRule="auto"/>
        <w:ind w:firstLine="284"/>
        <w:rPr>
          <w:rFonts w:ascii="Garamond" w:hAnsi="Garamond"/>
        </w:rPr>
      </w:pPr>
      <w:r w:rsidRPr="00771DC2">
        <w:rPr>
          <w:rFonts w:ascii="Garamond" w:hAnsi="Garamond"/>
        </w:rPr>
        <w:t>If Jesus—who actually could have healed everyone—chose to limit His ministry, what makes us think we should try to do everything?</w:t>
      </w:r>
    </w:p>
    <w:p w14:paraId="6FDCFC5E"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Difference Between What You Can Do and What You're Called to Do</w:t>
      </w:r>
    </w:p>
    <w:p w14:paraId="0BCA952B" w14:textId="77777777" w:rsidR="00F32FA7" w:rsidRPr="00771DC2" w:rsidRDefault="00000000" w:rsidP="00E82982">
      <w:pPr>
        <w:spacing w:line="336" w:lineRule="auto"/>
        <w:ind w:firstLine="284"/>
        <w:rPr>
          <w:rFonts w:ascii="Garamond" w:hAnsi="Garamond"/>
        </w:rPr>
      </w:pPr>
      <w:r w:rsidRPr="00771DC2">
        <w:rPr>
          <w:rFonts w:ascii="Garamond" w:hAnsi="Garamond"/>
        </w:rPr>
        <w:t>The question isn't "What can I do?" The question is "What has God called me to do?"</w:t>
      </w:r>
    </w:p>
    <w:p w14:paraId="75C93F33" w14:textId="77777777" w:rsidR="00F32FA7" w:rsidRPr="00771DC2" w:rsidRDefault="00000000" w:rsidP="00E82982">
      <w:pPr>
        <w:spacing w:line="336" w:lineRule="auto"/>
        <w:ind w:firstLine="284"/>
        <w:rPr>
          <w:rFonts w:ascii="Garamond" w:hAnsi="Garamond"/>
        </w:rPr>
      </w:pPr>
      <w:r w:rsidRPr="00771DC2">
        <w:rPr>
          <w:rFonts w:ascii="Garamond" w:hAnsi="Garamond"/>
        </w:rPr>
        <w:t>These are very different questions.</w:t>
      </w:r>
    </w:p>
    <w:p w14:paraId="448A8AA7" w14:textId="77777777" w:rsidR="00F32FA7" w:rsidRPr="00771DC2" w:rsidRDefault="00000000" w:rsidP="00E82982">
      <w:pPr>
        <w:spacing w:line="336" w:lineRule="auto"/>
        <w:ind w:firstLine="284"/>
        <w:rPr>
          <w:rFonts w:ascii="Garamond" w:hAnsi="Garamond"/>
        </w:rPr>
      </w:pPr>
      <w:r w:rsidRPr="00771DC2">
        <w:rPr>
          <w:rFonts w:ascii="Garamond" w:hAnsi="Garamond"/>
        </w:rPr>
        <w:t>What you can do is almost limitless if you're gifted and driven. What God has called you to do is specific, focused, and sustainable.</w:t>
      </w:r>
    </w:p>
    <w:p w14:paraId="11F5FDB7"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Paul understood this. In 1 Corinthians 9:16, he says, "I am compelled to preach. Woe to me if I do not preach the </w:t>
      </w:r>
      <w:r w:rsidRPr="00771DC2">
        <w:rPr>
          <w:rFonts w:ascii="Garamond" w:hAnsi="Garamond"/>
        </w:rPr>
        <w:lastRenderedPageBreak/>
        <w:t>gospel!" Paul knew his calling. He knew his lane. He knew what he was supposed to focus on.</w:t>
      </w:r>
    </w:p>
    <w:p w14:paraId="25130F2D" w14:textId="77777777" w:rsidR="00F32FA7" w:rsidRPr="00771DC2" w:rsidRDefault="00000000" w:rsidP="00E82982">
      <w:pPr>
        <w:spacing w:line="336" w:lineRule="auto"/>
        <w:ind w:firstLine="284"/>
        <w:rPr>
          <w:rFonts w:ascii="Garamond" w:hAnsi="Garamond"/>
        </w:rPr>
      </w:pPr>
      <w:r w:rsidRPr="00771DC2">
        <w:rPr>
          <w:rFonts w:ascii="Garamond" w:hAnsi="Garamond"/>
        </w:rPr>
        <w:t>That doesn't mean Paul ignored other needs. But it means he had a primary calling that shaped how he responded to opportunities.</w:t>
      </w:r>
    </w:p>
    <w:p w14:paraId="673A05F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How to Discern Your Calling</w:t>
      </w:r>
    </w:p>
    <w:p w14:paraId="3802CB2A" w14:textId="77777777" w:rsidR="00F32FA7" w:rsidRPr="00771DC2" w:rsidRDefault="00000000" w:rsidP="00E82982">
      <w:pPr>
        <w:spacing w:line="336" w:lineRule="auto"/>
        <w:ind w:firstLine="284"/>
        <w:rPr>
          <w:rFonts w:ascii="Garamond" w:hAnsi="Garamond"/>
        </w:rPr>
      </w:pPr>
      <w:r w:rsidRPr="00771DC2">
        <w:rPr>
          <w:rFonts w:ascii="Garamond" w:hAnsi="Garamond"/>
        </w:rPr>
        <w:t>So how do you find your calling?</w:t>
      </w:r>
    </w:p>
    <w:p w14:paraId="5E38D137" w14:textId="77777777" w:rsidR="00F32FA7" w:rsidRPr="00771DC2" w:rsidRDefault="00000000" w:rsidP="00E82982">
      <w:pPr>
        <w:spacing w:line="336" w:lineRule="auto"/>
        <w:ind w:firstLine="284"/>
        <w:rPr>
          <w:rFonts w:ascii="Garamond" w:hAnsi="Garamond"/>
        </w:rPr>
      </w:pPr>
      <w:r w:rsidRPr="00771DC2">
        <w:rPr>
          <w:rFonts w:ascii="Garamond" w:hAnsi="Garamond"/>
          <w:b/>
        </w:rPr>
        <w:t>Start with your design.</w:t>
      </w:r>
      <w:r w:rsidRPr="00771DC2">
        <w:rPr>
          <w:rFonts w:ascii="Garamond" w:hAnsi="Garamond"/>
        </w:rPr>
        <w:t xml:space="preserve"> How has God wired you? What are your gifts, talents, and passions? What energizes you and what drains you? God doesn't usually call you to do things you're completely unsuited for.</w:t>
      </w:r>
    </w:p>
    <w:p w14:paraId="44BF0558" w14:textId="77777777" w:rsidR="00F32FA7" w:rsidRPr="00771DC2" w:rsidRDefault="00000000" w:rsidP="00E82982">
      <w:pPr>
        <w:spacing w:line="336" w:lineRule="auto"/>
        <w:ind w:firstLine="284"/>
        <w:rPr>
          <w:rFonts w:ascii="Garamond" w:hAnsi="Garamond"/>
        </w:rPr>
      </w:pPr>
      <w:r w:rsidRPr="00771DC2">
        <w:rPr>
          <w:rFonts w:ascii="Garamond" w:hAnsi="Garamond"/>
          <w:b/>
        </w:rPr>
        <w:t>Look at your burden.</w:t>
      </w:r>
      <w:r w:rsidRPr="00771DC2">
        <w:rPr>
          <w:rFonts w:ascii="Garamond" w:hAnsi="Garamond"/>
        </w:rPr>
        <w:t xml:space="preserve"> What problems in the world break your heart? What needs keep you up at night? What injustices make you angry? Often, God gives you a burden for the area where He wants to use you.</w:t>
      </w:r>
    </w:p>
    <w:p w14:paraId="6F3CDD0E" w14:textId="77777777" w:rsidR="00F32FA7" w:rsidRPr="00771DC2" w:rsidRDefault="00000000" w:rsidP="00E82982">
      <w:pPr>
        <w:spacing w:line="336" w:lineRule="auto"/>
        <w:ind w:firstLine="284"/>
        <w:rPr>
          <w:rFonts w:ascii="Garamond" w:hAnsi="Garamond"/>
        </w:rPr>
      </w:pPr>
      <w:r w:rsidRPr="00771DC2">
        <w:rPr>
          <w:rFonts w:ascii="Garamond" w:hAnsi="Garamond"/>
          <w:b/>
        </w:rPr>
        <w:t>Pay attention to your fruit.</w:t>
      </w:r>
      <w:r w:rsidRPr="00771DC2">
        <w:rPr>
          <w:rFonts w:ascii="Garamond" w:hAnsi="Garamond"/>
        </w:rPr>
        <w:t xml:space="preserve"> Where do you see God using you effectively? Where do people consistently come to you for help? Where do you see lasting change happening through your involvement?</w:t>
      </w:r>
    </w:p>
    <w:p w14:paraId="0CF944FF"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Listen to wise counsel.</w:t>
      </w:r>
      <w:r w:rsidRPr="00771DC2">
        <w:rPr>
          <w:rFonts w:ascii="Garamond" w:hAnsi="Garamond"/>
        </w:rPr>
        <w:t xml:space="preserve"> What do the people who know you best say about your calling? What do they see in you that you might miss?</w:t>
      </w:r>
    </w:p>
    <w:p w14:paraId="51D8951F" w14:textId="77777777" w:rsidR="00F32FA7" w:rsidRPr="00771DC2" w:rsidRDefault="00000000" w:rsidP="00E82982">
      <w:pPr>
        <w:spacing w:line="336" w:lineRule="auto"/>
        <w:ind w:firstLine="284"/>
        <w:rPr>
          <w:rFonts w:ascii="Garamond" w:hAnsi="Garamond"/>
        </w:rPr>
      </w:pPr>
      <w:r w:rsidRPr="00771DC2">
        <w:rPr>
          <w:rFonts w:ascii="Garamond" w:hAnsi="Garamond"/>
          <w:b/>
        </w:rPr>
        <w:t>Test it through prayer and Scripture.</w:t>
      </w:r>
      <w:r w:rsidRPr="00771DC2">
        <w:rPr>
          <w:rFonts w:ascii="Garamond" w:hAnsi="Garamond"/>
        </w:rPr>
        <w:t xml:space="preserve"> Does this calling align with God's Word? Does it bring you peace when you pray about it? Does it glorify God and serve others?</w:t>
      </w:r>
    </w:p>
    <w:p w14:paraId="7CDD9FB9" w14:textId="77777777" w:rsidR="00F32FA7" w:rsidRPr="00771DC2" w:rsidRDefault="00000000" w:rsidP="00E82982">
      <w:pPr>
        <w:spacing w:line="336" w:lineRule="auto"/>
        <w:ind w:firstLine="284"/>
        <w:rPr>
          <w:rFonts w:ascii="Garamond" w:hAnsi="Garamond"/>
        </w:rPr>
      </w:pPr>
      <w:r w:rsidRPr="00771DC2">
        <w:rPr>
          <w:rFonts w:ascii="Garamond" w:hAnsi="Garamond"/>
        </w:rPr>
        <w:t>Your calling might be parenting your kids well. It might be serving in your local church. It might be running a business with integrity. It might be caring for aging parents. It might be mentoring young people.</w:t>
      </w:r>
    </w:p>
    <w:p w14:paraId="5D4577C3" w14:textId="77777777" w:rsidR="00F32FA7" w:rsidRPr="00771DC2" w:rsidRDefault="00000000" w:rsidP="00E82982">
      <w:pPr>
        <w:spacing w:line="336" w:lineRule="auto"/>
        <w:ind w:firstLine="284"/>
        <w:rPr>
          <w:rFonts w:ascii="Garamond" w:hAnsi="Garamond"/>
        </w:rPr>
      </w:pPr>
      <w:r w:rsidRPr="00771DC2">
        <w:rPr>
          <w:rFonts w:ascii="Garamond" w:hAnsi="Garamond"/>
        </w:rPr>
        <w:t>It doesn't have to be "full-time ministry" to be a calling. It just has to be what God has specifically asked you to do.</w:t>
      </w:r>
    </w:p>
    <w:p w14:paraId="4D1061E9"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Freedom of Staying in Your Lane</w:t>
      </w:r>
    </w:p>
    <w:p w14:paraId="0888FAF8" w14:textId="77777777" w:rsidR="00F32FA7" w:rsidRPr="00771DC2" w:rsidRDefault="00000000" w:rsidP="00E82982">
      <w:pPr>
        <w:spacing w:line="336" w:lineRule="auto"/>
        <w:ind w:firstLine="284"/>
        <w:rPr>
          <w:rFonts w:ascii="Garamond" w:hAnsi="Garamond"/>
        </w:rPr>
      </w:pPr>
      <w:r w:rsidRPr="00771DC2">
        <w:rPr>
          <w:rFonts w:ascii="Garamond" w:hAnsi="Garamond"/>
        </w:rPr>
        <w:t>Here's what happens when you embrace your limitations and focus on your calling:</w:t>
      </w:r>
    </w:p>
    <w:p w14:paraId="0A10AEF9" w14:textId="77777777" w:rsidR="00F32FA7" w:rsidRPr="00771DC2" w:rsidRDefault="00000000" w:rsidP="00E82982">
      <w:pPr>
        <w:spacing w:line="336" w:lineRule="auto"/>
        <w:ind w:firstLine="284"/>
        <w:rPr>
          <w:rFonts w:ascii="Garamond" w:hAnsi="Garamond"/>
        </w:rPr>
      </w:pPr>
      <w:r w:rsidRPr="00771DC2">
        <w:rPr>
          <w:rFonts w:ascii="Garamond" w:hAnsi="Garamond"/>
          <w:b/>
        </w:rPr>
        <w:t>You become excellent instead of mediocre.</w:t>
      </w:r>
      <w:r w:rsidRPr="00771DC2">
        <w:rPr>
          <w:rFonts w:ascii="Garamond" w:hAnsi="Garamond"/>
        </w:rPr>
        <w:t xml:space="preserve"> When you focus your energy on fewer things, you do them better. You develop expertise. You create lasting impact.</w:t>
      </w:r>
    </w:p>
    <w:p w14:paraId="3D1546BF"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You find rest.</w:t>
      </w:r>
      <w:r w:rsidRPr="00771DC2">
        <w:rPr>
          <w:rFonts w:ascii="Garamond" w:hAnsi="Garamond"/>
        </w:rPr>
        <w:t xml:space="preserve"> You're not constantly anxious about all the things you're not doing because you're confident about what you are doing.</w:t>
      </w:r>
    </w:p>
    <w:p w14:paraId="7447E161" w14:textId="77777777" w:rsidR="00F32FA7" w:rsidRPr="00771DC2" w:rsidRDefault="00000000" w:rsidP="00E82982">
      <w:pPr>
        <w:spacing w:line="336" w:lineRule="auto"/>
        <w:ind w:firstLine="284"/>
        <w:rPr>
          <w:rFonts w:ascii="Garamond" w:hAnsi="Garamond"/>
        </w:rPr>
      </w:pPr>
      <w:r w:rsidRPr="00771DC2">
        <w:rPr>
          <w:rFonts w:ascii="Garamond" w:hAnsi="Garamond"/>
          <w:b/>
        </w:rPr>
        <w:t>You serve others better.</w:t>
      </w:r>
      <w:r w:rsidRPr="00771DC2">
        <w:rPr>
          <w:rFonts w:ascii="Garamond" w:hAnsi="Garamond"/>
        </w:rPr>
        <w:t xml:space="preserve"> When you're operating in your sweet spot, you have more to give. You're not running on empty trying to do everything.</w:t>
      </w:r>
    </w:p>
    <w:p w14:paraId="049E37D5" w14:textId="77777777" w:rsidR="00F32FA7" w:rsidRPr="00771DC2" w:rsidRDefault="00000000" w:rsidP="00E82982">
      <w:pPr>
        <w:spacing w:line="336" w:lineRule="auto"/>
        <w:ind w:firstLine="284"/>
        <w:rPr>
          <w:rFonts w:ascii="Garamond" w:hAnsi="Garamond"/>
        </w:rPr>
      </w:pPr>
      <w:r w:rsidRPr="00771DC2">
        <w:rPr>
          <w:rFonts w:ascii="Garamond" w:hAnsi="Garamond"/>
          <w:b/>
        </w:rPr>
        <w:t>You honor God.</w:t>
      </w:r>
      <w:r w:rsidRPr="00771DC2">
        <w:rPr>
          <w:rFonts w:ascii="Garamond" w:hAnsi="Garamond"/>
        </w:rPr>
        <w:t xml:space="preserve"> You're stewarding the gifts, calling, and opportunities He's given you instead of trying to steward everyone else's.</w:t>
      </w:r>
    </w:p>
    <w:p w14:paraId="44D0A7F1" w14:textId="77777777" w:rsidR="00F32FA7" w:rsidRPr="00771DC2" w:rsidRDefault="00000000" w:rsidP="00E82982">
      <w:pPr>
        <w:spacing w:line="336" w:lineRule="auto"/>
        <w:ind w:firstLine="284"/>
        <w:rPr>
          <w:rFonts w:ascii="Garamond" w:hAnsi="Garamond"/>
        </w:rPr>
      </w:pPr>
      <w:r w:rsidRPr="00771DC2">
        <w:rPr>
          <w:rFonts w:ascii="Garamond" w:hAnsi="Garamond"/>
          <w:b/>
        </w:rPr>
        <w:t>You model healthy boundaries.</w:t>
      </w:r>
      <w:r w:rsidRPr="00771DC2">
        <w:rPr>
          <w:rFonts w:ascii="Garamond" w:hAnsi="Garamond"/>
        </w:rPr>
        <w:t xml:space="preserve"> You show others that it's okay to say no to good things in order to say yes to God things.</w:t>
      </w:r>
    </w:p>
    <w:p w14:paraId="13C79FE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Faithfulness of Small Things</w:t>
      </w:r>
    </w:p>
    <w:p w14:paraId="6C4ECC44" w14:textId="77777777" w:rsidR="00F32FA7" w:rsidRPr="00771DC2" w:rsidRDefault="00000000" w:rsidP="00E82982">
      <w:pPr>
        <w:spacing w:line="336" w:lineRule="auto"/>
        <w:ind w:firstLine="284"/>
        <w:rPr>
          <w:rFonts w:ascii="Garamond" w:hAnsi="Garamond"/>
        </w:rPr>
      </w:pPr>
      <w:r w:rsidRPr="00771DC2">
        <w:rPr>
          <w:rFonts w:ascii="Garamond" w:hAnsi="Garamond"/>
        </w:rPr>
        <w:t>Jesus said, "Whoever can be trusted with very little can also be trusted with much" (Luke 16:10).</w:t>
      </w:r>
    </w:p>
    <w:p w14:paraId="25FF3B00" w14:textId="77777777" w:rsidR="00F32FA7" w:rsidRPr="00771DC2" w:rsidRDefault="00000000" w:rsidP="00E82982">
      <w:pPr>
        <w:spacing w:line="336" w:lineRule="auto"/>
        <w:ind w:firstLine="284"/>
        <w:rPr>
          <w:rFonts w:ascii="Garamond" w:hAnsi="Garamond"/>
        </w:rPr>
      </w:pPr>
      <w:r w:rsidRPr="00771DC2">
        <w:rPr>
          <w:rFonts w:ascii="Garamond" w:hAnsi="Garamond"/>
        </w:rPr>
        <w:t>We live in a culture obsessed with big, dramatic, Instagram-worthy impact. We want to change the world, reach millions, leave a legacy.</w:t>
      </w:r>
    </w:p>
    <w:p w14:paraId="4B8730DD"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But Jesus is more interested in faithfulness than fame. He cares more about obedience than outcomes. He values small, consistent acts of love over grand gestures.</w:t>
      </w:r>
    </w:p>
    <w:p w14:paraId="1C6A5B2A" w14:textId="77777777" w:rsidR="00F32FA7" w:rsidRPr="00771DC2" w:rsidRDefault="00000000" w:rsidP="00E82982">
      <w:pPr>
        <w:spacing w:line="336" w:lineRule="auto"/>
        <w:ind w:firstLine="284"/>
        <w:rPr>
          <w:rFonts w:ascii="Garamond" w:hAnsi="Garamond"/>
        </w:rPr>
      </w:pPr>
      <w:r w:rsidRPr="00771DC2">
        <w:rPr>
          <w:rFonts w:ascii="Garamond" w:hAnsi="Garamond"/>
        </w:rPr>
        <w:t>The person who faithfully serves in the nursery every Sunday might not be famous, but they're shaping the next generation.</w:t>
      </w:r>
    </w:p>
    <w:p w14:paraId="37381BAC" w14:textId="77777777" w:rsidR="00F32FA7" w:rsidRPr="00771DC2" w:rsidRDefault="00000000" w:rsidP="00E82982">
      <w:pPr>
        <w:spacing w:line="336" w:lineRule="auto"/>
        <w:ind w:firstLine="284"/>
        <w:rPr>
          <w:rFonts w:ascii="Garamond" w:hAnsi="Garamond"/>
        </w:rPr>
      </w:pPr>
      <w:r w:rsidRPr="00771DC2">
        <w:rPr>
          <w:rFonts w:ascii="Garamond" w:hAnsi="Garamond"/>
        </w:rPr>
        <w:t>The business owner who treats employees with dignity might not make headlines, but they're reflecting God's character to everyone they employ.</w:t>
      </w:r>
    </w:p>
    <w:p w14:paraId="7E8A5EE9" w14:textId="77777777" w:rsidR="00F32FA7" w:rsidRPr="00771DC2" w:rsidRDefault="00000000" w:rsidP="00E82982">
      <w:pPr>
        <w:spacing w:line="336" w:lineRule="auto"/>
        <w:ind w:firstLine="284"/>
        <w:rPr>
          <w:rFonts w:ascii="Garamond" w:hAnsi="Garamond"/>
        </w:rPr>
      </w:pPr>
      <w:r w:rsidRPr="00771DC2">
        <w:rPr>
          <w:rFonts w:ascii="Garamond" w:hAnsi="Garamond"/>
        </w:rPr>
        <w:t>The parent who consistently shows up for their kids might not write bestselling books, but they're raising humans who will impact the world.</w:t>
      </w:r>
    </w:p>
    <w:p w14:paraId="1D681126" w14:textId="77777777" w:rsidR="00F32FA7" w:rsidRPr="00771DC2" w:rsidRDefault="00000000" w:rsidP="00E82982">
      <w:pPr>
        <w:spacing w:line="336" w:lineRule="auto"/>
        <w:ind w:firstLine="284"/>
        <w:rPr>
          <w:rFonts w:ascii="Garamond" w:hAnsi="Garamond"/>
        </w:rPr>
      </w:pPr>
      <w:r w:rsidRPr="00771DC2">
        <w:rPr>
          <w:rFonts w:ascii="Garamond" w:hAnsi="Garamond"/>
        </w:rPr>
        <w:t>The friend who consistently listens and prays might not have a platform, but they're doing the work of the kingdom.</w:t>
      </w:r>
    </w:p>
    <w:p w14:paraId="3C66A610" w14:textId="77777777" w:rsidR="00F32FA7" w:rsidRPr="00771DC2" w:rsidRDefault="00000000" w:rsidP="00E82982">
      <w:pPr>
        <w:spacing w:line="336" w:lineRule="auto"/>
        <w:ind w:firstLine="284"/>
        <w:rPr>
          <w:rFonts w:ascii="Garamond" w:hAnsi="Garamond"/>
        </w:rPr>
      </w:pPr>
      <w:r w:rsidRPr="00771DC2">
        <w:rPr>
          <w:rFonts w:ascii="Garamond" w:hAnsi="Garamond"/>
        </w:rPr>
        <w:t>Faithfulness in small things is not settling for less. It's recognizing that God uses ordinary obedience to accomplish extraordinary things.</w:t>
      </w:r>
    </w:p>
    <w:p w14:paraId="48FD83B0"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When Comparison Kills Calling</w:t>
      </w:r>
    </w:p>
    <w:p w14:paraId="40B1C28A" w14:textId="77777777" w:rsidR="00F32FA7" w:rsidRPr="00771DC2" w:rsidRDefault="00000000" w:rsidP="00E82982">
      <w:pPr>
        <w:spacing w:line="336" w:lineRule="auto"/>
        <w:ind w:firstLine="284"/>
        <w:rPr>
          <w:rFonts w:ascii="Garamond" w:hAnsi="Garamond"/>
        </w:rPr>
      </w:pPr>
      <w:r w:rsidRPr="00771DC2">
        <w:rPr>
          <w:rFonts w:ascii="Garamond" w:hAnsi="Garamond"/>
        </w:rPr>
        <w:t>One of the biggest threats to faithful living is comparison.</w:t>
      </w:r>
    </w:p>
    <w:p w14:paraId="7E810C89"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You start looking at what other people are doing and wondering if you're doing enough.</w:t>
      </w:r>
    </w:p>
    <w:p w14:paraId="37CACCE5" w14:textId="77777777" w:rsidR="00F32FA7" w:rsidRPr="00771DC2" w:rsidRDefault="00000000" w:rsidP="00E82982">
      <w:pPr>
        <w:spacing w:line="336" w:lineRule="auto"/>
        <w:ind w:firstLine="284"/>
        <w:rPr>
          <w:rFonts w:ascii="Garamond" w:hAnsi="Garamond"/>
        </w:rPr>
      </w:pPr>
      <w:r w:rsidRPr="00771DC2">
        <w:rPr>
          <w:rFonts w:ascii="Garamond" w:hAnsi="Garamond"/>
        </w:rPr>
        <w:t>They're reaching more people. They're making more impact. They're more gifted. They're more successful. They're more anointed.</w:t>
      </w:r>
    </w:p>
    <w:p w14:paraId="7A234108" w14:textId="77777777" w:rsidR="00F32FA7" w:rsidRPr="00771DC2" w:rsidRDefault="00000000" w:rsidP="00E82982">
      <w:pPr>
        <w:spacing w:line="336" w:lineRule="auto"/>
        <w:ind w:firstLine="284"/>
        <w:rPr>
          <w:rFonts w:ascii="Garamond" w:hAnsi="Garamond"/>
        </w:rPr>
      </w:pPr>
      <w:r w:rsidRPr="00771DC2">
        <w:rPr>
          <w:rFonts w:ascii="Garamond" w:hAnsi="Garamond"/>
        </w:rPr>
        <w:t>And suddenly, your calling feels small. Your work feels insignificant. Your contribution feels worthless.</w:t>
      </w:r>
    </w:p>
    <w:p w14:paraId="3582D9ED"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But here's the truth: </w:t>
      </w:r>
      <w:r w:rsidRPr="00771DC2">
        <w:rPr>
          <w:rFonts w:ascii="Garamond" w:hAnsi="Garamond"/>
          <w:b/>
        </w:rPr>
        <w:t>God doesn't measure your faithfulness by comparing you to others. He measures it by how well you're stewarding what He's given you.</w:t>
      </w:r>
    </w:p>
    <w:p w14:paraId="77EF230C" w14:textId="77777777" w:rsidR="00F32FA7" w:rsidRPr="00771DC2" w:rsidRDefault="00000000" w:rsidP="00E82982">
      <w:pPr>
        <w:spacing w:line="336" w:lineRule="auto"/>
        <w:ind w:firstLine="284"/>
        <w:rPr>
          <w:rFonts w:ascii="Garamond" w:hAnsi="Garamond"/>
        </w:rPr>
      </w:pPr>
      <w:r w:rsidRPr="00771DC2">
        <w:rPr>
          <w:rFonts w:ascii="Garamond" w:hAnsi="Garamond"/>
        </w:rPr>
        <w:t>The parable of the talents in Matthew 25 is instructive here. The master doesn't give everyone the same amount. He gives each person according to their ability. And when they return, he doesn't compare their results to each other. He evaluates each person based on what they did with what they were given.</w:t>
      </w:r>
    </w:p>
    <w:p w14:paraId="2C208E47" w14:textId="77777777" w:rsidR="00F32FA7" w:rsidRPr="00771DC2" w:rsidRDefault="00000000" w:rsidP="00E82982">
      <w:pPr>
        <w:spacing w:line="336" w:lineRule="auto"/>
        <w:ind w:firstLine="284"/>
        <w:rPr>
          <w:rFonts w:ascii="Garamond" w:hAnsi="Garamond"/>
        </w:rPr>
      </w:pPr>
      <w:r w:rsidRPr="00771DC2">
        <w:rPr>
          <w:rFonts w:ascii="Garamond" w:hAnsi="Garamond"/>
        </w:rPr>
        <w:t>The servant who doubled five talents and the servant who doubled two talents both received the same commendation: "Well done, good and faithful servant!"</w:t>
      </w:r>
    </w:p>
    <w:p w14:paraId="77FF0AA3"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God isn't asking you to be Mother Teresa or Billy Graham. He's asking you to be the best version of the person He created you to be.</w:t>
      </w:r>
    </w:p>
    <w:p w14:paraId="0E480F0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Saying No to Good Things</w:t>
      </w:r>
    </w:p>
    <w:p w14:paraId="7D75EE56" w14:textId="77777777" w:rsidR="00F32FA7" w:rsidRPr="00771DC2" w:rsidRDefault="00000000" w:rsidP="00E82982">
      <w:pPr>
        <w:spacing w:line="336" w:lineRule="auto"/>
        <w:ind w:firstLine="284"/>
        <w:rPr>
          <w:rFonts w:ascii="Garamond" w:hAnsi="Garamond"/>
        </w:rPr>
      </w:pPr>
      <w:r w:rsidRPr="00771DC2">
        <w:rPr>
          <w:rFonts w:ascii="Garamond" w:hAnsi="Garamond"/>
        </w:rPr>
        <w:t>This is where it gets practical and painful. If you're going to be faithful to your calling, you have to say no to good things that aren't your things.</w:t>
      </w:r>
    </w:p>
    <w:p w14:paraId="3045552D" w14:textId="77777777" w:rsidR="00F32FA7" w:rsidRPr="00771DC2" w:rsidRDefault="00000000" w:rsidP="00E82982">
      <w:pPr>
        <w:spacing w:line="336" w:lineRule="auto"/>
        <w:ind w:firstLine="284"/>
        <w:rPr>
          <w:rFonts w:ascii="Garamond" w:hAnsi="Garamond"/>
        </w:rPr>
      </w:pPr>
      <w:r w:rsidRPr="00771DC2">
        <w:rPr>
          <w:rFonts w:ascii="Garamond" w:hAnsi="Garamond"/>
        </w:rPr>
        <w:t>You might have to say no to:</w:t>
      </w:r>
    </w:p>
    <w:p w14:paraId="6EE1639B"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Ministry opportunities that don't align with your calling</w:t>
      </w:r>
    </w:p>
    <w:p w14:paraId="57B71D5B"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Social events that drain your energy without serving your purpose</w:t>
      </w:r>
    </w:p>
    <w:p w14:paraId="26EE0334"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Volunteer commitments that spread you too thin</w:t>
      </w:r>
    </w:p>
    <w:p w14:paraId="13FD9EE3"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Career opportunities that look impressive but aren't God's direction for you</w:t>
      </w:r>
    </w:p>
    <w:p w14:paraId="03C51866"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Requests for help that would take you away from your primary responsibilities</w:t>
      </w:r>
    </w:p>
    <w:p w14:paraId="3B45C1CB" w14:textId="77777777" w:rsidR="00F32FA7" w:rsidRPr="00771DC2" w:rsidRDefault="00000000" w:rsidP="00E82982">
      <w:pPr>
        <w:spacing w:line="336" w:lineRule="auto"/>
        <w:ind w:firstLine="284"/>
        <w:rPr>
          <w:rFonts w:ascii="Garamond" w:hAnsi="Garamond"/>
        </w:rPr>
      </w:pPr>
      <w:r w:rsidRPr="00771DC2">
        <w:rPr>
          <w:rFonts w:ascii="Garamond" w:hAnsi="Garamond"/>
        </w:rPr>
        <w:t>This is hard because these aren't bad things. They're good things. They're things that would help people and serve God.</w:t>
      </w:r>
    </w:p>
    <w:p w14:paraId="7E28602F"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But good is often the enemy of best. And your best is found in the narrow path of your specific calling.</w:t>
      </w:r>
    </w:p>
    <w:p w14:paraId="6DFEEA4D" w14:textId="77777777" w:rsidR="00F32FA7" w:rsidRPr="00771DC2" w:rsidRDefault="00000000" w:rsidP="00E82982">
      <w:pPr>
        <w:spacing w:line="336" w:lineRule="auto"/>
        <w:ind w:firstLine="284"/>
        <w:rPr>
          <w:rFonts w:ascii="Garamond" w:hAnsi="Garamond"/>
        </w:rPr>
      </w:pPr>
      <w:r w:rsidRPr="00771DC2">
        <w:rPr>
          <w:rFonts w:ascii="Garamond" w:hAnsi="Garamond"/>
        </w:rPr>
        <w:t>Jesus modeled this. He said no to healing more people so He could preach the gospel. He said no to staying in popular places so He could reach new areas. He said no to the crowd's expectations so He could fulfill His Father's will.</w:t>
      </w:r>
    </w:p>
    <w:p w14:paraId="676F764B" w14:textId="77777777" w:rsidR="00F32FA7" w:rsidRPr="00771DC2" w:rsidRDefault="00000000" w:rsidP="00E82982">
      <w:pPr>
        <w:spacing w:line="336" w:lineRule="auto"/>
        <w:ind w:firstLine="284"/>
        <w:rPr>
          <w:rFonts w:ascii="Garamond" w:hAnsi="Garamond"/>
        </w:rPr>
      </w:pPr>
      <w:r w:rsidRPr="00771DC2">
        <w:rPr>
          <w:rFonts w:ascii="Garamond" w:hAnsi="Garamond"/>
        </w:rPr>
        <w:t>If Jesus had to say no to good things, so do you.</w:t>
      </w:r>
    </w:p>
    <w:p w14:paraId="3A1A11D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Challenge</w:t>
      </w:r>
    </w:p>
    <w:p w14:paraId="152BED01" w14:textId="77777777" w:rsidR="00F32FA7" w:rsidRPr="00771DC2" w:rsidRDefault="00000000" w:rsidP="00E82982">
      <w:pPr>
        <w:spacing w:line="336" w:lineRule="auto"/>
        <w:ind w:firstLine="284"/>
        <w:rPr>
          <w:rFonts w:ascii="Garamond" w:hAnsi="Garamond"/>
        </w:rPr>
      </w:pPr>
      <w:r w:rsidRPr="00771DC2">
        <w:rPr>
          <w:rFonts w:ascii="Garamond" w:hAnsi="Garamond"/>
        </w:rPr>
        <w:t>Identify your top three priorities based on God's calling for your life. These should be the areas where you believe God wants you to focus your time, energy, and attention.</w:t>
      </w:r>
    </w:p>
    <w:p w14:paraId="51300F29" w14:textId="77777777" w:rsidR="00F32FA7" w:rsidRPr="00771DC2" w:rsidRDefault="00000000" w:rsidP="00E82982">
      <w:pPr>
        <w:spacing w:line="336" w:lineRule="auto"/>
        <w:ind w:firstLine="284"/>
        <w:rPr>
          <w:rFonts w:ascii="Garamond" w:hAnsi="Garamond"/>
        </w:rPr>
      </w:pPr>
      <w:r w:rsidRPr="00771DC2">
        <w:rPr>
          <w:rFonts w:ascii="Garamond" w:hAnsi="Garamond"/>
        </w:rPr>
        <w:t>Then, identify one good thing you're currently doing that doesn't align with these priorities. It doesn't have to be bad—it just needs to be something that's taking you away from your primary calling.</w:t>
      </w:r>
    </w:p>
    <w:p w14:paraId="3BC282E5" w14:textId="77777777" w:rsidR="00F32FA7" w:rsidRPr="00771DC2" w:rsidRDefault="00000000" w:rsidP="00E82982">
      <w:pPr>
        <w:spacing w:line="336" w:lineRule="auto"/>
        <w:ind w:firstLine="284"/>
        <w:rPr>
          <w:rFonts w:ascii="Garamond" w:hAnsi="Garamond"/>
        </w:rPr>
      </w:pPr>
      <w:r w:rsidRPr="00771DC2">
        <w:rPr>
          <w:rFonts w:ascii="Garamond" w:hAnsi="Garamond"/>
        </w:rPr>
        <w:t>Practice saying no to that good thing. Notice how it feels. Notice what guilt or anxiety comes up. Pray through those feelings and ask God to help you trust that He has someone else to handle that need.</w:t>
      </w:r>
    </w:p>
    <w:p w14:paraId="30244D5B"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 xml:space="preserve">Remember: </w:t>
      </w:r>
      <w:r w:rsidRPr="00771DC2">
        <w:rPr>
          <w:rFonts w:ascii="Garamond" w:hAnsi="Garamond"/>
          <w:b/>
        </w:rPr>
        <w:t>You can't be everything to everyone. But you can be faithful to Someone. And that Someone is enough.</w:t>
      </w:r>
    </w:p>
    <w:p w14:paraId="7BB85E71"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6B0C12B4"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t>CHAPTER 8: Your Character, Not Your Comfort</w:t>
      </w:r>
    </w:p>
    <w:p w14:paraId="493674C2" w14:textId="77777777" w:rsidR="00F32FA7" w:rsidRPr="00771DC2" w:rsidRDefault="00000000" w:rsidP="00E82982">
      <w:pPr>
        <w:spacing w:line="336" w:lineRule="auto"/>
        <w:ind w:firstLine="284"/>
        <w:rPr>
          <w:rFonts w:ascii="Garamond" w:hAnsi="Garamond"/>
        </w:rPr>
      </w:pPr>
      <w:r w:rsidRPr="00771DC2">
        <w:rPr>
          <w:rFonts w:ascii="Garamond" w:hAnsi="Garamond"/>
        </w:rPr>
        <w:t>*"God is more interested in who you're becoming than what you're achieving. And who you're becoming is forged in discomfort."*</w:t>
      </w:r>
    </w:p>
    <w:p w14:paraId="492A0992" w14:textId="77777777" w:rsidR="00F32FA7" w:rsidRPr="00771DC2" w:rsidRDefault="00000000" w:rsidP="00E82982">
      <w:pPr>
        <w:spacing w:line="336" w:lineRule="auto"/>
        <w:ind w:firstLine="284"/>
        <w:rPr>
          <w:rFonts w:ascii="Garamond" w:hAnsi="Garamond"/>
        </w:rPr>
      </w:pPr>
      <w:r w:rsidRPr="00771DC2">
        <w:rPr>
          <w:rFonts w:ascii="Garamond" w:hAnsi="Garamond"/>
        </w:rPr>
        <w:t>Let me tell you something that's going to make you uncomfortable: God cares more about your character than He does about your comfort.</w:t>
      </w:r>
    </w:p>
    <w:p w14:paraId="6CBE10BC" w14:textId="77777777" w:rsidR="00F32FA7" w:rsidRPr="00771DC2" w:rsidRDefault="00000000" w:rsidP="00E82982">
      <w:pPr>
        <w:spacing w:line="336" w:lineRule="auto"/>
        <w:ind w:firstLine="284"/>
        <w:rPr>
          <w:rFonts w:ascii="Garamond" w:hAnsi="Garamond"/>
        </w:rPr>
      </w:pPr>
      <w:r w:rsidRPr="00771DC2">
        <w:rPr>
          <w:rFonts w:ascii="Garamond" w:hAnsi="Garamond"/>
        </w:rPr>
        <w:t>This flies in the face of everything modern Christianity tries to sell you. We've turned the gospel into a self-help seminar where Jesus is your life coach, the Holy Spirit is your therapist, and God's primary concern is making sure you're happy, healthy, and living your best life now.</w:t>
      </w:r>
    </w:p>
    <w:p w14:paraId="5294EF50" w14:textId="77777777" w:rsidR="00F32FA7" w:rsidRPr="00771DC2" w:rsidRDefault="00000000" w:rsidP="00E82982">
      <w:pPr>
        <w:spacing w:line="336" w:lineRule="auto"/>
        <w:ind w:firstLine="284"/>
        <w:rPr>
          <w:rFonts w:ascii="Garamond" w:hAnsi="Garamond"/>
        </w:rPr>
      </w:pPr>
      <w:r w:rsidRPr="00771DC2">
        <w:rPr>
          <w:rFonts w:ascii="Garamond" w:hAnsi="Garamond"/>
        </w:rPr>
        <w:t>But that's not the gospel. That's prosperity theology with a thin veneer of spirituality.</w:t>
      </w:r>
    </w:p>
    <w:p w14:paraId="36ADA302"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The real gospel says that God is transforming you into the image of His Son—and that transformation happens through trials, not in spite of them.</w:t>
      </w:r>
    </w:p>
    <w:p w14:paraId="3E53607D"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Comfort Industrial Complex</w:t>
      </w:r>
    </w:p>
    <w:p w14:paraId="1FA9704E" w14:textId="77777777" w:rsidR="00F32FA7" w:rsidRPr="00771DC2" w:rsidRDefault="00000000" w:rsidP="00E82982">
      <w:pPr>
        <w:spacing w:line="336" w:lineRule="auto"/>
        <w:ind w:firstLine="284"/>
        <w:rPr>
          <w:rFonts w:ascii="Garamond" w:hAnsi="Garamond"/>
        </w:rPr>
      </w:pPr>
      <w:r w:rsidRPr="00771DC2">
        <w:rPr>
          <w:rFonts w:ascii="Garamond" w:hAnsi="Garamond"/>
        </w:rPr>
        <w:t>We've made comfort the goal of life.</w:t>
      </w:r>
    </w:p>
    <w:p w14:paraId="42463275" w14:textId="77777777" w:rsidR="00F32FA7" w:rsidRPr="00771DC2" w:rsidRDefault="00000000" w:rsidP="00E82982">
      <w:pPr>
        <w:spacing w:line="336" w:lineRule="auto"/>
        <w:ind w:firstLine="284"/>
        <w:rPr>
          <w:rFonts w:ascii="Garamond" w:hAnsi="Garamond"/>
        </w:rPr>
      </w:pPr>
      <w:r w:rsidRPr="00771DC2">
        <w:rPr>
          <w:rFonts w:ascii="Garamond" w:hAnsi="Garamond"/>
        </w:rPr>
        <w:t>We want comfortable homes, comfortable relationships, comfortable jobs, comfortable churches. We avoid anything that makes us uncomfortable. We medicate discomfort with entertainment, distraction, and consumption.</w:t>
      </w:r>
    </w:p>
    <w:p w14:paraId="1A0A8F58" w14:textId="77777777" w:rsidR="00F32FA7" w:rsidRPr="00771DC2" w:rsidRDefault="00000000" w:rsidP="00E82982">
      <w:pPr>
        <w:spacing w:line="336" w:lineRule="auto"/>
        <w:ind w:firstLine="284"/>
        <w:rPr>
          <w:rFonts w:ascii="Garamond" w:hAnsi="Garamond"/>
        </w:rPr>
      </w:pPr>
      <w:r w:rsidRPr="00771DC2">
        <w:rPr>
          <w:rFonts w:ascii="Garamond" w:hAnsi="Garamond"/>
        </w:rPr>
        <w:t>Christianity has become about feeling good, not being good. We've turned the church into a place where we go to get our emotional needs met, our ego stroked, and our preferences catered to.</w:t>
      </w:r>
    </w:p>
    <w:p w14:paraId="2229D878" w14:textId="77777777" w:rsidR="00F32FA7" w:rsidRPr="00771DC2" w:rsidRDefault="00000000" w:rsidP="00E82982">
      <w:pPr>
        <w:spacing w:line="336" w:lineRule="auto"/>
        <w:ind w:firstLine="284"/>
        <w:rPr>
          <w:rFonts w:ascii="Garamond" w:hAnsi="Garamond"/>
        </w:rPr>
      </w:pPr>
      <w:r w:rsidRPr="00771DC2">
        <w:rPr>
          <w:rFonts w:ascii="Garamond" w:hAnsi="Garamond"/>
        </w:rPr>
        <w:t>But growth never happens in the comfort zone.</w:t>
      </w:r>
    </w:p>
    <w:p w14:paraId="3A624198" w14:textId="77777777" w:rsidR="00F32FA7" w:rsidRPr="00771DC2" w:rsidRDefault="00000000" w:rsidP="00E82982">
      <w:pPr>
        <w:spacing w:line="336" w:lineRule="auto"/>
        <w:ind w:firstLine="284"/>
        <w:rPr>
          <w:rFonts w:ascii="Garamond" w:hAnsi="Garamond"/>
        </w:rPr>
      </w:pPr>
      <w:r w:rsidRPr="00771DC2">
        <w:rPr>
          <w:rFonts w:ascii="Garamond" w:hAnsi="Garamond"/>
        </w:rPr>
        <w:t>The caterpillar doesn't become a butterfly by staying comfortable. The diamond doesn't form without pressure. The muscle doesn't grow without resistance.</w:t>
      </w:r>
    </w:p>
    <w:p w14:paraId="667B416D" w14:textId="77777777" w:rsidR="00F32FA7" w:rsidRPr="00771DC2" w:rsidRDefault="00000000" w:rsidP="00E82982">
      <w:pPr>
        <w:spacing w:line="336" w:lineRule="auto"/>
        <w:ind w:firstLine="284"/>
        <w:rPr>
          <w:rFonts w:ascii="Garamond" w:hAnsi="Garamond"/>
        </w:rPr>
      </w:pPr>
      <w:r w:rsidRPr="00771DC2">
        <w:rPr>
          <w:rFonts w:ascii="Garamond" w:hAnsi="Garamond"/>
        </w:rPr>
        <w:t>And your character doesn't develop without discomfort.</w:t>
      </w:r>
    </w:p>
    <w:p w14:paraId="2189F14E"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Gap Between Reputation and Character</w:t>
      </w:r>
    </w:p>
    <w:p w14:paraId="43FAF6BB"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a critical distinction most people miss: </w:t>
      </w:r>
      <w:r w:rsidRPr="00771DC2">
        <w:rPr>
          <w:rFonts w:ascii="Garamond" w:hAnsi="Garamond"/>
          <w:b/>
        </w:rPr>
        <w:t>Reputation is what people think you are. Character is who you actually are when no one's watching.</w:t>
      </w:r>
    </w:p>
    <w:p w14:paraId="0DD84305" w14:textId="77777777" w:rsidR="00F32FA7" w:rsidRPr="00771DC2" w:rsidRDefault="00000000" w:rsidP="00E82982">
      <w:pPr>
        <w:spacing w:line="336" w:lineRule="auto"/>
        <w:ind w:firstLine="284"/>
        <w:rPr>
          <w:rFonts w:ascii="Garamond" w:hAnsi="Garamond"/>
        </w:rPr>
      </w:pPr>
      <w:r w:rsidRPr="00771DC2">
        <w:rPr>
          <w:rFonts w:ascii="Garamond" w:hAnsi="Garamond"/>
        </w:rPr>
        <w:t>We invest heavily in reputation—managing our image, curating our social media, crafting the perfect public persona. We want people to think we're good, holy, mature, successful.</w:t>
      </w:r>
    </w:p>
    <w:p w14:paraId="3C8FDD8D" w14:textId="77777777" w:rsidR="00F32FA7" w:rsidRPr="00771DC2" w:rsidRDefault="00000000" w:rsidP="00E82982">
      <w:pPr>
        <w:spacing w:line="336" w:lineRule="auto"/>
        <w:ind w:firstLine="284"/>
        <w:rPr>
          <w:rFonts w:ascii="Garamond" w:hAnsi="Garamond"/>
        </w:rPr>
      </w:pPr>
      <w:r w:rsidRPr="00771DC2">
        <w:rPr>
          <w:rFonts w:ascii="Garamond" w:hAnsi="Garamond"/>
        </w:rPr>
        <w:t>But God invests in character. He's not impressed by your public image. He's interested in your private reality.</w:t>
      </w:r>
    </w:p>
    <w:p w14:paraId="76332FAE" w14:textId="77777777" w:rsidR="00F32FA7" w:rsidRPr="00771DC2" w:rsidRDefault="00000000" w:rsidP="00E82982">
      <w:pPr>
        <w:spacing w:line="336" w:lineRule="auto"/>
        <w:ind w:firstLine="284"/>
        <w:rPr>
          <w:rFonts w:ascii="Garamond" w:hAnsi="Garamond"/>
        </w:rPr>
      </w:pPr>
      <w:r w:rsidRPr="00771DC2">
        <w:rPr>
          <w:rFonts w:ascii="Garamond" w:hAnsi="Garamond"/>
        </w:rPr>
        <w:t>Reputation is built in public. Character is built in private.</w:t>
      </w:r>
    </w:p>
    <w:p w14:paraId="24B90EAA" w14:textId="77777777" w:rsidR="00F32FA7" w:rsidRPr="00771DC2" w:rsidRDefault="00000000" w:rsidP="00E82982">
      <w:pPr>
        <w:spacing w:line="336" w:lineRule="auto"/>
        <w:ind w:firstLine="284"/>
        <w:rPr>
          <w:rFonts w:ascii="Garamond" w:hAnsi="Garamond"/>
        </w:rPr>
      </w:pPr>
      <w:r w:rsidRPr="00771DC2">
        <w:rPr>
          <w:rFonts w:ascii="Garamond" w:hAnsi="Garamond"/>
        </w:rPr>
        <w:t>Reputation can be faked. Character can't.</w:t>
      </w:r>
    </w:p>
    <w:p w14:paraId="6A744B53" w14:textId="77777777" w:rsidR="00F32FA7" w:rsidRPr="00771DC2" w:rsidRDefault="00000000" w:rsidP="00E82982">
      <w:pPr>
        <w:spacing w:line="336" w:lineRule="auto"/>
        <w:ind w:firstLine="284"/>
        <w:rPr>
          <w:rFonts w:ascii="Garamond" w:hAnsi="Garamond"/>
        </w:rPr>
      </w:pPr>
      <w:r w:rsidRPr="00771DC2">
        <w:rPr>
          <w:rFonts w:ascii="Garamond" w:hAnsi="Garamond"/>
        </w:rPr>
        <w:t>Reputation is what you show people. Character is what shows up when the pressure is on.</w:t>
      </w:r>
    </w:p>
    <w:p w14:paraId="0A7A9881"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And here's the kicker: </w:t>
      </w:r>
      <w:r w:rsidRPr="00771DC2">
        <w:rPr>
          <w:rFonts w:ascii="Garamond" w:hAnsi="Garamond"/>
          <w:b/>
        </w:rPr>
        <w:t>God doesn't give a damn about your reputation. He cares deeply about your character.</w:t>
      </w:r>
    </w:p>
    <w:p w14:paraId="1C394F2D"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Jesus' Character Development Program</w:t>
      </w:r>
    </w:p>
    <w:p w14:paraId="5D9F41AB" w14:textId="77777777" w:rsidR="00F32FA7" w:rsidRPr="00771DC2" w:rsidRDefault="00000000" w:rsidP="00E82982">
      <w:pPr>
        <w:spacing w:line="336" w:lineRule="auto"/>
        <w:ind w:firstLine="284"/>
        <w:rPr>
          <w:rFonts w:ascii="Garamond" w:hAnsi="Garamond"/>
        </w:rPr>
      </w:pPr>
      <w:r w:rsidRPr="00771DC2">
        <w:rPr>
          <w:rFonts w:ascii="Garamond" w:hAnsi="Garamond"/>
        </w:rPr>
        <w:t>Jesus didn't avoid discomfort. He walked straight into it.</w:t>
      </w:r>
    </w:p>
    <w:p w14:paraId="41A73289"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He was tempted in the wilderness for forty days. He fasted. He prayed through the night. He served people who would betray Him. He loved people who would crucify Him.</w:t>
      </w:r>
    </w:p>
    <w:p w14:paraId="464A7D72" w14:textId="77777777" w:rsidR="00F32FA7" w:rsidRPr="00771DC2" w:rsidRDefault="00000000" w:rsidP="00E82982">
      <w:pPr>
        <w:spacing w:line="336" w:lineRule="auto"/>
        <w:ind w:firstLine="284"/>
        <w:rPr>
          <w:rFonts w:ascii="Garamond" w:hAnsi="Garamond"/>
        </w:rPr>
      </w:pPr>
      <w:r w:rsidRPr="00771DC2">
        <w:rPr>
          <w:rFonts w:ascii="Garamond" w:hAnsi="Garamond"/>
        </w:rPr>
        <w:t>He chose character over comfort at every turn.</w:t>
      </w:r>
    </w:p>
    <w:p w14:paraId="32BB69CA" w14:textId="77777777" w:rsidR="00F32FA7" w:rsidRPr="00771DC2" w:rsidRDefault="00000000" w:rsidP="00E82982">
      <w:pPr>
        <w:spacing w:line="336" w:lineRule="auto"/>
        <w:ind w:firstLine="284"/>
        <w:rPr>
          <w:rFonts w:ascii="Garamond" w:hAnsi="Garamond"/>
        </w:rPr>
      </w:pPr>
      <w:r w:rsidRPr="00771DC2">
        <w:rPr>
          <w:rFonts w:ascii="Garamond" w:hAnsi="Garamond"/>
        </w:rPr>
        <w:t>Look at the Garden of Gethsemane. Jesus is facing the cross—the weight of every sin, the wrath of the Father, the agony of separation from everything He's ever known. His emotions are screaming. He's sweating blood.</w:t>
      </w:r>
    </w:p>
    <w:p w14:paraId="5AD62906" w14:textId="77777777" w:rsidR="00F32FA7" w:rsidRPr="00771DC2" w:rsidRDefault="00000000" w:rsidP="00E82982">
      <w:pPr>
        <w:spacing w:line="336" w:lineRule="auto"/>
        <w:ind w:firstLine="284"/>
        <w:rPr>
          <w:rFonts w:ascii="Garamond" w:hAnsi="Garamond"/>
        </w:rPr>
      </w:pPr>
      <w:r w:rsidRPr="00771DC2">
        <w:rPr>
          <w:rFonts w:ascii="Garamond" w:hAnsi="Garamond"/>
        </w:rPr>
        <w:t>And He prays, "Father, if you are willing, take this cup from me; yet not my will, but yours be done" (Luke 22:42).</w:t>
      </w:r>
    </w:p>
    <w:p w14:paraId="64F09F52" w14:textId="77777777" w:rsidR="00F32FA7" w:rsidRPr="00771DC2" w:rsidRDefault="00000000" w:rsidP="00E82982">
      <w:pPr>
        <w:spacing w:line="336" w:lineRule="auto"/>
        <w:ind w:firstLine="284"/>
        <w:rPr>
          <w:rFonts w:ascii="Garamond" w:hAnsi="Garamond"/>
        </w:rPr>
      </w:pPr>
      <w:r w:rsidRPr="00771DC2">
        <w:rPr>
          <w:rFonts w:ascii="Garamond" w:hAnsi="Garamond"/>
          <w:b/>
        </w:rPr>
        <w:t>Jesus felt the full weight of human discomfort. And then He chose obedience over emotion.</w:t>
      </w:r>
    </w:p>
    <w:p w14:paraId="7E1D0C50" w14:textId="77777777" w:rsidR="00F32FA7" w:rsidRPr="00771DC2" w:rsidRDefault="00000000" w:rsidP="00E82982">
      <w:pPr>
        <w:spacing w:line="336" w:lineRule="auto"/>
        <w:ind w:firstLine="284"/>
        <w:rPr>
          <w:rFonts w:ascii="Garamond" w:hAnsi="Garamond"/>
        </w:rPr>
      </w:pPr>
      <w:r w:rsidRPr="00771DC2">
        <w:rPr>
          <w:rFonts w:ascii="Garamond" w:hAnsi="Garamond"/>
        </w:rPr>
        <w:t>This is character: the ability to choose what's right over what's comfortable.</w:t>
      </w:r>
    </w:p>
    <w:p w14:paraId="3B6E5F1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Why God Cares More About Your Character</w:t>
      </w:r>
    </w:p>
    <w:p w14:paraId="14438D5E"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why </w:t>
      </w:r>
      <w:proofErr w:type="gramStart"/>
      <w:r w:rsidRPr="00771DC2">
        <w:rPr>
          <w:rFonts w:ascii="Garamond" w:hAnsi="Garamond"/>
        </w:rPr>
        <w:t>this matters</w:t>
      </w:r>
      <w:proofErr w:type="gramEnd"/>
      <w:r w:rsidRPr="00771DC2">
        <w:rPr>
          <w:rFonts w:ascii="Garamond" w:hAnsi="Garamond"/>
        </w:rPr>
        <w:t xml:space="preserve">: </w:t>
      </w:r>
      <w:r w:rsidRPr="00771DC2">
        <w:rPr>
          <w:rFonts w:ascii="Garamond" w:hAnsi="Garamond"/>
          <w:b/>
        </w:rPr>
        <w:t>You can't take your achievements to heaven. You can't take your possessions. But you take your character.</w:t>
      </w:r>
    </w:p>
    <w:p w14:paraId="7E92FA9A"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Everything else is temporary. Your success, your status, your stuff—it all stays here when you die.</w:t>
      </w:r>
    </w:p>
    <w:p w14:paraId="67A4F3A2" w14:textId="77777777" w:rsidR="00F32FA7" w:rsidRPr="00771DC2" w:rsidRDefault="00000000" w:rsidP="00E82982">
      <w:pPr>
        <w:spacing w:line="336" w:lineRule="auto"/>
        <w:ind w:firstLine="284"/>
        <w:rPr>
          <w:rFonts w:ascii="Garamond" w:hAnsi="Garamond"/>
        </w:rPr>
      </w:pPr>
      <w:r w:rsidRPr="00771DC2">
        <w:rPr>
          <w:rFonts w:ascii="Garamond" w:hAnsi="Garamond"/>
        </w:rPr>
        <w:t>But who you are—your integrity, your faithfulness, your love—that's what goes with you into eternity.</w:t>
      </w:r>
    </w:p>
    <w:p w14:paraId="3E237A46" w14:textId="77777777" w:rsidR="00F32FA7" w:rsidRPr="00771DC2" w:rsidRDefault="00000000" w:rsidP="00E82982">
      <w:pPr>
        <w:spacing w:line="336" w:lineRule="auto"/>
        <w:ind w:firstLine="284"/>
        <w:rPr>
          <w:rFonts w:ascii="Garamond" w:hAnsi="Garamond"/>
        </w:rPr>
      </w:pPr>
      <w:r w:rsidRPr="00771DC2">
        <w:rPr>
          <w:rFonts w:ascii="Garamond" w:hAnsi="Garamond"/>
        </w:rPr>
        <w:t>This is why James says, "Consider it pure joy, my brothers and sisters, whenever you face trials of many kinds, because you know that the testing of your faith produces perseverance. Let perseverance finish its work so that you may be mature and complete, not lacking anything" (James 1:2-4).</w:t>
      </w:r>
    </w:p>
    <w:p w14:paraId="7216A2E6" w14:textId="77777777" w:rsidR="00F32FA7" w:rsidRPr="00771DC2" w:rsidRDefault="00000000" w:rsidP="00E82982">
      <w:pPr>
        <w:spacing w:line="336" w:lineRule="auto"/>
        <w:ind w:firstLine="284"/>
        <w:rPr>
          <w:rFonts w:ascii="Garamond" w:hAnsi="Garamond"/>
        </w:rPr>
      </w:pPr>
      <w:r w:rsidRPr="00771DC2">
        <w:rPr>
          <w:rFonts w:ascii="Garamond" w:hAnsi="Garamond"/>
        </w:rPr>
        <w:t>Trials aren't meant to destroy you. They're meant to develop you.</w:t>
      </w:r>
    </w:p>
    <w:p w14:paraId="697438BB" w14:textId="77777777" w:rsidR="00F32FA7" w:rsidRPr="00771DC2" w:rsidRDefault="00000000" w:rsidP="00E82982">
      <w:pPr>
        <w:spacing w:line="336" w:lineRule="auto"/>
        <w:ind w:firstLine="284"/>
        <w:rPr>
          <w:rFonts w:ascii="Garamond" w:hAnsi="Garamond"/>
        </w:rPr>
      </w:pPr>
      <w:r w:rsidRPr="00771DC2">
        <w:rPr>
          <w:rFonts w:ascii="Garamond" w:hAnsi="Garamond"/>
        </w:rPr>
        <w:t>The testing of your faith produces perseverance. Perseverance produces character. Character produces hope.</w:t>
      </w:r>
    </w:p>
    <w:p w14:paraId="2AB13C6B" w14:textId="77777777" w:rsidR="00F32FA7" w:rsidRPr="00771DC2" w:rsidRDefault="00000000" w:rsidP="00E82982">
      <w:pPr>
        <w:spacing w:line="336" w:lineRule="auto"/>
        <w:ind w:firstLine="284"/>
        <w:rPr>
          <w:rFonts w:ascii="Garamond" w:hAnsi="Garamond"/>
        </w:rPr>
      </w:pPr>
      <w:r w:rsidRPr="00771DC2">
        <w:rPr>
          <w:rFonts w:ascii="Garamond" w:hAnsi="Garamond"/>
        </w:rPr>
        <w:t>You can't develop patience without waiting. You can't develop faith without uncertainty. You can't develop courage without fear. You can't develop character without discomfort.</w:t>
      </w:r>
    </w:p>
    <w:p w14:paraId="6C67B095"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Daniel Model: Same in Public and Private</w:t>
      </w:r>
    </w:p>
    <w:p w14:paraId="60EE2A8E"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Daniel is one of the most underrated heroes in the Bible. He lived in Babylon, a pagan empire, as a captive. He rose to </w:t>
      </w:r>
      <w:r w:rsidRPr="00771DC2">
        <w:rPr>
          <w:rFonts w:ascii="Garamond" w:hAnsi="Garamond"/>
        </w:rPr>
        <w:lastRenderedPageBreak/>
        <w:t>a position of power and influence. And he never compromised his integrity.</w:t>
      </w:r>
    </w:p>
    <w:p w14:paraId="2BE36F1E" w14:textId="77777777" w:rsidR="00F32FA7" w:rsidRPr="00771DC2" w:rsidRDefault="00000000" w:rsidP="00E82982">
      <w:pPr>
        <w:spacing w:line="336" w:lineRule="auto"/>
        <w:ind w:firstLine="284"/>
        <w:rPr>
          <w:rFonts w:ascii="Garamond" w:hAnsi="Garamond"/>
        </w:rPr>
      </w:pPr>
      <w:r w:rsidRPr="00771DC2">
        <w:rPr>
          <w:rFonts w:ascii="Garamond" w:hAnsi="Garamond"/>
        </w:rPr>
        <w:t>The most famous story about Daniel is when he prayed with his windows open, even though it was illegal and would get him thrown into a lion's den.</w:t>
      </w:r>
    </w:p>
    <w:p w14:paraId="4F2A8A18"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But here's what's often missed: </w:t>
      </w:r>
      <w:r w:rsidRPr="00771DC2">
        <w:rPr>
          <w:rFonts w:ascii="Garamond" w:hAnsi="Garamond"/>
          <w:b/>
        </w:rPr>
        <w:t>Daniel didn't start praying when it became illegal. He was already praying three times a day with his windows open.</w:t>
      </w:r>
      <w:r w:rsidRPr="00771DC2">
        <w:rPr>
          <w:rFonts w:ascii="Garamond" w:hAnsi="Garamond"/>
        </w:rPr>
        <w:t xml:space="preserve"> That was his normal routine.</w:t>
      </w:r>
    </w:p>
    <w:p w14:paraId="2E009D67" w14:textId="77777777" w:rsidR="00F32FA7" w:rsidRPr="00771DC2" w:rsidRDefault="00000000" w:rsidP="00E82982">
      <w:pPr>
        <w:spacing w:line="336" w:lineRule="auto"/>
        <w:ind w:firstLine="284"/>
        <w:rPr>
          <w:rFonts w:ascii="Garamond" w:hAnsi="Garamond"/>
        </w:rPr>
      </w:pPr>
      <w:r w:rsidRPr="00771DC2">
        <w:rPr>
          <w:rFonts w:ascii="Garamond" w:hAnsi="Garamond"/>
        </w:rPr>
        <w:t>When the law changed, Daniel didn't change. His private devotion became public testimony because there was no gap between his private life and his public life.</w:t>
      </w:r>
    </w:p>
    <w:p w14:paraId="68A3345C" w14:textId="77777777" w:rsidR="00F32FA7" w:rsidRPr="00771DC2" w:rsidRDefault="00000000" w:rsidP="00E82982">
      <w:pPr>
        <w:spacing w:line="336" w:lineRule="auto"/>
        <w:ind w:firstLine="284"/>
        <w:rPr>
          <w:rFonts w:ascii="Garamond" w:hAnsi="Garamond"/>
        </w:rPr>
      </w:pPr>
      <w:r w:rsidRPr="00771DC2">
        <w:rPr>
          <w:rFonts w:ascii="Garamond" w:hAnsi="Garamond"/>
        </w:rPr>
        <w:t>This is integrity: an integrated life, not a compartmentalized one.</w:t>
      </w:r>
    </w:p>
    <w:p w14:paraId="581C9340" w14:textId="77777777" w:rsidR="00F32FA7" w:rsidRPr="00771DC2" w:rsidRDefault="00000000" w:rsidP="00E82982">
      <w:pPr>
        <w:spacing w:line="336" w:lineRule="auto"/>
        <w:ind w:firstLine="284"/>
        <w:rPr>
          <w:rFonts w:ascii="Garamond" w:hAnsi="Garamond"/>
        </w:rPr>
      </w:pPr>
      <w:r w:rsidRPr="00771DC2">
        <w:rPr>
          <w:rFonts w:ascii="Garamond" w:hAnsi="Garamond"/>
        </w:rPr>
        <w:t>Most of us live compartmentalized lives. We have our church self, our work self, our home self, our social media self. We adjust our behavior based on who's watching.</w:t>
      </w:r>
    </w:p>
    <w:p w14:paraId="5B49D251" w14:textId="77777777" w:rsidR="00F32FA7" w:rsidRPr="00771DC2" w:rsidRDefault="00000000" w:rsidP="00E82982">
      <w:pPr>
        <w:spacing w:line="336" w:lineRule="auto"/>
        <w:ind w:firstLine="284"/>
        <w:rPr>
          <w:rFonts w:ascii="Garamond" w:hAnsi="Garamond"/>
        </w:rPr>
      </w:pPr>
      <w:r w:rsidRPr="00771DC2">
        <w:rPr>
          <w:rFonts w:ascii="Garamond" w:hAnsi="Garamond"/>
        </w:rPr>
        <w:t>But integrity means there's no gap. You're the same person in every context because your character isn't dependent on your audience.</w:t>
      </w:r>
    </w:p>
    <w:p w14:paraId="3A1665F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How Discomfort Forges Character</w:t>
      </w:r>
    </w:p>
    <w:p w14:paraId="0853585B" w14:textId="77777777" w:rsidR="00F32FA7" w:rsidRPr="00771DC2" w:rsidRDefault="00000000" w:rsidP="00E82982">
      <w:pPr>
        <w:spacing w:line="336" w:lineRule="auto"/>
        <w:ind w:firstLine="284"/>
        <w:rPr>
          <w:rFonts w:ascii="Garamond" w:hAnsi="Garamond"/>
        </w:rPr>
      </w:pPr>
      <w:r w:rsidRPr="00771DC2">
        <w:rPr>
          <w:rFonts w:ascii="Garamond" w:hAnsi="Garamond"/>
        </w:rPr>
        <w:t>Here's what Romans 5:3-4 says: "We also glory in our sufferings, because we know that suffering produces perseverance; perseverance, character; and character, hope."</w:t>
      </w:r>
    </w:p>
    <w:p w14:paraId="00714C71"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Notice the progression: </w:t>
      </w:r>
      <w:r w:rsidRPr="00771DC2">
        <w:rPr>
          <w:rFonts w:ascii="Garamond" w:hAnsi="Garamond"/>
          <w:b/>
        </w:rPr>
        <w:t>Suffering → Perseverance → Character → Hope.</w:t>
      </w:r>
    </w:p>
    <w:p w14:paraId="158E3311" w14:textId="77777777" w:rsidR="00F32FA7" w:rsidRPr="00771DC2" w:rsidRDefault="00000000" w:rsidP="00E82982">
      <w:pPr>
        <w:spacing w:line="336" w:lineRule="auto"/>
        <w:ind w:firstLine="284"/>
        <w:rPr>
          <w:rFonts w:ascii="Garamond" w:hAnsi="Garamond"/>
        </w:rPr>
      </w:pPr>
      <w:r w:rsidRPr="00771DC2">
        <w:rPr>
          <w:rFonts w:ascii="Garamond" w:hAnsi="Garamond"/>
        </w:rPr>
        <w:t>You don't jump straight from suffering to character. There's a process. And the process is uncomfortable.</w:t>
      </w:r>
    </w:p>
    <w:p w14:paraId="0B49C682" w14:textId="77777777" w:rsidR="00F32FA7" w:rsidRPr="00771DC2" w:rsidRDefault="00000000" w:rsidP="00E82982">
      <w:pPr>
        <w:spacing w:line="336" w:lineRule="auto"/>
        <w:ind w:firstLine="284"/>
        <w:rPr>
          <w:rFonts w:ascii="Garamond" w:hAnsi="Garamond"/>
        </w:rPr>
      </w:pPr>
      <w:r w:rsidRPr="00771DC2">
        <w:rPr>
          <w:rFonts w:ascii="Garamond" w:hAnsi="Garamond"/>
        </w:rPr>
        <w:t>Suffering produces perseverance. The ability to keep going when everything in you wants to quit. The strength to endure when circumstances are crushing. The determination to trust God when you can't see the outcome.</w:t>
      </w:r>
    </w:p>
    <w:p w14:paraId="2851121A" w14:textId="77777777" w:rsidR="00F32FA7" w:rsidRPr="00771DC2" w:rsidRDefault="00000000" w:rsidP="00E82982">
      <w:pPr>
        <w:spacing w:line="336" w:lineRule="auto"/>
        <w:ind w:firstLine="284"/>
        <w:rPr>
          <w:rFonts w:ascii="Garamond" w:hAnsi="Garamond"/>
        </w:rPr>
      </w:pPr>
      <w:r w:rsidRPr="00771DC2">
        <w:rPr>
          <w:rFonts w:ascii="Garamond" w:hAnsi="Garamond"/>
        </w:rPr>
        <w:t>Perseverance produces character. The kind of person who doesn't fold under pressure. The kind of person who can be trusted in the dark. The kind of person whose yes means yes and whose no means no.</w:t>
      </w:r>
    </w:p>
    <w:p w14:paraId="4930395D" w14:textId="77777777" w:rsidR="00F32FA7" w:rsidRPr="00771DC2" w:rsidRDefault="00000000" w:rsidP="00E82982">
      <w:pPr>
        <w:spacing w:line="336" w:lineRule="auto"/>
        <w:ind w:firstLine="284"/>
        <w:rPr>
          <w:rFonts w:ascii="Garamond" w:hAnsi="Garamond"/>
        </w:rPr>
      </w:pPr>
      <w:r w:rsidRPr="00771DC2">
        <w:rPr>
          <w:rFonts w:ascii="Garamond" w:hAnsi="Garamond"/>
        </w:rPr>
        <w:t>Character produces hope. Not the shallow optimism of "everything will be fine," but the deep confidence that God is good even when life isn't.</w:t>
      </w:r>
    </w:p>
    <w:p w14:paraId="5A1572AC"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This is why you can't shortcut the process. You can't microwave character. It's forged slowly, painfully, in the furnace of discomfort.</w:t>
      </w:r>
    </w:p>
    <w:p w14:paraId="03DD1664"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Freedom of Not Hiding</w:t>
      </w:r>
    </w:p>
    <w:p w14:paraId="53B0AF00"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one of the most liberating truths I've ever discovered: </w:t>
      </w:r>
      <w:r w:rsidRPr="00771DC2">
        <w:rPr>
          <w:rFonts w:ascii="Garamond" w:hAnsi="Garamond"/>
          <w:b/>
        </w:rPr>
        <w:t>When your private life matches your public life, you're free.</w:t>
      </w:r>
    </w:p>
    <w:p w14:paraId="3C368770" w14:textId="77777777" w:rsidR="00F32FA7" w:rsidRPr="00771DC2" w:rsidRDefault="00000000" w:rsidP="00E82982">
      <w:pPr>
        <w:spacing w:line="336" w:lineRule="auto"/>
        <w:ind w:firstLine="284"/>
        <w:rPr>
          <w:rFonts w:ascii="Garamond" w:hAnsi="Garamond"/>
        </w:rPr>
      </w:pPr>
      <w:r w:rsidRPr="00771DC2">
        <w:rPr>
          <w:rFonts w:ascii="Garamond" w:hAnsi="Garamond"/>
        </w:rPr>
        <w:t>Free from the fear of being "found out." Free from the exhaustion of maintaining a facade. Free from the anxiety about someone discovering the "real" you.</w:t>
      </w:r>
    </w:p>
    <w:p w14:paraId="12F6B7DF" w14:textId="77777777" w:rsidR="00F32FA7" w:rsidRPr="00771DC2" w:rsidRDefault="00000000" w:rsidP="00E82982">
      <w:pPr>
        <w:spacing w:line="336" w:lineRule="auto"/>
        <w:ind w:firstLine="284"/>
        <w:rPr>
          <w:rFonts w:ascii="Garamond" w:hAnsi="Garamond"/>
        </w:rPr>
      </w:pPr>
      <w:r w:rsidRPr="00771DC2">
        <w:rPr>
          <w:rFonts w:ascii="Garamond" w:hAnsi="Garamond"/>
        </w:rPr>
        <w:t>When there's no gap between who you are and who you appear to be, you have nothing to hide and nothing to prove.</w:t>
      </w:r>
    </w:p>
    <w:p w14:paraId="1DF893DF" w14:textId="77777777" w:rsidR="00F32FA7" w:rsidRPr="00771DC2" w:rsidRDefault="00000000" w:rsidP="00E82982">
      <w:pPr>
        <w:spacing w:line="336" w:lineRule="auto"/>
        <w:ind w:firstLine="284"/>
        <w:rPr>
          <w:rFonts w:ascii="Garamond" w:hAnsi="Garamond"/>
        </w:rPr>
      </w:pPr>
      <w:r w:rsidRPr="00771DC2">
        <w:rPr>
          <w:rFonts w:ascii="Garamond" w:hAnsi="Garamond"/>
        </w:rPr>
        <w:t>This is the freedom Jesus offers. Not the freedom to sin and get away with it, but the freedom to be fully known and fully loved.</w:t>
      </w:r>
    </w:p>
    <w:p w14:paraId="644D8BC8" w14:textId="77777777" w:rsidR="00F32FA7" w:rsidRPr="00771DC2" w:rsidRDefault="00000000" w:rsidP="00E82982">
      <w:pPr>
        <w:spacing w:line="336" w:lineRule="auto"/>
        <w:ind w:firstLine="284"/>
        <w:rPr>
          <w:rFonts w:ascii="Garamond" w:hAnsi="Garamond"/>
        </w:rPr>
      </w:pPr>
      <w:r w:rsidRPr="00771DC2">
        <w:rPr>
          <w:rFonts w:ascii="Garamond" w:hAnsi="Garamond"/>
        </w:rPr>
        <w:t>You don't have to perform. You don't have to pretend. You don't have to manage your image.</w:t>
      </w:r>
    </w:p>
    <w:p w14:paraId="0DF85339" w14:textId="77777777" w:rsidR="00F32FA7" w:rsidRPr="00771DC2" w:rsidRDefault="00000000" w:rsidP="00E82982">
      <w:pPr>
        <w:spacing w:line="336" w:lineRule="auto"/>
        <w:ind w:firstLine="284"/>
        <w:rPr>
          <w:rFonts w:ascii="Garamond" w:hAnsi="Garamond"/>
        </w:rPr>
      </w:pPr>
      <w:r w:rsidRPr="00771DC2">
        <w:rPr>
          <w:rFonts w:ascii="Garamond" w:hAnsi="Garamond"/>
        </w:rPr>
        <w:t>You can be real, because your identity is secure in Christ, not in people's opinions of you.</w:t>
      </w:r>
    </w:p>
    <w:p w14:paraId="0A9D63D6"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Biblical Examples of Character Over Comfort</w:t>
      </w:r>
    </w:p>
    <w:p w14:paraId="530BD013" w14:textId="77777777" w:rsidR="00F32FA7" w:rsidRPr="00771DC2" w:rsidRDefault="00000000" w:rsidP="00E82982">
      <w:pPr>
        <w:spacing w:line="336" w:lineRule="auto"/>
        <w:ind w:firstLine="284"/>
        <w:rPr>
          <w:rFonts w:ascii="Garamond" w:hAnsi="Garamond"/>
        </w:rPr>
      </w:pPr>
      <w:r w:rsidRPr="00771DC2">
        <w:rPr>
          <w:rFonts w:ascii="Garamond" w:hAnsi="Garamond"/>
          <w:b/>
        </w:rPr>
        <w:t>Joseph</w:t>
      </w:r>
      <w:r w:rsidRPr="00771DC2">
        <w:rPr>
          <w:rFonts w:ascii="Garamond" w:hAnsi="Garamond"/>
        </w:rPr>
        <w:t xml:space="preserve"> had every opportunity to compromise his integrity. Potiphar's wife wanted him. He was far from home, far from anyone who knew him. He could have given in without consequences.</w:t>
      </w:r>
    </w:p>
    <w:p w14:paraId="073A3FBF" w14:textId="77777777" w:rsidR="00F32FA7" w:rsidRPr="00771DC2" w:rsidRDefault="00000000" w:rsidP="00E82982">
      <w:pPr>
        <w:spacing w:line="336" w:lineRule="auto"/>
        <w:ind w:firstLine="284"/>
        <w:rPr>
          <w:rFonts w:ascii="Garamond" w:hAnsi="Garamond"/>
        </w:rPr>
      </w:pPr>
      <w:r w:rsidRPr="00771DC2">
        <w:rPr>
          <w:rFonts w:ascii="Garamond" w:hAnsi="Garamond"/>
        </w:rPr>
        <w:t>But he said, "How then could I do such a wicked thing and sin against God?" (Genesis 39:9).</w:t>
      </w:r>
    </w:p>
    <w:p w14:paraId="60AC49DE" w14:textId="77777777" w:rsidR="00F32FA7" w:rsidRPr="00771DC2" w:rsidRDefault="00000000" w:rsidP="00E82982">
      <w:pPr>
        <w:spacing w:line="336" w:lineRule="auto"/>
        <w:ind w:firstLine="284"/>
        <w:rPr>
          <w:rFonts w:ascii="Garamond" w:hAnsi="Garamond"/>
        </w:rPr>
      </w:pPr>
      <w:r w:rsidRPr="00771DC2">
        <w:rPr>
          <w:rFonts w:ascii="Garamond" w:hAnsi="Garamond"/>
        </w:rPr>
        <w:t>Joseph chose character over comfort. And it cost him—he went to prison for years because of false accusations.</w:t>
      </w:r>
    </w:p>
    <w:p w14:paraId="4C9AAE6D" w14:textId="77777777" w:rsidR="00F32FA7" w:rsidRPr="00771DC2" w:rsidRDefault="00000000" w:rsidP="00E82982">
      <w:pPr>
        <w:spacing w:line="336" w:lineRule="auto"/>
        <w:ind w:firstLine="284"/>
        <w:rPr>
          <w:rFonts w:ascii="Garamond" w:hAnsi="Garamond"/>
        </w:rPr>
      </w:pPr>
      <w:r w:rsidRPr="00771DC2">
        <w:rPr>
          <w:rFonts w:ascii="Garamond" w:hAnsi="Garamond"/>
        </w:rPr>
        <w:t>But God was with him in prison. And eventually, Joseph's character led to his promotion. He became second in command of Egypt, not because of his talent, but because of his character.</w:t>
      </w:r>
    </w:p>
    <w:p w14:paraId="65227133" w14:textId="77777777" w:rsidR="00F32FA7" w:rsidRPr="00771DC2" w:rsidRDefault="00000000" w:rsidP="00E82982">
      <w:pPr>
        <w:spacing w:line="336" w:lineRule="auto"/>
        <w:ind w:firstLine="284"/>
        <w:rPr>
          <w:rFonts w:ascii="Garamond" w:hAnsi="Garamond"/>
        </w:rPr>
      </w:pPr>
      <w:r w:rsidRPr="00771DC2">
        <w:rPr>
          <w:rFonts w:ascii="Garamond" w:hAnsi="Garamond"/>
          <w:b/>
        </w:rPr>
        <w:t>David</w:t>
      </w:r>
      <w:r w:rsidRPr="00771DC2">
        <w:rPr>
          <w:rFonts w:ascii="Garamond" w:hAnsi="Garamond"/>
        </w:rPr>
        <w:t xml:space="preserve"> was called "a man after God's own heart" (1 Samuel 13:14). But David also committed adultery and murder. He failed spectacularly.</w:t>
      </w:r>
    </w:p>
    <w:p w14:paraId="755D970D" w14:textId="77777777" w:rsidR="00F32FA7" w:rsidRPr="00771DC2" w:rsidRDefault="00000000" w:rsidP="00E82982">
      <w:pPr>
        <w:spacing w:line="336" w:lineRule="auto"/>
        <w:ind w:firstLine="284"/>
        <w:rPr>
          <w:rFonts w:ascii="Garamond" w:hAnsi="Garamond"/>
        </w:rPr>
      </w:pPr>
      <w:r w:rsidRPr="00771DC2">
        <w:rPr>
          <w:rFonts w:ascii="Garamond" w:hAnsi="Garamond"/>
        </w:rPr>
        <w:t>What made David a man after God's own heart wasn't that he never sinned. It was that when he sinned, he repented deeply. He took responsibility. He didn't make excuses.</w:t>
      </w:r>
    </w:p>
    <w:p w14:paraId="2278D2A6"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Character isn't about perfection. It's about what you do when you fail.</w:t>
      </w:r>
    </w:p>
    <w:p w14:paraId="1035E6C6" w14:textId="77777777" w:rsidR="00F32FA7" w:rsidRPr="00771DC2" w:rsidRDefault="00000000" w:rsidP="00E82982">
      <w:pPr>
        <w:spacing w:line="336" w:lineRule="auto"/>
        <w:ind w:firstLine="284"/>
        <w:rPr>
          <w:rFonts w:ascii="Garamond" w:hAnsi="Garamond"/>
        </w:rPr>
      </w:pPr>
      <w:r w:rsidRPr="00771DC2">
        <w:rPr>
          <w:rFonts w:ascii="Garamond" w:hAnsi="Garamond"/>
          <w:b/>
        </w:rPr>
        <w:t>Contrast this with Ananias and Sapphira</w:t>
      </w:r>
      <w:r w:rsidRPr="00771DC2">
        <w:rPr>
          <w:rFonts w:ascii="Garamond" w:hAnsi="Garamond"/>
        </w:rPr>
        <w:t xml:space="preserve"> in Acts 5. They sold property and gave money to the church. But they lied about the amount, keeping some for themselves while claiming they gave it all.</w:t>
      </w:r>
    </w:p>
    <w:p w14:paraId="7EE303CE" w14:textId="77777777" w:rsidR="00F32FA7" w:rsidRPr="00771DC2" w:rsidRDefault="00000000" w:rsidP="00E82982">
      <w:pPr>
        <w:spacing w:line="336" w:lineRule="auto"/>
        <w:ind w:firstLine="284"/>
        <w:rPr>
          <w:rFonts w:ascii="Garamond" w:hAnsi="Garamond"/>
        </w:rPr>
      </w:pPr>
      <w:r w:rsidRPr="00771DC2">
        <w:rPr>
          <w:rFonts w:ascii="Garamond" w:hAnsi="Garamond"/>
        </w:rPr>
        <w:t>Peter confronted them: "You have not lied just to human beings but to God" (Acts 5:4).</w:t>
      </w:r>
    </w:p>
    <w:p w14:paraId="6615F9C8" w14:textId="77777777" w:rsidR="00F32FA7" w:rsidRPr="00771DC2" w:rsidRDefault="00000000" w:rsidP="00E82982">
      <w:pPr>
        <w:spacing w:line="336" w:lineRule="auto"/>
        <w:ind w:firstLine="284"/>
        <w:rPr>
          <w:rFonts w:ascii="Garamond" w:hAnsi="Garamond"/>
        </w:rPr>
      </w:pPr>
      <w:r w:rsidRPr="00771DC2">
        <w:rPr>
          <w:rFonts w:ascii="Garamond" w:hAnsi="Garamond"/>
        </w:rPr>
        <w:t>Ananias and Sapphira cared more about their reputation than their character. They wanted to look generous without actually being generous. They wanted the applause without the sacrifice.</w:t>
      </w:r>
    </w:p>
    <w:p w14:paraId="741C68E9" w14:textId="77777777" w:rsidR="00F32FA7" w:rsidRPr="00771DC2" w:rsidRDefault="00000000" w:rsidP="00E82982">
      <w:pPr>
        <w:spacing w:line="336" w:lineRule="auto"/>
        <w:ind w:firstLine="284"/>
        <w:rPr>
          <w:rFonts w:ascii="Garamond" w:hAnsi="Garamond"/>
        </w:rPr>
      </w:pPr>
      <w:r w:rsidRPr="00771DC2">
        <w:rPr>
          <w:rFonts w:ascii="Garamond" w:hAnsi="Garamond"/>
        </w:rPr>
        <w:t>And it killed them—literally.</w:t>
      </w:r>
    </w:p>
    <w:p w14:paraId="00F1AB22" w14:textId="77777777" w:rsidR="00F32FA7" w:rsidRPr="00771DC2" w:rsidRDefault="00000000" w:rsidP="00E82982">
      <w:pPr>
        <w:spacing w:line="336" w:lineRule="auto"/>
        <w:ind w:firstLine="284"/>
        <w:rPr>
          <w:rFonts w:ascii="Garamond" w:hAnsi="Garamond"/>
        </w:rPr>
      </w:pPr>
      <w:r w:rsidRPr="00771DC2">
        <w:rPr>
          <w:rFonts w:ascii="Garamond" w:hAnsi="Garamond"/>
        </w:rPr>
        <w:t>When you prioritize reputation over character, when you care more about appearances than reality, you're on dangerous ground.</w:t>
      </w:r>
    </w:p>
    <w:p w14:paraId="523EEDD3"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Challenge</w:t>
      </w:r>
    </w:p>
    <w:p w14:paraId="53369384" w14:textId="77777777" w:rsidR="00F32FA7" w:rsidRPr="00771DC2" w:rsidRDefault="00000000" w:rsidP="00E82982">
      <w:pPr>
        <w:spacing w:line="336" w:lineRule="auto"/>
        <w:ind w:firstLine="284"/>
        <w:rPr>
          <w:rFonts w:ascii="Garamond" w:hAnsi="Garamond"/>
        </w:rPr>
      </w:pPr>
      <w:r w:rsidRPr="00771DC2">
        <w:rPr>
          <w:rFonts w:ascii="Garamond" w:hAnsi="Garamond"/>
        </w:rPr>
        <w:t>Identify one area where your private life doesn't match your public image.</w:t>
      </w:r>
    </w:p>
    <w:p w14:paraId="6FC6086A"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Maybe you present yourself as patient, but you rage at your kids behind closed doors. Maybe you appear generous, but you're stingy with people who can't do anything for you. Maybe you seem spiritual, but your prayer life is nonexistent.</w:t>
      </w:r>
    </w:p>
    <w:p w14:paraId="1B3DC611" w14:textId="77777777" w:rsidR="00F32FA7" w:rsidRPr="00771DC2" w:rsidRDefault="00000000" w:rsidP="00E82982">
      <w:pPr>
        <w:spacing w:line="336" w:lineRule="auto"/>
        <w:ind w:firstLine="284"/>
        <w:rPr>
          <w:rFonts w:ascii="Garamond" w:hAnsi="Garamond"/>
        </w:rPr>
      </w:pPr>
      <w:r w:rsidRPr="00771DC2">
        <w:rPr>
          <w:rFonts w:ascii="Garamond" w:hAnsi="Garamond"/>
        </w:rPr>
        <w:t>What would it look like to close that gap?</w:t>
      </w:r>
    </w:p>
    <w:p w14:paraId="2BE441E2" w14:textId="77777777" w:rsidR="00F32FA7" w:rsidRPr="00771DC2" w:rsidRDefault="00000000" w:rsidP="00E82982">
      <w:pPr>
        <w:spacing w:line="336" w:lineRule="auto"/>
        <w:ind w:firstLine="284"/>
        <w:rPr>
          <w:rFonts w:ascii="Garamond" w:hAnsi="Garamond"/>
        </w:rPr>
      </w:pPr>
      <w:r w:rsidRPr="00771DC2">
        <w:rPr>
          <w:rFonts w:ascii="Garamond" w:hAnsi="Garamond"/>
        </w:rPr>
        <w:t>Take one step toward integrity this week. If you claim to be patient, practice actual patience with your family. If you claim to be generous, give without anyone knowing about it. If you claim to be prayerful, actually pray.</w:t>
      </w:r>
    </w:p>
    <w:p w14:paraId="6EC04E6B" w14:textId="77777777" w:rsidR="00F32FA7" w:rsidRPr="00771DC2" w:rsidRDefault="00000000" w:rsidP="00E82982">
      <w:pPr>
        <w:spacing w:line="336" w:lineRule="auto"/>
        <w:ind w:firstLine="284"/>
        <w:rPr>
          <w:rFonts w:ascii="Garamond" w:hAnsi="Garamond"/>
        </w:rPr>
      </w:pPr>
      <w:r w:rsidRPr="00771DC2">
        <w:rPr>
          <w:rFonts w:ascii="Garamond" w:hAnsi="Garamond"/>
        </w:rPr>
        <w:t>Ask someone you trust to hold you accountable in that area.</w:t>
      </w:r>
    </w:p>
    <w:p w14:paraId="628D5E79"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Remember: </w:t>
      </w:r>
      <w:r w:rsidRPr="00771DC2">
        <w:rPr>
          <w:rFonts w:ascii="Garamond" w:hAnsi="Garamond"/>
          <w:b/>
        </w:rPr>
        <w:t>God is more interested in who you're becoming than what you're achieving. And who you're becoming is forged in discomfort.</w:t>
      </w:r>
    </w:p>
    <w:p w14:paraId="646E2EAF" w14:textId="77777777" w:rsidR="00F32FA7" w:rsidRPr="00771DC2" w:rsidRDefault="00000000" w:rsidP="00E82982">
      <w:pPr>
        <w:spacing w:line="336" w:lineRule="auto"/>
        <w:ind w:firstLine="284"/>
        <w:rPr>
          <w:rFonts w:ascii="Garamond" w:hAnsi="Garamond"/>
        </w:rPr>
      </w:pPr>
      <w:r w:rsidRPr="00771DC2">
        <w:rPr>
          <w:rFonts w:ascii="Garamond" w:hAnsi="Garamond"/>
        </w:rPr>
        <w:t>Character over comfort. Integrity over image. Reality over reputation.</w:t>
      </w:r>
    </w:p>
    <w:p w14:paraId="7201CA89" w14:textId="77777777" w:rsidR="00F32FA7" w:rsidRPr="00771DC2" w:rsidRDefault="00000000" w:rsidP="00E82982">
      <w:pPr>
        <w:spacing w:line="336" w:lineRule="auto"/>
        <w:ind w:firstLine="284"/>
        <w:rPr>
          <w:rFonts w:ascii="Garamond" w:hAnsi="Garamond"/>
        </w:rPr>
      </w:pPr>
      <w:r w:rsidRPr="00771DC2">
        <w:rPr>
          <w:rFonts w:ascii="Garamond" w:hAnsi="Garamond"/>
        </w:rPr>
        <w:t>This is the path to freedom.</w:t>
      </w:r>
    </w:p>
    <w:p w14:paraId="49C3D73D"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79252788"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lastRenderedPageBreak/>
        <w:t>PART THREE: LIVING FOR WHAT LASTS</w:t>
      </w:r>
    </w:p>
    <w:p w14:paraId="216A8D96"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0FC66CAA"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t>CHAPTER 9: Master Your Emotions, Don't Let Them Master You</w:t>
      </w:r>
    </w:p>
    <w:p w14:paraId="4A437FF0" w14:textId="77777777" w:rsidR="00F32FA7" w:rsidRPr="00771DC2" w:rsidRDefault="00000000" w:rsidP="00E82982">
      <w:pPr>
        <w:spacing w:line="336" w:lineRule="auto"/>
        <w:ind w:firstLine="284"/>
        <w:rPr>
          <w:rFonts w:ascii="Garamond" w:hAnsi="Garamond"/>
        </w:rPr>
      </w:pPr>
      <w:r w:rsidRPr="00771DC2">
        <w:rPr>
          <w:rFonts w:ascii="Garamond" w:hAnsi="Garamond"/>
        </w:rPr>
        <w:t>*"Your feelings are real, but they're not always right. Don't let them drive your decisions."*</w:t>
      </w:r>
    </w:p>
    <w:p w14:paraId="1A8FED49"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I need to tell you something that might make you uncomfortable: </w:t>
      </w:r>
      <w:r w:rsidRPr="00771DC2">
        <w:rPr>
          <w:rFonts w:ascii="Garamond" w:hAnsi="Garamond"/>
          <w:b/>
        </w:rPr>
        <w:t>Your feelings are lying to you.</w:t>
      </w:r>
    </w:p>
    <w:p w14:paraId="1E8ECDDB" w14:textId="77777777" w:rsidR="00F32FA7" w:rsidRPr="00771DC2" w:rsidRDefault="00000000" w:rsidP="00E82982">
      <w:pPr>
        <w:spacing w:line="336" w:lineRule="auto"/>
        <w:ind w:firstLine="284"/>
        <w:rPr>
          <w:rFonts w:ascii="Garamond" w:hAnsi="Garamond"/>
        </w:rPr>
      </w:pPr>
      <w:r w:rsidRPr="00771DC2">
        <w:rPr>
          <w:rFonts w:ascii="Garamond" w:hAnsi="Garamond"/>
        </w:rPr>
        <w:t>Not all the time, not about everything—but more often than you think.</w:t>
      </w:r>
    </w:p>
    <w:p w14:paraId="677C1735" w14:textId="77777777" w:rsidR="00F32FA7" w:rsidRPr="00771DC2" w:rsidRDefault="00000000" w:rsidP="00E82982">
      <w:pPr>
        <w:spacing w:line="336" w:lineRule="auto"/>
        <w:ind w:firstLine="284"/>
        <w:rPr>
          <w:rFonts w:ascii="Garamond" w:hAnsi="Garamond"/>
        </w:rPr>
      </w:pPr>
      <w:r w:rsidRPr="00771DC2">
        <w:rPr>
          <w:rFonts w:ascii="Garamond" w:hAnsi="Garamond"/>
        </w:rPr>
        <w:t>That voice in your head that says "I can't do this" when God calls you to something hard? That's not wisdom—that's fear masquerading as prudence.</w:t>
      </w:r>
    </w:p>
    <w:p w14:paraId="1E93457E" w14:textId="77777777" w:rsidR="00F32FA7" w:rsidRPr="00771DC2" w:rsidRDefault="00000000" w:rsidP="00E82982">
      <w:pPr>
        <w:spacing w:line="336" w:lineRule="auto"/>
        <w:ind w:firstLine="284"/>
        <w:rPr>
          <w:rFonts w:ascii="Garamond" w:hAnsi="Garamond"/>
        </w:rPr>
      </w:pPr>
      <w:r w:rsidRPr="00771DC2">
        <w:rPr>
          <w:rFonts w:ascii="Garamond" w:hAnsi="Garamond"/>
        </w:rPr>
        <w:t>That feeling that tells you to avoid the difficult conversation, skip the uncomfortable obedience, or stay in your comfort zone? That's not peace—that's the flesh trying to keep you small.</w:t>
      </w:r>
    </w:p>
    <w:p w14:paraId="12DDA235"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That emotion that screams "I need this RIGHT NOW" when you're tempted? That's not love—that's lust dressed up as necessity.</w:t>
      </w:r>
    </w:p>
    <w:p w14:paraId="5BA47DE7" w14:textId="77777777" w:rsidR="00F32FA7" w:rsidRPr="00771DC2" w:rsidRDefault="00000000" w:rsidP="00E82982">
      <w:pPr>
        <w:spacing w:line="336" w:lineRule="auto"/>
        <w:ind w:firstLine="284"/>
        <w:rPr>
          <w:rFonts w:ascii="Garamond" w:hAnsi="Garamond"/>
        </w:rPr>
      </w:pPr>
      <w:r w:rsidRPr="00771DC2">
        <w:rPr>
          <w:rFonts w:ascii="Garamond" w:hAnsi="Garamond"/>
        </w:rPr>
        <w:t>We live in a culture that has made feelings the ultimate authority. "Follow your heart." "Trust your gut." "Do what feels right."</w:t>
      </w:r>
    </w:p>
    <w:p w14:paraId="507EFF07"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But here's the problem: </w:t>
      </w:r>
      <w:r w:rsidRPr="00771DC2">
        <w:rPr>
          <w:rFonts w:ascii="Garamond" w:hAnsi="Garamond"/>
          <w:b/>
        </w:rPr>
        <w:t>Our hearts are deceitful (Jeremiah 17:9), our guts are influenced by our last meal, and what feels right is often what keeps us stuck.</w:t>
      </w:r>
    </w:p>
    <w:p w14:paraId="330A8FE7" w14:textId="77777777" w:rsidR="00F32FA7" w:rsidRPr="00771DC2" w:rsidRDefault="00000000" w:rsidP="00E82982">
      <w:pPr>
        <w:spacing w:line="336" w:lineRule="auto"/>
        <w:ind w:firstLine="284"/>
        <w:rPr>
          <w:rFonts w:ascii="Garamond" w:hAnsi="Garamond"/>
        </w:rPr>
      </w:pPr>
      <w:r w:rsidRPr="00771DC2">
        <w:rPr>
          <w:rFonts w:ascii="Garamond" w:hAnsi="Garamond"/>
        </w:rPr>
        <w:t>Jesus never said, "Follow your feelings." He said, "Follow Me." Even when it doesn't feel good. Even when it's scary. Even when every emotion in your body is screaming "NO!"</w:t>
      </w:r>
    </w:p>
    <w:p w14:paraId="373F5B06"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Tyranny of Emotions</w:t>
      </w:r>
    </w:p>
    <w:p w14:paraId="1493C14F" w14:textId="77777777" w:rsidR="00F32FA7" w:rsidRPr="00771DC2" w:rsidRDefault="00000000" w:rsidP="00E82982">
      <w:pPr>
        <w:spacing w:line="336" w:lineRule="auto"/>
        <w:ind w:firstLine="284"/>
        <w:rPr>
          <w:rFonts w:ascii="Garamond" w:hAnsi="Garamond"/>
        </w:rPr>
      </w:pPr>
      <w:r w:rsidRPr="00771DC2">
        <w:rPr>
          <w:rFonts w:ascii="Garamond" w:hAnsi="Garamond"/>
        </w:rPr>
        <w:t>Let me paint you a picture of modern emotional tyranny:</w:t>
      </w:r>
    </w:p>
    <w:p w14:paraId="036BBC29" w14:textId="77777777" w:rsidR="00F32FA7" w:rsidRPr="00771DC2" w:rsidRDefault="00000000" w:rsidP="00E82982">
      <w:pPr>
        <w:spacing w:line="336" w:lineRule="auto"/>
        <w:ind w:firstLine="284"/>
        <w:rPr>
          <w:rFonts w:ascii="Garamond" w:hAnsi="Garamond"/>
        </w:rPr>
      </w:pPr>
      <w:r w:rsidRPr="00771DC2">
        <w:rPr>
          <w:rFonts w:ascii="Garamond" w:hAnsi="Garamond"/>
        </w:rPr>
        <w:t>You wake up feeling anxious, so you decide it's not a good day to have that difficult conversation with your spouse. You feel overwhelmed, so you skip your quiet time with God. You feel discouraged, so you avoid the ministry opportunity God has been nudging you toward. You feel hurt, so you withdraw from the very people who could help you heal.</w:t>
      </w:r>
    </w:p>
    <w:p w14:paraId="571E16CF"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You're not making decisions based on truth, wisdom, or God's Word. You're making decisions based on the emotional weather in your soul—and emotional weather changes faster than actual weather.</w:t>
      </w:r>
    </w:p>
    <w:p w14:paraId="385DD998" w14:textId="77777777" w:rsidR="00F32FA7" w:rsidRPr="00771DC2" w:rsidRDefault="00000000" w:rsidP="00E82982">
      <w:pPr>
        <w:spacing w:line="336" w:lineRule="auto"/>
        <w:ind w:firstLine="284"/>
        <w:rPr>
          <w:rFonts w:ascii="Garamond" w:hAnsi="Garamond"/>
        </w:rPr>
      </w:pPr>
      <w:r w:rsidRPr="00771DC2">
        <w:rPr>
          <w:rFonts w:ascii="Garamond" w:hAnsi="Garamond"/>
        </w:rPr>
        <w:t>This isn't freedom. It's slavery.</w:t>
      </w:r>
    </w:p>
    <w:p w14:paraId="03716042" w14:textId="77777777" w:rsidR="00F32FA7" w:rsidRPr="00771DC2" w:rsidRDefault="00000000" w:rsidP="00E82982">
      <w:pPr>
        <w:spacing w:line="336" w:lineRule="auto"/>
        <w:ind w:firstLine="284"/>
        <w:rPr>
          <w:rFonts w:ascii="Garamond" w:hAnsi="Garamond"/>
        </w:rPr>
      </w:pPr>
      <w:r w:rsidRPr="00771DC2">
        <w:rPr>
          <w:rFonts w:ascii="Garamond" w:hAnsi="Garamond"/>
        </w:rPr>
        <w:t>When your emotions drive your decisions, you become a prisoner to every mood swing, every hormonal fluctuation, every circumstantial pressure. You're not living your life—your feelings are living it for you.</w:t>
      </w:r>
    </w:p>
    <w:p w14:paraId="2F8674C2"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Jesus' Emotional Intelligence</w:t>
      </w:r>
    </w:p>
    <w:p w14:paraId="5439F378" w14:textId="77777777" w:rsidR="00F32FA7" w:rsidRPr="00771DC2" w:rsidRDefault="00000000" w:rsidP="00E82982">
      <w:pPr>
        <w:spacing w:line="336" w:lineRule="auto"/>
        <w:ind w:firstLine="284"/>
        <w:rPr>
          <w:rFonts w:ascii="Garamond" w:hAnsi="Garamond"/>
        </w:rPr>
      </w:pPr>
      <w:r w:rsidRPr="00771DC2">
        <w:rPr>
          <w:rFonts w:ascii="Garamond" w:hAnsi="Garamond"/>
        </w:rPr>
        <w:t>Before you think I'm telling you to become an emotionless robot, let me show you Jesus.</w:t>
      </w:r>
    </w:p>
    <w:p w14:paraId="4E3E16E3" w14:textId="77777777" w:rsidR="00F32FA7" w:rsidRPr="00771DC2" w:rsidRDefault="00000000" w:rsidP="00E82982">
      <w:pPr>
        <w:spacing w:line="336" w:lineRule="auto"/>
        <w:ind w:firstLine="284"/>
        <w:rPr>
          <w:rFonts w:ascii="Garamond" w:hAnsi="Garamond"/>
        </w:rPr>
      </w:pPr>
      <w:r w:rsidRPr="00771DC2">
        <w:rPr>
          <w:rFonts w:ascii="Garamond" w:hAnsi="Garamond"/>
        </w:rPr>
        <w:t>Jesus felt everything. He wept at Lazarus' tomb. He burned with anger at the money changers in the temple. He was overwhelmed with sorrow in the Garden of Gethsemane. He felt compassion for the crowds, frustration with His disciples, joy over His Father's will.</w:t>
      </w:r>
    </w:p>
    <w:p w14:paraId="3F00E991" w14:textId="77777777" w:rsidR="00F32FA7" w:rsidRPr="00771DC2" w:rsidRDefault="00000000" w:rsidP="00E82982">
      <w:pPr>
        <w:spacing w:line="336" w:lineRule="auto"/>
        <w:ind w:firstLine="284"/>
        <w:rPr>
          <w:rFonts w:ascii="Garamond" w:hAnsi="Garamond"/>
        </w:rPr>
      </w:pPr>
      <w:r w:rsidRPr="00771DC2">
        <w:rPr>
          <w:rFonts w:ascii="Garamond" w:hAnsi="Garamond"/>
          <w:b/>
        </w:rPr>
        <w:t>Jesus had emotions. But His emotions never had Him.</w:t>
      </w:r>
    </w:p>
    <w:p w14:paraId="210D371F"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Look at the Garden of Gethsemane again. This is emotional intelligence in action.</w:t>
      </w:r>
    </w:p>
    <w:p w14:paraId="130852C4" w14:textId="77777777" w:rsidR="00F32FA7" w:rsidRPr="00771DC2" w:rsidRDefault="00000000" w:rsidP="00E82982">
      <w:pPr>
        <w:spacing w:line="336" w:lineRule="auto"/>
        <w:ind w:firstLine="284"/>
        <w:rPr>
          <w:rFonts w:ascii="Garamond" w:hAnsi="Garamond"/>
        </w:rPr>
      </w:pPr>
      <w:r w:rsidRPr="00771DC2">
        <w:rPr>
          <w:rFonts w:ascii="Garamond" w:hAnsi="Garamond"/>
        </w:rPr>
        <w:t>Jesus is facing the cross—the weight of every sin, the wrath of the Father, the agony of separation from everything He's ever known. His emotions are screaming. He's sweating blood. He's asking if there's any other way.</w:t>
      </w:r>
    </w:p>
    <w:p w14:paraId="415BED03" w14:textId="77777777" w:rsidR="00F32FA7" w:rsidRPr="00771DC2" w:rsidRDefault="00000000" w:rsidP="00E82982">
      <w:pPr>
        <w:spacing w:line="336" w:lineRule="auto"/>
        <w:ind w:firstLine="284"/>
        <w:rPr>
          <w:rFonts w:ascii="Garamond" w:hAnsi="Garamond"/>
        </w:rPr>
      </w:pPr>
      <w:r w:rsidRPr="00771DC2">
        <w:rPr>
          <w:rFonts w:ascii="Garamond" w:hAnsi="Garamond"/>
        </w:rPr>
        <w:t>But watch what happens: "Father, if you are willing, take this cup from me; yet not my will, but yours be done" (Luke 22:42).</w:t>
      </w:r>
    </w:p>
    <w:p w14:paraId="7EA074B0" w14:textId="77777777" w:rsidR="00F32FA7" w:rsidRPr="00771DC2" w:rsidRDefault="00000000" w:rsidP="00E82982">
      <w:pPr>
        <w:spacing w:line="336" w:lineRule="auto"/>
        <w:ind w:firstLine="284"/>
        <w:rPr>
          <w:rFonts w:ascii="Garamond" w:hAnsi="Garamond"/>
        </w:rPr>
      </w:pPr>
      <w:r w:rsidRPr="00771DC2">
        <w:rPr>
          <w:rFonts w:ascii="Garamond" w:hAnsi="Garamond"/>
          <w:b/>
        </w:rPr>
        <w:t>Jesus felt the full weight of human emotion. And then He chose obedience over emotion.</w:t>
      </w:r>
    </w:p>
    <w:p w14:paraId="6CA973A7" w14:textId="77777777" w:rsidR="00F32FA7" w:rsidRPr="00771DC2" w:rsidRDefault="00000000" w:rsidP="00E82982">
      <w:pPr>
        <w:spacing w:line="336" w:lineRule="auto"/>
        <w:ind w:firstLine="284"/>
        <w:rPr>
          <w:rFonts w:ascii="Garamond" w:hAnsi="Garamond"/>
        </w:rPr>
      </w:pPr>
      <w:r w:rsidRPr="00771DC2">
        <w:rPr>
          <w:rFonts w:ascii="Garamond" w:hAnsi="Garamond"/>
        </w:rPr>
        <w:t>This is the difference between emotional maturity and emotional immaturity. Emotional maturity doesn't mean you don't feel. It means you don't let your feelings make your decisions.</w:t>
      </w:r>
    </w:p>
    <w:p w14:paraId="3BC6C747" w14:textId="77777777" w:rsidR="00F32FA7" w:rsidRPr="00771DC2" w:rsidRDefault="00000000" w:rsidP="00E82982">
      <w:pPr>
        <w:spacing w:line="336" w:lineRule="auto"/>
        <w:ind w:firstLine="284"/>
        <w:rPr>
          <w:rFonts w:ascii="Garamond" w:hAnsi="Garamond"/>
        </w:rPr>
      </w:pPr>
      <w:r w:rsidRPr="00771DC2">
        <w:rPr>
          <w:rFonts w:ascii="Garamond" w:hAnsi="Garamond"/>
        </w:rPr>
        <w:t>Jesus felt fear and chose courage. Jesus felt sorrow and chose hope. Jesus felt anger and chose love. Jesus felt overwhelmed and chose surrender.</w:t>
      </w:r>
    </w:p>
    <w:p w14:paraId="53D7C123" w14:textId="77777777" w:rsidR="00F32FA7" w:rsidRPr="00771DC2" w:rsidRDefault="00000000" w:rsidP="00E82982">
      <w:pPr>
        <w:spacing w:line="336" w:lineRule="auto"/>
        <w:ind w:firstLine="284"/>
        <w:rPr>
          <w:rFonts w:ascii="Garamond" w:hAnsi="Garamond"/>
        </w:rPr>
      </w:pPr>
      <w:r w:rsidRPr="00771DC2">
        <w:rPr>
          <w:rFonts w:ascii="Garamond" w:hAnsi="Garamond"/>
        </w:rPr>
        <w:t>This is what it looks like to be led by the Spirit instead of the flesh.</w:t>
      </w:r>
    </w:p>
    <w:p w14:paraId="17194D75"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Discipline of Self-Control</w:t>
      </w:r>
    </w:p>
    <w:p w14:paraId="40BD5101" w14:textId="77777777" w:rsidR="00F32FA7" w:rsidRPr="00771DC2" w:rsidRDefault="00000000" w:rsidP="00E82982">
      <w:pPr>
        <w:spacing w:line="336" w:lineRule="auto"/>
        <w:ind w:firstLine="284"/>
        <w:rPr>
          <w:rFonts w:ascii="Garamond" w:hAnsi="Garamond"/>
        </w:rPr>
      </w:pPr>
      <w:r w:rsidRPr="00771DC2">
        <w:rPr>
          <w:rFonts w:ascii="Garamond" w:hAnsi="Garamond"/>
        </w:rPr>
        <w:t>Self-control isn't about suppressing your emotions or pretending they don't exist. It's about acknowledging them without being controlled by them.</w:t>
      </w:r>
    </w:p>
    <w:p w14:paraId="39D9627D" w14:textId="77777777" w:rsidR="00F32FA7" w:rsidRPr="00771DC2" w:rsidRDefault="00000000" w:rsidP="00E82982">
      <w:pPr>
        <w:spacing w:line="336" w:lineRule="auto"/>
        <w:ind w:firstLine="284"/>
        <w:rPr>
          <w:rFonts w:ascii="Garamond" w:hAnsi="Garamond"/>
        </w:rPr>
      </w:pPr>
      <w:r w:rsidRPr="00771DC2">
        <w:rPr>
          <w:rFonts w:ascii="Garamond" w:hAnsi="Garamond"/>
        </w:rPr>
        <w:t>When Paul lists the fruit of the Spirit in Galatians 5, he ends with self-control. Not self-suppression. Not self-denial. Self-control.</w:t>
      </w:r>
    </w:p>
    <w:p w14:paraId="63A4280E" w14:textId="77777777" w:rsidR="00F32FA7" w:rsidRPr="00771DC2" w:rsidRDefault="00000000" w:rsidP="00E82982">
      <w:pPr>
        <w:spacing w:line="336" w:lineRule="auto"/>
        <w:ind w:firstLine="284"/>
        <w:rPr>
          <w:rFonts w:ascii="Garamond" w:hAnsi="Garamond"/>
        </w:rPr>
      </w:pPr>
      <w:r w:rsidRPr="00771DC2">
        <w:rPr>
          <w:rFonts w:ascii="Garamond" w:hAnsi="Garamond"/>
          <w:b/>
        </w:rPr>
        <w:t>Self-control is the ability to feel something and still choose what's right.</w:t>
      </w:r>
    </w:p>
    <w:p w14:paraId="2BA18857" w14:textId="77777777" w:rsidR="00F32FA7" w:rsidRPr="00771DC2" w:rsidRDefault="00000000" w:rsidP="00E82982">
      <w:pPr>
        <w:spacing w:line="336" w:lineRule="auto"/>
        <w:ind w:firstLine="284"/>
        <w:rPr>
          <w:rFonts w:ascii="Garamond" w:hAnsi="Garamond"/>
        </w:rPr>
      </w:pPr>
      <w:r w:rsidRPr="00771DC2">
        <w:rPr>
          <w:rFonts w:ascii="Garamond" w:hAnsi="Garamond"/>
        </w:rPr>
        <w:t>To feel anxious and still step into God's calling. To feel hurt and still choose forgiveness. To feel overwhelmed and still show up for the people you love. To feel tempted and still choose holiness.</w:t>
      </w:r>
    </w:p>
    <w:p w14:paraId="6EF8309E" w14:textId="77777777" w:rsidR="00F32FA7" w:rsidRPr="00771DC2" w:rsidRDefault="00000000" w:rsidP="00E82982">
      <w:pPr>
        <w:spacing w:line="336" w:lineRule="auto"/>
        <w:ind w:firstLine="284"/>
        <w:rPr>
          <w:rFonts w:ascii="Garamond" w:hAnsi="Garamond"/>
        </w:rPr>
      </w:pPr>
      <w:r w:rsidRPr="00771DC2">
        <w:rPr>
          <w:rFonts w:ascii="Garamond" w:hAnsi="Garamond"/>
        </w:rPr>
        <w:t>Your emotions are meant to be instruments in the orchestra of your life, not the conductor.</w:t>
      </w:r>
    </w:p>
    <w:p w14:paraId="426E1462"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Practice of Taking Thoughts Captive</w:t>
      </w:r>
    </w:p>
    <w:p w14:paraId="1410DE87" w14:textId="77777777" w:rsidR="00F32FA7" w:rsidRPr="00771DC2" w:rsidRDefault="00000000" w:rsidP="00E82982">
      <w:pPr>
        <w:spacing w:line="336" w:lineRule="auto"/>
        <w:ind w:firstLine="284"/>
        <w:rPr>
          <w:rFonts w:ascii="Garamond" w:hAnsi="Garamond"/>
        </w:rPr>
      </w:pPr>
      <w:r w:rsidRPr="00771DC2">
        <w:rPr>
          <w:rFonts w:ascii="Garamond" w:hAnsi="Garamond"/>
        </w:rPr>
        <w:t>Paul gives us the blueprint in 2 Corinthians 10:5: "We demolish arguments and every pretension that sets itself up against the knowledge of God, and we take captive every thought to make it obedient to Christ."</w:t>
      </w:r>
    </w:p>
    <w:p w14:paraId="66359C3C"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This is active, not passive. You don't just let thoughts and feelings run wild through your mind. You capture them. You examine them. You ask: "Is this thought from God, from me, or from the enemy?"</w:t>
      </w:r>
    </w:p>
    <w:p w14:paraId="31B796AB" w14:textId="77777777" w:rsidR="00F32FA7" w:rsidRPr="00771DC2" w:rsidRDefault="00000000" w:rsidP="00E82982">
      <w:pPr>
        <w:spacing w:line="336" w:lineRule="auto"/>
        <w:ind w:firstLine="284"/>
        <w:rPr>
          <w:rFonts w:ascii="Garamond" w:hAnsi="Garamond"/>
        </w:rPr>
      </w:pPr>
      <w:r w:rsidRPr="00771DC2">
        <w:rPr>
          <w:rFonts w:ascii="Garamond" w:hAnsi="Garamond"/>
        </w:rPr>
        <w:t>Here's how this works practically:</w:t>
      </w:r>
    </w:p>
    <w:p w14:paraId="6B1BF509" w14:textId="77777777" w:rsidR="00F32FA7" w:rsidRPr="00771DC2" w:rsidRDefault="00000000" w:rsidP="00E82982">
      <w:pPr>
        <w:spacing w:line="336" w:lineRule="auto"/>
        <w:ind w:firstLine="284"/>
        <w:rPr>
          <w:rFonts w:ascii="Garamond" w:hAnsi="Garamond"/>
        </w:rPr>
      </w:pPr>
      <w:r w:rsidRPr="00771DC2">
        <w:rPr>
          <w:rFonts w:ascii="Garamond" w:hAnsi="Garamond"/>
          <w:b/>
        </w:rPr>
        <w:t>Step 1: Pause.</w:t>
      </w:r>
      <w:r w:rsidRPr="00771DC2">
        <w:rPr>
          <w:rFonts w:ascii="Garamond" w:hAnsi="Garamond"/>
        </w:rPr>
        <w:t xml:space="preserve"> When you feel a strong emotion, don't react immediately. Create space between the feeling and your response. Take a breath. Count to ten. Pray a quick prayer.</w:t>
      </w:r>
    </w:p>
    <w:p w14:paraId="2A944F16" w14:textId="77777777" w:rsidR="00F32FA7" w:rsidRPr="00771DC2" w:rsidRDefault="00000000" w:rsidP="00E82982">
      <w:pPr>
        <w:spacing w:line="336" w:lineRule="auto"/>
        <w:ind w:firstLine="284"/>
        <w:rPr>
          <w:rFonts w:ascii="Garamond" w:hAnsi="Garamond"/>
        </w:rPr>
      </w:pPr>
      <w:r w:rsidRPr="00771DC2">
        <w:rPr>
          <w:rFonts w:ascii="Garamond" w:hAnsi="Garamond"/>
          <w:b/>
        </w:rPr>
        <w:t>Step 2: Identify.</w:t>
      </w:r>
      <w:r w:rsidRPr="00771DC2">
        <w:rPr>
          <w:rFonts w:ascii="Garamond" w:hAnsi="Garamond"/>
        </w:rPr>
        <w:t xml:space="preserve"> What am I actually feeling? Don't just say "bad" or "upset." Be specific. Am I feeling rejected? Overwhelmed? Angry? Afraid? Disappointed?</w:t>
      </w:r>
    </w:p>
    <w:p w14:paraId="16AAB95D" w14:textId="77777777" w:rsidR="00F32FA7" w:rsidRPr="00771DC2" w:rsidRDefault="00000000" w:rsidP="00E82982">
      <w:pPr>
        <w:spacing w:line="336" w:lineRule="auto"/>
        <w:ind w:firstLine="284"/>
        <w:rPr>
          <w:rFonts w:ascii="Garamond" w:hAnsi="Garamond"/>
        </w:rPr>
      </w:pPr>
      <w:r w:rsidRPr="00771DC2">
        <w:rPr>
          <w:rFonts w:ascii="Garamond" w:hAnsi="Garamond"/>
          <w:b/>
        </w:rPr>
        <w:t>Step 3: Evaluate.</w:t>
      </w:r>
      <w:r w:rsidRPr="00771DC2">
        <w:rPr>
          <w:rFonts w:ascii="Garamond" w:hAnsi="Garamond"/>
        </w:rPr>
        <w:t xml:space="preserve"> Where is this feeling coming from? Is it based on truth or lies? Is it serving me or enslaving me? Is it drawing me closer to God or pulling me away?</w:t>
      </w:r>
    </w:p>
    <w:p w14:paraId="2E95EB5E" w14:textId="77777777" w:rsidR="00F32FA7" w:rsidRPr="00771DC2" w:rsidRDefault="00000000" w:rsidP="00E82982">
      <w:pPr>
        <w:spacing w:line="336" w:lineRule="auto"/>
        <w:ind w:firstLine="284"/>
        <w:rPr>
          <w:rFonts w:ascii="Garamond" w:hAnsi="Garamond"/>
        </w:rPr>
      </w:pPr>
      <w:r w:rsidRPr="00771DC2">
        <w:rPr>
          <w:rFonts w:ascii="Garamond" w:hAnsi="Garamond"/>
          <w:b/>
        </w:rPr>
        <w:t>Step 4: Choose.</w:t>
      </w:r>
      <w:r w:rsidRPr="00771DC2">
        <w:rPr>
          <w:rFonts w:ascii="Garamond" w:hAnsi="Garamond"/>
        </w:rPr>
        <w:t xml:space="preserve"> What does God's Word say about this situation? What would obedience look like right now? What would love require of me?</w:t>
      </w:r>
    </w:p>
    <w:p w14:paraId="48735309" w14:textId="77777777" w:rsidR="00F32FA7" w:rsidRPr="00771DC2" w:rsidRDefault="00000000" w:rsidP="00E82982">
      <w:pPr>
        <w:spacing w:line="336" w:lineRule="auto"/>
        <w:ind w:firstLine="284"/>
        <w:rPr>
          <w:rFonts w:ascii="Garamond" w:hAnsi="Garamond"/>
        </w:rPr>
      </w:pPr>
      <w:r w:rsidRPr="00771DC2">
        <w:rPr>
          <w:rFonts w:ascii="Garamond" w:hAnsi="Garamond"/>
          <w:b/>
        </w:rPr>
        <w:t>Step 5: Act.</w:t>
      </w:r>
      <w:r w:rsidRPr="00771DC2">
        <w:rPr>
          <w:rFonts w:ascii="Garamond" w:hAnsi="Garamond"/>
        </w:rPr>
        <w:t xml:space="preserve"> Do the right thing, even if it doesn't feel good. Trust that your emotions will follow your obedience, not the other way around.</w:t>
      </w:r>
    </w:p>
    <w:p w14:paraId="0B454A9A"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Freedom of Emotional Discipline</w:t>
      </w:r>
    </w:p>
    <w:p w14:paraId="7C4BB09C" w14:textId="77777777" w:rsidR="00F32FA7" w:rsidRPr="00771DC2" w:rsidRDefault="00000000" w:rsidP="00E82982">
      <w:pPr>
        <w:spacing w:line="336" w:lineRule="auto"/>
        <w:ind w:firstLine="284"/>
        <w:rPr>
          <w:rFonts w:ascii="Garamond" w:hAnsi="Garamond"/>
        </w:rPr>
      </w:pPr>
      <w:r w:rsidRPr="00771DC2">
        <w:rPr>
          <w:rFonts w:ascii="Garamond" w:hAnsi="Garamond"/>
        </w:rPr>
        <w:t>Here's what happens when you stop being led by your emotions:</w:t>
      </w:r>
    </w:p>
    <w:p w14:paraId="7EC3597D" w14:textId="77777777" w:rsidR="00F32FA7" w:rsidRPr="00771DC2" w:rsidRDefault="00000000" w:rsidP="00E82982">
      <w:pPr>
        <w:spacing w:line="336" w:lineRule="auto"/>
        <w:ind w:firstLine="284"/>
        <w:rPr>
          <w:rFonts w:ascii="Garamond" w:hAnsi="Garamond"/>
        </w:rPr>
      </w:pPr>
      <w:r w:rsidRPr="00771DC2">
        <w:rPr>
          <w:rFonts w:ascii="Garamond" w:hAnsi="Garamond"/>
          <w:b/>
        </w:rPr>
        <w:t>You become predictable to others.</w:t>
      </w:r>
      <w:r w:rsidRPr="00771DC2">
        <w:rPr>
          <w:rFonts w:ascii="Garamond" w:hAnsi="Garamond"/>
        </w:rPr>
        <w:t xml:space="preserve"> People know they can count on you because you're not controlled by your moods. You show up consistently, not just when you feel like it.</w:t>
      </w:r>
    </w:p>
    <w:p w14:paraId="274D0453" w14:textId="77777777" w:rsidR="00F32FA7" w:rsidRPr="00771DC2" w:rsidRDefault="00000000" w:rsidP="00E82982">
      <w:pPr>
        <w:spacing w:line="336" w:lineRule="auto"/>
        <w:ind w:firstLine="284"/>
        <w:rPr>
          <w:rFonts w:ascii="Garamond" w:hAnsi="Garamond"/>
        </w:rPr>
      </w:pPr>
      <w:r w:rsidRPr="00771DC2">
        <w:rPr>
          <w:rFonts w:ascii="Garamond" w:hAnsi="Garamond"/>
          <w:b/>
        </w:rPr>
        <w:t>You become trustworthy to God.</w:t>
      </w:r>
      <w:r w:rsidRPr="00771DC2">
        <w:rPr>
          <w:rFonts w:ascii="Garamond" w:hAnsi="Garamond"/>
        </w:rPr>
        <w:t xml:space="preserve"> God can use you in bigger ways because He knows you won't bail when things get emotionally difficult.</w:t>
      </w:r>
    </w:p>
    <w:p w14:paraId="50ABBDFE" w14:textId="77777777" w:rsidR="00F32FA7" w:rsidRPr="00771DC2" w:rsidRDefault="00000000" w:rsidP="00E82982">
      <w:pPr>
        <w:spacing w:line="336" w:lineRule="auto"/>
        <w:ind w:firstLine="284"/>
        <w:rPr>
          <w:rFonts w:ascii="Garamond" w:hAnsi="Garamond"/>
        </w:rPr>
      </w:pPr>
      <w:r w:rsidRPr="00771DC2">
        <w:rPr>
          <w:rFonts w:ascii="Garamond" w:hAnsi="Garamond"/>
          <w:b/>
        </w:rPr>
        <w:t>You become free from the exhausting work of emotional management.</w:t>
      </w:r>
      <w:r w:rsidRPr="00771DC2">
        <w:rPr>
          <w:rFonts w:ascii="Garamond" w:hAnsi="Garamond"/>
        </w:rPr>
        <w:t xml:space="preserve"> You stop trying to control your circumstances to control your emotions. You learn to be okay in any circumstance.</w:t>
      </w:r>
    </w:p>
    <w:p w14:paraId="67A48AF1" w14:textId="77777777" w:rsidR="00F32FA7" w:rsidRPr="00771DC2" w:rsidRDefault="00000000" w:rsidP="00E82982">
      <w:pPr>
        <w:spacing w:line="336" w:lineRule="auto"/>
        <w:ind w:firstLine="284"/>
        <w:rPr>
          <w:rFonts w:ascii="Garamond" w:hAnsi="Garamond"/>
        </w:rPr>
      </w:pPr>
      <w:r w:rsidRPr="00771DC2">
        <w:rPr>
          <w:rFonts w:ascii="Garamond" w:hAnsi="Garamond"/>
          <w:b/>
        </w:rPr>
        <w:t>You become more like Jesus.</w:t>
      </w:r>
      <w:r w:rsidRPr="00771DC2">
        <w:rPr>
          <w:rFonts w:ascii="Garamond" w:hAnsi="Garamond"/>
        </w:rPr>
        <w:t xml:space="preserve"> You respond to situations based on truth, not feelings. You love people even when they're unlovable. You do the right thing even when it's hard.</w:t>
      </w:r>
    </w:p>
    <w:p w14:paraId="2E733F4E" w14:textId="77777777" w:rsidR="00F32FA7" w:rsidRPr="00771DC2" w:rsidRDefault="00000000" w:rsidP="00E82982">
      <w:pPr>
        <w:spacing w:line="336" w:lineRule="auto"/>
        <w:ind w:firstLine="284"/>
        <w:rPr>
          <w:rFonts w:ascii="Garamond" w:hAnsi="Garamond"/>
        </w:rPr>
      </w:pPr>
      <w:r w:rsidRPr="00771DC2">
        <w:rPr>
          <w:rFonts w:ascii="Garamond" w:hAnsi="Garamond"/>
        </w:rPr>
        <w:t>This doesn't mean you become a robot. It means you become human the way God intended humans to be—spirit-led, not flesh-led.</w:t>
      </w:r>
    </w:p>
    <w:p w14:paraId="16506190"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When Emotions Are Trying to Tell You Something</w:t>
      </w:r>
    </w:p>
    <w:p w14:paraId="24BB9D11"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Before you completely dismiss your emotions, let me say this: </w:t>
      </w:r>
      <w:r w:rsidRPr="00771DC2">
        <w:rPr>
          <w:rFonts w:ascii="Garamond" w:hAnsi="Garamond"/>
          <w:b/>
        </w:rPr>
        <w:t>Sometimes your emotions are trying to tell you something important.</w:t>
      </w:r>
    </w:p>
    <w:p w14:paraId="4C856127" w14:textId="77777777" w:rsidR="00F32FA7" w:rsidRPr="00771DC2" w:rsidRDefault="00000000" w:rsidP="00E82982">
      <w:pPr>
        <w:spacing w:line="336" w:lineRule="auto"/>
        <w:ind w:firstLine="284"/>
        <w:rPr>
          <w:rFonts w:ascii="Garamond" w:hAnsi="Garamond"/>
        </w:rPr>
      </w:pPr>
      <w:r w:rsidRPr="00771DC2">
        <w:rPr>
          <w:rFonts w:ascii="Garamond" w:hAnsi="Garamond"/>
        </w:rPr>
        <w:t>If you're consistently feeling overwhelmed, maybe God is calling you to better boundaries. If you're feeling disconnected from God, maybe it's time to evaluate your spiritual disciplines. If you're feeling angry, maybe there's injustice that needs to be addressed. If you're feeling sad, maybe there's grief that needs to be processed.</w:t>
      </w:r>
    </w:p>
    <w:p w14:paraId="33ECF60D" w14:textId="77777777" w:rsidR="00F32FA7" w:rsidRPr="00771DC2" w:rsidRDefault="00000000" w:rsidP="00E82982">
      <w:pPr>
        <w:spacing w:line="336" w:lineRule="auto"/>
        <w:ind w:firstLine="284"/>
        <w:rPr>
          <w:rFonts w:ascii="Garamond" w:hAnsi="Garamond"/>
        </w:rPr>
      </w:pPr>
      <w:r w:rsidRPr="00771DC2">
        <w:rPr>
          <w:rFonts w:ascii="Garamond" w:hAnsi="Garamond"/>
        </w:rPr>
        <w:t>The key is learning to listen to your emotions without being controlled by them. Your emotions can be informative without being authoritative.</w:t>
      </w:r>
    </w:p>
    <w:p w14:paraId="24A8253E" w14:textId="77777777" w:rsidR="00F32FA7" w:rsidRPr="00771DC2" w:rsidRDefault="00000000" w:rsidP="00E82982">
      <w:pPr>
        <w:spacing w:line="336" w:lineRule="auto"/>
        <w:ind w:firstLine="284"/>
        <w:rPr>
          <w:rFonts w:ascii="Garamond" w:hAnsi="Garamond"/>
        </w:rPr>
      </w:pPr>
      <w:r w:rsidRPr="00771DC2">
        <w:rPr>
          <w:rFonts w:ascii="Garamond" w:hAnsi="Garamond"/>
        </w:rPr>
        <w:t>Ask yourself: "What is this emotion trying to tell me?" But then ask: "What does God's Word say about how I should respond?"</w:t>
      </w:r>
    </w:p>
    <w:p w14:paraId="61A9912A"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Renewing of Your Mind</w:t>
      </w:r>
    </w:p>
    <w:p w14:paraId="4132E9B3" w14:textId="77777777" w:rsidR="00F32FA7" w:rsidRPr="00771DC2" w:rsidRDefault="00000000" w:rsidP="00E82982">
      <w:pPr>
        <w:spacing w:line="336" w:lineRule="auto"/>
        <w:ind w:firstLine="284"/>
        <w:rPr>
          <w:rFonts w:ascii="Garamond" w:hAnsi="Garamond"/>
        </w:rPr>
      </w:pPr>
      <w:r w:rsidRPr="00771DC2">
        <w:rPr>
          <w:rFonts w:ascii="Garamond" w:hAnsi="Garamond"/>
        </w:rPr>
        <w:t>Romans 12:2 says, "Do not conform to the pattern of this world, but be transformed by the renewing of your mind."</w:t>
      </w:r>
    </w:p>
    <w:p w14:paraId="593C5204"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Your mind is renewed not by positive thinking or emotional manipulation, but by filling it with God's truth.</w:t>
      </w:r>
    </w:p>
    <w:p w14:paraId="7A23430F" w14:textId="77777777" w:rsidR="00F32FA7" w:rsidRPr="00771DC2" w:rsidRDefault="00000000" w:rsidP="00E82982">
      <w:pPr>
        <w:spacing w:line="336" w:lineRule="auto"/>
        <w:ind w:firstLine="284"/>
        <w:rPr>
          <w:rFonts w:ascii="Garamond" w:hAnsi="Garamond"/>
        </w:rPr>
      </w:pPr>
      <w:r w:rsidRPr="00771DC2">
        <w:rPr>
          <w:rFonts w:ascii="Garamond" w:hAnsi="Garamond"/>
        </w:rPr>
        <w:t>When you know what God says about you, about your circumstances, about your future, you have something solid to stand on when your emotions are shaky.</w:t>
      </w:r>
    </w:p>
    <w:p w14:paraId="35D08DF6" w14:textId="77777777" w:rsidR="00F32FA7" w:rsidRPr="00771DC2" w:rsidRDefault="00000000" w:rsidP="00E82982">
      <w:pPr>
        <w:spacing w:line="336" w:lineRule="auto"/>
        <w:ind w:firstLine="284"/>
        <w:rPr>
          <w:rFonts w:ascii="Garamond" w:hAnsi="Garamond"/>
        </w:rPr>
      </w:pPr>
      <w:r w:rsidRPr="00771DC2">
        <w:rPr>
          <w:rFonts w:ascii="Garamond" w:hAnsi="Garamond"/>
        </w:rPr>
        <w:t>When you feel worthless, you remember: "I am fearfully and wonderfully made." When you feel alone, you remember: "He will never leave you nor forsake you." When you feel overwhelmed, you remember: "I can do all things through Christ who strengthens me." When you feel hopeless, you remember: "For I know the plans I have for you, declares the Lord, plans to prosper you and not to harm you."</w:t>
      </w:r>
    </w:p>
    <w:p w14:paraId="1CE2E56B" w14:textId="77777777" w:rsidR="00F32FA7" w:rsidRPr="00771DC2" w:rsidRDefault="00000000" w:rsidP="00E82982">
      <w:pPr>
        <w:spacing w:line="336" w:lineRule="auto"/>
        <w:ind w:firstLine="284"/>
        <w:rPr>
          <w:rFonts w:ascii="Garamond" w:hAnsi="Garamond"/>
        </w:rPr>
      </w:pPr>
      <w:r w:rsidRPr="00771DC2">
        <w:rPr>
          <w:rFonts w:ascii="Garamond" w:hAnsi="Garamond"/>
        </w:rPr>
        <w:t>You're not denying your emotions. You're giving them a better foundation to rest on.</w:t>
      </w:r>
    </w:p>
    <w:p w14:paraId="4788058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Challenge</w:t>
      </w:r>
    </w:p>
    <w:p w14:paraId="4849B73B" w14:textId="77777777" w:rsidR="00F32FA7" w:rsidRPr="00771DC2" w:rsidRDefault="00000000" w:rsidP="00E82982">
      <w:pPr>
        <w:spacing w:line="336" w:lineRule="auto"/>
        <w:ind w:firstLine="284"/>
        <w:rPr>
          <w:rFonts w:ascii="Garamond" w:hAnsi="Garamond"/>
        </w:rPr>
      </w:pPr>
      <w:r w:rsidRPr="00771DC2">
        <w:rPr>
          <w:rFonts w:ascii="Garamond" w:hAnsi="Garamond"/>
        </w:rPr>
        <w:t>For one week, practice the pause. Before making any decision based on strong emotion, stop and ask: "What does God's Word say about this situation?"</w:t>
      </w:r>
    </w:p>
    <w:p w14:paraId="4F073770" w14:textId="77777777" w:rsidR="00F32FA7" w:rsidRPr="00771DC2" w:rsidRDefault="00000000" w:rsidP="00E82982">
      <w:pPr>
        <w:spacing w:line="336" w:lineRule="auto"/>
        <w:ind w:firstLine="284"/>
        <w:rPr>
          <w:rFonts w:ascii="Garamond" w:hAnsi="Garamond"/>
        </w:rPr>
      </w:pPr>
      <w:r w:rsidRPr="00771DC2">
        <w:rPr>
          <w:rFonts w:ascii="Garamond" w:hAnsi="Garamond"/>
        </w:rPr>
        <w:t>Keep a simple journal with two columns:</w:t>
      </w:r>
    </w:p>
    <w:p w14:paraId="62E697D5"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lastRenderedPageBreak/>
        <w:t>**What I Feel**: Be honest about your emotions</w:t>
      </w:r>
    </w:p>
    <w:p w14:paraId="435B9F8B"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**What God Says**: Find a relevant Scripture and write it down</w:t>
      </w:r>
    </w:p>
    <w:p w14:paraId="2D04772E" w14:textId="77777777" w:rsidR="00F32FA7" w:rsidRPr="00771DC2" w:rsidRDefault="00000000" w:rsidP="00E82982">
      <w:pPr>
        <w:spacing w:line="336" w:lineRule="auto"/>
        <w:ind w:firstLine="284"/>
        <w:rPr>
          <w:rFonts w:ascii="Garamond" w:hAnsi="Garamond"/>
        </w:rPr>
      </w:pPr>
      <w:r w:rsidRPr="00771DC2">
        <w:rPr>
          <w:rFonts w:ascii="Garamond" w:hAnsi="Garamond"/>
        </w:rPr>
        <w:t>Don't try to change how you feel. Just practice making decisions based on what God says instead of what you feel.</w:t>
      </w:r>
    </w:p>
    <w:p w14:paraId="1F5CF7D4" w14:textId="77777777" w:rsidR="00F32FA7" w:rsidRPr="00771DC2" w:rsidRDefault="00000000" w:rsidP="00E82982">
      <w:pPr>
        <w:spacing w:line="336" w:lineRule="auto"/>
        <w:ind w:firstLine="284"/>
        <w:rPr>
          <w:rFonts w:ascii="Garamond" w:hAnsi="Garamond"/>
        </w:rPr>
      </w:pPr>
      <w:r w:rsidRPr="00771DC2">
        <w:rPr>
          <w:rFonts w:ascii="Garamond" w:hAnsi="Garamond"/>
        </w:rPr>
        <w:t>Notice what happens. Notice how often your emotions lie to you. Notice how often obedience leads to peace, even when it doesn't feel good in the moment.</w:t>
      </w:r>
    </w:p>
    <w:p w14:paraId="4C9C4ADE" w14:textId="77777777" w:rsidR="00F32FA7" w:rsidRPr="00771DC2" w:rsidRDefault="00000000" w:rsidP="00E82982">
      <w:pPr>
        <w:spacing w:line="336" w:lineRule="auto"/>
        <w:ind w:firstLine="284"/>
        <w:rPr>
          <w:rFonts w:ascii="Garamond" w:hAnsi="Garamond"/>
        </w:rPr>
      </w:pPr>
      <w:r w:rsidRPr="00771DC2">
        <w:rPr>
          <w:rFonts w:ascii="Garamond" w:hAnsi="Garamond"/>
        </w:rPr>
        <w:t>You are more than your feelings. You are a child of God, led by His Spirit, anchored in His truth.</w:t>
      </w:r>
    </w:p>
    <w:p w14:paraId="22F11219" w14:textId="77777777" w:rsidR="00F32FA7" w:rsidRPr="00771DC2" w:rsidRDefault="00000000" w:rsidP="00E82982">
      <w:pPr>
        <w:spacing w:line="336" w:lineRule="auto"/>
        <w:ind w:firstLine="284"/>
        <w:rPr>
          <w:rFonts w:ascii="Garamond" w:hAnsi="Garamond"/>
        </w:rPr>
      </w:pPr>
      <w:r w:rsidRPr="00771DC2">
        <w:rPr>
          <w:rFonts w:ascii="Garamond" w:hAnsi="Garamond"/>
        </w:rPr>
        <w:t>Stop feeding the flesh. Start feeding your faith.</w:t>
      </w:r>
    </w:p>
    <w:p w14:paraId="15500EB1" w14:textId="77777777" w:rsidR="00F32FA7" w:rsidRPr="00771DC2" w:rsidRDefault="00000000" w:rsidP="00E82982">
      <w:pPr>
        <w:spacing w:line="336" w:lineRule="auto"/>
        <w:ind w:firstLine="284"/>
        <w:rPr>
          <w:rFonts w:ascii="Garamond" w:hAnsi="Garamond"/>
        </w:rPr>
      </w:pPr>
      <w:r w:rsidRPr="00771DC2">
        <w:rPr>
          <w:rFonts w:ascii="Garamond" w:hAnsi="Garamond"/>
        </w:rPr>
        <w:t>Your emotions will follow.</w:t>
      </w:r>
    </w:p>
    <w:p w14:paraId="3B506C53"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175885B2"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t>CHAPTER 10: Love Without Being Controlled</w:t>
      </w:r>
    </w:p>
    <w:p w14:paraId="3A0DB377" w14:textId="77777777" w:rsidR="00F32FA7" w:rsidRPr="00771DC2" w:rsidRDefault="00000000" w:rsidP="00E82982">
      <w:pPr>
        <w:spacing w:line="336" w:lineRule="auto"/>
        <w:ind w:firstLine="284"/>
        <w:rPr>
          <w:rFonts w:ascii="Garamond" w:hAnsi="Garamond"/>
        </w:rPr>
      </w:pPr>
      <w:r w:rsidRPr="00771DC2">
        <w:rPr>
          <w:rFonts w:ascii="Garamond" w:hAnsi="Garamond"/>
        </w:rPr>
        <w:t>*"Jesus loved everyone. But He wasn't controlled by anyone. That's the model we've forgotten."*</w:t>
      </w:r>
    </w:p>
    <w:p w14:paraId="3AAA9FBE"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Let me tell you about Sarah. Sarah is a good person. She's kind, generous, always available when people need help. She's the first person everyone calls when they have a problem.</w:t>
      </w:r>
    </w:p>
    <w:p w14:paraId="3EBF08C0" w14:textId="77777777" w:rsidR="00F32FA7" w:rsidRPr="00771DC2" w:rsidRDefault="00000000" w:rsidP="00E82982">
      <w:pPr>
        <w:spacing w:line="336" w:lineRule="auto"/>
        <w:ind w:firstLine="284"/>
        <w:rPr>
          <w:rFonts w:ascii="Garamond" w:hAnsi="Garamond"/>
        </w:rPr>
      </w:pPr>
      <w:r w:rsidRPr="00771DC2">
        <w:rPr>
          <w:rFonts w:ascii="Garamond" w:hAnsi="Garamond"/>
        </w:rPr>
        <w:t>She's also miserable.</w:t>
      </w:r>
    </w:p>
    <w:p w14:paraId="41BF8797" w14:textId="77777777" w:rsidR="00F32FA7" w:rsidRPr="00771DC2" w:rsidRDefault="00000000" w:rsidP="00E82982">
      <w:pPr>
        <w:spacing w:line="336" w:lineRule="auto"/>
        <w:ind w:firstLine="284"/>
        <w:rPr>
          <w:rFonts w:ascii="Garamond" w:hAnsi="Garamond"/>
        </w:rPr>
      </w:pPr>
      <w:r w:rsidRPr="00771DC2">
        <w:rPr>
          <w:rFonts w:ascii="Garamond" w:hAnsi="Garamond"/>
        </w:rPr>
        <w:t>Sarah can't say no. When someone needs help, she drops everything—even if it means neglecting her own family. When someone is upset, she feels responsible for fixing it—even if their emotions have nothing to do with her. When someone asks for her time, she gives it—even when she has nothing left to give.</w:t>
      </w:r>
    </w:p>
    <w:p w14:paraId="6BC17D86"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Sarah thinks this is love. But it's not. </w:t>
      </w:r>
      <w:proofErr w:type="gramStart"/>
      <w:r w:rsidRPr="00771DC2">
        <w:rPr>
          <w:rFonts w:ascii="Garamond" w:hAnsi="Garamond"/>
        </w:rPr>
        <w:t>It's</w:t>
      </w:r>
      <w:proofErr w:type="gramEnd"/>
      <w:r w:rsidRPr="00771DC2">
        <w:rPr>
          <w:rFonts w:ascii="Garamond" w:hAnsi="Garamond"/>
        </w:rPr>
        <w:t xml:space="preserve"> codependency dressed up as Christianity.</w:t>
      </w:r>
    </w:p>
    <w:p w14:paraId="78F97D6E" w14:textId="77777777" w:rsidR="00F32FA7" w:rsidRPr="00771DC2" w:rsidRDefault="00000000" w:rsidP="00E82982">
      <w:pPr>
        <w:spacing w:line="336" w:lineRule="auto"/>
        <w:ind w:firstLine="284"/>
        <w:rPr>
          <w:rFonts w:ascii="Garamond" w:hAnsi="Garamond"/>
        </w:rPr>
      </w:pPr>
      <w:r w:rsidRPr="00771DC2">
        <w:rPr>
          <w:rFonts w:ascii="Garamond" w:hAnsi="Garamond"/>
        </w:rPr>
        <w:t>And it's killing her.</w:t>
      </w:r>
    </w:p>
    <w:p w14:paraId="164DD9A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Difference Between Love and Codependency</w:t>
      </w:r>
    </w:p>
    <w:p w14:paraId="43A2A1EC" w14:textId="77777777" w:rsidR="00F32FA7" w:rsidRPr="00771DC2" w:rsidRDefault="00000000" w:rsidP="00E82982">
      <w:pPr>
        <w:spacing w:line="336" w:lineRule="auto"/>
        <w:ind w:firstLine="284"/>
        <w:rPr>
          <w:rFonts w:ascii="Garamond" w:hAnsi="Garamond"/>
        </w:rPr>
      </w:pPr>
      <w:r w:rsidRPr="00771DC2">
        <w:rPr>
          <w:rFonts w:ascii="Garamond" w:hAnsi="Garamond"/>
          <w:b/>
        </w:rPr>
        <w:t xml:space="preserve">Love serves. Codependency </w:t>
      </w:r>
      <w:proofErr w:type="gramStart"/>
      <w:r w:rsidRPr="00771DC2">
        <w:rPr>
          <w:rFonts w:ascii="Garamond" w:hAnsi="Garamond"/>
          <w:b/>
        </w:rPr>
        <w:t>enables.*</w:t>
      </w:r>
      <w:proofErr w:type="gramEnd"/>
      <w:r w:rsidRPr="00771DC2">
        <w:rPr>
          <w:rFonts w:ascii="Garamond" w:hAnsi="Garamond"/>
          <w:b/>
        </w:rPr>
        <w:t xml:space="preserve">* **Love has boundaries. Codependency has </w:t>
      </w:r>
      <w:proofErr w:type="gramStart"/>
      <w:r w:rsidRPr="00771DC2">
        <w:rPr>
          <w:rFonts w:ascii="Garamond" w:hAnsi="Garamond"/>
          <w:b/>
        </w:rPr>
        <w:t>enmeshment.*</w:t>
      </w:r>
      <w:proofErr w:type="gramEnd"/>
      <w:r w:rsidRPr="00771DC2">
        <w:rPr>
          <w:rFonts w:ascii="Garamond" w:hAnsi="Garamond"/>
          <w:b/>
        </w:rPr>
        <w:t>* **Love says, "I care about you." Codependency says, "I need you to be okay so I can be okay."** **Love lets people face consequences. Codependency shields them.</w:t>
      </w:r>
    </w:p>
    <w:p w14:paraId="512AA98F"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This is a critical distinction most Christians miss. We've been taught that love means being available 24/7, meeting everyone's needs, sacrificing ourselves completely for others.</w:t>
      </w:r>
    </w:p>
    <w:p w14:paraId="6CB7B015" w14:textId="77777777" w:rsidR="00F32FA7" w:rsidRPr="00771DC2" w:rsidRDefault="00000000" w:rsidP="00E82982">
      <w:pPr>
        <w:spacing w:line="336" w:lineRule="auto"/>
        <w:ind w:firstLine="284"/>
        <w:rPr>
          <w:rFonts w:ascii="Garamond" w:hAnsi="Garamond"/>
        </w:rPr>
      </w:pPr>
      <w:r w:rsidRPr="00771DC2">
        <w:rPr>
          <w:rFonts w:ascii="Garamond" w:hAnsi="Garamond"/>
        </w:rPr>
        <w:t>But that's not what Jesus modeled.</w:t>
      </w:r>
    </w:p>
    <w:p w14:paraId="5DEB0D5D" w14:textId="77777777" w:rsidR="00F32FA7" w:rsidRPr="00771DC2" w:rsidRDefault="00000000" w:rsidP="00E82982">
      <w:pPr>
        <w:spacing w:line="336" w:lineRule="auto"/>
        <w:ind w:firstLine="284"/>
        <w:rPr>
          <w:rFonts w:ascii="Garamond" w:hAnsi="Garamond"/>
        </w:rPr>
      </w:pPr>
      <w:r w:rsidRPr="00771DC2">
        <w:rPr>
          <w:rFonts w:ascii="Garamond" w:hAnsi="Garamond"/>
        </w:rPr>
        <w:t>Jesus loved everyone, but He wasn't controlled by anyone. He had boundaries with His time, His energy, and His availability. He let people be disappointed with Him. He refused to be manipulated by their emotions or expectations.</w:t>
      </w:r>
    </w:p>
    <w:p w14:paraId="1D6C8CD1" w14:textId="77777777" w:rsidR="00F32FA7" w:rsidRPr="00771DC2" w:rsidRDefault="00000000" w:rsidP="00E82982">
      <w:pPr>
        <w:spacing w:line="336" w:lineRule="auto"/>
        <w:ind w:firstLine="284"/>
        <w:rPr>
          <w:rFonts w:ascii="Garamond" w:hAnsi="Garamond"/>
        </w:rPr>
      </w:pPr>
      <w:r w:rsidRPr="00771DC2">
        <w:rPr>
          <w:rFonts w:ascii="Garamond" w:hAnsi="Garamond"/>
        </w:rPr>
        <w:t>And He calls us to do the same.</w:t>
      </w:r>
    </w:p>
    <w:p w14:paraId="6862F435"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Jesus' Model: Love Without Strings</w:t>
      </w:r>
    </w:p>
    <w:p w14:paraId="373F7DA1" w14:textId="77777777" w:rsidR="00F32FA7" w:rsidRPr="00771DC2" w:rsidRDefault="00000000" w:rsidP="00E82982">
      <w:pPr>
        <w:spacing w:line="336" w:lineRule="auto"/>
        <w:ind w:firstLine="284"/>
        <w:rPr>
          <w:rFonts w:ascii="Garamond" w:hAnsi="Garamond"/>
        </w:rPr>
      </w:pPr>
      <w:r w:rsidRPr="00771DC2">
        <w:rPr>
          <w:rFonts w:ascii="Garamond" w:hAnsi="Garamond"/>
        </w:rPr>
        <w:t>Jesus loved the woman at the well, but He confronted her sin (John 4). He didn't just accept her as she was and leave her there. He loved her enough to tell her the truth.</w:t>
      </w:r>
    </w:p>
    <w:p w14:paraId="19C3644E" w14:textId="77777777" w:rsidR="00F32FA7" w:rsidRPr="00771DC2" w:rsidRDefault="00000000" w:rsidP="00E82982">
      <w:pPr>
        <w:spacing w:line="336" w:lineRule="auto"/>
        <w:ind w:firstLine="284"/>
        <w:rPr>
          <w:rFonts w:ascii="Garamond" w:hAnsi="Garamond"/>
        </w:rPr>
      </w:pPr>
      <w:r w:rsidRPr="00771DC2">
        <w:rPr>
          <w:rFonts w:ascii="Garamond" w:hAnsi="Garamond"/>
        </w:rPr>
        <w:t>Jesus loved the rich young ruler, but He let him walk away sad (Luke 18:23). He didn't lower the bar or chase after him. He loved him enough to let him make his own choice.</w:t>
      </w:r>
    </w:p>
    <w:p w14:paraId="77EBBD81" w14:textId="77777777" w:rsidR="00F32FA7" w:rsidRPr="00771DC2" w:rsidRDefault="00000000" w:rsidP="00E82982">
      <w:pPr>
        <w:spacing w:line="336" w:lineRule="auto"/>
        <w:ind w:firstLine="284"/>
        <w:rPr>
          <w:rFonts w:ascii="Garamond" w:hAnsi="Garamond"/>
        </w:rPr>
      </w:pPr>
      <w:r w:rsidRPr="00771DC2">
        <w:rPr>
          <w:rFonts w:ascii="Garamond" w:hAnsi="Garamond"/>
        </w:rPr>
        <w:t>Jesus loved Peter, but He rebuked him sharply: "Get behind me, Satan!" (Matthew 16:23). He didn't ignore Peter's misguided advice just to keep the peace.</w:t>
      </w:r>
    </w:p>
    <w:p w14:paraId="29D1EE68"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Jesus loved Judas, but He didn't stop him from betraying Him (John 13:27). He knew what Judas was going to do, and He let him do it.</w:t>
      </w:r>
    </w:p>
    <w:p w14:paraId="75B3DF06" w14:textId="77777777" w:rsidR="00F32FA7" w:rsidRPr="00771DC2" w:rsidRDefault="00000000" w:rsidP="00E82982">
      <w:pPr>
        <w:spacing w:line="336" w:lineRule="auto"/>
        <w:ind w:firstLine="284"/>
        <w:rPr>
          <w:rFonts w:ascii="Garamond" w:hAnsi="Garamond"/>
        </w:rPr>
      </w:pPr>
      <w:r w:rsidRPr="00771DC2">
        <w:rPr>
          <w:rFonts w:ascii="Garamond" w:hAnsi="Garamond"/>
        </w:rPr>
        <w:t>Jesus served people without needing them to like Him. He helped people without needing them to appreciate Him. He loved people without being controlled by their responses.</w:t>
      </w:r>
    </w:p>
    <w:p w14:paraId="107FE1D1" w14:textId="77777777" w:rsidR="00F32FA7" w:rsidRPr="00771DC2" w:rsidRDefault="00000000" w:rsidP="00E82982">
      <w:pPr>
        <w:spacing w:line="336" w:lineRule="auto"/>
        <w:ind w:firstLine="284"/>
        <w:rPr>
          <w:rFonts w:ascii="Garamond" w:hAnsi="Garamond"/>
        </w:rPr>
      </w:pPr>
      <w:r w:rsidRPr="00771DC2">
        <w:rPr>
          <w:rFonts w:ascii="Garamond" w:hAnsi="Garamond"/>
        </w:rPr>
        <w:t>This is what healthy love looks like.</w:t>
      </w:r>
    </w:p>
    <w:p w14:paraId="1506D37D"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Why Boundaries Are an Act of Love</w:t>
      </w:r>
    </w:p>
    <w:p w14:paraId="41EC1D9B" w14:textId="77777777" w:rsidR="00F32FA7" w:rsidRPr="00771DC2" w:rsidRDefault="00000000" w:rsidP="00E82982">
      <w:pPr>
        <w:spacing w:line="336" w:lineRule="auto"/>
        <w:ind w:firstLine="284"/>
        <w:rPr>
          <w:rFonts w:ascii="Garamond" w:hAnsi="Garamond"/>
        </w:rPr>
      </w:pPr>
      <w:r w:rsidRPr="00771DC2">
        <w:rPr>
          <w:rFonts w:ascii="Garamond" w:hAnsi="Garamond"/>
        </w:rPr>
        <w:t>Boundaries aren't walls that keep people out—they're gates that determine what gets in.</w:t>
      </w:r>
    </w:p>
    <w:p w14:paraId="1A3889D2" w14:textId="77777777" w:rsidR="00F32FA7" w:rsidRPr="00771DC2" w:rsidRDefault="00000000" w:rsidP="00E82982">
      <w:pPr>
        <w:spacing w:line="336" w:lineRule="auto"/>
        <w:ind w:firstLine="284"/>
        <w:rPr>
          <w:rFonts w:ascii="Garamond" w:hAnsi="Garamond"/>
        </w:rPr>
      </w:pPr>
      <w:r w:rsidRPr="00771DC2">
        <w:rPr>
          <w:rFonts w:ascii="Garamond" w:hAnsi="Garamond"/>
          <w:b/>
        </w:rPr>
        <w:t>Boundaries protect your calling.</w:t>
      </w:r>
      <w:r w:rsidRPr="00771DC2">
        <w:rPr>
          <w:rFonts w:ascii="Garamond" w:hAnsi="Garamond"/>
        </w:rPr>
        <w:t xml:space="preserve"> You can't serve everyone. God has called you to specific people and specific work. Boundaries help you stay focused on your calling instead of being distracted by everyone else's needs.</w:t>
      </w:r>
    </w:p>
    <w:p w14:paraId="060BEDD9" w14:textId="77777777" w:rsidR="00F32FA7" w:rsidRPr="00771DC2" w:rsidRDefault="00000000" w:rsidP="00E82982">
      <w:pPr>
        <w:spacing w:line="336" w:lineRule="auto"/>
        <w:ind w:firstLine="284"/>
        <w:rPr>
          <w:rFonts w:ascii="Garamond" w:hAnsi="Garamond"/>
        </w:rPr>
      </w:pPr>
      <w:r w:rsidRPr="00771DC2">
        <w:rPr>
          <w:rFonts w:ascii="Garamond" w:hAnsi="Garamond"/>
          <w:b/>
        </w:rPr>
        <w:t>Boundaries promote others' growth.</w:t>
      </w:r>
      <w:r w:rsidRPr="00771DC2">
        <w:rPr>
          <w:rFonts w:ascii="Garamond" w:hAnsi="Garamond"/>
        </w:rPr>
        <w:t xml:space="preserve"> When you stop rescuing people from the consequences of their choices, you give them the opportunity to grow. When you stop doing for them </w:t>
      </w:r>
      <w:proofErr w:type="gramStart"/>
      <w:r w:rsidRPr="00771DC2">
        <w:rPr>
          <w:rFonts w:ascii="Garamond" w:hAnsi="Garamond"/>
        </w:rPr>
        <w:t>what</w:t>
      </w:r>
      <w:proofErr w:type="gramEnd"/>
      <w:r w:rsidRPr="00771DC2">
        <w:rPr>
          <w:rFonts w:ascii="Garamond" w:hAnsi="Garamond"/>
        </w:rPr>
        <w:t xml:space="preserve"> they should do for themselves, you force them to develop their own strength.</w:t>
      </w:r>
    </w:p>
    <w:p w14:paraId="12B045EC"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Boundaries preserve relationships.</w:t>
      </w:r>
      <w:r w:rsidRPr="00771DC2">
        <w:rPr>
          <w:rFonts w:ascii="Garamond" w:hAnsi="Garamond"/>
        </w:rPr>
        <w:t xml:space="preserve"> Resentment kills love. When you constantly give beyond what you have, you build resentment. Boundaries prevent that resentment from destroying relationships.</w:t>
      </w:r>
    </w:p>
    <w:p w14:paraId="0F772908" w14:textId="77777777" w:rsidR="00F32FA7" w:rsidRPr="00771DC2" w:rsidRDefault="00000000" w:rsidP="00E82982">
      <w:pPr>
        <w:spacing w:line="336" w:lineRule="auto"/>
        <w:ind w:firstLine="284"/>
        <w:rPr>
          <w:rFonts w:ascii="Garamond" w:hAnsi="Garamond"/>
        </w:rPr>
      </w:pPr>
      <w:r w:rsidRPr="00771DC2">
        <w:rPr>
          <w:rFonts w:ascii="Garamond" w:hAnsi="Garamond"/>
          <w:b/>
        </w:rPr>
        <w:t>Boundaries honor God.</w:t>
      </w:r>
      <w:r w:rsidRPr="00771DC2">
        <w:rPr>
          <w:rFonts w:ascii="Garamond" w:hAnsi="Garamond"/>
        </w:rPr>
        <w:t xml:space="preserve"> He gave you limits for a reason. When you consistently ignore those limits, you're essentially saying, "God, I know better than You about what I can handle."</w:t>
      </w:r>
    </w:p>
    <w:p w14:paraId="696DD785"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Difference Between Helping and Enabling</w:t>
      </w:r>
    </w:p>
    <w:p w14:paraId="35F1EB53"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This is crucial: </w:t>
      </w:r>
      <w:r w:rsidRPr="00771DC2">
        <w:rPr>
          <w:rFonts w:ascii="Garamond" w:hAnsi="Garamond"/>
          <w:b/>
        </w:rPr>
        <w:t>Helping is doing for others what they cannot do for themselves. Enabling is doing for others what they should do for themselves.</w:t>
      </w:r>
    </w:p>
    <w:p w14:paraId="1CDD991C" w14:textId="77777777" w:rsidR="00F32FA7" w:rsidRPr="00771DC2" w:rsidRDefault="00000000" w:rsidP="00E82982">
      <w:pPr>
        <w:spacing w:line="336" w:lineRule="auto"/>
        <w:ind w:firstLine="284"/>
        <w:rPr>
          <w:rFonts w:ascii="Garamond" w:hAnsi="Garamond"/>
        </w:rPr>
      </w:pPr>
      <w:r w:rsidRPr="00771DC2">
        <w:rPr>
          <w:rFonts w:ascii="Garamond" w:hAnsi="Garamond"/>
        </w:rPr>
        <w:t>Helping is temporary and leads to growth. You help someone who's genuinely unable to help themselves—someone who's sick, broken, in crisis.</w:t>
      </w:r>
    </w:p>
    <w:p w14:paraId="7C47855C" w14:textId="77777777" w:rsidR="00F32FA7" w:rsidRPr="00771DC2" w:rsidRDefault="00000000" w:rsidP="00E82982">
      <w:pPr>
        <w:spacing w:line="336" w:lineRule="auto"/>
        <w:ind w:firstLine="284"/>
        <w:rPr>
          <w:rFonts w:ascii="Garamond" w:hAnsi="Garamond"/>
        </w:rPr>
      </w:pPr>
      <w:r w:rsidRPr="00771DC2">
        <w:rPr>
          <w:rFonts w:ascii="Garamond" w:hAnsi="Garamond"/>
        </w:rPr>
        <w:t>Enabling is permanent and leads to dependence. You do for someone what they're perfectly capable of doing themselves, and in doing so, you rob them of the opportunity to grow.</w:t>
      </w:r>
    </w:p>
    <w:p w14:paraId="5ED4117B"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Jesus helped people, but He never enabled their immaturity.</w:t>
      </w:r>
    </w:p>
    <w:p w14:paraId="08AF8DA7" w14:textId="77777777" w:rsidR="00F32FA7" w:rsidRPr="00771DC2" w:rsidRDefault="00000000" w:rsidP="00E82982">
      <w:pPr>
        <w:spacing w:line="336" w:lineRule="auto"/>
        <w:ind w:firstLine="284"/>
        <w:rPr>
          <w:rFonts w:ascii="Garamond" w:hAnsi="Garamond"/>
        </w:rPr>
      </w:pPr>
      <w:r w:rsidRPr="00771DC2">
        <w:rPr>
          <w:rFonts w:ascii="Garamond" w:hAnsi="Garamond"/>
        </w:rPr>
        <w:t>He healed people, but He often required something from them first—faith, obedience, action. He fed the hungry, but He didn't become their permanent food source. He comforted the grieving, but He didn't shield them from the reality of loss.</w:t>
      </w:r>
    </w:p>
    <w:p w14:paraId="51D9FDB5" w14:textId="77777777" w:rsidR="00F32FA7" w:rsidRPr="00771DC2" w:rsidRDefault="00000000" w:rsidP="00E82982">
      <w:pPr>
        <w:spacing w:line="336" w:lineRule="auto"/>
        <w:ind w:firstLine="284"/>
        <w:rPr>
          <w:rFonts w:ascii="Garamond" w:hAnsi="Garamond"/>
        </w:rPr>
      </w:pPr>
      <w:r w:rsidRPr="00771DC2">
        <w:rPr>
          <w:rFonts w:ascii="Garamond" w:hAnsi="Garamond"/>
        </w:rPr>
        <w:t>Jesus loved people enough to let them struggle, to let them face consequences, to let them grow through difficulty.</w:t>
      </w:r>
    </w:p>
    <w:p w14:paraId="32E6F1E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How to Love the Difficult People</w:t>
      </w:r>
    </w:p>
    <w:p w14:paraId="60DA1882" w14:textId="77777777" w:rsidR="00F32FA7" w:rsidRPr="00771DC2" w:rsidRDefault="00000000" w:rsidP="00E82982">
      <w:pPr>
        <w:spacing w:line="336" w:lineRule="auto"/>
        <w:ind w:firstLine="284"/>
        <w:rPr>
          <w:rFonts w:ascii="Garamond" w:hAnsi="Garamond"/>
        </w:rPr>
      </w:pPr>
      <w:r w:rsidRPr="00771DC2">
        <w:rPr>
          <w:rFonts w:ascii="Garamond" w:hAnsi="Garamond"/>
        </w:rPr>
        <w:t>You know who I'm talking about. The person who drains you every time you interact with them. The family member who always has a crisis. The friend who takes and takes and never gives. The coworker who constantly dumps their emotional baggage on you.</w:t>
      </w:r>
    </w:p>
    <w:p w14:paraId="29EB0FEA"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the truth: </w:t>
      </w:r>
      <w:r w:rsidRPr="00771DC2">
        <w:rPr>
          <w:rFonts w:ascii="Garamond" w:hAnsi="Garamond"/>
          <w:b/>
        </w:rPr>
        <w:t>You can love someone without being available 24/7. You can care about someone without being responsible for their emotions. You can help someone without being their savior. You can be kind without being a doormat.</w:t>
      </w:r>
    </w:p>
    <w:p w14:paraId="39CE51EF"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You can also love someone from a distance if proximity is toxic.</w:t>
      </w:r>
    </w:p>
    <w:p w14:paraId="3B2A1411" w14:textId="77777777" w:rsidR="00F32FA7" w:rsidRPr="00771DC2" w:rsidRDefault="00000000" w:rsidP="00E82982">
      <w:pPr>
        <w:spacing w:line="336" w:lineRule="auto"/>
        <w:ind w:firstLine="284"/>
        <w:rPr>
          <w:rFonts w:ascii="Garamond" w:hAnsi="Garamond"/>
        </w:rPr>
      </w:pPr>
      <w:r w:rsidRPr="00771DC2">
        <w:rPr>
          <w:rFonts w:ascii="Garamond" w:hAnsi="Garamond"/>
        </w:rPr>
        <w:t>This doesn't mean you're unloving. It means you're wise.</w:t>
      </w:r>
    </w:p>
    <w:p w14:paraId="5850ACA3" w14:textId="77777777" w:rsidR="00F32FA7" w:rsidRPr="00771DC2" w:rsidRDefault="00000000" w:rsidP="00E82982">
      <w:pPr>
        <w:spacing w:line="336" w:lineRule="auto"/>
        <w:ind w:firstLine="284"/>
        <w:rPr>
          <w:rFonts w:ascii="Garamond" w:hAnsi="Garamond"/>
        </w:rPr>
      </w:pPr>
      <w:r w:rsidRPr="00771DC2">
        <w:rPr>
          <w:rFonts w:ascii="Garamond" w:hAnsi="Garamond"/>
        </w:rPr>
        <w:t>Jesus withdrew from the crowds to pray (Luke 5:16). He left places where people wanted Him to stay (Mark 1:38). He wasn't controlled by people's needs or manipulated by their expectations.</w:t>
      </w:r>
    </w:p>
    <w:p w14:paraId="29FBC89A" w14:textId="77777777" w:rsidR="00F32FA7" w:rsidRPr="00771DC2" w:rsidRDefault="00000000" w:rsidP="00E82982">
      <w:pPr>
        <w:spacing w:line="336" w:lineRule="auto"/>
        <w:ind w:firstLine="284"/>
        <w:rPr>
          <w:rFonts w:ascii="Garamond" w:hAnsi="Garamond"/>
        </w:rPr>
      </w:pPr>
      <w:r w:rsidRPr="00771DC2">
        <w:rPr>
          <w:rFonts w:ascii="Garamond" w:hAnsi="Garamond"/>
        </w:rPr>
        <w:t>Sometimes the most loving thing you can do is set a boundary. Sometimes the kindest thing you can do is say no. Sometimes the most helpful thing you can do is step back and let someone face the consequences of their own choices.</w:t>
      </w:r>
    </w:p>
    <w:p w14:paraId="3B4B7830"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Freedom of Loving Without Control</w:t>
      </w:r>
    </w:p>
    <w:p w14:paraId="594EA4C6" w14:textId="77777777" w:rsidR="00F32FA7" w:rsidRPr="00771DC2" w:rsidRDefault="00000000" w:rsidP="00E82982">
      <w:pPr>
        <w:spacing w:line="336" w:lineRule="auto"/>
        <w:ind w:firstLine="284"/>
        <w:rPr>
          <w:rFonts w:ascii="Garamond" w:hAnsi="Garamond"/>
        </w:rPr>
      </w:pPr>
      <w:r w:rsidRPr="00771DC2">
        <w:rPr>
          <w:rFonts w:ascii="Garamond" w:hAnsi="Garamond"/>
        </w:rPr>
        <w:t>Here's what changes when you learn to love without being controlled:</w:t>
      </w:r>
    </w:p>
    <w:p w14:paraId="391429E1" w14:textId="77777777" w:rsidR="00F32FA7" w:rsidRPr="00771DC2" w:rsidRDefault="00000000" w:rsidP="00E82982">
      <w:pPr>
        <w:spacing w:line="336" w:lineRule="auto"/>
        <w:ind w:firstLine="284"/>
        <w:rPr>
          <w:rFonts w:ascii="Garamond" w:hAnsi="Garamond"/>
        </w:rPr>
      </w:pPr>
      <w:r w:rsidRPr="00771DC2">
        <w:rPr>
          <w:rFonts w:ascii="Garamond" w:hAnsi="Garamond"/>
          <w:b/>
        </w:rPr>
        <w:t>You can love people without being manipulated by them.</w:t>
      </w:r>
      <w:r w:rsidRPr="00771DC2">
        <w:rPr>
          <w:rFonts w:ascii="Garamond" w:hAnsi="Garamond"/>
        </w:rPr>
        <w:t xml:space="preserve"> You can care about their well-being without feeling responsible for their happiness.</w:t>
      </w:r>
    </w:p>
    <w:p w14:paraId="5597706F" w14:textId="77777777" w:rsidR="00F32FA7" w:rsidRPr="00771DC2" w:rsidRDefault="00000000" w:rsidP="00E82982">
      <w:pPr>
        <w:spacing w:line="336" w:lineRule="auto"/>
        <w:ind w:firstLine="284"/>
        <w:rPr>
          <w:rFonts w:ascii="Garamond" w:hAnsi="Garamond"/>
        </w:rPr>
      </w:pPr>
      <w:r w:rsidRPr="00771DC2">
        <w:rPr>
          <w:rFonts w:ascii="Garamond" w:hAnsi="Garamond"/>
          <w:b/>
        </w:rPr>
        <w:t>You can serve people without being enslaved to them.</w:t>
      </w:r>
      <w:r w:rsidRPr="00771DC2">
        <w:rPr>
          <w:rFonts w:ascii="Garamond" w:hAnsi="Garamond"/>
        </w:rPr>
        <w:t xml:space="preserve"> You can help when you're able without feeling guilty when you're not.</w:t>
      </w:r>
    </w:p>
    <w:p w14:paraId="2DC1280B"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You can be present without being exhausted.</w:t>
      </w:r>
      <w:r w:rsidRPr="00771DC2">
        <w:rPr>
          <w:rFonts w:ascii="Garamond" w:hAnsi="Garamond"/>
        </w:rPr>
        <w:t xml:space="preserve"> You have energy for the relationships that matter most because you're not pouring yourself out for everyone who demands your attention.</w:t>
      </w:r>
    </w:p>
    <w:p w14:paraId="662A000A" w14:textId="77777777" w:rsidR="00F32FA7" w:rsidRPr="00771DC2" w:rsidRDefault="00000000" w:rsidP="00E82982">
      <w:pPr>
        <w:spacing w:line="336" w:lineRule="auto"/>
        <w:ind w:firstLine="284"/>
        <w:rPr>
          <w:rFonts w:ascii="Garamond" w:hAnsi="Garamond"/>
        </w:rPr>
      </w:pPr>
      <w:r w:rsidRPr="00771DC2">
        <w:rPr>
          <w:rFonts w:ascii="Garamond" w:hAnsi="Garamond"/>
          <w:b/>
        </w:rPr>
        <w:t>You can tell the truth without fearing their response.</w:t>
      </w:r>
      <w:r w:rsidRPr="00771DC2">
        <w:rPr>
          <w:rFonts w:ascii="Garamond" w:hAnsi="Garamond"/>
        </w:rPr>
        <w:t xml:space="preserve"> You can speak honestly about problems without worrying that they'll reject you.</w:t>
      </w:r>
    </w:p>
    <w:p w14:paraId="74507BDC" w14:textId="77777777" w:rsidR="00F32FA7" w:rsidRPr="00771DC2" w:rsidRDefault="00000000" w:rsidP="00E82982">
      <w:pPr>
        <w:spacing w:line="336" w:lineRule="auto"/>
        <w:ind w:firstLine="284"/>
        <w:rPr>
          <w:rFonts w:ascii="Garamond" w:hAnsi="Garamond"/>
        </w:rPr>
      </w:pPr>
      <w:r w:rsidRPr="00771DC2">
        <w:rPr>
          <w:rFonts w:ascii="Garamond" w:hAnsi="Garamond"/>
          <w:b/>
        </w:rPr>
        <w:t>You can let people be disappointed without feeling like a failure.</w:t>
      </w:r>
      <w:r w:rsidRPr="00771DC2">
        <w:rPr>
          <w:rFonts w:ascii="Garamond" w:hAnsi="Garamond"/>
        </w:rPr>
        <w:t xml:space="preserve"> Their disappointment is not your responsibility. Your obedience to God is.</w:t>
      </w:r>
    </w:p>
    <w:p w14:paraId="4EACAD45"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Biblical Examples</w:t>
      </w:r>
    </w:p>
    <w:p w14:paraId="517FFDC4" w14:textId="77777777" w:rsidR="00F32FA7" w:rsidRPr="00771DC2" w:rsidRDefault="00000000" w:rsidP="00E82982">
      <w:pPr>
        <w:spacing w:line="336" w:lineRule="auto"/>
        <w:ind w:firstLine="284"/>
        <w:rPr>
          <w:rFonts w:ascii="Garamond" w:hAnsi="Garamond"/>
        </w:rPr>
      </w:pPr>
      <w:r w:rsidRPr="00771DC2">
        <w:rPr>
          <w:rFonts w:ascii="Garamond" w:hAnsi="Garamond"/>
        </w:rPr>
        <w:t>Look at the father in the prodigal son parable (Luke 15). He loved both his sons, but he let one go. He didn't chase after the prodigal. He didn't try to fix the situation. He let his son face the consequences of his choices.</w:t>
      </w:r>
    </w:p>
    <w:p w14:paraId="36372FE8" w14:textId="77777777" w:rsidR="00F32FA7" w:rsidRPr="00771DC2" w:rsidRDefault="00000000" w:rsidP="00E82982">
      <w:pPr>
        <w:spacing w:line="336" w:lineRule="auto"/>
        <w:ind w:firstLine="284"/>
        <w:rPr>
          <w:rFonts w:ascii="Garamond" w:hAnsi="Garamond"/>
        </w:rPr>
      </w:pPr>
      <w:r w:rsidRPr="00771DC2">
        <w:rPr>
          <w:rFonts w:ascii="Garamond" w:hAnsi="Garamond"/>
        </w:rPr>
        <w:t>And when the son came back, the father welcomed him with open arms. He loved him without controlling him.</w:t>
      </w:r>
    </w:p>
    <w:p w14:paraId="7E3599BD"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Look at how Jesus handled His disciples. He loved them deeply, but He let them fail. He let Peter deny Him three times. He let Thomas doubt. He let them run away in fear. </w:t>
      </w:r>
      <w:r w:rsidRPr="00771DC2">
        <w:rPr>
          <w:rFonts w:ascii="Garamond" w:hAnsi="Garamond"/>
        </w:rPr>
        <w:lastRenderedPageBreak/>
        <w:t>He didn't protect them from difficulty or shield them from consequences.</w:t>
      </w:r>
    </w:p>
    <w:p w14:paraId="6957EC48" w14:textId="77777777" w:rsidR="00F32FA7" w:rsidRPr="00771DC2" w:rsidRDefault="00000000" w:rsidP="00E82982">
      <w:pPr>
        <w:spacing w:line="336" w:lineRule="auto"/>
        <w:ind w:firstLine="284"/>
        <w:rPr>
          <w:rFonts w:ascii="Garamond" w:hAnsi="Garamond"/>
        </w:rPr>
      </w:pPr>
      <w:r w:rsidRPr="00771DC2">
        <w:rPr>
          <w:rFonts w:ascii="Garamond" w:hAnsi="Garamond"/>
        </w:rPr>
        <w:t>He loved them by letting them grow through their failures.</w:t>
      </w:r>
    </w:p>
    <w:p w14:paraId="6D107379"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Challenge</w:t>
      </w:r>
    </w:p>
    <w:p w14:paraId="2B2AE9AF" w14:textId="77777777" w:rsidR="00F32FA7" w:rsidRPr="00771DC2" w:rsidRDefault="00000000" w:rsidP="00E82982">
      <w:pPr>
        <w:spacing w:line="336" w:lineRule="auto"/>
        <w:ind w:firstLine="284"/>
        <w:rPr>
          <w:rFonts w:ascii="Garamond" w:hAnsi="Garamond"/>
        </w:rPr>
      </w:pPr>
      <w:r w:rsidRPr="00771DC2">
        <w:rPr>
          <w:rFonts w:ascii="Garamond" w:hAnsi="Garamond"/>
        </w:rPr>
        <w:t>Identify one relationship where you've been enabling instead of helping. Where have you been doing for someone what they should be doing for themselves? Where have you been carrying their emotional baggage instead of letting them carry their own cross?</w:t>
      </w:r>
    </w:p>
    <w:p w14:paraId="2853BAD0" w14:textId="77777777" w:rsidR="00F32FA7" w:rsidRPr="00771DC2" w:rsidRDefault="00000000" w:rsidP="00E82982">
      <w:pPr>
        <w:spacing w:line="336" w:lineRule="auto"/>
        <w:ind w:firstLine="284"/>
        <w:rPr>
          <w:rFonts w:ascii="Garamond" w:hAnsi="Garamond"/>
        </w:rPr>
      </w:pPr>
      <w:r w:rsidRPr="00771DC2">
        <w:rPr>
          <w:rFonts w:ascii="Garamond" w:hAnsi="Garamond"/>
        </w:rPr>
        <w:t>What would healthy love look like in that relationship?</w:t>
      </w:r>
    </w:p>
    <w:p w14:paraId="2F32880B" w14:textId="77777777" w:rsidR="00F32FA7" w:rsidRPr="00771DC2" w:rsidRDefault="00000000" w:rsidP="00E82982">
      <w:pPr>
        <w:spacing w:line="336" w:lineRule="auto"/>
        <w:ind w:firstLine="284"/>
        <w:rPr>
          <w:rFonts w:ascii="Garamond" w:hAnsi="Garamond"/>
        </w:rPr>
      </w:pPr>
      <w:r w:rsidRPr="00771DC2">
        <w:rPr>
          <w:rFonts w:ascii="Garamond" w:hAnsi="Garamond"/>
        </w:rPr>
        <w:t>Set one boundary this week. It might be saying no to a request. It might be refusing to rescue them from a consequence. It might be limiting your availability.</w:t>
      </w:r>
    </w:p>
    <w:p w14:paraId="4099D69A" w14:textId="77777777" w:rsidR="00F32FA7" w:rsidRPr="00771DC2" w:rsidRDefault="00000000" w:rsidP="00E82982">
      <w:pPr>
        <w:spacing w:line="336" w:lineRule="auto"/>
        <w:ind w:firstLine="284"/>
        <w:rPr>
          <w:rFonts w:ascii="Garamond" w:hAnsi="Garamond"/>
        </w:rPr>
      </w:pPr>
      <w:r w:rsidRPr="00771DC2">
        <w:rPr>
          <w:rFonts w:ascii="Garamond" w:hAnsi="Garamond"/>
        </w:rPr>
        <w:t>Notice the guilt that comes up. Sit with it. Pray through it. Ask God to help you distinguish between true conviction and false guilt.</w:t>
      </w:r>
    </w:p>
    <w:p w14:paraId="68CAAC28"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Remember: </w:t>
      </w:r>
      <w:r w:rsidRPr="00771DC2">
        <w:rPr>
          <w:rFonts w:ascii="Garamond" w:hAnsi="Garamond"/>
          <w:b/>
        </w:rPr>
        <w:t>You can love someone without being controlled by them. And sometimes, the most loving thing you can do is set a boundary.</w:t>
      </w:r>
    </w:p>
    <w:p w14:paraId="423B6F0C"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Jesus loved everyone, but He wasn't controlled by anyone. That's the model we need to follow.</w:t>
      </w:r>
    </w:p>
    <w:p w14:paraId="7D1FE424"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4B802F8A"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t>CHAPTER 11: Fail Forward</w:t>
      </w:r>
    </w:p>
    <w:p w14:paraId="0FACA1B8" w14:textId="77777777" w:rsidR="00F32FA7" w:rsidRPr="00771DC2" w:rsidRDefault="00000000" w:rsidP="00E82982">
      <w:pPr>
        <w:spacing w:line="336" w:lineRule="auto"/>
        <w:ind w:firstLine="284"/>
        <w:rPr>
          <w:rFonts w:ascii="Garamond" w:hAnsi="Garamond"/>
        </w:rPr>
      </w:pPr>
      <w:r w:rsidRPr="00771DC2">
        <w:rPr>
          <w:rFonts w:ascii="Garamond" w:hAnsi="Garamond"/>
        </w:rPr>
        <w:t>*"Peter denied Jesus three times, then became the rock on which Christ built His church. Your failure isn't final."*</w:t>
      </w:r>
    </w:p>
    <w:p w14:paraId="6CC4C87D"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Let me tell you something that might set you free: </w:t>
      </w:r>
      <w:r w:rsidRPr="00771DC2">
        <w:rPr>
          <w:rFonts w:ascii="Garamond" w:hAnsi="Garamond"/>
          <w:b/>
        </w:rPr>
        <w:t>You're going to fail. And that's okay.</w:t>
      </w:r>
    </w:p>
    <w:p w14:paraId="544C4989" w14:textId="77777777" w:rsidR="00F32FA7" w:rsidRPr="00771DC2" w:rsidRDefault="00000000" w:rsidP="00E82982">
      <w:pPr>
        <w:spacing w:line="336" w:lineRule="auto"/>
        <w:ind w:firstLine="284"/>
        <w:rPr>
          <w:rFonts w:ascii="Garamond" w:hAnsi="Garamond"/>
        </w:rPr>
      </w:pPr>
      <w:r w:rsidRPr="00771DC2">
        <w:rPr>
          <w:rFonts w:ascii="Garamond" w:hAnsi="Garamond"/>
        </w:rPr>
        <w:t>In fact, it's more than okay—it's necessary.</w:t>
      </w:r>
    </w:p>
    <w:p w14:paraId="0DADFCCA" w14:textId="77777777" w:rsidR="00F32FA7" w:rsidRPr="00771DC2" w:rsidRDefault="00000000" w:rsidP="00E82982">
      <w:pPr>
        <w:spacing w:line="336" w:lineRule="auto"/>
        <w:ind w:firstLine="284"/>
        <w:rPr>
          <w:rFonts w:ascii="Garamond" w:hAnsi="Garamond"/>
        </w:rPr>
      </w:pPr>
      <w:r w:rsidRPr="00771DC2">
        <w:rPr>
          <w:rFonts w:ascii="Garamond" w:hAnsi="Garamond"/>
        </w:rPr>
        <w:t>You're so afraid of failing that you've stopped trying. You'd rather do nothing than risk doing something imperfectly. But that's not faithfulness—that's fear wearing a spiritual mask.</w:t>
      </w:r>
    </w:p>
    <w:p w14:paraId="66C79A10"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the truth: </w:t>
      </w:r>
      <w:r w:rsidRPr="00771DC2">
        <w:rPr>
          <w:rFonts w:ascii="Garamond" w:hAnsi="Garamond"/>
          <w:b/>
        </w:rPr>
        <w:t>God uses imperfect obedience more than He uses perfect excuses.</w:t>
      </w:r>
    </w:p>
    <w:p w14:paraId="126E38FF"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Paralysis of Perfectionism</w:t>
      </w:r>
    </w:p>
    <w:p w14:paraId="298D58AB" w14:textId="77777777" w:rsidR="00F32FA7" w:rsidRPr="00771DC2" w:rsidRDefault="00000000" w:rsidP="00E82982">
      <w:pPr>
        <w:spacing w:line="336" w:lineRule="auto"/>
        <w:ind w:firstLine="284"/>
        <w:rPr>
          <w:rFonts w:ascii="Garamond" w:hAnsi="Garamond"/>
        </w:rPr>
      </w:pPr>
      <w:r w:rsidRPr="00771DC2">
        <w:rPr>
          <w:rFonts w:ascii="Garamond" w:hAnsi="Garamond"/>
        </w:rPr>
        <w:t>Perfectionism isn't about excellence—it's about fear. It's the belief that you have to be flawless to be valuable, that you can't make mistakes, that one failure defines you forever.</w:t>
      </w:r>
    </w:p>
    <w:p w14:paraId="2E8F5D48" w14:textId="77777777" w:rsidR="00F32FA7" w:rsidRPr="00771DC2" w:rsidRDefault="00000000" w:rsidP="00E82982">
      <w:pPr>
        <w:spacing w:line="336" w:lineRule="auto"/>
        <w:ind w:firstLine="284"/>
        <w:rPr>
          <w:rFonts w:ascii="Garamond" w:hAnsi="Garamond"/>
        </w:rPr>
      </w:pPr>
      <w:r w:rsidRPr="00771DC2">
        <w:rPr>
          <w:rFonts w:ascii="Garamond" w:hAnsi="Garamond"/>
        </w:rPr>
        <w:t>It's exhausting. And it's a lie.</w:t>
      </w:r>
    </w:p>
    <w:p w14:paraId="4CFA5FBC" w14:textId="77777777" w:rsidR="00F32FA7" w:rsidRPr="00771DC2" w:rsidRDefault="00000000" w:rsidP="00E82982">
      <w:pPr>
        <w:spacing w:line="336" w:lineRule="auto"/>
        <w:ind w:firstLine="284"/>
        <w:rPr>
          <w:rFonts w:ascii="Garamond" w:hAnsi="Garamond"/>
        </w:rPr>
      </w:pPr>
      <w:r w:rsidRPr="00771DC2">
        <w:rPr>
          <w:rFonts w:ascii="Garamond" w:hAnsi="Garamond"/>
        </w:rPr>
        <w:t>Perfectionism says, "I have to get it right the first time." Faith says, "I'm going to try, and if I fail, I'll learn and try again."</w:t>
      </w:r>
    </w:p>
    <w:p w14:paraId="3C377B33" w14:textId="77777777" w:rsidR="00F32FA7" w:rsidRPr="00771DC2" w:rsidRDefault="00000000" w:rsidP="00E82982">
      <w:pPr>
        <w:spacing w:line="336" w:lineRule="auto"/>
        <w:ind w:firstLine="284"/>
        <w:rPr>
          <w:rFonts w:ascii="Garamond" w:hAnsi="Garamond"/>
        </w:rPr>
      </w:pPr>
      <w:r w:rsidRPr="00771DC2">
        <w:rPr>
          <w:rFonts w:ascii="Garamond" w:hAnsi="Garamond"/>
        </w:rPr>
        <w:t>Perfectionism says, "I can't start until I'm sure I'll succeed." Faith says, "I'll start even though I might fail, because obedience matters more than outcomes."</w:t>
      </w:r>
    </w:p>
    <w:p w14:paraId="377E2D71" w14:textId="77777777" w:rsidR="00F32FA7" w:rsidRPr="00771DC2" w:rsidRDefault="00000000" w:rsidP="00E82982">
      <w:pPr>
        <w:spacing w:line="336" w:lineRule="auto"/>
        <w:ind w:firstLine="284"/>
        <w:rPr>
          <w:rFonts w:ascii="Garamond" w:hAnsi="Garamond"/>
        </w:rPr>
      </w:pPr>
      <w:r w:rsidRPr="00771DC2">
        <w:rPr>
          <w:rFonts w:ascii="Garamond" w:hAnsi="Garamond"/>
        </w:rPr>
        <w:t>Perfectionism says, "If I mess up, I'm worthless." Faith says, "My worth is in Christ, not in my performance."</w:t>
      </w:r>
    </w:p>
    <w:p w14:paraId="7EA220B0" w14:textId="77777777" w:rsidR="00F32FA7" w:rsidRPr="00771DC2" w:rsidRDefault="00000000" w:rsidP="00E82982">
      <w:pPr>
        <w:spacing w:line="336" w:lineRule="auto"/>
        <w:ind w:firstLine="284"/>
        <w:rPr>
          <w:rFonts w:ascii="Garamond" w:hAnsi="Garamond"/>
        </w:rPr>
      </w:pPr>
      <w:r w:rsidRPr="00771DC2">
        <w:rPr>
          <w:rFonts w:ascii="Garamond" w:hAnsi="Garamond"/>
        </w:rPr>
        <w:t>We've become so afraid of doing it wrong that we've forgotten how to do it at all. We wait for the perfect moment, the perfect plan, the perfect conditions. And while we wait, life passes us by.</w:t>
      </w:r>
    </w:p>
    <w:p w14:paraId="2CCCFB92"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But here's what you need to understand: </w:t>
      </w:r>
      <w:r w:rsidRPr="00771DC2">
        <w:rPr>
          <w:rFonts w:ascii="Garamond" w:hAnsi="Garamond"/>
          <w:b/>
        </w:rPr>
        <w:t>Perfectionism isn't humility. It's pride in disguise.</w:t>
      </w:r>
    </w:p>
    <w:p w14:paraId="4EDBDECA"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When you demand perfection from yourself, you're essentially saying, "I have to be God." You're saying that you can't afford to be human, to make mistakes, to need grace.</w:t>
      </w:r>
    </w:p>
    <w:p w14:paraId="63FEC18C" w14:textId="77777777" w:rsidR="00F32FA7" w:rsidRPr="00771DC2" w:rsidRDefault="00000000" w:rsidP="00E82982">
      <w:pPr>
        <w:spacing w:line="336" w:lineRule="auto"/>
        <w:ind w:firstLine="284"/>
        <w:rPr>
          <w:rFonts w:ascii="Garamond" w:hAnsi="Garamond"/>
        </w:rPr>
      </w:pPr>
      <w:r w:rsidRPr="00771DC2">
        <w:rPr>
          <w:rFonts w:ascii="Garamond" w:hAnsi="Garamond"/>
        </w:rPr>
        <w:t>But you're not God. You're human. And that's the whole point.</w:t>
      </w:r>
    </w:p>
    <w:p w14:paraId="3F5413B7"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Peter: The Patron Saint of Failing Forward</w:t>
      </w:r>
    </w:p>
    <w:p w14:paraId="178536FD" w14:textId="77777777" w:rsidR="00F32FA7" w:rsidRPr="00771DC2" w:rsidRDefault="00000000" w:rsidP="00E82982">
      <w:pPr>
        <w:spacing w:line="336" w:lineRule="auto"/>
        <w:ind w:firstLine="284"/>
        <w:rPr>
          <w:rFonts w:ascii="Garamond" w:hAnsi="Garamond"/>
        </w:rPr>
      </w:pPr>
      <w:r w:rsidRPr="00771DC2">
        <w:rPr>
          <w:rFonts w:ascii="Garamond" w:hAnsi="Garamond"/>
        </w:rPr>
        <w:t>If anyone should have been disqualified from ministry, it was Peter.</w:t>
      </w:r>
    </w:p>
    <w:p w14:paraId="6C9B43C7" w14:textId="77777777" w:rsidR="00F32FA7" w:rsidRPr="00771DC2" w:rsidRDefault="00000000" w:rsidP="00E82982">
      <w:pPr>
        <w:spacing w:line="336" w:lineRule="auto"/>
        <w:ind w:firstLine="284"/>
        <w:rPr>
          <w:rFonts w:ascii="Garamond" w:hAnsi="Garamond"/>
        </w:rPr>
      </w:pPr>
      <w:r w:rsidRPr="00771DC2">
        <w:rPr>
          <w:rFonts w:ascii="Garamond" w:hAnsi="Garamond"/>
        </w:rPr>
        <w:t>He walked on water... then sank because he took his eyes off Jesus (Matthew 14:30). He declared loyalty to Jesus... then denied Him three times when it mattered most (Luke 22:57-60). He cut off a soldier's ear in the Garden of Gethsemane (John 18:10). He got publicly rebuked by Paul for hypocrisy (Galatians 2:11).</w:t>
      </w:r>
    </w:p>
    <w:p w14:paraId="1B840828" w14:textId="77777777" w:rsidR="00F32FA7" w:rsidRPr="00771DC2" w:rsidRDefault="00000000" w:rsidP="00E82982">
      <w:pPr>
        <w:spacing w:line="336" w:lineRule="auto"/>
        <w:ind w:firstLine="284"/>
        <w:rPr>
          <w:rFonts w:ascii="Garamond" w:hAnsi="Garamond"/>
        </w:rPr>
      </w:pPr>
      <w:r w:rsidRPr="00771DC2">
        <w:rPr>
          <w:rFonts w:ascii="Garamond" w:hAnsi="Garamond"/>
        </w:rPr>
        <w:t>Peter was impulsive, inconsistent, and unreliable. Yet Jesus looked at this hot mess of a man and said, "On this rock I will build my church" (Matthew 16:18).</w:t>
      </w:r>
    </w:p>
    <w:p w14:paraId="33399882" w14:textId="77777777" w:rsidR="00F32FA7" w:rsidRPr="00771DC2" w:rsidRDefault="00000000" w:rsidP="00E82982">
      <w:pPr>
        <w:spacing w:line="336" w:lineRule="auto"/>
        <w:ind w:firstLine="284"/>
        <w:rPr>
          <w:rFonts w:ascii="Garamond" w:hAnsi="Garamond"/>
        </w:rPr>
      </w:pPr>
      <w:r w:rsidRPr="00771DC2">
        <w:rPr>
          <w:rFonts w:ascii="Garamond" w:hAnsi="Garamond"/>
        </w:rPr>
        <w:t>Jesus built His church on the guy who failed the most spectacularly.</w:t>
      </w:r>
    </w:p>
    <w:p w14:paraId="439C92FC" w14:textId="77777777" w:rsidR="00F32FA7" w:rsidRPr="00771DC2" w:rsidRDefault="00000000" w:rsidP="00E82982">
      <w:pPr>
        <w:spacing w:line="336" w:lineRule="auto"/>
        <w:ind w:firstLine="284"/>
        <w:rPr>
          <w:rFonts w:ascii="Garamond" w:hAnsi="Garamond"/>
        </w:rPr>
      </w:pPr>
      <w:r w:rsidRPr="00771DC2">
        <w:rPr>
          <w:rFonts w:ascii="Garamond" w:hAnsi="Garamond"/>
        </w:rPr>
        <w:t>Think about that.</w:t>
      </w:r>
    </w:p>
    <w:p w14:paraId="68BFACA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What Peter Teaches Us About Failure</w:t>
      </w:r>
    </w:p>
    <w:p w14:paraId="1C4E8996" w14:textId="77777777" w:rsidR="00F32FA7" w:rsidRPr="00771DC2" w:rsidRDefault="00000000" w:rsidP="00E82982">
      <w:pPr>
        <w:spacing w:line="336" w:lineRule="auto"/>
        <w:ind w:firstLine="284"/>
        <w:rPr>
          <w:rFonts w:ascii="Garamond" w:hAnsi="Garamond"/>
        </w:rPr>
      </w:pPr>
      <w:r w:rsidRPr="00771DC2">
        <w:rPr>
          <w:rFonts w:ascii="Garamond" w:hAnsi="Garamond"/>
        </w:rPr>
        <w:t>Here's what Peter's story shows us:</w:t>
      </w:r>
    </w:p>
    <w:p w14:paraId="0C0104F4" w14:textId="77777777" w:rsidR="00F32FA7" w:rsidRPr="00771DC2" w:rsidRDefault="00000000" w:rsidP="00E82982">
      <w:pPr>
        <w:spacing w:line="336" w:lineRule="auto"/>
        <w:ind w:firstLine="284"/>
        <w:rPr>
          <w:rFonts w:ascii="Garamond" w:hAnsi="Garamond"/>
        </w:rPr>
      </w:pPr>
      <w:r w:rsidRPr="00771DC2">
        <w:rPr>
          <w:rFonts w:ascii="Garamond" w:hAnsi="Garamond"/>
          <w:b/>
        </w:rPr>
        <w:t>Jesus knew Peter would fail—and He called him anyway.</w:t>
      </w:r>
      <w:r w:rsidRPr="00771DC2">
        <w:rPr>
          <w:rFonts w:ascii="Garamond" w:hAnsi="Garamond"/>
        </w:rPr>
        <w:t xml:space="preserve"> Jesus looked Peter in the eye and said, "You will deny me three times" (Luke 22:34). He knew exactly what Peter would do. And He still chose him.</w:t>
      </w:r>
    </w:p>
    <w:p w14:paraId="1E27C6BB" w14:textId="77777777" w:rsidR="00F32FA7" w:rsidRPr="00771DC2" w:rsidRDefault="00000000" w:rsidP="00E82982">
      <w:pPr>
        <w:spacing w:line="336" w:lineRule="auto"/>
        <w:ind w:firstLine="284"/>
        <w:rPr>
          <w:rFonts w:ascii="Garamond" w:hAnsi="Garamond"/>
        </w:rPr>
      </w:pPr>
      <w:r w:rsidRPr="00771DC2">
        <w:rPr>
          <w:rFonts w:ascii="Garamond" w:hAnsi="Garamond"/>
        </w:rPr>
        <w:t>God knows every failure you're going to make, every mistake you're going to commit, every time you're going to fall short. And He still chooses you.</w:t>
      </w:r>
    </w:p>
    <w:p w14:paraId="76FFAF59" w14:textId="77777777" w:rsidR="00F32FA7" w:rsidRPr="00771DC2" w:rsidRDefault="00000000" w:rsidP="00E82982">
      <w:pPr>
        <w:spacing w:line="336" w:lineRule="auto"/>
        <w:ind w:firstLine="284"/>
        <w:rPr>
          <w:rFonts w:ascii="Garamond" w:hAnsi="Garamond"/>
        </w:rPr>
      </w:pPr>
      <w:r w:rsidRPr="00771DC2">
        <w:rPr>
          <w:rFonts w:ascii="Garamond" w:hAnsi="Garamond"/>
          <w:b/>
        </w:rPr>
        <w:t>Jesus restored Peter after his failure.</w:t>
      </w:r>
      <w:r w:rsidRPr="00771DC2">
        <w:rPr>
          <w:rFonts w:ascii="Garamond" w:hAnsi="Garamond"/>
        </w:rPr>
        <w:t xml:space="preserve"> After the resurrection, Jesus had a conversation with Peter on the beach. Three times Peter denied Jesus. Three times Jesus asked, "Do you love me?" (John 21:15-17).</w:t>
      </w:r>
    </w:p>
    <w:p w14:paraId="49F6EB1C" w14:textId="77777777" w:rsidR="00F32FA7" w:rsidRPr="00771DC2" w:rsidRDefault="00000000" w:rsidP="00E82982">
      <w:pPr>
        <w:spacing w:line="336" w:lineRule="auto"/>
        <w:ind w:firstLine="284"/>
        <w:rPr>
          <w:rFonts w:ascii="Garamond" w:hAnsi="Garamond"/>
        </w:rPr>
      </w:pPr>
      <w:r w:rsidRPr="00771DC2">
        <w:rPr>
          <w:rFonts w:ascii="Garamond" w:hAnsi="Garamond"/>
        </w:rPr>
        <w:t>Jesus didn't shame Peter for his failure. He restored him with the same grace with which he called him.</w:t>
      </w:r>
    </w:p>
    <w:p w14:paraId="20A65BBA" w14:textId="77777777" w:rsidR="00F32FA7" w:rsidRPr="00771DC2" w:rsidRDefault="00000000" w:rsidP="00E82982">
      <w:pPr>
        <w:spacing w:line="336" w:lineRule="auto"/>
        <w:ind w:firstLine="284"/>
        <w:rPr>
          <w:rFonts w:ascii="Garamond" w:hAnsi="Garamond"/>
        </w:rPr>
      </w:pPr>
      <w:r w:rsidRPr="00771DC2">
        <w:rPr>
          <w:rFonts w:ascii="Garamond" w:hAnsi="Garamond"/>
          <w:b/>
        </w:rPr>
        <w:t>Peter's failure made him a better leader.</w:t>
      </w:r>
      <w:r w:rsidRPr="00771DC2">
        <w:rPr>
          <w:rFonts w:ascii="Garamond" w:hAnsi="Garamond"/>
        </w:rPr>
        <w:t xml:space="preserve"> Before his denial, Peter was arrogant and self-confident. After his denial, he was humble and dependent on grace. His biggest failure became his greatest sermon topic.</w:t>
      </w:r>
    </w:p>
    <w:p w14:paraId="2919BE25"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On the day of Pentecost, Peter preached about Jesus—the same Jesus he had denied. And 3,000 people were saved (Acts 2:41).</w:t>
      </w:r>
    </w:p>
    <w:p w14:paraId="5BA06788" w14:textId="77777777" w:rsidR="00F32FA7" w:rsidRPr="00771DC2" w:rsidRDefault="00000000" w:rsidP="00E82982">
      <w:pPr>
        <w:spacing w:line="336" w:lineRule="auto"/>
        <w:ind w:firstLine="284"/>
        <w:rPr>
          <w:rFonts w:ascii="Garamond" w:hAnsi="Garamond"/>
        </w:rPr>
      </w:pPr>
      <w:r w:rsidRPr="00771DC2">
        <w:rPr>
          <w:rFonts w:ascii="Garamond" w:hAnsi="Garamond"/>
        </w:rPr>
        <w:t>Peter's failure didn't disqualify him from ministry. It prepared him for it.</w:t>
      </w:r>
    </w:p>
    <w:p w14:paraId="33B0C14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Difference Between Failure and Faithfulness</w:t>
      </w:r>
    </w:p>
    <w:p w14:paraId="1EF441E0"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what you need to understand: </w:t>
      </w:r>
      <w:r w:rsidRPr="00771DC2">
        <w:rPr>
          <w:rFonts w:ascii="Garamond" w:hAnsi="Garamond"/>
          <w:b/>
        </w:rPr>
        <w:t>Failure is falling short of perfection. Faithfulness is getting back up and trying again.</w:t>
      </w:r>
    </w:p>
    <w:p w14:paraId="1B8FE9DF" w14:textId="77777777" w:rsidR="00F32FA7" w:rsidRPr="00771DC2" w:rsidRDefault="00000000" w:rsidP="00E82982">
      <w:pPr>
        <w:spacing w:line="336" w:lineRule="auto"/>
        <w:ind w:firstLine="284"/>
        <w:rPr>
          <w:rFonts w:ascii="Garamond" w:hAnsi="Garamond"/>
        </w:rPr>
      </w:pPr>
      <w:r w:rsidRPr="00771DC2">
        <w:rPr>
          <w:rFonts w:ascii="Garamond" w:hAnsi="Garamond"/>
        </w:rPr>
        <w:t>Failure is inevitable. You're going to mess up. You're going to make mistakes. You're going to fall short. That's part of being human.</w:t>
      </w:r>
    </w:p>
    <w:p w14:paraId="7B0BCC07" w14:textId="77777777" w:rsidR="00F32FA7" w:rsidRPr="00771DC2" w:rsidRDefault="00000000" w:rsidP="00E82982">
      <w:pPr>
        <w:spacing w:line="336" w:lineRule="auto"/>
        <w:ind w:firstLine="284"/>
        <w:rPr>
          <w:rFonts w:ascii="Garamond" w:hAnsi="Garamond"/>
        </w:rPr>
      </w:pPr>
      <w:r w:rsidRPr="00771DC2">
        <w:rPr>
          <w:rFonts w:ascii="Garamond" w:hAnsi="Garamond"/>
        </w:rPr>
        <w:t>But faithfulness is a choice. When you fail, you can stay down or get back up. You can wallow in shame or run to grace. You can let your failure define you or let it refine you.</w:t>
      </w:r>
    </w:p>
    <w:p w14:paraId="0E9F1558" w14:textId="77777777" w:rsidR="00F32FA7" w:rsidRPr="00771DC2" w:rsidRDefault="00000000" w:rsidP="00E82982">
      <w:pPr>
        <w:spacing w:line="336" w:lineRule="auto"/>
        <w:ind w:firstLine="284"/>
        <w:rPr>
          <w:rFonts w:ascii="Garamond" w:hAnsi="Garamond"/>
        </w:rPr>
      </w:pPr>
      <w:r w:rsidRPr="00771DC2">
        <w:rPr>
          <w:rFonts w:ascii="Garamond" w:hAnsi="Garamond"/>
        </w:rPr>
        <w:t>God doesn't call you to be perfect. He calls you to be faithful.</w:t>
      </w:r>
    </w:p>
    <w:p w14:paraId="08027A8F" w14:textId="77777777" w:rsidR="00F32FA7" w:rsidRPr="00771DC2" w:rsidRDefault="00000000" w:rsidP="00E82982">
      <w:pPr>
        <w:spacing w:line="336" w:lineRule="auto"/>
        <w:ind w:firstLine="284"/>
        <w:rPr>
          <w:rFonts w:ascii="Garamond" w:hAnsi="Garamond"/>
        </w:rPr>
      </w:pPr>
      <w:r w:rsidRPr="00771DC2">
        <w:rPr>
          <w:rFonts w:ascii="Garamond" w:hAnsi="Garamond"/>
        </w:rPr>
        <w:t>Faithful people fail forward—they learn, repent, and keep going.</w:t>
      </w:r>
    </w:p>
    <w:p w14:paraId="62246C28"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Freedom to Try and Fuck Up</w:t>
      </w:r>
    </w:p>
    <w:p w14:paraId="2A561AD1" w14:textId="77777777" w:rsidR="00F32FA7" w:rsidRPr="00771DC2" w:rsidRDefault="00000000" w:rsidP="00E82982">
      <w:pPr>
        <w:spacing w:line="336" w:lineRule="auto"/>
        <w:ind w:firstLine="284"/>
        <w:rPr>
          <w:rFonts w:ascii="Garamond" w:hAnsi="Garamond"/>
        </w:rPr>
      </w:pPr>
      <w:r w:rsidRPr="00771DC2">
        <w:rPr>
          <w:rFonts w:ascii="Garamond" w:hAnsi="Garamond"/>
        </w:rPr>
        <w:t>When you're not afraid of failure, you can take risks. When you know God's grace covers your mistakes, you can experiment. When you understand that failure isn't final, you can be bold.</w:t>
      </w:r>
    </w:p>
    <w:p w14:paraId="444F8710" w14:textId="77777777" w:rsidR="00F32FA7" w:rsidRPr="00771DC2" w:rsidRDefault="00000000" w:rsidP="00E82982">
      <w:pPr>
        <w:spacing w:line="336" w:lineRule="auto"/>
        <w:ind w:firstLine="284"/>
        <w:rPr>
          <w:rFonts w:ascii="Garamond" w:hAnsi="Garamond"/>
        </w:rPr>
      </w:pPr>
      <w:r w:rsidRPr="00771DC2">
        <w:rPr>
          <w:rFonts w:ascii="Garamond" w:hAnsi="Garamond"/>
        </w:rPr>
        <w:t>Think about what you're not doing because you're afraid of failing.</w:t>
      </w:r>
    </w:p>
    <w:p w14:paraId="39FD4110" w14:textId="77777777" w:rsidR="00F32FA7" w:rsidRPr="00771DC2" w:rsidRDefault="00000000" w:rsidP="00E82982">
      <w:pPr>
        <w:spacing w:line="336" w:lineRule="auto"/>
        <w:ind w:firstLine="284"/>
        <w:rPr>
          <w:rFonts w:ascii="Garamond" w:hAnsi="Garamond"/>
        </w:rPr>
      </w:pPr>
      <w:r w:rsidRPr="00771DC2">
        <w:rPr>
          <w:rFonts w:ascii="Garamond" w:hAnsi="Garamond"/>
        </w:rPr>
        <w:t>You're not sharing the gospel because you might say the wrong thing. You're not starting that ministry because it might not work. You're not pursuing that calling because you might not be good enough. You're not being honest in your relationships because you might be rejected.</w:t>
      </w:r>
    </w:p>
    <w:p w14:paraId="43B5CAE5" w14:textId="77777777" w:rsidR="00F32FA7" w:rsidRPr="00771DC2" w:rsidRDefault="00000000" w:rsidP="00E82982">
      <w:pPr>
        <w:spacing w:line="336" w:lineRule="auto"/>
        <w:ind w:firstLine="284"/>
        <w:rPr>
          <w:rFonts w:ascii="Garamond" w:hAnsi="Garamond"/>
        </w:rPr>
      </w:pPr>
      <w:r w:rsidRPr="00771DC2">
        <w:rPr>
          <w:rFonts w:ascii="Garamond" w:hAnsi="Garamond"/>
        </w:rPr>
        <w:t>You're letting fear of failure keep you from obedience.</w:t>
      </w:r>
    </w:p>
    <w:p w14:paraId="303582FE"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But here's the truth: </w:t>
      </w:r>
      <w:r w:rsidRPr="00771DC2">
        <w:rPr>
          <w:rFonts w:ascii="Garamond" w:hAnsi="Garamond"/>
          <w:b/>
        </w:rPr>
        <w:t>The only true failure is refusing to try.</w:t>
      </w:r>
    </w:p>
    <w:p w14:paraId="0FEF0EE9" w14:textId="77777777" w:rsidR="00F32FA7" w:rsidRPr="00771DC2" w:rsidRDefault="00000000" w:rsidP="00E82982">
      <w:pPr>
        <w:spacing w:line="336" w:lineRule="auto"/>
        <w:ind w:firstLine="284"/>
        <w:rPr>
          <w:rFonts w:ascii="Garamond" w:hAnsi="Garamond"/>
        </w:rPr>
      </w:pPr>
      <w:r w:rsidRPr="00771DC2">
        <w:rPr>
          <w:rFonts w:ascii="Garamond" w:hAnsi="Garamond"/>
        </w:rPr>
        <w:t>You know what God can't use? Perfect plans that never get executed. Great ideas that stay in your head. Good intentions that never turn into action.</w:t>
      </w:r>
    </w:p>
    <w:p w14:paraId="611BC2CE" w14:textId="77777777" w:rsidR="00F32FA7" w:rsidRPr="00771DC2" w:rsidRDefault="00000000" w:rsidP="00E82982">
      <w:pPr>
        <w:spacing w:line="336" w:lineRule="auto"/>
        <w:ind w:firstLine="284"/>
        <w:rPr>
          <w:rFonts w:ascii="Garamond" w:hAnsi="Garamond"/>
        </w:rPr>
      </w:pPr>
      <w:r w:rsidRPr="00771DC2">
        <w:rPr>
          <w:rFonts w:ascii="Garamond" w:hAnsi="Garamond"/>
        </w:rPr>
        <w:t>But you know what God can use? Imperfect attempts. Messy obedience. Flawed efforts.</w:t>
      </w:r>
    </w:p>
    <w:p w14:paraId="010D4197"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How to Fail Forward Like Jesus Wants You To</w:t>
      </w:r>
    </w:p>
    <w:p w14:paraId="7499EEC8" w14:textId="77777777" w:rsidR="00F32FA7" w:rsidRPr="00771DC2" w:rsidRDefault="00000000" w:rsidP="00E82982">
      <w:pPr>
        <w:spacing w:line="336" w:lineRule="auto"/>
        <w:ind w:firstLine="284"/>
        <w:rPr>
          <w:rFonts w:ascii="Garamond" w:hAnsi="Garamond"/>
        </w:rPr>
      </w:pPr>
      <w:r w:rsidRPr="00771DC2">
        <w:rPr>
          <w:rFonts w:ascii="Garamond" w:hAnsi="Garamond"/>
        </w:rPr>
        <w:t>Here's the process:</w:t>
      </w:r>
    </w:p>
    <w:p w14:paraId="506A5FF3" w14:textId="77777777" w:rsidR="00F32FA7" w:rsidRPr="00771DC2" w:rsidRDefault="00000000" w:rsidP="00E82982">
      <w:pPr>
        <w:spacing w:line="336" w:lineRule="auto"/>
        <w:ind w:firstLine="284"/>
        <w:rPr>
          <w:rFonts w:ascii="Garamond" w:hAnsi="Garamond"/>
        </w:rPr>
      </w:pPr>
      <w:r w:rsidRPr="00771DC2">
        <w:rPr>
          <w:rFonts w:ascii="Garamond" w:hAnsi="Garamond"/>
          <w:b/>
        </w:rPr>
        <w:t>Step 1: Acknowledge the failure honestly.</w:t>
      </w:r>
      <w:r w:rsidRPr="00771DC2">
        <w:rPr>
          <w:rFonts w:ascii="Garamond" w:hAnsi="Garamond"/>
        </w:rPr>
        <w:t xml:space="preserve"> Don't minimize it. Don't make excuses. Don't blame others. Own it.</w:t>
      </w:r>
    </w:p>
    <w:p w14:paraId="1BEFC4DF" w14:textId="77777777" w:rsidR="00F32FA7" w:rsidRPr="00771DC2" w:rsidRDefault="00000000" w:rsidP="00E82982">
      <w:pPr>
        <w:spacing w:line="336" w:lineRule="auto"/>
        <w:ind w:firstLine="284"/>
        <w:rPr>
          <w:rFonts w:ascii="Garamond" w:hAnsi="Garamond"/>
        </w:rPr>
      </w:pPr>
      <w:r w:rsidRPr="00771DC2">
        <w:rPr>
          <w:rFonts w:ascii="Garamond" w:hAnsi="Garamond"/>
          <w:b/>
        </w:rPr>
        <w:t>Step 2: Repent if there's sin involved.</w:t>
      </w:r>
      <w:r w:rsidRPr="00771DC2">
        <w:rPr>
          <w:rFonts w:ascii="Garamond" w:hAnsi="Garamond"/>
        </w:rPr>
        <w:t xml:space="preserve"> If you sinned, confess it. If you hurt someone, apologize. If you need to make it right, do it.</w:t>
      </w:r>
    </w:p>
    <w:p w14:paraId="58605F73" w14:textId="77777777" w:rsidR="00F32FA7" w:rsidRPr="00771DC2" w:rsidRDefault="00000000" w:rsidP="00E82982">
      <w:pPr>
        <w:spacing w:line="336" w:lineRule="auto"/>
        <w:ind w:firstLine="284"/>
        <w:rPr>
          <w:rFonts w:ascii="Garamond" w:hAnsi="Garamond"/>
        </w:rPr>
      </w:pPr>
      <w:r w:rsidRPr="00771DC2">
        <w:rPr>
          <w:rFonts w:ascii="Garamond" w:hAnsi="Garamond"/>
          <w:b/>
        </w:rPr>
        <w:t>Step 3: Learn from it.</w:t>
      </w:r>
      <w:r w:rsidRPr="00771DC2">
        <w:rPr>
          <w:rFonts w:ascii="Garamond" w:hAnsi="Garamond"/>
        </w:rPr>
        <w:t xml:space="preserve"> What can this teach you? What would you do differently? What did this reveal about your character or your weaknesses?</w:t>
      </w:r>
    </w:p>
    <w:p w14:paraId="043AA0B6" w14:textId="77777777" w:rsidR="00F32FA7" w:rsidRPr="00771DC2" w:rsidRDefault="00000000" w:rsidP="00E82982">
      <w:pPr>
        <w:spacing w:line="336" w:lineRule="auto"/>
        <w:ind w:firstLine="284"/>
        <w:rPr>
          <w:rFonts w:ascii="Garamond" w:hAnsi="Garamond"/>
        </w:rPr>
      </w:pPr>
      <w:r w:rsidRPr="00771DC2">
        <w:rPr>
          <w:rFonts w:ascii="Garamond" w:hAnsi="Garamond"/>
          <w:b/>
        </w:rPr>
        <w:t>Step 4: Get back up.</w:t>
      </w:r>
      <w:r w:rsidRPr="00771DC2">
        <w:rPr>
          <w:rFonts w:ascii="Garamond" w:hAnsi="Garamond"/>
        </w:rPr>
        <w:t xml:space="preserve"> Don't camp out in shame. Don't let your failure become your identity. Receive God's grace and move forward.</w:t>
      </w:r>
    </w:p>
    <w:p w14:paraId="5834291A" w14:textId="77777777" w:rsidR="00F32FA7" w:rsidRPr="00771DC2" w:rsidRDefault="00000000" w:rsidP="00E82982">
      <w:pPr>
        <w:spacing w:line="336" w:lineRule="auto"/>
        <w:ind w:firstLine="284"/>
        <w:rPr>
          <w:rFonts w:ascii="Garamond" w:hAnsi="Garamond"/>
        </w:rPr>
      </w:pPr>
      <w:r w:rsidRPr="00771DC2">
        <w:rPr>
          <w:rFonts w:ascii="Garamond" w:hAnsi="Garamond"/>
          <w:b/>
        </w:rPr>
        <w:t>Step 5: Try again with more wisdom.</w:t>
      </w:r>
      <w:r w:rsidRPr="00771DC2">
        <w:rPr>
          <w:rFonts w:ascii="Garamond" w:hAnsi="Garamond"/>
        </w:rPr>
        <w:t xml:space="preserve"> You're not starting from scratch—you're starting from experience. You know more now than you did before.</w:t>
      </w:r>
    </w:p>
    <w:p w14:paraId="6419B31E" w14:textId="77777777" w:rsidR="00F32FA7" w:rsidRPr="00771DC2" w:rsidRDefault="00000000" w:rsidP="00E82982">
      <w:pPr>
        <w:spacing w:line="336" w:lineRule="auto"/>
        <w:ind w:firstLine="284"/>
        <w:rPr>
          <w:rFonts w:ascii="Garamond" w:hAnsi="Garamond"/>
        </w:rPr>
      </w:pPr>
      <w:r w:rsidRPr="00771DC2">
        <w:rPr>
          <w:rFonts w:ascii="Garamond" w:hAnsi="Garamond"/>
        </w:rPr>
        <w:t>This is what it means to fail forward. You don't avoid failure—you learn from it. You don't let it stop you—you let it shape you.</w:t>
      </w:r>
    </w:p>
    <w:p w14:paraId="48F97C96"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Biblical Examples</w:t>
      </w:r>
    </w:p>
    <w:p w14:paraId="262D558B" w14:textId="77777777" w:rsidR="00F32FA7" w:rsidRPr="00771DC2" w:rsidRDefault="00000000" w:rsidP="00E82982">
      <w:pPr>
        <w:spacing w:line="336" w:lineRule="auto"/>
        <w:ind w:firstLine="284"/>
        <w:rPr>
          <w:rFonts w:ascii="Garamond" w:hAnsi="Garamond"/>
        </w:rPr>
      </w:pPr>
      <w:r w:rsidRPr="00771DC2">
        <w:rPr>
          <w:rFonts w:ascii="Garamond" w:hAnsi="Garamond"/>
          <w:b/>
        </w:rPr>
        <w:t>David</w:t>
      </w:r>
      <w:r w:rsidRPr="00771DC2">
        <w:rPr>
          <w:rFonts w:ascii="Garamond" w:hAnsi="Garamond"/>
        </w:rPr>
        <w:t xml:space="preserve"> committed adultery and murder (2 Samuel 11). Yet God called him "a man after my own heart" (1 Samuel 13:14).</w:t>
      </w:r>
    </w:p>
    <w:p w14:paraId="3437812D" w14:textId="77777777" w:rsidR="00F32FA7" w:rsidRPr="00771DC2" w:rsidRDefault="00000000" w:rsidP="00E82982">
      <w:pPr>
        <w:spacing w:line="336" w:lineRule="auto"/>
        <w:ind w:firstLine="284"/>
        <w:rPr>
          <w:rFonts w:ascii="Garamond" w:hAnsi="Garamond"/>
        </w:rPr>
      </w:pPr>
      <w:r w:rsidRPr="00771DC2">
        <w:rPr>
          <w:rFonts w:ascii="Garamond" w:hAnsi="Garamond"/>
        </w:rPr>
        <w:t>What made David a man after God's heart wasn't that he never sinned. It was that when he sinned, he repented deeply. Read Psalm 51—that's what true repentance looks like.</w:t>
      </w:r>
    </w:p>
    <w:p w14:paraId="5063605B" w14:textId="77777777" w:rsidR="00F32FA7" w:rsidRPr="00771DC2" w:rsidRDefault="00000000" w:rsidP="00E82982">
      <w:pPr>
        <w:spacing w:line="336" w:lineRule="auto"/>
        <w:ind w:firstLine="284"/>
        <w:rPr>
          <w:rFonts w:ascii="Garamond" w:hAnsi="Garamond"/>
        </w:rPr>
      </w:pPr>
      <w:r w:rsidRPr="00771DC2">
        <w:rPr>
          <w:rFonts w:ascii="Garamond" w:hAnsi="Garamond"/>
          <w:b/>
        </w:rPr>
        <w:t>Moses</w:t>
      </w:r>
      <w:r w:rsidRPr="00771DC2">
        <w:rPr>
          <w:rFonts w:ascii="Garamond" w:hAnsi="Garamond"/>
        </w:rPr>
        <w:t xml:space="preserve"> murdered a man and ran away (Exodus 2:12-15). Yet God chose him to deliver Israel from Egypt.</w:t>
      </w:r>
    </w:p>
    <w:p w14:paraId="0F746811" w14:textId="77777777" w:rsidR="00F32FA7" w:rsidRPr="00771DC2" w:rsidRDefault="00000000" w:rsidP="00E82982">
      <w:pPr>
        <w:spacing w:line="336" w:lineRule="auto"/>
        <w:ind w:firstLine="284"/>
        <w:rPr>
          <w:rFonts w:ascii="Garamond" w:hAnsi="Garamond"/>
        </w:rPr>
      </w:pPr>
      <w:r w:rsidRPr="00771DC2">
        <w:rPr>
          <w:rFonts w:ascii="Garamond" w:hAnsi="Garamond"/>
          <w:b/>
        </w:rPr>
        <w:t>Paul</w:t>
      </w:r>
      <w:r w:rsidRPr="00771DC2">
        <w:rPr>
          <w:rFonts w:ascii="Garamond" w:hAnsi="Garamond"/>
        </w:rPr>
        <w:t xml:space="preserve"> persecuted Christians and approved of Stephen's murder (Acts 8:1). Yet God chose him to be the greatest missionary in history.</w:t>
      </w:r>
    </w:p>
    <w:p w14:paraId="7FC901F4" w14:textId="77777777" w:rsidR="00F32FA7" w:rsidRPr="00771DC2" w:rsidRDefault="00000000" w:rsidP="00E82982">
      <w:pPr>
        <w:spacing w:line="336" w:lineRule="auto"/>
        <w:ind w:firstLine="284"/>
        <w:rPr>
          <w:rFonts w:ascii="Garamond" w:hAnsi="Garamond"/>
        </w:rPr>
      </w:pPr>
      <w:r w:rsidRPr="00771DC2">
        <w:rPr>
          <w:rFonts w:ascii="Garamond" w:hAnsi="Garamond"/>
          <w:b/>
        </w:rPr>
        <w:t>Jonah</w:t>
      </w:r>
      <w:r w:rsidRPr="00771DC2">
        <w:rPr>
          <w:rFonts w:ascii="Garamond" w:hAnsi="Garamond"/>
        </w:rPr>
        <w:t xml:space="preserve"> ran from God, got swallowed by a fish, and preached the most reluctant sermon ever. Yet God used him to save an entire city (Jonah 3).</w:t>
      </w:r>
    </w:p>
    <w:p w14:paraId="5D5CED2B" w14:textId="77777777" w:rsidR="00F32FA7" w:rsidRPr="00771DC2" w:rsidRDefault="00000000" w:rsidP="00E82982">
      <w:pPr>
        <w:spacing w:line="336" w:lineRule="auto"/>
        <w:ind w:firstLine="284"/>
        <w:rPr>
          <w:rFonts w:ascii="Garamond" w:hAnsi="Garamond"/>
        </w:rPr>
      </w:pPr>
      <w:r w:rsidRPr="00771DC2">
        <w:rPr>
          <w:rFonts w:ascii="Garamond" w:hAnsi="Garamond"/>
        </w:rPr>
        <w:t>God's specialty is using people who've failed spectacularly.</w:t>
      </w:r>
    </w:p>
    <w:p w14:paraId="51036A74"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Challenge</w:t>
      </w:r>
    </w:p>
    <w:p w14:paraId="0B17CA32" w14:textId="77777777" w:rsidR="00F32FA7" w:rsidRPr="00771DC2" w:rsidRDefault="00000000" w:rsidP="00E82982">
      <w:pPr>
        <w:spacing w:line="336" w:lineRule="auto"/>
        <w:ind w:firstLine="284"/>
        <w:rPr>
          <w:rFonts w:ascii="Garamond" w:hAnsi="Garamond"/>
        </w:rPr>
      </w:pPr>
      <w:r w:rsidRPr="00771DC2">
        <w:rPr>
          <w:rFonts w:ascii="Garamond" w:hAnsi="Garamond"/>
        </w:rPr>
        <w:t>Identify one area where fear of failure has kept you from obedience.</w:t>
      </w:r>
    </w:p>
    <w:p w14:paraId="2AB4A2C7"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Maybe it's a conversation you need to have. Maybe it's a risk you need to take. Maybe it's a calling you've been avoiding.</w:t>
      </w:r>
    </w:p>
    <w:p w14:paraId="6ED57220"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Take one imperfect step this week. Don't wait until you're ready. Don't wait </w:t>
      </w:r>
      <w:proofErr w:type="gramStart"/>
      <w:r w:rsidRPr="00771DC2">
        <w:rPr>
          <w:rFonts w:ascii="Garamond" w:hAnsi="Garamond"/>
        </w:rPr>
        <w:t>until</w:t>
      </w:r>
      <w:proofErr w:type="gramEnd"/>
      <w:r w:rsidRPr="00771DC2">
        <w:rPr>
          <w:rFonts w:ascii="Garamond" w:hAnsi="Garamond"/>
        </w:rPr>
        <w:t xml:space="preserve"> you're sure. Don't wait until you know you'll succeed.</w:t>
      </w:r>
    </w:p>
    <w:p w14:paraId="0D881A8F" w14:textId="77777777" w:rsidR="00F32FA7" w:rsidRPr="00771DC2" w:rsidRDefault="00000000" w:rsidP="00E82982">
      <w:pPr>
        <w:spacing w:line="336" w:lineRule="auto"/>
        <w:ind w:firstLine="284"/>
        <w:rPr>
          <w:rFonts w:ascii="Garamond" w:hAnsi="Garamond"/>
        </w:rPr>
      </w:pPr>
      <w:r w:rsidRPr="00771DC2">
        <w:rPr>
          <w:rFonts w:ascii="Garamond" w:hAnsi="Garamond"/>
        </w:rPr>
        <w:t>Just obey.</w:t>
      </w:r>
    </w:p>
    <w:p w14:paraId="396F86D6" w14:textId="77777777" w:rsidR="00F32FA7" w:rsidRPr="00771DC2" w:rsidRDefault="00000000" w:rsidP="00E82982">
      <w:pPr>
        <w:spacing w:line="336" w:lineRule="auto"/>
        <w:ind w:firstLine="284"/>
        <w:rPr>
          <w:rFonts w:ascii="Garamond" w:hAnsi="Garamond"/>
        </w:rPr>
      </w:pPr>
      <w:r w:rsidRPr="00771DC2">
        <w:rPr>
          <w:rFonts w:ascii="Garamond" w:hAnsi="Garamond"/>
        </w:rPr>
        <w:t>And when (not if) you mess up, practice Peter's model: acknowledge it, learn from it, get back up.</w:t>
      </w:r>
    </w:p>
    <w:p w14:paraId="0694A400" w14:textId="77777777" w:rsidR="00F32FA7" w:rsidRPr="00771DC2" w:rsidRDefault="00000000" w:rsidP="00E82982">
      <w:pPr>
        <w:spacing w:line="336" w:lineRule="auto"/>
        <w:ind w:firstLine="284"/>
        <w:rPr>
          <w:rFonts w:ascii="Garamond" w:hAnsi="Garamond"/>
        </w:rPr>
      </w:pPr>
      <w:r w:rsidRPr="00771DC2">
        <w:rPr>
          <w:rFonts w:ascii="Garamond" w:hAnsi="Garamond"/>
        </w:rPr>
        <w:t>Write down what you learned from the failure. Not what you did wrong, but what you learned.</w:t>
      </w:r>
    </w:p>
    <w:p w14:paraId="0F6448D4"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Because here's the truth: </w:t>
      </w:r>
      <w:r w:rsidRPr="00771DC2">
        <w:rPr>
          <w:rFonts w:ascii="Garamond" w:hAnsi="Garamond"/>
          <w:b/>
        </w:rPr>
        <w:t>Failure is only final if you let it be.</w:t>
      </w:r>
    </w:p>
    <w:p w14:paraId="154AA2AB" w14:textId="77777777" w:rsidR="00F32FA7" w:rsidRPr="00771DC2" w:rsidRDefault="00000000" w:rsidP="00E82982">
      <w:pPr>
        <w:spacing w:line="336" w:lineRule="auto"/>
        <w:ind w:firstLine="284"/>
        <w:rPr>
          <w:rFonts w:ascii="Garamond" w:hAnsi="Garamond"/>
        </w:rPr>
      </w:pPr>
      <w:r w:rsidRPr="00771DC2">
        <w:rPr>
          <w:rFonts w:ascii="Garamond" w:hAnsi="Garamond"/>
        </w:rPr>
        <w:t>Peter denied Jesus three times, then became the rock on which Christ built His church. Your failure isn't final either.</w:t>
      </w:r>
    </w:p>
    <w:p w14:paraId="6B4F2FB1" w14:textId="77777777" w:rsidR="00F32FA7" w:rsidRPr="00771DC2" w:rsidRDefault="00000000" w:rsidP="00E82982">
      <w:pPr>
        <w:spacing w:line="336" w:lineRule="auto"/>
        <w:ind w:firstLine="284"/>
        <w:rPr>
          <w:rFonts w:ascii="Garamond" w:hAnsi="Garamond"/>
        </w:rPr>
      </w:pPr>
      <w:r w:rsidRPr="00771DC2">
        <w:rPr>
          <w:rFonts w:ascii="Garamond" w:hAnsi="Garamond"/>
        </w:rPr>
        <w:t>Fail forward. That's the only direction worth going.</w:t>
      </w:r>
    </w:p>
    <w:p w14:paraId="57E594A2"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1D83E418"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lastRenderedPageBreak/>
        <w:t>CHAPTER 12: Live Like You're Dying (Because You Are)</w:t>
      </w:r>
    </w:p>
    <w:p w14:paraId="67D22D01" w14:textId="77777777" w:rsidR="00F32FA7" w:rsidRPr="00771DC2" w:rsidRDefault="00000000" w:rsidP="00E82982">
      <w:pPr>
        <w:spacing w:line="336" w:lineRule="auto"/>
        <w:ind w:firstLine="284"/>
        <w:rPr>
          <w:rFonts w:ascii="Garamond" w:hAnsi="Garamond"/>
        </w:rPr>
      </w:pPr>
      <w:r w:rsidRPr="00771DC2">
        <w:rPr>
          <w:rFonts w:ascii="Garamond" w:hAnsi="Garamond"/>
        </w:rPr>
        <w:t>*"You're going to die. Probably sooner than you think. So why are you living like you have forever?"*</w:t>
      </w:r>
    </w:p>
    <w:p w14:paraId="051579BA"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a thought that should wreck your priorities: </w:t>
      </w:r>
      <w:r w:rsidRPr="00771DC2">
        <w:rPr>
          <w:rFonts w:ascii="Garamond" w:hAnsi="Garamond"/>
          <w:b/>
        </w:rPr>
        <w:t>Most of the shit you're stressed about today won't matter in a hundred years.</w:t>
      </w:r>
    </w:p>
    <w:p w14:paraId="23EB7970" w14:textId="77777777" w:rsidR="00F32FA7" w:rsidRPr="00771DC2" w:rsidRDefault="00000000" w:rsidP="00E82982">
      <w:pPr>
        <w:spacing w:line="336" w:lineRule="auto"/>
        <w:ind w:firstLine="284"/>
        <w:rPr>
          <w:rFonts w:ascii="Garamond" w:hAnsi="Garamond"/>
        </w:rPr>
      </w:pPr>
      <w:r w:rsidRPr="00771DC2">
        <w:rPr>
          <w:rFonts w:ascii="Garamond" w:hAnsi="Garamond"/>
        </w:rPr>
        <w:t>That promotion you're killing yourself for? Dead and buried. That argument with your neighbor? Ancient history. That embarrassing thing you said at the party? Forgotten. That car payment, that house upgrade, that perfect Instagram feed? Dust.</w:t>
      </w:r>
    </w:p>
    <w:p w14:paraId="1B9E7F41" w14:textId="77777777" w:rsidR="00F32FA7" w:rsidRPr="00771DC2" w:rsidRDefault="00000000" w:rsidP="00E82982">
      <w:pPr>
        <w:spacing w:line="336" w:lineRule="auto"/>
        <w:ind w:firstLine="284"/>
        <w:rPr>
          <w:rFonts w:ascii="Garamond" w:hAnsi="Garamond"/>
        </w:rPr>
      </w:pPr>
      <w:r w:rsidRPr="00771DC2">
        <w:rPr>
          <w:rFonts w:ascii="Garamond" w:hAnsi="Garamond"/>
        </w:rPr>
        <w:t>But here's what will matter: Did you love well? Did you serve faithfully? Did you point people to Jesus? Did you live like heaven was real and hell was real and souls were on the line?</w:t>
      </w:r>
    </w:p>
    <w:p w14:paraId="2A84919E"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Because here's the uncomfortable truth that nobody wants to talk about: </w:t>
      </w:r>
      <w:r w:rsidRPr="00771DC2">
        <w:rPr>
          <w:rFonts w:ascii="Garamond" w:hAnsi="Garamond"/>
          <w:b/>
        </w:rPr>
        <w:t>This life is not the main event. It's the opening act.</w:t>
      </w:r>
    </w:p>
    <w:p w14:paraId="3AD32C4C"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And most of us are living like the opening act is all there is.</w:t>
      </w:r>
    </w:p>
    <w:p w14:paraId="5257278A"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Reality Check of Eternity</w:t>
      </w:r>
    </w:p>
    <w:p w14:paraId="7494C15B" w14:textId="77777777" w:rsidR="00F32FA7" w:rsidRPr="00771DC2" w:rsidRDefault="00000000" w:rsidP="00E82982">
      <w:pPr>
        <w:spacing w:line="336" w:lineRule="auto"/>
        <w:ind w:firstLine="284"/>
        <w:rPr>
          <w:rFonts w:ascii="Garamond" w:hAnsi="Garamond"/>
        </w:rPr>
      </w:pPr>
      <w:r w:rsidRPr="00771DC2">
        <w:rPr>
          <w:rFonts w:ascii="Garamond" w:hAnsi="Garamond"/>
        </w:rPr>
        <w:t>Let me give you some perspective that might sting: If you live to be 80, you get roughly 29,200 days on this earth. That's it. Less than 30,000 days to make decisions that will echo through eternity.</w:t>
      </w:r>
    </w:p>
    <w:p w14:paraId="09CAB34D"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Now compare that to forever. Literally forever. No ending. No expiration </w:t>
      </w:r>
      <w:proofErr w:type="gramStart"/>
      <w:r w:rsidRPr="00771DC2">
        <w:rPr>
          <w:rFonts w:ascii="Garamond" w:hAnsi="Garamond"/>
        </w:rPr>
        <w:t>date</w:t>
      </w:r>
      <w:proofErr w:type="gramEnd"/>
      <w:r w:rsidRPr="00771DC2">
        <w:rPr>
          <w:rFonts w:ascii="Garamond" w:hAnsi="Garamond"/>
        </w:rPr>
        <w:t>. No final credits rolling.</w:t>
      </w:r>
    </w:p>
    <w:p w14:paraId="404D5289" w14:textId="77777777" w:rsidR="00F32FA7" w:rsidRPr="00771DC2" w:rsidRDefault="00000000" w:rsidP="00E82982">
      <w:pPr>
        <w:spacing w:line="336" w:lineRule="auto"/>
        <w:ind w:firstLine="284"/>
        <w:rPr>
          <w:rFonts w:ascii="Garamond" w:hAnsi="Garamond"/>
        </w:rPr>
      </w:pPr>
      <w:r w:rsidRPr="00771DC2">
        <w:rPr>
          <w:rFonts w:ascii="Garamond" w:hAnsi="Garamond"/>
        </w:rPr>
        <w:t>You will spend infinitely more time in eternity than you will on earth.</w:t>
      </w:r>
    </w:p>
    <w:p w14:paraId="71642922" w14:textId="77777777" w:rsidR="00F32FA7" w:rsidRPr="00771DC2" w:rsidRDefault="00000000" w:rsidP="00E82982">
      <w:pPr>
        <w:spacing w:line="336" w:lineRule="auto"/>
        <w:ind w:firstLine="284"/>
        <w:rPr>
          <w:rFonts w:ascii="Garamond" w:hAnsi="Garamond"/>
        </w:rPr>
      </w:pPr>
      <w:r w:rsidRPr="00771DC2">
        <w:rPr>
          <w:rFonts w:ascii="Garamond" w:hAnsi="Garamond"/>
        </w:rPr>
        <w:t>So why are you living like this temporary blip is the whole story?</w:t>
      </w:r>
    </w:p>
    <w:p w14:paraId="2A8AF59D" w14:textId="77777777" w:rsidR="00F32FA7" w:rsidRPr="00771DC2" w:rsidRDefault="00000000" w:rsidP="00E82982">
      <w:pPr>
        <w:spacing w:line="336" w:lineRule="auto"/>
        <w:ind w:firstLine="284"/>
        <w:rPr>
          <w:rFonts w:ascii="Garamond" w:hAnsi="Garamond"/>
        </w:rPr>
      </w:pPr>
      <w:r w:rsidRPr="00771DC2">
        <w:rPr>
          <w:rFonts w:ascii="Garamond" w:hAnsi="Garamond"/>
        </w:rPr>
        <w:t>Every decision you make today is either building something eternal or something temporary. Every conversation either points someone toward heaven or away from it. Every moment is either invested in what lasts or wasted on what doesn't.</w:t>
      </w:r>
    </w:p>
    <w:p w14:paraId="2FFD500B"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Math of Mortality</w:t>
      </w:r>
    </w:p>
    <w:p w14:paraId="23F47ED4" w14:textId="77777777" w:rsidR="00F32FA7" w:rsidRPr="00771DC2" w:rsidRDefault="00000000" w:rsidP="00E82982">
      <w:pPr>
        <w:spacing w:line="336" w:lineRule="auto"/>
        <w:ind w:firstLine="284"/>
        <w:rPr>
          <w:rFonts w:ascii="Garamond" w:hAnsi="Garamond"/>
        </w:rPr>
      </w:pPr>
      <w:r w:rsidRPr="00771DC2">
        <w:rPr>
          <w:rFonts w:ascii="Garamond" w:hAnsi="Garamond"/>
        </w:rPr>
        <w:t>Here's some math that should change your life: If this earth lasts another million years (which it won't, but let's say it does), and you live for 80 years, you will have experienced 0.008% of even that limited timespan.</w:t>
      </w:r>
    </w:p>
    <w:p w14:paraId="75B253C5"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Point zero </w:t>
      </w:r>
      <w:proofErr w:type="spellStart"/>
      <w:r w:rsidRPr="00771DC2">
        <w:rPr>
          <w:rFonts w:ascii="Garamond" w:hAnsi="Garamond"/>
        </w:rPr>
        <w:t>zero</w:t>
      </w:r>
      <w:proofErr w:type="spellEnd"/>
      <w:r w:rsidRPr="00771DC2">
        <w:rPr>
          <w:rFonts w:ascii="Garamond" w:hAnsi="Garamond"/>
        </w:rPr>
        <w:t xml:space="preserve"> eight percent.</w:t>
      </w:r>
    </w:p>
    <w:p w14:paraId="554494B7" w14:textId="77777777" w:rsidR="00F32FA7" w:rsidRPr="00771DC2" w:rsidRDefault="00000000" w:rsidP="00E82982">
      <w:pPr>
        <w:spacing w:line="336" w:lineRule="auto"/>
        <w:ind w:firstLine="284"/>
        <w:rPr>
          <w:rFonts w:ascii="Garamond" w:hAnsi="Garamond"/>
        </w:rPr>
      </w:pPr>
      <w:r w:rsidRPr="00771DC2">
        <w:rPr>
          <w:rFonts w:ascii="Garamond" w:hAnsi="Garamond"/>
        </w:rPr>
        <w:t>And that's just if earth lasts a million more years. Eternity has no end.</w:t>
      </w:r>
    </w:p>
    <w:p w14:paraId="430A1CE7" w14:textId="77777777" w:rsidR="00F32FA7" w:rsidRPr="00771DC2" w:rsidRDefault="00000000" w:rsidP="00E82982">
      <w:pPr>
        <w:spacing w:line="336" w:lineRule="auto"/>
        <w:ind w:firstLine="284"/>
        <w:rPr>
          <w:rFonts w:ascii="Garamond" w:hAnsi="Garamond"/>
        </w:rPr>
      </w:pPr>
      <w:r w:rsidRPr="00771DC2">
        <w:rPr>
          <w:rFonts w:ascii="Garamond" w:hAnsi="Garamond"/>
        </w:rPr>
        <w:t>Your 80 years compared to eternity is so infinitesimally small that it's essentially zero.</w:t>
      </w:r>
    </w:p>
    <w:p w14:paraId="76039D63" w14:textId="77777777" w:rsidR="00F32FA7" w:rsidRPr="00771DC2" w:rsidRDefault="00000000" w:rsidP="00E82982">
      <w:pPr>
        <w:spacing w:line="336" w:lineRule="auto"/>
        <w:ind w:firstLine="284"/>
        <w:rPr>
          <w:rFonts w:ascii="Garamond" w:hAnsi="Garamond"/>
        </w:rPr>
      </w:pPr>
      <w:r w:rsidRPr="00771DC2">
        <w:rPr>
          <w:rFonts w:ascii="Garamond" w:hAnsi="Garamond"/>
        </w:rPr>
        <w:t>So why are you making decisions like these 80 years are the most important thing that will ever happen to you?</w:t>
      </w:r>
    </w:p>
    <w:p w14:paraId="03B9C625" w14:textId="77777777" w:rsidR="00F32FA7" w:rsidRPr="00771DC2" w:rsidRDefault="00000000" w:rsidP="00E82982">
      <w:pPr>
        <w:spacing w:line="336" w:lineRule="auto"/>
        <w:ind w:firstLine="284"/>
        <w:rPr>
          <w:rFonts w:ascii="Garamond" w:hAnsi="Garamond"/>
        </w:rPr>
      </w:pPr>
      <w:r w:rsidRPr="00771DC2">
        <w:rPr>
          <w:rFonts w:ascii="Garamond" w:hAnsi="Garamond"/>
        </w:rPr>
        <w:t>Your life is like a single brushstroke on an infinite canvas. That brushstroke matters—it has purpose, it contributes to the overall masterpiece. But it's not the whole painting.</w:t>
      </w:r>
    </w:p>
    <w:p w14:paraId="08F3319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Bullshit We Chase Instead of God</w:t>
      </w:r>
    </w:p>
    <w:p w14:paraId="74C13D06" w14:textId="77777777" w:rsidR="00F32FA7" w:rsidRPr="00771DC2" w:rsidRDefault="00000000" w:rsidP="00E82982">
      <w:pPr>
        <w:spacing w:line="336" w:lineRule="auto"/>
        <w:ind w:firstLine="284"/>
        <w:rPr>
          <w:rFonts w:ascii="Garamond" w:hAnsi="Garamond"/>
        </w:rPr>
      </w:pPr>
      <w:r w:rsidRPr="00771DC2">
        <w:rPr>
          <w:rFonts w:ascii="Garamond" w:hAnsi="Garamond"/>
        </w:rPr>
        <w:t>Let's be brutally honest about what we actually spend our mental energy on versus what we claim matters to us.</w:t>
      </w:r>
    </w:p>
    <w:p w14:paraId="344EF59C"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We worry more about our reputation than our character.</w:t>
      </w:r>
      <w:r w:rsidRPr="00771DC2">
        <w:rPr>
          <w:rFonts w:ascii="Garamond" w:hAnsi="Garamond"/>
        </w:rPr>
        <w:t xml:space="preserve"> We're devastated when someone posts something unflattering about us on social media, but we're not devastated when we know we've compromised our integrity.</w:t>
      </w:r>
    </w:p>
    <w:p w14:paraId="543120D6" w14:textId="77777777" w:rsidR="00F32FA7" w:rsidRPr="00771DC2" w:rsidRDefault="00000000" w:rsidP="00E82982">
      <w:pPr>
        <w:spacing w:line="336" w:lineRule="auto"/>
        <w:ind w:firstLine="284"/>
        <w:rPr>
          <w:rFonts w:ascii="Garamond" w:hAnsi="Garamond"/>
        </w:rPr>
      </w:pPr>
      <w:r w:rsidRPr="00771DC2">
        <w:rPr>
          <w:rFonts w:ascii="Garamond" w:hAnsi="Garamond"/>
          <w:b/>
        </w:rPr>
        <w:t>We stress more about our bank account than our soul.</w:t>
      </w:r>
      <w:r w:rsidRPr="00771DC2">
        <w:rPr>
          <w:rFonts w:ascii="Garamond" w:hAnsi="Garamond"/>
        </w:rPr>
        <w:t xml:space="preserve"> We lose sleep over financial security but not over spiritual maturity.</w:t>
      </w:r>
    </w:p>
    <w:p w14:paraId="7BC5904C" w14:textId="77777777" w:rsidR="00F32FA7" w:rsidRPr="00771DC2" w:rsidRDefault="00000000" w:rsidP="00E82982">
      <w:pPr>
        <w:spacing w:line="336" w:lineRule="auto"/>
        <w:ind w:firstLine="284"/>
        <w:rPr>
          <w:rFonts w:ascii="Garamond" w:hAnsi="Garamond"/>
        </w:rPr>
      </w:pPr>
      <w:r w:rsidRPr="00771DC2">
        <w:rPr>
          <w:rFonts w:ascii="Garamond" w:hAnsi="Garamond"/>
          <w:b/>
        </w:rPr>
        <w:t>We invest more in our body than our spirit.</w:t>
      </w:r>
      <w:r w:rsidRPr="00771DC2">
        <w:rPr>
          <w:rFonts w:ascii="Garamond" w:hAnsi="Garamond"/>
        </w:rPr>
        <w:t xml:space="preserve"> We'll spend thousands on gym memberships and supplements to look good, but we won't spend 20 minutes a day in prayer.</w:t>
      </w:r>
    </w:p>
    <w:p w14:paraId="653DBCA7" w14:textId="77777777" w:rsidR="00F32FA7" w:rsidRPr="00771DC2" w:rsidRDefault="00000000" w:rsidP="00E82982">
      <w:pPr>
        <w:spacing w:line="336" w:lineRule="auto"/>
        <w:ind w:firstLine="284"/>
        <w:rPr>
          <w:rFonts w:ascii="Garamond" w:hAnsi="Garamond"/>
        </w:rPr>
      </w:pPr>
      <w:r w:rsidRPr="00771DC2">
        <w:rPr>
          <w:rFonts w:ascii="Garamond" w:hAnsi="Garamond"/>
          <w:b/>
        </w:rPr>
        <w:t>We care more about our kids' success than their souls.</w:t>
      </w:r>
      <w:r w:rsidRPr="00771DC2">
        <w:rPr>
          <w:rFonts w:ascii="Garamond" w:hAnsi="Garamond"/>
        </w:rPr>
        <w:t xml:space="preserve"> We'll drive across town for travel sports but skip church because we're "too busy."</w:t>
      </w:r>
    </w:p>
    <w:p w14:paraId="0C7B350D" w14:textId="77777777" w:rsidR="00F32FA7" w:rsidRPr="00771DC2" w:rsidRDefault="00000000" w:rsidP="00E82982">
      <w:pPr>
        <w:spacing w:line="336" w:lineRule="auto"/>
        <w:ind w:firstLine="284"/>
        <w:rPr>
          <w:rFonts w:ascii="Garamond" w:hAnsi="Garamond"/>
        </w:rPr>
      </w:pPr>
      <w:r w:rsidRPr="00771DC2">
        <w:rPr>
          <w:rFonts w:ascii="Garamond" w:hAnsi="Garamond"/>
          <w:b/>
        </w:rPr>
        <w:t>We're more concerned with being comfortable than being faithful.</w:t>
      </w:r>
      <w:r w:rsidRPr="00771DC2">
        <w:rPr>
          <w:rFonts w:ascii="Garamond" w:hAnsi="Garamond"/>
        </w:rPr>
        <w:t xml:space="preserve"> We'll rearrange our entire lives to avoid inconvenience but won't make small sacrifices to serve God.</w:t>
      </w:r>
    </w:p>
    <w:p w14:paraId="6DAEFA27" w14:textId="77777777" w:rsidR="00F32FA7" w:rsidRPr="00771DC2" w:rsidRDefault="00000000" w:rsidP="00E82982">
      <w:pPr>
        <w:spacing w:line="336" w:lineRule="auto"/>
        <w:ind w:firstLine="284"/>
        <w:rPr>
          <w:rFonts w:ascii="Garamond" w:hAnsi="Garamond"/>
        </w:rPr>
      </w:pPr>
      <w:r w:rsidRPr="00771DC2">
        <w:rPr>
          <w:rFonts w:ascii="Garamond" w:hAnsi="Garamond"/>
        </w:rPr>
        <w:t>This isn't living with eternal perspective. This is living like this world is all there is.</w:t>
      </w:r>
    </w:p>
    <w:p w14:paraId="6CBFA07A"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Jesus' Eternal Perspective</w:t>
      </w:r>
    </w:p>
    <w:p w14:paraId="0E7C6155" w14:textId="77777777" w:rsidR="00F32FA7" w:rsidRPr="00771DC2" w:rsidRDefault="00000000" w:rsidP="00E82982">
      <w:pPr>
        <w:spacing w:line="336" w:lineRule="auto"/>
        <w:ind w:firstLine="284"/>
        <w:rPr>
          <w:rFonts w:ascii="Garamond" w:hAnsi="Garamond"/>
        </w:rPr>
      </w:pPr>
      <w:r w:rsidRPr="00771DC2">
        <w:rPr>
          <w:rFonts w:ascii="Garamond" w:hAnsi="Garamond"/>
        </w:rPr>
        <w:t>Jesus lived every moment with eternity in mind. That's how He could endure the cross.</w:t>
      </w:r>
    </w:p>
    <w:p w14:paraId="54AEBAD7" w14:textId="77777777" w:rsidR="00F32FA7" w:rsidRPr="00771DC2" w:rsidRDefault="00000000" w:rsidP="00E82982">
      <w:pPr>
        <w:spacing w:line="336" w:lineRule="auto"/>
        <w:ind w:firstLine="284"/>
        <w:rPr>
          <w:rFonts w:ascii="Garamond" w:hAnsi="Garamond"/>
        </w:rPr>
      </w:pPr>
      <w:r w:rsidRPr="00771DC2">
        <w:rPr>
          <w:rFonts w:ascii="Garamond" w:hAnsi="Garamond"/>
        </w:rPr>
        <w:t>Hebrews 12:2 says He "endured the cross, scorning its shame" for "the joy set before him."</w:t>
      </w:r>
    </w:p>
    <w:p w14:paraId="4E42B674" w14:textId="77777777" w:rsidR="00F32FA7" w:rsidRPr="00771DC2" w:rsidRDefault="00000000" w:rsidP="00E82982">
      <w:pPr>
        <w:spacing w:line="336" w:lineRule="auto"/>
        <w:ind w:firstLine="284"/>
        <w:rPr>
          <w:rFonts w:ascii="Garamond" w:hAnsi="Garamond"/>
        </w:rPr>
      </w:pPr>
      <w:r w:rsidRPr="00771DC2">
        <w:rPr>
          <w:rFonts w:ascii="Garamond" w:hAnsi="Garamond"/>
        </w:rPr>
        <w:t>Jesus wasn't masochistic—He didn't enjoy suffering. But He could endure temporary pain because He was focused on eternal gain.</w:t>
      </w:r>
    </w:p>
    <w:p w14:paraId="705E4CA4" w14:textId="77777777" w:rsidR="00F32FA7" w:rsidRPr="00771DC2" w:rsidRDefault="00000000" w:rsidP="00E82982">
      <w:pPr>
        <w:spacing w:line="336" w:lineRule="auto"/>
        <w:ind w:firstLine="284"/>
        <w:rPr>
          <w:rFonts w:ascii="Garamond" w:hAnsi="Garamond"/>
        </w:rPr>
      </w:pPr>
      <w:r w:rsidRPr="00771DC2">
        <w:rPr>
          <w:rFonts w:ascii="Garamond" w:hAnsi="Garamond"/>
        </w:rPr>
        <w:t>When people rejected Him, He didn't spiral into depression because He knew His Father's approval mattered more. When people misunderstood Him, He didn't waste energy correcting every misconception because He knew the truth would be vindicated. When people offered Him earthly kingdoms, He turned them down because He was building an eternal one.</w:t>
      </w:r>
    </w:p>
    <w:p w14:paraId="6CAF1ADF" w14:textId="77777777" w:rsidR="00F32FA7" w:rsidRPr="00771DC2" w:rsidRDefault="00000000" w:rsidP="00E82982">
      <w:pPr>
        <w:spacing w:line="336" w:lineRule="auto"/>
        <w:ind w:firstLine="284"/>
        <w:rPr>
          <w:rFonts w:ascii="Garamond" w:hAnsi="Garamond"/>
        </w:rPr>
      </w:pPr>
      <w:r w:rsidRPr="00771DC2">
        <w:rPr>
          <w:rFonts w:ascii="Garamond" w:hAnsi="Garamond"/>
        </w:rPr>
        <w:t>This is what it looks like to live with eternal perspective: you can handle temporary disappointment because you're focused on permanent hope.</w:t>
      </w:r>
    </w:p>
    <w:p w14:paraId="14A6E16A"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What Will Actually Matter in 100 Years</w:t>
      </w:r>
    </w:p>
    <w:p w14:paraId="6122517C" w14:textId="77777777" w:rsidR="00F32FA7" w:rsidRPr="00771DC2" w:rsidRDefault="00000000" w:rsidP="00E82982">
      <w:pPr>
        <w:spacing w:line="336" w:lineRule="auto"/>
        <w:ind w:firstLine="284"/>
        <w:rPr>
          <w:rFonts w:ascii="Garamond" w:hAnsi="Garamond"/>
        </w:rPr>
      </w:pPr>
      <w:r w:rsidRPr="00771DC2">
        <w:rPr>
          <w:rFonts w:ascii="Garamond" w:hAnsi="Garamond"/>
        </w:rPr>
        <w:t>Let's get practical. If you could look back from heaven on your life on earth, what would you wish you had focused on?</w:t>
      </w:r>
    </w:p>
    <w:p w14:paraId="7C9CE1CD" w14:textId="77777777" w:rsidR="00F32FA7" w:rsidRPr="00771DC2" w:rsidRDefault="00000000" w:rsidP="00E82982">
      <w:pPr>
        <w:spacing w:line="336" w:lineRule="auto"/>
        <w:ind w:firstLine="284"/>
        <w:rPr>
          <w:rFonts w:ascii="Garamond" w:hAnsi="Garamond"/>
        </w:rPr>
      </w:pPr>
      <w:r w:rsidRPr="00771DC2">
        <w:rPr>
          <w:rFonts w:ascii="Garamond" w:hAnsi="Garamond"/>
          <w:b/>
        </w:rPr>
        <w:t>The people you loved well.</w:t>
      </w:r>
      <w:r w:rsidRPr="00771DC2">
        <w:rPr>
          <w:rFonts w:ascii="Garamond" w:hAnsi="Garamond"/>
        </w:rPr>
        <w:t xml:space="preserve"> Not the people you impressed, but the people you served. Not the people who could help your career, but the people who needed your compassion.</w:t>
      </w:r>
    </w:p>
    <w:p w14:paraId="298F7AEC" w14:textId="77777777" w:rsidR="00F32FA7" w:rsidRPr="00771DC2" w:rsidRDefault="00000000" w:rsidP="00E82982">
      <w:pPr>
        <w:spacing w:line="336" w:lineRule="auto"/>
        <w:ind w:firstLine="284"/>
        <w:rPr>
          <w:rFonts w:ascii="Garamond" w:hAnsi="Garamond"/>
        </w:rPr>
      </w:pPr>
      <w:r w:rsidRPr="00771DC2">
        <w:rPr>
          <w:rFonts w:ascii="Garamond" w:hAnsi="Garamond"/>
          <w:b/>
        </w:rPr>
        <w:t>The souls you pointed to Jesus.</w:t>
      </w:r>
      <w:r w:rsidRPr="00771DC2">
        <w:rPr>
          <w:rFonts w:ascii="Garamond" w:hAnsi="Garamond"/>
        </w:rPr>
        <w:t xml:space="preserve"> Every person you influenced toward God. Every conversation that planted a seed. Every act of love that reflected Christ.</w:t>
      </w:r>
    </w:p>
    <w:p w14:paraId="006B768C" w14:textId="77777777" w:rsidR="00F32FA7" w:rsidRPr="00771DC2" w:rsidRDefault="00000000" w:rsidP="00E82982">
      <w:pPr>
        <w:spacing w:line="336" w:lineRule="auto"/>
        <w:ind w:firstLine="284"/>
        <w:rPr>
          <w:rFonts w:ascii="Garamond" w:hAnsi="Garamond"/>
        </w:rPr>
      </w:pPr>
      <w:r w:rsidRPr="00771DC2">
        <w:rPr>
          <w:rFonts w:ascii="Garamond" w:hAnsi="Garamond"/>
          <w:b/>
        </w:rPr>
        <w:t>The character you developed.</w:t>
      </w:r>
      <w:r w:rsidRPr="00771DC2">
        <w:rPr>
          <w:rFonts w:ascii="Garamond" w:hAnsi="Garamond"/>
        </w:rPr>
        <w:t xml:space="preserve"> How you became more like Jesus. How you grew in faithfulness, kindness, patience, love. How you dealt with suffering and success.</w:t>
      </w:r>
    </w:p>
    <w:p w14:paraId="35AF7EED" w14:textId="77777777" w:rsidR="00F32FA7" w:rsidRPr="00771DC2" w:rsidRDefault="00000000" w:rsidP="00E82982">
      <w:pPr>
        <w:spacing w:line="336" w:lineRule="auto"/>
        <w:ind w:firstLine="284"/>
        <w:rPr>
          <w:rFonts w:ascii="Garamond" w:hAnsi="Garamond"/>
        </w:rPr>
      </w:pPr>
      <w:r w:rsidRPr="00771DC2">
        <w:rPr>
          <w:rFonts w:ascii="Garamond" w:hAnsi="Garamond"/>
          <w:b/>
        </w:rPr>
        <w:t>The faithfulness you showed in small things.</w:t>
      </w:r>
      <w:r w:rsidRPr="00771DC2">
        <w:rPr>
          <w:rFonts w:ascii="Garamond" w:hAnsi="Garamond"/>
        </w:rPr>
        <w:t xml:space="preserve"> How you kept your word. How you served when no one was watching. How you obeyed when it was hard.</w:t>
      </w:r>
    </w:p>
    <w:p w14:paraId="28A50811" w14:textId="77777777" w:rsidR="00F32FA7" w:rsidRPr="00771DC2" w:rsidRDefault="00000000" w:rsidP="00E82982">
      <w:pPr>
        <w:spacing w:line="336" w:lineRule="auto"/>
        <w:ind w:firstLine="284"/>
        <w:rPr>
          <w:rFonts w:ascii="Garamond" w:hAnsi="Garamond"/>
        </w:rPr>
      </w:pPr>
      <w:r w:rsidRPr="00771DC2">
        <w:rPr>
          <w:rFonts w:ascii="Garamond" w:hAnsi="Garamond"/>
          <w:b/>
        </w:rPr>
        <w:t>The time you spent with God.</w:t>
      </w:r>
      <w:r w:rsidRPr="00771DC2">
        <w:rPr>
          <w:rFonts w:ascii="Garamond" w:hAnsi="Garamond"/>
        </w:rPr>
        <w:t xml:space="preserve"> The prayers you prayed. The Scripture you studied. The worship you offered. The trust you developed.</w:t>
      </w:r>
    </w:p>
    <w:p w14:paraId="5E333B6E"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Everything else? The stuff you stressed about, the people you tried to impress, the things you accumulated, the achievements you chased? Most of it will be forgotten footnotes.</w:t>
      </w:r>
    </w:p>
    <w:p w14:paraId="6E7BE132"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Judgment You Should Actually Fear</w:t>
      </w:r>
    </w:p>
    <w:p w14:paraId="217B2D22" w14:textId="77777777" w:rsidR="00F32FA7" w:rsidRPr="00771DC2" w:rsidRDefault="00000000" w:rsidP="00E82982">
      <w:pPr>
        <w:spacing w:line="336" w:lineRule="auto"/>
        <w:ind w:firstLine="284"/>
        <w:rPr>
          <w:rFonts w:ascii="Garamond" w:hAnsi="Garamond"/>
        </w:rPr>
      </w:pPr>
      <w:r w:rsidRPr="00771DC2">
        <w:rPr>
          <w:rFonts w:ascii="Garamond" w:hAnsi="Garamond"/>
        </w:rPr>
        <w:t>Here's what should keep you up at night—not what people think about you now, but what Jesus will say about your life when it's over.</w:t>
      </w:r>
    </w:p>
    <w:p w14:paraId="0D7F2F78" w14:textId="77777777" w:rsidR="00F32FA7" w:rsidRPr="00771DC2" w:rsidRDefault="00000000" w:rsidP="00E82982">
      <w:pPr>
        <w:spacing w:line="336" w:lineRule="auto"/>
        <w:ind w:firstLine="284"/>
        <w:rPr>
          <w:rFonts w:ascii="Garamond" w:hAnsi="Garamond"/>
        </w:rPr>
      </w:pPr>
      <w:r w:rsidRPr="00771DC2">
        <w:rPr>
          <w:rFonts w:ascii="Garamond" w:hAnsi="Garamond"/>
        </w:rPr>
        <w:t>2 Corinthians 5:10 says, "For we must all appear before the judgment seat of Christ, so that each of us may receive what is due us for the things done while in the body, whether good or bad."</w:t>
      </w:r>
    </w:p>
    <w:p w14:paraId="634CD852" w14:textId="77777777" w:rsidR="00F32FA7" w:rsidRPr="00771DC2" w:rsidRDefault="00000000" w:rsidP="00E82982">
      <w:pPr>
        <w:spacing w:line="336" w:lineRule="auto"/>
        <w:ind w:firstLine="284"/>
        <w:rPr>
          <w:rFonts w:ascii="Garamond" w:hAnsi="Garamond"/>
        </w:rPr>
      </w:pPr>
      <w:r w:rsidRPr="00771DC2">
        <w:rPr>
          <w:rFonts w:ascii="Garamond" w:hAnsi="Garamond"/>
        </w:rPr>
        <w:t>This isn't about salvation—if you're in Christ, your eternal security is settled. This is about evaluation. How did you steward the life, gifts, opportunities, and relationships God gave you?</w:t>
      </w:r>
    </w:p>
    <w:p w14:paraId="1613B7CE" w14:textId="77777777" w:rsidR="00F32FA7" w:rsidRPr="00771DC2" w:rsidRDefault="00000000" w:rsidP="00E82982">
      <w:pPr>
        <w:spacing w:line="336" w:lineRule="auto"/>
        <w:ind w:firstLine="284"/>
        <w:rPr>
          <w:rFonts w:ascii="Garamond" w:hAnsi="Garamond"/>
        </w:rPr>
      </w:pPr>
      <w:r w:rsidRPr="00771DC2">
        <w:rPr>
          <w:rFonts w:ascii="Garamond" w:hAnsi="Garamond"/>
        </w:rPr>
        <w:t>Did you waste your days on petty bullshit or invest them in eternal significance? Did you live for applause from people or approval from God? Did you chase comfort or pursue faithfulness? Did you love well or love selfishly? Did you point people to Jesus or point them to yourself?</w:t>
      </w:r>
    </w:p>
    <w:p w14:paraId="0D7F1089"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This is the judgment that matters. This is the opinion that counts. This is the evaluation that will echo through eternity.</w:t>
      </w:r>
    </w:p>
    <w:p w14:paraId="5EAA222C"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Rewards Worth Living For</w:t>
      </w:r>
    </w:p>
    <w:p w14:paraId="3FEDD9FC" w14:textId="77777777" w:rsidR="00F32FA7" w:rsidRPr="00771DC2" w:rsidRDefault="00000000" w:rsidP="00E82982">
      <w:pPr>
        <w:spacing w:line="336" w:lineRule="auto"/>
        <w:ind w:firstLine="284"/>
        <w:rPr>
          <w:rFonts w:ascii="Garamond" w:hAnsi="Garamond"/>
        </w:rPr>
      </w:pPr>
      <w:r w:rsidRPr="00771DC2">
        <w:rPr>
          <w:rFonts w:ascii="Garamond" w:hAnsi="Garamond"/>
        </w:rPr>
        <w:t>Jesus talked a lot about rewards. Not because He wanted us to be mercenary in our motivations, but because He wanted us to be smart about our investments.</w:t>
      </w:r>
    </w:p>
    <w:p w14:paraId="22D076E2" w14:textId="77777777" w:rsidR="00F32FA7" w:rsidRPr="00771DC2" w:rsidRDefault="00000000" w:rsidP="00E82982">
      <w:pPr>
        <w:spacing w:line="336" w:lineRule="auto"/>
        <w:ind w:firstLine="284"/>
        <w:rPr>
          <w:rFonts w:ascii="Garamond" w:hAnsi="Garamond"/>
        </w:rPr>
      </w:pPr>
      <w:r w:rsidRPr="00771DC2">
        <w:rPr>
          <w:rFonts w:ascii="Garamond" w:hAnsi="Garamond"/>
        </w:rPr>
        <w:t>Matthew 6:20: "Store up for yourselves treasures in heaven, where moths and vermin do not destroy, and where thieves do not break in and steal."</w:t>
      </w:r>
    </w:p>
    <w:p w14:paraId="326D89E1" w14:textId="77777777" w:rsidR="00F32FA7" w:rsidRPr="00771DC2" w:rsidRDefault="00000000" w:rsidP="00E82982">
      <w:pPr>
        <w:spacing w:line="336" w:lineRule="auto"/>
        <w:ind w:firstLine="284"/>
        <w:rPr>
          <w:rFonts w:ascii="Garamond" w:hAnsi="Garamond"/>
        </w:rPr>
      </w:pPr>
      <w:r w:rsidRPr="00771DC2">
        <w:rPr>
          <w:rFonts w:ascii="Garamond" w:hAnsi="Garamond"/>
        </w:rPr>
        <w:t>What are the treasures in heaven?</w:t>
      </w:r>
    </w:p>
    <w:p w14:paraId="2F4F450C" w14:textId="77777777" w:rsidR="00F32FA7" w:rsidRPr="00771DC2" w:rsidRDefault="00000000" w:rsidP="00E82982">
      <w:pPr>
        <w:spacing w:line="336" w:lineRule="auto"/>
        <w:ind w:firstLine="284"/>
        <w:rPr>
          <w:rFonts w:ascii="Garamond" w:hAnsi="Garamond"/>
        </w:rPr>
      </w:pPr>
      <w:r w:rsidRPr="00771DC2">
        <w:rPr>
          <w:rFonts w:ascii="Garamond" w:hAnsi="Garamond"/>
        </w:rPr>
        <w:t>Every act of love that cost you something. Every moment you chose obedience over convenience. Every time you served without seeking credit. Every sacrifice you made for someone else's good. Every prayer you prayed in faith. Every dollar you gave generously. Every word you spoke in truth and love.</w:t>
      </w:r>
    </w:p>
    <w:p w14:paraId="0F189BB4" w14:textId="77777777" w:rsidR="00F32FA7" w:rsidRPr="00771DC2" w:rsidRDefault="00000000" w:rsidP="00E82982">
      <w:pPr>
        <w:spacing w:line="336" w:lineRule="auto"/>
        <w:ind w:firstLine="284"/>
        <w:rPr>
          <w:rFonts w:ascii="Garamond" w:hAnsi="Garamond"/>
        </w:rPr>
      </w:pPr>
      <w:r w:rsidRPr="00771DC2">
        <w:rPr>
          <w:rFonts w:ascii="Garamond" w:hAnsi="Garamond"/>
        </w:rPr>
        <w:t>These investments compound in eternity. They don't depreciate. They don't get stolen. They don't lose their value.</w:t>
      </w:r>
    </w:p>
    <w:p w14:paraId="3E1A00AA"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Meanwhile, what are you actually investing in? A house that will decay. A car that will break down. A body that will </w:t>
      </w:r>
      <w:r w:rsidRPr="00771DC2">
        <w:rPr>
          <w:rFonts w:ascii="Garamond" w:hAnsi="Garamond"/>
        </w:rPr>
        <w:lastRenderedPageBreak/>
        <w:t>age and die. A reputation that will be forgotten. A career that will end. A bank account you can't take with you.</w:t>
      </w:r>
    </w:p>
    <w:p w14:paraId="06983D0C" w14:textId="77777777" w:rsidR="00F32FA7" w:rsidRPr="00771DC2" w:rsidRDefault="00000000" w:rsidP="00E82982">
      <w:pPr>
        <w:spacing w:line="336" w:lineRule="auto"/>
        <w:ind w:firstLine="284"/>
        <w:rPr>
          <w:rFonts w:ascii="Garamond" w:hAnsi="Garamond"/>
        </w:rPr>
      </w:pPr>
      <w:r w:rsidRPr="00771DC2">
        <w:rPr>
          <w:rFonts w:ascii="Garamond" w:hAnsi="Garamond"/>
        </w:rPr>
        <w:t>I'm not saying these things are evil. I'm saying they're temporary. And if you're investing more energy in temporary things than eternal things, you're making a bad investment.</w:t>
      </w:r>
    </w:p>
    <w:p w14:paraId="196AAD2F"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Urgency of Limited Time</w:t>
      </w:r>
    </w:p>
    <w:p w14:paraId="2C82A3EA"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Here's what should create holy urgency in your life: </w:t>
      </w:r>
      <w:r w:rsidRPr="00771DC2">
        <w:rPr>
          <w:rFonts w:ascii="Garamond" w:hAnsi="Garamond"/>
          <w:b/>
        </w:rPr>
        <w:t>People are dying without Jesus every day.</w:t>
      </w:r>
    </w:p>
    <w:p w14:paraId="2AD7188F" w14:textId="77777777" w:rsidR="00F32FA7" w:rsidRPr="00771DC2" w:rsidRDefault="00000000" w:rsidP="00E82982">
      <w:pPr>
        <w:spacing w:line="336" w:lineRule="auto"/>
        <w:ind w:firstLine="284"/>
        <w:rPr>
          <w:rFonts w:ascii="Garamond" w:hAnsi="Garamond"/>
        </w:rPr>
      </w:pPr>
      <w:r w:rsidRPr="00771DC2">
        <w:rPr>
          <w:rFonts w:ascii="Garamond" w:hAnsi="Garamond"/>
        </w:rPr>
        <w:t>Right now, while you're reading this, someone is taking their last breath and stepping into eternity without hope.</w:t>
      </w:r>
    </w:p>
    <w:p w14:paraId="18D5E38B" w14:textId="77777777" w:rsidR="00F32FA7" w:rsidRPr="00771DC2" w:rsidRDefault="00000000" w:rsidP="00E82982">
      <w:pPr>
        <w:spacing w:line="336" w:lineRule="auto"/>
        <w:ind w:firstLine="284"/>
        <w:rPr>
          <w:rFonts w:ascii="Garamond" w:hAnsi="Garamond"/>
        </w:rPr>
      </w:pPr>
      <w:r w:rsidRPr="00771DC2">
        <w:rPr>
          <w:rFonts w:ascii="Garamond" w:hAnsi="Garamond"/>
        </w:rPr>
        <w:t>And you have something they need. You have the gospel. You have the hope of eternal life. You have the love of Christ.</w:t>
      </w:r>
    </w:p>
    <w:p w14:paraId="60870ACF" w14:textId="77777777" w:rsidR="00F32FA7" w:rsidRPr="00771DC2" w:rsidRDefault="00000000" w:rsidP="00E82982">
      <w:pPr>
        <w:spacing w:line="336" w:lineRule="auto"/>
        <w:ind w:firstLine="284"/>
        <w:rPr>
          <w:rFonts w:ascii="Garamond" w:hAnsi="Garamond"/>
        </w:rPr>
      </w:pPr>
      <w:r w:rsidRPr="00771DC2">
        <w:rPr>
          <w:rFonts w:ascii="Garamond" w:hAnsi="Garamond"/>
        </w:rPr>
        <w:t>But instead of living with the urgency of someone who has life-saving medicine, we live like we have all the time in the world to share it.</w:t>
      </w:r>
    </w:p>
    <w:p w14:paraId="37B693B2" w14:textId="77777777" w:rsidR="00F32FA7" w:rsidRPr="00771DC2" w:rsidRDefault="00000000" w:rsidP="00E82982">
      <w:pPr>
        <w:spacing w:line="336" w:lineRule="auto"/>
        <w:ind w:firstLine="284"/>
        <w:rPr>
          <w:rFonts w:ascii="Garamond" w:hAnsi="Garamond"/>
        </w:rPr>
      </w:pPr>
      <w:r w:rsidRPr="00771DC2">
        <w:rPr>
          <w:rFonts w:ascii="Garamond" w:hAnsi="Garamond"/>
        </w:rPr>
        <w:t>We're more concerned with being comfortable than being commissioned. We're more worried about being awkward than being obedient. We're more afraid of being rejected than letting people go to hell.</w:t>
      </w:r>
    </w:p>
    <w:p w14:paraId="724CEE1A"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This is not living with eternal perspective. This is living with temporal selfishness.</w:t>
      </w:r>
    </w:p>
    <w:p w14:paraId="0C573E8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YOLO for Jesus</w:t>
      </w:r>
    </w:p>
    <w:p w14:paraId="0A059370" w14:textId="77777777" w:rsidR="00F32FA7" w:rsidRPr="00771DC2" w:rsidRDefault="00000000" w:rsidP="00E82982">
      <w:pPr>
        <w:spacing w:line="336" w:lineRule="auto"/>
        <w:ind w:firstLine="284"/>
        <w:rPr>
          <w:rFonts w:ascii="Garamond" w:hAnsi="Garamond"/>
        </w:rPr>
      </w:pPr>
      <w:r w:rsidRPr="00771DC2">
        <w:rPr>
          <w:rFonts w:ascii="Garamond" w:hAnsi="Garamond"/>
        </w:rPr>
        <w:t>"You only live once" is true—so make it count.</w:t>
      </w:r>
    </w:p>
    <w:p w14:paraId="12F5E87C" w14:textId="77777777" w:rsidR="00F32FA7" w:rsidRPr="00771DC2" w:rsidRDefault="00000000" w:rsidP="00E82982">
      <w:pPr>
        <w:spacing w:line="336" w:lineRule="auto"/>
        <w:ind w:firstLine="284"/>
        <w:rPr>
          <w:rFonts w:ascii="Garamond" w:hAnsi="Garamond"/>
        </w:rPr>
      </w:pPr>
      <w:r w:rsidRPr="00771DC2">
        <w:rPr>
          <w:rFonts w:ascii="Garamond" w:hAnsi="Garamond"/>
        </w:rPr>
        <w:t>Risk looking foolish to share the gospel. Give generously because you can't take it with you. Love extravagantly because time is short. Forgive quickly because grudges are a waste of your limited days. Say the hard things because you might not get another chance.</w:t>
      </w:r>
    </w:p>
    <w:p w14:paraId="7EE4AABE" w14:textId="77777777" w:rsidR="00F32FA7" w:rsidRPr="00771DC2" w:rsidRDefault="00000000" w:rsidP="00E82982">
      <w:pPr>
        <w:spacing w:line="336" w:lineRule="auto"/>
        <w:ind w:firstLine="284"/>
        <w:rPr>
          <w:rFonts w:ascii="Garamond" w:hAnsi="Garamond"/>
        </w:rPr>
      </w:pPr>
      <w:r w:rsidRPr="00771DC2">
        <w:rPr>
          <w:rFonts w:ascii="Garamond" w:hAnsi="Garamond"/>
        </w:rPr>
        <w:t>When you truly understand that this life is temporary and eternity is forever, it should make you a little radical.</w:t>
      </w:r>
    </w:p>
    <w:p w14:paraId="25774917" w14:textId="77777777" w:rsidR="00F32FA7" w:rsidRPr="00771DC2" w:rsidRDefault="00000000" w:rsidP="00E82982">
      <w:pPr>
        <w:spacing w:line="336" w:lineRule="auto"/>
        <w:ind w:firstLine="284"/>
        <w:rPr>
          <w:rFonts w:ascii="Garamond" w:hAnsi="Garamond"/>
        </w:rPr>
      </w:pPr>
      <w:r w:rsidRPr="00771DC2">
        <w:rPr>
          <w:rFonts w:ascii="Garamond" w:hAnsi="Garamond"/>
        </w:rPr>
        <w:t>Radical in your generosity, because you know you can't take it with you. Radical in your love, because you know relationships are eternal. Radical in your obedience, because you know faithfulness has lasting rewards. Radical in your boldness, because you know temporary embarrassment is nothing compared to eternal regret. Radical in your priorities, because you know most of what the world chases is utterly meaningless.</w:t>
      </w:r>
    </w:p>
    <w:p w14:paraId="6C3BB9D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Final Reality Check</w:t>
      </w:r>
    </w:p>
    <w:p w14:paraId="4A54652F" w14:textId="77777777" w:rsidR="00F32FA7" w:rsidRPr="00771DC2" w:rsidRDefault="00000000" w:rsidP="00E82982">
      <w:pPr>
        <w:spacing w:line="336" w:lineRule="auto"/>
        <w:ind w:firstLine="284"/>
        <w:rPr>
          <w:rFonts w:ascii="Garamond" w:hAnsi="Garamond"/>
        </w:rPr>
      </w:pPr>
      <w:r w:rsidRPr="00771DC2">
        <w:rPr>
          <w:rFonts w:ascii="Garamond" w:hAnsi="Garamond"/>
        </w:rPr>
        <w:t>Let me leave you with this thought: One day, sooner than you think, your heart will beat for the last time. Your lungs will take their final breath. Your eyes will close and never open again on this earth.</w:t>
      </w:r>
    </w:p>
    <w:p w14:paraId="22BAA966" w14:textId="77777777" w:rsidR="00F32FA7" w:rsidRPr="00771DC2" w:rsidRDefault="00000000" w:rsidP="00E82982">
      <w:pPr>
        <w:spacing w:line="336" w:lineRule="auto"/>
        <w:ind w:firstLine="284"/>
        <w:rPr>
          <w:rFonts w:ascii="Garamond" w:hAnsi="Garamond"/>
        </w:rPr>
      </w:pPr>
      <w:r w:rsidRPr="00771DC2">
        <w:rPr>
          <w:rFonts w:ascii="Garamond" w:hAnsi="Garamond"/>
        </w:rPr>
        <w:t xml:space="preserve">In that moment, none of the bullshit you stressed about will matter. The only thing that will matter is: </w:t>
      </w:r>
      <w:r w:rsidRPr="00771DC2">
        <w:rPr>
          <w:rFonts w:ascii="Garamond" w:hAnsi="Garamond"/>
          <w:b/>
        </w:rPr>
        <w:t>Did you live for what lasts?</w:t>
      </w:r>
    </w:p>
    <w:p w14:paraId="6E01620D" w14:textId="77777777" w:rsidR="00F32FA7" w:rsidRPr="00771DC2" w:rsidRDefault="00000000" w:rsidP="00E82982">
      <w:pPr>
        <w:spacing w:line="336" w:lineRule="auto"/>
        <w:ind w:firstLine="284"/>
        <w:rPr>
          <w:rFonts w:ascii="Garamond" w:hAnsi="Garamond"/>
        </w:rPr>
      </w:pPr>
      <w:r w:rsidRPr="00771DC2">
        <w:rPr>
          <w:rFonts w:ascii="Garamond" w:hAnsi="Garamond"/>
        </w:rPr>
        <w:t>Did you love well? Did you serve faithfully? Did you point people to Jesus? Did you invest in eternity?</w:t>
      </w:r>
    </w:p>
    <w:p w14:paraId="461B8F2C" w14:textId="77777777" w:rsidR="00F32FA7" w:rsidRPr="00771DC2" w:rsidRDefault="00000000" w:rsidP="00E82982">
      <w:pPr>
        <w:spacing w:line="336" w:lineRule="auto"/>
        <w:ind w:firstLine="284"/>
        <w:rPr>
          <w:rFonts w:ascii="Garamond" w:hAnsi="Garamond"/>
        </w:rPr>
      </w:pPr>
      <w:r w:rsidRPr="00771DC2">
        <w:rPr>
          <w:rFonts w:ascii="Garamond" w:hAnsi="Garamond"/>
        </w:rPr>
        <w:t>Everything else is just noise.</w:t>
      </w:r>
    </w:p>
    <w:p w14:paraId="2A506DF7" w14:textId="77777777" w:rsidR="00F32FA7" w:rsidRPr="00771DC2" w:rsidRDefault="00000000" w:rsidP="00E82982">
      <w:pPr>
        <w:spacing w:line="336" w:lineRule="auto"/>
        <w:ind w:firstLine="284"/>
        <w:rPr>
          <w:rFonts w:ascii="Garamond" w:hAnsi="Garamond"/>
        </w:rPr>
      </w:pPr>
      <w:proofErr w:type="gramStart"/>
      <w:r w:rsidRPr="00771DC2">
        <w:rPr>
          <w:rFonts w:ascii="Garamond" w:hAnsi="Garamond"/>
        </w:rPr>
        <w:t>So</w:t>
      </w:r>
      <w:proofErr w:type="gramEnd"/>
      <w:r w:rsidRPr="00771DC2">
        <w:rPr>
          <w:rFonts w:ascii="Garamond" w:hAnsi="Garamond"/>
        </w:rPr>
        <w:t xml:space="preserve"> stop giving a damn about the noise. Start living like heaven is watching.</w:t>
      </w:r>
    </w:p>
    <w:p w14:paraId="6A97748B" w14:textId="77777777" w:rsidR="00F32FA7" w:rsidRPr="00771DC2" w:rsidRDefault="00000000" w:rsidP="00E82982">
      <w:pPr>
        <w:spacing w:line="336" w:lineRule="auto"/>
        <w:ind w:firstLine="284"/>
        <w:rPr>
          <w:rFonts w:ascii="Garamond" w:hAnsi="Garamond"/>
        </w:rPr>
      </w:pPr>
      <w:r w:rsidRPr="00771DC2">
        <w:rPr>
          <w:rFonts w:ascii="Garamond" w:hAnsi="Garamond"/>
        </w:rPr>
        <w:t>Because it is.</w:t>
      </w:r>
    </w:p>
    <w:p w14:paraId="4F5EF434"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Challenge</w:t>
      </w:r>
    </w:p>
    <w:p w14:paraId="08CB4476" w14:textId="77777777" w:rsidR="00F32FA7" w:rsidRPr="00771DC2" w:rsidRDefault="00000000" w:rsidP="00E82982">
      <w:pPr>
        <w:spacing w:line="336" w:lineRule="auto"/>
        <w:ind w:firstLine="284"/>
        <w:rPr>
          <w:rFonts w:ascii="Garamond" w:hAnsi="Garamond"/>
        </w:rPr>
      </w:pPr>
      <w:r w:rsidRPr="00771DC2">
        <w:rPr>
          <w:rFonts w:ascii="Garamond" w:hAnsi="Garamond"/>
        </w:rPr>
        <w:t>Do something that only makes sense from an eternal perspective:</w:t>
      </w:r>
    </w:p>
    <w:p w14:paraId="790E26F9"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Have a gospel conversation with someone who needs Jesus</w:t>
      </w:r>
    </w:p>
    <w:p w14:paraId="2EFA22EE"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lastRenderedPageBreak/>
        <w:t>Give generously to something that will outlast your life</w:t>
      </w:r>
    </w:p>
    <w:p w14:paraId="4D1AE3B2"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Forgive someone who doesn't deserve it</w:t>
      </w:r>
    </w:p>
    <w:p w14:paraId="1B9DF856"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Serve someone who can't pay you back</w:t>
      </w:r>
    </w:p>
    <w:p w14:paraId="164CB876"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Pray for your enemies</w:t>
      </w:r>
    </w:p>
    <w:p w14:paraId="184D49B5"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Choose faithfulness over convenience in a specific situation</w:t>
      </w:r>
    </w:p>
    <w:p w14:paraId="68115920" w14:textId="77777777" w:rsidR="00F32FA7" w:rsidRPr="00771DC2" w:rsidRDefault="00000000" w:rsidP="00E82982">
      <w:pPr>
        <w:spacing w:line="336" w:lineRule="auto"/>
        <w:ind w:firstLine="284"/>
        <w:rPr>
          <w:rFonts w:ascii="Garamond" w:hAnsi="Garamond"/>
        </w:rPr>
      </w:pPr>
      <w:r w:rsidRPr="00771DC2">
        <w:rPr>
          <w:rFonts w:ascii="Garamond" w:hAnsi="Garamond"/>
        </w:rPr>
        <w:t>Before you make any major decisions, ask yourself: "How will this matter in 100 years? How will this matter in eternity?"</w:t>
      </w:r>
    </w:p>
    <w:p w14:paraId="7C951F8D" w14:textId="77777777" w:rsidR="00F32FA7" w:rsidRPr="00771DC2" w:rsidRDefault="00000000" w:rsidP="00E82982">
      <w:pPr>
        <w:spacing w:line="336" w:lineRule="auto"/>
        <w:ind w:firstLine="284"/>
        <w:rPr>
          <w:rFonts w:ascii="Garamond" w:hAnsi="Garamond"/>
        </w:rPr>
      </w:pPr>
      <w:r w:rsidRPr="00771DC2">
        <w:rPr>
          <w:rFonts w:ascii="Garamond" w:hAnsi="Garamond"/>
        </w:rPr>
        <w:t>Stop living for applause that will end. Start living for applause that will last forever.</w:t>
      </w:r>
    </w:p>
    <w:p w14:paraId="7FE858E2" w14:textId="77777777" w:rsidR="00F32FA7" w:rsidRPr="00771DC2" w:rsidRDefault="00000000" w:rsidP="00E82982">
      <w:pPr>
        <w:spacing w:line="336" w:lineRule="auto"/>
        <w:ind w:firstLine="284"/>
        <w:rPr>
          <w:rFonts w:ascii="Garamond" w:hAnsi="Garamond"/>
        </w:rPr>
      </w:pPr>
      <w:r w:rsidRPr="00771DC2">
        <w:rPr>
          <w:rFonts w:ascii="Garamond" w:hAnsi="Garamond"/>
        </w:rPr>
        <w:t>Your 80 years are almost over. Make them count for something that won't die with you.</w:t>
      </w:r>
    </w:p>
    <w:p w14:paraId="0FA6CF44"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0D6A0C3E" w14:textId="77777777" w:rsidR="00F32FA7" w:rsidRPr="00771DC2" w:rsidRDefault="00000000" w:rsidP="00E82982">
      <w:pPr>
        <w:pStyle w:val="ChapterTitle"/>
        <w:spacing w:line="336" w:lineRule="auto"/>
        <w:ind w:firstLine="284"/>
        <w:rPr>
          <w:rFonts w:ascii="Garamond" w:hAnsi="Garamond"/>
          <w:sz w:val="22"/>
        </w:rPr>
      </w:pPr>
      <w:r w:rsidRPr="00771DC2">
        <w:rPr>
          <w:rFonts w:ascii="Garamond" w:hAnsi="Garamond"/>
          <w:sz w:val="22"/>
        </w:rPr>
        <w:t>CHAPTER 13: The Holy Art of Not Giving a Damn: A Manifesto</w:t>
      </w:r>
    </w:p>
    <w:p w14:paraId="38646444" w14:textId="77777777" w:rsidR="00F32FA7" w:rsidRPr="00771DC2" w:rsidRDefault="00000000" w:rsidP="00E82982">
      <w:pPr>
        <w:spacing w:line="336" w:lineRule="auto"/>
        <w:ind w:firstLine="284"/>
        <w:rPr>
          <w:rFonts w:ascii="Garamond" w:hAnsi="Garamond"/>
        </w:rPr>
      </w:pPr>
      <w:r w:rsidRPr="00771DC2">
        <w:rPr>
          <w:rFonts w:ascii="Garamond" w:hAnsi="Garamond"/>
        </w:rPr>
        <w:t>*"Give a damn about what God gives a damn about. Let everything else go."*</w:t>
      </w:r>
    </w:p>
    <w:p w14:paraId="7E6751F3"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 xml:space="preserve">So here we are. Thirteen chapters later, and the message is simple: </w:t>
      </w:r>
      <w:r w:rsidRPr="00771DC2">
        <w:rPr>
          <w:rFonts w:ascii="Garamond" w:hAnsi="Garamond"/>
          <w:b/>
        </w:rPr>
        <w:t>Give a damn about what God gives a damn about. Let everything else go.</w:t>
      </w:r>
    </w:p>
    <w:p w14:paraId="5CBFE1E5" w14:textId="77777777" w:rsidR="00F32FA7" w:rsidRPr="00771DC2" w:rsidRDefault="00000000" w:rsidP="00E82982">
      <w:pPr>
        <w:spacing w:line="336" w:lineRule="auto"/>
        <w:ind w:firstLine="284"/>
        <w:rPr>
          <w:rFonts w:ascii="Garamond" w:hAnsi="Garamond"/>
        </w:rPr>
      </w:pPr>
      <w:r w:rsidRPr="00771DC2">
        <w:rPr>
          <w:rFonts w:ascii="Garamond" w:hAnsi="Garamond"/>
        </w:rPr>
        <w:t>But simple doesn't mean easy.</w:t>
      </w:r>
    </w:p>
    <w:p w14:paraId="4849E987" w14:textId="77777777" w:rsidR="00F32FA7" w:rsidRPr="00771DC2" w:rsidRDefault="00000000" w:rsidP="00E82982">
      <w:pPr>
        <w:spacing w:line="336" w:lineRule="auto"/>
        <w:ind w:firstLine="284"/>
        <w:rPr>
          <w:rFonts w:ascii="Garamond" w:hAnsi="Garamond"/>
        </w:rPr>
      </w:pPr>
      <w:r w:rsidRPr="00771DC2">
        <w:rPr>
          <w:rFonts w:ascii="Garamond" w:hAnsi="Garamond"/>
        </w:rPr>
        <w:t>Everything in our culture fights against this. Everything in our flesh resists it. Everything in our old way of living rebels against it.</w:t>
      </w:r>
    </w:p>
    <w:p w14:paraId="5690C9FE" w14:textId="77777777" w:rsidR="00F32FA7" w:rsidRPr="00771DC2" w:rsidRDefault="00000000" w:rsidP="00E82982">
      <w:pPr>
        <w:spacing w:line="336" w:lineRule="auto"/>
        <w:ind w:firstLine="284"/>
        <w:rPr>
          <w:rFonts w:ascii="Garamond" w:hAnsi="Garamond"/>
        </w:rPr>
      </w:pPr>
      <w:r w:rsidRPr="00771DC2">
        <w:rPr>
          <w:rFonts w:ascii="Garamond" w:hAnsi="Garamond"/>
        </w:rPr>
        <w:t>Which is exactly why we have to fight for it.</w:t>
      </w:r>
    </w:p>
    <w:p w14:paraId="0BA1E8F9"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What We've Learned to Stop Giving a Damn About</w:t>
      </w:r>
    </w:p>
    <w:p w14:paraId="5D7347CF" w14:textId="77777777" w:rsidR="00F32FA7" w:rsidRPr="00771DC2" w:rsidRDefault="00000000" w:rsidP="00E82982">
      <w:pPr>
        <w:spacing w:line="336" w:lineRule="auto"/>
        <w:ind w:firstLine="284"/>
        <w:rPr>
          <w:rFonts w:ascii="Garamond" w:hAnsi="Garamond"/>
        </w:rPr>
      </w:pPr>
      <w:r w:rsidRPr="00771DC2">
        <w:rPr>
          <w:rFonts w:ascii="Garamond" w:hAnsi="Garamond"/>
        </w:rPr>
        <w:t>Let's recap what we're done with:</w:t>
      </w:r>
    </w:p>
    <w:p w14:paraId="2A96C89C" w14:textId="77777777" w:rsidR="00F32FA7" w:rsidRPr="00771DC2" w:rsidRDefault="00000000" w:rsidP="00E82982">
      <w:pPr>
        <w:spacing w:line="336" w:lineRule="auto"/>
        <w:ind w:firstLine="284"/>
        <w:rPr>
          <w:rFonts w:ascii="Garamond" w:hAnsi="Garamond"/>
        </w:rPr>
      </w:pPr>
      <w:r w:rsidRPr="00771DC2">
        <w:rPr>
          <w:rFonts w:ascii="Garamond" w:hAnsi="Garamond"/>
          <w:b/>
        </w:rPr>
        <w:t>Other people's opinions.</w:t>
      </w:r>
      <w:r w:rsidRPr="00771DC2">
        <w:rPr>
          <w:rFonts w:ascii="Garamond" w:hAnsi="Garamond"/>
        </w:rPr>
        <w:t xml:space="preserve"> Most of the opinions you fear don't even exist. And the ones that do? They're not your authority. God is.</w:t>
      </w:r>
    </w:p>
    <w:p w14:paraId="759ADE89" w14:textId="77777777" w:rsidR="00F32FA7" w:rsidRPr="00771DC2" w:rsidRDefault="00000000" w:rsidP="00E82982">
      <w:pPr>
        <w:spacing w:line="336" w:lineRule="auto"/>
        <w:ind w:firstLine="284"/>
        <w:rPr>
          <w:rFonts w:ascii="Garamond" w:hAnsi="Garamond"/>
        </w:rPr>
      </w:pPr>
      <w:r w:rsidRPr="00771DC2">
        <w:rPr>
          <w:rFonts w:ascii="Garamond" w:hAnsi="Garamond"/>
          <w:b/>
        </w:rPr>
        <w:t>Being the main character.</w:t>
      </w:r>
      <w:r w:rsidRPr="00771DC2">
        <w:rPr>
          <w:rFonts w:ascii="Garamond" w:hAnsi="Garamond"/>
        </w:rPr>
        <w:t xml:space="preserve"> You're not the center of the universe. God is. And that's actually freeing, not limiting.</w:t>
      </w:r>
    </w:p>
    <w:p w14:paraId="5158341D" w14:textId="77777777" w:rsidR="00F32FA7" w:rsidRPr="00771DC2" w:rsidRDefault="00000000" w:rsidP="00E82982">
      <w:pPr>
        <w:spacing w:line="336" w:lineRule="auto"/>
        <w:ind w:firstLine="284"/>
        <w:rPr>
          <w:rFonts w:ascii="Garamond" w:hAnsi="Garamond"/>
        </w:rPr>
      </w:pPr>
      <w:r w:rsidRPr="00771DC2">
        <w:rPr>
          <w:rFonts w:ascii="Garamond" w:hAnsi="Garamond"/>
          <w:b/>
        </w:rPr>
        <w:t>Your reputation.</w:t>
      </w:r>
      <w:r w:rsidRPr="00771DC2">
        <w:rPr>
          <w:rFonts w:ascii="Garamond" w:hAnsi="Garamond"/>
        </w:rPr>
        <w:t xml:space="preserve"> Reputation is what people think you are. Character is who you actually are. God cares about the second, not the first.</w:t>
      </w:r>
    </w:p>
    <w:p w14:paraId="3FD43099"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Performing for God.</w:t>
      </w:r>
      <w:r w:rsidRPr="00771DC2">
        <w:rPr>
          <w:rFonts w:ascii="Garamond" w:hAnsi="Garamond"/>
        </w:rPr>
        <w:t xml:space="preserve"> Martha was busy serving Jesus but missed Jesus while serving Him. Don't make that mistake.</w:t>
      </w:r>
    </w:p>
    <w:p w14:paraId="4A594548" w14:textId="77777777" w:rsidR="00F32FA7" w:rsidRPr="00771DC2" w:rsidRDefault="00000000" w:rsidP="00E82982">
      <w:pPr>
        <w:spacing w:line="336" w:lineRule="auto"/>
        <w:ind w:firstLine="284"/>
        <w:rPr>
          <w:rFonts w:ascii="Garamond" w:hAnsi="Garamond"/>
        </w:rPr>
      </w:pPr>
      <w:r w:rsidRPr="00771DC2">
        <w:rPr>
          <w:rFonts w:ascii="Garamond" w:hAnsi="Garamond"/>
          <w:b/>
        </w:rPr>
        <w:t>Everyone else's expectations.</w:t>
      </w:r>
      <w:r w:rsidRPr="00771DC2">
        <w:rPr>
          <w:rFonts w:ascii="Garamond" w:hAnsi="Garamond"/>
        </w:rPr>
        <w:t xml:space="preserve"> Jesus told you to carry your cross, not everyone's emotional baggage.</w:t>
      </w:r>
    </w:p>
    <w:p w14:paraId="5DC3C3FB" w14:textId="77777777" w:rsidR="00F32FA7" w:rsidRPr="00771DC2" w:rsidRDefault="00000000" w:rsidP="00E82982">
      <w:pPr>
        <w:spacing w:line="336" w:lineRule="auto"/>
        <w:ind w:firstLine="284"/>
        <w:rPr>
          <w:rFonts w:ascii="Garamond" w:hAnsi="Garamond"/>
        </w:rPr>
      </w:pPr>
      <w:r w:rsidRPr="00771DC2">
        <w:rPr>
          <w:rFonts w:ascii="Garamond" w:hAnsi="Garamond"/>
          <w:b/>
        </w:rPr>
        <w:t>Temporary comfort.</w:t>
      </w:r>
      <w:r w:rsidRPr="00771DC2">
        <w:rPr>
          <w:rFonts w:ascii="Garamond" w:hAnsi="Garamond"/>
        </w:rPr>
        <w:t xml:space="preserve"> God is more interested in your character than your comfort. And character is forged in discomfort.</w:t>
      </w:r>
    </w:p>
    <w:p w14:paraId="3A425272" w14:textId="77777777" w:rsidR="00F32FA7" w:rsidRPr="00771DC2" w:rsidRDefault="00000000" w:rsidP="00E82982">
      <w:pPr>
        <w:spacing w:line="336" w:lineRule="auto"/>
        <w:ind w:firstLine="284"/>
        <w:rPr>
          <w:rFonts w:ascii="Garamond" w:hAnsi="Garamond"/>
        </w:rPr>
      </w:pPr>
      <w:r w:rsidRPr="00771DC2">
        <w:rPr>
          <w:rFonts w:ascii="Garamond" w:hAnsi="Garamond"/>
          <w:b/>
        </w:rPr>
        <w:t>Perfectionism.</w:t>
      </w:r>
      <w:r w:rsidRPr="00771DC2">
        <w:rPr>
          <w:rFonts w:ascii="Garamond" w:hAnsi="Garamond"/>
        </w:rPr>
        <w:t xml:space="preserve"> You're going to fail. That's okay. Faithfulness is getting back up, not never falling down.</w:t>
      </w:r>
    </w:p>
    <w:p w14:paraId="1D61A639" w14:textId="77777777" w:rsidR="00F32FA7" w:rsidRPr="00771DC2" w:rsidRDefault="00000000" w:rsidP="00E82982">
      <w:pPr>
        <w:spacing w:line="336" w:lineRule="auto"/>
        <w:ind w:firstLine="284"/>
        <w:rPr>
          <w:rFonts w:ascii="Garamond" w:hAnsi="Garamond"/>
        </w:rPr>
      </w:pPr>
      <w:r w:rsidRPr="00771DC2">
        <w:rPr>
          <w:rFonts w:ascii="Garamond" w:hAnsi="Garamond"/>
          <w:b/>
        </w:rPr>
        <w:t>The approval of people who don't matter.</w:t>
      </w:r>
      <w:r w:rsidRPr="00771DC2">
        <w:rPr>
          <w:rFonts w:ascii="Garamond" w:hAnsi="Garamond"/>
        </w:rPr>
        <w:t xml:space="preserve"> You're living for an audience of One. Make sure you're performing for the right crowd.</w:t>
      </w:r>
    </w:p>
    <w:p w14:paraId="4632A522"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What We've Learned to Give a Damn About</w:t>
      </w:r>
    </w:p>
    <w:p w14:paraId="1FF5EDAF" w14:textId="77777777" w:rsidR="00F32FA7" w:rsidRPr="00771DC2" w:rsidRDefault="00000000" w:rsidP="00E82982">
      <w:pPr>
        <w:spacing w:line="336" w:lineRule="auto"/>
        <w:ind w:firstLine="284"/>
        <w:rPr>
          <w:rFonts w:ascii="Garamond" w:hAnsi="Garamond"/>
        </w:rPr>
      </w:pPr>
      <w:r w:rsidRPr="00771DC2">
        <w:rPr>
          <w:rFonts w:ascii="Garamond" w:hAnsi="Garamond"/>
        </w:rPr>
        <w:t>Here's what actually matters:</w:t>
      </w:r>
    </w:p>
    <w:p w14:paraId="38AC0E5E" w14:textId="77777777" w:rsidR="00F32FA7" w:rsidRPr="00771DC2" w:rsidRDefault="00000000" w:rsidP="00E82982">
      <w:pPr>
        <w:spacing w:line="336" w:lineRule="auto"/>
        <w:ind w:firstLine="284"/>
        <w:rPr>
          <w:rFonts w:ascii="Garamond" w:hAnsi="Garamond"/>
        </w:rPr>
      </w:pPr>
      <w:r w:rsidRPr="00771DC2">
        <w:rPr>
          <w:rFonts w:ascii="Garamond" w:hAnsi="Garamond"/>
          <w:b/>
        </w:rPr>
        <w:t>God's opinion.</w:t>
      </w:r>
      <w:r w:rsidRPr="00771DC2">
        <w:rPr>
          <w:rFonts w:ascii="Garamond" w:hAnsi="Garamond"/>
        </w:rPr>
        <w:t xml:space="preserve"> His approval is the only one that lasts. His love is the only love that satisfies. His acceptance is the only acceptance that endures.</w:t>
      </w:r>
    </w:p>
    <w:p w14:paraId="3BB0040A"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Your specific calling.</w:t>
      </w:r>
      <w:r w:rsidRPr="00771DC2">
        <w:rPr>
          <w:rFonts w:ascii="Garamond" w:hAnsi="Garamond"/>
        </w:rPr>
        <w:t xml:space="preserve"> You can't be everything to everyone. But you can be faithful to Someone. Focus on what God has called you to do.</w:t>
      </w:r>
    </w:p>
    <w:p w14:paraId="6A97CFF1" w14:textId="77777777" w:rsidR="00F32FA7" w:rsidRPr="00771DC2" w:rsidRDefault="00000000" w:rsidP="00E82982">
      <w:pPr>
        <w:spacing w:line="336" w:lineRule="auto"/>
        <w:ind w:firstLine="284"/>
        <w:rPr>
          <w:rFonts w:ascii="Garamond" w:hAnsi="Garamond"/>
        </w:rPr>
      </w:pPr>
      <w:r w:rsidRPr="00771DC2">
        <w:rPr>
          <w:rFonts w:ascii="Garamond" w:hAnsi="Garamond"/>
          <w:b/>
        </w:rPr>
        <w:t>Your character more than your comfort.</w:t>
      </w:r>
      <w:r w:rsidRPr="00771DC2">
        <w:rPr>
          <w:rFonts w:ascii="Garamond" w:hAnsi="Garamond"/>
        </w:rPr>
        <w:t xml:space="preserve"> Who you're becoming matters more than what you're achieving. And who you're becoming is forged in discomfort.</w:t>
      </w:r>
    </w:p>
    <w:p w14:paraId="5D11485C" w14:textId="77777777" w:rsidR="00F32FA7" w:rsidRPr="00771DC2" w:rsidRDefault="00000000" w:rsidP="00E82982">
      <w:pPr>
        <w:spacing w:line="336" w:lineRule="auto"/>
        <w:ind w:firstLine="284"/>
        <w:rPr>
          <w:rFonts w:ascii="Garamond" w:hAnsi="Garamond"/>
        </w:rPr>
      </w:pPr>
      <w:r w:rsidRPr="00771DC2">
        <w:rPr>
          <w:rFonts w:ascii="Garamond" w:hAnsi="Garamond"/>
          <w:b/>
        </w:rPr>
        <w:t>Your cross, not everyone's baggage.</w:t>
      </w:r>
      <w:r w:rsidRPr="00771DC2">
        <w:rPr>
          <w:rFonts w:ascii="Garamond" w:hAnsi="Garamond"/>
        </w:rPr>
        <w:t xml:space="preserve"> There's a difference between the burden God gave you and the burdens other people are trying to give you. Learn to distinguish between them.</w:t>
      </w:r>
    </w:p>
    <w:p w14:paraId="7B11DC44" w14:textId="77777777" w:rsidR="00F32FA7" w:rsidRPr="00771DC2" w:rsidRDefault="00000000" w:rsidP="00E82982">
      <w:pPr>
        <w:spacing w:line="336" w:lineRule="auto"/>
        <w:ind w:firstLine="284"/>
        <w:rPr>
          <w:rFonts w:ascii="Garamond" w:hAnsi="Garamond"/>
        </w:rPr>
      </w:pPr>
      <w:r w:rsidRPr="00771DC2">
        <w:rPr>
          <w:rFonts w:ascii="Garamond" w:hAnsi="Garamond"/>
          <w:b/>
        </w:rPr>
        <w:t>Eternal things over temporary things.</w:t>
      </w:r>
      <w:r w:rsidRPr="00771DC2">
        <w:rPr>
          <w:rFonts w:ascii="Garamond" w:hAnsi="Garamond"/>
        </w:rPr>
        <w:t xml:space="preserve"> You're going to die. What you do in the meantime matters. Invest in what lasts.</w:t>
      </w:r>
    </w:p>
    <w:p w14:paraId="773C1DA7" w14:textId="77777777" w:rsidR="00F32FA7" w:rsidRPr="00771DC2" w:rsidRDefault="00000000" w:rsidP="00E82982">
      <w:pPr>
        <w:spacing w:line="336" w:lineRule="auto"/>
        <w:ind w:firstLine="284"/>
        <w:rPr>
          <w:rFonts w:ascii="Garamond" w:hAnsi="Garamond"/>
        </w:rPr>
      </w:pPr>
      <w:r w:rsidRPr="00771DC2">
        <w:rPr>
          <w:rFonts w:ascii="Garamond" w:hAnsi="Garamond"/>
          <w:b/>
        </w:rPr>
        <w:t>Faithfulness over success.</w:t>
      </w:r>
      <w:r w:rsidRPr="00771DC2">
        <w:rPr>
          <w:rFonts w:ascii="Garamond" w:hAnsi="Garamond"/>
        </w:rPr>
        <w:t xml:space="preserve"> Success is temporary. Faithfulness is eternal. God measures you by how well you steward what He gave you, not by how you compare to others.</w:t>
      </w:r>
    </w:p>
    <w:p w14:paraId="584A80BC" w14:textId="77777777" w:rsidR="00F32FA7" w:rsidRPr="00771DC2" w:rsidRDefault="00000000" w:rsidP="00E82982">
      <w:pPr>
        <w:spacing w:line="336" w:lineRule="auto"/>
        <w:ind w:firstLine="284"/>
        <w:rPr>
          <w:rFonts w:ascii="Garamond" w:hAnsi="Garamond"/>
        </w:rPr>
      </w:pPr>
      <w:r w:rsidRPr="00771DC2">
        <w:rPr>
          <w:rFonts w:ascii="Garamond" w:hAnsi="Garamond"/>
          <w:b/>
        </w:rPr>
        <w:t>Truth over popularity.</w:t>
      </w:r>
      <w:r w:rsidRPr="00771DC2">
        <w:rPr>
          <w:rFonts w:ascii="Garamond" w:hAnsi="Garamond"/>
        </w:rPr>
        <w:t xml:space="preserve"> Sometimes love requires saying hard things. Sometimes obedience means disappointing people. Sometimes faithfulness looks like foolishness.</w:t>
      </w:r>
    </w:p>
    <w:p w14:paraId="3D3989E2"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Souls over status.</w:t>
      </w:r>
      <w:r w:rsidRPr="00771DC2">
        <w:rPr>
          <w:rFonts w:ascii="Garamond" w:hAnsi="Garamond"/>
        </w:rPr>
        <w:t xml:space="preserve"> People are dying without Jesus. That matters more than your comfort, your reputation, or your agenda.</w:t>
      </w:r>
    </w:p>
    <w:p w14:paraId="636B77EB"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How We've Learned to Live It Out</w:t>
      </w:r>
    </w:p>
    <w:p w14:paraId="2CE463E4" w14:textId="77777777" w:rsidR="00F32FA7" w:rsidRPr="00771DC2" w:rsidRDefault="00000000" w:rsidP="00E82982">
      <w:pPr>
        <w:spacing w:line="336" w:lineRule="auto"/>
        <w:ind w:firstLine="284"/>
        <w:rPr>
          <w:rFonts w:ascii="Garamond" w:hAnsi="Garamond"/>
        </w:rPr>
      </w:pPr>
      <w:r w:rsidRPr="00771DC2">
        <w:rPr>
          <w:rFonts w:ascii="Garamond" w:hAnsi="Garamond"/>
        </w:rPr>
        <w:t>Knowing this stuff intellectually doesn't change anything. You have to actually live it.</w:t>
      </w:r>
    </w:p>
    <w:p w14:paraId="50D8DC6C" w14:textId="77777777" w:rsidR="00F32FA7" w:rsidRPr="00771DC2" w:rsidRDefault="00000000" w:rsidP="00E82982">
      <w:pPr>
        <w:spacing w:line="336" w:lineRule="auto"/>
        <w:ind w:firstLine="284"/>
        <w:rPr>
          <w:rFonts w:ascii="Garamond" w:hAnsi="Garamond"/>
        </w:rPr>
      </w:pPr>
      <w:r w:rsidRPr="00771DC2">
        <w:rPr>
          <w:rFonts w:ascii="Garamond" w:hAnsi="Garamond"/>
          <w:b/>
        </w:rPr>
        <w:t>Master your emotions instead of being mastered by them.</w:t>
      </w:r>
      <w:r w:rsidRPr="00771DC2">
        <w:rPr>
          <w:rFonts w:ascii="Garamond" w:hAnsi="Garamond"/>
        </w:rPr>
        <w:t xml:space="preserve"> Your feelings are real, but they're not always right. Don't let them drive your decisions.</w:t>
      </w:r>
    </w:p>
    <w:p w14:paraId="2A8CF6B9" w14:textId="77777777" w:rsidR="00F32FA7" w:rsidRPr="00771DC2" w:rsidRDefault="00000000" w:rsidP="00E82982">
      <w:pPr>
        <w:spacing w:line="336" w:lineRule="auto"/>
        <w:ind w:firstLine="284"/>
        <w:rPr>
          <w:rFonts w:ascii="Garamond" w:hAnsi="Garamond"/>
        </w:rPr>
      </w:pPr>
      <w:r w:rsidRPr="00771DC2">
        <w:rPr>
          <w:rFonts w:ascii="Garamond" w:hAnsi="Garamond"/>
          <w:b/>
        </w:rPr>
        <w:t>Love people without being controlled by them.</w:t>
      </w:r>
      <w:r w:rsidRPr="00771DC2">
        <w:rPr>
          <w:rFonts w:ascii="Garamond" w:hAnsi="Garamond"/>
        </w:rPr>
        <w:t xml:space="preserve"> You can care about someone without being responsible for their happiness. You can help someone without being their savior.</w:t>
      </w:r>
    </w:p>
    <w:p w14:paraId="7CE1E8BA" w14:textId="77777777" w:rsidR="00F32FA7" w:rsidRPr="00771DC2" w:rsidRDefault="00000000" w:rsidP="00E82982">
      <w:pPr>
        <w:spacing w:line="336" w:lineRule="auto"/>
        <w:ind w:firstLine="284"/>
        <w:rPr>
          <w:rFonts w:ascii="Garamond" w:hAnsi="Garamond"/>
        </w:rPr>
      </w:pPr>
      <w:r w:rsidRPr="00771DC2">
        <w:rPr>
          <w:rFonts w:ascii="Garamond" w:hAnsi="Garamond"/>
          <w:b/>
        </w:rPr>
        <w:t>Fail forward instead of staying paralyzed.</w:t>
      </w:r>
      <w:r w:rsidRPr="00771DC2">
        <w:rPr>
          <w:rFonts w:ascii="Garamond" w:hAnsi="Garamond"/>
        </w:rPr>
        <w:t xml:space="preserve"> You're going to mess up. Learn from it, get back up, and try again. That's faithfulness.</w:t>
      </w:r>
    </w:p>
    <w:p w14:paraId="01AA1964" w14:textId="77777777" w:rsidR="00F32FA7" w:rsidRPr="00771DC2" w:rsidRDefault="00000000" w:rsidP="00E82982">
      <w:pPr>
        <w:spacing w:line="336" w:lineRule="auto"/>
        <w:ind w:firstLine="284"/>
        <w:rPr>
          <w:rFonts w:ascii="Garamond" w:hAnsi="Garamond"/>
        </w:rPr>
      </w:pPr>
      <w:r w:rsidRPr="00771DC2">
        <w:rPr>
          <w:rFonts w:ascii="Garamond" w:hAnsi="Garamond"/>
          <w:b/>
        </w:rPr>
        <w:t>Live with urgency because time is short.</w:t>
      </w:r>
      <w:r w:rsidRPr="00771DC2">
        <w:rPr>
          <w:rFonts w:ascii="Garamond" w:hAnsi="Garamond"/>
        </w:rPr>
        <w:t xml:space="preserve"> You're going to die. Make your days count. Invest in what lasts.</w:t>
      </w:r>
    </w:p>
    <w:p w14:paraId="759CC181" w14:textId="77777777" w:rsidR="00F32FA7" w:rsidRPr="00771DC2" w:rsidRDefault="00000000" w:rsidP="00E82982">
      <w:pPr>
        <w:spacing w:line="336" w:lineRule="auto"/>
        <w:ind w:firstLine="284"/>
        <w:rPr>
          <w:rFonts w:ascii="Garamond" w:hAnsi="Garamond"/>
        </w:rPr>
      </w:pPr>
      <w:r w:rsidRPr="00771DC2">
        <w:rPr>
          <w:rFonts w:ascii="Garamond" w:hAnsi="Garamond"/>
          <w:b/>
        </w:rPr>
        <w:t>Focus on what will last.</w:t>
      </w:r>
      <w:r w:rsidRPr="00771DC2">
        <w:rPr>
          <w:rFonts w:ascii="Garamond" w:hAnsi="Garamond"/>
        </w:rPr>
        <w:t xml:space="preserve"> Most of what you're stressed about today won't matter in a hundred years. Spend your energy on what will.</w:t>
      </w:r>
    </w:p>
    <w:p w14:paraId="19B86A34"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Promise of This Life</w:t>
      </w:r>
    </w:p>
    <w:p w14:paraId="52CF00F7" w14:textId="77777777" w:rsidR="00F32FA7" w:rsidRPr="00771DC2" w:rsidRDefault="00000000" w:rsidP="00E82982">
      <w:pPr>
        <w:spacing w:line="336" w:lineRule="auto"/>
        <w:ind w:firstLine="284"/>
        <w:rPr>
          <w:rFonts w:ascii="Garamond" w:hAnsi="Garamond"/>
        </w:rPr>
      </w:pPr>
      <w:r w:rsidRPr="00771DC2">
        <w:rPr>
          <w:rFonts w:ascii="Garamond" w:hAnsi="Garamond"/>
        </w:rPr>
        <w:t>Let me be honest with you: This life isn't easy.</w:t>
      </w:r>
    </w:p>
    <w:p w14:paraId="6A64E6C9" w14:textId="77777777" w:rsidR="00F32FA7" w:rsidRPr="00771DC2" w:rsidRDefault="00000000" w:rsidP="00E82982">
      <w:pPr>
        <w:spacing w:line="336" w:lineRule="auto"/>
        <w:ind w:firstLine="284"/>
        <w:rPr>
          <w:rFonts w:ascii="Garamond" w:hAnsi="Garamond"/>
        </w:rPr>
      </w:pPr>
      <w:r w:rsidRPr="00771DC2">
        <w:rPr>
          <w:rFonts w:ascii="Garamond" w:hAnsi="Garamond"/>
        </w:rPr>
        <w:t>It will cost you.</w:t>
      </w:r>
    </w:p>
    <w:p w14:paraId="3BF68BCE" w14:textId="77777777" w:rsidR="00F32FA7" w:rsidRPr="00771DC2" w:rsidRDefault="00000000" w:rsidP="00E82982">
      <w:pPr>
        <w:spacing w:line="336" w:lineRule="auto"/>
        <w:ind w:firstLine="284"/>
        <w:rPr>
          <w:rFonts w:ascii="Garamond" w:hAnsi="Garamond"/>
        </w:rPr>
      </w:pPr>
      <w:r w:rsidRPr="00771DC2">
        <w:rPr>
          <w:rFonts w:ascii="Garamond" w:hAnsi="Garamond"/>
        </w:rPr>
        <w:t>It will cost you relationships with people who only liked the performing version of you. It will cost you opportunities that look good but aren't God's will. It will cost you comfort that you've been clinging to. It will cost you the approval of people who matter less than you think.</w:t>
      </w:r>
    </w:p>
    <w:p w14:paraId="7C5E2F0E" w14:textId="77777777" w:rsidR="00F32FA7" w:rsidRPr="00771DC2" w:rsidRDefault="00000000" w:rsidP="00E82982">
      <w:pPr>
        <w:spacing w:line="336" w:lineRule="auto"/>
        <w:ind w:firstLine="284"/>
        <w:rPr>
          <w:rFonts w:ascii="Garamond" w:hAnsi="Garamond"/>
        </w:rPr>
      </w:pPr>
      <w:r w:rsidRPr="00771DC2">
        <w:rPr>
          <w:rFonts w:ascii="Garamond" w:hAnsi="Garamond"/>
        </w:rPr>
        <w:t>But it will give you something priceless:</w:t>
      </w:r>
    </w:p>
    <w:p w14:paraId="44402864" w14:textId="77777777" w:rsidR="00F32FA7" w:rsidRPr="00771DC2" w:rsidRDefault="00000000" w:rsidP="00E82982">
      <w:pPr>
        <w:spacing w:line="336" w:lineRule="auto"/>
        <w:ind w:firstLine="284"/>
        <w:rPr>
          <w:rFonts w:ascii="Garamond" w:hAnsi="Garamond"/>
        </w:rPr>
      </w:pPr>
      <w:r w:rsidRPr="00771DC2">
        <w:rPr>
          <w:rFonts w:ascii="Garamond" w:hAnsi="Garamond"/>
          <w:b/>
        </w:rPr>
        <w:t>Freedom from the exhausting work of impression management.</w:t>
      </w:r>
      <w:r w:rsidRPr="00771DC2">
        <w:rPr>
          <w:rFonts w:ascii="Garamond" w:hAnsi="Garamond"/>
        </w:rPr>
        <w:t xml:space="preserve"> You don't have to perform anymore. You can be real.</w:t>
      </w:r>
    </w:p>
    <w:p w14:paraId="6C5A6B5A" w14:textId="77777777" w:rsidR="00F32FA7" w:rsidRPr="00771DC2" w:rsidRDefault="00000000" w:rsidP="00E82982">
      <w:pPr>
        <w:spacing w:line="336" w:lineRule="auto"/>
        <w:ind w:firstLine="284"/>
        <w:rPr>
          <w:rFonts w:ascii="Garamond" w:hAnsi="Garamond"/>
        </w:rPr>
      </w:pPr>
      <w:r w:rsidRPr="00771DC2">
        <w:rPr>
          <w:rFonts w:ascii="Garamond" w:hAnsi="Garamond"/>
          <w:b/>
        </w:rPr>
        <w:t>Peace that comes from knowing you're in God's will.</w:t>
      </w:r>
      <w:r w:rsidRPr="00771DC2">
        <w:rPr>
          <w:rFonts w:ascii="Garamond" w:hAnsi="Garamond"/>
        </w:rPr>
        <w:t xml:space="preserve"> When you're walking in obedience, you have peace even in chaos.</w:t>
      </w:r>
    </w:p>
    <w:p w14:paraId="63D55288" w14:textId="77777777" w:rsidR="00F32FA7" w:rsidRPr="00771DC2" w:rsidRDefault="00000000" w:rsidP="00E82982">
      <w:pPr>
        <w:spacing w:line="336" w:lineRule="auto"/>
        <w:ind w:firstLine="284"/>
        <w:rPr>
          <w:rFonts w:ascii="Garamond" w:hAnsi="Garamond"/>
        </w:rPr>
      </w:pPr>
      <w:r w:rsidRPr="00771DC2">
        <w:rPr>
          <w:rFonts w:ascii="Garamond" w:hAnsi="Garamond"/>
          <w:b/>
        </w:rPr>
        <w:t>Joy that isn't dependent on circumstances.</w:t>
      </w:r>
      <w:r w:rsidRPr="00771DC2">
        <w:rPr>
          <w:rFonts w:ascii="Garamond" w:hAnsi="Garamond"/>
        </w:rPr>
        <w:t xml:space="preserve"> Your joy comes from your relationship with God, not from your situation.</w:t>
      </w:r>
    </w:p>
    <w:p w14:paraId="09CC088C" w14:textId="77777777" w:rsidR="00F32FA7" w:rsidRPr="00771DC2" w:rsidRDefault="00000000" w:rsidP="00E82982">
      <w:pPr>
        <w:spacing w:line="336" w:lineRule="auto"/>
        <w:ind w:firstLine="284"/>
        <w:rPr>
          <w:rFonts w:ascii="Garamond" w:hAnsi="Garamond"/>
        </w:rPr>
      </w:pPr>
      <w:r w:rsidRPr="00771DC2">
        <w:rPr>
          <w:rFonts w:ascii="Garamond" w:hAnsi="Garamond"/>
          <w:b/>
        </w:rPr>
        <w:lastRenderedPageBreak/>
        <w:t>Purpose that outlasts your life.</w:t>
      </w:r>
      <w:r w:rsidRPr="00771DC2">
        <w:rPr>
          <w:rFonts w:ascii="Garamond" w:hAnsi="Garamond"/>
        </w:rPr>
        <w:t xml:space="preserve"> You're not just killing time—you're investing in eternity.</w:t>
      </w:r>
    </w:p>
    <w:p w14:paraId="73708DDE" w14:textId="77777777" w:rsidR="00F32FA7" w:rsidRPr="00771DC2" w:rsidRDefault="00000000" w:rsidP="00E82982">
      <w:pPr>
        <w:spacing w:line="336" w:lineRule="auto"/>
        <w:ind w:firstLine="284"/>
        <w:rPr>
          <w:rFonts w:ascii="Garamond" w:hAnsi="Garamond"/>
        </w:rPr>
      </w:pPr>
      <w:r w:rsidRPr="00771DC2">
        <w:rPr>
          <w:rFonts w:ascii="Garamond" w:hAnsi="Garamond"/>
          <w:b/>
        </w:rPr>
        <w:t>A legacy that echoes in eternity.</w:t>
      </w:r>
      <w:r w:rsidRPr="00771DC2">
        <w:rPr>
          <w:rFonts w:ascii="Garamond" w:hAnsi="Garamond"/>
        </w:rPr>
        <w:t xml:space="preserve"> Long after you're gone, the impact of your faithfulness will continue.</w:t>
      </w:r>
    </w:p>
    <w:p w14:paraId="3FFF6187"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The Final Word</w:t>
      </w:r>
    </w:p>
    <w:p w14:paraId="434D56D4" w14:textId="77777777" w:rsidR="00F32FA7" w:rsidRPr="00771DC2" w:rsidRDefault="00000000" w:rsidP="00E82982">
      <w:pPr>
        <w:spacing w:line="336" w:lineRule="auto"/>
        <w:ind w:firstLine="284"/>
        <w:rPr>
          <w:rFonts w:ascii="Garamond" w:hAnsi="Garamond"/>
        </w:rPr>
      </w:pPr>
      <w:r w:rsidRPr="00771DC2">
        <w:rPr>
          <w:rFonts w:ascii="Garamond" w:hAnsi="Garamond"/>
        </w:rPr>
        <w:t>You're going to stand before God one day.</w:t>
      </w:r>
    </w:p>
    <w:p w14:paraId="0908D43E" w14:textId="77777777" w:rsidR="00F32FA7" w:rsidRPr="00771DC2" w:rsidRDefault="00000000" w:rsidP="00E82982">
      <w:pPr>
        <w:spacing w:line="336" w:lineRule="auto"/>
        <w:ind w:firstLine="284"/>
        <w:rPr>
          <w:rFonts w:ascii="Garamond" w:hAnsi="Garamond"/>
        </w:rPr>
      </w:pPr>
      <w:r w:rsidRPr="00771DC2">
        <w:rPr>
          <w:rFonts w:ascii="Garamond" w:hAnsi="Garamond"/>
        </w:rPr>
        <w:t>He's not going to ask:</w:t>
      </w:r>
    </w:p>
    <w:p w14:paraId="32C2FE1B"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How many people liked you</w:t>
      </w:r>
    </w:p>
    <w:p w14:paraId="7D9B1265"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How successful you were</w:t>
      </w:r>
    </w:p>
    <w:p w14:paraId="411D9C8F"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How comfortable you were</w:t>
      </w:r>
    </w:p>
    <w:p w14:paraId="280BFB22"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How perfect you appeared</w:t>
      </w:r>
    </w:p>
    <w:p w14:paraId="6EAE1161" w14:textId="77777777" w:rsidR="00F32FA7" w:rsidRPr="00771DC2" w:rsidRDefault="00000000" w:rsidP="00E82982">
      <w:pPr>
        <w:spacing w:line="336" w:lineRule="auto"/>
        <w:ind w:firstLine="284"/>
        <w:rPr>
          <w:rFonts w:ascii="Garamond" w:hAnsi="Garamond"/>
        </w:rPr>
      </w:pPr>
      <w:r w:rsidRPr="00771DC2">
        <w:rPr>
          <w:rFonts w:ascii="Garamond" w:hAnsi="Garamond"/>
        </w:rPr>
        <w:t>He's going to ask:</w:t>
      </w:r>
    </w:p>
    <w:p w14:paraId="26DDA1C3"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Did you love Me?</w:t>
      </w:r>
    </w:p>
    <w:p w14:paraId="1F93827E"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Did you love others?</w:t>
      </w:r>
    </w:p>
    <w:p w14:paraId="7901EEA4"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Were you faithful with what I gave you?</w:t>
      </w:r>
    </w:p>
    <w:p w14:paraId="5A2D05BC" w14:textId="77777777" w:rsidR="00F32FA7" w:rsidRPr="00771DC2" w:rsidRDefault="00000000" w:rsidP="00E82982">
      <w:pPr>
        <w:pStyle w:val="ListBullet"/>
        <w:spacing w:line="336" w:lineRule="auto"/>
        <w:ind w:firstLine="284"/>
        <w:rPr>
          <w:rFonts w:ascii="Garamond" w:hAnsi="Garamond"/>
        </w:rPr>
      </w:pPr>
      <w:r w:rsidRPr="00771DC2">
        <w:rPr>
          <w:rFonts w:ascii="Garamond" w:hAnsi="Garamond"/>
        </w:rPr>
        <w:t>Did you point people to My Son?</w:t>
      </w:r>
    </w:p>
    <w:p w14:paraId="0C41D664" w14:textId="77777777" w:rsidR="00F32FA7" w:rsidRPr="00771DC2" w:rsidRDefault="00000000" w:rsidP="00E82982">
      <w:pPr>
        <w:spacing w:line="336" w:lineRule="auto"/>
        <w:ind w:firstLine="284"/>
        <w:rPr>
          <w:rFonts w:ascii="Garamond" w:hAnsi="Garamond"/>
        </w:rPr>
      </w:pPr>
      <w:r w:rsidRPr="00771DC2">
        <w:rPr>
          <w:rFonts w:ascii="Garamond" w:hAnsi="Garamond"/>
        </w:rPr>
        <w:t>Everything else is just noise.</w:t>
      </w:r>
    </w:p>
    <w:p w14:paraId="54CA6CAE"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lastRenderedPageBreak/>
        <w:t>The Charge</w:t>
      </w:r>
    </w:p>
    <w:p w14:paraId="74B82B72" w14:textId="77777777" w:rsidR="00F32FA7" w:rsidRPr="00771DC2" w:rsidRDefault="00000000" w:rsidP="00E82982">
      <w:pPr>
        <w:spacing w:line="336" w:lineRule="auto"/>
        <w:ind w:firstLine="284"/>
        <w:rPr>
          <w:rFonts w:ascii="Garamond" w:hAnsi="Garamond"/>
        </w:rPr>
      </w:pPr>
      <w:proofErr w:type="gramStart"/>
      <w:r w:rsidRPr="00771DC2">
        <w:rPr>
          <w:rFonts w:ascii="Garamond" w:hAnsi="Garamond"/>
        </w:rPr>
        <w:t>So</w:t>
      </w:r>
      <w:proofErr w:type="gramEnd"/>
      <w:r w:rsidRPr="00771DC2">
        <w:rPr>
          <w:rFonts w:ascii="Garamond" w:hAnsi="Garamond"/>
        </w:rPr>
        <w:t xml:space="preserve"> stop giving a damn about the noise.</w:t>
      </w:r>
    </w:p>
    <w:p w14:paraId="5867A541" w14:textId="77777777" w:rsidR="00F32FA7" w:rsidRPr="00771DC2" w:rsidRDefault="00000000" w:rsidP="00E82982">
      <w:pPr>
        <w:spacing w:line="336" w:lineRule="auto"/>
        <w:ind w:firstLine="284"/>
        <w:rPr>
          <w:rFonts w:ascii="Garamond" w:hAnsi="Garamond"/>
        </w:rPr>
      </w:pPr>
      <w:r w:rsidRPr="00771DC2">
        <w:rPr>
          <w:rFonts w:ascii="Garamond" w:hAnsi="Garamond"/>
        </w:rPr>
        <w:t>Start living for what lasts.</w:t>
      </w:r>
    </w:p>
    <w:p w14:paraId="1B3B9DBC" w14:textId="77777777" w:rsidR="00F32FA7" w:rsidRPr="00771DC2" w:rsidRDefault="00000000" w:rsidP="00E82982">
      <w:pPr>
        <w:spacing w:line="336" w:lineRule="auto"/>
        <w:ind w:firstLine="284"/>
        <w:rPr>
          <w:rFonts w:ascii="Garamond" w:hAnsi="Garamond"/>
        </w:rPr>
      </w:pPr>
      <w:r w:rsidRPr="00771DC2">
        <w:rPr>
          <w:rFonts w:ascii="Garamond" w:hAnsi="Garamond"/>
        </w:rPr>
        <w:t>Stop performing for people. Start obeying God.</w:t>
      </w:r>
    </w:p>
    <w:p w14:paraId="591EF715" w14:textId="77777777" w:rsidR="00F32FA7" w:rsidRPr="00771DC2" w:rsidRDefault="00000000" w:rsidP="00E82982">
      <w:pPr>
        <w:spacing w:line="336" w:lineRule="auto"/>
        <w:ind w:firstLine="284"/>
        <w:rPr>
          <w:rFonts w:ascii="Garamond" w:hAnsi="Garamond"/>
        </w:rPr>
      </w:pPr>
      <w:r w:rsidRPr="00771DC2">
        <w:rPr>
          <w:rFonts w:ascii="Garamond" w:hAnsi="Garamond"/>
        </w:rPr>
        <w:t>Stop trying to be everything. Start being faithful to Someone.</w:t>
      </w:r>
    </w:p>
    <w:p w14:paraId="13F9CCE7" w14:textId="77777777" w:rsidR="00F32FA7" w:rsidRPr="00771DC2" w:rsidRDefault="00000000" w:rsidP="00E82982">
      <w:pPr>
        <w:spacing w:line="336" w:lineRule="auto"/>
        <w:ind w:firstLine="284"/>
        <w:rPr>
          <w:rFonts w:ascii="Garamond" w:hAnsi="Garamond"/>
        </w:rPr>
      </w:pPr>
      <w:r w:rsidRPr="00771DC2">
        <w:rPr>
          <w:rFonts w:ascii="Garamond" w:hAnsi="Garamond"/>
        </w:rPr>
        <w:t>You've got one life. Make it count.</w:t>
      </w:r>
    </w:p>
    <w:p w14:paraId="71367F73" w14:textId="77777777" w:rsidR="00F32FA7" w:rsidRPr="00771DC2" w:rsidRDefault="00000000" w:rsidP="00E82982">
      <w:pPr>
        <w:spacing w:line="336" w:lineRule="auto"/>
        <w:ind w:firstLine="284"/>
        <w:rPr>
          <w:rFonts w:ascii="Garamond" w:hAnsi="Garamond"/>
        </w:rPr>
      </w:pPr>
      <w:r w:rsidRPr="00771DC2">
        <w:rPr>
          <w:rFonts w:ascii="Garamond" w:hAnsi="Garamond"/>
        </w:rPr>
        <w:t>Not for applause that will end. For applause that will last forever.</w:t>
      </w:r>
    </w:p>
    <w:p w14:paraId="52C44E32" w14:textId="77777777" w:rsidR="00F32FA7" w:rsidRPr="00771DC2" w:rsidRDefault="00000000" w:rsidP="00E82982">
      <w:pPr>
        <w:spacing w:line="336" w:lineRule="auto"/>
        <w:ind w:firstLine="284"/>
        <w:rPr>
          <w:rFonts w:ascii="Garamond" w:hAnsi="Garamond"/>
        </w:rPr>
      </w:pPr>
      <w:r w:rsidRPr="00771DC2">
        <w:rPr>
          <w:rFonts w:ascii="Garamond" w:hAnsi="Garamond"/>
        </w:rPr>
        <w:t>Jesus didn't die on the cross to make you comfortable. He died to make you free.</w:t>
      </w:r>
    </w:p>
    <w:p w14:paraId="4FF8B1E6" w14:textId="77777777" w:rsidR="00F32FA7" w:rsidRPr="00771DC2" w:rsidRDefault="00000000" w:rsidP="00E82982">
      <w:pPr>
        <w:spacing w:line="336" w:lineRule="auto"/>
        <w:ind w:firstLine="284"/>
        <w:rPr>
          <w:rFonts w:ascii="Garamond" w:hAnsi="Garamond"/>
        </w:rPr>
      </w:pPr>
      <w:r w:rsidRPr="00771DC2">
        <w:rPr>
          <w:rFonts w:ascii="Garamond" w:hAnsi="Garamond"/>
        </w:rPr>
        <w:t>Free from the prison of people's opinions. Free from the exhausting work of being everything to everyone. Free from the tyranny of your emotions. Free from the fear of failure. Free from the slavery of temporary things.</w:t>
      </w:r>
    </w:p>
    <w:p w14:paraId="12CDA750" w14:textId="77777777" w:rsidR="00F32FA7" w:rsidRPr="00771DC2" w:rsidRDefault="00000000" w:rsidP="00E82982">
      <w:pPr>
        <w:spacing w:line="336" w:lineRule="auto"/>
        <w:ind w:firstLine="284"/>
        <w:rPr>
          <w:rFonts w:ascii="Garamond" w:hAnsi="Garamond"/>
        </w:rPr>
      </w:pPr>
      <w:r w:rsidRPr="00771DC2">
        <w:rPr>
          <w:rFonts w:ascii="Garamond" w:hAnsi="Garamond"/>
        </w:rPr>
        <w:t>And He's inviting you to live that freedom right now. Not when you have it all figured out. Not when you're perfect. Not when you feel ready.</w:t>
      </w:r>
    </w:p>
    <w:p w14:paraId="76986AF8" w14:textId="77777777" w:rsidR="00F32FA7" w:rsidRPr="00771DC2" w:rsidRDefault="00000000" w:rsidP="00E82982">
      <w:pPr>
        <w:spacing w:line="336" w:lineRule="auto"/>
        <w:ind w:firstLine="284"/>
        <w:rPr>
          <w:rFonts w:ascii="Garamond" w:hAnsi="Garamond"/>
        </w:rPr>
      </w:pPr>
      <w:r w:rsidRPr="00771DC2">
        <w:rPr>
          <w:rFonts w:ascii="Garamond" w:hAnsi="Garamond"/>
        </w:rPr>
        <w:lastRenderedPageBreak/>
        <w:t>Right now.</w:t>
      </w:r>
    </w:p>
    <w:p w14:paraId="504CB42A" w14:textId="77777777" w:rsidR="00F32FA7" w:rsidRPr="00771DC2" w:rsidRDefault="00000000" w:rsidP="00E82982">
      <w:pPr>
        <w:spacing w:line="336" w:lineRule="auto"/>
        <w:ind w:firstLine="284"/>
        <w:rPr>
          <w:rFonts w:ascii="Garamond" w:hAnsi="Garamond"/>
        </w:rPr>
      </w:pPr>
      <w:r w:rsidRPr="00771DC2">
        <w:rPr>
          <w:rFonts w:ascii="Garamond" w:hAnsi="Garamond"/>
        </w:rPr>
        <w:t>With all your flaws, all your failures, all your fears.</w:t>
      </w:r>
    </w:p>
    <w:p w14:paraId="29A883B4" w14:textId="77777777" w:rsidR="00F32FA7" w:rsidRPr="00771DC2" w:rsidRDefault="00000000" w:rsidP="00E82982">
      <w:pPr>
        <w:spacing w:line="336" w:lineRule="auto"/>
        <w:ind w:firstLine="284"/>
        <w:rPr>
          <w:rFonts w:ascii="Garamond" w:hAnsi="Garamond"/>
        </w:rPr>
      </w:pPr>
      <w:r w:rsidRPr="00771DC2">
        <w:rPr>
          <w:rFonts w:ascii="Garamond" w:hAnsi="Garamond"/>
        </w:rPr>
        <w:t>He's inviting you to stop giving a damn about what doesn't matter and start giving a damn about what does.</w:t>
      </w:r>
    </w:p>
    <w:p w14:paraId="40D15F11" w14:textId="77777777" w:rsidR="00F32FA7" w:rsidRPr="00771DC2" w:rsidRDefault="00000000" w:rsidP="00E82982">
      <w:pPr>
        <w:pStyle w:val="Heading2"/>
        <w:spacing w:line="336" w:lineRule="auto"/>
        <w:ind w:firstLine="284"/>
        <w:rPr>
          <w:rFonts w:ascii="Garamond" w:hAnsi="Garamond"/>
          <w:sz w:val="22"/>
          <w:szCs w:val="22"/>
        </w:rPr>
      </w:pPr>
      <w:r w:rsidRPr="00771DC2">
        <w:rPr>
          <w:rFonts w:ascii="Garamond" w:hAnsi="Garamond"/>
          <w:sz w:val="22"/>
          <w:szCs w:val="22"/>
        </w:rPr>
        <w:t>Now Go</w:t>
      </w:r>
    </w:p>
    <w:p w14:paraId="3B38DE60" w14:textId="77777777" w:rsidR="00F32FA7" w:rsidRPr="00771DC2" w:rsidRDefault="00000000" w:rsidP="00E82982">
      <w:pPr>
        <w:spacing w:line="336" w:lineRule="auto"/>
        <w:ind w:firstLine="284"/>
        <w:rPr>
          <w:rFonts w:ascii="Garamond" w:hAnsi="Garamond"/>
        </w:rPr>
      </w:pPr>
      <w:r w:rsidRPr="00771DC2">
        <w:rPr>
          <w:rFonts w:ascii="Garamond" w:hAnsi="Garamond"/>
        </w:rPr>
        <w:t>Live free.</w:t>
      </w:r>
    </w:p>
    <w:p w14:paraId="0FB7E27E" w14:textId="77777777" w:rsidR="00F32FA7" w:rsidRPr="00771DC2" w:rsidRDefault="00000000" w:rsidP="00E82982">
      <w:pPr>
        <w:spacing w:line="336" w:lineRule="auto"/>
        <w:ind w:firstLine="284"/>
        <w:rPr>
          <w:rFonts w:ascii="Garamond" w:hAnsi="Garamond"/>
        </w:rPr>
      </w:pPr>
      <w:r w:rsidRPr="00771DC2">
        <w:rPr>
          <w:rFonts w:ascii="Garamond" w:hAnsi="Garamond"/>
        </w:rPr>
        <w:t>Give a damn about what matters.</w:t>
      </w:r>
    </w:p>
    <w:p w14:paraId="1C78B88B" w14:textId="77777777" w:rsidR="00F32FA7" w:rsidRPr="00771DC2" w:rsidRDefault="00000000" w:rsidP="00E82982">
      <w:pPr>
        <w:spacing w:line="336" w:lineRule="auto"/>
        <w:ind w:firstLine="284"/>
        <w:rPr>
          <w:rFonts w:ascii="Garamond" w:hAnsi="Garamond"/>
        </w:rPr>
      </w:pPr>
      <w:r w:rsidRPr="00771DC2">
        <w:rPr>
          <w:rFonts w:ascii="Garamond" w:hAnsi="Garamond"/>
        </w:rPr>
        <w:t>Let everything else die.</w:t>
      </w:r>
    </w:p>
    <w:p w14:paraId="5E4C6BE2" w14:textId="77777777" w:rsidR="00F32FA7" w:rsidRPr="00771DC2" w:rsidRDefault="00000000" w:rsidP="00E82982">
      <w:pPr>
        <w:spacing w:line="336" w:lineRule="auto"/>
        <w:ind w:firstLine="284"/>
        <w:rPr>
          <w:rFonts w:ascii="Garamond" w:hAnsi="Garamond"/>
        </w:rPr>
      </w:pPr>
      <w:r w:rsidRPr="00771DC2">
        <w:rPr>
          <w:rFonts w:ascii="Garamond" w:hAnsi="Garamond"/>
        </w:rPr>
        <w:t>That's the holy art.</w:t>
      </w:r>
    </w:p>
    <w:p w14:paraId="34D3B091" w14:textId="77777777" w:rsidR="00F32FA7" w:rsidRPr="00771DC2" w:rsidRDefault="00000000" w:rsidP="00E82982">
      <w:pPr>
        <w:spacing w:line="336" w:lineRule="auto"/>
        <w:ind w:firstLine="284"/>
        <w:rPr>
          <w:rFonts w:ascii="Garamond" w:hAnsi="Garamond"/>
        </w:rPr>
      </w:pPr>
      <w:r w:rsidRPr="00771DC2">
        <w:rPr>
          <w:rFonts w:ascii="Garamond" w:hAnsi="Garamond"/>
        </w:rPr>
        <w:t>---</w:t>
      </w:r>
    </w:p>
    <w:p w14:paraId="382980FE" w14:textId="77777777" w:rsidR="00F32FA7" w:rsidRPr="00771DC2" w:rsidRDefault="00000000" w:rsidP="00E82982">
      <w:pPr>
        <w:spacing w:line="336" w:lineRule="auto"/>
        <w:ind w:firstLine="284"/>
        <w:rPr>
          <w:rFonts w:ascii="Garamond" w:hAnsi="Garamond"/>
          <w:lang w:val="en-GB"/>
        </w:rPr>
      </w:pPr>
      <w:r w:rsidRPr="00771DC2">
        <w:rPr>
          <w:rFonts w:ascii="Garamond" w:hAnsi="Garamond"/>
          <w:b/>
        </w:rPr>
        <w:t>THE END</w:t>
      </w:r>
    </w:p>
    <w:sectPr w:rsidR="00F32FA7" w:rsidRPr="00771DC2" w:rsidSect="00771DC2">
      <w:footerReference w:type="default" r:id="rId8"/>
      <w:pgSz w:w="7257" w:h="10318" w:code="121"/>
      <w:pgMar w:top="851" w:right="851" w:bottom="102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D5D88" w14:textId="77777777" w:rsidR="00CE70A7" w:rsidRDefault="00CE70A7" w:rsidP="00771DC2">
      <w:pPr>
        <w:spacing w:after="0" w:line="240" w:lineRule="auto"/>
      </w:pPr>
      <w:r>
        <w:separator/>
      </w:r>
    </w:p>
  </w:endnote>
  <w:endnote w:type="continuationSeparator" w:id="0">
    <w:p w14:paraId="498B1F2B" w14:textId="77777777" w:rsidR="00CE70A7" w:rsidRDefault="00CE70A7" w:rsidP="0077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344243"/>
      <w:docPartObj>
        <w:docPartGallery w:val="Page Numbers (Bottom of Page)"/>
        <w:docPartUnique/>
      </w:docPartObj>
    </w:sdtPr>
    <w:sdtEndPr>
      <w:rPr>
        <w:noProof/>
      </w:rPr>
    </w:sdtEndPr>
    <w:sdtContent>
      <w:p w14:paraId="40DF5064" w14:textId="684B1994" w:rsidR="00771DC2" w:rsidRDefault="00771D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45E134" w14:textId="77777777" w:rsidR="00771DC2" w:rsidRDefault="00771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4B390" w14:textId="77777777" w:rsidR="00CE70A7" w:rsidRDefault="00CE70A7" w:rsidP="00771DC2">
      <w:pPr>
        <w:spacing w:after="0" w:line="240" w:lineRule="auto"/>
      </w:pPr>
      <w:r>
        <w:separator/>
      </w:r>
    </w:p>
  </w:footnote>
  <w:footnote w:type="continuationSeparator" w:id="0">
    <w:p w14:paraId="0570A2F9" w14:textId="77777777" w:rsidR="00CE70A7" w:rsidRDefault="00CE70A7" w:rsidP="00771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C4D50AF"/>
    <w:multiLevelType w:val="hybridMultilevel"/>
    <w:tmpl w:val="F47016A2"/>
    <w:lvl w:ilvl="0" w:tplc="026A17E4">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B460D43"/>
    <w:multiLevelType w:val="hybridMultilevel"/>
    <w:tmpl w:val="CD8CF2DC"/>
    <w:lvl w:ilvl="0" w:tplc="D4CE629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C290CD4"/>
    <w:multiLevelType w:val="hybridMultilevel"/>
    <w:tmpl w:val="AB3A7214"/>
    <w:lvl w:ilvl="0" w:tplc="8A90213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442655220">
    <w:abstractNumId w:val="8"/>
  </w:num>
  <w:num w:numId="2" w16cid:durableId="813912111">
    <w:abstractNumId w:val="6"/>
  </w:num>
  <w:num w:numId="3" w16cid:durableId="1980455238">
    <w:abstractNumId w:val="5"/>
  </w:num>
  <w:num w:numId="4" w16cid:durableId="1741635717">
    <w:abstractNumId w:val="4"/>
  </w:num>
  <w:num w:numId="5" w16cid:durableId="408381592">
    <w:abstractNumId w:val="7"/>
  </w:num>
  <w:num w:numId="6" w16cid:durableId="976224911">
    <w:abstractNumId w:val="3"/>
  </w:num>
  <w:num w:numId="7" w16cid:durableId="1965192824">
    <w:abstractNumId w:val="2"/>
  </w:num>
  <w:num w:numId="8" w16cid:durableId="1202401723">
    <w:abstractNumId w:val="1"/>
  </w:num>
  <w:num w:numId="9" w16cid:durableId="2052917464">
    <w:abstractNumId w:val="0"/>
  </w:num>
  <w:num w:numId="10" w16cid:durableId="1227184572">
    <w:abstractNumId w:val="11"/>
  </w:num>
  <w:num w:numId="11" w16cid:durableId="348265686">
    <w:abstractNumId w:val="10"/>
  </w:num>
  <w:num w:numId="12" w16cid:durableId="87818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B5E"/>
    <w:rsid w:val="00043730"/>
    <w:rsid w:val="00047264"/>
    <w:rsid w:val="00051BDE"/>
    <w:rsid w:val="0006063C"/>
    <w:rsid w:val="00094B9A"/>
    <w:rsid w:val="000B2472"/>
    <w:rsid w:val="000C3CD9"/>
    <w:rsid w:val="000C7CBD"/>
    <w:rsid w:val="00121EFE"/>
    <w:rsid w:val="001505A6"/>
    <w:rsid w:val="0015074B"/>
    <w:rsid w:val="00161EEB"/>
    <w:rsid w:val="0016223B"/>
    <w:rsid w:val="00184DE7"/>
    <w:rsid w:val="001C0ED6"/>
    <w:rsid w:val="001C3F79"/>
    <w:rsid w:val="001D0E17"/>
    <w:rsid w:val="001E700B"/>
    <w:rsid w:val="0022374A"/>
    <w:rsid w:val="00232823"/>
    <w:rsid w:val="002372D9"/>
    <w:rsid w:val="00270842"/>
    <w:rsid w:val="0027778C"/>
    <w:rsid w:val="0029639D"/>
    <w:rsid w:val="002C6719"/>
    <w:rsid w:val="002D0E7B"/>
    <w:rsid w:val="0032685B"/>
    <w:rsid w:val="00326F90"/>
    <w:rsid w:val="0033263C"/>
    <w:rsid w:val="0033703C"/>
    <w:rsid w:val="0036718E"/>
    <w:rsid w:val="003A1EA6"/>
    <w:rsid w:val="003B1211"/>
    <w:rsid w:val="003E440D"/>
    <w:rsid w:val="00402E3C"/>
    <w:rsid w:val="00440D9D"/>
    <w:rsid w:val="0047758C"/>
    <w:rsid w:val="004C77D2"/>
    <w:rsid w:val="004F3C4D"/>
    <w:rsid w:val="005123C4"/>
    <w:rsid w:val="005C1C4D"/>
    <w:rsid w:val="00666E91"/>
    <w:rsid w:val="00696F05"/>
    <w:rsid w:val="006A76FE"/>
    <w:rsid w:val="006B6983"/>
    <w:rsid w:val="006E4242"/>
    <w:rsid w:val="006F5DD9"/>
    <w:rsid w:val="00746317"/>
    <w:rsid w:val="00771DC2"/>
    <w:rsid w:val="0078657D"/>
    <w:rsid w:val="00814E29"/>
    <w:rsid w:val="00816EAB"/>
    <w:rsid w:val="00834866"/>
    <w:rsid w:val="00856165"/>
    <w:rsid w:val="008635D8"/>
    <w:rsid w:val="00883BE1"/>
    <w:rsid w:val="008A117E"/>
    <w:rsid w:val="009008C7"/>
    <w:rsid w:val="00980BB7"/>
    <w:rsid w:val="009C381D"/>
    <w:rsid w:val="00A108AC"/>
    <w:rsid w:val="00A24532"/>
    <w:rsid w:val="00AA1D8D"/>
    <w:rsid w:val="00AA4CB7"/>
    <w:rsid w:val="00AB7425"/>
    <w:rsid w:val="00B12F95"/>
    <w:rsid w:val="00B47730"/>
    <w:rsid w:val="00B51154"/>
    <w:rsid w:val="00B879F3"/>
    <w:rsid w:val="00BC435F"/>
    <w:rsid w:val="00BD5715"/>
    <w:rsid w:val="00BF4346"/>
    <w:rsid w:val="00BF6F26"/>
    <w:rsid w:val="00C16621"/>
    <w:rsid w:val="00C23EE6"/>
    <w:rsid w:val="00C44245"/>
    <w:rsid w:val="00C50BCE"/>
    <w:rsid w:val="00CB0664"/>
    <w:rsid w:val="00CB2F81"/>
    <w:rsid w:val="00CB5EC4"/>
    <w:rsid w:val="00CE70A7"/>
    <w:rsid w:val="00CF4982"/>
    <w:rsid w:val="00D133CD"/>
    <w:rsid w:val="00D23A18"/>
    <w:rsid w:val="00D23A57"/>
    <w:rsid w:val="00D407D4"/>
    <w:rsid w:val="00D66E54"/>
    <w:rsid w:val="00D86475"/>
    <w:rsid w:val="00D93808"/>
    <w:rsid w:val="00E10A5C"/>
    <w:rsid w:val="00E82982"/>
    <w:rsid w:val="00EC0547"/>
    <w:rsid w:val="00ED7D4B"/>
    <w:rsid w:val="00F05142"/>
    <w:rsid w:val="00F07DF1"/>
    <w:rsid w:val="00F32FA7"/>
    <w:rsid w:val="00F54DD7"/>
    <w:rsid w:val="00F73A80"/>
    <w:rsid w:val="00FC693F"/>
    <w:rsid w:val="00FD13A4"/>
    <w:rsid w:val="00FE38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D19BA7"/>
  <w14:defaultImageDpi w14:val="300"/>
  <w15:docId w15:val="{159C8AFF-3366-472F-A860-FAD8E511C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ookTitle0">
    <w:name w:val="BookTitle"/>
    <w:pPr>
      <w:spacing w:after="240"/>
      <w:jc w:val="center"/>
    </w:pPr>
    <w:rPr>
      <w:rFonts w:ascii="Calibri" w:hAnsi="Calibri"/>
      <w:b/>
      <w:sz w:val="56"/>
    </w:rPr>
  </w:style>
  <w:style w:type="paragraph" w:customStyle="1" w:styleId="BookSubtitle">
    <w:name w:val="BookSubtitle"/>
    <w:pPr>
      <w:spacing w:after="480"/>
      <w:jc w:val="center"/>
    </w:pPr>
    <w:rPr>
      <w:rFonts w:ascii="Calibri" w:hAnsi="Calibri"/>
      <w:i/>
      <w:sz w:val="32"/>
    </w:rPr>
  </w:style>
  <w:style w:type="paragraph" w:customStyle="1" w:styleId="ChapterTitle">
    <w:name w:val="ChapterTitle"/>
    <w:pPr>
      <w:spacing w:before="480" w:after="240"/>
    </w:pPr>
    <w:rPr>
      <w:rFonts w:ascii="Calibri" w:hAnsi="Calibri"/>
      <w:b/>
      <w:sz w:val="44"/>
    </w:rPr>
  </w:style>
  <w:style w:type="paragraph" w:customStyle="1" w:styleId="ChapterSubtitle">
    <w:name w:val="ChapterSubtitle"/>
    <w:pPr>
      <w:spacing w:after="360"/>
    </w:pPr>
    <w:rPr>
      <w:rFonts w:ascii="Calibri" w:hAnsi="Calibri"/>
      <w:i/>
      <w:sz w:val="24"/>
    </w:rPr>
  </w:style>
  <w:style w:type="paragraph" w:styleId="NormalWeb">
    <w:name w:val="Normal (Web)"/>
    <w:basedOn w:val="Normal"/>
    <w:uiPriority w:val="99"/>
    <w:semiHidden/>
    <w:unhideWhenUsed/>
    <w:rsid w:val="00C16621"/>
    <w:pPr>
      <w:spacing w:before="100" w:beforeAutospacing="1" w:after="100" w:afterAutospacing="1" w:line="240" w:lineRule="auto"/>
    </w:pPr>
    <w:rPr>
      <w:rFonts w:ascii="Times New Roman" w:eastAsia="Times New Roman" w:hAnsi="Times New Roman" w:cs="Times New Roman"/>
      <w:sz w:val="24"/>
      <w:szCs w:val="24"/>
      <w:lang w:val="en-KE" w:eastAsia="en-K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9173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4332</TotalTime>
  <Pages>1</Pages>
  <Words>22291</Words>
  <Characters>109675</Characters>
  <Application>Microsoft Office Word</Application>
  <DocSecurity>0</DocSecurity>
  <Lines>2886</Lines>
  <Paragraphs>1210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130756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Johnlengwe Musonda</cp:lastModifiedBy>
  <cp:revision>44</cp:revision>
  <dcterms:created xsi:type="dcterms:W3CDTF">2013-12-23T23:15:00Z</dcterms:created>
  <dcterms:modified xsi:type="dcterms:W3CDTF">2025-11-07T20:01:00Z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a0441da5-2f23-42d6-9756-baf164b57faa</vt:lpwstr>
  </property>
</Properties>
</file>