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16754" w14:textId="77777777" w:rsidR="00A85C11" w:rsidRDefault="008959CB">
      <w:r>
        <w:t>CHUNK A TRANSCRIPTION</w:t>
      </w:r>
      <w:r>
        <w:br/>
      </w:r>
      <w:r>
        <w:br/>
        <w:t>Page 1</w:t>
      </w:r>
      <w:r>
        <w:br/>
        <w:t>As I dare to put these words to paper I cringe &amp; think—</w:t>
      </w:r>
      <w:r>
        <w:br/>
        <w:t>and then the pen runs out and two days pass and I am clean again.</w:t>
      </w:r>
      <w:r>
        <w:br/>
      </w:r>
      <w:r>
        <w:br/>
      </w:r>
      <w:r>
        <w:t>This is the rhythm of my brain— as my therapist loves to remind me— “I have some nasty brain chemistry going on.”</w:t>
      </w:r>
      <w:r>
        <w:br/>
      </w:r>
      <w:r>
        <w:br/>
        <w:t>I actually say these day these things to me.</w:t>
      </w:r>
      <w:r>
        <w:br/>
        <w:t>I would never remind my client of their diagnoses as it serves to put them back in that place.</w:t>
      </w:r>
      <w:r>
        <w:br/>
      </w:r>
      <w:r>
        <w:br/>
        <w:t>I constantly question: is there a way to overcome a chronic witness constantly &amp; having to identify it?</w:t>
      </w:r>
      <w:r>
        <w:br/>
      </w:r>
      <w:r>
        <w:br/>
        <w:t>Having to identify the problem is part of the solution but when you don’t hold onto it &amp; feel yourself into thinking things are better—</w:t>
      </w:r>
      <w:r>
        <w:br/>
      </w:r>
      <w:r>
        <w:br/>
        <w:t>I am putting t</w:t>
      </w:r>
      <w:r>
        <w:t>hese words to paper in an effort of lucidity. As they can easily shrink and become vulnerable and other distortions and unpack some of the atrocities and wonder in my life that feels broken or buried.</w:t>
      </w:r>
      <w:r>
        <w:br/>
      </w:r>
      <w:r>
        <w:br/>
        <w:t>It’s much like leafing down and seeing tiny print &amp; one discerned clearly are important ones and creates the clearest path through the haze of reading glasses.</w:t>
      </w:r>
      <w:r>
        <w:br/>
      </w:r>
      <w:r>
        <w:br/>
        <w:t>You wonder where that happened and you recognize there are times that your psychology are able to discern better than other times.</w:t>
      </w:r>
      <w:r>
        <w:br/>
        <w:t>Like in a brightly</w:t>
      </w:r>
      <w:r>
        <w:t xml:space="preserve"> lit room and a fully awake mind.</w:t>
      </w:r>
      <w:r>
        <w:br/>
      </w:r>
      <w:r>
        <w:br/>
        <w:t>Page 2</w:t>
      </w:r>
      <w:r>
        <w:br/>
        <w:t>While in a gloomy room or just plain dark room with a sleepy mind awakening to find the shadows shift off.</w:t>
      </w:r>
      <w:r>
        <w:br/>
      </w:r>
      <w:r>
        <w:br/>
        <w:t>As I consciously can that I play these finer moments of deep but also entertaining and lucidity—</w:t>
      </w:r>
      <w:r>
        <w:br/>
      </w:r>
      <w:r>
        <w:br/>
        <w:t>I think now it is relevant to capture all as it seems to be endeavor of playing fully conscious and awakened.</w:t>
      </w:r>
      <w:r>
        <w:br/>
      </w:r>
      <w:r>
        <w:br/>
        <w:t>There is a nuance and the lessons that are brought when it goes out of focus.</w:t>
      </w:r>
      <w:r>
        <w:br/>
      </w:r>
      <w:r>
        <w:br/>
        <w:t>PS: Stories are hard to pull up.</w:t>
      </w:r>
      <w:r>
        <w:br/>
        <w:t>This is like precision— the act in puttin</w:t>
      </w:r>
      <w:r>
        <w:t xml:space="preserve">g these events &amp; memories into writing is something </w:t>
      </w:r>
      <w:r>
        <w:lastRenderedPageBreak/>
        <w:t>that must be fumbled through but sooner or later a delightful clarification may manifest as I can see my stories unspool and I want to tell this story because there is a subtle understanding of the purple lessons that run under onto my paper again &amp; move through me.</w:t>
      </w:r>
      <w:r>
        <w:br/>
      </w:r>
      <w:r>
        <w:br/>
        <w:t>I am on a message of remembrance and forget but each word &amp; each moment must be pulled from the unconscious by fine &amp; delicate effort consciously.</w:t>
      </w:r>
      <w:r>
        <w:br/>
      </w:r>
      <w:r>
        <w:br/>
        <w:t>It is a matter of being on auto-pilot &amp; well</w:t>
      </w:r>
      <w:r>
        <w:t>— I am to propel from now on &amp; to dedicate to capturing this story rather than having it lost to the restlessness of my mind.</w:t>
      </w:r>
      <w:r>
        <w:br/>
      </w:r>
      <w:r>
        <w:br/>
        <w:t>Page 3</w:t>
      </w:r>
      <w:r>
        <w:br/>
        <w:t>I do understand there is a reason an unconscious suppressor will emerge and serve an effort to access memory without the trauma &amp; without shattering one’s sense of self.</w:t>
      </w:r>
      <w:r>
        <w:br/>
      </w:r>
      <w:r>
        <w:br/>
        <w:t>Our memories— they are written— they are real— and then we shift away &amp; dull the edges so as to soften the pain and to ensure we can face the world with functioning.</w:t>
      </w:r>
      <w:r>
        <w:br/>
      </w:r>
      <w:r>
        <w:br/>
        <w:t xml:space="preserve">There is also the loving light of truth </w:t>
      </w:r>
      <w:r>
        <w:t>in this.</w:t>
      </w:r>
      <w:r>
        <w:br/>
        <w:t>Why is it tricky to pull up?</w:t>
      </w:r>
      <w:r>
        <w:br/>
        <w:t>Is there a fear that what you want to say to a doctor or lover or friend is too accountable or too suggestive of your own depth?</w:t>
      </w:r>
      <w:r>
        <w:br/>
        <w:t>And you are afraid no one will validate that you want a clearer story?</w:t>
      </w:r>
      <w:r>
        <w:br/>
        <w:t>A more brilliant illumination?</w:t>
      </w:r>
      <w:r>
        <w:br/>
        <w:t>If clarity comes to mind you may shift and feel the grief and the curiosity or obstinate view you had of your own meaning— and it is only right that there is a harsh slap day lesson in variance.</w:t>
      </w:r>
      <w:r>
        <w:br/>
      </w:r>
      <w:r>
        <w:br/>
        <w:t>Because of memories because they are exactly wh</w:t>
      </w:r>
      <w:r>
        <w:t>at we seek to make of them.</w:t>
      </w:r>
      <w:r>
        <w:br/>
      </w:r>
      <w:r>
        <w:br/>
        <w:t>May the remembering bring understanding and forgiveness and let the memories make sense so that even pasts immortalized by pen and paper are held as delicate as petals of a flower. The common day maladaptive patterns that are painful choose to self-correct &amp; let them be fluid forever.</w:t>
      </w:r>
      <w:r>
        <w:br/>
      </w:r>
      <w:r>
        <w:br/>
        <w:t>Blind Spots and Ego</w:t>
      </w:r>
      <w:r>
        <w:br/>
      </w:r>
      <w:r>
        <w:br/>
        <w:t>Holding onto the belief that there is something wrong in one’s self is the blockage.</w:t>
      </w:r>
      <w:r>
        <w:br/>
        <w:t>Once back into awareness allowing for newness of self.</w:t>
      </w:r>
      <w:r>
        <w:br/>
        <w:t>This has created myself and I allow</w:t>
      </w:r>
      <w:r>
        <w:t xml:space="preserve"> space for blame or guilt or fear &amp; now</w:t>
      </w:r>
      <w:r>
        <w:br/>
        <w:t>Self— allow self to emerge &amp; grow to be.</w:t>
      </w:r>
      <w:r>
        <w:br/>
        <w:t>The page now comforts me as I learn from these shortcomings</w:t>
      </w:r>
      <w:r>
        <w:br/>
        <w:t>and break my consciousness.</w:t>
      </w:r>
      <w:r>
        <w:br/>
      </w:r>
      <w:r>
        <w:lastRenderedPageBreak/>
        <w:br/>
        <w:t>Page 4</w:t>
      </w:r>
      <w:r>
        <w:br/>
        <w:t>The Ten of Swords Reversed</w:t>
      </w:r>
      <w:r>
        <w:br/>
      </w:r>
      <w:r>
        <w:br/>
        <w:t>1) The Past — 5 of Swords (bad defeat, unfairness)</w:t>
      </w:r>
      <w:r>
        <w:br/>
        <w:t>I must build my skills and my wisdom and clear away things that left me sore and hold onto my energy much longer than my mind.</w:t>
      </w:r>
      <w:r>
        <w:br/>
      </w:r>
      <w:r>
        <w:br/>
        <w:t>2) Embrace It — The Fool Reversed</w:t>
      </w:r>
      <w:r>
        <w:br/>
        <w:t>Hurting &amp; already know the answer — rash or impulsive choices</w:t>
      </w:r>
      <w:r>
        <w:br/>
        <w:t>holding experience, anxieties, p</w:t>
      </w:r>
      <w:r>
        <w:t>aralysis</w:t>
      </w:r>
      <w:r>
        <w:br/>
        <w:t>fearlessness has shifted</w:t>
      </w:r>
      <w:r>
        <w:br/>
        <w:t>gathering good advice &amp; trust</w:t>
      </w:r>
      <w:r>
        <w:br/>
        <w:t>being open to risks, hope and expression</w:t>
      </w:r>
      <w:r>
        <w:br/>
      </w:r>
      <w:r>
        <w:br/>
        <w:t>3) Transmute It — Page of Cups Reversed</w:t>
      </w:r>
      <w:r>
        <w:br/>
        <w:t>I am much of the signs being overly sensitive displaying childish emotionality and blocked creativity.</w:t>
      </w:r>
      <w:r>
        <w:br/>
      </w:r>
      <w:r>
        <w:br/>
        <w:t>I need to be open to wildly wonderful surprises.</w:t>
      </w:r>
      <w:r>
        <w:br/>
        <w:t>Be open to inspiration from the strangest places.</w:t>
      </w:r>
      <w:r>
        <w:br/>
        <w:t>Stay bright and brave in the face of unknown landings.</w:t>
      </w:r>
      <w:r>
        <w:br/>
      </w:r>
      <w:r>
        <w:br/>
        <w:t>Page 5</w:t>
      </w:r>
      <w:r>
        <w:br/>
        <w:t>Have faith in the fact that you can attract miracles.</w:t>
      </w:r>
      <w:r>
        <w:br/>
      </w:r>
      <w:r>
        <w:br/>
        <w:t>The Star</w:t>
      </w:r>
      <w:r>
        <w:br/>
        <w:t>I am here illuminate the path</w:t>
      </w:r>
      <w:r>
        <w:br/>
        <w:t>life c</w:t>
      </w:r>
      <w:r>
        <w:t>hapter reversed — fear, lack of energy</w:t>
      </w:r>
      <w:r>
        <w:br/>
        <w:t>sense of no self-discipline and direction and deeply doubt lack of control.</w:t>
      </w:r>
      <w:r>
        <w:br/>
      </w:r>
      <w:r>
        <w:br/>
        <w:t>The universe constantly gives me the opportunity to become more.</w:t>
      </w:r>
      <w:r>
        <w:br/>
        <w:t>To see what beautiful seeds—</w:t>
      </w:r>
      <w:r>
        <w:br/>
        <w:t>those planted with beautiful determination develop or will be supportive of a new direction.</w:t>
      </w:r>
      <w:r>
        <w:br/>
        <w:t>This is now a magical moment for taking inspired action.</w:t>
      </w:r>
      <w:r>
        <w:br/>
      </w:r>
      <w:r>
        <w:br/>
        <w:t>It is SELF-DISCIPLINE time</w:t>
      </w:r>
      <w:r>
        <w:br/>
        <w:t>Wage to ride this wave, the valley, with focus and confidence and control.</w:t>
      </w:r>
      <w:r>
        <w:br/>
      </w:r>
      <w:r>
        <w:br/>
        <w:t>Set my goals, make plans and spark my dreams.</w:t>
      </w:r>
      <w:r>
        <w:br/>
      </w:r>
      <w:r>
        <w:br/>
        <w:t>1</w:t>
      </w:r>
      <w:r>
        <w:t>) Where am I headed?</w:t>
      </w:r>
      <w:r>
        <w:br/>
        <w:t>— Check in with solar plexus to find the answer.</w:t>
      </w:r>
      <w:r>
        <w:br/>
      </w:r>
      <w:r>
        <w:lastRenderedPageBreak/>
        <w:br/>
        <w:t>2) Has the chariot feel stuck in the mud?</w:t>
      </w:r>
      <w:r>
        <w:br/>
        <w:t>— On what areas have you been stagnant for too long?</w:t>
      </w:r>
      <w:r>
        <w:br/>
        <w:t>— What would glimmer the boost I need to start moving?</w:t>
      </w:r>
      <w:r>
        <w:br/>
      </w:r>
      <w:r>
        <w:br/>
        <w:t>3) How are you planning your journey ahead?</w:t>
      </w:r>
      <w:r>
        <w:br/>
        <w:t>Chart your route &amp; make your ideas real.</w:t>
      </w:r>
      <w:r>
        <w:br/>
      </w:r>
    </w:p>
    <w:sectPr w:rsidR="00A85C1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980096">
    <w:abstractNumId w:val="8"/>
  </w:num>
  <w:num w:numId="2" w16cid:durableId="990602021">
    <w:abstractNumId w:val="6"/>
  </w:num>
  <w:num w:numId="3" w16cid:durableId="296181944">
    <w:abstractNumId w:val="5"/>
  </w:num>
  <w:num w:numId="4" w16cid:durableId="2121601326">
    <w:abstractNumId w:val="4"/>
  </w:num>
  <w:num w:numId="5" w16cid:durableId="1093093689">
    <w:abstractNumId w:val="7"/>
  </w:num>
  <w:num w:numId="6" w16cid:durableId="2015640653">
    <w:abstractNumId w:val="3"/>
  </w:num>
  <w:num w:numId="7" w16cid:durableId="1770001643">
    <w:abstractNumId w:val="2"/>
  </w:num>
  <w:num w:numId="8" w16cid:durableId="1114862706">
    <w:abstractNumId w:val="1"/>
  </w:num>
  <w:num w:numId="9" w16cid:durableId="1561212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959CB"/>
    <w:rsid w:val="009B17C8"/>
    <w:rsid w:val="00A85C1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F94FC"/>
  <w14:defaultImageDpi w14:val="300"/>
  <w15:docId w15:val="{D4FD229F-8293-48BE-BC7B-7728F6AF0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Leah Usery</cp:lastModifiedBy>
  <cp:revision>2</cp:revision>
  <dcterms:created xsi:type="dcterms:W3CDTF">2025-11-14T22:28:00Z</dcterms:created>
  <dcterms:modified xsi:type="dcterms:W3CDTF">2025-11-14T22:28:00Z</dcterms:modified>
  <cp:category/>
</cp:coreProperties>
</file>