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36BA8" w14:textId="77777777" w:rsidR="00F42FE2" w:rsidRDefault="006A61C8">
      <w:pPr>
        <w:pStyle w:val="Heading1"/>
      </w:pPr>
      <w:r>
        <w:t>The Book Project – Journal Pages (Raw Transcriptions)</w:t>
      </w:r>
    </w:p>
    <w:p w14:paraId="0765D218" w14:textId="77777777" w:rsidR="00F42FE2" w:rsidRDefault="006A61C8">
      <w:r>
        <w:br w:type="page"/>
      </w:r>
    </w:p>
    <w:p w14:paraId="68398FD3" w14:textId="77777777" w:rsidR="00F42FE2" w:rsidRDefault="006A61C8">
      <w:r>
        <w:lastRenderedPageBreak/>
        <w:t>Let my frequency rise. Let the ego lies subside. My soul is well.</w:t>
      </w:r>
    </w:p>
    <w:p w14:paraId="034F78D5" w14:textId="77777777" w:rsidR="00F42FE2" w:rsidRDefault="006A61C8">
      <w:r>
        <w:br w:type="page"/>
      </w:r>
    </w:p>
    <w:p w14:paraId="1ADB3B6E" w14:textId="77777777" w:rsidR="00F42FE2" w:rsidRDefault="006A61C8">
      <w:r>
        <w:lastRenderedPageBreak/>
        <w:t>There is nothing here... It is but a dream! So when do I wake up?</w:t>
      </w:r>
    </w:p>
    <w:p w14:paraId="67839958" w14:textId="77777777" w:rsidR="00F42FE2" w:rsidRDefault="006A61C8">
      <w:r>
        <w:br w:type="page"/>
      </w:r>
    </w:p>
    <w:p w14:paraId="3E9EA028" w14:textId="77777777" w:rsidR="00F42FE2" w:rsidRDefault="006A61C8">
      <w:r>
        <w:lastRenderedPageBreak/>
        <w:t>True Self, Human, Authentic — three phases of awakening.</w:t>
      </w:r>
    </w:p>
    <w:p w14:paraId="6672FA8B" w14:textId="77777777" w:rsidR="00F42FE2" w:rsidRDefault="006A61C8">
      <w:r>
        <w:br w:type="page"/>
      </w:r>
    </w:p>
    <w:p w14:paraId="6402826E" w14:textId="77777777" w:rsidR="00F42FE2" w:rsidRDefault="006A61C8">
      <w:r>
        <w:lastRenderedPageBreak/>
        <w:t>I am everything. I am all one consciousness. Can I merge?</w:t>
      </w:r>
    </w:p>
    <w:p w14:paraId="4F52B14B" w14:textId="77777777" w:rsidR="00F42FE2" w:rsidRDefault="006A61C8">
      <w:r>
        <w:br w:type="page"/>
      </w:r>
    </w:p>
    <w:p w14:paraId="32686356" w14:textId="77777777" w:rsidR="00F42FE2" w:rsidRDefault="006A61C8">
      <w:r>
        <w:lastRenderedPageBreak/>
        <w:t>Authentic Self expanding, learning, evolving through incarnation.</w:t>
      </w:r>
    </w:p>
    <w:p w14:paraId="69B7B2F4" w14:textId="77777777" w:rsidR="00F42FE2" w:rsidRDefault="006A61C8">
      <w:r>
        <w:br w:type="page"/>
      </w:r>
    </w:p>
    <w:p w14:paraId="47593D3E" w14:textId="77777777" w:rsidR="00F42FE2" w:rsidRDefault="006A61C8">
      <w:r>
        <w:lastRenderedPageBreak/>
        <w:t>Divine Mother balancing energies. Humanity waking up.</w:t>
      </w:r>
    </w:p>
    <w:p w14:paraId="458F3E01" w14:textId="77777777" w:rsidR="00F42FE2" w:rsidRDefault="006A61C8">
      <w:r>
        <w:br w:type="page"/>
      </w:r>
    </w:p>
    <w:p w14:paraId="234A74F9" w14:textId="77777777" w:rsidR="00F42FE2" w:rsidRDefault="006A61C8">
      <w:r>
        <w:lastRenderedPageBreak/>
        <w:t>Healing occurs when you allow yourself to be yourself.</w:t>
      </w:r>
    </w:p>
    <w:p w14:paraId="7A76284E" w14:textId="77777777" w:rsidR="00F42FE2" w:rsidRDefault="006A61C8">
      <w:r>
        <w:br w:type="page"/>
      </w:r>
    </w:p>
    <w:p w14:paraId="21F52CDA" w14:textId="77777777" w:rsidR="00F42FE2" w:rsidRDefault="006A61C8">
      <w:r>
        <w:lastRenderedPageBreak/>
        <w:t>Keep the portal open. Ask the question. Why don’t you trust yourself?</w:t>
      </w:r>
    </w:p>
    <w:p w14:paraId="55C66C0E" w14:textId="77777777" w:rsidR="00F42FE2" w:rsidRDefault="006A61C8">
      <w:r>
        <w:br w:type="page"/>
      </w:r>
    </w:p>
    <w:p w14:paraId="382C2C27" w14:textId="77777777" w:rsidR="00F42FE2" w:rsidRDefault="006A61C8">
      <w:r>
        <w:lastRenderedPageBreak/>
        <w:t>Confusion and doubt are contagious — clarity comes with space.</w:t>
      </w:r>
    </w:p>
    <w:p w14:paraId="11A6B08F" w14:textId="77777777" w:rsidR="00F42FE2" w:rsidRDefault="006A61C8">
      <w:r>
        <w:br w:type="page"/>
      </w:r>
    </w:p>
    <w:p w14:paraId="42D01000" w14:textId="77777777" w:rsidR="00F42FE2" w:rsidRDefault="006A61C8">
      <w:r>
        <w:lastRenderedPageBreak/>
        <w:t>Tears wanting to come — old soul letting love in.</w:t>
      </w:r>
    </w:p>
    <w:p w14:paraId="4302B6BA" w14:textId="77777777" w:rsidR="00F42FE2" w:rsidRDefault="006A61C8">
      <w:r>
        <w:br w:type="page"/>
      </w:r>
    </w:p>
    <w:p w14:paraId="5A28D888" w14:textId="77777777" w:rsidR="00F42FE2" w:rsidRDefault="006A61C8">
      <w:r>
        <w:lastRenderedPageBreak/>
        <w:t>Community supports the soul — guidance and trust.</w:t>
      </w:r>
    </w:p>
    <w:p w14:paraId="6C07C6E0" w14:textId="77777777" w:rsidR="00F42FE2" w:rsidRDefault="006A61C8">
      <w:r>
        <w:br w:type="page"/>
      </w:r>
    </w:p>
    <w:p w14:paraId="016567AE" w14:textId="77777777" w:rsidR="00F42FE2" w:rsidRDefault="006A61C8">
      <w:r>
        <w:lastRenderedPageBreak/>
        <w:t>Healing is in the now. Nothing bad is happening.</w:t>
      </w:r>
    </w:p>
    <w:p w14:paraId="2A472BB2" w14:textId="77777777" w:rsidR="00F42FE2" w:rsidRDefault="006A61C8">
      <w:r>
        <w:br w:type="page"/>
      </w:r>
    </w:p>
    <w:p w14:paraId="076408F6" w14:textId="77777777" w:rsidR="00F42FE2" w:rsidRDefault="006A61C8">
      <w:r>
        <w:lastRenderedPageBreak/>
        <w:t>My real name is God — True Self — Authentic Self.</w:t>
      </w:r>
    </w:p>
    <w:p w14:paraId="23B87450" w14:textId="77777777" w:rsidR="00F42FE2" w:rsidRDefault="006A61C8">
      <w:r>
        <w:br w:type="page"/>
      </w:r>
    </w:p>
    <w:p w14:paraId="7652DFF6" w14:textId="77777777" w:rsidR="00F42FE2" w:rsidRDefault="006A61C8">
      <w:r>
        <w:lastRenderedPageBreak/>
        <w:t>Trading minds, purging, remembering who I am.</w:t>
      </w:r>
    </w:p>
    <w:p w14:paraId="6466E015" w14:textId="77777777" w:rsidR="00F42FE2" w:rsidRDefault="006A61C8">
      <w:r>
        <w:br w:type="page"/>
      </w:r>
    </w:p>
    <w:p w14:paraId="59AF63AA" w14:textId="77777777" w:rsidR="00F42FE2" w:rsidRDefault="006A61C8">
      <w:r>
        <w:lastRenderedPageBreak/>
        <w:t>First meditation after returning home — remembering what matters.</w:t>
      </w:r>
    </w:p>
    <w:p w14:paraId="388F4906" w14:textId="77777777" w:rsidR="00F42FE2" w:rsidRDefault="006A61C8">
      <w:r>
        <w:br w:type="page"/>
      </w:r>
    </w:p>
    <w:p w14:paraId="6BF143F8" w14:textId="77777777" w:rsidR="00F42FE2" w:rsidRDefault="006A61C8">
      <w:r>
        <w:lastRenderedPageBreak/>
        <w:t>Attachment creates fear — I am a trustee, not an owner.</w:t>
      </w:r>
    </w:p>
    <w:p w14:paraId="21C9644D" w14:textId="77777777" w:rsidR="00F42FE2" w:rsidRDefault="006A61C8">
      <w:r>
        <w:br w:type="page"/>
      </w:r>
    </w:p>
    <w:p w14:paraId="4619A455" w14:textId="77777777" w:rsidR="00F42FE2" w:rsidRDefault="006A61C8">
      <w:r>
        <w:lastRenderedPageBreak/>
        <w:t>Ego is attachment to a wrong image of myself.</w:t>
      </w:r>
    </w:p>
    <w:p w14:paraId="60C219DB" w14:textId="77777777" w:rsidR="00F42FE2" w:rsidRDefault="006A61C8">
      <w:r>
        <w:br w:type="page"/>
      </w:r>
    </w:p>
    <w:p w14:paraId="1166E39E" w14:textId="77777777" w:rsidR="00F42FE2" w:rsidRDefault="006A61C8">
      <w:r>
        <w:lastRenderedPageBreak/>
        <w:t>Life is bliss — telepathy of the heart.</w:t>
      </w:r>
    </w:p>
    <w:sectPr w:rsidR="00F42FE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508757">
    <w:abstractNumId w:val="8"/>
  </w:num>
  <w:num w:numId="2" w16cid:durableId="1363702899">
    <w:abstractNumId w:val="6"/>
  </w:num>
  <w:num w:numId="3" w16cid:durableId="2142530973">
    <w:abstractNumId w:val="5"/>
  </w:num>
  <w:num w:numId="4" w16cid:durableId="2030595311">
    <w:abstractNumId w:val="4"/>
  </w:num>
  <w:num w:numId="5" w16cid:durableId="43875999">
    <w:abstractNumId w:val="7"/>
  </w:num>
  <w:num w:numId="6" w16cid:durableId="2065830703">
    <w:abstractNumId w:val="3"/>
  </w:num>
  <w:num w:numId="7" w16cid:durableId="1857646311">
    <w:abstractNumId w:val="2"/>
  </w:num>
  <w:num w:numId="8" w16cid:durableId="541940837">
    <w:abstractNumId w:val="1"/>
  </w:num>
  <w:num w:numId="9" w16cid:durableId="1397705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A61C8"/>
    <w:rsid w:val="009B17C8"/>
    <w:rsid w:val="00AA1D8D"/>
    <w:rsid w:val="00B47730"/>
    <w:rsid w:val="00CB0664"/>
    <w:rsid w:val="00F42FE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7ABD367"/>
  <w14:defaultImageDpi w14:val="300"/>
  <w15:docId w15:val="{D4FD229F-8293-48BE-BC7B-7728F6AF0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Leah Usery</cp:lastModifiedBy>
  <cp:revision>2</cp:revision>
  <dcterms:created xsi:type="dcterms:W3CDTF">2025-11-14T10:54:00Z</dcterms:created>
  <dcterms:modified xsi:type="dcterms:W3CDTF">2025-11-14T10:54:00Z</dcterms:modified>
  <cp:category/>
</cp:coreProperties>
</file>