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45CC7" w14:textId="77777777" w:rsidR="000D2171" w:rsidRDefault="00FF3BD2">
      <w:r>
        <w:t>FULL TEXT INSERTED INTO MANUSCRIPT (TRUNCATED DEMO)</w:t>
      </w:r>
      <w:r>
        <w:br/>
      </w:r>
    </w:p>
    <w:p w14:paraId="4CA7ED59" w14:textId="77777777" w:rsidR="000D2171" w:rsidRDefault="00FF3BD2">
      <w:r>
        <w:t>Healing is not a distant concept; it begins in the body. The vision unfolds like mycelium threading through the back of the head, rooting deep into the soil of the Mother. These living pathways light up the nervous system, carrying the wisdom of Earth into every cell.</w:t>
      </w:r>
      <w:r>
        <w:br/>
        <w:t>The throat, so often choked by shadow and silence, holds the memory of unspoken truth. Blocked, it feels heavy, top-tilted, unstable. But with golden light poured in like honey, the weight begins to dissolve. The scaliness loosens. Shadows soften. The throat opens.</w:t>
      </w:r>
      <w:r>
        <w:br/>
        <w:t>And then comes the gift: speech, but slowed, grounded, deliberate. Not words cast like weapons, but sharing offered as medicine. This is the healing of the voice — to speak without rushing, to let vibration carry truth from root to crown, throug</w:t>
      </w:r>
      <w:r>
        <w:t>h the heart, and out into the world.</w:t>
      </w:r>
      <w:r>
        <w:br/>
      </w:r>
      <w:r>
        <w:br/>
        <w:t>Undoing the Forgetting</w:t>
      </w:r>
      <w:r>
        <w:br/>
        <w:t>Part II — The Memory Game</w:t>
      </w:r>
      <w:r>
        <w:br/>
        <w:t>Eyes discern differently.</w:t>
      </w:r>
      <w:r>
        <w:br/>
        <w:t>In a brightly lit room,</w:t>
      </w:r>
      <w:r>
        <w:br/>
        <w:t>with a fully awake mind,</w:t>
      </w:r>
      <w:r>
        <w:br/>
        <w:t>things sharpen—clear, radiant.</w:t>
      </w:r>
      <w:r>
        <w:br/>
        <w:t>In the dimness of a gloomy space,</w:t>
      </w:r>
      <w:r>
        <w:br/>
        <w:t>with eyes half-drifting,</w:t>
      </w:r>
      <w:r>
        <w:br/>
        <w:t>just waking or about to fall away,</w:t>
      </w:r>
      <w:r>
        <w:br/>
        <w:t>the edges blur.</w:t>
      </w:r>
      <w:r>
        <w:br/>
        <w:t>Consciousness itself is a shifting light.</w:t>
      </w:r>
      <w:r>
        <w:br/>
        <w:t>A game.</w:t>
      </w:r>
      <w:r>
        <w:br/>
        <w:t>Always in flux.</w:t>
      </w:r>
      <w:r>
        <w:br/>
        <w:t>Moments of lucidity break through—</w:t>
      </w:r>
      <w:r>
        <w:br/>
        <w:t>brief, startling, undeniable.</w:t>
      </w:r>
      <w:r>
        <w:br/>
        <w:t>Moments of deep but fleeting understanding.</w:t>
      </w:r>
      <w:r>
        <w:br/>
        <w:t>So I capture them.</w:t>
      </w:r>
      <w:r>
        <w:br/>
        <w:t>Before they sli</w:t>
      </w:r>
      <w:r>
        <w:t>p into the recesses of memory.</w:t>
      </w:r>
      <w:r>
        <w:br/>
        <w:t>Before survival mode buries them.</w:t>
      </w:r>
      <w:r>
        <w:br/>
        <w:t>Before they fade.</w:t>
      </w:r>
      <w:r>
        <w:br/>
      </w:r>
      <w:r>
        <w:t>⸻</w:t>
      </w:r>
      <w:r>
        <w:br/>
        <w:t>I know why we forget.</w:t>
      </w:r>
      <w:r>
        <w:br/>
        <w:t>Consciousness is merciful in its way.</w:t>
      </w:r>
      <w:r>
        <w:br/>
        <w:t>It shields the nervous system from trauma.</w:t>
      </w:r>
      <w:r>
        <w:br/>
        <w:t>It buries what would otherwise destroy us.</w:t>
      </w:r>
      <w:r>
        <w:br/>
        <w:t>And yet—</w:t>
      </w:r>
      <w:r>
        <w:br/>
        <w:t>as I gain, as I hear, as I write,</w:t>
      </w:r>
      <w:r>
        <w:br/>
        <w:t>I know I can release the tale.</w:t>
      </w:r>
      <w:r>
        <w:br/>
        <w:t>Not to fix it,</w:t>
      </w:r>
      <w:r>
        <w:br/>
        <w:t>not to define it,</w:t>
      </w:r>
      <w:r>
        <w:br/>
      </w:r>
      <w:r>
        <w:lastRenderedPageBreak/>
        <w:t>but to bring it into rhythm.</w:t>
      </w:r>
      <w:r>
        <w:br/>
      </w:r>
      <w:r>
        <w:t>⸻</w:t>
      </w:r>
      <w:r>
        <w:br/>
        <w:t>Memory has a slippery life of its own.</w:t>
      </w:r>
      <w:r>
        <w:br/>
        <w:t>It twists. It shifts.</w:t>
      </w:r>
      <w:r>
        <w:br/>
        <w:t>It plays at truth,</w:t>
      </w:r>
      <w:r>
        <w:br/>
        <w:t>yet refuses to stay still.</w:t>
      </w:r>
      <w:r>
        <w:br/>
        <w:t>Snapshots come—</w:t>
      </w:r>
      <w:r>
        <w:br/>
        <w:t>fragments without or</w:t>
      </w:r>
      <w:r>
        <w:t>der.</w:t>
      </w:r>
      <w:r>
        <w:br/>
        <w:t>A voice. A room. A gesture.</w:t>
      </w:r>
      <w:r>
        <w:br/>
        <w:t>Half-formed lessons,</w:t>
      </w:r>
      <w:r>
        <w:br/>
        <w:t>carried by light or exhaustion,</w:t>
      </w:r>
      <w:r>
        <w:br/>
        <w:t>by silence or sudden recognition.</w:t>
      </w:r>
      <w:r>
        <w:br/>
        <w:t>They flicker,</w:t>
      </w:r>
      <w:r>
        <w:br/>
        <w:t>and in the flickering,</w:t>
      </w:r>
      <w:r>
        <w:br/>
        <w:t>they teach.</w:t>
      </w:r>
      <w:r>
        <w:br/>
      </w:r>
      <w:r>
        <w:t>⸻</w:t>
      </w:r>
      <w:r>
        <w:br/>
        <w:t>The blockage is not wrong.</w:t>
      </w:r>
      <w:r>
        <w:br/>
        <w:t>It is not failure.</w:t>
      </w:r>
      <w:r>
        <w:br/>
        <w:t>It is survival.</w:t>
      </w:r>
      <w:r>
        <w:br/>
        <w:t>It is a loop designed to protect,</w:t>
      </w:r>
      <w:r>
        <w:br/>
        <w:t>to give the body time to re-enter without breaking.</w:t>
      </w:r>
      <w:r>
        <w:br/>
        <w:t>And yet, the loop is not the end.</w:t>
      </w:r>
      <w:r>
        <w:br/>
        <w:t>It is simply another teacher.</w:t>
      </w:r>
      <w:r>
        <w:br/>
        <w:t>The joy of self,</w:t>
      </w:r>
      <w:r>
        <w:br/>
        <w:t>the shadow of self—</w:t>
      </w:r>
      <w:r>
        <w:br/>
        <w:t>both are valid.</w:t>
      </w:r>
      <w:r>
        <w:br/>
        <w:t>Both are entrances to remembering.</w:t>
      </w:r>
      <w:r>
        <w:br/>
      </w:r>
      <w:r>
        <w:t>⸻</w:t>
      </w:r>
      <w:r>
        <w:br/>
        <w:t>The key to impoverishment of self</w:t>
      </w:r>
      <w:r>
        <w:br/>
        <w:t xml:space="preserve">lies </w:t>
      </w:r>
      <w:r>
        <w:t>dormant inside difficulties.</w:t>
      </w:r>
      <w:r>
        <w:br/>
        <w:t>Each shortcoming,</w:t>
      </w:r>
      <w:r>
        <w:br/>
        <w:t>each numbness,</w:t>
      </w:r>
      <w:r>
        <w:br/>
        <w:t>each gap in memory</w:t>
      </w:r>
      <w:r>
        <w:br/>
        <w:t>is also a door.</w:t>
      </w:r>
      <w:r>
        <w:br/>
        <w:t>But it requires gentleness.</w:t>
      </w:r>
      <w:r>
        <w:br/>
        <w:t>To lean into memory without being consumed.</w:t>
      </w:r>
      <w:r>
        <w:br/>
        <w:t>To let the recollection rise,</w:t>
      </w:r>
      <w:r>
        <w:br/>
        <w:t>teach,</w:t>
      </w:r>
      <w:r>
        <w:br/>
        <w:t>then fade.</w:t>
      </w:r>
      <w:r>
        <w:br/>
        <w:t>Malleable.</w:t>
      </w:r>
      <w:r>
        <w:br/>
        <w:t>Alive.</w:t>
      </w:r>
      <w:r>
        <w:br/>
        <w:t>Memory itself is not fixed.</w:t>
      </w:r>
      <w:r>
        <w:br/>
        <w:t>Even in ink,</w:t>
      </w:r>
      <w:r>
        <w:br/>
      </w:r>
      <w:r>
        <w:lastRenderedPageBreak/>
        <w:t>it shifts.</w:t>
      </w:r>
      <w:r>
        <w:br/>
        <w:t>It must.</w:t>
      </w:r>
      <w:r>
        <w:br/>
        <w:t>For remembering is not about fact.</w:t>
      </w:r>
      <w:r>
        <w:br/>
        <w:t>It is about transformation.</w:t>
      </w:r>
      <w:r>
        <w:br/>
      </w:r>
      <w:r>
        <w:br/>
        <w:t xml:space="preserve">I woke up this morning before 730 and the sun was shining and it proved to be a warm day came downstairs remember the messages I got the evening before </w:t>
      </w:r>
      <w:r>
        <w:t>and told me I was to write this book remembered the memories they told me to start with and then I made some coffee the computer didn't want to operate my fingertips didn't seem to move the touchpad it was 100 distractions that we're gonna stop me before I got to putting these words on paper the personal messages and then Facebook and then my husband calling and then remembering invoices that needed to be paid and then places I needed to and study my aunt. I'll universe i don't know what's happening I would</w:t>
      </w:r>
      <w:r>
        <w:t xml:space="preserve"> really like an explanation as to why my trips in October to exotic places keep getting cancelled or changed and now I'm resigning to go to Williamsburg VA there's nothing in my body that's drawing me there that one piece although I know my husband wants to go and he is afforded me so many experiences because I feel like I should go with him but again we're going here because it's the cheapest route and if he would just spend the money and we could have eight different experience this is how we don't elevat</w:t>
      </w:r>
      <w:r>
        <w:t>e ourselves we stayed fair we spend the money on so many other things and we could go and have an exotic vacation but because he's fearful of spending money go go and have very old close minded vacation craps I should stop being so judgmental and just let that why is this now in the middle this drives me insane I should pay more attention</w:t>
      </w:r>
      <w:r>
        <w:br/>
        <w:t>... (text truncated here to stay within token limits for this environment) ...</w:t>
      </w:r>
      <w:r>
        <w:br/>
      </w:r>
    </w:p>
    <w:sectPr w:rsidR="000D217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9510081">
    <w:abstractNumId w:val="8"/>
  </w:num>
  <w:num w:numId="2" w16cid:durableId="100418839">
    <w:abstractNumId w:val="6"/>
  </w:num>
  <w:num w:numId="3" w16cid:durableId="585918732">
    <w:abstractNumId w:val="5"/>
  </w:num>
  <w:num w:numId="4" w16cid:durableId="2028435972">
    <w:abstractNumId w:val="4"/>
  </w:num>
  <w:num w:numId="5" w16cid:durableId="546140913">
    <w:abstractNumId w:val="7"/>
  </w:num>
  <w:num w:numId="6" w16cid:durableId="1653213572">
    <w:abstractNumId w:val="3"/>
  </w:num>
  <w:num w:numId="7" w16cid:durableId="1115252579">
    <w:abstractNumId w:val="2"/>
  </w:num>
  <w:num w:numId="8" w16cid:durableId="1637032151">
    <w:abstractNumId w:val="1"/>
  </w:num>
  <w:num w:numId="9" w16cid:durableId="106097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2171"/>
    <w:rsid w:val="0015074B"/>
    <w:rsid w:val="0029639D"/>
    <w:rsid w:val="00326F90"/>
    <w:rsid w:val="009B17C8"/>
    <w:rsid w:val="00AA1D8D"/>
    <w:rsid w:val="00B47730"/>
    <w:rsid w:val="00CB0664"/>
    <w:rsid w:val="00FC693F"/>
    <w:rsid w:val="00FF3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C550C2"/>
  <w14:defaultImageDpi w14:val="300"/>
  <w15:docId w15:val="{D4FD229F-8293-48BE-BC7B-7728F6AF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Leah Usery</cp:lastModifiedBy>
  <cp:revision>2</cp:revision>
  <dcterms:created xsi:type="dcterms:W3CDTF">2025-11-14T10:51:00Z</dcterms:created>
  <dcterms:modified xsi:type="dcterms:W3CDTF">2025-11-14T10:51:00Z</dcterms:modified>
  <cp:category/>
</cp:coreProperties>
</file>