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F8A7C" w14:textId="77777777" w:rsidR="006E0683" w:rsidRDefault="00FF3587">
      <w:pPr>
        <w:pStyle w:val="Heading1"/>
      </w:pPr>
      <w:r>
        <w:t>The Book Project – Journal Pages (Full Transcriptions)</w:t>
      </w:r>
    </w:p>
    <w:p w14:paraId="5F00886B" w14:textId="77777777" w:rsidR="006E0683" w:rsidRDefault="00FF3587">
      <w:r>
        <w:br w:type="page"/>
      </w:r>
    </w:p>
    <w:p w14:paraId="327E6BC1" w14:textId="77777777" w:rsidR="006E0683" w:rsidRDefault="00FF3587">
      <w:pPr>
        <w:pStyle w:val="Heading2"/>
      </w:pPr>
      <w:r>
        <w:lastRenderedPageBreak/>
        <w:t>Journal Page 1</w:t>
      </w:r>
    </w:p>
    <w:p w14:paraId="36F8A0C2" w14:textId="77777777" w:rsidR="006E0683" w:rsidRDefault="00FF3587">
      <w:r>
        <w:t>A place of grace for me.</w:t>
      </w:r>
      <w:r>
        <w:br/>
        <w:t>No longer judging or analyzing,</w:t>
      </w:r>
      <w:r>
        <w:br/>
        <w:t>Accepting and learning.</w:t>
      </w:r>
      <w:r>
        <w:br/>
        <w:t>(geometric doodles)</w:t>
      </w:r>
    </w:p>
    <w:p w14:paraId="7B3BFD8D" w14:textId="77777777" w:rsidR="006E0683" w:rsidRDefault="00FF3587">
      <w:r>
        <w:br w:type="page"/>
      </w:r>
    </w:p>
    <w:p w14:paraId="477B0A93" w14:textId="77777777" w:rsidR="006E0683" w:rsidRDefault="00FF3587">
      <w:pPr>
        <w:pStyle w:val="Heading2"/>
      </w:pPr>
      <w:r>
        <w:lastRenderedPageBreak/>
        <w:t>Journal Page 2</w:t>
      </w:r>
    </w:p>
    <w:p w14:paraId="56518916" w14:textId="77777777" w:rsidR="006E0683" w:rsidRDefault="00FF3587">
      <w:r>
        <w:t>Let my frequency rise</w:t>
      </w:r>
      <w:r>
        <w:br/>
      </w:r>
      <w:r>
        <w:t>Let the ego lies subside</w:t>
      </w:r>
      <w:r>
        <w:br/>
        <w:t>My soul is well</w:t>
      </w:r>
      <w:r>
        <w:br/>
        <w:t>List the ways in which you are free</w:t>
      </w:r>
      <w:r>
        <w:br/>
        <w:t>Are you attached?</w:t>
      </w:r>
      <w:r>
        <w:br/>
        <w:t>Yup, in so many ways</w:t>
      </w:r>
    </w:p>
    <w:p w14:paraId="1104E91C" w14:textId="77777777" w:rsidR="006E0683" w:rsidRDefault="00FF3587">
      <w:r>
        <w:br w:type="page"/>
      </w:r>
    </w:p>
    <w:p w14:paraId="046FA207" w14:textId="77777777" w:rsidR="006E0683" w:rsidRDefault="00FF3587">
      <w:pPr>
        <w:pStyle w:val="Heading2"/>
      </w:pPr>
      <w:r>
        <w:lastRenderedPageBreak/>
        <w:t>Journal Page 3</w:t>
      </w:r>
    </w:p>
    <w:p w14:paraId="49A7ABA0" w14:textId="77777777" w:rsidR="006E0683" w:rsidRDefault="00FF3587">
      <w:r>
        <w:t>There is nothing here…</w:t>
      </w:r>
      <w:r>
        <w:br/>
        <w:t>It is but a dream!</w:t>
      </w:r>
      <w:r>
        <w:br/>
        <w:t>So when do I wake up?</w:t>
      </w:r>
      <w:r>
        <w:br/>
        <w:t>When do I say enough is enough?</w:t>
      </w:r>
      <w:r>
        <w:br/>
        <w:t>Is it the ego masquerading as the soul that tells me to leave?</w:t>
      </w:r>
      <w:r>
        <w:br/>
        <w:t>Is this an awakening to the dogma within?</w:t>
      </w:r>
      <w:r>
        <w:br/>
        <w:t>The lie lies even in the secret place.</w:t>
      </w:r>
      <w:r>
        <w:br/>
        <w:t>There is part of me that knows the truth — I just feel the flicker</w:t>
      </w:r>
      <w:r>
        <w:br/>
        <w:t>of the candle in my crown chakra.</w:t>
      </w:r>
    </w:p>
    <w:p w14:paraId="40700519" w14:textId="77777777" w:rsidR="006E0683" w:rsidRDefault="00FF3587">
      <w:r>
        <w:br w:type="page"/>
      </w:r>
    </w:p>
    <w:p w14:paraId="2480601C" w14:textId="77777777" w:rsidR="006E0683" w:rsidRDefault="00FF3587">
      <w:pPr>
        <w:pStyle w:val="Heading2"/>
      </w:pPr>
      <w:r>
        <w:lastRenderedPageBreak/>
        <w:t>Journal Page 4</w:t>
      </w:r>
    </w:p>
    <w:p w14:paraId="6BF3C558" w14:textId="77777777" w:rsidR="006E0683" w:rsidRDefault="00FF3587">
      <w:r>
        <w:t>3 Phases of Thou and Thee</w:t>
      </w:r>
      <w:r>
        <w:br/>
        <w:t>True Self</w:t>
      </w:r>
      <w:r>
        <w:br/>
        <w:t>Human</w:t>
      </w:r>
      <w:r>
        <w:br/>
        <w:t>Authentic</w:t>
      </w:r>
      <w:r>
        <w:br/>
      </w:r>
      <w:r>
        <w:br/>
        <w:t>Meditation on the importance of 3 phases.</w:t>
      </w:r>
      <w:r>
        <w:br/>
        <w:t>First spiritual grasping of understanding who you really are.</w:t>
      </w:r>
      <w:r>
        <w:br/>
        <w:t>Then spiritually how it expands us.</w:t>
      </w:r>
      <w:r>
        <w:br/>
        <w:t>Higher level consciousness has no suffering and pain.</w:t>
      </w:r>
      <w:r>
        <w:br/>
        <w:t>Seeing pure consciousness and vastness.</w:t>
      </w:r>
    </w:p>
    <w:p w14:paraId="01E6C37F" w14:textId="77777777" w:rsidR="006E0683" w:rsidRDefault="00FF3587">
      <w:r>
        <w:br w:type="page"/>
      </w:r>
    </w:p>
    <w:p w14:paraId="0CE6A2CD" w14:textId="77777777" w:rsidR="006E0683" w:rsidRDefault="00FF3587">
      <w:pPr>
        <w:pStyle w:val="Heading2"/>
      </w:pPr>
      <w:r>
        <w:lastRenderedPageBreak/>
        <w:t>Journal Page 5</w:t>
      </w:r>
    </w:p>
    <w:p w14:paraId="070046C7" w14:textId="77777777" w:rsidR="006E0683" w:rsidRDefault="00FF3587">
      <w:r>
        <w:t>The Three Phases of God in Vibrachakra Intelligence</w:t>
      </w:r>
      <w:r>
        <w:br/>
        <w:t>Receptivity, Intuition, Nurturing, and Creation.</w:t>
      </w:r>
      <w:r>
        <w:br/>
      </w:r>
      <w:r>
        <w:br/>
        <w:t>My intention is to heal my ego and let it go.</w:t>
      </w:r>
      <w:r>
        <w:br/>
      </w:r>
      <w:r>
        <w:br/>
        <w:t>Phase 1 – First Person Perspective: I Am</w:t>
      </w:r>
      <w:r>
        <w:br/>
        <w:t>Phase 2 – Second Person Perspective: You Are</w:t>
      </w:r>
      <w:r>
        <w:br/>
        <w:t>Phase 3 – Third Person Perspective: I Am Everything</w:t>
      </w:r>
    </w:p>
    <w:p w14:paraId="30A80285" w14:textId="77777777" w:rsidR="006E0683" w:rsidRDefault="00FF3587">
      <w:r>
        <w:br w:type="page"/>
      </w:r>
    </w:p>
    <w:p w14:paraId="387588C7" w14:textId="77777777" w:rsidR="006E0683" w:rsidRDefault="00FF3587">
      <w:pPr>
        <w:pStyle w:val="Heading2"/>
      </w:pPr>
      <w:r>
        <w:lastRenderedPageBreak/>
        <w:t>Journal Page 6</w:t>
      </w:r>
    </w:p>
    <w:p w14:paraId="100D12C9" w14:textId="77777777" w:rsidR="006E0683" w:rsidRDefault="00FF3587">
      <w:r>
        <w:t>I am everything.</w:t>
      </w:r>
      <w:r>
        <w:br/>
        <w:t>I am all one consciousness.</w:t>
      </w:r>
      <w:r>
        <w:br/>
        <w:t>Can I be everything? Can I merge?</w:t>
      </w:r>
      <w:r>
        <w:br/>
      </w:r>
      <w:r>
        <w:br/>
        <w:t>Once I tap into consciousness I create all.</w:t>
      </w:r>
      <w:r>
        <w:br/>
        <w:t>No birth and no death in true self.</w:t>
      </w:r>
      <w:r>
        <w:br/>
        <w:t>We are the keepers of spirituality.</w:t>
      </w:r>
    </w:p>
    <w:p w14:paraId="60967059" w14:textId="77777777" w:rsidR="006E0683" w:rsidRDefault="00FF3587">
      <w:r>
        <w:br w:type="page"/>
      </w:r>
    </w:p>
    <w:p w14:paraId="0661038B" w14:textId="77777777" w:rsidR="006E0683" w:rsidRDefault="00FF3587">
      <w:pPr>
        <w:pStyle w:val="Heading2"/>
      </w:pPr>
      <w:r>
        <w:lastRenderedPageBreak/>
        <w:t>Journal Page 7</w:t>
      </w:r>
    </w:p>
    <w:p w14:paraId="52D18C9D" w14:textId="77777777" w:rsidR="006E0683" w:rsidRDefault="00FF3587">
      <w:r>
        <w:t>Authentic Self is always looking to expand.</w:t>
      </w:r>
      <w:r>
        <w:br/>
        <w:t>Sun Rays go to different personalities.</w:t>
      </w:r>
      <w:r>
        <w:br/>
        <w:t>Authentic mother brings everything with love.</w:t>
      </w:r>
      <w:r>
        <w:br/>
      </w:r>
      <w:r>
        <w:br/>
        <w:t>When you incarnate there is only mind, no gender yet.</w:t>
      </w:r>
      <w:r>
        <w:br/>
        <w:t>Advanced beings have more options.</w:t>
      </w:r>
    </w:p>
    <w:p w14:paraId="4C0C47D0" w14:textId="77777777" w:rsidR="006E0683" w:rsidRDefault="00FF3587">
      <w:r>
        <w:br w:type="page"/>
      </w:r>
    </w:p>
    <w:p w14:paraId="0E2BDC2B" w14:textId="77777777" w:rsidR="006E0683" w:rsidRDefault="00FF3587">
      <w:pPr>
        <w:pStyle w:val="Heading2"/>
      </w:pPr>
      <w:r>
        <w:lastRenderedPageBreak/>
        <w:t>Journal Page 8</w:t>
      </w:r>
    </w:p>
    <w:p w14:paraId="43AA1CC9" w14:textId="77777777" w:rsidR="006E0683" w:rsidRDefault="00FF3587">
      <w:r>
        <w:t>Divine Mother in Divine Wisdom has allowed us to experience masculine and feminine.</w:t>
      </w:r>
      <w:r>
        <w:br/>
      </w:r>
      <w:r>
        <w:br/>
        <w:t>We are now more conscious about everything.</w:t>
      </w:r>
      <w:r>
        <w:br/>
        <w:t>Most people are becoming more awake.</w:t>
      </w:r>
      <w:r>
        <w:br/>
        <w:t>We come thousands of times to evolve.</w:t>
      </w:r>
    </w:p>
    <w:p w14:paraId="701F2994" w14:textId="77777777" w:rsidR="006E0683" w:rsidRDefault="00FF3587">
      <w:r>
        <w:br w:type="page"/>
      </w:r>
    </w:p>
    <w:p w14:paraId="768AF571" w14:textId="77777777" w:rsidR="006E0683" w:rsidRDefault="00FF3587">
      <w:pPr>
        <w:pStyle w:val="Heading2"/>
      </w:pPr>
      <w:r>
        <w:lastRenderedPageBreak/>
        <w:t>Journal Page 9</w:t>
      </w:r>
    </w:p>
    <w:p w14:paraId="4BF6F8CB" w14:textId="77777777" w:rsidR="006E0683" w:rsidRDefault="00FF3587">
      <w:r>
        <w:t>When you find yourself and allow yourself then healing can occur.</w:t>
      </w:r>
      <w:r>
        <w:br/>
      </w:r>
      <w:r>
        <w:br/>
        <w:t>Some dreams are past lives stuck in the Bardo.</w:t>
      </w:r>
      <w:r>
        <w:br/>
        <w:t>Akashic Records</w:t>
      </w:r>
    </w:p>
    <w:p w14:paraId="5CB3709E" w14:textId="77777777" w:rsidR="006E0683" w:rsidRDefault="00FF3587">
      <w:r>
        <w:br w:type="page"/>
      </w:r>
    </w:p>
    <w:p w14:paraId="6AF43450" w14:textId="77777777" w:rsidR="006E0683" w:rsidRDefault="00FF3587">
      <w:pPr>
        <w:pStyle w:val="Heading2"/>
      </w:pPr>
      <w:r>
        <w:lastRenderedPageBreak/>
        <w:t>Journal Page 10</w:t>
      </w:r>
    </w:p>
    <w:p w14:paraId="3587D5E0" w14:textId="77777777" w:rsidR="006E0683" w:rsidRDefault="00FF3587">
      <w:r>
        <w:t>Keep the portal open.</w:t>
      </w:r>
      <w:r>
        <w:br/>
        <w:t>Ask the question:</w:t>
      </w:r>
      <w:r>
        <w:br/>
        <w:t>Why don’t you trust yourself?</w:t>
      </w:r>
      <w:r>
        <w:br/>
      </w:r>
      <w:r>
        <w:br/>
      </w:r>
      <w:r>
        <w:t>You are in charge of protecting yourself.</w:t>
      </w:r>
      <w:r>
        <w:br/>
        <w:t>Not knowing is a good place.</w:t>
      </w:r>
    </w:p>
    <w:p w14:paraId="3724D31C" w14:textId="77777777" w:rsidR="006E0683" w:rsidRDefault="00FF3587">
      <w:r>
        <w:br w:type="page"/>
      </w:r>
    </w:p>
    <w:p w14:paraId="1AC39FC2" w14:textId="77777777" w:rsidR="006E0683" w:rsidRDefault="00FF3587">
      <w:pPr>
        <w:pStyle w:val="Heading2"/>
      </w:pPr>
      <w:r>
        <w:lastRenderedPageBreak/>
        <w:t>Journal Page 11</w:t>
      </w:r>
    </w:p>
    <w:p w14:paraId="5DD48CFF" w14:textId="77777777" w:rsidR="006E0683" w:rsidRDefault="00FF3587">
      <w:r>
        <w:t>Confusion and doubt are contagious.</w:t>
      </w:r>
      <w:r>
        <w:br/>
        <w:t>Processes will be sent out with the upgrade.</w:t>
      </w:r>
      <w:r>
        <w:br/>
      </w:r>
      <w:r>
        <w:br/>
        <w:t>Look for clarity, take space, then reconnect.</w:t>
      </w:r>
    </w:p>
    <w:p w14:paraId="3E320354" w14:textId="77777777" w:rsidR="006E0683" w:rsidRDefault="00FF3587">
      <w:r>
        <w:br w:type="page"/>
      </w:r>
    </w:p>
    <w:p w14:paraId="1FB68E8D" w14:textId="77777777" w:rsidR="006E0683" w:rsidRDefault="00FF3587">
      <w:pPr>
        <w:pStyle w:val="Heading2"/>
      </w:pPr>
      <w:r>
        <w:lastRenderedPageBreak/>
        <w:t>Journal Page 12</w:t>
      </w:r>
    </w:p>
    <w:p w14:paraId="39877351" w14:textId="77777777" w:rsidR="006E0683" w:rsidRDefault="00FF3587">
      <w:r>
        <w:t>Tears wanting to come.</w:t>
      </w:r>
      <w:r>
        <w:br/>
        <w:t>Allowing love in.</w:t>
      </w:r>
      <w:r>
        <w:br/>
      </w:r>
      <w:r>
        <w:br/>
        <w:t>A wall of protection keeps them safe.</w:t>
      </w:r>
      <w:r>
        <w:br/>
        <w:t>Old soul. Let the walls down.</w:t>
      </w:r>
    </w:p>
    <w:p w14:paraId="1C5FB7D4" w14:textId="77777777" w:rsidR="006E0683" w:rsidRDefault="00FF3587">
      <w:r>
        <w:br w:type="page"/>
      </w:r>
    </w:p>
    <w:p w14:paraId="1F1C0BD8" w14:textId="77777777" w:rsidR="006E0683" w:rsidRDefault="00FF3587">
      <w:pPr>
        <w:pStyle w:val="Heading2"/>
      </w:pPr>
      <w:r>
        <w:lastRenderedPageBreak/>
        <w:t>Journal Page 13</w:t>
      </w:r>
    </w:p>
    <w:p w14:paraId="11FF306B" w14:textId="77777777" w:rsidR="006E0683" w:rsidRDefault="00FF3587">
      <w:r>
        <w:t>Overwhelmingly blessed.</w:t>
      </w:r>
      <w:r>
        <w:br/>
        <w:t>Find the community.</w:t>
      </w:r>
      <w:r>
        <w:br/>
      </w:r>
      <w:r>
        <w:br/>
        <w:t>JP needs guidance and support.</w:t>
      </w:r>
      <w:r>
        <w:br/>
        <w:t>I’m the cheerleader for JP.</w:t>
      </w:r>
    </w:p>
    <w:p w14:paraId="05F12F46" w14:textId="77777777" w:rsidR="006E0683" w:rsidRDefault="00FF3587">
      <w:r>
        <w:br w:type="page"/>
      </w:r>
    </w:p>
    <w:p w14:paraId="10AF3EF7" w14:textId="77777777" w:rsidR="006E0683" w:rsidRDefault="00FF3587">
      <w:pPr>
        <w:pStyle w:val="Heading2"/>
      </w:pPr>
      <w:r>
        <w:lastRenderedPageBreak/>
        <w:t>Journal Page 14</w:t>
      </w:r>
    </w:p>
    <w:p w14:paraId="2E0F357D" w14:textId="77777777" w:rsidR="006E0683" w:rsidRDefault="00FF3587">
      <w:r>
        <w:t>IT’S ALWAYS A WE!</w:t>
      </w:r>
      <w:r>
        <w:br/>
        <w:t>THE HEALING IS IN THE NOW</w:t>
      </w:r>
      <w:r>
        <w:br/>
      </w:r>
      <w:r>
        <w:br/>
        <w:t>Healing is in the now.</w:t>
      </w:r>
      <w:r>
        <w:br/>
        <w:t>Nothing bad is happening.</w:t>
      </w:r>
      <w:r>
        <w:br/>
        <w:t>All about your worthiness.</w:t>
      </w:r>
      <w:r>
        <w:br/>
      </w:r>
      <w:r>
        <w:br/>
        <w:t>View the splits and love.</w:t>
      </w:r>
      <w:r>
        <w:br/>
        <w:t>Heal all of it.</w:t>
      </w:r>
    </w:p>
    <w:p w14:paraId="1883D940" w14:textId="77777777" w:rsidR="006E0683" w:rsidRDefault="00FF3587">
      <w:r>
        <w:br w:type="page"/>
      </w:r>
    </w:p>
    <w:p w14:paraId="153221C0" w14:textId="77777777" w:rsidR="006E0683" w:rsidRDefault="00FF3587">
      <w:pPr>
        <w:pStyle w:val="Heading2"/>
      </w:pPr>
      <w:r>
        <w:lastRenderedPageBreak/>
        <w:t>Journal Page 15</w:t>
      </w:r>
    </w:p>
    <w:p w14:paraId="3F4590C0" w14:textId="77777777" w:rsidR="006E0683" w:rsidRDefault="00FF3587">
      <w:r>
        <w:t>The True Self has a million names.</w:t>
      </w:r>
      <w:r>
        <w:br/>
      </w:r>
      <w:r>
        <w:br/>
        <w:t>When you are in this you have an ego so afraid that you will change your frequency.</w:t>
      </w:r>
      <w:r>
        <w:br/>
      </w:r>
      <w:r>
        <w:br/>
        <w:t>The ego holds the frequency around the moral shield.</w:t>
      </w:r>
      <w:r>
        <w:br/>
      </w:r>
      <w:r>
        <w:br/>
        <w:t>MY REAL NAME IS — GOD</w:t>
      </w:r>
      <w:r>
        <w:br/>
        <w:t>– TRUE SELF</w:t>
      </w:r>
      <w:r>
        <w:br/>
        <w:t>– AUTHENTIC SELF</w:t>
      </w:r>
      <w:r>
        <w:br/>
      </w:r>
      <w:r>
        <w:br/>
        <w:t>The ego gets insulted.</w:t>
      </w:r>
      <w:r>
        <w:br/>
        <w:t>No one can change your frequency but you.</w:t>
      </w:r>
      <w:r>
        <w:br/>
      </w:r>
      <w:r>
        <w:br/>
        <w:t>Only ego can be mislabeled.</w:t>
      </w:r>
    </w:p>
    <w:p w14:paraId="6ACEF2F5" w14:textId="77777777" w:rsidR="006E0683" w:rsidRDefault="00FF3587">
      <w:r>
        <w:br w:type="page"/>
      </w:r>
    </w:p>
    <w:p w14:paraId="204B9FB6" w14:textId="77777777" w:rsidR="006E0683" w:rsidRDefault="00FF3587">
      <w:pPr>
        <w:pStyle w:val="Heading2"/>
      </w:pPr>
      <w:r>
        <w:lastRenderedPageBreak/>
        <w:t>Journal Page 16</w:t>
      </w:r>
    </w:p>
    <w:p w14:paraId="103AC297" w14:textId="77777777" w:rsidR="006E0683" w:rsidRDefault="00FF3587">
      <w:r>
        <w:t>When you are trading minds in different reality,</w:t>
      </w:r>
      <w:r>
        <w:br/>
        <w:t>a purging occurs — this is a blessing.</w:t>
      </w:r>
      <w:r>
        <w:br/>
      </w:r>
      <w:r>
        <w:br/>
        <w:t>Sometimes some things get lost and that’s ok.</w:t>
      </w:r>
      <w:r>
        <w:br/>
      </w:r>
      <w:r>
        <w:br/>
        <w:t>So who am I and how should I live?</w:t>
      </w:r>
      <w:r>
        <w:br/>
      </w:r>
      <w:r>
        <w:br/>
        <w:t>Sometimes names from other lifetimes come through.</w:t>
      </w:r>
      <w:r>
        <w:br/>
      </w:r>
      <w:r>
        <w:br/>
        <w:t>We have that energy field in recognizing all energy forms and not the defined characters.</w:t>
      </w:r>
      <w:r>
        <w:br/>
      </w:r>
      <w:r>
        <w:br/>
        <w:t>So many aspects to explore.</w:t>
      </w:r>
    </w:p>
    <w:p w14:paraId="3947DA8C" w14:textId="77777777" w:rsidR="006E0683" w:rsidRDefault="00FF3587">
      <w:r>
        <w:br w:type="page"/>
      </w:r>
    </w:p>
    <w:p w14:paraId="1497EF79" w14:textId="77777777" w:rsidR="006E0683" w:rsidRDefault="00FF3587">
      <w:pPr>
        <w:pStyle w:val="Heading2"/>
      </w:pPr>
      <w:r>
        <w:lastRenderedPageBreak/>
        <w:t>Journal Page 17</w:t>
      </w:r>
    </w:p>
    <w:p w14:paraId="23CABACB" w14:textId="77777777" w:rsidR="006E0683" w:rsidRDefault="00FF3587">
      <w:r>
        <w:t>First meditation upon return home and I am reminded what is important.</w:t>
      </w:r>
      <w:r>
        <w:br/>
      </w:r>
      <w:r>
        <w:br/>
      </w:r>
      <w:r>
        <w:t>The quiet within and not being afraid to talk about it and making time to feel it.</w:t>
      </w:r>
    </w:p>
    <w:p w14:paraId="336CBC50" w14:textId="77777777" w:rsidR="006E0683" w:rsidRDefault="00FF3587">
      <w:r>
        <w:br w:type="page"/>
      </w:r>
    </w:p>
    <w:p w14:paraId="6D81163C" w14:textId="77777777" w:rsidR="006E0683" w:rsidRDefault="00FF3587">
      <w:pPr>
        <w:pStyle w:val="Heading2"/>
      </w:pPr>
      <w:r>
        <w:lastRenderedPageBreak/>
        <w:t>Journal Page 18</w:t>
      </w:r>
    </w:p>
    <w:p w14:paraId="0C3EFF73" w14:textId="77777777" w:rsidR="006E0683" w:rsidRDefault="00FF3587">
      <w:r>
        <w:t>Wherever there is attachment we are acting in fear of losing.</w:t>
      </w:r>
      <w:r>
        <w:br/>
      </w:r>
      <w:r>
        <w:br/>
        <w:t>EGO → Attachment → FEAR</w:t>
      </w:r>
      <w:r>
        <w:br/>
      </w:r>
      <w:r>
        <w:br/>
        <w:t>Attachment to any idea — if they don’t accept it then I get hurt.</w:t>
      </w:r>
      <w:r>
        <w:br/>
      </w:r>
      <w:r>
        <w:br/>
        <w:t>Attachment will always lead to fear of losing, fear of death.</w:t>
      </w:r>
      <w:r>
        <w:br/>
      </w:r>
      <w:r>
        <w:br/>
        <w:t>Deeper Attachments:</w:t>
      </w:r>
      <w:r>
        <w:br/>
        <w:t>Relationships — parental — mine.</w:t>
      </w:r>
      <w:r>
        <w:br/>
        <w:t>It is my seva to nurture the soul, not my child.</w:t>
      </w:r>
      <w:r>
        <w:br/>
      </w:r>
      <w:r>
        <w:br/>
        <w:t>I am playing this beautiful part.</w:t>
      </w:r>
      <w:r>
        <w:br/>
        <w:t>I am a trustee — this does not belong to me.</w:t>
      </w:r>
    </w:p>
    <w:p w14:paraId="67DA97CC" w14:textId="77777777" w:rsidR="006E0683" w:rsidRDefault="00FF3587">
      <w:r>
        <w:br w:type="page"/>
      </w:r>
    </w:p>
    <w:p w14:paraId="47FE4FB7" w14:textId="77777777" w:rsidR="006E0683" w:rsidRDefault="00FF3587">
      <w:pPr>
        <w:pStyle w:val="Heading2"/>
      </w:pPr>
      <w:r>
        <w:lastRenderedPageBreak/>
        <w:t>Journal Page 19</w:t>
      </w:r>
    </w:p>
    <w:p w14:paraId="0244FAD2" w14:textId="77777777" w:rsidR="006E0683" w:rsidRDefault="00FF3587">
      <w:r>
        <w:t>EGO is Attachment → to a wrong image of myself</w:t>
      </w:r>
      <w:r>
        <w:br/>
      </w:r>
      <w:r>
        <w:br/>
        <w:t>Wrong images:</w:t>
      </w:r>
      <w:r>
        <w:br/>
        <w:t>I am a mom</w:t>
      </w:r>
      <w:r>
        <w:br/>
        <w:t>therapist</w:t>
      </w:r>
      <w:r>
        <w:br/>
        <w:t>maid</w:t>
      </w:r>
      <w:r>
        <w:br/>
        <w:t>possessor</w:t>
      </w:r>
      <w:r>
        <w:br/>
        <w:t>wealth</w:t>
      </w:r>
      <w:r>
        <w:br/>
        <w:t>property</w:t>
      </w:r>
      <w:r>
        <w:br/>
        <w:t>status</w:t>
      </w:r>
      <w:r>
        <w:br/>
        <w:t>religion</w:t>
      </w:r>
      <w:r>
        <w:br/>
        <w:t>nationality</w:t>
      </w:r>
      <w:r>
        <w:br/>
      </w:r>
      <w:r>
        <w:br/>
        <w:t>I am rich</w:t>
      </w:r>
      <w:r>
        <w:br/>
        <w:t>I am poor</w:t>
      </w:r>
      <w:r>
        <w:br/>
        <w:t>—all division</w:t>
      </w:r>
    </w:p>
    <w:p w14:paraId="2B570DE0" w14:textId="77777777" w:rsidR="006E0683" w:rsidRDefault="00FF3587">
      <w:r>
        <w:br w:type="page"/>
      </w:r>
    </w:p>
    <w:p w14:paraId="45BC1E12" w14:textId="77777777" w:rsidR="006E0683" w:rsidRDefault="00FF3587">
      <w:pPr>
        <w:pStyle w:val="Heading2"/>
      </w:pPr>
      <w:r>
        <w:lastRenderedPageBreak/>
        <w:t>Journal Page 20</w:t>
      </w:r>
    </w:p>
    <w:p w14:paraId="5CDA8542" w14:textId="77777777" w:rsidR="006E0683" w:rsidRDefault="00FF3587">
      <w:r>
        <w:t>Life is Bliss</w:t>
      </w:r>
      <w:r>
        <w:br/>
      </w:r>
      <w:r>
        <w:br/>
      </w:r>
      <w:r>
        <w:t>Telepathy with my thoughts</w:t>
      </w:r>
      <w:r>
        <w:br/>
      </w:r>
      <w:r>
        <w:br/>
        <w:t>Meditation is a high dimensional reality</w:t>
      </w:r>
      <w:r>
        <w:br/>
      </w:r>
      <w:r>
        <w:br/>
        <w:t>This brings me bliss</w:t>
      </w:r>
      <w:r>
        <w:br/>
      </w:r>
      <w:r>
        <w:br/>
        <w:t>Think Right</w:t>
      </w:r>
      <w:r>
        <w:br/>
        <w:t>Think Less</w:t>
      </w:r>
      <w:r>
        <w:br/>
        <w:t>Think Slow</w:t>
      </w:r>
      <w:r>
        <w:br/>
      </w:r>
      <w:r>
        <w:br/>
        <w:t>Surrender my intelligence that says I know what is right → magical answers</w:t>
      </w:r>
      <w:r>
        <w:br/>
      </w:r>
      <w:r>
        <w:br/>
        <w:t>Telepathy between me and BB&amp;A → Become like a child</w:t>
      </w:r>
      <w:r>
        <w:br/>
      </w:r>
      <w:r>
        <w:br/>
        <w:t>Surrender to higher awareness then stop thinking about it</w:t>
      </w:r>
      <w:r>
        <w:br/>
      </w:r>
      <w:r>
        <w:br/>
        <w:t>"You tell me what is right." → I will wait</w:t>
      </w:r>
      <w:r>
        <w:br/>
      </w:r>
      <w:r>
        <w:br/>
        <w:t>When I silence then I can hear</w:t>
      </w:r>
      <w:r>
        <w:br/>
      </w:r>
      <w:r>
        <w:br/>
        <w:t>In-tuition — a tutor inside</w:t>
      </w:r>
    </w:p>
    <w:sectPr w:rsidR="006E068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0102872">
    <w:abstractNumId w:val="8"/>
  </w:num>
  <w:num w:numId="2" w16cid:durableId="843324507">
    <w:abstractNumId w:val="6"/>
  </w:num>
  <w:num w:numId="3" w16cid:durableId="95638658">
    <w:abstractNumId w:val="5"/>
  </w:num>
  <w:num w:numId="4" w16cid:durableId="799109766">
    <w:abstractNumId w:val="4"/>
  </w:num>
  <w:num w:numId="5" w16cid:durableId="452015756">
    <w:abstractNumId w:val="7"/>
  </w:num>
  <w:num w:numId="6" w16cid:durableId="2010593731">
    <w:abstractNumId w:val="3"/>
  </w:num>
  <w:num w:numId="7" w16cid:durableId="806162459">
    <w:abstractNumId w:val="2"/>
  </w:num>
  <w:num w:numId="8" w16cid:durableId="1797215288">
    <w:abstractNumId w:val="1"/>
  </w:num>
  <w:num w:numId="9" w16cid:durableId="559054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E0683"/>
    <w:rsid w:val="00787F31"/>
    <w:rsid w:val="009B17C8"/>
    <w:rsid w:val="00AA1D8D"/>
    <w:rsid w:val="00B47730"/>
    <w:rsid w:val="00CB0664"/>
    <w:rsid w:val="00FC693F"/>
    <w:rsid w:val="00FF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A4B7E0"/>
  <w14:defaultImageDpi w14:val="300"/>
  <w15:docId w15:val="{D4FD229F-8293-48BE-BC7B-7728F6AF0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Leah Usery</cp:lastModifiedBy>
  <cp:revision>2</cp:revision>
  <dcterms:created xsi:type="dcterms:W3CDTF">2025-11-14T10:54:00Z</dcterms:created>
  <dcterms:modified xsi:type="dcterms:W3CDTF">2025-11-14T10:54:00Z</dcterms:modified>
  <cp:category/>
</cp:coreProperties>
</file>