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3F214" w14:textId="77777777" w:rsidR="00022AA1" w:rsidRDefault="00D91045">
      <w:pPr>
        <w:pStyle w:val="Heading1"/>
      </w:pPr>
      <w:r>
        <w:t>BOOK PROJECT – Working Manuscript</w:t>
      </w:r>
    </w:p>
    <w:p w14:paraId="155ADCA8" w14:textId="77777777" w:rsidR="00022AA1" w:rsidRDefault="00D91045">
      <w:pPr>
        <w:pStyle w:val="Heading2"/>
      </w:pPr>
      <w:r>
        <w:t>Section IV — The Veil Lifts</w:t>
      </w:r>
    </w:p>
    <w:p w14:paraId="59CFE861" w14:textId="77777777" w:rsidR="00022AA1" w:rsidRDefault="00D91045">
      <w:pPr>
        <w:pStyle w:val="Heading3"/>
      </w:pPr>
      <w:r>
        <w:t>Chapter 11 — Between Waking and the Real</w:t>
      </w:r>
    </w:p>
    <w:p w14:paraId="1812B8CB" w14:textId="77777777" w:rsidR="00022AA1" w:rsidRDefault="00D91045">
      <w:r>
        <w:t>So last night, I had a hard time sleeping. My granddaughter came to bed with me. That is such a delight. I love her. Little three-year-old Skyra. And we talk, and we play, and we tell stories, and we read books. And she just talks to me in her three-year-old way, and she is so precious to me. And I'm currently kind of in conflict with her mother, because her mother, they're living with me, and her mother needs to get a job and start taking care of herself. And I'm at a point where I'm going to have to fly t</w:t>
      </w:r>
      <w:r>
        <w:t>o Michigan to go rescue the animals that we left with Skyra's father. Emily has decided to leave him. Skyra's father has been partying and not taking care of the animals. So our cat, Max, has been outside in the cold and was picked up by one of Emily's friends and then taken to the animal shelter, and they've called animal control on him. And long story short, the animals are fine, but we are going, I am flying tomorrow to Sault Ste. Marie to pick them up.</w:t>
      </w:r>
      <w:r>
        <w:br/>
      </w:r>
      <w:r>
        <w:br/>
        <w:t>Now at 3:50 in the morning, I'm awakened, and I ha</w:t>
      </w:r>
      <w:r>
        <w:t>ve this revelation. What if Emily is just making this up or making it worse and manipulating me? And I began to get so mad, so mad, feeling resentful, used, angered. I didn't even know how to contain myself. And it came, I guess, not from nowhere, but from a long time of stress of trying to get her to support herself and trying to be a loving, supportive mother that doesn't require her to stay with an emotionally abusive and neglectful man, even though he is the father of her child.</w:t>
      </w:r>
      <w:r>
        <w:br/>
      </w:r>
      <w:r>
        <w:br/>
        <w:t>Anyway, I'm awakened, a</w:t>
      </w:r>
      <w:r>
        <w:t>nd I have the hardest time falling back asleep. And when I fall back asleep, I'm laying in the bed, but I feel like I'm awake. And I hear this extreme buzzing sound. Oh, let me go back a little bit. In my anger and in my frustration, I begin to think I am just going to have to remove myself because I'm also finding a lot of dissatisfaction in my marriage because he's dissatisfied and unhappy. So I'm like, okay, well, I'm just going to make her get a job and get her own place. And I'm going to tell Chris I w</w:t>
      </w:r>
      <w:r>
        <w:t>ant a divorce. And I'm just going to start traveling all over Asia, like I've always wanted to. There were parts of me that felt sad about it, parts that felt relief about it. It was the contemplation I had been in for hours when I must have fallen asleep again.</w:t>
      </w:r>
      <w:r>
        <w:br/>
      </w:r>
      <w:r>
        <w:br/>
        <w:t xml:space="preserve">And then as I am sleeping, I hear this really loud buzzing sound behind my head. But I'm in that sleep paralysis stage of sleep, and I cannot move. And it just gets louder and louder. And as it gets louder, I find myself leaning forward. And Skyra </w:t>
      </w:r>
      <w:r>
        <w:t>is there holding my hands. And it's such a sweet love. She's pure light. She's holding my hands. She's loving. She's kind. I was able to release and hold on there. And then the buzzing started to dissipate.</w:t>
      </w:r>
      <w:r>
        <w:br/>
      </w:r>
      <w:r>
        <w:br/>
        <w:t xml:space="preserve">I kept struggling to move my body. And as I moved my body, I tried to turn myself. And what I saw behind me was like a metal door being closed on a white light, like a cage. And then a </w:t>
      </w:r>
      <w:r>
        <w:lastRenderedPageBreak/>
        <w:t>feeling—like being a drugged animal that didn’t know what had just happened to her. And then I woke up, and I had not b</w:t>
      </w:r>
      <w:r>
        <w:t>een holding Skyra’s hands. She was lying further away in the bed, perfectly calm and undisturbed.</w:t>
      </w:r>
      <w:r>
        <w:br/>
      </w:r>
      <w:r>
        <w:br/>
        <w:t>It has left me unnerved most of the time.</w:t>
      </w:r>
      <w:r>
        <w:br/>
      </w:r>
      <w:r>
        <w:br/>
        <w:t>In addition to this, I've been in a place of contemplation about what it is that I really know. What is it that I know to be true about myself? Who am I really? I've been studying a lot of texts lately—A Course in Love, In the Land of Gods. They talk about how all this knowledge that we've gathered in this reality is simply what we've learned to repeat from others. Le</w:t>
      </w:r>
      <w:r>
        <w:t>arned text, handed-down knowledge, teachings from gurus—everything repeated as if we know it to be true.</w:t>
      </w:r>
      <w:r>
        <w:br/>
      </w:r>
      <w:r>
        <w:br/>
        <w:t>But what do we actually know?</w:t>
      </w:r>
      <w:r>
        <w:br/>
      </w:r>
      <w:r>
        <w:br/>
        <w:t>The prompting is to go inward. To truly know yourself. Because external things cannot tell you what you are. And then in a conversation with my friend Kathy today, I realized there are some things I do believe to be true. I do believe I can connect to deeper knowing. I do know things sometimes. I have psychic and intuitive hits. I can channel somewhat.</w:t>
      </w:r>
      <w:r>
        <w:br/>
      </w:r>
      <w:r>
        <w:br/>
        <w:t>So the hard questio</w:t>
      </w:r>
      <w:r>
        <w:t>n becomes: Was that knowing?</w:t>
      </w:r>
      <w:r>
        <w:br/>
      </w:r>
      <w:r>
        <w:br/>
        <w:t>And I am contemplating this: What do I really know? Who am I really?</w:t>
      </w:r>
      <w:r>
        <w:br/>
      </w:r>
      <w:r>
        <w:br/>
        <w:t>That dream made me feel like I was some caged animal in a matrix, like something refined my memories, like something shifted me from considering abandoning my family. But it felt like manipulation—not something born from my own free thought. And so in all of this, it's about remembering who we are.</w:t>
      </w:r>
      <w:r>
        <w:br/>
      </w:r>
      <w:r>
        <w:br/>
        <w:t>They say we are the ones controlling the parameters. A Course of Love says this specifically. By shifting our e</w:t>
      </w:r>
      <w:r>
        <w:t>nergy, we make the miracle. We see love everywhere because we are operating from our true essence.</w:t>
      </w:r>
      <w:r>
        <w:br/>
      </w:r>
      <w:r>
        <w:br/>
        <w:t>And that's what I'm grappling with now.</w:t>
      </w:r>
      <w:r>
        <w:br/>
      </w:r>
      <w:r>
        <w:br/>
        <w:t>I hope this book helps me make sense of it. And I will upload some other chapters. Hopefully, we can gain traction—or deeper insight—together.</w:t>
      </w:r>
    </w:p>
    <w:sectPr w:rsidR="00022AA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7257484">
    <w:abstractNumId w:val="8"/>
  </w:num>
  <w:num w:numId="2" w16cid:durableId="326252582">
    <w:abstractNumId w:val="6"/>
  </w:num>
  <w:num w:numId="3" w16cid:durableId="194588490">
    <w:abstractNumId w:val="5"/>
  </w:num>
  <w:num w:numId="4" w16cid:durableId="1255818645">
    <w:abstractNumId w:val="4"/>
  </w:num>
  <w:num w:numId="5" w16cid:durableId="759107699">
    <w:abstractNumId w:val="7"/>
  </w:num>
  <w:num w:numId="6" w16cid:durableId="2084713005">
    <w:abstractNumId w:val="3"/>
  </w:num>
  <w:num w:numId="7" w16cid:durableId="1239631826">
    <w:abstractNumId w:val="2"/>
  </w:num>
  <w:num w:numId="8" w16cid:durableId="1102262311">
    <w:abstractNumId w:val="1"/>
  </w:num>
  <w:num w:numId="9" w16cid:durableId="600987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AA1"/>
    <w:rsid w:val="00034616"/>
    <w:rsid w:val="0006063C"/>
    <w:rsid w:val="000C582C"/>
    <w:rsid w:val="0015074B"/>
    <w:rsid w:val="0029639D"/>
    <w:rsid w:val="00326F90"/>
    <w:rsid w:val="009B17C8"/>
    <w:rsid w:val="00AA1D8D"/>
    <w:rsid w:val="00B47730"/>
    <w:rsid w:val="00CB0664"/>
    <w:rsid w:val="00D9104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E0FA8D"/>
  <w14:defaultImageDpi w14:val="300"/>
  <w15:docId w15:val="{D4FD229F-8293-48BE-BC7B-7728F6AF0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Leah Usery</cp:lastModifiedBy>
  <cp:revision>2</cp:revision>
  <dcterms:created xsi:type="dcterms:W3CDTF">2025-11-14T10:53:00Z</dcterms:created>
  <dcterms:modified xsi:type="dcterms:W3CDTF">2025-11-14T10:53:00Z</dcterms:modified>
  <cp:category/>
</cp:coreProperties>
</file>