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3E726" w14:textId="77777777" w:rsidR="00651DE4" w:rsidRPr="00BF2C92" w:rsidRDefault="00000000" w:rsidP="007F7788">
      <w:pPr>
        <w:jc w:val="center"/>
        <w:rPr>
          <w:b/>
          <w:bCs/>
          <w:color w:val="548DD4" w:themeColor="text2" w:themeTint="99"/>
          <w:sz w:val="40"/>
          <w:szCs w:val="40"/>
        </w:rPr>
      </w:pPr>
      <w:r w:rsidRPr="00BF2C92">
        <w:rPr>
          <w:b/>
          <w:bCs/>
          <w:color w:val="548DD4" w:themeColor="text2" w:themeTint="99"/>
          <w:sz w:val="40"/>
          <w:szCs w:val="40"/>
        </w:rPr>
        <w:t>Leadership Mastery</w:t>
      </w:r>
    </w:p>
    <w:p w14:paraId="4987A03B" w14:textId="77777777" w:rsidR="00651DE4" w:rsidRDefault="00000000">
      <w:pPr>
        <w:jc w:val="center"/>
      </w:pPr>
      <w:r>
        <w:t>A 30-Day Resilience-Based Leadership Program</w:t>
      </w:r>
    </w:p>
    <w:p w14:paraId="731AC1FC" w14:textId="77777777" w:rsidR="00651DE4" w:rsidRDefault="00000000">
      <w:pPr>
        <w:spacing w:before="240"/>
        <w:jc w:val="center"/>
      </w:pPr>
      <w:r>
        <w:t>By Ray Lowe Sr.</w:t>
      </w:r>
    </w:p>
    <w:p w14:paraId="6490D67B" w14:textId="77777777" w:rsidR="00651DE4" w:rsidRDefault="00000000">
      <w:r>
        <w:br w:type="page"/>
      </w:r>
    </w:p>
    <w:p w14:paraId="2381294B" w14:textId="77777777" w:rsidR="00651DE4" w:rsidRDefault="00000000">
      <w:pPr>
        <w:ind w:firstLine="360"/>
      </w:pPr>
      <w:r>
        <w:lastRenderedPageBreak/>
        <w:t>Leadership Mastery</w:t>
      </w:r>
    </w:p>
    <w:p w14:paraId="2D19D859" w14:textId="77777777" w:rsidR="00651DE4" w:rsidRDefault="00000000">
      <w:pPr>
        <w:ind w:firstLine="360"/>
      </w:pPr>
      <w:r>
        <w:t>A 30-Day Resilience-Based Leadership Program</w:t>
      </w:r>
    </w:p>
    <w:p w14:paraId="538D875A" w14:textId="77777777" w:rsidR="00651DE4" w:rsidRDefault="00651DE4"/>
    <w:p w14:paraId="778E6A4C" w14:textId="77777777" w:rsidR="00651DE4" w:rsidRDefault="00000000">
      <w:pPr>
        <w:ind w:firstLine="360"/>
      </w:pPr>
      <w:r>
        <w:t>Copyright © 2025 by Ray Lowe Sr.</w:t>
      </w:r>
    </w:p>
    <w:p w14:paraId="2D90E750" w14:textId="77777777" w:rsidR="00651DE4" w:rsidRDefault="00000000">
      <w:pPr>
        <w:ind w:firstLine="360"/>
      </w:pPr>
      <w:r>
        <w:t>All rights reserved.</w:t>
      </w:r>
    </w:p>
    <w:p w14:paraId="2B06ABB9" w14:textId="77777777" w:rsidR="00651DE4" w:rsidRDefault="00651DE4"/>
    <w:p w14:paraId="39F6B2DF" w14:textId="77777777" w:rsidR="00651DE4" w:rsidRDefault="00000000">
      <w:pPr>
        <w:ind w:firstLine="360"/>
      </w:pPr>
      <w:r>
        <w:t>No part of this publication may be reproduced, distributed, or transmitted in any form or by any means without the prior written permission of the author, except in brief quotations used for reviews or educational purposes.</w:t>
      </w:r>
    </w:p>
    <w:p w14:paraId="4838E69C" w14:textId="77777777" w:rsidR="00651DE4" w:rsidRDefault="00651DE4"/>
    <w:p w14:paraId="49F3C118" w14:textId="77777777" w:rsidR="00651DE4" w:rsidRDefault="00000000">
      <w:pPr>
        <w:ind w:firstLine="360"/>
      </w:pPr>
      <w:r>
        <w:t>This book is not intended as professional psychological, medical, or legal advice. It is for educational and personal development purposes only.</w:t>
      </w:r>
    </w:p>
    <w:p w14:paraId="27438811" w14:textId="77777777" w:rsidR="00651DE4" w:rsidRDefault="00651DE4"/>
    <w:p w14:paraId="64C7BF8D" w14:textId="77777777" w:rsidR="00651DE4" w:rsidRDefault="00000000">
      <w:pPr>
        <w:ind w:firstLine="360"/>
      </w:pPr>
      <w:r>
        <w:t>Printed in the United States of America</w:t>
      </w:r>
    </w:p>
    <w:p w14:paraId="5E0C7A15" w14:textId="77777777" w:rsidR="00651DE4" w:rsidRDefault="00651DE4"/>
    <w:p w14:paraId="1FB46D1E" w14:textId="77777777" w:rsidR="00651DE4" w:rsidRDefault="00000000">
      <w:pPr>
        <w:ind w:firstLine="360"/>
      </w:pPr>
      <w:r>
        <w:t>ISBN: (Assigned by KDP)</w:t>
      </w:r>
    </w:p>
    <w:p w14:paraId="48731674" w14:textId="77777777" w:rsidR="007959C4" w:rsidRDefault="007959C4">
      <w:pPr>
        <w:ind w:firstLine="360"/>
      </w:pPr>
    </w:p>
    <w:p w14:paraId="3398DA3B" w14:textId="77777777" w:rsidR="007959C4" w:rsidRDefault="007959C4">
      <w:pPr>
        <w:ind w:firstLine="360"/>
      </w:pPr>
    </w:p>
    <w:p w14:paraId="29BE596E" w14:textId="77777777" w:rsidR="007959C4" w:rsidRDefault="007959C4">
      <w:pPr>
        <w:ind w:firstLine="360"/>
      </w:pPr>
    </w:p>
    <w:p w14:paraId="0072BC00" w14:textId="77777777" w:rsidR="007959C4" w:rsidRDefault="007959C4">
      <w:pPr>
        <w:ind w:firstLine="360"/>
      </w:pPr>
    </w:p>
    <w:p w14:paraId="22A8CE95" w14:textId="77777777" w:rsidR="007959C4" w:rsidRDefault="007959C4">
      <w:pPr>
        <w:ind w:firstLine="360"/>
      </w:pPr>
    </w:p>
    <w:p w14:paraId="37AEB99F" w14:textId="77777777" w:rsidR="007959C4" w:rsidRDefault="007959C4">
      <w:pPr>
        <w:ind w:firstLine="360"/>
      </w:pPr>
    </w:p>
    <w:p w14:paraId="251474B3" w14:textId="77777777" w:rsidR="007959C4" w:rsidRDefault="007959C4">
      <w:pPr>
        <w:ind w:firstLine="360"/>
      </w:pPr>
    </w:p>
    <w:p w14:paraId="1BEFE78F" w14:textId="77777777" w:rsidR="007959C4" w:rsidRDefault="007959C4">
      <w:pPr>
        <w:ind w:firstLine="360"/>
      </w:pPr>
    </w:p>
    <w:p w14:paraId="70BD3BD3" w14:textId="77777777" w:rsidR="007959C4" w:rsidRDefault="007959C4">
      <w:pPr>
        <w:ind w:firstLine="360"/>
      </w:pPr>
    </w:p>
    <w:p w14:paraId="67CAEA8B" w14:textId="77777777" w:rsidR="00651DE4" w:rsidRDefault="00651DE4"/>
    <w:p w14:paraId="6E94BDBF" w14:textId="77777777" w:rsidR="00651DE4" w:rsidRDefault="00000000">
      <w:pPr>
        <w:ind w:firstLine="360"/>
      </w:pPr>
      <w:r>
        <w:lastRenderedPageBreak/>
        <w:t>Dedicated to every person who ever felt unseen, underestimated, or overlooked.</w:t>
      </w:r>
    </w:p>
    <w:p w14:paraId="5B402DC3" w14:textId="77777777" w:rsidR="00651DE4" w:rsidRDefault="00000000">
      <w:pPr>
        <w:ind w:firstLine="360"/>
      </w:pPr>
      <w:r>
        <w:t>Your strength is already inside you — and your story is far from over.</w:t>
      </w:r>
    </w:p>
    <w:p w14:paraId="482888E7" w14:textId="77777777" w:rsidR="00651DE4" w:rsidRDefault="00651DE4"/>
    <w:p w14:paraId="5618D172" w14:textId="77777777" w:rsidR="00651DE4" w:rsidRDefault="00000000">
      <w:pPr>
        <w:ind w:firstLine="360"/>
      </w:pPr>
      <w:r>
        <w:t>— Ray Lowe Sr.</w:t>
      </w:r>
    </w:p>
    <w:p w14:paraId="490CA8D3" w14:textId="77777777" w:rsidR="00A87184" w:rsidRDefault="00A87184">
      <w:pPr>
        <w:ind w:firstLine="360"/>
      </w:pPr>
    </w:p>
    <w:p w14:paraId="1DF85FFE" w14:textId="77777777" w:rsidR="00A87184" w:rsidRDefault="00A87184">
      <w:pPr>
        <w:ind w:firstLine="360"/>
      </w:pPr>
    </w:p>
    <w:p w14:paraId="4F0ACA64" w14:textId="77777777" w:rsidR="00A87184" w:rsidRDefault="00A87184">
      <w:pPr>
        <w:ind w:firstLine="360"/>
      </w:pPr>
    </w:p>
    <w:p w14:paraId="55A517BA" w14:textId="77777777" w:rsidR="00A87184" w:rsidRDefault="00A87184">
      <w:pPr>
        <w:ind w:firstLine="360"/>
      </w:pPr>
    </w:p>
    <w:p w14:paraId="508CF412" w14:textId="77777777" w:rsidR="00A87184" w:rsidRDefault="00A87184">
      <w:pPr>
        <w:ind w:firstLine="360"/>
      </w:pPr>
    </w:p>
    <w:p w14:paraId="1AF6B84A" w14:textId="77777777" w:rsidR="00A87184" w:rsidRDefault="00A87184">
      <w:pPr>
        <w:ind w:firstLine="360"/>
      </w:pPr>
    </w:p>
    <w:p w14:paraId="174612B2" w14:textId="77777777" w:rsidR="00A87184" w:rsidRDefault="00A87184">
      <w:pPr>
        <w:ind w:firstLine="360"/>
      </w:pPr>
    </w:p>
    <w:p w14:paraId="424F9D55" w14:textId="77777777" w:rsidR="00A87184" w:rsidRDefault="00A87184">
      <w:pPr>
        <w:ind w:firstLine="360"/>
      </w:pPr>
    </w:p>
    <w:p w14:paraId="3B651908" w14:textId="77777777" w:rsidR="00A87184" w:rsidRDefault="00A87184">
      <w:pPr>
        <w:ind w:firstLine="360"/>
      </w:pPr>
    </w:p>
    <w:p w14:paraId="71A247E7" w14:textId="77777777" w:rsidR="00A87184" w:rsidRDefault="00A87184">
      <w:pPr>
        <w:ind w:firstLine="360"/>
      </w:pPr>
    </w:p>
    <w:p w14:paraId="0D503475" w14:textId="77777777" w:rsidR="00A87184" w:rsidRDefault="00A87184">
      <w:pPr>
        <w:ind w:firstLine="360"/>
      </w:pPr>
    </w:p>
    <w:p w14:paraId="6863B0D2" w14:textId="77777777" w:rsidR="00A87184" w:rsidRDefault="00A87184">
      <w:pPr>
        <w:ind w:firstLine="360"/>
      </w:pPr>
    </w:p>
    <w:p w14:paraId="6E4A751F" w14:textId="77777777" w:rsidR="00A87184" w:rsidRDefault="00A87184">
      <w:pPr>
        <w:ind w:firstLine="360"/>
      </w:pPr>
    </w:p>
    <w:p w14:paraId="6A46FBB3" w14:textId="77777777" w:rsidR="00A87184" w:rsidRDefault="00A87184">
      <w:pPr>
        <w:ind w:firstLine="360"/>
      </w:pPr>
    </w:p>
    <w:p w14:paraId="7E821345" w14:textId="77777777" w:rsidR="00A87184" w:rsidRDefault="00A87184">
      <w:pPr>
        <w:ind w:firstLine="360"/>
      </w:pPr>
    </w:p>
    <w:p w14:paraId="6F483567" w14:textId="77777777" w:rsidR="00A87184" w:rsidRDefault="00A87184">
      <w:pPr>
        <w:ind w:firstLine="360"/>
      </w:pPr>
    </w:p>
    <w:p w14:paraId="6763AE78" w14:textId="77777777" w:rsidR="00A87184" w:rsidRDefault="00A87184">
      <w:pPr>
        <w:ind w:firstLine="360"/>
      </w:pPr>
    </w:p>
    <w:p w14:paraId="2234F5A4" w14:textId="77777777" w:rsidR="00A87184" w:rsidRDefault="00A87184">
      <w:pPr>
        <w:ind w:firstLine="360"/>
      </w:pPr>
    </w:p>
    <w:p w14:paraId="43142AAB" w14:textId="77777777" w:rsidR="00A87184" w:rsidRDefault="00A87184">
      <w:pPr>
        <w:ind w:firstLine="360"/>
      </w:pPr>
    </w:p>
    <w:p w14:paraId="102CB2BC" w14:textId="77777777" w:rsidR="00A87184" w:rsidRDefault="00A87184">
      <w:pPr>
        <w:ind w:firstLine="360"/>
      </w:pPr>
    </w:p>
    <w:p w14:paraId="1127DFDA" w14:textId="77777777" w:rsidR="00651DE4" w:rsidRDefault="00651DE4"/>
    <w:p w14:paraId="41C37514" w14:textId="77777777" w:rsidR="00651DE4" w:rsidRDefault="00000000">
      <w:pPr>
        <w:ind w:firstLine="360"/>
      </w:pPr>
      <w:r>
        <w:t>Acknowledgments</w:t>
      </w:r>
    </w:p>
    <w:p w14:paraId="3D3CF1F3" w14:textId="77777777" w:rsidR="00465F26" w:rsidRDefault="00465F26" w:rsidP="00465F26">
      <w:pPr>
        <w:ind w:left="288"/>
      </w:pPr>
      <w:r w:rsidRPr="00465F26">
        <w:lastRenderedPageBreak/>
        <w:t>Thank you to everyone who has been part of my journey — those who challenged me, pushed me, encouraged me, and believed in me even when I didn’t believe in myself.</w:t>
      </w:r>
      <w:r w:rsidRPr="00465F26">
        <w:br/>
      </w:r>
      <w:r w:rsidRPr="00465F26">
        <w:br/>
        <w:t>Every moment of discipline, struggle, and growth shaped the lessons in this series.</w:t>
      </w:r>
      <w:r w:rsidRPr="00465F26">
        <w:br/>
      </w:r>
      <w:r w:rsidRPr="00465F26">
        <w:br/>
        <w:t>And to every reader, student, parent, teacher, mentor, and leader — thank you for choosing to grow.</w:t>
      </w:r>
      <w:r w:rsidRPr="00465F26">
        <w:br/>
      </w:r>
      <w:r w:rsidRPr="00465F26">
        <w:br/>
        <w:t>Your commitment inspires mine.</w:t>
      </w:r>
      <w:r w:rsidRPr="00465F26">
        <w:br/>
      </w:r>
      <w:r w:rsidRPr="00465F26">
        <w:br/>
        <w:t>— Ray Lowe Sr.</w:t>
      </w:r>
    </w:p>
    <w:p w14:paraId="18EF92B2" w14:textId="77777777" w:rsidR="00260D06" w:rsidRDefault="00260D06" w:rsidP="00465F26">
      <w:pPr>
        <w:ind w:left="288"/>
      </w:pPr>
    </w:p>
    <w:p w14:paraId="32F0C854" w14:textId="77777777" w:rsidR="00260D06" w:rsidRDefault="00260D06" w:rsidP="00465F26">
      <w:pPr>
        <w:ind w:left="288"/>
      </w:pPr>
    </w:p>
    <w:p w14:paraId="30EA380E" w14:textId="77777777" w:rsidR="00260D06" w:rsidRDefault="00260D06" w:rsidP="00465F26">
      <w:pPr>
        <w:ind w:left="288"/>
      </w:pPr>
    </w:p>
    <w:p w14:paraId="42A2D973" w14:textId="77777777" w:rsidR="00260D06" w:rsidRDefault="00260D06" w:rsidP="00465F26">
      <w:pPr>
        <w:ind w:left="288"/>
      </w:pPr>
    </w:p>
    <w:p w14:paraId="6177C797" w14:textId="77777777" w:rsidR="00260D06" w:rsidRDefault="00260D06" w:rsidP="00465F26">
      <w:pPr>
        <w:ind w:left="288"/>
      </w:pPr>
    </w:p>
    <w:p w14:paraId="2DDFD881" w14:textId="77777777" w:rsidR="00260D06" w:rsidRDefault="00260D06" w:rsidP="00465F26">
      <w:pPr>
        <w:ind w:left="288"/>
      </w:pPr>
    </w:p>
    <w:p w14:paraId="28AEFE0D" w14:textId="77777777" w:rsidR="00260D06" w:rsidRDefault="00260D06" w:rsidP="00465F26">
      <w:pPr>
        <w:ind w:left="288"/>
      </w:pPr>
    </w:p>
    <w:p w14:paraId="450C8320" w14:textId="77777777" w:rsidR="00260D06" w:rsidRDefault="00260D06" w:rsidP="00465F26">
      <w:pPr>
        <w:ind w:left="288"/>
      </w:pPr>
    </w:p>
    <w:p w14:paraId="3EE8BA67" w14:textId="77777777" w:rsidR="00260D06" w:rsidRDefault="00260D06" w:rsidP="00465F26">
      <w:pPr>
        <w:ind w:left="288"/>
      </w:pPr>
    </w:p>
    <w:p w14:paraId="2481362A" w14:textId="77777777" w:rsidR="00260D06" w:rsidRDefault="00260D06" w:rsidP="00465F26">
      <w:pPr>
        <w:ind w:left="288"/>
      </w:pPr>
    </w:p>
    <w:p w14:paraId="2095361A" w14:textId="77777777" w:rsidR="00260D06" w:rsidRDefault="00260D06" w:rsidP="00465F26">
      <w:pPr>
        <w:ind w:left="288"/>
      </w:pPr>
    </w:p>
    <w:p w14:paraId="73042CD7" w14:textId="77777777" w:rsidR="00260D06" w:rsidRDefault="00260D06" w:rsidP="00465F26">
      <w:pPr>
        <w:ind w:left="288"/>
      </w:pPr>
    </w:p>
    <w:p w14:paraId="68775275" w14:textId="77777777" w:rsidR="00260D06" w:rsidRDefault="00260D06" w:rsidP="00465F26">
      <w:pPr>
        <w:ind w:left="288"/>
      </w:pPr>
    </w:p>
    <w:p w14:paraId="4849F6B2" w14:textId="77777777" w:rsidR="00260D06" w:rsidRDefault="00260D06" w:rsidP="00465F26">
      <w:pPr>
        <w:ind w:left="288"/>
      </w:pPr>
    </w:p>
    <w:p w14:paraId="3EC4E6E1" w14:textId="77777777" w:rsidR="00260D06" w:rsidRPr="00465F26" w:rsidRDefault="00260D06" w:rsidP="00465F26">
      <w:pPr>
        <w:ind w:left="288"/>
      </w:pPr>
    </w:p>
    <w:p w14:paraId="03E95A9B" w14:textId="77777777" w:rsidR="00651DE4" w:rsidRDefault="00651DE4"/>
    <w:p w14:paraId="2A45A87B" w14:textId="77777777" w:rsidR="00651DE4" w:rsidRDefault="00000000">
      <w:pPr>
        <w:ind w:firstLine="360"/>
      </w:pPr>
      <w:r>
        <w:t>Author’s Note</w:t>
      </w:r>
    </w:p>
    <w:p w14:paraId="0CC77E55" w14:textId="19F5D318" w:rsidR="00651DE4" w:rsidRDefault="00050C7F">
      <w:r w:rsidRPr="00CC3236">
        <w:lastRenderedPageBreak/>
        <w:t>Leadership isn’t about perfection or popularity — it’s about resilience. It’s about who you choose to become, how you treat people, and how you rise after difficult moments.</w:t>
      </w:r>
      <w:r w:rsidRPr="00CC3236">
        <w:br/>
      </w:r>
      <w:r w:rsidRPr="00CC3236">
        <w:br/>
        <w:t>This series was created from lessons I learned through experience — some hard, some painful, all meaningful — and from the strength it took to rebuild myself through adversity.</w:t>
      </w:r>
      <w:r w:rsidRPr="00CC3236">
        <w:br/>
      </w:r>
      <w:r w:rsidRPr="00CC3236">
        <w:br/>
        <w:t>Wherever you are starting from, you are not behind. You are exactly where your leadership journey begins.</w:t>
      </w:r>
      <w:r w:rsidRPr="00CC3236">
        <w:br/>
      </w:r>
      <w:r w:rsidRPr="00CC3236">
        <w:br/>
        <w:t>— Ray Lowe Sr.</w:t>
      </w:r>
    </w:p>
    <w:p w14:paraId="71A28998" w14:textId="77777777" w:rsidR="00A13920" w:rsidRDefault="00A13920"/>
    <w:p w14:paraId="3274DEEC" w14:textId="77777777" w:rsidR="00A13920" w:rsidRDefault="00A13920"/>
    <w:p w14:paraId="271AF462" w14:textId="77777777" w:rsidR="00A13920" w:rsidRDefault="00A13920"/>
    <w:p w14:paraId="2F778899" w14:textId="77777777" w:rsidR="00A13920" w:rsidRDefault="00A13920"/>
    <w:p w14:paraId="3F1F5F7D" w14:textId="77777777" w:rsidR="00A13920" w:rsidRDefault="00A13920"/>
    <w:p w14:paraId="4088F461" w14:textId="77777777" w:rsidR="00A13920" w:rsidRDefault="00A13920"/>
    <w:p w14:paraId="55E51884" w14:textId="77777777" w:rsidR="00A13920" w:rsidRDefault="00A13920"/>
    <w:p w14:paraId="4DB3C22E" w14:textId="77777777" w:rsidR="00A13920" w:rsidRDefault="00A13920"/>
    <w:p w14:paraId="55697032" w14:textId="77777777" w:rsidR="00A13920" w:rsidRDefault="00A13920"/>
    <w:p w14:paraId="703BA60A" w14:textId="77777777" w:rsidR="00A13920" w:rsidRDefault="00A13920"/>
    <w:p w14:paraId="15362487" w14:textId="77777777" w:rsidR="00A13920" w:rsidRDefault="00A13920"/>
    <w:p w14:paraId="58A375E8" w14:textId="77777777" w:rsidR="00A13920" w:rsidRDefault="00A13920"/>
    <w:p w14:paraId="1DA398C6" w14:textId="77777777" w:rsidR="00A13920" w:rsidRDefault="00A13920"/>
    <w:p w14:paraId="3864E108" w14:textId="77777777" w:rsidR="00A13920" w:rsidRDefault="00A13920"/>
    <w:p w14:paraId="5C464544" w14:textId="77777777" w:rsidR="00651DE4" w:rsidRDefault="00000000">
      <w:pPr>
        <w:ind w:firstLine="360"/>
      </w:pPr>
      <w:r>
        <w:t>The Resilient Leadership Series™</w:t>
      </w:r>
    </w:p>
    <w:p w14:paraId="0EDC18FF" w14:textId="77777777" w:rsidR="00651DE4" w:rsidRDefault="00000000">
      <w:pPr>
        <w:ind w:firstLine="360"/>
      </w:pPr>
      <w:r>
        <w:t xml:space="preserve">Book 1: Resilient: My Quest </w:t>
      </w:r>
      <w:proofErr w:type="gramStart"/>
      <w:r>
        <w:t>to</w:t>
      </w:r>
      <w:proofErr w:type="gramEnd"/>
      <w:r>
        <w:t xml:space="preserve"> $100</w:t>
      </w:r>
    </w:p>
    <w:p w14:paraId="2CB7B991" w14:textId="77777777" w:rsidR="00651DE4" w:rsidRDefault="00000000">
      <w:pPr>
        <w:ind w:firstLine="360"/>
      </w:pPr>
      <w:r>
        <w:t>Book 2: Leadership Mastery</w:t>
      </w:r>
    </w:p>
    <w:p w14:paraId="1F56BBBB" w14:textId="77777777" w:rsidR="00651DE4" w:rsidRDefault="00000000">
      <w:pPr>
        <w:ind w:firstLine="360"/>
      </w:pPr>
      <w:r>
        <w:t>Book 3: Future Leaders</w:t>
      </w:r>
    </w:p>
    <w:p w14:paraId="5D6CB66B" w14:textId="77777777" w:rsidR="00651DE4" w:rsidRDefault="00651DE4"/>
    <w:p w14:paraId="2E9F1DA2" w14:textId="77777777" w:rsidR="00651DE4" w:rsidRDefault="00000000">
      <w:pPr>
        <w:ind w:firstLine="360"/>
      </w:pPr>
      <w:r>
        <w:t>Companion Workbooks &amp; Journals available on Amazon by searching “Ray Lowe Sr Resilient Leadership Series”.</w:t>
      </w:r>
    </w:p>
    <w:p w14:paraId="798B7F53" w14:textId="77777777" w:rsidR="00FF55ED" w:rsidRDefault="00FF55ED">
      <w:pPr>
        <w:ind w:firstLine="360"/>
      </w:pPr>
    </w:p>
    <w:p w14:paraId="662ADCD7" w14:textId="77777777" w:rsidR="00FF55ED" w:rsidRDefault="00FF55ED">
      <w:pPr>
        <w:ind w:firstLine="360"/>
      </w:pPr>
    </w:p>
    <w:p w14:paraId="2B56FC85" w14:textId="77777777" w:rsidR="00FF55ED" w:rsidRDefault="00FF55ED">
      <w:pPr>
        <w:ind w:firstLine="360"/>
      </w:pPr>
    </w:p>
    <w:p w14:paraId="12D04493" w14:textId="77777777" w:rsidR="00FF55ED" w:rsidRDefault="00FF55ED">
      <w:pPr>
        <w:ind w:firstLine="360"/>
      </w:pPr>
    </w:p>
    <w:p w14:paraId="6312F48C" w14:textId="77777777" w:rsidR="00FF55ED" w:rsidRDefault="00FF55ED">
      <w:pPr>
        <w:ind w:firstLine="360"/>
      </w:pPr>
    </w:p>
    <w:p w14:paraId="4FBB7F07" w14:textId="77777777" w:rsidR="00FF55ED" w:rsidRDefault="00FF55ED">
      <w:pPr>
        <w:ind w:firstLine="360"/>
      </w:pPr>
    </w:p>
    <w:p w14:paraId="46D2CB72" w14:textId="77777777" w:rsidR="00FF55ED" w:rsidRDefault="00FF55ED">
      <w:pPr>
        <w:ind w:firstLine="360"/>
      </w:pPr>
    </w:p>
    <w:p w14:paraId="18747268" w14:textId="77777777" w:rsidR="00FF55ED" w:rsidRDefault="00FF55ED">
      <w:pPr>
        <w:ind w:firstLine="360"/>
      </w:pPr>
    </w:p>
    <w:p w14:paraId="628B2879" w14:textId="77777777" w:rsidR="00FF55ED" w:rsidRDefault="00FF55ED">
      <w:pPr>
        <w:ind w:firstLine="360"/>
      </w:pPr>
    </w:p>
    <w:p w14:paraId="03CC2B86" w14:textId="77777777" w:rsidR="00FF55ED" w:rsidRDefault="00FF55ED">
      <w:pPr>
        <w:ind w:firstLine="360"/>
      </w:pPr>
    </w:p>
    <w:p w14:paraId="21842683" w14:textId="77777777" w:rsidR="00FF55ED" w:rsidRDefault="00FF55ED">
      <w:pPr>
        <w:ind w:firstLine="360"/>
      </w:pPr>
    </w:p>
    <w:p w14:paraId="6FBA24F4" w14:textId="77777777" w:rsidR="00AE3185" w:rsidRDefault="00AE3185">
      <w:pPr>
        <w:ind w:firstLine="360"/>
      </w:pPr>
    </w:p>
    <w:p w14:paraId="561E28AF" w14:textId="77777777" w:rsidR="00AE3185" w:rsidRDefault="00AE3185">
      <w:pPr>
        <w:ind w:firstLine="360"/>
      </w:pPr>
    </w:p>
    <w:p w14:paraId="4A7E8FF1" w14:textId="77777777" w:rsidR="00164AF5" w:rsidRDefault="00164AF5">
      <w:pPr>
        <w:ind w:firstLine="360"/>
      </w:pPr>
    </w:p>
    <w:p w14:paraId="61C26A7E" w14:textId="77777777" w:rsidR="00164AF5" w:rsidRDefault="00164AF5">
      <w:pPr>
        <w:ind w:firstLine="360"/>
      </w:pPr>
    </w:p>
    <w:p w14:paraId="1022CA5C" w14:textId="77777777" w:rsidR="00164AF5" w:rsidRDefault="00164AF5">
      <w:pPr>
        <w:ind w:firstLine="360"/>
      </w:pPr>
    </w:p>
    <w:p w14:paraId="72BFEE30" w14:textId="77777777" w:rsidR="00164AF5" w:rsidRDefault="00164AF5">
      <w:pPr>
        <w:ind w:firstLine="360"/>
      </w:pPr>
    </w:p>
    <w:p w14:paraId="4EE6C7CA" w14:textId="77777777" w:rsidR="00164AF5" w:rsidRDefault="00164AF5">
      <w:pPr>
        <w:ind w:firstLine="360"/>
      </w:pPr>
    </w:p>
    <w:p w14:paraId="2DECB914" w14:textId="77777777" w:rsidR="00164AF5" w:rsidRDefault="00164AF5">
      <w:pPr>
        <w:ind w:firstLine="360"/>
      </w:pPr>
    </w:p>
    <w:p w14:paraId="2216AF07" w14:textId="77777777" w:rsidR="00164AF5" w:rsidRDefault="00164AF5">
      <w:pPr>
        <w:ind w:firstLine="360"/>
      </w:pPr>
    </w:p>
    <w:sdt>
      <w:sdtPr>
        <w:rPr>
          <w:rFonts w:ascii="Garamond" w:eastAsiaTheme="minorEastAsia" w:hAnsi="Garamond" w:cstheme="minorBidi"/>
          <w:b w:val="0"/>
          <w:bCs w:val="0"/>
          <w:color w:val="auto"/>
          <w:sz w:val="22"/>
          <w:szCs w:val="22"/>
        </w:rPr>
        <w:id w:val="2128506946"/>
        <w:docPartObj>
          <w:docPartGallery w:val="Table of Contents"/>
          <w:docPartUnique/>
        </w:docPartObj>
      </w:sdtPr>
      <w:sdtEndPr>
        <w:rPr>
          <w:noProof/>
        </w:rPr>
      </w:sdtEndPr>
      <w:sdtContent>
        <w:p w14:paraId="4DFE3AAC" w14:textId="3EC5A59F" w:rsidR="0060470E" w:rsidRDefault="0060470E">
          <w:pPr>
            <w:pStyle w:val="TOCHeading"/>
          </w:pPr>
          <w:r>
            <w:t>Contents</w:t>
          </w:r>
        </w:p>
        <w:p w14:paraId="536642CF" w14:textId="09C23DA0" w:rsidR="003E105F" w:rsidRDefault="00272253">
          <w:pPr>
            <w:pStyle w:val="TOC1"/>
            <w:tabs>
              <w:tab w:val="right" w:leader="dot" w:pos="6830"/>
            </w:tabs>
            <w:rPr>
              <w:rFonts w:asciiTheme="minorHAnsi" w:hAnsiTheme="minorHAnsi"/>
              <w:noProof/>
              <w:kern w:val="2"/>
              <w:sz w:val="24"/>
              <w:szCs w:val="24"/>
              <w14:ligatures w14:val="standardContextual"/>
            </w:rPr>
          </w:pPr>
          <w:r>
            <w:rPr>
              <w:b/>
              <w:bCs/>
              <w:noProof/>
            </w:rPr>
            <w:fldChar w:fldCharType="begin"/>
          </w:r>
          <w:r>
            <w:rPr>
              <w:b/>
              <w:bCs/>
              <w:noProof/>
            </w:rPr>
            <w:instrText xml:space="preserve"> TOC \o "1-2" \h \z \u </w:instrText>
          </w:r>
          <w:r>
            <w:rPr>
              <w:b/>
              <w:bCs/>
              <w:noProof/>
            </w:rPr>
            <w:fldChar w:fldCharType="separate"/>
          </w:r>
          <w:hyperlink w:anchor="_Toc214330658" w:history="1">
            <w:r w:rsidR="003E105F" w:rsidRPr="00F415EC">
              <w:rPr>
                <w:rStyle w:val="Hyperlink"/>
                <w:noProof/>
              </w:rPr>
              <w:t>Introduction</w:t>
            </w:r>
            <w:r w:rsidR="003E105F">
              <w:rPr>
                <w:noProof/>
                <w:webHidden/>
              </w:rPr>
              <w:tab/>
            </w:r>
            <w:r w:rsidR="003E105F">
              <w:rPr>
                <w:noProof/>
                <w:webHidden/>
              </w:rPr>
              <w:fldChar w:fldCharType="begin"/>
            </w:r>
            <w:r w:rsidR="003E105F">
              <w:rPr>
                <w:noProof/>
                <w:webHidden/>
              </w:rPr>
              <w:instrText xml:space="preserve"> PAGEREF _Toc214330658 \h </w:instrText>
            </w:r>
            <w:r w:rsidR="003E105F">
              <w:rPr>
                <w:noProof/>
                <w:webHidden/>
              </w:rPr>
            </w:r>
            <w:r w:rsidR="003E105F">
              <w:rPr>
                <w:noProof/>
                <w:webHidden/>
              </w:rPr>
              <w:fldChar w:fldCharType="separate"/>
            </w:r>
            <w:r w:rsidR="003E105F">
              <w:rPr>
                <w:noProof/>
                <w:webHidden/>
              </w:rPr>
              <w:t>1</w:t>
            </w:r>
            <w:r w:rsidR="003E105F">
              <w:rPr>
                <w:noProof/>
                <w:webHidden/>
              </w:rPr>
              <w:fldChar w:fldCharType="end"/>
            </w:r>
          </w:hyperlink>
        </w:p>
        <w:p w14:paraId="151DDDC3" w14:textId="7B793195" w:rsidR="003E105F" w:rsidRDefault="003E105F">
          <w:pPr>
            <w:pStyle w:val="TOC1"/>
            <w:tabs>
              <w:tab w:val="right" w:leader="dot" w:pos="6830"/>
            </w:tabs>
            <w:rPr>
              <w:rFonts w:asciiTheme="minorHAnsi" w:hAnsiTheme="minorHAnsi"/>
              <w:noProof/>
              <w:kern w:val="2"/>
              <w:sz w:val="24"/>
              <w:szCs w:val="24"/>
              <w14:ligatures w14:val="standardContextual"/>
            </w:rPr>
          </w:pPr>
          <w:hyperlink w:anchor="_Toc214330659" w:history="1">
            <w:r w:rsidRPr="00F415EC">
              <w:rPr>
                <w:rStyle w:val="Hyperlink"/>
                <w:noProof/>
              </w:rPr>
              <w:t>Week One — The Resilient Leader</w:t>
            </w:r>
            <w:r>
              <w:rPr>
                <w:noProof/>
                <w:webHidden/>
              </w:rPr>
              <w:tab/>
            </w:r>
            <w:r>
              <w:rPr>
                <w:noProof/>
                <w:webHidden/>
              </w:rPr>
              <w:fldChar w:fldCharType="begin"/>
            </w:r>
            <w:r>
              <w:rPr>
                <w:noProof/>
                <w:webHidden/>
              </w:rPr>
              <w:instrText xml:space="preserve"> PAGEREF _Toc214330659 \h </w:instrText>
            </w:r>
            <w:r>
              <w:rPr>
                <w:noProof/>
                <w:webHidden/>
              </w:rPr>
            </w:r>
            <w:r>
              <w:rPr>
                <w:noProof/>
                <w:webHidden/>
              </w:rPr>
              <w:fldChar w:fldCharType="separate"/>
            </w:r>
            <w:r>
              <w:rPr>
                <w:noProof/>
                <w:webHidden/>
              </w:rPr>
              <w:t>4</w:t>
            </w:r>
            <w:r>
              <w:rPr>
                <w:noProof/>
                <w:webHidden/>
              </w:rPr>
              <w:fldChar w:fldCharType="end"/>
            </w:r>
          </w:hyperlink>
        </w:p>
        <w:p w14:paraId="35D13E28" w14:textId="2D65A687"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60" w:history="1">
            <w:r w:rsidRPr="00F415EC">
              <w:rPr>
                <w:rStyle w:val="Hyperlink"/>
                <w:noProof/>
              </w:rPr>
              <w:t>Day 1 — Core Values</w:t>
            </w:r>
            <w:r>
              <w:rPr>
                <w:noProof/>
                <w:webHidden/>
              </w:rPr>
              <w:tab/>
            </w:r>
            <w:r>
              <w:rPr>
                <w:noProof/>
                <w:webHidden/>
              </w:rPr>
              <w:fldChar w:fldCharType="begin"/>
            </w:r>
            <w:r>
              <w:rPr>
                <w:noProof/>
                <w:webHidden/>
              </w:rPr>
              <w:instrText xml:space="preserve"> PAGEREF _Toc214330660 \h </w:instrText>
            </w:r>
            <w:r>
              <w:rPr>
                <w:noProof/>
                <w:webHidden/>
              </w:rPr>
            </w:r>
            <w:r>
              <w:rPr>
                <w:noProof/>
                <w:webHidden/>
              </w:rPr>
              <w:fldChar w:fldCharType="separate"/>
            </w:r>
            <w:r>
              <w:rPr>
                <w:noProof/>
                <w:webHidden/>
              </w:rPr>
              <w:t>5</w:t>
            </w:r>
            <w:r>
              <w:rPr>
                <w:noProof/>
                <w:webHidden/>
              </w:rPr>
              <w:fldChar w:fldCharType="end"/>
            </w:r>
          </w:hyperlink>
        </w:p>
        <w:p w14:paraId="374A66D7" w14:textId="66BF69D8"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61" w:history="1">
            <w:r w:rsidRPr="00F415EC">
              <w:rPr>
                <w:rStyle w:val="Hyperlink"/>
                <w:noProof/>
              </w:rPr>
              <w:t>Day 2 — Mental Models</w:t>
            </w:r>
            <w:r>
              <w:rPr>
                <w:noProof/>
                <w:webHidden/>
              </w:rPr>
              <w:tab/>
            </w:r>
            <w:r>
              <w:rPr>
                <w:noProof/>
                <w:webHidden/>
              </w:rPr>
              <w:fldChar w:fldCharType="begin"/>
            </w:r>
            <w:r>
              <w:rPr>
                <w:noProof/>
                <w:webHidden/>
              </w:rPr>
              <w:instrText xml:space="preserve"> PAGEREF _Toc214330661 \h </w:instrText>
            </w:r>
            <w:r>
              <w:rPr>
                <w:noProof/>
                <w:webHidden/>
              </w:rPr>
            </w:r>
            <w:r>
              <w:rPr>
                <w:noProof/>
                <w:webHidden/>
              </w:rPr>
              <w:fldChar w:fldCharType="separate"/>
            </w:r>
            <w:r>
              <w:rPr>
                <w:noProof/>
                <w:webHidden/>
              </w:rPr>
              <w:t>6</w:t>
            </w:r>
            <w:r>
              <w:rPr>
                <w:noProof/>
                <w:webHidden/>
              </w:rPr>
              <w:fldChar w:fldCharType="end"/>
            </w:r>
          </w:hyperlink>
        </w:p>
        <w:p w14:paraId="3C580592" w14:textId="084207BB"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62" w:history="1">
            <w:r w:rsidRPr="00F415EC">
              <w:rPr>
                <w:rStyle w:val="Hyperlink"/>
                <w:noProof/>
              </w:rPr>
              <w:t>Day 3 — Emotional Control</w:t>
            </w:r>
            <w:r>
              <w:rPr>
                <w:noProof/>
                <w:webHidden/>
              </w:rPr>
              <w:tab/>
            </w:r>
            <w:r>
              <w:rPr>
                <w:noProof/>
                <w:webHidden/>
              </w:rPr>
              <w:fldChar w:fldCharType="begin"/>
            </w:r>
            <w:r>
              <w:rPr>
                <w:noProof/>
                <w:webHidden/>
              </w:rPr>
              <w:instrText xml:space="preserve"> PAGEREF _Toc214330662 \h </w:instrText>
            </w:r>
            <w:r>
              <w:rPr>
                <w:noProof/>
                <w:webHidden/>
              </w:rPr>
            </w:r>
            <w:r>
              <w:rPr>
                <w:noProof/>
                <w:webHidden/>
              </w:rPr>
              <w:fldChar w:fldCharType="separate"/>
            </w:r>
            <w:r>
              <w:rPr>
                <w:noProof/>
                <w:webHidden/>
              </w:rPr>
              <w:t>9</w:t>
            </w:r>
            <w:r>
              <w:rPr>
                <w:noProof/>
                <w:webHidden/>
              </w:rPr>
              <w:fldChar w:fldCharType="end"/>
            </w:r>
          </w:hyperlink>
        </w:p>
        <w:p w14:paraId="17DA861D" w14:textId="7AAAA76E"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63" w:history="1">
            <w:r w:rsidRPr="00F415EC">
              <w:rPr>
                <w:rStyle w:val="Hyperlink"/>
                <w:noProof/>
              </w:rPr>
              <w:t>Day 4 — Confidence Rewiring</w:t>
            </w:r>
            <w:r>
              <w:rPr>
                <w:noProof/>
                <w:webHidden/>
              </w:rPr>
              <w:tab/>
            </w:r>
            <w:r>
              <w:rPr>
                <w:noProof/>
                <w:webHidden/>
              </w:rPr>
              <w:fldChar w:fldCharType="begin"/>
            </w:r>
            <w:r>
              <w:rPr>
                <w:noProof/>
                <w:webHidden/>
              </w:rPr>
              <w:instrText xml:space="preserve"> PAGEREF _Toc214330663 \h </w:instrText>
            </w:r>
            <w:r>
              <w:rPr>
                <w:noProof/>
                <w:webHidden/>
              </w:rPr>
            </w:r>
            <w:r>
              <w:rPr>
                <w:noProof/>
                <w:webHidden/>
              </w:rPr>
              <w:fldChar w:fldCharType="separate"/>
            </w:r>
            <w:r>
              <w:rPr>
                <w:noProof/>
                <w:webHidden/>
              </w:rPr>
              <w:t>10</w:t>
            </w:r>
            <w:r>
              <w:rPr>
                <w:noProof/>
                <w:webHidden/>
              </w:rPr>
              <w:fldChar w:fldCharType="end"/>
            </w:r>
          </w:hyperlink>
        </w:p>
        <w:p w14:paraId="3557B25F" w14:textId="3BE68317"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64" w:history="1">
            <w:r w:rsidRPr="00F415EC">
              <w:rPr>
                <w:rStyle w:val="Hyperlink"/>
                <w:noProof/>
              </w:rPr>
              <w:t>Day 5 — Focus Discipline</w:t>
            </w:r>
            <w:r>
              <w:rPr>
                <w:noProof/>
                <w:webHidden/>
              </w:rPr>
              <w:tab/>
            </w:r>
            <w:r>
              <w:rPr>
                <w:noProof/>
                <w:webHidden/>
              </w:rPr>
              <w:fldChar w:fldCharType="begin"/>
            </w:r>
            <w:r>
              <w:rPr>
                <w:noProof/>
                <w:webHidden/>
              </w:rPr>
              <w:instrText xml:space="preserve"> PAGEREF _Toc214330664 \h </w:instrText>
            </w:r>
            <w:r>
              <w:rPr>
                <w:noProof/>
                <w:webHidden/>
              </w:rPr>
            </w:r>
            <w:r>
              <w:rPr>
                <w:noProof/>
                <w:webHidden/>
              </w:rPr>
              <w:fldChar w:fldCharType="separate"/>
            </w:r>
            <w:r>
              <w:rPr>
                <w:noProof/>
                <w:webHidden/>
              </w:rPr>
              <w:t>11</w:t>
            </w:r>
            <w:r>
              <w:rPr>
                <w:noProof/>
                <w:webHidden/>
              </w:rPr>
              <w:fldChar w:fldCharType="end"/>
            </w:r>
          </w:hyperlink>
        </w:p>
        <w:p w14:paraId="0062A3F5" w14:textId="4F8000E3"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65" w:history="1">
            <w:r w:rsidRPr="00F415EC">
              <w:rPr>
                <w:rStyle w:val="Hyperlink"/>
                <w:noProof/>
              </w:rPr>
              <w:t>Day 6 — Overcoming Fear</w:t>
            </w:r>
            <w:r>
              <w:rPr>
                <w:noProof/>
                <w:webHidden/>
              </w:rPr>
              <w:tab/>
            </w:r>
            <w:r>
              <w:rPr>
                <w:noProof/>
                <w:webHidden/>
              </w:rPr>
              <w:fldChar w:fldCharType="begin"/>
            </w:r>
            <w:r>
              <w:rPr>
                <w:noProof/>
                <w:webHidden/>
              </w:rPr>
              <w:instrText xml:space="preserve"> PAGEREF _Toc214330665 \h </w:instrText>
            </w:r>
            <w:r>
              <w:rPr>
                <w:noProof/>
                <w:webHidden/>
              </w:rPr>
            </w:r>
            <w:r>
              <w:rPr>
                <w:noProof/>
                <w:webHidden/>
              </w:rPr>
              <w:fldChar w:fldCharType="separate"/>
            </w:r>
            <w:r>
              <w:rPr>
                <w:noProof/>
                <w:webHidden/>
              </w:rPr>
              <w:t>13</w:t>
            </w:r>
            <w:r>
              <w:rPr>
                <w:noProof/>
                <w:webHidden/>
              </w:rPr>
              <w:fldChar w:fldCharType="end"/>
            </w:r>
          </w:hyperlink>
        </w:p>
        <w:p w14:paraId="63389F61" w14:textId="5BD824E7"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66" w:history="1">
            <w:r w:rsidRPr="00F415EC">
              <w:rPr>
                <w:rStyle w:val="Hyperlink"/>
                <w:noProof/>
              </w:rPr>
              <w:t>Day 7 — Week One Review</w:t>
            </w:r>
            <w:r>
              <w:rPr>
                <w:noProof/>
                <w:webHidden/>
              </w:rPr>
              <w:tab/>
            </w:r>
            <w:r>
              <w:rPr>
                <w:noProof/>
                <w:webHidden/>
              </w:rPr>
              <w:fldChar w:fldCharType="begin"/>
            </w:r>
            <w:r>
              <w:rPr>
                <w:noProof/>
                <w:webHidden/>
              </w:rPr>
              <w:instrText xml:space="preserve"> PAGEREF _Toc214330666 \h </w:instrText>
            </w:r>
            <w:r>
              <w:rPr>
                <w:noProof/>
                <w:webHidden/>
              </w:rPr>
            </w:r>
            <w:r>
              <w:rPr>
                <w:noProof/>
                <w:webHidden/>
              </w:rPr>
              <w:fldChar w:fldCharType="separate"/>
            </w:r>
            <w:r>
              <w:rPr>
                <w:noProof/>
                <w:webHidden/>
              </w:rPr>
              <w:t>14</w:t>
            </w:r>
            <w:r>
              <w:rPr>
                <w:noProof/>
                <w:webHidden/>
              </w:rPr>
              <w:fldChar w:fldCharType="end"/>
            </w:r>
          </w:hyperlink>
        </w:p>
        <w:p w14:paraId="0E4740FB" w14:textId="14BBC7BC" w:rsidR="003E105F" w:rsidRDefault="003E105F">
          <w:pPr>
            <w:pStyle w:val="TOC1"/>
            <w:tabs>
              <w:tab w:val="right" w:leader="dot" w:pos="6830"/>
            </w:tabs>
            <w:rPr>
              <w:rFonts w:asciiTheme="minorHAnsi" w:hAnsiTheme="minorHAnsi"/>
              <w:noProof/>
              <w:kern w:val="2"/>
              <w:sz w:val="24"/>
              <w:szCs w:val="24"/>
              <w14:ligatures w14:val="standardContextual"/>
            </w:rPr>
          </w:pPr>
          <w:hyperlink w:anchor="_Toc214330667" w:history="1">
            <w:r w:rsidRPr="00F415EC">
              <w:rPr>
                <w:rStyle w:val="Hyperlink"/>
                <w:noProof/>
              </w:rPr>
              <w:t>Week Two — Practical Leadership Skills</w:t>
            </w:r>
            <w:r>
              <w:rPr>
                <w:noProof/>
                <w:webHidden/>
              </w:rPr>
              <w:tab/>
            </w:r>
            <w:r>
              <w:rPr>
                <w:noProof/>
                <w:webHidden/>
              </w:rPr>
              <w:fldChar w:fldCharType="begin"/>
            </w:r>
            <w:r>
              <w:rPr>
                <w:noProof/>
                <w:webHidden/>
              </w:rPr>
              <w:instrText xml:space="preserve"> PAGEREF _Toc214330667 \h </w:instrText>
            </w:r>
            <w:r>
              <w:rPr>
                <w:noProof/>
                <w:webHidden/>
              </w:rPr>
            </w:r>
            <w:r>
              <w:rPr>
                <w:noProof/>
                <w:webHidden/>
              </w:rPr>
              <w:fldChar w:fldCharType="separate"/>
            </w:r>
            <w:r>
              <w:rPr>
                <w:noProof/>
                <w:webHidden/>
              </w:rPr>
              <w:t>16</w:t>
            </w:r>
            <w:r>
              <w:rPr>
                <w:noProof/>
                <w:webHidden/>
              </w:rPr>
              <w:fldChar w:fldCharType="end"/>
            </w:r>
          </w:hyperlink>
        </w:p>
        <w:p w14:paraId="5E949EE5" w14:textId="6DB3F160"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68" w:history="1">
            <w:r w:rsidRPr="00F415EC">
              <w:rPr>
                <w:rStyle w:val="Hyperlink"/>
                <w:noProof/>
              </w:rPr>
              <w:t>Day 8 — Communication Mastery</w:t>
            </w:r>
            <w:r>
              <w:rPr>
                <w:noProof/>
                <w:webHidden/>
              </w:rPr>
              <w:tab/>
            </w:r>
            <w:r>
              <w:rPr>
                <w:noProof/>
                <w:webHidden/>
              </w:rPr>
              <w:fldChar w:fldCharType="begin"/>
            </w:r>
            <w:r>
              <w:rPr>
                <w:noProof/>
                <w:webHidden/>
              </w:rPr>
              <w:instrText xml:space="preserve"> PAGEREF _Toc214330668 \h </w:instrText>
            </w:r>
            <w:r>
              <w:rPr>
                <w:noProof/>
                <w:webHidden/>
              </w:rPr>
            </w:r>
            <w:r>
              <w:rPr>
                <w:noProof/>
                <w:webHidden/>
              </w:rPr>
              <w:fldChar w:fldCharType="separate"/>
            </w:r>
            <w:r>
              <w:rPr>
                <w:noProof/>
                <w:webHidden/>
              </w:rPr>
              <w:t>17</w:t>
            </w:r>
            <w:r>
              <w:rPr>
                <w:noProof/>
                <w:webHidden/>
              </w:rPr>
              <w:fldChar w:fldCharType="end"/>
            </w:r>
          </w:hyperlink>
        </w:p>
        <w:p w14:paraId="06A09C80" w14:textId="4A274EC6"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69" w:history="1">
            <w:r w:rsidRPr="00F415EC">
              <w:rPr>
                <w:rStyle w:val="Hyperlink"/>
                <w:noProof/>
              </w:rPr>
              <w:t>Day 9 — Influence &amp; Presence</w:t>
            </w:r>
            <w:r>
              <w:rPr>
                <w:noProof/>
                <w:webHidden/>
              </w:rPr>
              <w:tab/>
            </w:r>
            <w:r>
              <w:rPr>
                <w:noProof/>
                <w:webHidden/>
              </w:rPr>
              <w:fldChar w:fldCharType="begin"/>
            </w:r>
            <w:r>
              <w:rPr>
                <w:noProof/>
                <w:webHidden/>
              </w:rPr>
              <w:instrText xml:space="preserve"> PAGEREF _Toc214330669 \h </w:instrText>
            </w:r>
            <w:r>
              <w:rPr>
                <w:noProof/>
                <w:webHidden/>
              </w:rPr>
            </w:r>
            <w:r>
              <w:rPr>
                <w:noProof/>
                <w:webHidden/>
              </w:rPr>
              <w:fldChar w:fldCharType="separate"/>
            </w:r>
            <w:r>
              <w:rPr>
                <w:noProof/>
                <w:webHidden/>
              </w:rPr>
              <w:t>19</w:t>
            </w:r>
            <w:r>
              <w:rPr>
                <w:noProof/>
                <w:webHidden/>
              </w:rPr>
              <w:fldChar w:fldCharType="end"/>
            </w:r>
          </w:hyperlink>
        </w:p>
        <w:p w14:paraId="5AA07DCA" w14:textId="3A84B274"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70" w:history="1">
            <w:r w:rsidRPr="00F415EC">
              <w:rPr>
                <w:rStyle w:val="Hyperlink"/>
                <w:noProof/>
              </w:rPr>
              <w:t>Day 10 — Clean Conflict</w:t>
            </w:r>
            <w:r>
              <w:rPr>
                <w:noProof/>
                <w:webHidden/>
              </w:rPr>
              <w:tab/>
            </w:r>
            <w:r>
              <w:rPr>
                <w:noProof/>
                <w:webHidden/>
              </w:rPr>
              <w:fldChar w:fldCharType="begin"/>
            </w:r>
            <w:r>
              <w:rPr>
                <w:noProof/>
                <w:webHidden/>
              </w:rPr>
              <w:instrText xml:space="preserve"> PAGEREF _Toc214330670 \h </w:instrText>
            </w:r>
            <w:r>
              <w:rPr>
                <w:noProof/>
                <w:webHidden/>
              </w:rPr>
            </w:r>
            <w:r>
              <w:rPr>
                <w:noProof/>
                <w:webHidden/>
              </w:rPr>
              <w:fldChar w:fldCharType="separate"/>
            </w:r>
            <w:r>
              <w:rPr>
                <w:noProof/>
                <w:webHidden/>
              </w:rPr>
              <w:t>21</w:t>
            </w:r>
            <w:r>
              <w:rPr>
                <w:noProof/>
                <w:webHidden/>
              </w:rPr>
              <w:fldChar w:fldCharType="end"/>
            </w:r>
          </w:hyperlink>
        </w:p>
        <w:p w14:paraId="5A069D6D" w14:textId="26F75D79"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71" w:history="1">
            <w:r w:rsidRPr="00F415EC">
              <w:rPr>
                <w:rStyle w:val="Hyperlink"/>
                <w:noProof/>
              </w:rPr>
              <w:t>Day 11 — Decision-Making</w:t>
            </w:r>
            <w:r>
              <w:rPr>
                <w:noProof/>
                <w:webHidden/>
              </w:rPr>
              <w:tab/>
            </w:r>
            <w:r>
              <w:rPr>
                <w:noProof/>
                <w:webHidden/>
              </w:rPr>
              <w:fldChar w:fldCharType="begin"/>
            </w:r>
            <w:r>
              <w:rPr>
                <w:noProof/>
                <w:webHidden/>
              </w:rPr>
              <w:instrText xml:space="preserve"> PAGEREF _Toc214330671 \h </w:instrText>
            </w:r>
            <w:r>
              <w:rPr>
                <w:noProof/>
                <w:webHidden/>
              </w:rPr>
            </w:r>
            <w:r>
              <w:rPr>
                <w:noProof/>
                <w:webHidden/>
              </w:rPr>
              <w:fldChar w:fldCharType="separate"/>
            </w:r>
            <w:r>
              <w:rPr>
                <w:noProof/>
                <w:webHidden/>
              </w:rPr>
              <w:t>23</w:t>
            </w:r>
            <w:r>
              <w:rPr>
                <w:noProof/>
                <w:webHidden/>
              </w:rPr>
              <w:fldChar w:fldCharType="end"/>
            </w:r>
          </w:hyperlink>
        </w:p>
        <w:p w14:paraId="4AD23FC8" w14:textId="27311312"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72" w:history="1">
            <w:r w:rsidRPr="00F415EC">
              <w:rPr>
                <w:rStyle w:val="Hyperlink"/>
                <w:noProof/>
              </w:rPr>
              <w:t>Day 12 — Standards &amp; Accountability</w:t>
            </w:r>
            <w:r>
              <w:rPr>
                <w:noProof/>
                <w:webHidden/>
              </w:rPr>
              <w:tab/>
            </w:r>
            <w:r>
              <w:rPr>
                <w:noProof/>
                <w:webHidden/>
              </w:rPr>
              <w:fldChar w:fldCharType="begin"/>
            </w:r>
            <w:r>
              <w:rPr>
                <w:noProof/>
                <w:webHidden/>
              </w:rPr>
              <w:instrText xml:space="preserve"> PAGEREF _Toc214330672 \h </w:instrText>
            </w:r>
            <w:r>
              <w:rPr>
                <w:noProof/>
                <w:webHidden/>
              </w:rPr>
            </w:r>
            <w:r>
              <w:rPr>
                <w:noProof/>
                <w:webHidden/>
              </w:rPr>
              <w:fldChar w:fldCharType="separate"/>
            </w:r>
            <w:r>
              <w:rPr>
                <w:noProof/>
                <w:webHidden/>
              </w:rPr>
              <w:t>25</w:t>
            </w:r>
            <w:r>
              <w:rPr>
                <w:noProof/>
                <w:webHidden/>
              </w:rPr>
              <w:fldChar w:fldCharType="end"/>
            </w:r>
          </w:hyperlink>
        </w:p>
        <w:p w14:paraId="7EE5A5AF" w14:textId="6A1E38AB"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73" w:history="1">
            <w:r w:rsidRPr="00F415EC">
              <w:rPr>
                <w:rStyle w:val="Hyperlink"/>
                <w:noProof/>
              </w:rPr>
              <w:t>Day 13 — Delegation &amp; Empowerment</w:t>
            </w:r>
            <w:r>
              <w:rPr>
                <w:noProof/>
                <w:webHidden/>
              </w:rPr>
              <w:tab/>
            </w:r>
            <w:r>
              <w:rPr>
                <w:noProof/>
                <w:webHidden/>
              </w:rPr>
              <w:fldChar w:fldCharType="begin"/>
            </w:r>
            <w:r>
              <w:rPr>
                <w:noProof/>
                <w:webHidden/>
              </w:rPr>
              <w:instrText xml:space="preserve"> PAGEREF _Toc214330673 \h </w:instrText>
            </w:r>
            <w:r>
              <w:rPr>
                <w:noProof/>
                <w:webHidden/>
              </w:rPr>
            </w:r>
            <w:r>
              <w:rPr>
                <w:noProof/>
                <w:webHidden/>
              </w:rPr>
              <w:fldChar w:fldCharType="separate"/>
            </w:r>
            <w:r>
              <w:rPr>
                <w:noProof/>
                <w:webHidden/>
              </w:rPr>
              <w:t>26</w:t>
            </w:r>
            <w:r>
              <w:rPr>
                <w:noProof/>
                <w:webHidden/>
              </w:rPr>
              <w:fldChar w:fldCharType="end"/>
            </w:r>
          </w:hyperlink>
        </w:p>
        <w:p w14:paraId="4B121619" w14:textId="1C5820CF"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74" w:history="1">
            <w:r w:rsidRPr="00F415EC">
              <w:rPr>
                <w:rStyle w:val="Hyperlink"/>
                <w:noProof/>
              </w:rPr>
              <w:t>Day 14 — Problem=Solving</w:t>
            </w:r>
            <w:r>
              <w:rPr>
                <w:noProof/>
                <w:webHidden/>
              </w:rPr>
              <w:tab/>
            </w:r>
            <w:r>
              <w:rPr>
                <w:noProof/>
                <w:webHidden/>
              </w:rPr>
              <w:fldChar w:fldCharType="begin"/>
            </w:r>
            <w:r>
              <w:rPr>
                <w:noProof/>
                <w:webHidden/>
              </w:rPr>
              <w:instrText xml:space="preserve"> PAGEREF _Toc214330674 \h </w:instrText>
            </w:r>
            <w:r>
              <w:rPr>
                <w:noProof/>
                <w:webHidden/>
              </w:rPr>
            </w:r>
            <w:r>
              <w:rPr>
                <w:noProof/>
                <w:webHidden/>
              </w:rPr>
              <w:fldChar w:fldCharType="separate"/>
            </w:r>
            <w:r>
              <w:rPr>
                <w:noProof/>
                <w:webHidden/>
              </w:rPr>
              <w:t>27</w:t>
            </w:r>
            <w:r>
              <w:rPr>
                <w:noProof/>
                <w:webHidden/>
              </w:rPr>
              <w:fldChar w:fldCharType="end"/>
            </w:r>
          </w:hyperlink>
        </w:p>
        <w:p w14:paraId="0FE689BD" w14:textId="2CB30246"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75" w:history="1">
            <w:r w:rsidRPr="00F415EC">
              <w:rPr>
                <w:rStyle w:val="Hyperlink"/>
                <w:noProof/>
              </w:rPr>
              <w:t>Day 15 — Week Two Review</w:t>
            </w:r>
            <w:r>
              <w:rPr>
                <w:noProof/>
                <w:webHidden/>
              </w:rPr>
              <w:tab/>
            </w:r>
            <w:r>
              <w:rPr>
                <w:noProof/>
                <w:webHidden/>
              </w:rPr>
              <w:fldChar w:fldCharType="begin"/>
            </w:r>
            <w:r>
              <w:rPr>
                <w:noProof/>
                <w:webHidden/>
              </w:rPr>
              <w:instrText xml:space="preserve"> PAGEREF _Toc214330675 \h </w:instrText>
            </w:r>
            <w:r>
              <w:rPr>
                <w:noProof/>
                <w:webHidden/>
              </w:rPr>
            </w:r>
            <w:r>
              <w:rPr>
                <w:noProof/>
                <w:webHidden/>
              </w:rPr>
              <w:fldChar w:fldCharType="separate"/>
            </w:r>
            <w:r>
              <w:rPr>
                <w:noProof/>
                <w:webHidden/>
              </w:rPr>
              <w:t>29</w:t>
            </w:r>
            <w:r>
              <w:rPr>
                <w:noProof/>
                <w:webHidden/>
              </w:rPr>
              <w:fldChar w:fldCharType="end"/>
            </w:r>
          </w:hyperlink>
        </w:p>
        <w:p w14:paraId="1A3EC42C" w14:textId="262C70A4" w:rsidR="003E105F" w:rsidRDefault="003E105F">
          <w:pPr>
            <w:pStyle w:val="TOC1"/>
            <w:tabs>
              <w:tab w:val="right" w:leader="dot" w:pos="6830"/>
            </w:tabs>
            <w:rPr>
              <w:rFonts w:asciiTheme="minorHAnsi" w:hAnsiTheme="minorHAnsi"/>
              <w:noProof/>
              <w:kern w:val="2"/>
              <w:sz w:val="24"/>
              <w:szCs w:val="24"/>
              <w14:ligatures w14:val="standardContextual"/>
            </w:rPr>
          </w:pPr>
          <w:hyperlink w:anchor="_Toc214330676" w:history="1">
            <w:r w:rsidRPr="00F415EC">
              <w:rPr>
                <w:rStyle w:val="Hyperlink"/>
                <w:noProof/>
              </w:rPr>
              <w:t>Week Three — Leading Others</w:t>
            </w:r>
            <w:r>
              <w:rPr>
                <w:noProof/>
                <w:webHidden/>
              </w:rPr>
              <w:tab/>
            </w:r>
            <w:r>
              <w:rPr>
                <w:noProof/>
                <w:webHidden/>
              </w:rPr>
              <w:fldChar w:fldCharType="begin"/>
            </w:r>
            <w:r>
              <w:rPr>
                <w:noProof/>
                <w:webHidden/>
              </w:rPr>
              <w:instrText xml:space="preserve"> PAGEREF _Toc214330676 \h </w:instrText>
            </w:r>
            <w:r>
              <w:rPr>
                <w:noProof/>
                <w:webHidden/>
              </w:rPr>
            </w:r>
            <w:r>
              <w:rPr>
                <w:noProof/>
                <w:webHidden/>
              </w:rPr>
              <w:fldChar w:fldCharType="separate"/>
            </w:r>
            <w:r>
              <w:rPr>
                <w:noProof/>
                <w:webHidden/>
              </w:rPr>
              <w:t>31</w:t>
            </w:r>
            <w:r>
              <w:rPr>
                <w:noProof/>
                <w:webHidden/>
              </w:rPr>
              <w:fldChar w:fldCharType="end"/>
            </w:r>
          </w:hyperlink>
        </w:p>
        <w:p w14:paraId="74F87B69" w14:textId="59A04FC5"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77" w:history="1">
            <w:r w:rsidRPr="00F415EC">
              <w:rPr>
                <w:rStyle w:val="Hyperlink"/>
                <w:noProof/>
              </w:rPr>
              <w:t>Day 16 — Motivating People</w:t>
            </w:r>
            <w:r>
              <w:rPr>
                <w:noProof/>
                <w:webHidden/>
              </w:rPr>
              <w:tab/>
            </w:r>
            <w:r>
              <w:rPr>
                <w:noProof/>
                <w:webHidden/>
              </w:rPr>
              <w:fldChar w:fldCharType="begin"/>
            </w:r>
            <w:r>
              <w:rPr>
                <w:noProof/>
                <w:webHidden/>
              </w:rPr>
              <w:instrText xml:space="preserve"> PAGEREF _Toc214330677 \h </w:instrText>
            </w:r>
            <w:r>
              <w:rPr>
                <w:noProof/>
                <w:webHidden/>
              </w:rPr>
            </w:r>
            <w:r>
              <w:rPr>
                <w:noProof/>
                <w:webHidden/>
              </w:rPr>
              <w:fldChar w:fldCharType="separate"/>
            </w:r>
            <w:r>
              <w:rPr>
                <w:noProof/>
                <w:webHidden/>
              </w:rPr>
              <w:t>32</w:t>
            </w:r>
            <w:r>
              <w:rPr>
                <w:noProof/>
                <w:webHidden/>
              </w:rPr>
              <w:fldChar w:fldCharType="end"/>
            </w:r>
          </w:hyperlink>
        </w:p>
        <w:p w14:paraId="7BA36A85" w14:textId="71F94157"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78" w:history="1">
            <w:r w:rsidRPr="00F415EC">
              <w:rPr>
                <w:rStyle w:val="Hyperlink"/>
                <w:noProof/>
              </w:rPr>
              <w:t>Day 17 — Building Trust</w:t>
            </w:r>
            <w:r>
              <w:rPr>
                <w:noProof/>
                <w:webHidden/>
              </w:rPr>
              <w:tab/>
            </w:r>
            <w:r>
              <w:rPr>
                <w:noProof/>
                <w:webHidden/>
              </w:rPr>
              <w:fldChar w:fldCharType="begin"/>
            </w:r>
            <w:r>
              <w:rPr>
                <w:noProof/>
                <w:webHidden/>
              </w:rPr>
              <w:instrText xml:space="preserve"> PAGEREF _Toc214330678 \h </w:instrText>
            </w:r>
            <w:r>
              <w:rPr>
                <w:noProof/>
                <w:webHidden/>
              </w:rPr>
            </w:r>
            <w:r>
              <w:rPr>
                <w:noProof/>
                <w:webHidden/>
              </w:rPr>
              <w:fldChar w:fldCharType="separate"/>
            </w:r>
            <w:r>
              <w:rPr>
                <w:noProof/>
                <w:webHidden/>
              </w:rPr>
              <w:t>34</w:t>
            </w:r>
            <w:r>
              <w:rPr>
                <w:noProof/>
                <w:webHidden/>
              </w:rPr>
              <w:fldChar w:fldCharType="end"/>
            </w:r>
          </w:hyperlink>
        </w:p>
        <w:p w14:paraId="473A686D" w14:textId="51D622E0"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79" w:history="1">
            <w:r w:rsidRPr="00F415EC">
              <w:rPr>
                <w:rStyle w:val="Hyperlink"/>
                <w:noProof/>
              </w:rPr>
              <w:t>Day 18 — Emotional Intelligence (EO)</w:t>
            </w:r>
            <w:r>
              <w:rPr>
                <w:noProof/>
                <w:webHidden/>
              </w:rPr>
              <w:tab/>
            </w:r>
            <w:r>
              <w:rPr>
                <w:noProof/>
                <w:webHidden/>
              </w:rPr>
              <w:fldChar w:fldCharType="begin"/>
            </w:r>
            <w:r>
              <w:rPr>
                <w:noProof/>
                <w:webHidden/>
              </w:rPr>
              <w:instrText xml:space="preserve"> PAGEREF _Toc214330679 \h </w:instrText>
            </w:r>
            <w:r>
              <w:rPr>
                <w:noProof/>
                <w:webHidden/>
              </w:rPr>
            </w:r>
            <w:r>
              <w:rPr>
                <w:noProof/>
                <w:webHidden/>
              </w:rPr>
              <w:fldChar w:fldCharType="separate"/>
            </w:r>
            <w:r>
              <w:rPr>
                <w:noProof/>
                <w:webHidden/>
              </w:rPr>
              <w:t>36</w:t>
            </w:r>
            <w:r>
              <w:rPr>
                <w:noProof/>
                <w:webHidden/>
              </w:rPr>
              <w:fldChar w:fldCharType="end"/>
            </w:r>
          </w:hyperlink>
        </w:p>
        <w:p w14:paraId="26C4FE08" w14:textId="17A6B9C9"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80" w:history="1">
            <w:r w:rsidRPr="00F415EC">
              <w:rPr>
                <w:rStyle w:val="Hyperlink"/>
                <w:noProof/>
              </w:rPr>
              <w:t>Day 19 — Coaching &amp; Developing Others</w:t>
            </w:r>
            <w:r>
              <w:rPr>
                <w:noProof/>
                <w:webHidden/>
              </w:rPr>
              <w:tab/>
            </w:r>
            <w:r>
              <w:rPr>
                <w:noProof/>
                <w:webHidden/>
              </w:rPr>
              <w:fldChar w:fldCharType="begin"/>
            </w:r>
            <w:r>
              <w:rPr>
                <w:noProof/>
                <w:webHidden/>
              </w:rPr>
              <w:instrText xml:space="preserve"> PAGEREF _Toc214330680 \h </w:instrText>
            </w:r>
            <w:r>
              <w:rPr>
                <w:noProof/>
                <w:webHidden/>
              </w:rPr>
            </w:r>
            <w:r>
              <w:rPr>
                <w:noProof/>
                <w:webHidden/>
              </w:rPr>
              <w:fldChar w:fldCharType="separate"/>
            </w:r>
            <w:r>
              <w:rPr>
                <w:noProof/>
                <w:webHidden/>
              </w:rPr>
              <w:t>38</w:t>
            </w:r>
            <w:r>
              <w:rPr>
                <w:noProof/>
                <w:webHidden/>
              </w:rPr>
              <w:fldChar w:fldCharType="end"/>
            </w:r>
          </w:hyperlink>
        </w:p>
        <w:p w14:paraId="6E5249FA" w14:textId="03FA68F3"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81" w:history="1">
            <w:r w:rsidRPr="00F415EC">
              <w:rPr>
                <w:rStyle w:val="Hyperlink"/>
                <w:noProof/>
              </w:rPr>
              <w:t>Day 20 — Culture &amp; Influence</w:t>
            </w:r>
            <w:r>
              <w:rPr>
                <w:noProof/>
                <w:webHidden/>
              </w:rPr>
              <w:tab/>
            </w:r>
            <w:r>
              <w:rPr>
                <w:noProof/>
                <w:webHidden/>
              </w:rPr>
              <w:fldChar w:fldCharType="begin"/>
            </w:r>
            <w:r>
              <w:rPr>
                <w:noProof/>
                <w:webHidden/>
              </w:rPr>
              <w:instrText xml:space="preserve"> PAGEREF _Toc214330681 \h </w:instrText>
            </w:r>
            <w:r>
              <w:rPr>
                <w:noProof/>
                <w:webHidden/>
              </w:rPr>
            </w:r>
            <w:r>
              <w:rPr>
                <w:noProof/>
                <w:webHidden/>
              </w:rPr>
              <w:fldChar w:fldCharType="separate"/>
            </w:r>
            <w:r>
              <w:rPr>
                <w:noProof/>
                <w:webHidden/>
              </w:rPr>
              <w:t>40</w:t>
            </w:r>
            <w:r>
              <w:rPr>
                <w:noProof/>
                <w:webHidden/>
              </w:rPr>
              <w:fldChar w:fldCharType="end"/>
            </w:r>
          </w:hyperlink>
        </w:p>
        <w:p w14:paraId="65ECEA30" w14:textId="5F2B5255"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82" w:history="1">
            <w:r w:rsidRPr="00F415EC">
              <w:rPr>
                <w:rStyle w:val="Hyperlink"/>
                <w:noProof/>
              </w:rPr>
              <w:t>Day 22 — Strategic Thinking</w:t>
            </w:r>
            <w:r>
              <w:rPr>
                <w:noProof/>
                <w:webHidden/>
              </w:rPr>
              <w:tab/>
            </w:r>
            <w:r>
              <w:rPr>
                <w:noProof/>
                <w:webHidden/>
              </w:rPr>
              <w:fldChar w:fldCharType="begin"/>
            </w:r>
            <w:r>
              <w:rPr>
                <w:noProof/>
                <w:webHidden/>
              </w:rPr>
              <w:instrText xml:space="preserve"> PAGEREF _Toc214330682 \h </w:instrText>
            </w:r>
            <w:r>
              <w:rPr>
                <w:noProof/>
                <w:webHidden/>
              </w:rPr>
            </w:r>
            <w:r>
              <w:rPr>
                <w:noProof/>
                <w:webHidden/>
              </w:rPr>
              <w:fldChar w:fldCharType="separate"/>
            </w:r>
            <w:r>
              <w:rPr>
                <w:noProof/>
                <w:webHidden/>
              </w:rPr>
              <w:t>44</w:t>
            </w:r>
            <w:r>
              <w:rPr>
                <w:noProof/>
                <w:webHidden/>
              </w:rPr>
              <w:fldChar w:fldCharType="end"/>
            </w:r>
          </w:hyperlink>
        </w:p>
        <w:p w14:paraId="4CE122B5" w14:textId="24506CFB"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83" w:history="1">
            <w:r w:rsidRPr="00F415EC">
              <w:rPr>
                <w:rStyle w:val="Hyperlink"/>
                <w:noProof/>
              </w:rPr>
              <w:t>Day 23 — Week Three Review</w:t>
            </w:r>
            <w:r>
              <w:rPr>
                <w:noProof/>
                <w:webHidden/>
              </w:rPr>
              <w:tab/>
            </w:r>
            <w:r>
              <w:rPr>
                <w:noProof/>
                <w:webHidden/>
              </w:rPr>
              <w:fldChar w:fldCharType="begin"/>
            </w:r>
            <w:r>
              <w:rPr>
                <w:noProof/>
                <w:webHidden/>
              </w:rPr>
              <w:instrText xml:space="preserve"> PAGEREF _Toc214330683 \h </w:instrText>
            </w:r>
            <w:r>
              <w:rPr>
                <w:noProof/>
                <w:webHidden/>
              </w:rPr>
            </w:r>
            <w:r>
              <w:rPr>
                <w:noProof/>
                <w:webHidden/>
              </w:rPr>
              <w:fldChar w:fldCharType="separate"/>
            </w:r>
            <w:r>
              <w:rPr>
                <w:noProof/>
                <w:webHidden/>
              </w:rPr>
              <w:t>45</w:t>
            </w:r>
            <w:r>
              <w:rPr>
                <w:noProof/>
                <w:webHidden/>
              </w:rPr>
              <w:fldChar w:fldCharType="end"/>
            </w:r>
          </w:hyperlink>
        </w:p>
        <w:p w14:paraId="73FD497A" w14:textId="6DB1E418" w:rsidR="003E105F" w:rsidRDefault="003E105F">
          <w:pPr>
            <w:pStyle w:val="TOC1"/>
            <w:tabs>
              <w:tab w:val="right" w:leader="dot" w:pos="6830"/>
            </w:tabs>
            <w:rPr>
              <w:rFonts w:asciiTheme="minorHAnsi" w:hAnsiTheme="minorHAnsi"/>
              <w:noProof/>
              <w:kern w:val="2"/>
              <w:sz w:val="24"/>
              <w:szCs w:val="24"/>
              <w14:ligatures w14:val="standardContextual"/>
            </w:rPr>
          </w:pPr>
          <w:hyperlink w:anchor="_Toc214330684" w:history="1">
            <w:r w:rsidRPr="00F415EC">
              <w:rPr>
                <w:rStyle w:val="Hyperlink"/>
                <w:noProof/>
              </w:rPr>
              <w:t>Week Four — The Resilient Leadership Life</w:t>
            </w:r>
            <w:r>
              <w:rPr>
                <w:noProof/>
                <w:webHidden/>
              </w:rPr>
              <w:tab/>
            </w:r>
            <w:r>
              <w:rPr>
                <w:noProof/>
                <w:webHidden/>
              </w:rPr>
              <w:fldChar w:fldCharType="begin"/>
            </w:r>
            <w:r>
              <w:rPr>
                <w:noProof/>
                <w:webHidden/>
              </w:rPr>
              <w:instrText xml:space="preserve"> PAGEREF _Toc214330684 \h </w:instrText>
            </w:r>
            <w:r>
              <w:rPr>
                <w:noProof/>
                <w:webHidden/>
              </w:rPr>
            </w:r>
            <w:r>
              <w:rPr>
                <w:noProof/>
                <w:webHidden/>
              </w:rPr>
              <w:fldChar w:fldCharType="separate"/>
            </w:r>
            <w:r>
              <w:rPr>
                <w:noProof/>
                <w:webHidden/>
              </w:rPr>
              <w:t>47</w:t>
            </w:r>
            <w:r>
              <w:rPr>
                <w:noProof/>
                <w:webHidden/>
              </w:rPr>
              <w:fldChar w:fldCharType="end"/>
            </w:r>
          </w:hyperlink>
        </w:p>
        <w:p w14:paraId="56F8B159" w14:textId="785A3064"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85" w:history="1">
            <w:r w:rsidRPr="00F415EC">
              <w:rPr>
                <w:rStyle w:val="Hyperlink"/>
                <w:noProof/>
              </w:rPr>
              <w:t>Day 24 — Leader Habits</w:t>
            </w:r>
            <w:r>
              <w:rPr>
                <w:noProof/>
                <w:webHidden/>
              </w:rPr>
              <w:tab/>
            </w:r>
            <w:r>
              <w:rPr>
                <w:noProof/>
                <w:webHidden/>
              </w:rPr>
              <w:fldChar w:fldCharType="begin"/>
            </w:r>
            <w:r>
              <w:rPr>
                <w:noProof/>
                <w:webHidden/>
              </w:rPr>
              <w:instrText xml:space="preserve"> PAGEREF _Toc214330685 \h </w:instrText>
            </w:r>
            <w:r>
              <w:rPr>
                <w:noProof/>
                <w:webHidden/>
              </w:rPr>
            </w:r>
            <w:r>
              <w:rPr>
                <w:noProof/>
                <w:webHidden/>
              </w:rPr>
              <w:fldChar w:fldCharType="separate"/>
            </w:r>
            <w:r>
              <w:rPr>
                <w:noProof/>
                <w:webHidden/>
              </w:rPr>
              <w:t>48</w:t>
            </w:r>
            <w:r>
              <w:rPr>
                <w:noProof/>
                <w:webHidden/>
              </w:rPr>
              <w:fldChar w:fldCharType="end"/>
            </w:r>
          </w:hyperlink>
        </w:p>
        <w:p w14:paraId="1DB8900E" w14:textId="01663E66"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86" w:history="1">
            <w:r w:rsidRPr="00F415EC">
              <w:rPr>
                <w:rStyle w:val="Hyperlink"/>
                <w:noProof/>
              </w:rPr>
              <w:t>Day 25 — Personal Systems</w:t>
            </w:r>
            <w:r>
              <w:rPr>
                <w:noProof/>
                <w:webHidden/>
              </w:rPr>
              <w:tab/>
            </w:r>
            <w:r>
              <w:rPr>
                <w:noProof/>
                <w:webHidden/>
              </w:rPr>
              <w:fldChar w:fldCharType="begin"/>
            </w:r>
            <w:r>
              <w:rPr>
                <w:noProof/>
                <w:webHidden/>
              </w:rPr>
              <w:instrText xml:space="preserve"> PAGEREF _Toc214330686 \h </w:instrText>
            </w:r>
            <w:r>
              <w:rPr>
                <w:noProof/>
                <w:webHidden/>
              </w:rPr>
            </w:r>
            <w:r>
              <w:rPr>
                <w:noProof/>
                <w:webHidden/>
              </w:rPr>
              <w:fldChar w:fldCharType="separate"/>
            </w:r>
            <w:r>
              <w:rPr>
                <w:noProof/>
                <w:webHidden/>
              </w:rPr>
              <w:t>51</w:t>
            </w:r>
            <w:r>
              <w:rPr>
                <w:noProof/>
                <w:webHidden/>
              </w:rPr>
              <w:fldChar w:fldCharType="end"/>
            </w:r>
          </w:hyperlink>
        </w:p>
        <w:p w14:paraId="4C7B3211" w14:textId="73810469"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87" w:history="1">
            <w:r w:rsidRPr="00F415EC">
              <w:rPr>
                <w:rStyle w:val="Hyperlink"/>
                <w:noProof/>
              </w:rPr>
              <w:t>Day 26 — Self Reflection &amp; Self Awareness</w:t>
            </w:r>
            <w:r>
              <w:rPr>
                <w:noProof/>
                <w:webHidden/>
              </w:rPr>
              <w:tab/>
            </w:r>
            <w:r>
              <w:rPr>
                <w:noProof/>
                <w:webHidden/>
              </w:rPr>
              <w:fldChar w:fldCharType="begin"/>
            </w:r>
            <w:r>
              <w:rPr>
                <w:noProof/>
                <w:webHidden/>
              </w:rPr>
              <w:instrText xml:space="preserve"> PAGEREF _Toc214330687 \h </w:instrText>
            </w:r>
            <w:r>
              <w:rPr>
                <w:noProof/>
                <w:webHidden/>
              </w:rPr>
            </w:r>
            <w:r>
              <w:rPr>
                <w:noProof/>
                <w:webHidden/>
              </w:rPr>
              <w:fldChar w:fldCharType="separate"/>
            </w:r>
            <w:r>
              <w:rPr>
                <w:noProof/>
                <w:webHidden/>
              </w:rPr>
              <w:t>53</w:t>
            </w:r>
            <w:r>
              <w:rPr>
                <w:noProof/>
                <w:webHidden/>
              </w:rPr>
              <w:fldChar w:fldCharType="end"/>
            </w:r>
          </w:hyperlink>
        </w:p>
        <w:p w14:paraId="2D3C8CDF" w14:textId="2536D222"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88" w:history="1">
            <w:r w:rsidRPr="00F415EC">
              <w:rPr>
                <w:rStyle w:val="Hyperlink"/>
                <w:noProof/>
              </w:rPr>
              <w:t>Day 27 — The Leader’s Routine</w:t>
            </w:r>
            <w:r>
              <w:rPr>
                <w:noProof/>
                <w:webHidden/>
              </w:rPr>
              <w:tab/>
            </w:r>
            <w:r>
              <w:rPr>
                <w:noProof/>
                <w:webHidden/>
              </w:rPr>
              <w:fldChar w:fldCharType="begin"/>
            </w:r>
            <w:r>
              <w:rPr>
                <w:noProof/>
                <w:webHidden/>
              </w:rPr>
              <w:instrText xml:space="preserve"> PAGEREF _Toc214330688 \h </w:instrText>
            </w:r>
            <w:r>
              <w:rPr>
                <w:noProof/>
                <w:webHidden/>
              </w:rPr>
            </w:r>
            <w:r>
              <w:rPr>
                <w:noProof/>
                <w:webHidden/>
              </w:rPr>
              <w:fldChar w:fldCharType="separate"/>
            </w:r>
            <w:r>
              <w:rPr>
                <w:noProof/>
                <w:webHidden/>
              </w:rPr>
              <w:t>55</w:t>
            </w:r>
            <w:r>
              <w:rPr>
                <w:noProof/>
                <w:webHidden/>
              </w:rPr>
              <w:fldChar w:fldCharType="end"/>
            </w:r>
          </w:hyperlink>
        </w:p>
        <w:p w14:paraId="06F5008F" w14:textId="752A888E"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89" w:history="1">
            <w:r w:rsidRPr="00F415EC">
              <w:rPr>
                <w:rStyle w:val="Hyperlink"/>
                <w:noProof/>
              </w:rPr>
              <w:t>Day 28 — Long-Term Vision</w:t>
            </w:r>
            <w:r>
              <w:rPr>
                <w:noProof/>
                <w:webHidden/>
              </w:rPr>
              <w:tab/>
            </w:r>
            <w:r>
              <w:rPr>
                <w:noProof/>
                <w:webHidden/>
              </w:rPr>
              <w:fldChar w:fldCharType="begin"/>
            </w:r>
            <w:r>
              <w:rPr>
                <w:noProof/>
                <w:webHidden/>
              </w:rPr>
              <w:instrText xml:space="preserve"> PAGEREF _Toc214330689 \h </w:instrText>
            </w:r>
            <w:r>
              <w:rPr>
                <w:noProof/>
                <w:webHidden/>
              </w:rPr>
            </w:r>
            <w:r>
              <w:rPr>
                <w:noProof/>
                <w:webHidden/>
              </w:rPr>
              <w:fldChar w:fldCharType="separate"/>
            </w:r>
            <w:r>
              <w:rPr>
                <w:noProof/>
                <w:webHidden/>
              </w:rPr>
              <w:t>57</w:t>
            </w:r>
            <w:r>
              <w:rPr>
                <w:noProof/>
                <w:webHidden/>
              </w:rPr>
              <w:fldChar w:fldCharType="end"/>
            </w:r>
          </w:hyperlink>
        </w:p>
        <w:p w14:paraId="0023349C" w14:textId="669FF09D"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90" w:history="1">
            <w:r w:rsidRPr="00F415EC">
              <w:rPr>
                <w:rStyle w:val="Hyperlink"/>
                <w:noProof/>
              </w:rPr>
              <w:t>Day 29 — Legacy Leadership</w:t>
            </w:r>
            <w:r>
              <w:rPr>
                <w:noProof/>
                <w:webHidden/>
              </w:rPr>
              <w:tab/>
            </w:r>
            <w:r>
              <w:rPr>
                <w:noProof/>
                <w:webHidden/>
              </w:rPr>
              <w:fldChar w:fldCharType="begin"/>
            </w:r>
            <w:r>
              <w:rPr>
                <w:noProof/>
                <w:webHidden/>
              </w:rPr>
              <w:instrText xml:space="preserve"> PAGEREF _Toc214330690 \h </w:instrText>
            </w:r>
            <w:r>
              <w:rPr>
                <w:noProof/>
                <w:webHidden/>
              </w:rPr>
            </w:r>
            <w:r>
              <w:rPr>
                <w:noProof/>
                <w:webHidden/>
              </w:rPr>
              <w:fldChar w:fldCharType="separate"/>
            </w:r>
            <w:r>
              <w:rPr>
                <w:noProof/>
                <w:webHidden/>
              </w:rPr>
              <w:t>59</w:t>
            </w:r>
            <w:r>
              <w:rPr>
                <w:noProof/>
                <w:webHidden/>
              </w:rPr>
              <w:fldChar w:fldCharType="end"/>
            </w:r>
          </w:hyperlink>
        </w:p>
        <w:p w14:paraId="61A60329" w14:textId="16E421FB" w:rsidR="003E105F" w:rsidRDefault="003E105F">
          <w:pPr>
            <w:pStyle w:val="TOC2"/>
            <w:tabs>
              <w:tab w:val="right" w:leader="dot" w:pos="6830"/>
            </w:tabs>
            <w:rPr>
              <w:rFonts w:asciiTheme="minorHAnsi" w:hAnsiTheme="minorHAnsi"/>
              <w:noProof/>
              <w:kern w:val="2"/>
              <w:sz w:val="24"/>
              <w:szCs w:val="24"/>
              <w14:ligatures w14:val="standardContextual"/>
            </w:rPr>
          </w:pPr>
          <w:hyperlink w:anchor="_Toc214330691" w:history="1">
            <w:r w:rsidRPr="00F415EC">
              <w:rPr>
                <w:rStyle w:val="Hyperlink"/>
                <w:noProof/>
              </w:rPr>
              <w:t>Day 30 — Completion &amp; Commitment</w:t>
            </w:r>
            <w:r>
              <w:rPr>
                <w:noProof/>
                <w:webHidden/>
              </w:rPr>
              <w:tab/>
            </w:r>
            <w:r>
              <w:rPr>
                <w:noProof/>
                <w:webHidden/>
              </w:rPr>
              <w:fldChar w:fldCharType="begin"/>
            </w:r>
            <w:r>
              <w:rPr>
                <w:noProof/>
                <w:webHidden/>
              </w:rPr>
              <w:instrText xml:space="preserve"> PAGEREF _Toc214330691 \h </w:instrText>
            </w:r>
            <w:r>
              <w:rPr>
                <w:noProof/>
                <w:webHidden/>
              </w:rPr>
            </w:r>
            <w:r>
              <w:rPr>
                <w:noProof/>
                <w:webHidden/>
              </w:rPr>
              <w:fldChar w:fldCharType="separate"/>
            </w:r>
            <w:r>
              <w:rPr>
                <w:noProof/>
                <w:webHidden/>
              </w:rPr>
              <w:t>60</w:t>
            </w:r>
            <w:r>
              <w:rPr>
                <w:noProof/>
                <w:webHidden/>
              </w:rPr>
              <w:fldChar w:fldCharType="end"/>
            </w:r>
          </w:hyperlink>
        </w:p>
        <w:p w14:paraId="2D1DC55B" w14:textId="38D42878" w:rsidR="0060470E" w:rsidRDefault="00272253">
          <w:pPr>
            <w:rPr>
              <w:b/>
              <w:bCs/>
              <w:noProof/>
            </w:rPr>
          </w:pPr>
          <w:r>
            <w:rPr>
              <w:b/>
              <w:bCs/>
              <w:noProof/>
            </w:rPr>
            <w:fldChar w:fldCharType="end"/>
          </w:r>
        </w:p>
      </w:sdtContent>
    </w:sdt>
    <w:p w14:paraId="7A4F42F0" w14:textId="77777777" w:rsidR="0034199F" w:rsidRPr="0034199F" w:rsidRDefault="0034199F" w:rsidP="0034199F"/>
    <w:p w14:paraId="247CB53F" w14:textId="77777777" w:rsidR="0034199F" w:rsidRDefault="0034199F" w:rsidP="0034199F">
      <w:pPr>
        <w:sectPr w:rsidR="0034199F" w:rsidSect="00034616">
          <w:pgSz w:w="8640" w:h="12960"/>
          <w:pgMar w:top="1080" w:right="720" w:bottom="1080" w:left="1080" w:header="720" w:footer="720" w:gutter="0"/>
          <w:cols w:space="720"/>
          <w:docGrid w:linePitch="360"/>
        </w:sectPr>
      </w:pPr>
    </w:p>
    <w:p w14:paraId="30282392" w14:textId="5CD803A4" w:rsidR="00651DE4" w:rsidRPr="00AD57EF" w:rsidRDefault="00000000" w:rsidP="00AE3185">
      <w:pPr>
        <w:pStyle w:val="Heading1"/>
        <w:rPr>
          <w:rFonts w:ascii="Garamond" w:hAnsi="Garamond"/>
        </w:rPr>
      </w:pPr>
      <w:bookmarkStart w:id="0" w:name="_Toc214330658"/>
      <w:r w:rsidRPr="00AD57EF">
        <w:rPr>
          <w:rFonts w:ascii="Garamond" w:hAnsi="Garamond"/>
        </w:rPr>
        <w:lastRenderedPageBreak/>
        <w:t>Introduction</w:t>
      </w:r>
      <w:bookmarkEnd w:id="0"/>
    </w:p>
    <w:p w14:paraId="54055863" w14:textId="77777777" w:rsidR="00933CF4" w:rsidRPr="00933CF4" w:rsidRDefault="00933CF4" w:rsidP="00933CF4">
      <w:pPr>
        <w:ind w:left="288"/>
      </w:pPr>
      <w:r w:rsidRPr="00933CF4">
        <w:t xml:space="preserve">Leadership Begins </w:t>
      </w:r>
      <w:proofErr w:type="gramStart"/>
      <w:r w:rsidRPr="00933CF4">
        <w:t>With</w:t>
      </w:r>
      <w:proofErr w:type="gramEnd"/>
      <w:r w:rsidRPr="00933CF4">
        <w:t xml:space="preserve"> You</w:t>
      </w:r>
    </w:p>
    <w:p w14:paraId="6C1CA45B" w14:textId="77777777" w:rsidR="00933CF4" w:rsidRPr="00933CF4" w:rsidRDefault="00933CF4" w:rsidP="00933CF4">
      <w:pPr>
        <w:ind w:left="288"/>
      </w:pPr>
      <w:r w:rsidRPr="00933CF4">
        <w:t>Leadership is one of the most misunderstood skills in the world.</w:t>
      </w:r>
    </w:p>
    <w:p w14:paraId="21DA2175" w14:textId="77777777" w:rsidR="00933CF4" w:rsidRPr="00933CF4" w:rsidRDefault="00933CF4" w:rsidP="00933CF4">
      <w:pPr>
        <w:ind w:left="288"/>
      </w:pPr>
      <w:r w:rsidRPr="00933CF4">
        <w:t>Most people think leadership is:</w:t>
      </w:r>
    </w:p>
    <w:p w14:paraId="48425CA5" w14:textId="77777777" w:rsidR="00933CF4" w:rsidRPr="00933CF4" w:rsidRDefault="00933CF4" w:rsidP="00933CF4">
      <w:pPr>
        <w:numPr>
          <w:ilvl w:val="0"/>
          <w:numId w:val="61"/>
        </w:numPr>
        <w:contextualSpacing/>
      </w:pPr>
      <w:r w:rsidRPr="00933CF4">
        <w:t>something you’re born with</w:t>
      </w:r>
    </w:p>
    <w:p w14:paraId="34E9094C" w14:textId="77777777" w:rsidR="00933CF4" w:rsidRPr="00933CF4" w:rsidRDefault="00933CF4" w:rsidP="00933CF4">
      <w:pPr>
        <w:numPr>
          <w:ilvl w:val="0"/>
          <w:numId w:val="61"/>
        </w:numPr>
        <w:contextualSpacing/>
      </w:pPr>
      <w:r w:rsidRPr="00933CF4">
        <w:t>something only “important” people do</w:t>
      </w:r>
    </w:p>
    <w:p w14:paraId="6B167CE7" w14:textId="77777777" w:rsidR="00933CF4" w:rsidRPr="00933CF4" w:rsidRDefault="00933CF4" w:rsidP="00933CF4">
      <w:pPr>
        <w:numPr>
          <w:ilvl w:val="0"/>
          <w:numId w:val="61"/>
        </w:numPr>
        <w:contextualSpacing/>
      </w:pPr>
      <w:r w:rsidRPr="00933CF4">
        <w:t>something tied to job titles or rank</w:t>
      </w:r>
    </w:p>
    <w:p w14:paraId="58C29105" w14:textId="77777777" w:rsidR="00933CF4" w:rsidRPr="00933CF4" w:rsidRDefault="00933CF4" w:rsidP="00933CF4">
      <w:pPr>
        <w:numPr>
          <w:ilvl w:val="0"/>
          <w:numId w:val="61"/>
        </w:numPr>
        <w:contextualSpacing/>
      </w:pPr>
      <w:r w:rsidRPr="00933CF4">
        <w:t>something that requires having all the answers</w:t>
      </w:r>
    </w:p>
    <w:p w14:paraId="3B424442" w14:textId="77777777" w:rsidR="00933CF4" w:rsidRPr="00933CF4" w:rsidRDefault="00933CF4" w:rsidP="00933CF4">
      <w:pPr>
        <w:numPr>
          <w:ilvl w:val="0"/>
          <w:numId w:val="61"/>
        </w:numPr>
        <w:contextualSpacing/>
      </w:pPr>
      <w:r w:rsidRPr="00933CF4">
        <w:t>something that only happens once you “feel ready”</w:t>
      </w:r>
    </w:p>
    <w:p w14:paraId="784170D7" w14:textId="77777777" w:rsidR="00933CF4" w:rsidRPr="00933CF4" w:rsidRDefault="00933CF4" w:rsidP="00933CF4">
      <w:pPr>
        <w:ind w:left="288"/>
      </w:pPr>
      <w:r w:rsidRPr="00933CF4">
        <w:t>None of that is true.</w:t>
      </w:r>
    </w:p>
    <w:p w14:paraId="0192D248" w14:textId="77777777" w:rsidR="00933CF4" w:rsidRPr="00933CF4" w:rsidRDefault="00933CF4" w:rsidP="00933CF4">
      <w:pPr>
        <w:ind w:left="288"/>
      </w:pPr>
      <w:r w:rsidRPr="00933CF4">
        <w:t>Leadership begins the moment you decide to take responsibility for your life — for your thoughts, your actions, your habits, your discipline, your character, your emotional strength, and the example you set for others.</w:t>
      </w:r>
    </w:p>
    <w:p w14:paraId="7899D677" w14:textId="77777777" w:rsidR="00933CF4" w:rsidRPr="00933CF4" w:rsidRDefault="00933CF4" w:rsidP="00933CF4">
      <w:pPr>
        <w:ind w:left="288"/>
      </w:pPr>
      <w:r w:rsidRPr="00933CF4">
        <w:t>It begins long before you get a title.</w:t>
      </w:r>
      <w:r w:rsidRPr="00933CF4">
        <w:br/>
        <w:t>It begins long before anyone recognizes you.</w:t>
      </w:r>
      <w:r w:rsidRPr="00933CF4">
        <w:br/>
        <w:t>It begins long before you feel confident.</w:t>
      </w:r>
    </w:p>
    <w:p w14:paraId="40C589EB" w14:textId="77777777" w:rsidR="00933CF4" w:rsidRPr="00933CF4" w:rsidRDefault="00933CF4" w:rsidP="00933CF4">
      <w:pPr>
        <w:ind w:left="288"/>
      </w:pPr>
      <w:r w:rsidRPr="00933CF4">
        <w:t>Leadership begins inside you.</w:t>
      </w:r>
    </w:p>
    <w:p w14:paraId="7548D6F5" w14:textId="77777777" w:rsidR="00933CF4" w:rsidRPr="00933CF4" w:rsidRDefault="00933CF4" w:rsidP="00933CF4">
      <w:pPr>
        <w:ind w:left="288"/>
      </w:pPr>
      <w:r w:rsidRPr="00933CF4">
        <w:t xml:space="preserve">I did not learn leadership from a book or a classroom. I learned it through adversity, discipline, and life experience — through mistakes, pressure, responsibility, and seasons in my life where no one </w:t>
      </w:r>
      <w:proofErr w:type="gramStart"/>
      <w:r w:rsidRPr="00933CF4">
        <w:t>was coming</w:t>
      </w:r>
      <w:proofErr w:type="gramEnd"/>
      <w:r w:rsidRPr="00933CF4">
        <w:t xml:space="preserve"> to save me. I had to learn how to show up differently, think differently, and act differently if I wanted my life to change.</w:t>
      </w:r>
    </w:p>
    <w:p w14:paraId="066B6600" w14:textId="77777777" w:rsidR="00933CF4" w:rsidRPr="00933CF4" w:rsidRDefault="00933CF4" w:rsidP="00933CF4">
      <w:pPr>
        <w:ind w:left="288"/>
      </w:pPr>
      <w:r w:rsidRPr="00933CF4">
        <w:t>Some lessons I learned quietly.</w:t>
      </w:r>
      <w:r w:rsidRPr="00933CF4">
        <w:br/>
        <w:t>Some lessons I learned painfully.</w:t>
      </w:r>
      <w:r w:rsidRPr="00933CF4">
        <w:br/>
        <w:t>Some lessons I learned the hard way.</w:t>
      </w:r>
    </w:p>
    <w:p w14:paraId="6134BE2D" w14:textId="77777777" w:rsidR="00933CF4" w:rsidRPr="00933CF4" w:rsidRDefault="00933CF4" w:rsidP="00933CF4">
      <w:pPr>
        <w:ind w:left="288"/>
      </w:pPr>
      <w:r w:rsidRPr="00933CF4">
        <w:t>But all of them shaped the framework of leadership I now teach.</w:t>
      </w:r>
    </w:p>
    <w:p w14:paraId="3F70BCAF" w14:textId="77777777" w:rsidR="00933CF4" w:rsidRPr="00933CF4" w:rsidRDefault="00933CF4" w:rsidP="00933CF4">
      <w:pPr>
        <w:ind w:left="288"/>
      </w:pPr>
      <w:r w:rsidRPr="00933CF4">
        <w:t xml:space="preserve">This book is built for people who want to grow — not someday, not “when things settle down,” but now. Whether you’re rebuilding, improving, starting </w:t>
      </w:r>
      <w:r w:rsidRPr="00933CF4">
        <w:lastRenderedPageBreak/>
        <w:t>over, or stepping into a new role, this program is designed to strengthen the core of who you are.</w:t>
      </w:r>
    </w:p>
    <w:p w14:paraId="63035479" w14:textId="77777777" w:rsidR="00933CF4" w:rsidRPr="00933CF4" w:rsidRDefault="00933CF4" w:rsidP="00933CF4">
      <w:pPr>
        <w:ind w:left="288"/>
      </w:pPr>
      <w:r w:rsidRPr="00933CF4">
        <w:t>Leadership doesn’t happen by accident.</w:t>
      </w:r>
      <w:r w:rsidRPr="00933CF4">
        <w:br/>
        <w:t>It happens by decision.</w:t>
      </w:r>
    </w:p>
    <w:p w14:paraId="11CC8A10" w14:textId="77777777" w:rsidR="00933CF4" w:rsidRPr="00933CF4" w:rsidRDefault="00933CF4" w:rsidP="00933CF4">
      <w:pPr>
        <w:ind w:left="288"/>
      </w:pPr>
      <w:r w:rsidRPr="00933CF4">
        <w:t>That decision starts today.</w:t>
      </w:r>
    </w:p>
    <w:p w14:paraId="6ED95510" w14:textId="77777777" w:rsidR="00933CF4" w:rsidRPr="00933CF4" w:rsidRDefault="00933CF4" w:rsidP="00933CF4">
      <w:pPr>
        <w:ind w:left="288"/>
      </w:pPr>
      <w:r w:rsidRPr="00933CF4">
        <w:t>The RISE Framework™</w:t>
      </w:r>
    </w:p>
    <w:p w14:paraId="22A12B12" w14:textId="77777777" w:rsidR="00933CF4" w:rsidRPr="00933CF4" w:rsidRDefault="00933CF4" w:rsidP="00933CF4">
      <w:pPr>
        <w:ind w:left="288"/>
      </w:pPr>
      <w:r w:rsidRPr="00933CF4">
        <w:t>Every lesson in this book is built around four pillars:</w:t>
      </w:r>
    </w:p>
    <w:p w14:paraId="1BFE0684" w14:textId="77777777" w:rsidR="00933CF4" w:rsidRPr="00933CF4" w:rsidRDefault="00933CF4" w:rsidP="00933CF4">
      <w:pPr>
        <w:ind w:left="288"/>
      </w:pPr>
      <w:r w:rsidRPr="00933CF4">
        <w:t>R — Resilient Mindset</w:t>
      </w:r>
    </w:p>
    <w:p w14:paraId="7B4CB989" w14:textId="77777777" w:rsidR="00933CF4" w:rsidRPr="00933CF4" w:rsidRDefault="00933CF4" w:rsidP="00933CF4">
      <w:pPr>
        <w:ind w:left="288"/>
      </w:pPr>
      <w:r w:rsidRPr="00933CF4">
        <w:t>The ability to think clearly, handle adversity, and stay grounded under stress.</w:t>
      </w:r>
    </w:p>
    <w:p w14:paraId="4976B6D4" w14:textId="77777777" w:rsidR="00933CF4" w:rsidRPr="00933CF4" w:rsidRDefault="00933CF4" w:rsidP="00933CF4">
      <w:pPr>
        <w:ind w:left="288"/>
      </w:pPr>
      <w:r w:rsidRPr="00933CF4">
        <w:t>I — Intentional Action</w:t>
      </w:r>
    </w:p>
    <w:p w14:paraId="6A50B8CE" w14:textId="77777777" w:rsidR="00933CF4" w:rsidRPr="00933CF4" w:rsidRDefault="00933CF4" w:rsidP="00933CF4">
      <w:pPr>
        <w:ind w:left="288"/>
      </w:pPr>
      <w:r w:rsidRPr="00933CF4">
        <w:t>Habits, daily structure, and disciplined follow-through.</w:t>
      </w:r>
    </w:p>
    <w:p w14:paraId="35CEB637" w14:textId="77777777" w:rsidR="00933CF4" w:rsidRPr="00933CF4" w:rsidRDefault="00933CF4" w:rsidP="00933CF4">
      <w:pPr>
        <w:ind w:left="288"/>
      </w:pPr>
      <w:r w:rsidRPr="00933CF4">
        <w:t>S — Strength Through Struggle</w:t>
      </w:r>
    </w:p>
    <w:p w14:paraId="56312DBA" w14:textId="77777777" w:rsidR="00933CF4" w:rsidRPr="00933CF4" w:rsidRDefault="00933CF4" w:rsidP="00933CF4">
      <w:pPr>
        <w:ind w:left="288"/>
      </w:pPr>
      <w:r w:rsidRPr="00933CF4">
        <w:t>Learning from failure, managing emotions, and growing through challenging seasons.</w:t>
      </w:r>
    </w:p>
    <w:p w14:paraId="37B418EE" w14:textId="77777777" w:rsidR="00933CF4" w:rsidRPr="00933CF4" w:rsidRDefault="00933CF4" w:rsidP="00933CF4">
      <w:pPr>
        <w:ind w:left="288"/>
      </w:pPr>
      <w:r w:rsidRPr="00933CF4">
        <w:t>E — Empowered Leadership</w:t>
      </w:r>
    </w:p>
    <w:p w14:paraId="132D2C91" w14:textId="77777777" w:rsidR="00933CF4" w:rsidRPr="00933CF4" w:rsidRDefault="00933CF4" w:rsidP="00933CF4">
      <w:pPr>
        <w:ind w:left="288"/>
      </w:pPr>
      <w:r w:rsidRPr="00933CF4">
        <w:t>The ability to influence, communicate, motivate, and lead with integrity.</w:t>
      </w:r>
    </w:p>
    <w:p w14:paraId="471382CE" w14:textId="77777777" w:rsidR="00933CF4" w:rsidRPr="00933CF4" w:rsidRDefault="00933CF4" w:rsidP="00933CF4">
      <w:pPr>
        <w:ind w:left="288"/>
      </w:pPr>
      <w:r w:rsidRPr="00933CF4">
        <w:t>This program is not motivational fluff, and it’s not theory.</w:t>
      </w:r>
      <w:r w:rsidRPr="00933CF4">
        <w:br/>
        <w:t>It’s practical, daily leadership training.</w:t>
      </w:r>
    </w:p>
    <w:p w14:paraId="528DE14A" w14:textId="77777777" w:rsidR="00933CF4" w:rsidRPr="00933CF4" w:rsidRDefault="00933CF4" w:rsidP="00933CF4">
      <w:pPr>
        <w:ind w:left="288"/>
      </w:pPr>
      <w:r w:rsidRPr="00933CF4">
        <w:t>How to Use This Book</w:t>
      </w:r>
    </w:p>
    <w:p w14:paraId="2808C686" w14:textId="77777777" w:rsidR="00933CF4" w:rsidRPr="00933CF4" w:rsidRDefault="00933CF4" w:rsidP="00933CF4">
      <w:pPr>
        <w:ind w:left="288"/>
      </w:pPr>
      <w:r w:rsidRPr="00933CF4">
        <w:t>This is a 30-day program, not a book you read once and forget.</w:t>
      </w:r>
    </w:p>
    <w:p w14:paraId="73B4D912" w14:textId="77777777" w:rsidR="00933CF4" w:rsidRPr="00933CF4" w:rsidRDefault="00933CF4" w:rsidP="00933CF4">
      <w:pPr>
        <w:ind w:left="288"/>
      </w:pPr>
      <w:r w:rsidRPr="00933CF4">
        <w:t>Each day includes:</w:t>
      </w:r>
    </w:p>
    <w:p w14:paraId="7BF871EF" w14:textId="77777777" w:rsidR="00933CF4" w:rsidRPr="00933CF4" w:rsidRDefault="00933CF4" w:rsidP="00933CF4">
      <w:pPr>
        <w:ind w:left="288"/>
      </w:pPr>
      <w:r w:rsidRPr="00933CF4">
        <w:t>A focused lesson</w:t>
      </w:r>
    </w:p>
    <w:p w14:paraId="0537DB55" w14:textId="77777777" w:rsidR="00933CF4" w:rsidRPr="00933CF4" w:rsidRDefault="00933CF4" w:rsidP="00933CF4">
      <w:pPr>
        <w:ind w:left="288"/>
      </w:pPr>
      <w:r w:rsidRPr="00933CF4">
        <w:t>A practical coaching section</w:t>
      </w:r>
    </w:p>
    <w:p w14:paraId="4AE608F2" w14:textId="77777777" w:rsidR="00933CF4" w:rsidRPr="00933CF4" w:rsidRDefault="00933CF4" w:rsidP="00933CF4">
      <w:pPr>
        <w:ind w:left="288"/>
      </w:pPr>
      <w:r w:rsidRPr="00933CF4">
        <w:t>A real-world example or story</w:t>
      </w:r>
    </w:p>
    <w:p w14:paraId="75F2072C" w14:textId="77777777" w:rsidR="00933CF4" w:rsidRPr="00933CF4" w:rsidRDefault="00933CF4" w:rsidP="00933CF4">
      <w:pPr>
        <w:ind w:left="288"/>
      </w:pPr>
      <w:r w:rsidRPr="00933CF4">
        <w:t>A reflection question</w:t>
      </w:r>
    </w:p>
    <w:p w14:paraId="610A2C54" w14:textId="77777777" w:rsidR="00933CF4" w:rsidRPr="00933CF4" w:rsidRDefault="00933CF4" w:rsidP="00933CF4">
      <w:pPr>
        <w:ind w:left="288"/>
      </w:pPr>
      <w:r w:rsidRPr="00933CF4">
        <w:t>A leadership challenge</w:t>
      </w:r>
    </w:p>
    <w:p w14:paraId="5E536A68" w14:textId="77777777" w:rsidR="00933CF4" w:rsidRPr="00933CF4" w:rsidRDefault="00933CF4" w:rsidP="00933CF4">
      <w:pPr>
        <w:ind w:left="288"/>
      </w:pPr>
      <w:r w:rsidRPr="00933CF4">
        <w:lastRenderedPageBreak/>
        <w:t>Take your time.</w:t>
      </w:r>
      <w:r w:rsidRPr="00933CF4">
        <w:br/>
        <w:t>Go day by day.</w:t>
      </w:r>
      <w:r w:rsidRPr="00933CF4">
        <w:br/>
        <w:t>Let the lessons build on each other.</w:t>
      </w:r>
    </w:p>
    <w:p w14:paraId="4125F418" w14:textId="77777777" w:rsidR="00933CF4" w:rsidRPr="00933CF4" w:rsidRDefault="00933CF4" w:rsidP="00933CF4">
      <w:pPr>
        <w:ind w:left="288"/>
      </w:pPr>
      <w:r w:rsidRPr="00933CF4">
        <w:t>Whether you’ve never led before or you’re already in a leadership role, this program will strengthen you. Leadership is not measured by how loud you are or how many people you manage — it’s measured by how well you lead yourself.</w:t>
      </w:r>
    </w:p>
    <w:p w14:paraId="68120E2A" w14:textId="77777777" w:rsidR="00933CF4" w:rsidRPr="00933CF4" w:rsidRDefault="00933CF4" w:rsidP="00933CF4">
      <w:pPr>
        <w:ind w:left="288"/>
      </w:pPr>
      <w:r w:rsidRPr="00933CF4">
        <w:t>If you’re ready for the next chapter of your life,</w:t>
      </w:r>
      <w:r w:rsidRPr="00933CF4">
        <w:br/>
        <w:t>turn the page.</w:t>
      </w:r>
    </w:p>
    <w:p w14:paraId="17B64C1C" w14:textId="77777777" w:rsidR="00933CF4" w:rsidRPr="00933CF4" w:rsidRDefault="00933CF4" w:rsidP="00933CF4">
      <w:pPr>
        <w:ind w:left="288"/>
      </w:pPr>
      <w:r w:rsidRPr="00933CF4">
        <w:t>Your leadership journey starts right here.</w:t>
      </w:r>
    </w:p>
    <w:p w14:paraId="103405D8" w14:textId="74163ACA" w:rsidR="00164AF5" w:rsidRDefault="00933CF4" w:rsidP="004B1ADF">
      <w:pPr>
        <w:ind w:left="288"/>
      </w:pPr>
      <w:r w:rsidRPr="00933CF4">
        <w:t>— Ray Lowe Sr.</w:t>
      </w:r>
    </w:p>
    <w:p w14:paraId="08DB35DB" w14:textId="77777777" w:rsidR="00164AF5" w:rsidRDefault="00164AF5">
      <w:pPr>
        <w:ind w:firstLine="360"/>
      </w:pPr>
    </w:p>
    <w:p w14:paraId="0F5712AE" w14:textId="77777777" w:rsidR="00164AF5" w:rsidRDefault="00164AF5">
      <w:pPr>
        <w:ind w:firstLine="360"/>
      </w:pPr>
    </w:p>
    <w:p w14:paraId="7D61C96C" w14:textId="77777777" w:rsidR="00164AF5" w:rsidRDefault="00164AF5">
      <w:pPr>
        <w:ind w:firstLine="360"/>
      </w:pPr>
    </w:p>
    <w:p w14:paraId="634AE4F4" w14:textId="77777777" w:rsidR="00164AF5" w:rsidRDefault="00164AF5">
      <w:pPr>
        <w:ind w:firstLine="360"/>
      </w:pPr>
    </w:p>
    <w:p w14:paraId="309EC773" w14:textId="77777777" w:rsidR="00164AF5" w:rsidRDefault="00164AF5">
      <w:pPr>
        <w:ind w:firstLine="360"/>
      </w:pPr>
    </w:p>
    <w:p w14:paraId="46D46C77" w14:textId="77777777" w:rsidR="00164AF5" w:rsidRDefault="00164AF5">
      <w:pPr>
        <w:ind w:firstLine="360"/>
      </w:pPr>
    </w:p>
    <w:p w14:paraId="05F09785" w14:textId="77777777" w:rsidR="00164AF5" w:rsidRDefault="00164AF5">
      <w:pPr>
        <w:ind w:firstLine="360"/>
      </w:pPr>
    </w:p>
    <w:p w14:paraId="3F75B31E" w14:textId="77777777" w:rsidR="00164AF5" w:rsidRDefault="00164AF5">
      <w:pPr>
        <w:ind w:firstLine="360"/>
      </w:pPr>
    </w:p>
    <w:p w14:paraId="495BA43A" w14:textId="77777777" w:rsidR="00164AF5" w:rsidRDefault="00164AF5">
      <w:pPr>
        <w:ind w:firstLine="360"/>
      </w:pPr>
    </w:p>
    <w:p w14:paraId="43E24728" w14:textId="77777777" w:rsidR="00164AF5" w:rsidRDefault="00164AF5">
      <w:pPr>
        <w:ind w:firstLine="360"/>
      </w:pPr>
    </w:p>
    <w:p w14:paraId="1390A8BC" w14:textId="77777777" w:rsidR="00164AF5" w:rsidRDefault="00164AF5">
      <w:pPr>
        <w:ind w:firstLine="360"/>
      </w:pPr>
    </w:p>
    <w:p w14:paraId="0CC49111" w14:textId="77777777" w:rsidR="00164AF5" w:rsidRDefault="00164AF5">
      <w:pPr>
        <w:ind w:firstLine="360"/>
      </w:pPr>
    </w:p>
    <w:p w14:paraId="09F07760" w14:textId="77777777" w:rsidR="00164AF5" w:rsidRDefault="00164AF5">
      <w:pPr>
        <w:ind w:firstLine="360"/>
      </w:pPr>
    </w:p>
    <w:p w14:paraId="17764007" w14:textId="77777777" w:rsidR="00164AF5" w:rsidRDefault="00164AF5">
      <w:pPr>
        <w:ind w:firstLine="360"/>
      </w:pPr>
    </w:p>
    <w:p w14:paraId="71CFDB0E" w14:textId="77777777" w:rsidR="00164AF5" w:rsidRDefault="00164AF5">
      <w:pPr>
        <w:ind w:firstLine="360"/>
      </w:pPr>
    </w:p>
    <w:p w14:paraId="07E8990F" w14:textId="77777777" w:rsidR="001C0E48" w:rsidRDefault="001C0E48">
      <w:pPr>
        <w:pStyle w:val="Heading1"/>
        <w:jc w:val="center"/>
      </w:pPr>
      <w:bookmarkStart w:id="1" w:name="_Toc214330659"/>
      <w:r>
        <w:lastRenderedPageBreak/>
        <w:br w:type="page"/>
      </w:r>
    </w:p>
    <w:p w14:paraId="26FA2763" w14:textId="342EF137" w:rsidR="00651DE4" w:rsidRDefault="00000000">
      <w:pPr>
        <w:pStyle w:val="Heading1"/>
        <w:jc w:val="center"/>
      </w:pPr>
      <w:r>
        <w:lastRenderedPageBreak/>
        <w:t>Week One — The Resilient Leader</w:t>
      </w:r>
      <w:bookmarkEnd w:id="1"/>
    </w:p>
    <w:p w14:paraId="62C26507" w14:textId="77777777" w:rsidR="00A43EAF" w:rsidRPr="00A43EAF" w:rsidRDefault="00A43EAF" w:rsidP="00A43EAF">
      <w:pPr>
        <w:spacing w:before="100" w:beforeAutospacing="1" w:after="100" w:afterAutospacing="1" w:line="240" w:lineRule="auto"/>
        <w:outlineLvl w:val="2"/>
        <w:rPr>
          <w:rFonts w:ascii="Times New Roman" w:eastAsia="Times New Roman" w:hAnsi="Times New Roman" w:cs="Times New Roman"/>
          <w:b/>
          <w:bCs/>
          <w:sz w:val="27"/>
          <w:szCs w:val="27"/>
        </w:rPr>
      </w:pPr>
      <w:r w:rsidRPr="00A43EAF">
        <w:rPr>
          <w:rFonts w:ascii="Times New Roman" w:eastAsia="Times New Roman" w:hAnsi="Times New Roman" w:cs="Times New Roman"/>
          <w:b/>
          <w:bCs/>
          <w:i/>
          <w:iCs/>
          <w:sz w:val="27"/>
          <w:szCs w:val="27"/>
        </w:rPr>
        <w:t>Building Your Foundation of Inner Strength</w:t>
      </w:r>
    </w:p>
    <w:p w14:paraId="56AAB5A7" w14:textId="77777777" w:rsidR="00A43EAF" w:rsidRPr="00A43EAF" w:rsidRDefault="00A43EAF" w:rsidP="00A43EAF">
      <w:pPr>
        <w:spacing w:before="100" w:beforeAutospacing="1" w:after="100" w:afterAutospacing="1" w:line="240" w:lineRule="auto"/>
        <w:rPr>
          <w:rFonts w:ascii="Times New Roman" w:eastAsia="Times New Roman" w:hAnsi="Times New Roman" w:cs="Times New Roman"/>
          <w:sz w:val="24"/>
          <w:szCs w:val="24"/>
        </w:rPr>
      </w:pPr>
      <w:r w:rsidRPr="00A43EAF">
        <w:rPr>
          <w:rFonts w:ascii="Times New Roman" w:eastAsia="Times New Roman" w:hAnsi="Times New Roman" w:cs="Times New Roman"/>
          <w:sz w:val="24"/>
          <w:szCs w:val="24"/>
        </w:rPr>
        <w:t xml:space="preserve">There is a moment in every person’s life when they look in the mirror and know something </w:t>
      </w:r>
      <w:proofErr w:type="gramStart"/>
      <w:r w:rsidRPr="00A43EAF">
        <w:rPr>
          <w:rFonts w:ascii="Times New Roman" w:eastAsia="Times New Roman" w:hAnsi="Times New Roman" w:cs="Times New Roman"/>
          <w:sz w:val="24"/>
          <w:szCs w:val="24"/>
        </w:rPr>
        <w:t>has to</w:t>
      </w:r>
      <w:proofErr w:type="gramEnd"/>
      <w:r w:rsidRPr="00A43EAF">
        <w:rPr>
          <w:rFonts w:ascii="Times New Roman" w:eastAsia="Times New Roman" w:hAnsi="Times New Roman" w:cs="Times New Roman"/>
          <w:sz w:val="24"/>
          <w:szCs w:val="24"/>
        </w:rPr>
        <w:t xml:space="preserve"> change.</w:t>
      </w:r>
      <w:r w:rsidRPr="00A43EAF">
        <w:rPr>
          <w:rFonts w:ascii="Times New Roman" w:eastAsia="Times New Roman" w:hAnsi="Times New Roman" w:cs="Times New Roman"/>
          <w:sz w:val="24"/>
          <w:szCs w:val="24"/>
        </w:rPr>
        <w:br/>
        <w:t>Maybe it’s not dramatic.</w:t>
      </w:r>
      <w:r w:rsidRPr="00A43EAF">
        <w:rPr>
          <w:rFonts w:ascii="Times New Roman" w:eastAsia="Times New Roman" w:hAnsi="Times New Roman" w:cs="Times New Roman"/>
          <w:sz w:val="24"/>
          <w:szCs w:val="24"/>
        </w:rPr>
        <w:br/>
        <w:t>Maybe there’s no explosion, no crisis, no big turning point.</w:t>
      </w:r>
      <w:r w:rsidRPr="00A43EAF">
        <w:rPr>
          <w:rFonts w:ascii="Times New Roman" w:eastAsia="Times New Roman" w:hAnsi="Times New Roman" w:cs="Times New Roman"/>
          <w:sz w:val="24"/>
          <w:szCs w:val="24"/>
        </w:rPr>
        <w:br/>
        <w:t>Maybe it’s quiet — a still, subtle realization:</w:t>
      </w:r>
    </w:p>
    <w:p w14:paraId="6E07A806" w14:textId="77777777" w:rsidR="00A43EAF" w:rsidRPr="00A43EAF" w:rsidRDefault="00A43EAF" w:rsidP="00A43EAF">
      <w:pPr>
        <w:spacing w:before="100" w:beforeAutospacing="1" w:after="100" w:afterAutospacing="1" w:line="240" w:lineRule="auto"/>
        <w:rPr>
          <w:rFonts w:ascii="Times New Roman" w:eastAsia="Times New Roman" w:hAnsi="Times New Roman" w:cs="Times New Roman"/>
          <w:sz w:val="24"/>
          <w:szCs w:val="24"/>
        </w:rPr>
      </w:pPr>
      <w:r w:rsidRPr="00A43EAF">
        <w:rPr>
          <w:rFonts w:ascii="Times New Roman" w:eastAsia="Times New Roman" w:hAnsi="Times New Roman" w:cs="Times New Roman"/>
          <w:b/>
          <w:bCs/>
          <w:sz w:val="24"/>
          <w:szCs w:val="24"/>
        </w:rPr>
        <w:t>“I’m meant for more than how I’ve been living.”</w:t>
      </w:r>
    </w:p>
    <w:p w14:paraId="36C5DEA6" w14:textId="77777777" w:rsidR="00A43EAF" w:rsidRPr="00A43EAF" w:rsidRDefault="00A43EAF" w:rsidP="00A43EAF">
      <w:pPr>
        <w:spacing w:before="100" w:beforeAutospacing="1" w:after="100" w:afterAutospacing="1" w:line="240" w:lineRule="auto"/>
        <w:rPr>
          <w:rFonts w:ascii="Times New Roman" w:eastAsia="Times New Roman" w:hAnsi="Times New Roman" w:cs="Times New Roman"/>
          <w:sz w:val="24"/>
          <w:szCs w:val="24"/>
        </w:rPr>
      </w:pPr>
      <w:r w:rsidRPr="00A43EAF">
        <w:rPr>
          <w:rFonts w:ascii="Times New Roman" w:eastAsia="Times New Roman" w:hAnsi="Times New Roman" w:cs="Times New Roman"/>
          <w:sz w:val="24"/>
          <w:szCs w:val="24"/>
        </w:rPr>
        <w:t>For me, that moment didn’t come all at once.</w:t>
      </w:r>
      <w:r w:rsidRPr="00A43EAF">
        <w:rPr>
          <w:rFonts w:ascii="Times New Roman" w:eastAsia="Times New Roman" w:hAnsi="Times New Roman" w:cs="Times New Roman"/>
          <w:sz w:val="24"/>
          <w:szCs w:val="24"/>
        </w:rPr>
        <w:br/>
        <w:t xml:space="preserve">It came in pieces — in seasons where life felt heavier than it should have, in moments where I knew I was capable of more discipline, more focus, more strength. The truth is: most people don’t lack potential. They lack </w:t>
      </w:r>
      <w:r w:rsidRPr="00A43EAF">
        <w:rPr>
          <w:rFonts w:ascii="Times New Roman" w:eastAsia="Times New Roman" w:hAnsi="Times New Roman" w:cs="Times New Roman"/>
          <w:i/>
          <w:iCs/>
          <w:sz w:val="24"/>
          <w:szCs w:val="24"/>
        </w:rPr>
        <w:t>direction,</w:t>
      </w:r>
      <w:r w:rsidRPr="00A43EAF">
        <w:rPr>
          <w:rFonts w:ascii="Times New Roman" w:eastAsia="Times New Roman" w:hAnsi="Times New Roman" w:cs="Times New Roman"/>
          <w:sz w:val="24"/>
          <w:szCs w:val="24"/>
        </w:rPr>
        <w:t xml:space="preserve"> </w:t>
      </w:r>
      <w:r w:rsidRPr="00A43EAF">
        <w:rPr>
          <w:rFonts w:ascii="Times New Roman" w:eastAsia="Times New Roman" w:hAnsi="Times New Roman" w:cs="Times New Roman"/>
          <w:i/>
          <w:iCs/>
          <w:sz w:val="24"/>
          <w:szCs w:val="24"/>
        </w:rPr>
        <w:t>structure,</w:t>
      </w:r>
      <w:r w:rsidRPr="00A43EAF">
        <w:rPr>
          <w:rFonts w:ascii="Times New Roman" w:eastAsia="Times New Roman" w:hAnsi="Times New Roman" w:cs="Times New Roman"/>
          <w:sz w:val="24"/>
          <w:szCs w:val="24"/>
        </w:rPr>
        <w:t xml:space="preserve"> and the </w:t>
      </w:r>
      <w:r w:rsidRPr="00A43EAF">
        <w:rPr>
          <w:rFonts w:ascii="Times New Roman" w:eastAsia="Times New Roman" w:hAnsi="Times New Roman" w:cs="Times New Roman"/>
          <w:i/>
          <w:iCs/>
          <w:sz w:val="24"/>
          <w:szCs w:val="24"/>
        </w:rPr>
        <w:t>inner foundation</w:t>
      </w:r>
      <w:r w:rsidRPr="00A43EAF">
        <w:rPr>
          <w:rFonts w:ascii="Times New Roman" w:eastAsia="Times New Roman" w:hAnsi="Times New Roman" w:cs="Times New Roman"/>
          <w:sz w:val="24"/>
          <w:szCs w:val="24"/>
        </w:rPr>
        <w:t xml:space="preserve"> that leadership requires.</w:t>
      </w:r>
    </w:p>
    <w:p w14:paraId="5FFB5281" w14:textId="77777777" w:rsidR="00A43EAF" w:rsidRPr="00A43EAF" w:rsidRDefault="00A43EAF" w:rsidP="00A43EAF">
      <w:pPr>
        <w:spacing w:before="100" w:beforeAutospacing="1" w:after="100" w:afterAutospacing="1" w:line="240" w:lineRule="auto"/>
        <w:rPr>
          <w:rFonts w:ascii="Times New Roman" w:eastAsia="Times New Roman" w:hAnsi="Times New Roman" w:cs="Times New Roman"/>
          <w:sz w:val="24"/>
          <w:szCs w:val="24"/>
        </w:rPr>
      </w:pPr>
      <w:r w:rsidRPr="00A43EAF">
        <w:rPr>
          <w:rFonts w:ascii="Times New Roman" w:eastAsia="Times New Roman" w:hAnsi="Times New Roman" w:cs="Times New Roman"/>
          <w:sz w:val="24"/>
          <w:szCs w:val="24"/>
        </w:rPr>
        <w:t>That’s why Week One exists.</w:t>
      </w:r>
    </w:p>
    <w:p w14:paraId="479914A7" w14:textId="77777777" w:rsidR="00A43EAF" w:rsidRPr="00A43EAF" w:rsidRDefault="00A43EAF" w:rsidP="00A43EAF">
      <w:pPr>
        <w:spacing w:before="100" w:beforeAutospacing="1" w:after="100" w:afterAutospacing="1" w:line="240" w:lineRule="auto"/>
        <w:rPr>
          <w:rFonts w:ascii="Times New Roman" w:eastAsia="Times New Roman" w:hAnsi="Times New Roman" w:cs="Times New Roman"/>
          <w:sz w:val="24"/>
          <w:szCs w:val="24"/>
        </w:rPr>
      </w:pPr>
      <w:r w:rsidRPr="00A43EAF">
        <w:rPr>
          <w:rFonts w:ascii="Times New Roman" w:eastAsia="Times New Roman" w:hAnsi="Times New Roman" w:cs="Times New Roman"/>
          <w:sz w:val="24"/>
          <w:szCs w:val="24"/>
        </w:rPr>
        <w:t>Before we talk about leading others…</w:t>
      </w:r>
      <w:r w:rsidRPr="00A43EAF">
        <w:rPr>
          <w:rFonts w:ascii="Times New Roman" w:eastAsia="Times New Roman" w:hAnsi="Times New Roman" w:cs="Times New Roman"/>
          <w:sz w:val="24"/>
          <w:szCs w:val="24"/>
        </w:rPr>
        <w:br/>
        <w:t>Before we talk about communication, confidence, influence, or purpose…</w:t>
      </w:r>
      <w:r w:rsidRPr="00A43EAF">
        <w:rPr>
          <w:rFonts w:ascii="Times New Roman" w:eastAsia="Times New Roman" w:hAnsi="Times New Roman" w:cs="Times New Roman"/>
          <w:sz w:val="24"/>
          <w:szCs w:val="24"/>
        </w:rPr>
        <w:br/>
        <w:t xml:space="preserve">We </w:t>
      </w:r>
      <w:proofErr w:type="gramStart"/>
      <w:r w:rsidRPr="00A43EAF">
        <w:rPr>
          <w:rFonts w:ascii="Times New Roman" w:eastAsia="Times New Roman" w:hAnsi="Times New Roman" w:cs="Times New Roman"/>
          <w:sz w:val="24"/>
          <w:szCs w:val="24"/>
        </w:rPr>
        <w:t>have to</w:t>
      </w:r>
      <w:proofErr w:type="gramEnd"/>
      <w:r w:rsidRPr="00A43EAF">
        <w:rPr>
          <w:rFonts w:ascii="Times New Roman" w:eastAsia="Times New Roman" w:hAnsi="Times New Roman" w:cs="Times New Roman"/>
          <w:sz w:val="24"/>
          <w:szCs w:val="24"/>
        </w:rPr>
        <w:t xml:space="preserve"> build the one thing leadership cannot survive without:</w:t>
      </w:r>
    </w:p>
    <w:p w14:paraId="56BA12D3" w14:textId="77777777" w:rsidR="00A43EAF" w:rsidRPr="00A43EAF" w:rsidRDefault="00A43EAF" w:rsidP="00A43EAF">
      <w:pPr>
        <w:spacing w:before="100" w:beforeAutospacing="1" w:after="100" w:afterAutospacing="1" w:line="240" w:lineRule="auto"/>
        <w:rPr>
          <w:rFonts w:ascii="Times New Roman" w:eastAsia="Times New Roman" w:hAnsi="Times New Roman" w:cs="Times New Roman"/>
          <w:sz w:val="24"/>
          <w:szCs w:val="24"/>
        </w:rPr>
      </w:pPr>
      <w:r w:rsidRPr="00A43EAF">
        <w:rPr>
          <w:rFonts w:ascii="Times New Roman" w:eastAsia="Times New Roman" w:hAnsi="Times New Roman" w:cs="Times New Roman"/>
          <w:b/>
          <w:bCs/>
          <w:sz w:val="24"/>
          <w:szCs w:val="24"/>
        </w:rPr>
        <w:t>A resilient inner foundation.</w:t>
      </w:r>
    </w:p>
    <w:p w14:paraId="3B70FF6B" w14:textId="77777777" w:rsidR="00A43EAF" w:rsidRPr="00A43EAF" w:rsidRDefault="00A43EAF" w:rsidP="00A43EAF">
      <w:pPr>
        <w:spacing w:before="100" w:beforeAutospacing="1" w:after="100" w:afterAutospacing="1" w:line="240" w:lineRule="auto"/>
        <w:rPr>
          <w:rFonts w:ascii="Times New Roman" w:eastAsia="Times New Roman" w:hAnsi="Times New Roman" w:cs="Times New Roman"/>
          <w:sz w:val="24"/>
          <w:szCs w:val="24"/>
        </w:rPr>
      </w:pPr>
      <w:r w:rsidRPr="00A43EAF">
        <w:rPr>
          <w:rFonts w:ascii="Times New Roman" w:eastAsia="Times New Roman" w:hAnsi="Times New Roman" w:cs="Times New Roman"/>
          <w:sz w:val="24"/>
          <w:szCs w:val="24"/>
        </w:rPr>
        <w:t>Without this foundation, everything else eventually cracks.</w:t>
      </w:r>
      <w:r w:rsidRPr="00A43EAF">
        <w:rPr>
          <w:rFonts w:ascii="Times New Roman" w:eastAsia="Times New Roman" w:hAnsi="Times New Roman" w:cs="Times New Roman"/>
          <w:sz w:val="24"/>
          <w:szCs w:val="24"/>
        </w:rPr>
        <w:br/>
        <w:t>With this foundation, everything else begins to rise.</w:t>
      </w:r>
    </w:p>
    <w:p w14:paraId="790392BF" w14:textId="77777777" w:rsidR="00A43EAF" w:rsidRPr="00A43EAF" w:rsidRDefault="00A43EAF" w:rsidP="00A43EAF">
      <w:pPr>
        <w:spacing w:before="100" w:beforeAutospacing="1" w:after="100" w:afterAutospacing="1" w:line="240" w:lineRule="auto"/>
        <w:rPr>
          <w:rFonts w:ascii="Times New Roman" w:eastAsia="Times New Roman" w:hAnsi="Times New Roman" w:cs="Times New Roman"/>
          <w:sz w:val="24"/>
          <w:szCs w:val="24"/>
        </w:rPr>
      </w:pPr>
      <w:r w:rsidRPr="00A43EAF">
        <w:rPr>
          <w:rFonts w:ascii="Times New Roman" w:eastAsia="Times New Roman" w:hAnsi="Times New Roman" w:cs="Times New Roman"/>
          <w:sz w:val="24"/>
          <w:szCs w:val="24"/>
        </w:rPr>
        <w:t>This week, we focus on you — your values, your thoughts, your emotions, your identity. These lessons will set the tone for the leader you’re becoming.</w:t>
      </w:r>
    </w:p>
    <w:p w14:paraId="65C5B5A3" w14:textId="6B040980" w:rsidR="00651DE4" w:rsidRDefault="00A43EAF" w:rsidP="005E0B8E">
      <w:pPr>
        <w:spacing w:before="100" w:beforeAutospacing="1" w:after="100" w:afterAutospacing="1" w:line="240" w:lineRule="auto"/>
      </w:pPr>
      <w:r w:rsidRPr="00A43EAF">
        <w:rPr>
          <w:rFonts w:ascii="Times New Roman" w:eastAsia="Times New Roman" w:hAnsi="Times New Roman" w:cs="Times New Roman"/>
          <w:sz w:val="24"/>
          <w:szCs w:val="24"/>
        </w:rPr>
        <w:t>Let’s begin.</w:t>
      </w:r>
    </w:p>
    <w:p w14:paraId="6CD622A7" w14:textId="77777777" w:rsidR="00651DE4" w:rsidRDefault="00000000">
      <w:pPr>
        <w:pStyle w:val="Heading2"/>
      </w:pPr>
      <w:bookmarkStart w:id="2" w:name="_Toc214330660"/>
      <w:r>
        <w:lastRenderedPageBreak/>
        <w:t>Day 1 — Core Values</w:t>
      </w:r>
      <w:bookmarkEnd w:id="2"/>
    </w:p>
    <w:p w14:paraId="5088CAA6" w14:textId="77777777" w:rsidR="006B62FE" w:rsidRPr="006B62FE" w:rsidRDefault="006B62FE" w:rsidP="006B62FE">
      <w:pPr>
        <w:spacing w:before="100" w:beforeAutospacing="1" w:after="100" w:afterAutospacing="1" w:line="240" w:lineRule="auto"/>
        <w:outlineLvl w:val="2"/>
        <w:rPr>
          <w:rFonts w:ascii="Times New Roman" w:eastAsia="Times New Roman" w:hAnsi="Times New Roman" w:cs="Times New Roman"/>
          <w:b/>
          <w:bCs/>
          <w:sz w:val="27"/>
          <w:szCs w:val="27"/>
        </w:rPr>
      </w:pPr>
      <w:r w:rsidRPr="006B62FE">
        <w:rPr>
          <w:rFonts w:ascii="Times New Roman" w:eastAsia="Times New Roman" w:hAnsi="Times New Roman" w:cs="Times New Roman"/>
          <w:b/>
          <w:bCs/>
          <w:i/>
          <w:iCs/>
          <w:sz w:val="27"/>
          <w:szCs w:val="27"/>
        </w:rPr>
        <w:t xml:space="preserve">Leadership Starts </w:t>
      </w:r>
      <w:proofErr w:type="gramStart"/>
      <w:r w:rsidRPr="006B62FE">
        <w:rPr>
          <w:rFonts w:ascii="Times New Roman" w:eastAsia="Times New Roman" w:hAnsi="Times New Roman" w:cs="Times New Roman"/>
          <w:b/>
          <w:bCs/>
          <w:i/>
          <w:iCs/>
          <w:sz w:val="27"/>
          <w:szCs w:val="27"/>
        </w:rPr>
        <w:t>With</w:t>
      </w:r>
      <w:proofErr w:type="gramEnd"/>
      <w:r w:rsidRPr="006B62FE">
        <w:rPr>
          <w:rFonts w:ascii="Times New Roman" w:eastAsia="Times New Roman" w:hAnsi="Times New Roman" w:cs="Times New Roman"/>
          <w:b/>
          <w:bCs/>
          <w:i/>
          <w:iCs/>
          <w:sz w:val="27"/>
          <w:szCs w:val="27"/>
        </w:rPr>
        <w:t xml:space="preserve"> Who You Are, Long Before What You Do</w:t>
      </w:r>
    </w:p>
    <w:p w14:paraId="2AD3133B"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One thing I’ve learned from my own journey is this:</w:t>
      </w:r>
      <w:r w:rsidRPr="006B62FE">
        <w:rPr>
          <w:rFonts w:ascii="Times New Roman" w:eastAsia="Times New Roman" w:hAnsi="Times New Roman" w:cs="Times New Roman"/>
          <w:sz w:val="24"/>
          <w:szCs w:val="24"/>
        </w:rPr>
        <w:br/>
        <w:t>Whenever I’ve drifted in life, it was because I wasn’t anchored by my values.</w:t>
      </w:r>
    </w:p>
    <w:p w14:paraId="7E957880"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When life gets chaotic, people fall back on:</w:t>
      </w:r>
    </w:p>
    <w:p w14:paraId="473CBDF0" w14:textId="77777777" w:rsidR="006B62FE" w:rsidRPr="006B62FE" w:rsidRDefault="006B62FE" w:rsidP="006B62FE">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their habits</w:t>
      </w:r>
    </w:p>
    <w:p w14:paraId="004F6859" w14:textId="77777777" w:rsidR="006B62FE" w:rsidRPr="006B62FE" w:rsidRDefault="006B62FE" w:rsidP="006B62FE">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their impulses</w:t>
      </w:r>
    </w:p>
    <w:p w14:paraId="0162CEBD" w14:textId="77777777" w:rsidR="006B62FE" w:rsidRPr="006B62FE" w:rsidRDefault="006B62FE" w:rsidP="006B62FE">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their patterns</w:t>
      </w:r>
    </w:p>
    <w:p w14:paraId="46A1E92D" w14:textId="77777777" w:rsidR="006B62FE" w:rsidRPr="006B62FE" w:rsidRDefault="006B62FE" w:rsidP="006B62FE">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their past conditioning</w:t>
      </w:r>
    </w:p>
    <w:p w14:paraId="4C7B3442"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 xml:space="preserve">But leaders fall back on </w:t>
      </w:r>
      <w:r w:rsidRPr="006B62FE">
        <w:rPr>
          <w:rFonts w:ascii="Times New Roman" w:eastAsia="Times New Roman" w:hAnsi="Times New Roman" w:cs="Times New Roman"/>
          <w:b/>
          <w:bCs/>
          <w:sz w:val="24"/>
          <w:szCs w:val="24"/>
        </w:rPr>
        <w:t>values</w:t>
      </w:r>
      <w:r w:rsidRPr="006B62FE">
        <w:rPr>
          <w:rFonts w:ascii="Times New Roman" w:eastAsia="Times New Roman" w:hAnsi="Times New Roman" w:cs="Times New Roman"/>
          <w:sz w:val="24"/>
          <w:szCs w:val="24"/>
        </w:rPr>
        <w:t>.</w:t>
      </w:r>
    </w:p>
    <w:p w14:paraId="2D909D06"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Values are not things you write down once and forget.</w:t>
      </w:r>
      <w:r w:rsidRPr="006B62FE">
        <w:rPr>
          <w:rFonts w:ascii="Times New Roman" w:eastAsia="Times New Roman" w:hAnsi="Times New Roman" w:cs="Times New Roman"/>
          <w:sz w:val="24"/>
          <w:szCs w:val="24"/>
        </w:rPr>
        <w:br/>
        <w:t xml:space="preserve">Values are who you choose to be </w:t>
      </w:r>
      <w:r w:rsidRPr="006B62FE">
        <w:rPr>
          <w:rFonts w:ascii="Times New Roman" w:eastAsia="Times New Roman" w:hAnsi="Times New Roman" w:cs="Times New Roman"/>
          <w:b/>
          <w:bCs/>
          <w:sz w:val="24"/>
          <w:szCs w:val="24"/>
        </w:rPr>
        <w:t>when things get hard</w:t>
      </w:r>
      <w:r w:rsidRPr="006B62FE">
        <w:rPr>
          <w:rFonts w:ascii="Times New Roman" w:eastAsia="Times New Roman" w:hAnsi="Times New Roman" w:cs="Times New Roman"/>
          <w:sz w:val="24"/>
          <w:szCs w:val="24"/>
        </w:rPr>
        <w:t>.</w:t>
      </w:r>
    </w:p>
    <w:p w14:paraId="1FE4A8E0"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There were seasons in my life where I reacted from stress instead of purpose.</w:t>
      </w:r>
      <w:r w:rsidRPr="006B62FE">
        <w:rPr>
          <w:rFonts w:ascii="Times New Roman" w:eastAsia="Times New Roman" w:hAnsi="Times New Roman" w:cs="Times New Roman"/>
          <w:sz w:val="24"/>
          <w:szCs w:val="24"/>
        </w:rPr>
        <w:br/>
        <w:t>Times when I let frustration talk louder than wisdom…</w:t>
      </w:r>
      <w:r w:rsidRPr="006B62FE">
        <w:rPr>
          <w:rFonts w:ascii="Times New Roman" w:eastAsia="Times New Roman" w:hAnsi="Times New Roman" w:cs="Times New Roman"/>
          <w:sz w:val="24"/>
          <w:szCs w:val="24"/>
        </w:rPr>
        <w:br/>
        <w:t>Times when I didn’t pause long enough to ask myself:</w:t>
      </w:r>
    </w:p>
    <w:p w14:paraId="222F6DF9"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b/>
          <w:bCs/>
          <w:sz w:val="24"/>
          <w:szCs w:val="24"/>
        </w:rPr>
        <w:t>“Is this how the leader inside me behaves?”</w:t>
      </w:r>
    </w:p>
    <w:p w14:paraId="109A9FB5"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Values change that.</w:t>
      </w:r>
    </w:p>
    <w:p w14:paraId="16EDA9B7"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 xml:space="preserve">Values create a </w:t>
      </w:r>
      <w:r w:rsidRPr="006B62FE">
        <w:rPr>
          <w:rFonts w:ascii="Times New Roman" w:eastAsia="Times New Roman" w:hAnsi="Times New Roman" w:cs="Times New Roman"/>
          <w:b/>
          <w:bCs/>
          <w:sz w:val="24"/>
          <w:szCs w:val="24"/>
        </w:rPr>
        <w:t>leadership identity</w:t>
      </w:r>
      <w:r w:rsidRPr="006B62FE">
        <w:rPr>
          <w:rFonts w:ascii="Times New Roman" w:eastAsia="Times New Roman" w:hAnsi="Times New Roman" w:cs="Times New Roman"/>
          <w:sz w:val="24"/>
          <w:szCs w:val="24"/>
        </w:rPr>
        <w:t xml:space="preserve"> that shows up </w:t>
      </w:r>
      <w:r w:rsidRPr="006B62FE">
        <w:rPr>
          <w:rFonts w:ascii="Times New Roman" w:eastAsia="Times New Roman" w:hAnsi="Times New Roman" w:cs="Times New Roman"/>
          <w:i/>
          <w:iCs/>
          <w:sz w:val="24"/>
          <w:szCs w:val="24"/>
        </w:rPr>
        <w:t>before</w:t>
      </w:r>
      <w:r w:rsidRPr="006B62FE">
        <w:rPr>
          <w:rFonts w:ascii="Times New Roman" w:eastAsia="Times New Roman" w:hAnsi="Times New Roman" w:cs="Times New Roman"/>
          <w:sz w:val="24"/>
          <w:szCs w:val="24"/>
        </w:rPr>
        <w:t xml:space="preserve"> emotions, before fear, and before pressure.</w:t>
      </w:r>
    </w:p>
    <w:p w14:paraId="3694857B"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Here are five categories where values guide your leadership:</w:t>
      </w:r>
    </w:p>
    <w:p w14:paraId="7AD19BC4" w14:textId="77777777" w:rsidR="006B62FE" w:rsidRPr="006B62FE" w:rsidRDefault="006B62FE" w:rsidP="006B62FE">
      <w:pPr>
        <w:spacing w:before="100" w:beforeAutospacing="1" w:after="100" w:afterAutospacing="1" w:line="240" w:lineRule="auto"/>
        <w:outlineLvl w:val="2"/>
        <w:rPr>
          <w:rFonts w:ascii="Times New Roman" w:eastAsia="Times New Roman" w:hAnsi="Times New Roman" w:cs="Times New Roman"/>
          <w:b/>
          <w:bCs/>
          <w:sz w:val="27"/>
          <w:szCs w:val="27"/>
        </w:rPr>
      </w:pPr>
      <w:r w:rsidRPr="006B62FE">
        <w:rPr>
          <w:rFonts w:ascii="Times New Roman" w:eastAsia="Times New Roman" w:hAnsi="Times New Roman" w:cs="Times New Roman"/>
          <w:b/>
          <w:bCs/>
          <w:sz w:val="27"/>
          <w:szCs w:val="27"/>
        </w:rPr>
        <w:t>1. Relationships</w:t>
      </w:r>
    </w:p>
    <w:p w14:paraId="5651B779"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lastRenderedPageBreak/>
        <w:t>How you treat others — with respect, honesty, patience, boundaries.</w:t>
      </w:r>
    </w:p>
    <w:p w14:paraId="17F86DCF" w14:textId="77777777" w:rsidR="006B62FE" w:rsidRPr="006B62FE" w:rsidRDefault="006B62FE" w:rsidP="006B62FE">
      <w:pPr>
        <w:spacing w:before="100" w:beforeAutospacing="1" w:after="100" w:afterAutospacing="1" w:line="240" w:lineRule="auto"/>
        <w:outlineLvl w:val="2"/>
        <w:rPr>
          <w:rFonts w:ascii="Times New Roman" w:eastAsia="Times New Roman" w:hAnsi="Times New Roman" w:cs="Times New Roman"/>
          <w:b/>
          <w:bCs/>
          <w:sz w:val="27"/>
          <w:szCs w:val="27"/>
        </w:rPr>
      </w:pPr>
      <w:r w:rsidRPr="006B62FE">
        <w:rPr>
          <w:rFonts w:ascii="Times New Roman" w:eastAsia="Times New Roman" w:hAnsi="Times New Roman" w:cs="Times New Roman"/>
          <w:b/>
          <w:bCs/>
          <w:sz w:val="27"/>
          <w:szCs w:val="27"/>
        </w:rPr>
        <w:t>2. Discipline</w:t>
      </w:r>
    </w:p>
    <w:p w14:paraId="3099514D"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How you follow through — whether you act on what you said you would do.</w:t>
      </w:r>
    </w:p>
    <w:p w14:paraId="04D0CC2C" w14:textId="77777777" w:rsidR="006B62FE" w:rsidRPr="006B62FE" w:rsidRDefault="006B62FE" w:rsidP="006B62FE">
      <w:pPr>
        <w:spacing w:before="100" w:beforeAutospacing="1" w:after="100" w:afterAutospacing="1" w:line="240" w:lineRule="auto"/>
        <w:outlineLvl w:val="2"/>
        <w:rPr>
          <w:rFonts w:ascii="Times New Roman" w:eastAsia="Times New Roman" w:hAnsi="Times New Roman" w:cs="Times New Roman"/>
          <w:b/>
          <w:bCs/>
          <w:sz w:val="27"/>
          <w:szCs w:val="27"/>
        </w:rPr>
      </w:pPr>
      <w:r w:rsidRPr="006B62FE">
        <w:rPr>
          <w:rFonts w:ascii="Times New Roman" w:eastAsia="Times New Roman" w:hAnsi="Times New Roman" w:cs="Times New Roman"/>
          <w:b/>
          <w:bCs/>
          <w:sz w:val="27"/>
          <w:szCs w:val="27"/>
        </w:rPr>
        <w:t>3. Integrity</w:t>
      </w:r>
    </w:p>
    <w:p w14:paraId="59355540"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How you show up when no one is watching.</w:t>
      </w:r>
    </w:p>
    <w:p w14:paraId="6E146AF6" w14:textId="77777777" w:rsidR="006B62FE" w:rsidRPr="006B62FE" w:rsidRDefault="006B62FE" w:rsidP="006B62FE">
      <w:pPr>
        <w:spacing w:before="100" w:beforeAutospacing="1" w:after="100" w:afterAutospacing="1" w:line="240" w:lineRule="auto"/>
        <w:outlineLvl w:val="2"/>
        <w:rPr>
          <w:rFonts w:ascii="Times New Roman" w:eastAsia="Times New Roman" w:hAnsi="Times New Roman" w:cs="Times New Roman"/>
          <w:b/>
          <w:bCs/>
          <w:sz w:val="27"/>
          <w:szCs w:val="27"/>
        </w:rPr>
      </w:pPr>
      <w:r w:rsidRPr="006B62FE">
        <w:rPr>
          <w:rFonts w:ascii="Times New Roman" w:eastAsia="Times New Roman" w:hAnsi="Times New Roman" w:cs="Times New Roman"/>
          <w:b/>
          <w:bCs/>
          <w:sz w:val="27"/>
          <w:szCs w:val="27"/>
        </w:rPr>
        <w:t>4. Emotional Strength</w:t>
      </w:r>
    </w:p>
    <w:p w14:paraId="20586318"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How you control yourself when things don’t go your way.</w:t>
      </w:r>
    </w:p>
    <w:p w14:paraId="79DE4FC7" w14:textId="77777777" w:rsidR="006B62FE" w:rsidRPr="006B62FE" w:rsidRDefault="006B62FE" w:rsidP="006B62FE">
      <w:pPr>
        <w:spacing w:before="100" w:beforeAutospacing="1" w:after="100" w:afterAutospacing="1" w:line="240" w:lineRule="auto"/>
        <w:outlineLvl w:val="2"/>
        <w:rPr>
          <w:rFonts w:ascii="Times New Roman" w:eastAsia="Times New Roman" w:hAnsi="Times New Roman" w:cs="Times New Roman"/>
          <w:b/>
          <w:bCs/>
          <w:sz w:val="27"/>
          <w:szCs w:val="27"/>
        </w:rPr>
      </w:pPr>
      <w:r w:rsidRPr="006B62FE">
        <w:rPr>
          <w:rFonts w:ascii="Times New Roman" w:eastAsia="Times New Roman" w:hAnsi="Times New Roman" w:cs="Times New Roman"/>
          <w:b/>
          <w:bCs/>
          <w:sz w:val="27"/>
          <w:szCs w:val="27"/>
        </w:rPr>
        <w:t>5. Purpose</w:t>
      </w:r>
    </w:p>
    <w:p w14:paraId="60A7911C"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How you choose actions aligned with the future you want.</w:t>
      </w:r>
    </w:p>
    <w:p w14:paraId="1776B6EA"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Values become the blueprint for your behavior.</w:t>
      </w:r>
      <w:r w:rsidRPr="006B62FE">
        <w:rPr>
          <w:rFonts w:ascii="Times New Roman" w:eastAsia="Times New Roman" w:hAnsi="Times New Roman" w:cs="Times New Roman"/>
          <w:sz w:val="24"/>
          <w:szCs w:val="24"/>
        </w:rPr>
        <w:br/>
        <w:t xml:space="preserve">Not perfection — </w:t>
      </w:r>
      <w:r w:rsidRPr="006B62FE">
        <w:rPr>
          <w:rFonts w:ascii="Times New Roman" w:eastAsia="Times New Roman" w:hAnsi="Times New Roman" w:cs="Times New Roman"/>
          <w:b/>
          <w:bCs/>
          <w:sz w:val="24"/>
          <w:szCs w:val="24"/>
        </w:rPr>
        <w:t>direction</w:t>
      </w:r>
      <w:r w:rsidRPr="006B62FE">
        <w:rPr>
          <w:rFonts w:ascii="Times New Roman" w:eastAsia="Times New Roman" w:hAnsi="Times New Roman" w:cs="Times New Roman"/>
          <w:sz w:val="24"/>
          <w:szCs w:val="24"/>
        </w:rPr>
        <w:t>.</w:t>
      </w:r>
    </w:p>
    <w:p w14:paraId="4053FD62"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When you define your values, you define your leadership.</w:t>
      </w:r>
    </w:p>
    <w:p w14:paraId="712C724A" w14:textId="77777777" w:rsidR="006B62FE" w:rsidRPr="006B62FE" w:rsidRDefault="006B62FE" w:rsidP="006B62FE">
      <w:pPr>
        <w:spacing w:before="100" w:beforeAutospacing="1" w:after="100" w:afterAutospacing="1" w:line="240" w:lineRule="auto"/>
        <w:outlineLvl w:val="2"/>
        <w:rPr>
          <w:rFonts w:ascii="Times New Roman" w:eastAsia="Times New Roman" w:hAnsi="Times New Roman" w:cs="Times New Roman"/>
          <w:b/>
          <w:bCs/>
          <w:sz w:val="27"/>
          <w:szCs w:val="27"/>
        </w:rPr>
      </w:pPr>
      <w:r w:rsidRPr="006B62FE">
        <w:rPr>
          <w:rFonts w:ascii="Times New Roman" w:eastAsia="Times New Roman" w:hAnsi="Times New Roman" w:cs="Times New Roman"/>
          <w:b/>
          <w:bCs/>
          <w:sz w:val="27"/>
          <w:szCs w:val="27"/>
        </w:rPr>
        <w:t>Reflection:</w:t>
      </w:r>
    </w:p>
    <w:p w14:paraId="51296AFB" w14:textId="77777777" w:rsidR="006B62FE" w:rsidRPr="006B62FE" w:rsidRDefault="006B62FE" w:rsidP="006B62FE">
      <w:pPr>
        <w:spacing w:before="100" w:beforeAutospacing="1" w:after="100" w:afterAutospacing="1" w:line="240" w:lineRule="auto"/>
        <w:rPr>
          <w:rFonts w:ascii="Times New Roman" w:eastAsia="Times New Roman" w:hAnsi="Times New Roman" w:cs="Times New Roman"/>
          <w:sz w:val="24"/>
          <w:szCs w:val="24"/>
        </w:rPr>
      </w:pPr>
      <w:r w:rsidRPr="006B62FE">
        <w:rPr>
          <w:rFonts w:ascii="Times New Roman" w:eastAsia="Times New Roman" w:hAnsi="Times New Roman" w:cs="Times New Roman"/>
          <w:sz w:val="24"/>
          <w:szCs w:val="24"/>
        </w:rPr>
        <w:t>What five values do you want guiding your next chapter — not the person you’ve been, but the leader you’re becoming?</w:t>
      </w:r>
    </w:p>
    <w:p w14:paraId="3CFA00D1" w14:textId="77777777" w:rsidR="006B62FE" w:rsidRPr="006B62FE" w:rsidRDefault="006B62FE" w:rsidP="006B62FE">
      <w:pPr>
        <w:spacing w:before="100" w:beforeAutospacing="1" w:after="100" w:afterAutospacing="1" w:line="240" w:lineRule="auto"/>
        <w:outlineLvl w:val="2"/>
        <w:rPr>
          <w:rFonts w:ascii="Times New Roman" w:eastAsia="Times New Roman" w:hAnsi="Times New Roman" w:cs="Times New Roman"/>
          <w:b/>
          <w:bCs/>
          <w:sz w:val="27"/>
          <w:szCs w:val="27"/>
        </w:rPr>
      </w:pPr>
      <w:r w:rsidRPr="006B62FE">
        <w:rPr>
          <w:rFonts w:ascii="Times New Roman" w:eastAsia="Times New Roman" w:hAnsi="Times New Roman" w:cs="Times New Roman"/>
          <w:b/>
          <w:bCs/>
          <w:sz w:val="27"/>
          <w:szCs w:val="27"/>
        </w:rPr>
        <w:t>Leadership Challenge:</w:t>
      </w:r>
    </w:p>
    <w:p w14:paraId="01EA0D21" w14:textId="01EE163C" w:rsidR="00651DE4" w:rsidRDefault="006B62FE" w:rsidP="00956F5C">
      <w:pPr>
        <w:spacing w:before="100" w:beforeAutospacing="1" w:after="100" w:afterAutospacing="1" w:line="240" w:lineRule="auto"/>
      </w:pPr>
      <w:r w:rsidRPr="006B62FE">
        <w:rPr>
          <w:rFonts w:ascii="Times New Roman" w:eastAsia="Times New Roman" w:hAnsi="Times New Roman" w:cs="Times New Roman"/>
          <w:sz w:val="24"/>
          <w:szCs w:val="24"/>
        </w:rPr>
        <w:t>Choose ONE value and practice it intentionally today.</w:t>
      </w:r>
    </w:p>
    <w:p w14:paraId="0B066BCE" w14:textId="77777777" w:rsidR="00651DE4" w:rsidRDefault="00000000">
      <w:pPr>
        <w:pStyle w:val="Heading2"/>
      </w:pPr>
      <w:bookmarkStart w:id="3" w:name="_Toc214330661"/>
      <w:r>
        <w:lastRenderedPageBreak/>
        <w:t>Day 2 — Mental Models</w:t>
      </w:r>
      <w:bookmarkEnd w:id="3"/>
    </w:p>
    <w:p w14:paraId="03BC38F3" w14:textId="77777777" w:rsidR="005C3F24" w:rsidRPr="005C3F24" w:rsidRDefault="005C3F24" w:rsidP="005C3F24">
      <w:pPr>
        <w:spacing w:before="100" w:beforeAutospacing="1" w:after="100" w:afterAutospacing="1" w:line="240" w:lineRule="auto"/>
        <w:outlineLvl w:val="2"/>
        <w:rPr>
          <w:rFonts w:ascii="Times New Roman" w:eastAsia="Times New Roman" w:hAnsi="Times New Roman" w:cs="Times New Roman"/>
          <w:b/>
          <w:bCs/>
          <w:sz w:val="27"/>
          <w:szCs w:val="27"/>
        </w:rPr>
      </w:pPr>
      <w:r w:rsidRPr="005C3F24">
        <w:rPr>
          <w:rFonts w:ascii="Times New Roman" w:eastAsia="Times New Roman" w:hAnsi="Times New Roman" w:cs="Times New Roman"/>
          <w:b/>
          <w:bCs/>
          <w:i/>
          <w:iCs/>
          <w:sz w:val="27"/>
          <w:szCs w:val="27"/>
        </w:rPr>
        <w:t>Your Mind Is Your First Leadership Tool</w:t>
      </w:r>
    </w:p>
    <w:p w14:paraId="66E177C6"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One of the most valuable lessons I’ve learned is this:</w:t>
      </w:r>
    </w:p>
    <w:p w14:paraId="72BCDB4A"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b/>
          <w:bCs/>
          <w:sz w:val="24"/>
          <w:szCs w:val="24"/>
        </w:rPr>
        <w:t>Your leadership rises or falls on how you think.</w:t>
      </w:r>
    </w:p>
    <w:p w14:paraId="5235A975"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Not how you speak.</w:t>
      </w:r>
      <w:r w:rsidRPr="005C3F24">
        <w:rPr>
          <w:rFonts w:ascii="Times New Roman" w:eastAsia="Times New Roman" w:hAnsi="Times New Roman" w:cs="Times New Roman"/>
          <w:sz w:val="24"/>
          <w:szCs w:val="24"/>
        </w:rPr>
        <w:br/>
        <w:t>Not how confident you look.</w:t>
      </w:r>
      <w:r w:rsidRPr="005C3F24">
        <w:rPr>
          <w:rFonts w:ascii="Times New Roman" w:eastAsia="Times New Roman" w:hAnsi="Times New Roman" w:cs="Times New Roman"/>
          <w:sz w:val="24"/>
          <w:szCs w:val="24"/>
        </w:rPr>
        <w:br/>
        <w:t>Not how motivated you feel.</w:t>
      </w:r>
    </w:p>
    <w:p w14:paraId="6FB2C5D7"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 xml:space="preserve">Your </w:t>
      </w:r>
      <w:r w:rsidRPr="005C3F24">
        <w:rPr>
          <w:rFonts w:ascii="Times New Roman" w:eastAsia="Times New Roman" w:hAnsi="Times New Roman" w:cs="Times New Roman"/>
          <w:i/>
          <w:iCs/>
          <w:sz w:val="24"/>
          <w:szCs w:val="24"/>
        </w:rPr>
        <w:t>thinking patterns</w:t>
      </w:r>
      <w:r w:rsidRPr="005C3F24">
        <w:rPr>
          <w:rFonts w:ascii="Times New Roman" w:eastAsia="Times New Roman" w:hAnsi="Times New Roman" w:cs="Times New Roman"/>
          <w:sz w:val="24"/>
          <w:szCs w:val="24"/>
        </w:rPr>
        <w:t xml:space="preserve"> decide everything.</w:t>
      </w:r>
    </w:p>
    <w:p w14:paraId="385CCF3A"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 xml:space="preserve">There were times early in my life where I thought reactively — responding to the moment instead of responding to my purpose. I wasn’t thinking like a leader yet. Leaders do not think in circles; they think in </w:t>
      </w:r>
      <w:r w:rsidRPr="005C3F24">
        <w:rPr>
          <w:rFonts w:ascii="Times New Roman" w:eastAsia="Times New Roman" w:hAnsi="Times New Roman" w:cs="Times New Roman"/>
          <w:b/>
          <w:bCs/>
          <w:sz w:val="24"/>
          <w:szCs w:val="24"/>
        </w:rPr>
        <w:t>frameworks</w:t>
      </w:r>
      <w:r w:rsidRPr="005C3F24">
        <w:rPr>
          <w:rFonts w:ascii="Times New Roman" w:eastAsia="Times New Roman" w:hAnsi="Times New Roman" w:cs="Times New Roman"/>
          <w:sz w:val="24"/>
          <w:szCs w:val="24"/>
        </w:rPr>
        <w:t>.</w:t>
      </w:r>
    </w:p>
    <w:p w14:paraId="5B86C34E"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Mental models help you interpret situations with clarity and discipline, especially under pressure.</w:t>
      </w:r>
    </w:p>
    <w:p w14:paraId="5BFF5C01"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Here are the four models that will transform your leadership:</w:t>
      </w:r>
    </w:p>
    <w:p w14:paraId="6E7975F1" w14:textId="77777777" w:rsidR="005C3F24" w:rsidRPr="005C3F24" w:rsidRDefault="00000000" w:rsidP="005C3F2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2D95F01">
          <v:rect id="_x0000_i1025" style="width:0;height:1.5pt" o:hralign="center" o:hrstd="t" o:hr="t" fillcolor="#a0a0a0" stroked="f"/>
        </w:pict>
      </w:r>
    </w:p>
    <w:p w14:paraId="44AE87C0" w14:textId="77777777" w:rsidR="005C3F24" w:rsidRPr="005C3F24" w:rsidRDefault="005C3F24" w:rsidP="007D06E0">
      <w:r w:rsidRPr="005C3F24">
        <w:rPr>
          <w:rFonts w:ascii="Segoe UI Emoji" w:hAnsi="Segoe UI Emoji" w:cs="Segoe UI Emoji"/>
        </w:rPr>
        <w:t>⭐</w:t>
      </w:r>
      <w:r w:rsidRPr="005C3F24">
        <w:t xml:space="preserve"> 1. Ownership First</w:t>
      </w:r>
    </w:p>
    <w:p w14:paraId="769AAB7C"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When something goes wrong, most people point outward.</w:t>
      </w:r>
    </w:p>
    <w:p w14:paraId="26B1B2FA"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Leaders point inward first.</w:t>
      </w:r>
    </w:p>
    <w:p w14:paraId="0A2BEF46"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b/>
          <w:bCs/>
          <w:sz w:val="24"/>
          <w:szCs w:val="24"/>
        </w:rPr>
        <w:t>“What part of this can I own?”</w:t>
      </w:r>
    </w:p>
    <w:p w14:paraId="52870AB9"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Even if your part is only 5%, ownership gives you a path forward.</w:t>
      </w:r>
      <w:r w:rsidRPr="005C3F24">
        <w:rPr>
          <w:rFonts w:ascii="Times New Roman" w:eastAsia="Times New Roman" w:hAnsi="Times New Roman" w:cs="Times New Roman"/>
          <w:sz w:val="24"/>
          <w:szCs w:val="24"/>
        </w:rPr>
        <w:br/>
        <w:t>Blame gives you nothing.</w:t>
      </w:r>
    </w:p>
    <w:p w14:paraId="21B34130" w14:textId="77777777" w:rsidR="005C3F24" w:rsidRPr="005C3F24" w:rsidRDefault="00000000" w:rsidP="005C3F2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81E618F">
          <v:rect id="_x0000_i1026" style="width:0;height:1.5pt" o:hralign="center" o:hrstd="t" o:hr="t" fillcolor="#a0a0a0" stroked="f"/>
        </w:pict>
      </w:r>
    </w:p>
    <w:p w14:paraId="74D88A14" w14:textId="77777777" w:rsidR="005C3F24" w:rsidRPr="005C3F24" w:rsidRDefault="005C3F24" w:rsidP="007D06E0">
      <w:r w:rsidRPr="005C3F24">
        <w:rPr>
          <w:rFonts w:ascii="Segoe UI Emoji" w:hAnsi="Segoe UI Emoji" w:cs="Segoe UI Emoji"/>
        </w:rPr>
        <w:lastRenderedPageBreak/>
        <w:t>⭐</w:t>
      </w:r>
      <w:r w:rsidRPr="005C3F24">
        <w:t xml:space="preserve"> 2. Long Game Thinking</w:t>
      </w:r>
    </w:p>
    <w:p w14:paraId="32361196"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Short-term emotions create long-term consequences.</w:t>
      </w:r>
    </w:p>
    <w:p w14:paraId="5F4D65C2"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Leaders pause and ask:</w:t>
      </w:r>
    </w:p>
    <w:p w14:paraId="37459B25"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b/>
          <w:bCs/>
          <w:sz w:val="24"/>
          <w:szCs w:val="24"/>
        </w:rPr>
        <w:t>“How will this decision affect my future?”</w:t>
      </w:r>
    </w:p>
    <w:p w14:paraId="045DA1DA"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When I began applying long-game thinking, my entire life shifted.</w:t>
      </w:r>
      <w:r w:rsidRPr="005C3F24">
        <w:rPr>
          <w:rFonts w:ascii="Times New Roman" w:eastAsia="Times New Roman" w:hAnsi="Times New Roman" w:cs="Times New Roman"/>
          <w:sz w:val="24"/>
          <w:szCs w:val="24"/>
        </w:rPr>
        <w:br/>
        <w:t>Vision replaced reactivity.</w:t>
      </w:r>
    </w:p>
    <w:p w14:paraId="1716DFA5" w14:textId="77777777" w:rsidR="005C3F24" w:rsidRPr="005C3F24" w:rsidRDefault="00000000" w:rsidP="005C3F2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0918DA1">
          <v:rect id="_x0000_i1027" style="width:0;height:1.5pt" o:hralign="center" o:hrstd="t" o:hr="t" fillcolor="#a0a0a0" stroked="f"/>
        </w:pict>
      </w:r>
    </w:p>
    <w:p w14:paraId="638E804D" w14:textId="77777777" w:rsidR="005C3F24" w:rsidRPr="005C3F24" w:rsidRDefault="005C3F24" w:rsidP="007D06E0">
      <w:r w:rsidRPr="005C3F24">
        <w:rPr>
          <w:rFonts w:ascii="Segoe UI Emoji" w:hAnsi="Segoe UI Emoji" w:cs="Segoe UI Emoji"/>
        </w:rPr>
        <w:t>⭐</w:t>
      </w:r>
      <w:r w:rsidRPr="005C3F24">
        <w:t xml:space="preserve"> 3. Signal vs Noise</w:t>
      </w:r>
    </w:p>
    <w:p w14:paraId="6CDCEF20"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The world is full of noise:</w:t>
      </w:r>
    </w:p>
    <w:p w14:paraId="72CE80B4" w14:textId="77777777" w:rsidR="005C3F24" w:rsidRPr="005C3F24" w:rsidRDefault="005C3F24" w:rsidP="005C3F24">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drama</w:t>
      </w:r>
    </w:p>
    <w:p w14:paraId="772C70C0" w14:textId="77777777" w:rsidR="005C3F24" w:rsidRPr="005C3F24" w:rsidRDefault="005C3F24" w:rsidP="005C3F24">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assumptions</w:t>
      </w:r>
    </w:p>
    <w:p w14:paraId="7EEE5D39" w14:textId="77777777" w:rsidR="005C3F24" w:rsidRPr="005C3F24" w:rsidRDefault="005C3F24" w:rsidP="005C3F24">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tone</w:t>
      </w:r>
    </w:p>
    <w:p w14:paraId="197B4E11" w14:textId="77777777" w:rsidR="005C3F24" w:rsidRPr="005C3F24" w:rsidRDefault="005C3F24" w:rsidP="005C3F24">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reactivity</w:t>
      </w:r>
    </w:p>
    <w:p w14:paraId="2A6EAD7B" w14:textId="77777777" w:rsidR="005C3F24" w:rsidRPr="005C3F24" w:rsidRDefault="005C3F24" w:rsidP="005C3F24">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insecurity</w:t>
      </w:r>
    </w:p>
    <w:p w14:paraId="73021036"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 xml:space="preserve">The </w:t>
      </w:r>
      <w:r w:rsidRPr="005C3F24">
        <w:rPr>
          <w:rFonts w:ascii="Times New Roman" w:eastAsia="Times New Roman" w:hAnsi="Times New Roman" w:cs="Times New Roman"/>
          <w:b/>
          <w:bCs/>
          <w:sz w:val="24"/>
          <w:szCs w:val="24"/>
        </w:rPr>
        <w:t>signal</w:t>
      </w:r>
      <w:r w:rsidRPr="005C3F24">
        <w:rPr>
          <w:rFonts w:ascii="Times New Roman" w:eastAsia="Times New Roman" w:hAnsi="Times New Roman" w:cs="Times New Roman"/>
          <w:sz w:val="24"/>
          <w:szCs w:val="24"/>
        </w:rPr>
        <w:t xml:space="preserve"> is the truth that matters.</w:t>
      </w:r>
    </w:p>
    <w:p w14:paraId="3134E13A"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Leaders separate the two.</w:t>
      </w:r>
    </w:p>
    <w:p w14:paraId="54B1406A" w14:textId="77777777" w:rsidR="005C3F24" w:rsidRPr="005C3F24" w:rsidRDefault="00000000" w:rsidP="005C3F2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AF352CD">
          <v:rect id="_x0000_i1028" style="width:0;height:1.5pt" o:hralign="center" o:hrstd="t" o:hr="t" fillcolor="#a0a0a0" stroked="f"/>
        </w:pict>
      </w:r>
    </w:p>
    <w:p w14:paraId="2F011440" w14:textId="77777777" w:rsidR="005C3F24" w:rsidRPr="005C3F24" w:rsidRDefault="005C3F24" w:rsidP="007D06E0">
      <w:r w:rsidRPr="005C3F24">
        <w:rPr>
          <w:rFonts w:ascii="Segoe UI Emoji" w:hAnsi="Segoe UI Emoji" w:cs="Segoe UI Emoji"/>
        </w:rPr>
        <w:t>⭐</w:t>
      </w:r>
      <w:r w:rsidRPr="005C3F24">
        <w:t xml:space="preserve"> 4. Systems Over Motivation</w:t>
      </w:r>
    </w:p>
    <w:p w14:paraId="5772AABF"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Motivation is unreliable.</w:t>
      </w:r>
      <w:r w:rsidRPr="005C3F24">
        <w:rPr>
          <w:rFonts w:ascii="Times New Roman" w:eastAsia="Times New Roman" w:hAnsi="Times New Roman" w:cs="Times New Roman"/>
          <w:sz w:val="24"/>
          <w:szCs w:val="24"/>
        </w:rPr>
        <w:br/>
        <w:t>Systems are unbreakable.</w:t>
      </w:r>
    </w:p>
    <w:p w14:paraId="650D56DF"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Leaders design systems that make success inevitable.</w:t>
      </w:r>
    </w:p>
    <w:p w14:paraId="4BCAA205"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 xml:space="preserve">When you build your mindset on these models, you don’t just think differently — you </w:t>
      </w:r>
      <w:r w:rsidRPr="005C3F24">
        <w:rPr>
          <w:rFonts w:ascii="Times New Roman" w:eastAsia="Times New Roman" w:hAnsi="Times New Roman" w:cs="Times New Roman"/>
          <w:i/>
          <w:iCs/>
          <w:sz w:val="24"/>
          <w:szCs w:val="24"/>
        </w:rPr>
        <w:t>lead</w:t>
      </w:r>
      <w:r w:rsidRPr="005C3F24">
        <w:rPr>
          <w:rFonts w:ascii="Times New Roman" w:eastAsia="Times New Roman" w:hAnsi="Times New Roman" w:cs="Times New Roman"/>
          <w:sz w:val="24"/>
          <w:szCs w:val="24"/>
        </w:rPr>
        <w:t xml:space="preserve"> differently.</w:t>
      </w:r>
    </w:p>
    <w:p w14:paraId="37B68112" w14:textId="77777777" w:rsidR="005C3F24" w:rsidRPr="005C3F24" w:rsidRDefault="005C3F24" w:rsidP="005C3F24">
      <w:pPr>
        <w:spacing w:before="100" w:beforeAutospacing="1" w:after="100" w:afterAutospacing="1" w:line="240" w:lineRule="auto"/>
        <w:outlineLvl w:val="2"/>
        <w:rPr>
          <w:rFonts w:ascii="Times New Roman" w:eastAsia="Times New Roman" w:hAnsi="Times New Roman" w:cs="Times New Roman"/>
          <w:b/>
          <w:bCs/>
          <w:sz w:val="27"/>
          <w:szCs w:val="27"/>
        </w:rPr>
      </w:pPr>
      <w:r w:rsidRPr="005C3F24">
        <w:rPr>
          <w:rFonts w:ascii="Times New Roman" w:eastAsia="Times New Roman" w:hAnsi="Times New Roman" w:cs="Times New Roman"/>
          <w:b/>
          <w:bCs/>
          <w:sz w:val="27"/>
          <w:szCs w:val="27"/>
        </w:rPr>
        <w:lastRenderedPageBreak/>
        <w:t>Reflection:</w:t>
      </w:r>
    </w:p>
    <w:p w14:paraId="6F824E8D" w14:textId="77777777" w:rsidR="005C3F24" w:rsidRPr="005C3F24" w:rsidRDefault="005C3F24" w:rsidP="005C3F24">
      <w:pPr>
        <w:spacing w:before="100" w:beforeAutospacing="1" w:after="100" w:afterAutospacing="1" w:line="240" w:lineRule="auto"/>
        <w:rPr>
          <w:rFonts w:ascii="Times New Roman" w:eastAsia="Times New Roman" w:hAnsi="Times New Roman" w:cs="Times New Roman"/>
          <w:sz w:val="24"/>
          <w:szCs w:val="24"/>
        </w:rPr>
      </w:pPr>
      <w:r w:rsidRPr="005C3F24">
        <w:rPr>
          <w:rFonts w:ascii="Times New Roman" w:eastAsia="Times New Roman" w:hAnsi="Times New Roman" w:cs="Times New Roman"/>
          <w:sz w:val="24"/>
          <w:szCs w:val="24"/>
        </w:rPr>
        <w:t xml:space="preserve">Which mental model are </w:t>
      </w:r>
      <w:proofErr w:type="gramStart"/>
      <w:r w:rsidRPr="005C3F24">
        <w:rPr>
          <w:rFonts w:ascii="Times New Roman" w:eastAsia="Times New Roman" w:hAnsi="Times New Roman" w:cs="Times New Roman"/>
          <w:sz w:val="24"/>
          <w:szCs w:val="24"/>
        </w:rPr>
        <w:t>you</w:t>
      </w:r>
      <w:proofErr w:type="gramEnd"/>
      <w:r w:rsidRPr="005C3F24">
        <w:rPr>
          <w:rFonts w:ascii="Times New Roman" w:eastAsia="Times New Roman" w:hAnsi="Times New Roman" w:cs="Times New Roman"/>
          <w:sz w:val="24"/>
          <w:szCs w:val="24"/>
        </w:rPr>
        <w:t xml:space="preserve"> </w:t>
      </w:r>
      <w:proofErr w:type="gramStart"/>
      <w:r w:rsidRPr="005C3F24">
        <w:rPr>
          <w:rFonts w:ascii="Times New Roman" w:eastAsia="Times New Roman" w:hAnsi="Times New Roman" w:cs="Times New Roman"/>
          <w:sz w:val="24"/>
          <w:szCs w:val="24"/>
        </w:rPr>
        <w:t>weakest</w:t>
      </w:r>
      <w:proofErr w:type="gramEnd"/>
      <w:r w:rsidRPr="005C3F24">
        <w:rPr>
          <w:rFonts w:ascii="Times New Roman" w:eastAsia="Times New Roman" w:hAnsi="Times New Roman" w:cs="Times New Roman"/>
          <w:sz w:val="24"/>
          <w:szCs w:val="24"/>
        </w:rPr>
        <w:t xml:space="preserve"> in right now?</w:t>
      </w:r>
    </w:p>
    <w:p w14:paraId="750C6E35" w14:textId="77777777" w:rsidR="005C3F24" w:rsidRPr="005C3F24" w:rsidRDefault="005C3F24" w:rsidP="005C3F24">
      <w:pPr>
        <w:spacing w:before="100" w:beforeAutospacing="1" w:after="100" w:afterAutospacing="1" w:line="240" w:lineRule="auto"/>
        <w:outlineLvl w:val="2"/>
        <w:rPr>
          <w:rFonts w:ascii="Times New Roman" w:eastAsia="Times New Roman" w:hAnsi="Times New Roman" w:cs="Times New Roman"/>
          <w:b/>
          <w:bCs/>
          <w:sz w:val="27"/>
          <w:szCs w:val="27"/>
        </w:rPr>
      </w:pPr>
      <w:r w:rsidRPr="005C3F24">
        <w:rPr>
          <w:rFonts w:ascii="Times New Roman" w:eastAsia="Times New Roman" w:hAnsi="Times New Roman" w:cs="Times New Roman"/>
          <w:b/>
          <w:bCs/>
          <w:sz w:val="27"/>
          <w:szCs w:val="27"/>
        </w:rPr>
        <w:t>Leadership Challenge:</w:t>
      </w:r>
    </w:p>
    <w:p w14:paraId="2C514AD7" w14:textId="67C1ED7E" w:rsidR="00651DE4" w:rsidRDefault="005C3F24" w:rsidP="00956F5C">
      <w:pPr>
        <w:spacing w:before="100" w:beforeAutospacing="1" w:after="100" w:afterAutospacing="1" w:line="240" w:lineRule="auto"/>
      </w:pPr>
      <w:r w:rsidRPr="005C3F24">
        <w:rPr>
          <w:rFonts w:ascii="Times New Roman" w:eastAsia="Times New Roman" w:hAnsi="Times New Roman" w:cs="Times New Roman"/>
          <w:sz w:val="24"/>
          <w:szCs w:val="24"/>
        </w:rPr>
        <w:t>Apply one mental model to a real situation today.</w:t>
      </w:r>
    </w:p>
    <w:p w14:paraId="45B0EC57" w14:textId="77777777" w:rsidR="00651DE4" w:rsidRDefault="00000000">
      <w:pPr>
        <w:pStyle w:val="Heading2"/>
      </w:pPr>
      <w:bookmarkStart w:id="4" w:name="_Toc214330662"/>
      <w:r>
        <w:t>Day 3 — Emotional Control</w:t>
      </w:r>
      <w:bookmarkEnd w:id="4"/>
    </w:p>
    <w:p w14:paraId="070FF815" w14:textId="77777777" w:rsidR="0081001F" w:rsidRPr="0081001F" w:rsidRDefault="0081001F" w:rsidP="0081001F">
      <w:pPr>
        <w:spacing w:before="100" w:beforeAutospacing="1" w:after="100" w:afterAutospacing="1" w:line="240" w:lineRule="auto"/>
        <w:outlineLvl w:val="2"/>
        <w:rPr>
          <w:rFonts w:ascii="Times New Roman" w:eastAsia="Times New Roman" w:hAnsi="Times New Roman" w:cs="Times New Roman"/>
          <w:b/>
          <w:bCs/>
          <w:sz w:val="27"/>
          <w:szCs w:val="27"/>
        </w:rPr>
      </w:pPr>
      <w:r w:rsidRPr="0081001F">
        <w:rPr>
          <w:rFonts w:ascii="Times New Roman" w:eastAsia="Times New Roman" w:hAnsi="Times New Roman" w:cs="Times New Roman"/>
          <w:b/>
          <w:bCs/>
          <w:i/>
          <w:iCs/>
          <w:sz w:val="27"/>
          <w:szCs w:val="27"/>
        </w:rPr>
        <w:t>A Leader Who Cannot Regulate Their Emotions Cannot Lead Anything</w:t>
      </w:r>
    </w:p>
    <w:p w14:paraId="0AACEF9C" w14:textId="77777777" w:rsidR="0081001F" w:rsidRPr="0081001F" w:rsidRDefault="0081001F" w:rsidP="0081001F">
      <w:p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There was a time in my life where emotional reactions cost me.</w:t>
      </w:r>
      <w:r w:rsidRPr="0081001F">
        <w:rPr>
          <w:rFonts w:ascii="Times New Roman" w:eastAsia="Times New Roman" w:hAnsi="Times New Roman" w:cs="Times New Roman"/>
          <w:sz w:val="24"/>
          <w:szCs w:val="24"/>
        </w:rPr>
        <w:br/>
        <w:t>Maybe you’ve been there — the moment you say something you wish you could take back…</w:t>
      </w:r>
      <w:r w:rsidRPr="0081001F">
        <w:rPr>
          <w:rFonts w:ascii="Times New Roman" w:eastAsia="Times New Roman" w:hAnsi="Times New Roman" w:cs="Times New Roman"/>
          <w:sz w:val="24"/>
          <w:szCs w:val="24"/>
        </w:rPr>
        <w:br/>
        <w:t>or walk away from a situation knowing you didn’t show up as your best self.</w:t>
      </w:r>
    </w:p>
    <w:p w14:paraId="2770ED12" w14:textId="77777777" w:rsidR="0081001F" w:rsidRPr="0081001F" w:rsidRDefault="0081001F" w:rsidP="0081001F">
      <w:p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That’s because emotional pain always speaks louder than emotional wisdom — unless you train it.</w:t>
      </w:r>
    </w:p>
    <w:p w14:paraId="32438443" w14:textId="77777777" w:rsidR="0081001F" w:rsidRPr="0081001F" w:rsidRDefault="0081001F" w:rsidP="0081001F">
      <w:p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 xml:space="preserve">Leaders don’t avoid emotions; they master the ability to </w:t>
      </w:r>
      <w:r w:rsidRPr="0081001F">
        <w:rPr>
          <w:rFonts w:ascii="Times New Roman" w:eastAsia="Times New Roman" w:hAnsi="Times New Roman" w:cs="Times New Roman"/>
          <w:b/>
          <w:bCs/>
          <w:sz w:val="24"/>
          <w:szCs w:val="24"/>
        </w:rPr>
        <w:t>pause before reacting</w:t>
      </w:r>
      <w:r w:rsidRPr="0081001F">
        <w:rPr>
          <w:rFonts w:ascii="Times New Roman" w:eastAsia="Times New Roman" w:hAnsi="Times New Roman" w:cs="Times New Roman"/>
          <w:sz w:val="24"/>
          <w:szCs w:val="24"/>
        </w:rPr>
        <w:t>.</w:t>
      </w:r>
    </w:p>
    <w:p w14:paraId="6335C512" w14:textId="77777777" w:rsidR="0081001F" w:rsidRPr="0081001F" w:rsidRDefault="0081001F" w:rsidP="0081001F">
      <w:p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Emotional control is not:</w:t>
      </w:r>
    </w:p>
    <w:p w14:paraId="20D62F5D" w14:textId="77777777" w:rsidR="0081001F" w:rsidRPr="0081001F" w:rsidRDefault="0081001F" w:rsidP="0081001F">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shutting down</w:t>
      </w:r>
    </w:p>
    <w:p w14:paraId="53E3C4DF" w14:textId="77777777" w:rsidR="0081001F" w:rsidRPr="0081001F" w:rsidRDefault="0081001F" w:rsidP="0081001F">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acting detached</w:t>
      </w:r>
    </w:p>
    <w:p w14:paraId="640480CB" w14:textId="77777777" w:rsidR="0081001F" w:rsidRPr="0081001F" w:rsidRDefault="0081001F" w:rsidP="0081001F">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pretending nothing bothers you</w:t>
      </w:r>
    </w:p>
    <w:p w14:paraId="1BCDC729" w14:textId="77777777" w:rsidR="0081001F" w:rsidRPr="0081001F" w:rsidRDefault="0081001F" w:rsidP="0081001F">
      <w:p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 xml:space="preserve">Emotional control is </w:t>
      </w:r>
      <w:proofErr w:type="gramStart"/>
      <w:r w:rsidRPr="0081001F">
        <w:rPr>
          <w:rFonts w:ascii="Times New Roman" w:eastAsia="Times New Roman" w:hAnsi="Times New Roman" w:cs="Times New Roman"/>
          <w:sz w:val="24"/>
          <w:szCs w:val="24"/>
        </w:rPr>
        <w:t>knowing</w:t>
      </w:r>
      <w:proofErr w:type="gramEnd"/>
      <w:r w:rsidRPr="0081001F">
        <w:rPr>
          <w:rFonts w:ascii="Times New Roman" w:eastAsia="Times New Roman" w:hAnsi="Times New Roman" w:cs="Times New Roman"/>
          <w:sz w:val="24"/>
          <w:szCs w:val="24"/>
        </w:rPr>
        <w:t>:</w:t>
      </w:r>
    </w:p>
    <w:p w14:paraId="405E3A73" w14:textId="77777777" w:rsidR="0081001F" w:rsidRPr="0081001F" w:rsidRDefault="0081001F" w:rsidP="0081001F">
      <w:pPr>
        <w:numPr>
          <w:ilvl w:val="0"/>
          <w:numId w:val="13"/>
        </w:numPr>
        <w:spacing w:before="100" w:beforeAutospacing="1" w:after="100" w:afterAutospacing="1" w:line="240" w:lineRule="auto"/>
        <w:rPr>
          <w:rFonts w:ascii="Times New Roman" w:eastAsia="Times New Roman" w:hAnsi="Times New Roman" w:cs="Times New Roman"/>
          <w:sz w:val="24"/>
          <w:szCs w:val="24"/>
        </w:rPr>
      </w:pPr>
      <w:proofErr w:type="gramStart"/>
      <w:r w:rsidRPr="0081001F">
        <w:rPr>
          <w:rFonts w:ascii="Times New Roman" w:eastAsia="Times New Roman" w:hAnsi="Times New Roman" w:cs="Times New Roman"/>
          <w:sz w:val="24"/>
          <w:szCs w:val="24"/>
        </w:rPr>
        <w:t>what</w:t>
      </w:r>
      <w:proofErr w:type="gramEnd"/>
      <w:r w:rsidRPr="0081001F">
        <w:rPr>
          <w:rFonts w:ascii="Times New Roman" w:eastAsia="Times New Roman" w:hAnsi="Times New Roman" w:cs="Times New Roman"/>
          <w:sz w:val="24"/>
          <w:szCs w:val="24"/>
        </w:rPr>
        <w:t xml:space="preserve"> you feel</w:t>
      </w:r>
    </w:p>
    <w:p w14:paraId="79F51D59" w14:textId="77777777" w:rsidR="0081001F" w:rsidRPr="0081001F" w:rsidRDefault="0081001F" w:rsidP="0081001F">
      <w:pPr>
        <w:numPr>
          <w:ilvl w:val="0"/>
          <w:numId w:val="13"/>
        </w:numPr>
        <w:spacing w:before="100" w:beforeAutospacing="1" w:after="100" w:afterAutospacing="1" w:line="240" w:lineRule="auto"/>
        <w:rPr>
          <w:rFonts w:ascii="Times New Roman" w:eastAsia="Times New Roman" w:hAnsi="Times New Roman" w:cs="Times New Roman"/>
          <w:sz w:val="24"/>
          <w:szCs w:val="24"/>
        </w:rPr>
      </w:pPr>
      <w:proofErr w:type="gramStart"/>
      <w:r w:rsidRPr="0081001F">
        <w:rPr>
          <w:rFonts w:ascii="Times New Roman" w:eastAsia="Times New Roman" w:hAnsi="Times New Roman" w:cs="Times New Roman"/>
          <w:sz w:val="24"/>
          <w:szCs w:val="24"/>
        </w:rPr>
        <w:t>why</w:t>
      </w:r>
      <w:proofErr w:type="gramEnd"/>
      <w:r w:rsidRPr="0081001F">
        <w:rPr>
          <w:rFonts w:ascii="Times New Roman" w:eastAsia="Times New Roman" w:hAnsi="Times New Roman" w:cs="Times New Roman"/>
          <w:sz w:val="24"/>
          <w:szCs w:val="24"/>
        </w:rPr>
        <w:t xml:space="preserve"> </w:t>
      </w:r>
      <w:proofErr w:type="gramStart"/>
      <w:r w:rsidRPr="0081001F">
        <w:rPr>
          <w:rFonts w:ascii="Times New Roman" w:eastAsia="Times New Roman" w:hAnsi="Times New Roman" w:cs="Times New Roman"/>
          <w:sz w:val="24"/>
          <w:szCs w:val="24"/>
        </w:rPr>
        <w:t>you</w:t>
      </w:r>
      <w:proofErr w:type="gramEnd"/>
      <w:r w:rsidRPr="0081001F">
        <w:rPr>
          <w:rFonts w:ascii="Times New Roman" w:eastAsia="Times New Roman" w:hAnsi="Times New Roman" w:cs="Times New Roman"/>
          <w:sz w:val="24"/>
          <w:szCs w:val="24"/>
        </w:rPr>
        <w:t xml:space="preserve"> feel it</w:t>
      </w:r>
    </w:p>
    <w:p w14:paraId="4B73DBCA" w14:textId="77777777" w:rsidR="0081001F" w:rsidRPr="0081001F" w:rsidRDefault="0081001F" w:rsidP="0081001F">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and how to respond with strength</w:t>
      </w:r>
    </w:p>
    <w:p w14:paraId="36C3A2FC" w14:textId="77777777" w:rsidR="0081001F" w:rsidRPr="0081001F" w:rsidRDefault="0081001F" w:rsidP="0081001F">
      <w:p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lastRenderedPageBreak/>
        <w:t>The most respected leaders stay grounded when storms hit.</w:t>
      </w:r>
      <w:r w:rsidRPr="0081001F">
        <w:rPr>
          <w:rFonts w:ascii="Times New Roman" w:eastAsia="Times New Roman" w:hAnsi="Times New Roman" w:cs="Times New Roman"/>
          <w:sz w:val="24"/>
          <w:szCs w:val="24"/>
        </w:rPr>
        <w:br/>
        <w:t>People trust them because they trust themselves.</w:t>
      </w:r>
    </w:p>
    <w:p w14:paraId="0A5065C8" w14:textId="77777777" w:rsidR="0081001F" w:rsidRPr="0081001F" w:rsidRDefault="00000000" w:rsidP="008100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4485C77">
          <v:rect id="_x0000_i1029" style="width:0;height:1.5pt" o:hralign="center" o:hrstd="t" o:hr="t" fillcolor="#a0a0a0" stroked="f"/>
        </w:pict>
      </w:r>
    </w:p>
    <w:p w14:paraId="495D6107" w14:textId="77777777" w:rsidR="0081001F" w:rsidRPr="0081001F" w:rsidRDefault="0081001F" w:rsidP="007D06E0">
      <w:r w:rsidRPr="0081001F">
        <w:rPr>
          <w:rFonts w:ascii="Segoe UI Emoji" w:hAnsi="Segoe UI Emoji" w:cs="Segoe UI Emoji"/>
        </w:rPr>
        <w:t>⭐</w:t>
      </w:r>
      <w:r w:rsidRPr="0081001F">
        <w:t xml:space="preserve"> The 3-Second Pause</w:t>
      </w:r>
    </w:p>
    <w:p w14:paraId="1E602C4D" w14:textId="77777777" w:rsidR="0081001F" w:rsidRPr="0081001F" w:rsidRDefault="0081001F" w:rsidP="0081001F">
      <w:p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This one technique has saved me from bad decisions more times than I can count.</w:t>
      </w:r>
    </w:p>
    <w:p w14:paraId="6A9048E2" w14:textId="77777777" w:rsidR="0081001F" w:rsidRPr="0081001F" w:rsidRDefault="0081001F" w:rsidP="0081001F">
      <w:p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When emotion rises:</w:t>
      </w:r>
    </w:p>
    <w:p w14:paraId="3C48E7CF" w14:textId="77777777" w:rsidR="0081001F" w:rsidRPr="0081001F" w:rsidRDefault="0081001F" w:rsidP="0081001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pause</w:t>
      </w:r>
    </w:p>
    <w:p w14:paraId="53F1C4A4" w14:textId="77777777" w:rsidR="0081001F" w:rsidRPr="0081001F" w:rsidRDefault="0081001F" w:rsidP="0081001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breathe</w:t>
      </w:r>
    </w:p>
    <w:p w14:paraId="7D11BC9D" w14:textId="77777777" w:rsidR="0081001F" w:rsidRPr="0081001F" w:rsidRDefault="0081001F" w:rsidP="0081001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name what you feel</w:t>
      </w:r>
    </w:p>
    <w:p w14:paraId="2C7DC899" w14:textId="77777777" w:rsidR="0081001F" w:rsidRPr="0081001F" w:rsidRDefault="0081001F" w:rsidP="0081001F">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then respond from values, not impulses</w:t>
      </w:r>
    </w:p>
    <w:p w14:paraId="70856F45" w14:textId="77777777" w:rsidR="0081001F" w:rsidRPr="0081001F" w:rsidRDefault="0081001F" w:rsidP="0081001F">
      <w:p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If you practice this, your leadership will skyrocket.</w:t>
      </w:r>
    </w:p>
    <w:p w14:paraId="4A0A942A" w14:textId="77777777" w:rsidR="0081001F" w:rsidRPr="0081001F" w:rsidRDefault="0081001F" w:rsidP="0081001F">
      <w:pPr>
        <w:spacing w:before="100" w:beforeAutospacing="1" w:after="100" w:afterAutospacing="1" w:line="240" w:lineRule="auto"/>
        <w:outlineLvl w:val="2"/>
        <w:rPr>
          <w:rFonts w:ascii="Times New Roman" w:eastAsia="Times New Roman" w:hAnsi="Times New Roman" w:cs="Times New Roman"/>
          <w:b/>
          <w:bCs/>
          <w:sz w:val="27"/>
          <w:szCs w:val="27"/>
        </w:rPr>
      </w:pPr>
      <w:r w:rsidRPr="0081001F">
        <w:rPr>
          <w:rFonts w:ascii="Times New Roman" w:eastAsia="Times New Roman" w:hAnsi="Times New Roman" w:cs="Times New Roman"/>
          <w:b/>
          <w:bCs/>
          <w:sz w:val="27"/>
          <w:szCs w:val="27"/>
        </w:rPr>
        <w:t>Reflection:</w:t>
      </w:r>
    </w:p>
    <w:p w14:paraId="12E2F0E4" w14:textId="77777777" w:rsidR="0081001F" w:rsidRPr="0081001F" w:rsidRDefault="0081001F" w:rsidP="0081001F">
      <w:p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Where do you lose emotional control most often — home, work, conflict, stress?</w:t>
      </w:r>
    </w:p>
    <w:p w14:paraId="2740284E" w14:textId="77777777" w:rsidR="0081001F" w:rsidRPr="0081001F" w:rsidRDefault="0081001F" w:rsidP="0081001F">
      <w:pPr>
        <w:spacing w:before="100" w:beforeAutospacing="1" w:after="100" w:afterAutospacing="1" w:line="240" w:lineRule="auto"/>
        <w:outlineLvl w:val="2"/>
        <w:rPr>
          <w:rFonts w:ascii="Times New Roman" w:eastAsia="Times New Roman" w:hAnsi="Times New Roman" w:cs="Times New Roman"/>
          <w:b/>
          <w:bCs/>
          <w:sz w:val="27"/>
          <w:szCs w:val="27"/>
        </w:rPr>
      </w:pPr>
      <w:r w:rsidRPr="0081001F">
        <w:rPr>
          <w:rFonts w:ascii="Times New Roman" w:eastAsia="Times New Roman" w:hAnsi="Times New Roman" w:cs="Times New Roman"/>
          <w:b/>
          <w:bCs/>
          <w:sz w:val="27"/>
          <w:szCs w:val="27"/>
        </w:rPr>
        <w:t>Leadership Challenge:</w:t>
      </w:r>
    </w:p>
    <w:p w14:paraId="63570B21" w14:textId="77777777" w:rsidR="0081001F" w:rsidRPr="0081001F" w:rsidRDefault="0081001F" w:rsidP="0081001F">
      <w:pPr>
        <w:spacing w:before="100" w:beforeAutospacing="1" w:after="100" w:afterAutospacing="1" w:line="240" w:lineRule="auto"/>
        <w:rPr>
          <w:rFonts w:ascii="Times New Roman" w:eastAsia="Times New Roman" w:hAnsi="Times New Roman" w:cs="Times New Roman"/>
          <w:sz w:val="24"/>
          <w:szCs w:val="24"/>
        </w:rPr>
      </w:pPr>
      <w:r w:rsidRPr="0081001F">
        <w:rPr>
          <w:rFonts w:ascii="Times New Roman" w:eastAsia="Times New Roman" w:hAnsi="Times New Roman" w:cs="Times New Roman"/>
          <w:sz w:val="24"/>
          <w:szCs w:val="24"/>
        </w:rPr>
        <w:t xml:space="preserve">Use the </w:t>
      </w:r>
      <w:r w:rsidRPr="0081001F">
        <w:rPr>
          <w:rFonts w:ascii="Times New Roman" w:eastAsia="Times New Roman" w:hAnsi="Times New Roman" w:cs="Times New Roman"/>
          <w:b/>
          <w:bCs/>
          <w:sz w:val="24"/>
          <w:szCs w:val="24"/>
        </w:rPr>
        <w:t>3-Second Pause</w:t>
      </w:r>
      <w:r w:rsidRPr="0081001F">
        <w:rPr>
          <w:rFonts w:ascii="Times New Roman" w:eastAsia="Times New Roman" w:hAnsi="Times New Roman" w:cs="Times New Roman"/>
          <w:sz w:val="24"/>
          <w:szCs w:val="24"/>
        </w:rPr>
        <w:t xml:space="preserve"> once today.</w:t>
      </w:r>
    </w:p>
    <w:p w14:paraId="4AECB2AE" w14:textId="77777777" w:rsidR="00651DE4" w:rsidRDefault="00000000">
      <w:pPr>
        <w:pStyle w:val="Heading2"/>
      </w:pPr>
      <w:bookmarkStart w:id="5" w:name="_Toc214330663"/>
      <w:r>
        <w:t>Day 4 — Confidence Rewiring</w:t>
      </w:r>
      <w:bookmarkEnd w:id="5"/>
    </w:p>
    <w:p w14:paraId="3B9056B8" w14:textId="77777777" w:rsidR="004C046C" w:rsidRPr="004C046C" w:rsidRDefault="004C046C" w:rsidP="004C046C">
      <w:pPr>
        <w:spacing w:before="100" w:beforeAutospacing="1" w:after="100" w:afterAutospacing="1" w:line="240" w:lineRule="auto"/>
        <w:outlineLvl w:val="2"/>
        <w:rPr>
          <w:rFonts w:ascii="Times New Roman" w:eastAsia="Times New Roman" w:hAnsi="Times New Roman" w:cs="Times New Roman"/>
          <w:b/>
          <w:bCs/>
          <w:sz w:val="27"/>
          <w:szCs w:val="27"/>
        </w:rPr>
      </w:pPr>
      <w:r w:rsidRPr="004C046C">
        <w:rPr>
          <w:rFonts w:ascii="Times New Roman" w:eastAsia="Times New Roman" w:hAnsi="Times New Roman" w:cs="Times New Roman"/>
          <w:b/>
          <w:bCs/>
          <w:i/>
          <w:iCs/>
          <w:sz w:val="27"/>
          <w:szCs w:val="27"/>
        </w:rPr>
        <w:t>Confidence Is Built, Not Found</w:t>
      </w:r>
    </w:p>
    <w:p w14:paraId="2B5B9E05" w14:textId="77777777" w:rsidR="004C046C" w:rsidRPr="004C046C" w:rsidRDefault="004C046C" w:rsidP="004C046C">
      <w:p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Confidence was not something I had handed to me.</w:t>
      </w:r>
      <w:r w:rsidRPr="004C046C">
        <w:rPr>
          <w:rFonts w:ascii="Times New Roman" w:eastAsia="Times New Roman" w:hAnsi="Times New Roman" w:cs="Times New Roman"/>
          <w:sz w:val="24"/>
          <w:szCs w:val="24"/>
        </w:rPr>
        <w:br/>
        <w:t>And if you’re like most people, you weren’t handed it either.</w:t>
      </w:r>
      <w:r w:rsidRPr="004C046C">
        <w:rPr>
          <w:rFonts w:ascii="Times New Roman" w:eastAsia="Times New Roman" w:hAnsi="Times New Roman" w:cs="Times New Roman"/>
          <w:sz w:val="24"/>
          <w:szCs w:val="24"/>
        </w:rPr>
        <w:br/>
        <w:t xml:space="preserve">Confidence is the result of </w:t>
      </w:r>
      <w:r w:rsidRPr="004C046C">
        <w:rPr>
          <w:rFonts w:ascii="Times New Roman" w:eastAsia="Times New Roman" w:hAnsi="Times New Roman" w:cs="Times New Roman"/>
          <w:b/>
          <w:bCs/>
          <w:sz w:val="24"/>
          <w:szCs w:val="24"/>
        </w:rPr>
        <w:t>evidence</w:t>
      </w:r>
      <w:r w:rsidRPr="004C046C">
        <w:rPr>
          <w:rFonts w:ascii="Times New Roman" w:eastAsia="Times New Roman" w:hAnsi="Times New Roman" w:cs="Times New Roman"/>
          <w:sz w:val="24"/>
          <w:szCs w:val="24"/>
        </w:rPr>
        <w:t xml:space="preserve"> — not personality.</w:t>
      </w:r>
    </w:p>
    <w:p w14:paraId="74CA0319" w14:textId="77777777" w:rsidR="004C046C" w:rsidRPr="004C046C" w:rsidRDefault="004C046C" w:rsidP="004C046C">
      <w:p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Every time you:</w:t>
      </w:r>
    </w:p>
    <w:p w14:paraId="04E5DBC2" w14:textId="77777777" w:rsidR="004C046C" w:rsidRPr="004C046C" w:rsidRDefault="004C046C" w:rsidP="004C046C">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lastRenderedPageBreak/>
        <w:t>follow through</w:t>
      </w:r>
    </w:p>
    <w:p w14:paraId="012C56C1" w14:textId="77777777" w:rsidR="004C046C" w:rsidRPr="004C046C" w:rsidRDefault="004C046C" w:rsidP="004C046C">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act with discipline</w:t>
      </w:r>
    </w:p>
    <w:p w14:paraId="1D08E336" w14:textId="77777777" w:rsidR="004C046C" w:rsidRPr="004C046C" w:rsidRDefault="004C046C" w:rsidP="004C046C">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face fear</w:t>
      </w:r>
    </w:p>
    <w:p w14:paraId="790151D3" w14:textId="77777777" w:rsidR="004C046C" w:rsidRPr="004C046C" w:rsidRDefault="004C046C" w:rsidP="004C046C">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take ownership</w:t>
      </w:r>
    </w:p>
    <w:p w14:paraId="42AD14BC" w14:textId="77777777" w:rsidR="004C046C" w:rsidRPr="004C046C" w:rsidRDefault="004C046C" w:rsidP="004C046C">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practice resilience</w:t>
      </w:r>
    </w:p>
    <w:p w14:paraId="050142F2" w14:textId="77777777" w:rsidR="004C046C" w:rsidRPr="004C046C" w:rsidRDefault="004C046C" w:rsidP="004C046C">
      <w:p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…you prove to yourself that you can trust yourself.</w:t>
      </w:r>
    </w:p>
    <w:p w14:paraId="1C71FECE" w14:textId="77777777" w:rsidR="004C046C" w:rsidRPr="004C046C" w:rsidRDefault="004C046C" w:rsidP="004C046C">
      <w:p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That trust becomes confidence.</w:t>
      </w:r>
    </w:p>
    <w:p w14:paraId="5C48E3D9" w14:textId="77777777" w:rsidR="004C046C" w:rsidRPr="004C046C" w:rsidRDefault="004C046C" w:rsidP="004C046C">
      <w:p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Here’s the truth most people never learn:</w:t>
      </w:r>
    </w:p>
    <w:p w14:paraId="7359F2D1" w14:textId="77777777" w:rsidR="004C046C" w:rsidRPr="004C046C" w:rsidRDefault="004C046C" w:rsidP="004C046C">
      <w:p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b/>
          <w:bCs/>
          <w:sz w:val="24"/>
          <w:szCs w:val="24"/>
        </w:rPr>
        <w:t>Confidence comes AFTER courage, not before it.</w:t>
      </w:r>
    </w:p>
    <w:p w14:paraId="5CC526D9" w14:textId="77777777" w:rsidR="004C046C" w:rsidRPr="004C046C" w:rsidRDefault="004C046C" w:rsidP="004C046C">
      <w:p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 xml:space="preserve">The moment you </w:t>
      </w:r>
      <w:proofErr w:type="gramStart"/>
      <w:r w:rsidRPr="004C046C">
        <w:rPr>
          <w:rFonts w:ascii="Times New Roman" w:eastAsia="Times New Roman" w:hAnsi="Times New Roman" w:cs="Times New Roman"/>
          <w:sz w:val="24"/>
          <w:szCs w:val="24"/>
        </w:rPr>
        <w:t>take action</w:t>
      </w:r>
      <w:proofErr w:type="gramEnd"/>
      <w:r w:rsidRPr="004C046C">
        <w:rPr>
          <w:rFonts w:ascii="Times New Roman" w:eastAsia="Times New Roman" w:hAnsi="Times New Roman" w:cs="Times New Roman"/>
          <w:sz w:val="24"/>
          <w:szCs w:val="24"/>
        </w:rPr>
        <w:t xml:space="preserve"> — even small action — you build confidence.</w:t>
      </w:r>
    </w:p>
    <w:p w14:paraId="12703477" w14:textId="77777777" w:rsidR="004C046C" w:rsidRPr="004C046C" w:rsidRDefault="004C046C" w:rsidP="007D06E0">
      <w:r w:rsidRPr="004C046C">
        <w:rPr>
          <w:rFonts w:ascii="Segoe UI Emoji" w:hAnsi="Segoe UI Emoji" w:cs="Segoe UI Emoji"/>
        </w:rPr>
        <w:t>⭐</w:t>
      </w:r>
      <w:r w:rsidRPr="004C046C">
        <w:t xml:space="preserve"> The Confidence Loop</w:t>
      </w:r>
    </w:p>
    <w:p w14:paraId="759986B4" w14:textId="77777777" w:rsidR="004C046C" w:rsidRPr="004C046C" w:rsidRDefault="004C046C" w:rsidP="004C046C">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Action</w:t>
      </w:r>
    </w:p>
    <w:p w14:paraId="1DD1A08D" w14:textId="77777777" w:rsidR="004C046C" w:rsidRPr="004C046C" w:rsidRDefault="004C046C" w:rsidP="004C046C">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Evidence</w:t>
      </w:r>
    </w:p>
    <w:p w14:paraId="0E091020" w14:textId="77777777" w:rsidR="004C046C" w:rsidRPr="004C046C" w:rsidRDefault="004C046C" w:rsidP="004C046C">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Belief</w:t>
      </w:r>
    </w:p>
    <w:p w14:paraId="0CBC595F" w14:textId="77777777" w:rsidR="004C046C" w:rsidRPr="004C046C" w:rsidRDefault="004C046C" w:rsidP="004C046C">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More action</w:t>
      </w:r>
    </w:p>
    <w:p w14:paraId="30BD3867" w14:textId="77777777" w:rsidR="004C046C" w:rsidRPr="004C046C" w:rsidRDefault="004C046C" w:rsidP="004C046C">
      <w:p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Most people wait for belief.</w:t>
      </w:r>
      <w:r w:rsidRPr="004C046C">
        <w:rPr>
          <w:rFonts w:ascii="Times New Roman" w:eastAsia="Times New Roman" w:hAnsi="Times New Roman" w:cs="Times New Roman"/>
          <w:sz w:val="24"/>
          <w:szCs w:val="24"/>
        </w:rPr>
        <w:br/>
        <w:t>Leaders create it.</w:t>
      </w:r>
    </w:p>
    <w:p w14:paraId="6629854F" w14:textId="77777777" w:rsidR="004C046C" w:rsidRPr="004C046C" w:rsidRDefault="004C046C" w:rsidP="004C046C">
      <w:pPr>
        <w:spacing w:before="100" w:beforeAutospacing="1" w:after="100" w:afterAutospacing="1" w:line="240" w:lineRule="auto"/>
        <w:outlineLvl w:val="2"/>
        <w:rPr>
          <w:rFonts w:ascii="Times New Roman" w:eastAsia="Times New Roman" w:hAnsi="Times New Roman" w:cs="Times New Roman"/>
          <w:b/>
          <w:bCs/>
          <w:sz w:val="27"/>
          <w:szCs w:val="27"/>
        </w:rPr>
      </w:pPr>
      <w:r w:rsidRPr="004C046C">
        <w:rPr>
          <w:rFonts w:ascii="Times New Roman" w:eastAsia="Times New Roman" w:hAnsi="Times New Roman" w:cs="Times New Roman"/>
          <w:b/>
          <w:bCs/>
          <w:sz w:val="27"/>
          <w:szCs w:val="27"/>
        </w:rPr>
        <w:t>Reflection:</w:t>
      </w:r>
    </w:p>
    <w:p w14:paraId="61EC02E3" w14:textId="77777777" w:rsidR="004C046C" w:rsidRPr="004C046C" w:rsidRDefault="004C046C" w:rsidP="004C046C">
      <w:p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What action could you take today that your future self would thank you for?</w:t>
      </w:r>
    </w:p>
    <w:p w14:paraId="36379A7A" w14:textId="77777777" w:rsidR="004C046C" w:rsidRPr="004C046C" w:rsidRDefault="004C046C" w:rsidP="004C046C">
      <w:pPr>
        <w:spacing w:before="100" w:beforeAutospacing="1" w:after="100" w:afterAutospacing="1" w:line="240" w:lineRule="auto"/>
        <w:outlineLvl w:val="2"/>
        <w:rPr>
          <w:rFonts w:ascii="Times New Roman" w:eastAsia="Times New Roman" w:hAnsi="Times New Roman" w:cs="Times New Roman"/>
          <w:b/>
          <w:bCs/>
          <w:sz w:val="27"/>
          <w:szCs w:val="27"/>
        </w:rPr>
      </w:pPr>
      <w:r w:rsidRPr="004C046C">
        <w:rPr>
          <w:rFonts w:ascii="Times New Roman" w:eastAsia="Times New Roman" w:hAnsi="Times New Roman" w:cs="Times New Roman"/>
          <w:b/>
          <w:bCs/>
          <w:sz w:val="27"/>
          <w:szCs w:val="27"/>
        </w:rPr>
        <w:t>Leadership Challenge:</w:t>
      </w:r>
    </w:p>
    <w:p w14:paraId="0E2E1643" w14:textId="77777777" w:rsidR="004C046C" w:rsidRPr="004C046C" w:rsidRDefault="004C046C" w:rsidP="004C046C">
      <w:pPr>
        <w:spacing w:before="100" w:beforeAutospacing="1" w:after="100" w:afterAutospacing="1" w:line="240" w:lineRule="auto"/>
        <w:rPr>
          <w:rFonts w:ascii="Times New Roman" w:eastAsia="Times New Roman" w:hAnsi="Times New Roman" w:cs="Times New Roman"/>
          <w:sz w:val="24"/>
          <w:szCs w:val="24"/>
        </w:rPr>
      </w:pPr>
      <w:r w:rsidRPr="004C046C">
        <w:rPr>
          <w:rFonts w:ascii="Times New Roman" w:eastAsia="Times New Roman" w:hAnsi="Times New Roman" w:cs="Times New Roman"/>
          <w:sz w:val="24"/>
          <w:szCs w:val="24"/>
        </w:rPr>
        <w:t>Do something small you’ve been avoiding.</w:t>
      </w:r>
    </w:p>
    <w:p w14:paraId="0B9FB6F7" w14:textId="77777777" w:rsidR="00651DE4" w:rsidRDefault="00000000">
      <w:pPr>
        <w:pStyle w:val="Heading2"/>
      </w:pPr>
      <w:bookmarkStart w:id="6" w:name="_Toc214330664"/>
      <w:r>
        <w:lastRenderedPageBreak/>
        <w:t>Day 5 — Focus Discipline</w:t>
      </w:r>
      <w:bookmarkEnd w:id="6"/>
    </w:p>
    <w:p w14:paraId="08240979" w14:textId="77777777" w:rsidR="00DD16C8" w:rsidRPr="00DD16C8" w:rsidRDefault="00DD16C8" w:rsidP="00DD16C8">
      <w:pPr>
        <w:spacing w:before="100" w:beforeAutospacing="1" w:after="100" w:afterAutospacing="1" w:line="240" w:lineRule="auto"/>
        <w:outlineLvl w:val="2"/>
        <w:rPr>
          <w:rFonts w:ascii="Times New Roman" w:eastAsia="Times New Roman" w:hAnsi="Times New Roman" w:cs="Times New Roman"/>
          <w:b/>
          <w:bCs/>
          <w:sz w:val="27"/>
          <w:szCs w:val="27"/>
        </w:rPr>
      </w:pPr>
      <w:r w:rsidRPr="00DD16C8">
        <w:rPr>
          <w:rFonts w:ascii="Times New Roman" w:eastAsia="Times New Roman" w:hAnsi="Times New Roman" w:cs="Times New Roman"/>
          <w:b/>
          <w:bCs/>
          <w:i/>
          <w:iCs/>
          <w:sz w:val="27"/>
          <w:szCs w:val="27"/>
        </w:rPr>
        <w:t>Your Attention Is Your Greatest Leadership Weapon</w:t>
      </w:r>
    </w:p>
    <w:p w14:paraId="698C0B98" w14:textId="77777777" w:rsidR="00DD16C8" w:rsidRPr="00DD16C8" w:rsidRDefault="00DD16C8" w:rsidP="00DD16C8">
      <w:pPr>
        <w:spacing w:before="100" w:beforeAutospacing="1" w:after="100" w:afterAutospacing="1" w:line="240" w:lineRule="auto"/>
        <w:rPr>
          <w:rFonts w:ascii="Times New Roman" w:eastAsia="Times New Roman" w:hAnsi="Times New Roman" w:cs="Times New Roman"/>
          <w:sz w:val="24"/>
          <w:szCs w:val="24"/>
        </w:rPr>
      </w:pPr>
      <w:r w:rsidRPr="00DD16C8">
        <w:rPr>
          <w:rFonts w:ascii="Times New Roman" w:eastAsia="Times New Roman" w:hAnsi="Times New Roman" w:cs="Times New Roman"/>
          <w:sz w:val="24"/>
          <w:szCs w:val="24"/>
        </w:rPr>
        <w:t>Life is engineered to distract you.</w:t>
      </w:r>
      <w:r w:rsidRPr="00DD16C8">
        <w:rPr>
          <w:rFonts w:ascii="Times New Roman" w:eastAsia="Times New Roman" w:hAnsi="Times New Roman" w:cs="Times New Roman"/>
          <w:sz w:val="24"/>
          <w:szCs w:val="24"/>
        </w:rPr>
        <w:br/>
        <w:t>The world is loud.</w:t>
      </w:r>
      <w:r w:rsidRPr="00DD16C8">
        <w:rPr>
          <w:rFonts w:ascii="Times New Roman" w:eastAsia="Times New Roman" w:hAnsi="Times New Roman" w:cs="Times New Roman"/>
          <w:sz w:val="24"/>
          <w:szCs w:val="24"/>
        </w:rPr>
        <w:br/>
        <w:t>Your phone is loud.</w:t>
      </w:r>
      <w:r w:rsidRPr="00DD16C8">
        <w:rPr>
          <w:rFonts w:ascii="Times New Roman" w:eastAsia="Times New Roman" w:hAnsi="Times New Roman" w:cs="Times New Roman"/>
          <w:sz w:val="24"/>
          <w:szCs w:val="24"/>
        </w:rPr>
        <w:br/>
        <w:t>Stress is loud.</w:t>
      </w:r>
      <w:r w:rsidRPr="00DD16C8">
        <w:rPr>
          <w:rFonts w:ascii="Times New Roman" w:eastAsia="Times New Roman" w:hAnsi="Times New Roman" w:cs="Times New Roman"/>
          <w:sz w:val="24"/>
          <w:szCs w:val="24"/>
        </w:rPr>
        <w:br/>
        <w:t>People’s expectations are loud.</w:t>
      </w:r>
    </w:p>
    <w:p w14:paraId="3CA5BF9A" w14:textId="77777777" w:rsidR="00DD16C8" w:rsidRPr="00DD16C8" w:rsidRDefault="00DD16C8" w:rsidP="00DD16C8">
      <w:pPr>
        <w:spacing w:before="100" w:beforeAutospacing="1" w:after="100" w:afterAutospacing="1" w:line="240" w:lineRule="auto"/>
        <w:rPr>
          <w:rFonts w:ascii="Times New Roman" w:eastAsia="Times New Roman" w:hAnsi="Times New Roman" w:cs="Times New Roman"/>
          <w:sz w:val="24"/>
          <w:szCs w:val="24"/>
        </w:rPr>
      </w:pPr>
      <w:r w:rsidRPr="00DD16C8">
        <w:rPr>
          <w:rFonts w:ascii="Times New Roman" w:eastAsia="Times New Roman" w:hAnsi="Times New Roman" w:cs="Times New Roman"/>
          <w:sz w:val="24"/>
          <w:szCs w:val="24"/>
        </w:rPr>
        <w:t>Leaders control their focus — or the world controls it for them.</w:t>
      </w:r>
    </w:p>
    <w:p w14:paraId="3DB45AAD" w14:textId="77777777" w:rsidR="00DD16C8" w:rsidRPr="00DD16C8" w:rsidRDefault="00DD16C8" w:rsidP="00DD16C8">
      <w:pPr>
        <w:spacing w:before="100" w:beforeAutospacing="1" w:after="100" w:afterAutospacing="1" w:line="240" w:lineRule="auto"/>
        <w:rPr>
          <w:rFonts w:ascii="Times New Roman" w:eastAsia="Times New Roman" w:hAnsi="Times New Roman" w:cs="Times New Roman"/>
          <w:sz w:val="24"/>
          <w:szCs w:val="24"/>
        </w:rPr>
      </w:pPr>
      <w:r w:rsidRPr="00DD16C8">
        <w:rPr>
          <w:rFonts w:ascii="Times New Roman" w:eastAsia="Times New Roman" w:hAnsi="Times New Roman" w:cs="Times New Roman"/>
          <w:sz w:val="24"/>
          <w:szCs w:val="24"/>
        </w:rPr>
        <w:t>There were years of my life where my attention was scattered.</w:t>
      </w:r>
      <w:r w:rsidRPr="00DD16C8">
        <w:rPr>
          <w:rFonts w:ascii="Times New Roman" w:eastAsia="Times New Roman" w:hAnsi="Times New Roman" w:cs="Times New Roman"/>
          <w:sz w:val="24"/>
          <w:szCs w:val="24"/>
        </w:rPr>
        <w:br/>
        <w:t>I had goals, but no focus.</w:t>
      </w:r>
      <w:r w:rsidRPr="00DD16C8">
        <w:rPr>
          <w:rFonts w:ascii="Times New Roman" w:eastAsia="Times New Roman" w:hAnsi="Times New Roman" w:cs="Times New Roman"/>
          <w:sz w:val="24"/>
          <w:szCs w:val="24"/>
        </w:rPr>
        <w:br/>
        <w:t>Vision, but no discipline.</w:t>
      </w:r>
    </w:p>
    <w:p w14:paraId="4B076F9F" w14:textId="77777777" w:rsidR="00DD16C8" w:rsidRPr="00DD16C8" w:rsidRDefault="00DD16C8" w:rsidP="00DD16C8">
      <w:pPr>
        <w:spacing w:before="100" w:beforeAutospacing="1" w:after="100" w:afterAutospacing="1" w:line="240" w:lineRule="auto"/>
        <w:rPr>
          <w:rFonts w:ascii="Times New Roman" w:eastAsia="Times New Roman" w:hAnsi="Times New Roman" w:cs="Times New Roman"/>
          <w:sz w:val="24"/>
          <w:szCs w:val="24"/>
        </w:rPr>
      </w:pPr>
      <w:r w:rsidRPr="00DD16C8">
        <w:rPr>
          <w:rFonts w:ascii="Times New Roman" w:eastAsia="Times New Roman" w:hAnsi="Times New Roman" w:cs="Times New Roman"/>
          <w:sz w:val="24"/>
          <w:szCs w:val="24"/>
        </w:rPr>
        <w:t>Everything changed when I began protecting my attention with intention.</w:t>
      </w:r>
    </w:p>
    <w:p w14:paraId="7751F941" w14:textId="77777777" w:rsidR="00DD16C8" w:rsidRPr="00DD16C8" w:rsidRDefault="00DD16C8" w:rsidP="00DD16C8">
      <w:pPr>
        <w:spacing w:before="100" w:beforeAutospacing="1" w:after="100" w:afterAutospacing="1" w:line="240" w:lineRule="auto"/>
        <w:rPr>
          <w:rFonts w:ascii="Times New Roman" w:eastAsia="Times New Roman" w:hAnsi="Times New Roman" w:cs="Times New Roman"/>
          <w:sz w:val="24"/>
          <w:szCs w:val="24"/>
        </w:rPr>
      </w:pPr>
      <w:r w:rsidRPr="00DD16C8">
        <w:rPr>
          <w:rFonts w:ascii="Times New Roman" w:eastAsia="Times New Roman" w:hAnsi="Times New Roman" w:cs="Times New Roman"/>
          <w:sz w:val="24"/>
          <w:szCs w:val="24"/>
        </w:rPr>
        <w:t>Here’s how leaders build focus:</w:t>
      </w:r>
    </w:p>
    <w:p w14:paraId="1ED4324B" w14:textId="77777777" w:rsidR="00DD16C8" w:rsidRPr="00DD16C8" w:rsidRDefault="00000000" w:rsidP="00DD16C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A5189EE">
          <v:rect id="_x0000_i1030" style="width:0;height:1.5pt" o:hralign="center" o:hrstd="t" o:hr="t" fillcolor="#a0a0a0" stroked="f"/>
        </w:pict>
      </w:r>
    </w:p>
    <w:p w14:paraId="4D9A2E81" w14:textId="77777777" w:rsidR="00DD16C8" w:rsidRPr="00DD16C8" w:rsidRDefault="00DD16C8" w:rsidP="007D06E0">
      <w:r w:rsidRPr="00DD16C8">
        <w:rPr>
          <w:rFonts w:ascii="Segoe UI Emoji" w:hAnsi="Segoe UI Emoji" w:cs="Segoe UI Emoji"/>
        </w:rPr>
        <w:t>⭐</w:t>
      </w:r>
      <w:r w:rsidRPr="00DD16C8">
        <w:t xml:space="preserve"> 1. Reduce Friction</w:t>
      </w:r>
    </w:p>
    <w:p w14:paraId="2EF6DABD" w14:textId="77777777" w:rsidR="00DD16C8" w:rsidRPr="00DD16C8" w:rsidRDefault="00DD16C8" w:rsidP="00DD16C8">
      <w:pPr>
        <w:spacing w:before="100" w:beforeAutospacing="1" w:after="100" w:afterAutospacing="1" w:line="240" w:lineRule="auto"/>
        <w:rPr>
          <w:rFonts w:ascii="Times New Roman" w:eastAsia="Times New Roman" w:hAnsi="Times New Roman" w:cs="Times New Roman"/>
          <w:sz w:val="24"/>
          <w:szCs w:val="24"/>
        </w:rPr>
      </w:pPr>
      <w:r w:rsidRPr="00DD16C8">
        <w:rPr>
          <w:rFonts w:ascii="Times New Roman" w:eastAsia="Times New Roman" w:hAnsi="Times New Roman" w:cs="Times New Roman"/>
          <w:sz w:val="24"/>
          <w:szCs w:val="24"/>
        </w:rPr>
        <w:t>Turn off nonessential notifications.</w:t>
      </w:r>
      <w:r w:rsidRPr="00DD16C8">
        <w:rPr>
          <w:rFonts w:ascii="Times New Roman" w:eastAsia="Times New Roman" w:hAnsi="Times New Roman" w:cs="Times New Roman"/>
          <w:sz w:val="24"/>
          <w:szCs w:val="24"/>
        </w:rPr>
        <w:br/>
        <w:t>Silence noise.</w:t>
      </w:r>
      <w:r w:rsidRPr="00DD16C8">
        <w:rPr>
          <w:rFonts w:ascii="Times New Roman" w:eastAsia="Times New Roman" w:hAnsi="Times New Roman" w:cs="Times New Roman"/>
          <w:sz w:val="24"/>
          <w:szCs w:val="24"/>
        </w:rPr>
        <w:br/>
        <w:t>Protect your mind.</w:t>
      </w:r>
    </w:p>
    <w:p w14:paraId="4F325043" w14:textId="77777777" w:rsidR="00DD16C8" w:rsidRPr="00DD16C8" w:rsidRDefault="00000000" w:rsidP="00DD16C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52540FC">
          <v:rect id="_x0000_i1031" style="width:0;height:1.5pt" o:hralign="center" o:hrstd="t" o:hr="t" fillcolor="#a0a0a0" stroked="f"/>
        </w:pict>
      </w:r>
    </w:p>
    <w:p w14:paraId="583DFEBE" w14:textId="77777777" w:rsidR="00DD16C8" w:rsidRPr="00DD16C8" w:rsidRDefault="00DD16C8" w:rsidP="007D06E0">
      <w:r w:rsidRPr="00DD16C8">
        <w:rPr>
          <w:rFonts w:ascii="Segoe UI Emoji" w:hAnsi="Segoe UI Emoji" w:cs="Segoe UI Emoji"/>
        </w:rPr>
        <w:t>⭐</w:t>
      </w:r>
      <w:r w:rsidRPr="00DD16C8">
        <w:t xml:space="preserve"> 2. Single Task</w:t>
      </w:r>
    </w:p>
    <w:p w14:paraId="5D62A825" w14:textId="77777777" w:rsidR="00DD16C8" w:rsidRPr="00DD16C8" w:rsidRDefault="00DD16C8" w:rsidP="00DD16C8">
      <w:pPr>
        <w:spacing w:before="100" w:beforeAutospacing="1" w:after="100" w:afterAutospacing="1" w:line="240" w:lineRule="auto"/>
        <w:rPr>
          <w:rFonts w:ascii="Times New Roman" w:eastAsia="Times New Roman" w:hAnsi="Times New Roman" w:cs="Times New Roman"/>
          <w:sz w:val="24"/>
          <w:szCs w:val="24"/>
        </w:rPr>
      </w:pPr>
      <w:r w:rsidRPr="00DD16C8">
        <w:rPr>
          <w:rFonts w:ascii="Times New Roman" w:eastAsia="Times New Roman" w:hAnsi="Times New Roman" w:cs="Times New Roman"/>
          <w:sz w:val="24"/>
          <w:szCs w:val="24"/>
        </w:rPr>
        <w:t>Do one thing with full presence.</w:t>
      </w:r>
      <w:r w:rsidRPr="00DD16C8">
        <w:rPr>
          <w:rFonts w:ascii="Times New Roman" w:eastAsia="Times New Roman" w:hAnsi="Times New Roman" w:cs="Times New Roman"/>
          <w:sz w:val="24"/>
          <w:szCs w:val="24"/>
        </w:rPr>
        <w:br/>
        <w:t>This alone will increase your impact tenfold.</w:t>
      </w:r>
    </w:p>
    <w:p w14:paraId="2CD98D93" w14:textId="77777777" w:rsidR="00DD16C8" w:rsidRPr="00DD16C8" w:rsidRDefault="00000000" w:rsidP="00DD16C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13ACF00">
          <v:rect id="_x0000_i1032" style="width:0;height:1.5pt" o:hralign="center" o:hrstd="t" o:hr="t" fillcolor="#a0a0a0" stroked="f"/>
        </w:pict>
      </w:r>
    </w:p>
    <w:p w14:paraId="31191D17" w14:textId="77777777" w:rsidR="00DD16C8" w:rsidRPr="00DD16C8" w:rsidRDefault="00DD16C8" w:rsidP="00884ED3">
      <w:r w:rsidRPr="00DD16C8">
        <w:rPr>
          <w:rFonts w:ascii="Segoe UI Emoji" w:hAnsi="Segoe UI Emoji" w:cs="Segoe UI Emoji"/>
        </w:rPr>
        <w:t>⭐</w:t>
      </w:r>
      <w:r w:rsidRPr="00DD16C8">
        <w:t xml:space="preserve"> 3. Time Block Your Priorities</w:t>
      </w:r>
    </w:p>
    <w:p w14:paraId="2B7DC948" w14:textId="77777777" w:rsidR="00DD16C8" w:rsidRPr="00DD16C8" w:rsidRDefault="00DD16C8" w:rsidP="00DD16C8">
      <w:pPr>
        <w:spacing w:before="100" w:beforeAutospacing="1" w:after="100" w:afterAutospacing="1" w:line="240" w:lineRule="auto"/>
        <w:rPr>
          <w:rFonts w:ascii="Times New Roman" w:eastAsia="Times New Roman" w:hAnsi="Times New Roman" w:cs="Times New Roman"/>
          <w:sz w:val="24"/>
          <w:szCs w:val="24"/>
        </w:rPr>
      </w:pPr>
      <w:r w:rsidRPr="00DD16C8">
        <w:rPr>
          <w:rFonts w:ascii="Times New Roman" w:eastAsia="Times New Roman" w:hAnsi="Times New Roman" w:cs="Times New Roman"/>
          <w:sz w:val="24"/>
          <w:szCs w:val="24"/>
        </w:rPr>
        <w:lastRenderedPageBreak/>
        <w:t>If it matters, schedule it.</w:t>
      </w:r>
      <w:r w:rsidRPr="00DD16C8">
        <w:rPr>
          <w:rFonts w:ascii="Times New Roman" w:eastAsia="Times New Roman" w:hAnsi="Times New Roman" w:cs="Times New Roman"/>
          <w:sz w:val="24"/>
          <w:szCs w:val="24"/>
        </w:rPr>
        <w:br/>
        <w:t>If it’s not scheduled, it’s wishful thinking.</w:t>
      </w:r>
    </w:p>
    <w:p w14:paraId="139FA567" w14:textId="77777777" w:rsidR="00DD16C8" w:rsidRPr="00DD16C8" w:rsidRDefault="00DD16C8" w:rsidP="00DD16C8">
      <w:pPr>
        <w:spacing w:before="100" w:beforeAutospacing="1" w:after="100" w:afterAutospacing="1" w:line="240" w:lineRule="auto"/>
        <w:rPr>
          <w:rFonts w:ascii="Times New Roman" w:eastAsia="Times New Roman" w:hAnsi="Times New Roman" w:cs="Times New Roman"/>
          <w:sz w:val="24"/>
          <w:szCs w:val="24"/>
        </w:rPr>
      </w:pPr>
      <w:r w:rsidRPr="00DD16C8">
        <w:rPr>
          <w:rFonts w:ascii="Times New Roman" w:eastAsia="Times New Roman" w:hAnsi="Times New Roman" w:cs="Times New Roman"/>
          <w:sz w:val="24"/>
          <w:szCs w:val="24"/>
        </w:rPr>
        <w:t>Focus isn’t natural — it’s trained.</w:t>
      </w:r>
    </w:p>
    <w:p w14:paraId="6E991684" w14:textId="77777777" w:rsidR="00DD16C8" w:rsidRPr="00DD16C8" w:rsidRDefault="00DD16C8" w:rsidP="00DD16C8">
      <w:pPr>
        <w:spacing w:before="100" w:beforeAutospacing="1" w:after="100" w:afterAutospacing="1" w:line="240" w:lineRule="auto"/>
        <w:outlineLvl w:val="2"/>
        <w:rPr>
          <w:rFonts w:ascii="Times New Roman" w:eastAsia="Times New Roman" w:hAnsi="Times New Roman" w:cs="Times New Roman"/>
          <w:b/>
          <w:bCs/>
          <w:sz w:val="27"/>
          <w:szCs w:val="27"/>
        </w:rPr>
      </w:pPr>
      <w:r w:rsidRPr="00DD16C8">
        <w:rPr>
          <w:rFonts w:ascii="Times New Roman" w:eastAsia="Times New Roman" w:hAnsi="Times New Roman" w:cs="Times New Roman"/>
          <w:b/>
          <w:bCs/>
          <w:sz w:val="27"/>
          <w:szCs w:val="27"/>
        </w:rPr>
        <w:t>Reflection:</w:t>
      </w:r>
    </w:p>
    <w:p w14:paraId="0201A557" w14:textId="77777777" w:rsidR="00DD16C8" w:rsidRPr="00DD16C8" w:rsidRDefault="00DD16C8" w:rsidP="00DD16C8">
      <w:pPr>
        <w:spacing w:before="100" w:beforeAutospacing="1" w:after="100" w:afterAutospacing="1" w:line="240" w:lineRule="auto"/>
        <w:rPr>
          <w:rFonts w:ascii="Times New Roman" w:eastAsia="Times New Roman" w:hAnsi="Times New Roman" w:cs="Times New Roman"/>
          <w:sz w:val="24"/>
          <w:szCs w:val="24"/>
        </w:rPr>
      </w:pPr>
      <w:r w:rsidRPr="00DD16C8">
        <w:rPr>
          <w:rFonts w:ascii="Times New Roman" w:eastAsia="Times New Roman" w:hAnsi="Times New Roman" w:cs="Times New Roman"/>
          <w:sz w:val="24"/>
          <w:szCs w:val="24"/>
        </w:rPr>
        <w:t>What distracts you most often?</w:t>
      </w:r>
    </w:p>
    <w:p w14:paraId="1430B6ED" w14:textId="77777777" w:rsidR="00DD16C8" w:rsidRPr="00DD16C8" w:rsidRDefault="00DD16C8" w:rsidP="00DD16C8">
      <w:pPr>
        <w:spacing w:before="100" w:beforeAutospacing="1" w:after="100" w:afterAutospacing="1" w:line="240" w:lineRule="auto"/>
        <w:outlineLvl w:val="2"/>
        <w:rPr>
          <w:rFonts w:ascii="Times New Roman" w:eastAsia="Times New Roman" w:hAnsi="Times New Roman" w:cs="Times New Roman"/>
          <w:b/>
          <w:bCs/>
          <w:sz w:val="27"/>
          <w:szCs w:val="27"/>
        </w:rPr>
      </w:pPr>
      <w:r w:rsidRPr="00DD16C8">
        <w:rPr>
          <w:rFonts w:ascii="Times New Roman" w:eastAsia="Times New Roman" w:hAnsi="Times New Roman" w:cs="Times New Roman"/>
          <w:b/>
          <w:bCs/>
          <w:sz w:val="27"/>
          <w:szCs w:val="27"/>
        </w:rPr>
        <w:t>Leadership Challenge:</w:t>
      </w:r>
    </w:p>
    <w:p w14:paraId="2BE65E0B" w14:textId="77777777" w:rsidR="00DD16C8" w:rsidRPr="00DD16C8" w:rsidRDefault="00DD16C8" w:rsidP="00DD16C8">
      <w:pPr>
        <w:spacing w:before="100" w:beforeAutospacing="1" w:after="100" w:afterAutospacing="1" w:line="240" w:lineRule="auto"/>
        <w:rPr>
          <w:rFonts w:ascii="Times New Roman" w:eastAsia="Times New Roman" w:hAnsi="Times New Roman" w:cs="Times New Roman"/>
          <w:sz w:val="24"/>
          <w:szCs w:val="24"/>
        </w:rPr>
      </w:pPr>
      <w:r w:rsidRPr="00DD16C8">
        <w:rPr>
          <w:rFonts w:ascii="Times New Roman" w:eastAsia="Times New Roman" w:hAnsi="Times New Roman" w:cs="Times New Roman"/>
          <w:sz w:val="24"/>
          <w:szCs w:val="24"/>
        </w:rPr>
        <w:t>Do ONE intentional 25-minute focus block today.</w:t>
      </w:r>
    </w:p>
    <w:p w14:paraId="0A71B641" w14:textId="77777777" w:rsidR="00651DE4" w:rsidRDefault="00000000">
      <w:pPr>
        <w:pStyle w:val="Heading2"/>
      </w:pPr>
      <w:bookmarkStart w:id="7" w:name="_Toc214330665"/>
      <w:r>
        <w:t>Day 6 — Overcoming Fear</w:t>
      </w:r>
      <w:bookmarkEnd w:id="7"/>
    </w:p>
    <w:p w14:paraId="1F03C8DD" w14:textId="77777777" w:rsidR="00454E67" w:rsidRPr="00454E67" w:rsidRDefault="00454E67" w:rsidP="00454E67">
      <w:pPr>
        <w:spacing w:before="100" w:beforeAutospacing="1" w:after="100" w:afterAutospacing="1" w:line="240" w:lineRule="auto"/>
        <w:outlineLvl w:val="2"/>
        <w:rPr>
          <w:rFonts w:ascii="Times New Roman" w:eastAsia="Times New Roman" w:hAnsi="Times New Roman" w:cs="Times New Roman"/>
          <w:b/>
          <w:bCs/>
          <w:sz w:val="27"/>
          <w:szCs w:val="27"/>
        </w:rPr>
      </w:pPr>
      <w:r w:rsidRPr="00454E67">
        <w:rPr>
          <w:rFonts w:ascii="Times New Roman" w:eastAsia="Times New Roman" w:hAnsi="Times New Roman" w:cs="Times New Roman"/>
          <w:b/>
          <w:bCs/>
          <w:i/>
          <w:iCs/>
          <w:sz w:val="27"/>
          <w:szCs w:val="27"/>
        </w:rPr>
        <w:t>Fear Shrinks Under Action</w:t>
      </w:r>
    </w:p>
    <w:p w14:paraId="6F3D99E7" w14:textId="77777777" w:rsidR="00454E67" w:rsidRPr="00454E67" w:rsidRDefault="00454E67" w:rsidP="00454E67">
      <w:pPr>
        <w:spacing w:before="100" w:beforeAutospacing="1" w:after="100" w:afterAutospacing="1" w:line="240" w:lineRule="auto"/>
        <w:rPr>
          <w:rFonts w:ascii="Times New Roman" w:eastAsia="Times New Roman" w:hAnsi="Times New Roman" w:cs="Times New Roman"/>
          <w:sz w:val="24"/>
          <w:szCs w:val="24"/>
        </w:rPr>
      </w:pPr>
      <w:r w:rsidRPr="00454E67">
        <w:rPr>
          <w:rFonts w:ascii="Times New Roman" w:eastAsia="Times New Roman" w:hAnsi="Times New Roman" w:cs="Times New Roman"/>
          <w:sz w:val="24"/>
          <w:szCs w:val="24"/>
        </w:rPr>
        <w:t>Fear is not your enemy.</w:t>
      </w:r>
      <w:r w:rsidRPr="00454E67">
        <w:rPr>
          <w:rFonts w:ascii="Times New Roman" w:eastAsia="Times New Roman" w:hAnsi="Times New Roman" w:cs="Times New Roman"/>
          <w:sz w:val="24"/>
          <w:szCs w:val="24"/>
        </w:rPr>
        <w:br/>
        <w:t>Avoidance is.</w:t>
      </w:r>
    </w:p>
    <w:p w14:paraId="29462808" w14:textId="77777777" w:rsidR="00454E67" w:rsidRPr="00454E67" w:rsidRDefault="00454E67" w:rsidP="00454E67">
      <w:pPr>
        <w:spacing w:before="100" w:beforeAutospacing="1" w:after="100" w:afterAutospacing="1" w:line="240" w:lineRule="auto"/>
        <w:rPr>
          <w:rFonts w:ascii="Times New Roman" w:eastAsia="Times New Roman" w:hAnsi="Times New Roman" w:cs="Times New Roman"/>
          <w:sz w:val="24"/>
          <w:szCs w:val="24"/>
        </w:rPr>
      </w:pPr>
      <w:r w:rsidRPr="00454E67">
        <w:rPr>
          <w:rFonts w:ascii="Times New Roman" w:eastAsia="Times New Roman" w:hAnsi="Times New Roman" w:cs="Times New Roman"/>
          <w:sz w:val="24"/>
          <w:szCs w:val="24"/>
        </w:rPr>
        <w:t>Every leader — every strong person — has felt fear.</w:t>
      </w:r>
      <w:r w:rsidRPr="00454E67">
        <w:rPr>
          <w:rFonts w:ascii="Times New Roman" w:eastAsia="Times New Roman" w:hAnsi="Times New Roman" w:cs="Times New Roman"/>
          <w:sz w:val="24"/>
          <w:szCs w:val="24"/>
        </w:rPr>
        <w:br/>
        <w:t>The difference is what they do with it.</w:t>
      </w:r>
    </w:p>
    <w:p w14:paraId="037A9127" w14:textId="77777777" w:rsidR="00454E67" w:rsidRPr="00454E67" w:rsidRDefault="00454E67" w:rsidP="00454E67">
      <w:pPr>
        <w:spacing w:before="100" w:beforeAutospacing="1" w:after="100" w:afterAutospacing="1" w:line="240" w:lineRule="auto"/>
        <w:rPr>
          <w:rFonts w:ascii="Times New Roman" w:eastAsia="Times New Roman" w:hAnsi="Times New Roman" w:cs="Times New Roman"/>
          <w:sz w:val="24"/>
          <w:szCs w:val="24"/>
        </w:rPr>
      </w:pPr>
      <w:r w:rsidRPr="00454E67">
        <w:rPr>
          <w:rFonts w:ascii="Times New Roman" w:eastAsia="Times New Roman" w:hAnsi="Times New Roman" w:cs="Times New Roman"/>
          <w:sz w:val="24"/>
          <w:szCs w:val="24"/>
        </w:rPr>
        <w:t>Times in my own life when I avoided fear, it grew.</w:t>
      </w:r>
      <w:r w:rsidRPr="00454E67">
        <w:rPr>
          <w:rFonts w:ascii="Times New Roman" w:eastAsia="Times New Roman" w:hAnsi="Times New Roman" w:cs="Times New Roman"/>
          <w:sz w:val="24"/>
          <w:szCs w:val="24"/>
        </w:rPr>
        <w:br/>
        <w:t>When I faced it, even in small doses, it shrank.</w:t>
      </w:r>
      <w:r w:rsidRPr="00454E67">
        <w:rPr>
          <w:rFonts w:ascii="Times New Roman" w:eastAsia="Times New Roman" w:hAnsi="Times New Roman" w:cs="Times New Roman"/>
          <w:sz w:val="24"/>
          <w:szCs w:val="24"/>
        </w:rPr>
        <w:br/>
        <w:t>Fear is a teacher… and courage is the classroom.</w:t>
      </w:r>
    </w:p>
    <w:p w14:paraId="101F3B45" w14:textId="77777777" w:rsidR="00454E67" w:rsidRPr="00454E67" w:rsidRDefault="00454E67" w:rsidP="00454E67">
      <w:pPr>
        <w:spacing w:before="100" w:beforeAutospacing="1" w:after="100" w:afterAutospacing="1" w:line="240" w:lineRule="auto"/>
        <w:rPr>
          <w:rFonts w:ascii="Times New Roman" w:eastAsia="Times New Roman" w:hAnsi="Times New Roman" w:cs="Times New Roman"/>
          <w:sz w:val="24"/>
          <w:szCs w:val="24"/>
        </w:rPr>
      </w:pPr>
      <w:r w:rsidRPr="00454E67">
        <w:rPr>
          <w:rFonts w:ascii="Times New Roman" w:eastAsia="Times New Roman" w:hAnsi="Times New Roman" w:cs="Times New Roman"/>
          <w:sz w:val="24"/>
          <w:szCs w:val="24"/>
        </w:rPr>
        <w:t>Here’s the leadership truth:</w:t>
      </w:r>
    </w:p>
    <w:p w14:paraId="19317F17" w14:textId="77777777" w:rsidR="00454E67" w:rsidRPr="00454E67" w:rsidRDefault="00454E67" w:rsidP="00454E67">
      <w:pPr>
        <w:spacing w:before="100" w:beforeAutospacing="1" w:after="100" w:afterAutospacing="1" w:line="240" w:lineRule="auto"/>
        <w:rPr>
          <w:rFonts w:ascii="Times New Roman" w:eastAsia="Times New Roman" w:hAnsi="Times New Roman" w:cs="Times New Roman"/>
          <w:sz w:val="24"/>
          <w:szCs w:val="24"/>
        </w:rPr>
      </w:pPr>
      <w:r w:rsidRPr="00454E67">
        <w:rPr>
          <w:rFonts w:ascii="Times New Roman" w:eastAsia="Times New Roman" w:hAnsi="Times New Roman" w:cs="Times New Roman"/>
          <w:b/>
          <w:bCs/>
          <w:sz w:val="24"/>
          <w:szCs w:val="24"/>
        </w:rPr>
        <w:t>Courage is not the absence of fear.</w:t>
      </w:r>
      <w:r w:rsidRPr="00454E67">
        <w:rPr>
          <w:rFonts w:ascii="Times New Roman" w:eastAsia="Times New Roman" w:hAnsi="Times New Roman" w:cs="Times New Roman"/>
          <w:b/>
          <w:bCs/>
          <w:sz w:val="24"/>
          <w:szCs w:val="24"/>
        </w:rPr>
        <w:br/>
        <w:t>Courage is acting while fear is present.</w:t>
      </w:r>
    </w:p>
    <w:p w14:paraId="1AE5519A" w14:textId="77777777" w:rsidR="00454E67" w:rsidRPr="00454E67" w:rsidRDefault="00454E67" w:rsidP="00454E67">
      <w:pPr>
        <w:spacing w:before="100" w:beforeAutospacing="1" w:after="100" w:afterAutospacing="1" w:line="240" w:lineRule="auto"/>
        <w:rPr>
          <w:rFonts w:ascii="Times New Roman" w:eastAsia="Times New Roman" w:hAnsi="Times New Roman" w:cs="Times New Roman"/>
          <w:sz w:val="24"/>
          <w:szCs w:val="24"/>
        </w:rPr>
      </w:pPr>
      <w:r w:rsidRPr="00454E67">
        <w:rPr>
          <w:rFonts w:ascii="Times New Roman" w:eastAsia="Times New Roman" w:hAnsi="Times New Roman" w:cs="Times New Roman"/>
          <w:sz w:val="24"/>
          <w:szCs w:val="24"/>
        </w:rPr>
        <w:t>And courage grows every time you choose to move forward instead of shrinking back.</w:t>
      </w:r>
    </w:p>
    <w:p w14:paraId="6A7835EB" w14:textId="77777777" w:rsidR="00454E67" w:rsidRPr="00454E67" w:rsidRDefault="00454E67" w:rsidP="00884ED3">
      <w:r w:rsidRPr="00454E67">
        <w:rPr>
          <w:rFonts w:ascii="Segoe UI Emoji" w:hAnsi="Segoe UI Emoji" w:cs="Segoe UI Emoji"/>
        </w:rPr>
        <w:t>⭐</w:t>
      </w:r>
      <w:r w:rsidRPr="00454E67">
        <w:t xml:space="preserve"> The Courage Equation</w:t>
      </w:r>
    </w:p>
    <w:p w14:paraId="20B96252" w14:textId="77777777" w:rsidR="00454E67" w:rsidRPr="00454E67" w:rsidRDefault="00454E67" w:rsidP="00454E67">
      <w:pPr>
        <w:spacing w:before="100" w:beforeAutospacing="1" w:after="100" w:afterAutospacing="1" w:line="240" w:lineRule="auto"/>
        <w:rPr>
          <w:rFonts w:ascii="Times New Roman" w:eastAsia="Times New Roman" w:hAnsi="Times New Roman" w:cs="Times New Roman"/>
          <w:sz w:val="24"/>
          <w:szCs w:val="24"/>
        </w:rPr>
      </w:pPr>
      <w:r w:rsidRPr="00454E67">
        <w:rPr>
          <w:rFonts w:ascii="Times New Roman" w:eastAsia="Times New Roman" w:hAnsi="Times New Roman" w:cs="Times New Roman"/>
          <w:sz w:val="24"/>
          <w:szCs w:val="24"/>
        </w:rPr>
        <w:lastRenderedPageBreak/>
        <w:t>Small action → Success</w:t>
      </w:r>
      <w:r w:rsidRPr="00454E67">
        <w:rPr>
          <w:rFonts w:ascii="Times New Roman" w:eastAsia="Times New Roman" w:hAnsi="Times New Roman" w:cs="Times New Roman"/>
          <w:sz w:val="24"/>
          <w:szCs w:val="24"/>
        </w:rPr>
        <w:br/>
        <w:t>Small success → Belief</w:t>
      </w:r>
      <w:r w:rsidRPr="00454E67">
        <w:rPr>
          <w:rFonts w:ascii="Times New Roman" w:eastAsia="Times New Roman" w:hAnsi="Times New Roman" w:cs="Times New Roman"/>
          <w:sz w:val="24"/>
          <w:szCs w:val="24"/>
        </w:rPr>
        <w:br/>
      </w:r>
      <w:proofErr w:type="spellStart"/>
      <w:r w:rsidRPr="00454E67">
        <w:rPr>
          <w:rFonts w:ascii="Times New Roman" w:eastAsia="Times New Roman" w:hAnsi="Times New Roman" w:cs="Times New Roman"/>
          <w:sz w:val="24"/>
          <w:szCs w:val="24"/>
        </w:rPr>
        <w:t>Belief</w:t>
      </w:r>
      <w:proofErr w:type="spellEnd"/>
      <w:r w:rsidRPr="00454E67">
        <w:rPr>
          <w:rFonts w:ascii="Times New Roman" w:eastAsia="Times New Roman" w:hAnsi="Times New Roman" w:cs="Times New Roman"/>
          <w:sz w:val="24"/>
          <w:szCs w:val="24"/>
        </w:rPr>
        <w:t xml:space="preserve"> → Greater courage</w:t>
      </w:r>
    </w:p>
    <w:p w14:paraId="02FDB77D" w14:textId="77777777" w:rsidR="00454E67" w:rsidRPr="00454E67" w:rsidRDefault="00454E67" w:rsidP="00454E67">
      <w:pPr>
        <w:spacing w:before="100" w:beforeAutospacing="1" w:after="100" w:afterAutospacing="1" w:line="240" w:lineRule="auto"/>
        <w:rPr>
          <w:rFonts w:ascii="Times New Roman" w:eastAsia="Times New Roman" w:hAnsi="Times New Roman" w:cs="Times New Roman"/>
          <w:sz w:val="24"/>
          <w:szCs w:val="24"/>
        </w:rPr>
      </w:pPr>
      <w:r w:rsidRPr="00454E67">
        <w:rPr>
          <w:rFonts w:ascii="Times New Roman" w:eastAsia="Times New Roman" w:hAnsi="Times New Roman" w:cs="Times New Roman"/>
          <w:sz w:val="24"/>
          <w:szCs w:val="24"/>
        </w:rPr>
        <w:t>Courage is not built in leaps — it is built in steps.</w:t>
      </w:r>
    </w:p>
    <w:p w14:paraId="5A74E5C3" w14:textId="77777777" w:rsidR="00454E67" w:rsidRPr="00454E67" w:rsidRDefault="00454E67" w:rsidP="00454E67">
      <w:pPr>
        <w:spacing w:before="100" w:beforeAutospacing="1" w:after="100" w:afterAutospacing="1" w:line="240" w:lineRule="auto"/>
        <w:outlineLvl w:val="2"/>
        <w:rPr>
          <w:rFonts w:ascii="Times New Roman" w:eastAsia="Times New Roman" w:hAnsi="Times New Roman" w:cs="Times New Roman"/>
          <w:b/>
          <w:bCs/>
          <w:sz w:val="27"/>
          <w:szCs w:val="27"/>
        </w:rPr>
      </w:pPr>
      <w:r w:rsidRPr="00454E67">
        <w:rPr>
          <w:rFonts w:ascii="Times New Roman" w:eastAsia="Times New Roman" w:hAnsi="Times New Roman" w:cs="Times New Roman"/>
          <w:b/>
          <w:bCs/>
          <w:sz w:val="27"/>
          <w:szCs w:val="27"/>
        </w:rPr>
        <w:t>Reflection:</w:t>
      </w:r>
    </w:p>
    <w:p w14:paraId="519F6240" w14:textId="77777777" w:rsidR="00454E67" w:rsidRPr="00454E67" w:rsidRDefault="00454E67" w:rsidP="00454E67">
      <w:pPr>
        <w:spacing w:before="100" w:beforeAutospacing="1" w:after="100" w:afterAutospacing="1" w:line="240" w:lineRule="auto"/>
        <w:rPr>
          <w:rFonts w:ascii="Times New Roman" w:eastAsia="Times New Roman" w:hAnsi="Times New Roman" w:cs="Times New Roman"/>
          <w:sz w:val="24"/>
          <w:szCs w:val="24"/>
        </w:rPr>
      </w:pPr>
      <w:r w:rsidRPr="00454E67">
        <w:rPr>
          <w:rFonts w:ascii="Times New Roman" w:eastAsia="Times New Roman" w:hAnsi="Times New Roman" w:cs="Times New Roman"/>
          <w:sz w:val="24"/>
          <w:szCs w:val="24"/>
        </w:rPr>
        <w:t>What is one fear you’ve allowed to sit in the background of your life?</w:t>
      </w:r>
    </w:p>
    <w:p w14:paraId="6A891E1E" w14:textId="77777777" w:rsidR="00454E67" w:rsidRPr="00454E67" w:rsidRDefault="00454E67" w:rsidP="00454E67">
      <w:pPr>
        <w:spacing w:before="100" w:beforeAutospacing="1" w:after="100" w:afterAutospacing="1" w:line="240" w:lineRule="auto"/>
        <w:outlineLvl w:val="2"/>
        <w:rPr>
          <w:rFonts w:ascii="Times New Roman" w:eastAsia="Times New Roman" w:hAnsi="Times New Roman" w:cs="Times New Roman"/>
          <w:b/>
          <w:bCs/>
          <w:sz w:val="27"/>
          <w:szCs w:val="27"/>
        </w:rPr>
      </w:pPr>
      <w:r w:rsidRPr="00454E67">
        <w:rPr>
          <w:rFonts w:ascii="Times New Roman" w:eastAsia="Times New Roman" w:hAnsi="Times New Roman" w:cs="Times New Roman"/>
          <w:b/>
          <w:bCs/>
          <w:sz w:val="27"/>
          <w:szCs w:val="27"/>
        </w:rPr>
        <w:t>Leadership Challenge:</w:t>
      </w:r>
    </w:p>
    <w:p w14:paraId="2955622E" w14:textId="77777777" w:rsidR="00454E67" w:rsidRPr="00454E67" w:rsidRDefault="00454E67" w:rsidP="00454E67">
      <w:pPr>
        <w:spacing w:before="100" w:beforeAutospacing="1" w:after="100" w:afterAutospacing="1" w:line="240" w:lineRule="auto"/>
        <w:rPr>
          <w:rFonts w:ascii="Times New Roman" w:eastAsia="Times New Roman" w:hAnsi="Times New Roman" w:cs="Times New Roman"/>
          <w:sz w:val="24"/>
          <w:szCs w:val="24"/>
        </w:rPr>
      </w:pPr>
      <w:r w:rsidRPr="00454E67">
        <w:rPr>
          <w:rFonts w:ascii="Times New Roman" w:eastAsia="Times New Roman" w:hAnsi="Times New Roman" w:cs="Times New Roman"/>
          <w:sz w:val="24"/>
          <w:szCs w:val="24"/>
        </w:rPr>
        <w:t>Take the smallest step toward that fear today.</w:t>
      </w:r>
    </w:p>
    <w:p w14:paraId="680FB4B6" w14:textId="77777777" w:rsidR="00651DE4" w:rsidRDefault="00000000">
      <w:pPr>
        <w:pStyle w:val="Heading2"/>
      </w:pPr>
      <w:bookmarkStart w:id="8" w:name="_Toc214330666"/>
      <w:r>
        <w:t>Day 7 — Week One Review</w:t>
      </w:r>
      <w:bookmarkEnd w:id="8"/>
    </w:p>
    <w:p w14:paraId="0379C40D" w14:textId="77777777" w:rsidR="000217FF" w:rsidRPr="000217FF" w:rsidRDefault="000217FF" w:rsidP="000217FF">
      <w:pPr>
        <w:spacing w:before="100" w:beforeAutospacing="1" w:after="100" w:afterAutospacing="1" w:line="240" w:lineRule="auto"/>
        <w:outlineLvl w:val="2"/>
        <w:rPr>
          <w:rFonts w:ascii="Times New Roman" w:eastAsia="Times New Roman" w:hAnsi="Times New Roman" w:cs="Times New Roman"/>
          <w:b/>
          <w:bCs/>
          <w:sz w:val="27"/>
          <w:szCs w:val="27"/>
        </w:rPr>
      </w:pPr>
      <w:r w:rsidRPr="000217FF">
        <w:rPr>
          <w:rFonts w:ascii="Times New Roman" w:eastAsia="Times New Roman" w:hAnsi="Times New Roman" w:cs="Times New Roman"/>
          <w:b/>
          <w:bCs/>
          <w:i/>
          <w:iCs/>
          <w:sz w:val="27"/>
          <w:szCs w:val="27"/>
        </w:rPr>
        <w:t>Your Leadership Foundation Is Forming</w:t>
      </w:r>
    </w:p>
    <w:p w14:paraId="7162D626" w14:textId="77777777" w:rsidR="000217FF" w:rsidRPr="000217FF" w:rsidRDefault="000217FF" w:rsidP="000217FF">
      <w:pPr>
        <w:spacing w:before="100" w:beforeAutospacing="1" w:after="100" w:afterAutospacing="1" w:line="240" w:lineRule="auto"/>
        <w:rPr>
          <w:rFonts w:ascii="Times New Roman" w:eastAsia="Times New Roman" w:hAnsi="Times New Roman" w:cs="Times New Roman"/>
          <w:sz w:val="24"/>
          <w:szCs w:val="24"/>
        </w:rPr>
      </w:pPr>
      <w:proofErr w:type="gramStart"/>
      <w:r w:rsidRPr="000217FF">
        <w:rPr>
          <w:rFonts w:ascii="Times New Roman" w:eastAsia="Times New Roman" w:hAnsi="Times New Roman" w:cs="Times New Roman"/>
          <w:sz w:val="24"/>
          <w:szCs w:val="24"/>
        </w:rPr>
        <w:t>Look</w:t>
      </w:r>
      <w:proofErr w:type="gramEnd"/>
      <w:r w:rsidRPr="000217FF">
        <w:rPr>
          <w:rFonts w:ascii="Times New Roman" w:eastAsia="Times New Roman" w:hAnsi="Times New Roman" w:cs="Times New Roman"/>
          <w:sz w:val="24"/>
          <w:szCs w:val="24"/>
        </w:rPr>
        <w:t xml:space="preserve"> back over this week.</w:t>
      </w:r>
      <w:r w:rsidRPr="000217FF">
        <w:rPr>
          <w:rFonts w:ascii="Times New Roman" w:eastAsia="Times New Roman" w:hAnsi="Times New Roman" w:cs="Times New Roman"/>
          <w:sz w:val="24"/>
          <w:szCs w:val="24"/>
        </w:rPr>
        <w:br/>
        <w:t xml:space="preserve">You didn’t just learn content — you built a </w:t>
      </w:r>
      <w:r w:rsidRPr="000217FF">
        <w:rPr>
          <w:rFonts w:ascii="Times New Roman" w:eastAsia="Times New Roman" w:hAnsi="Times New Roman" w:cs="Times New Roman"/>
          <w:b/>
          <w:bCs/>
          <w:sz w:val="24"/>
          <w:szCs w:val="24"/>
        </w:rPr>
        <w:t>foundation</w:t>
      </w:r>
      <w:r w:rsidRPr="000217FF">
        <w:rPr>
          <w:rFonts w:ascii="Times New Roman" w:eastAsia="Times New Roman" w:hAnsi="Times New Roman" w:cs="Times New Roman"/>
          <w:sz w:val="24"/>
          <w:szCs w:val="24"/>
        </w:rPr>
        <w:t>.</w:t>
      </w:r>
    </w:p>
    <w:p w14:paraId="77BE6F2E" w14:textId="77777777" w:rsidR="000217FF" w:rsidRPr="000217FF" w:rsidRDefault="000217FF" w:rsidP="000217FF">
      <w:pPr>
        <w:spacing w:before="100" w:beforeAutospacing="1" w:after="100" w:afterAutospacing="1" w:line="240" w:lineRule="auto"/>
        <w:rPr>
          <w:rFonts w:ascii="Times New Roman" w:eastAsia="Times New Roman" w:hAnsi="Times New Roman" w:cs="Times New Roman"/>
          <w:sz w:val="24"/>
          <w:szCs w:val="24"/>
        </w:rPr>
      </w:pPr>
      <w:r w:rsidRPr="000217FF">
        <w:rPr>
          <w:rFonts w:ascii="Times New Roman" w:eastAsia="Times New Roman" w:hAnsi="Times New Roman" w:cs="Times New Roman"/>
          <w:sz w:val="24"/>
          <w:szCs w:val="24"/>
        </w:rPr>
        <w:t>You learned:</w:t>
      </w:r>
    </w:p>
    <w:p w14:paraId="5FBC2FD2" w14:textId="77777777" w:rsidR="000217FF" w:rsidRPr="000217FF" w:rsidRDefault="000217FF" w:rsidP="000217FF">
      <w:pPr>
        <w:numPr>
          <w:ilvl w:val="0"/>
          <w:numId w:val="17"/>
        </w:numPr>
        <w:spacing w:before="100" w:beforeAutospacing="1" w:after="100" w:afterAutospacing="1" w:line="240" w:lineRule="auto"/>
        <w:rPr>
          <w:rFonts w:ascii="Times New Roman" w:eastAsia="Times New Roman" w:hAnsi="Times New Roman" w:cs="Times New Roman"/>
          <w:sz w:val="24"/>
          <w:szCs w:val="24"/>
        </w:rPr>
      </w:pPr>
      <w:proofErr w:type="gramStart"/>
      <w:r w:rsidRPr="000217FF">
        <w:rPr>
          <w:rFonts w:ascii="Times New Roman" w:eastAsia="Times New Roman" w:hAnsi="Times New Roman" w:cs="Times New Roman"/>
          <w:sz w:val="24"/>
          <w:szCs w:val="24"/>
        </w:rPr>
        <w:t>your</w:t>
      </w:r>
      <w:proofErr w:type="gramEnd"/>
      <w:r w:rsidRPr="000217FF">
        <w:rPr>
          <w:rFonts w:ascii="Times New Roman" w:eastAsia="Times New Roman" w:hAnsi="Times New Roman" w:cs="Times New Roman"/>
          <w:sz w:val="24"/>
          <w:szCs w:val="24"/>
        </w:rPr>
        <w:t xml:space="preserve"> values</w:t>
      </w:r>
    </w:p>
    <w:p w14:paraId="51836BB9" w14:textId="77777777" w:rsidR="000217FF" w:rsidRPr="000217FF" w:rsidRDefault="000217FF" w:rsidP="000217FF">
      <w:pPr>
        <w:numPr>
          <w:ilvl w:val="0"/>
          <w:numId w:val="17"/>
        </w:numPr>
        <w:spacing w:before="100" w:beforeAutospacing="1" w:after="100" w:afterAutospacing="1" w:line="240" w:lineRule="auto"/>
        <w:rPr>
          <w:rFonts w:ascii="Times New Roman" w:eastAsia="Times New Roman" w:hAnsi="Times New Roman" w:cs="Times New Roman"/>
          <w:sz w:val="24"/>
          <w:szCs w:val="24"/>
        </w:rPr>
      </w:pPr>
      <w:proofErr w:type="gramStart"/>
      <w:r w:rsidRPr="000217FF">
        <w:rPr>
          <w:rFonts w:ascii="Times New Roman" w:eastAsia="Times New Roman" w:hAnsi="Times New Roman" w:cs="Times New Roman"/>
          <w:sz w:val="24"/>
          <w:szCs w:val="24"/>
        </w:rPr>
        <w:t>how</w:t>
      </w:r>
      <w:proofErr w:type="gramEnd"/>
      <w:r w:rsidRPr="000217FF">
        <w:rPr>
          <w:rFonts w:ascii="Times New Roman" w:eastAsia="Times New Roman" w:hAnsi="Times New Roman" w:cs="Times New Roman"/>
          <w:sz w:val="24"/>
          <w:szCs w:val="24"/>
        </w:rPr>
        <w:t xml:space="preserve"> you think</w:t>
      </w:r>
    </w:p>
    <w:p w14:paraId="39C86948" w14:textId="77777777" w:rsidR="000217FF" w:rsidRPr="000217FF" w:rsidRDefault="000217FF" w:rsidP="000217FF">
      <w:pPr>
        <w:numPr>
          <w:ilvl w:val="0"/>
          <w:numId w:val="17"/>
        </w:numPr>
        <w:spacing w:before="100" w:beforeAutospacing="1" w:after="100" w:afterAutospacing="1" w:line="240" w:lineRule="auto"/>
        <w:rPr>
          <w:rFonts w:ascii="Times New Roman" w:eastAsia="Times New Roman" w:hAnsi="Times New Roman" w:cs="Times New Roman"/>
          <w:sz w:val="24"/>
          <w:szCs w:val="24"/>
        </w:rPr>
      </w:pPr>
      <w:proofErr w:type="gramStart"/>
      <w:r w:rsidRPr="000217FF">
        <w:rPr>
          <w:rFonts w:ascii="Times New Roman" w:eastAsia="Times New Roman" w:hAnsi="Times New Roman" w:cs="Times New Roman"/>
          <w:sz w:val="24"/>
          <w:szCs w:val="24"/>
        </w:rPr>
        <w:t>how</w:t>
      </w:r>
      <w:proofErr w:type="gramEnd"/>
      <w:r w:rsidRPr="000217FF">
        <w:rPr>
          <w:rFonts w:ascii="Times New Roman" w:eastAsia="Times New Roman" w:hAnsi="Times New Roman" w:cs="Times New Roman"/>
          <w:sz w:val="24"/>
          <w:szCs w:val="24"/>
        </w:rPr>
        <w:t xml:space="preserve"> to control emotions</w:t>
      </w:r>
    </w:p>
    <w:p w14:paraId="587BB729" w14:textId="77777777" w:rsidR="000217FF" w:rsidRPr="000217FF" w:rsidRDefault="000217FF" w:rsidP="000217FF">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0217FF">
        <w:rPr>
          <w:rFonts w:ascii="Times New Roman" w:eastAsia="Times New Roman" w:hAnsi="Times New Roman" w:cs="Times New Roman"/>
          <w:sz w:val="24"/>
          <w:szCs w:val="24"/>
        </w:rPr>
        <w:t>how to build confidence</w:t>
      </w:r>
    </w:p>
    <w:p w14:paraId="1D2E8F17" w14:textId="77777777" w:rsidR="000217FF" w:rsidRPr="000217FF" w:rsidRDefault="000217FF" w:rsidP="000217FF">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0217FF">
        <w:rPr>
          <w:rFonts w:ascii="Times New Roman" w:eastAsia="Times New Roman" w:hAnsi="Times New Roman" w:cs="Times New Roman"/>
          <w:sz w:val="24"/>
          <w:szCs w:val="24"/>
        </w:rPr>
        <w:t>how to focus</w:t>
      </w:r>
    </w:p>
    <w:p w14:paraId="1E342E1D" w14:textId="77777777" w:rsidR="000217FF" w:rsidRPr="000217FF" w:rsidRDefault="000217FF" w:rsidP="000217FF">
      <w:pPr>
        <w:numPr>
          <w:ilvl w:val="0"/>
          <w:numId w:val="17"/>
        </w:numPr>
        <w:spacing w:before="100" w:beforeAutospacing="1" w:after="100" w:afterAutospacing="1" w:line="240" w:lineRule="auto"/>
        <w:rPr>
          <w:rFonts w:ascii="Times New Roman" w:eastAsia="Times New Roman" w:hAnsi="Times New Roman" w:cs="Times New Roman"/>
          <w:sz w:val="24"/>
          <w:szCs w:val="24"/>
        </w:rPr>
      </w:pPr>
      <w:proofErr w:type="gramStart"/>
      <w:r w:rsidRPr="000217FF">
        <w:rPr>
          <w:rFonts w:ascii="Times New Roman" w:eastAsia="Times New Roman" w:hAnsi="Times New Roman" w:cs="Times New Roman"/>
          <w:sz w:val="24"/>
          <w:szCs w:val="24"/>
        </w:rPr>
        <w:t>how</w:t>
      </w:r>
      <w:proofErr w:type="gramEnd"/>
      <w:r w:rsidRPr="000217FF">
        <w:rPr>
          <w:rFonts w:ascii="Times New Roman" w:eastAsia="Times New Roman" w:hAnsi="Times New Roman" w:cs="Times New Roman"/>
          <w:sz w:val="24"/>
          <w:szCs w:val="24"/>
        </w:rPr>
        <w:t xml:space="preserve"> to face fear</w:t>
      </w:r>
    </w:p>
    <w:p w14:paraId="52D9D052" w14:textId="77777777" w:rsidR="000217FF" w:rsidRPr="000217FF" w:rsidRDefault="000217FF" w:rsidP="000217FF">
      <w:pPr>
        <w:spacing w:before="100" w:beforeAutospacing="1" w:after="100" w:afterAutospacing="1" w:line="240" w:lineRule="auto"/>
        <w:rPr>
          <w:rFonts w:ascii="Times New Roman" w:eastAsia="Times New Roman" w:hAnsi="Times New Roman" w:cs="Times New Roman"/>
          <w:sz w:val="24"/>
          <w:szCs w:val="24"/>
        </w:rPr>
      </w:pPr>
      <w:r w:rsidRPr="000217FF">
        <w:rPr>
          <w:rFonts w:ascii="Times New Roman" w:eastAsia="Times New Roman" w:hAnsi="Times New Roman" w:cs="Times New Roman"/>
          <w:sz w:val="24"/>
          <w:szCs w:val="24"/>
        </w:rPr>
        <w:t>These are not small changes.</w:t>
      </w:r>
      <w:r w:rsidRPr="000217FF">
        <w:rPr>
          <w:rFonts w:ascii="Times New Roman" w:eastAsia="Times New Roman" w:hAnsi="Times New Roman" w:cs="Times New Roman"/>
          <w:sz w:val="24"/>
          <w:szCs w:val="24"/>
        </w:rPr>
        <w:br/>
        <w:t xml:space="preserve">They are the </w:t>
      </w:r>
      <w:r w:rsidRPr="000217FF">
        <w:rPr>
          <w:rFonts w:ascii="Times New Roman" w:eastAsia="Times New Roman" w:hAnsi="Times New Roman" w:cs="Times New Roman"/>
          <w:b/>
          <w:bCs/>
          <w:sz w:val="24"/>
          <w:szCs w:val="24"/>
        </w:rPr>
        <w:t>core</w:t>
      </w:r>
      <w:r w:rsidRPr="000217FF">
        <w:rPr>
          <w:rFonts w:ascii="Times New Roman" w:eastAsia="Times New Roman" w:hAnsi="Times New Roman" w:cs="Times New Roman"/>
          <w:sz w:val="24"/>
          <w:szCs w:val="24"/>
        </w:rPr>
        <w:t xml:space="preserve"> of leadership.</w:t>
      </w:r>
    </w:p>
    <w:p w14:paraId="0919C610" w14:textId="77777777" w:rsidR="000217FF" w:rsidRPr="000217FF" w:rsidRDefault="000217FF" w:rsidP="000217FF">
      <w:pPr>
        <w:spacing w:before="100" w:beforeAutospacing="1" w:after="100" w:afterAutospacing="1" w:line="240" w:lineRule="auto"/>
        <w:rPr>
          <w:rFonts w:ascii="Times New Roman" w:eastAsia="Times New Roman" w:hAnsi="Times New Roman" w:cs="Times New Roman"/>
          <w:sz w:val="24"/>
          <w:szCs w:val="24"/>
        </w:rPr>
      </w:pPr>
      <w:r w:rsidRPr="000217FF">
        <w:rPr>
          <w:rFonts w:ascii="Times New Roman" w:eastAsia="Times New Roman" w:hAnsi="Times New Roman" w:cs="Times New Roman"/>
          <w:sz w:val="24"/>
          <w:szCs w:val="24"/>
        </w:rPr>
        <w:t>Leadership is not loud.</w:t>
      </w:r>
      <w:r w:rsidRPr="000217FF">
        <w:rPr>
          <w:rFonts w:ascii="Times New Roman" w:eastAsia="Times New Roman" w:hAnsi="Times New Roman" w:cs="Times New Roman"/>
          <w:sz w:val="24"/>
          <w:szCs w:val="24"/>
        </w:rPr>
        <w:br/>
        <w:t>Leadership is not flashy.</w:t>
      </w:r>
      <w:r w:rsidRPr="000217FF">
        <w:rPr>
          <w:rFonts w:ascii="Times New Roman" w:eastAsia="Times New Roman" w:hAnsi="Times New Roman" w:cs="Times New Roman"/>
          <w:sz w:val="24"/>
          <w:szCs w:val="24"/>
        </w:rPr>
        <w:br/>
        <w:t>Leadership is not about being out front.</w:t>
      </w:r>
    </w:p>
    <w:p w14:paraId="3CD01959" w14:textId="77777777" w:rsidR="000217FF" w:rsidRPr="000217FF" w:rsidRDefault="000217FF" w:rsidP="000217FF">
      <w:pPr>
        <w:spacing w:before="100" w:beforeAutospacing="1" w:after="100" w:afterAutospacing="1" w:line="240" w:lineRule="auto"/>
        <w:rPr>
          <w:rFonts w:ascii="Times New Roman" w:eastAsia="Times New Roman" w:hAnsi="Times New Roman" w:cs="Times New Roman"/>
          <w:sz w:val="24"/>
          <w:szCs w:val="24"/>
        </w:rPr>
      </w:pPr>
      <w:r w:rsidRPr="000217FF">
        <w:rPr>
          <w:rFonts w:ascii="Times New Roman" w:eastAsia="Times New Roman" w:hAnsi="Times New Roman" w:cs="Times New Roman"/>
          <w:sz w:val="24"/>
          <w:szCs w:val="24"/>
        </w:rPr>
        <w:lastRenderedPageBreak/>
        <w:t>Leadership starts quietly — inside you.</w:t>
      </w:r>
    </w:p>
    <w:p w14:paraId="16693464" w14:textId="77777777" w:rsidR="000217FF" w:rsidRPr="000217FF" w:rsidRDefault="000217FF" w:rsidP="000217FF">
      <w:pPr>
        <w:spacing w:before="100" w:beforeAutospacing="1" w:after="100" w:afterAutospacing="1" w:line="240" w:lineRule="auto"/>
        <w:rPr>
          <w:rFonts w:ascii="Times New Roman" w:eastAsia="Times New Roman" w:hAnsi="Times New Roman" w:cs="Times New Roman"/>
          <w:sz w:val="24"/>
          <w:szCs w:val="24"/>
        </w:rPr>
      </w:pPr>
      <w:r w:rsidRPr="000217FF">
        <w:rPr>
          <w:rFonts w:ascii="Times New Roman" w:eastAsia="Times New Roman" w:hAnsi="Times New Roman" w:cs="Times New Roman"/>
          <w:sz w:val="24"/>
          <w:szCs w:val="24"/>
        </w:rPr>
        <w:t>It starts when you make one new choice.</w:t>
      </w:r>
      <w:r w:rsidRPr="000217FF">
        <w:rPr>
          <w:rFonts w:ascii="Times New Roman" w:eastAsia="Times New Roman" w:hAnsi="Times New Roman" w:cs="Times New Roman"/>
          <w:sz w:val="24"/>
          <w:szCs w:val="24"/>
        </w:rPr>
        <w:br/>
        <w:t>It grows when you choose to reflect.</w:t>
      </w:r>
      <w:r w:rsidRPr="000217FF">
        <w:rPr>
          <w:rFonts w:ascii="Times New Roman" w:eastAsia="Times New Roman" w:hAnsi="Times New Roman" w:cs="Times New Roman"/>
          <w:sz w:val="24"/>
          <w:szCs w:val="24"/>
        </w:rPr>
        <w:br/>
        <w:t>It strengthens when you choose courage.</w:t>
      </w:r>
      <w:r w:rsidRPr="000217FF">
        <w:rPr>
          <w:rFonts w:ascii="Times New Roman" w:eastAsia="Times New Roman" w:hAnsi="Times New Roman" w:cs="Times New Roman"/>
          <w:sz w:val="24"/>
          <w:szCs w:val="24"/>
        </w:rPr>
        <w:br/>
        <w:t>It expands when you choose discipline.</w:t>
      </w:r>
      <w:r w:rsidRPr="000217FF">
        <w:rPr>
          <w:rFonts w:ascii="Times New Roman" w:eastAsia="Times New Roman" w:hAnsi="Times New Roman" w:cs="Times New Roman"/>
          <w:sz w:val="24"/>
          <w:szCs w:val="24"/>
        </w:rPr>
        <w:br/>
        <w:t>It multiplies when you choose values.</w:t>
      </w:r>
    </w:p>
    <w:p w14:paraId="5D0B97A0" w14:textId="77777777" w:rsidR="000217FF" w:rsidRPr="000217FF" w:rsidRDefault="000217FF" w:rsidP="000217FF">
      <w:pPr>
        <w:spacing w:before="100" w:beforeAutospacing="1" w:after="100" w:afterAutospacing="1" w:line="240" w:lineRule="auto"/>
        <w:rPr>
          <w:rFonts w:ascii="Times New Roman" w:eastAsia="Times New Roman" w:hAnsi="Times New Roman" w:cs="Times New Roman"/>
          <w:sz w:val="24"/>
          <w:szCs w:val="24"/>
        </w:rPr>
      </w:pPr>
      <w:r w:rsidRPr="000217FF">
        <w:rPr>
          <w:rFonts w:ascii="Times New Roman" w:eastAsia="Times New Roman" w:hAnsi="Times New Roman" w:cs="Times New Roman"/>
          <w:sz w:val="24"/>
          <w:szCs w:val="24"/>
        </w:rPr>
        <w:t>Week One is done.</w:t>
      </w:r>
      <w:r w:rsidRPr="000217FF">
        <w:rPr>
          <w:rFonts w:ascii="Times New Roman" w:eastAsia="Times New Roman" w:hAnsi="Times New Roman" w:cs="Times New Roman"/>
          <w:sz w:val="24"/>
          <w:szCs w:val="24"/>
        </w:rPr>
        <w:br/>
        <w:t>You’ve begun the transformation.</w:t>
      </w:r>
    </w:p>
    <w:p w14:paraId="20C4B0EA" w14:textId="77777777" w:rsidR="000217FF" w:rsidRPr="000217FF" w:rsidRDefault="000217FF" w:rsidP="000217FF">
      <w:pPr>
        <w:spacing w:before="100" w:beforeAutospacing="1" w:after="100" w:afterAutospacing="1" w:line="240" w:lineRule="auto"/>
        <w:rPr>
          <w:rFonts w:ascii="Times New Roman" w:eastAsia="Times New Roman" w:hAnsi="Times New Roman" w:cs="Times New Roman"/>
          <w:sz w:val="24"/>
          <w:szCs w:val="24"/>
        </w:rPr>
      </w:pPr>
      <w:r w:rsidRPr="000217FF">
        <w:rPr>
          <w:rFonts w:ascii="Times New Roman" w:eastAsia="Times New Roman" w:hAnsi="Times New Roman" w:cs="Times New Roman"/>
          <w:sz w:val="24"/>
          <w:szCs w:val="24"/>
        </w:rPr>
        <w:t xml:space="preserve">Next week, we build on this foundation and begin shaping your </w:t>
      </w:r>
      <w:r w:rsidRPr="000217FF">
        <w:rPr>
          <w:rFonts w:ascii="Times New Roman" w:eastAsia="Times New Roman" w:hAnsi="Times New Roman" w:cs="Times New Roman"/>
          <w:b/>
          <w:bCs/>
          <w:sz w:val="24"/>
          <w:szCs w:val="24"/>
        </w:rPr>
        <w:t>external influence</w:t>
      </w:r>
      <w:r w:rsidRPr="000217FF">
        <w:rPr>
          <w:rFonts w:ascii="Times New Roman" w:eastAsia="Times New Roman" w:hAnsi="Times New Roman" w:cs="Times New Roman"/>
          <w:sz w:val="24"/>
          <w:szCs w:val="24"/>
        </w:rPr>
        <w:t xml:space="preserve"> — your communication, your presence, your decision-making, your leadership identity.</w:t>
      </w:r>
    </w:p>
    <w:p w14:paraId="34C3C80A" w14:textId="77777777" w:rsidR="000217FF" w:rsidRPr="000217FF" w:rsidRDefault="000217FF" w:rsidP="000217FF">
      <w:pPr>
        <w:spacing w:before="100" w:beforeAutospacing="1" w:after="100" w:afterAutospacing="1" w:line="240" w:lineRule="auto"/>
        <w:rPr>
          <w:rFonts w:ascii="Times New Roman" w:eastAsia="Times New Roman" w:hAnsi="Times New Roman" w:cs="Times New Roman"/>
          <w:sz w:val="24"/>
          <w:szCs w:val="24"/>
        </w:rPr>
      </w:pPr>
      <w:r w:rsidRPr="000217FF">
        <w:rPr>
          <w:rFonts w:ascii="Times New Roman" w:eastAsia="Times New Roman" w:hAnsi="Times New Roman" w:cs="Times New Roman"/>
          <w:sz w:val="24"/>
          <w:szCs w:val="24"/>
        </w:rPr>
        <w:t>You’re becoming someone stronger than yesterday.</w:t>
      </w:r>
    </w:p>
    <w:p w14:paraId="55DE08F7" w14:textId="77777777" w:rsidR="000217FF" w:rsidRPr="000217FF" w:rsidRDefault="000217FF" w:rsidP="000217FF">
      <w:pPr>
        <w:spacing w:before="100" w:beforeAutospacing="1" w:after="100" w:afterAutospacing="1" w:line="240" w:lineRule="auto"/>
        <w:rPr>
          <w:rFonts w:ascii="Times New Roman" w:eastAsia="Times New Roman" w:hAnsi="Times New Roman" w:cs="Times New Roman"/>
          <w:sz w:val="24"/>
          <w:szCs w:val="24"/>
        </w:rPr>
      </w:pPr>
      <w:r w:rsidRPr="000217FF">
        <w:rPr>
          <w:rFonts w:ascii="Times New Roman" w:eastAsia="Times New Roman" w:hAnsi="Times New Roman" w:cs="Times New Roman"/>
          <w:sz w:val="24"/>
          <w:szCs w:val="24"/>
        </w:rPr>
        <w:t>Keep going.</w:t>
      </w:r>
    </w:p>
    <w:p w14:paraId="09B61037" w14:textId="77777777" w:rsidR="00651DE4" w:rsidRDefault="00651DE4"/>
    <w:p w14:paraId="2898D71D" w14:textId="77777777" w:rsidR="00651DE4" w:rsidRDefault="00000000">
      <w:pPr>
        <w:ind w:firstLine="360"/>
      </w:pPr>
      <w:r>
        <w:t>[Optional: Week 1 Reflection / Journal page text]</w:t>
      </w:r>
    </w:p>
    <w:p w14:paraId="624369F2" w14:textId="77777777" w:rsidR="00097EBE" w:rsidRDefault="00097EBE">
      <w:pPr>
        <w:ind w:firstLine="360"/>
      </w:pPr>
    </w:p>
    <w:p w14:paraId="0BFAB2AC" w14:textId="77777777" w:rsidR="00097EBE" w:rsidRDefault="00097EBE">
      <w:pPr>
        <w:ind w:firstLine="360"/>
      </w:pPr>
    </w:p>
    <w:p w14:paraId="7A4A3B8F" w14:textId="77777777" w:rsidR="00097EBE" w:rsidRDefault="00097EBE">
      <w:pPr>
        <w:ind w:firstLine="360"/>
      </w:pPr>
    </w:p>
    <w:p w14:paraId="6B667FFA" w14:textId="77777777" w:rsidR="00097EBE" w:rsidRDefault="00097EBE">
      <w:pPr>
        <w:ind w:firstLine="360"/>
      </w:pPr>
    </w:p>
    <w:p w14:paraId="37C2E71A" w14:textId="77777777" w:rsidR="00097EBE" w:rsidRDefault="00097EBE">
      <w:pPr>
        <w:ind w:firstLine="360"/>
      </w:pPr>
    </w:p>
    <w:p w14:paraId="6F5943E0" w14:textId="77777777" w:rsidR="00097EBE" w:rsidRDefault="00097EBE">
      <w:pPr>
        <w:ind w:firstLine="360"/>
      </w:pPr>
    </w:p>
    <w:p w14:paraId="3123D559" w14:textId="77777777" w:rsidR="00097EBE" w:rsidRDefault="00097EBE">
      <w:pPr>
        <w:ind w:firstLine="360"/>
      </w:pPr>
    </w:p>
    <w:p w14:paraId="4BCF2E82" w14:textId="77777777" w:rsidR="00097EBE" w:rsidRDefault="00097EBE">
      <w:pPr>
        <w:ind w:firstLine="360"/>
      </w:pPr>
    </w:p>
    <w:p w14:paraId="10522E3D" w14:textId="77777777" w:rsidR="00097EBE" w:rsidRDefault="00097EBE">
      <w:pPr>
        <w:ind w:firstLine="360"/>
      </w:pPr>
    </w:p>
    <w:p w14:paraId="7D9D21D7" w14:textId="77777777" w:rsidR="00097EBE" w:rsidRDefault="00097EBE">
      <w:pPr>
        <w:ind w:firstLine="360"/>
      </w:pPr>
    </w:p>
    <w:p w14:paraId="1FBD25B7" w14:textId="77777777" w:rsidR="001D26AC" w:rsidRDefault="001D26AC">
      <w:pPr>
        <w:ind w:firstLine="360"/>
      </w:pPr>
    </w:p>
    <w:p w14:paraId="19605D24" w14:textId="77777777" w:rsidR="00651DE4" w:rsidRDefault="00000000" w:rsidP="00194376">
      <w:pPr>
        <w:pStyle w:val="Heading1"/>
        <w:jc w:val="center"/>
      </w:pPr>
      <w:bookmarkStart w:id="9" w:name="_Toc214330667"/>
      <w:r>
        <w:lastRenderedPageBreak/>
        <w:t>Week Two — Practical Leadership Skills</w:t>
      </w:r>
      <w:bookmarkEnd w:id="9"/>
    </w:p>
    <w:p w14:paraId="7754ABD0" w14:textId="77777777" w:rsidR="00B91613" w:rsidRPr="00B91613" w:rsidRDefault="00B91613" w:rsidP="00B91613">
      <w:pPr>
        <w:spacing w:before="100" w:beforeAutospacing="1" w:after="100" w:afterAutospacing="1" w:line="240" w:lineRule="auto"/>
        <w:outlineLvl w:val="2"/>
        <w:rPr>
          <w:rFonts w:ascii="Times New Roman" w:eastAsia="Times New Roman" w:hAnsi="Times New Roman" w:cs="Times New Roman"/>
          <w:b/>
          <w:bCs/>
          <w:sz w:val="27"/>
          <w:szCs w:val="27"/>
        </w:rPr>
      </w:pPr>
      <w:r w:rsidRPr="00B91613">
        <w:rPr>
          <w:rFonts w:ascii="Times New Roman" w:eastAsia="Times New Roman" w:hAnsi="Times New Roman" w:cs="Times New Roman"/>
          <w:b/>
          <w:bCs/>
          <w:i/>
          <w:iCs/>
          <w:sz w:val="27"/>
          <w:szCs w:val="27"/>
        </w:rPr>
        <w:t>How You Show Up Is Part of Your Leadership</w:t>
      </w:r>
    </w:p>
    <w:p w14:paraId="065030EB" w14:textId="77777777" w:rsidR="00B91613" w:rsidRPr="00B91613" w:rsidRDefault="00B91613" w:rsidP="00B91613">
      <w:pPr>
        <w:spacing w:before="100" w:beforeAutospacing="1" w:after="100" w:afterAutospacing="1" w:line="240" w:lineRule="auto"/>
        <w:rPr>
          <w:rFonts w:ascii="Times New Roman" w:eastAsia="Times New Roman" w:hAnsi="Times New Roman" w:cs="Times New Roman"/>
          <w:sz w:val="24"/>
          <w:szCs w:val="24"/>
        </w:rPr>
      </w:pPr>
      <w:r w:rsidRPr="00B91613">
        <w:rPr>
          <w:rFonts w:ascii="Times New Roman" w:eastAsia="Times New Roman" w:hAnsi="Times New Roman" w:cs="Times New Roman"/>
          <w:sz w:val="24"/>
          <w:szCs w:val="24"/>
        </w:rPr>
        <w:t xml:space="preserve">Week One built your </w:t>
      </w:r>
      <w:r w:rsidRPr="00B91613">
        <w:rPr>
          <w:rFonts w:ascii="Times New Roman" w:eastAsia="Times New Roman" w:hAnsi="Times New Roman" w:cs="Times New Roman"/>
          <w:b/>
          <w:bCs/>
          <w:sz w:val="24"/>
          <w:szCs w:val="24"/>
        </w:rPr>
        <w:t>inner foundation</w:t>
      </w:r>
      <w:r w:rsidRPr="00B91613">
        <w:rPr>
          <w:rFonts w:ascii="Times New Roman" w:eastAsia="Times New Roman" w:hAnsi="Times New Roman" w:cs="Times New Roman"/>
          <w:sz w:val="24"/>
          <w:szCs w:val="24"/>
        </w:rPr>
        <w:t xml:space="preserve"> — values, mindset, emotions, confidence, focus.</w:t>
      </w:r>
      <w:r w:rsidRPr="00B91613">
        <w:rPr>
          <w:rFonts w:ascii="Times New Roman" w:eastAsia="Times New Roman" w:hAnsi="Times New Roman" w:cs="Times New Roman"/>
          <w:sz w:val="24"/>
          <w:szCs w:val="24"/>
        </w:rPr>
        <w:br/>
        <w:t>But leadership cannot stay internal.</w:t>
      </w:r>
      <w:r w:rsidRPr="00B91613">
        <w:rPr>
          <w:rFonts w:ascii="Times New Roman" w:eastAsia="Times New Roman" w:hAnsi="Times New Roman" w:cs="Times New Roman"/>
          <w:sz w:val="24"/>
          <w:szCs w:val="24"/>
        </w:rPr>
        <w:br/>
        <w:t xml:space="preserve">Your inner growth </w:t>
      </w:r>
      <w:proofErr w:type="gramStart"/>
      <w:r w:rsidRPr="00B91613">
        <w:rPr>
          <w:rFonts w:ascii="Times New Roman" w:eastAsia="Times New Roman" w:hAnsi="Times New Roman" w:cs="Times New Roman"/>
          <w:sz w:val="24"/>
          <w:szCs w:val="24"/>
        </w:rPr>
        <w:t>has to</w:t>
      </w:r>
      <w:proofErr w:type="gramEnd"/>
      <w:r w:rsidRPr="00B91613">
        <w:rPr>
          <w:rFonts w:ascii="Times New Roman" w:eastAsia="Times New Roman" w:hAnsi="Times New Roman" w:cs="Times New Roman"/>
          <w:sz w:val="24"/>
          <w:szCs w:val="24"/>
        </w:rPr>
        <w:t xml:space="preserve"> become </w:t>
      </w:r>
      <w:r w:rsidRPr="00B91613">
        <w:rPr>
          <w:rFonts w:ascii="Times New Roman" w:eastAsia="Times New Roman" w:hAnsi="Times New Roman" w:cs="Times New Roman"/>
          <w:b/>
          <w:bCs/>
          <w:sz w:val="24"/>
          <w:szCs w:val="24"/>
        </w:rPr>
        <w:t>external behavior</w:t>
      </w:r>
      <w:r w:rsidRPr="00B91613">
        <w:rPr>
          <w:rFonts w:ascii="Times New Roman" w:eastAsia="Times New Roman" w:hAnsi="Times New Roman" w:cs="Times New Roman"/>
          <w:sz w:val="24"/>
          <w:szCs w:val="24"/>
        </w:rPr>
        <w:t>.</w:t>
      </w:r>
    </w:p>
    <w:p w14:paraId="4D716B08" w14:textId="77777777" w:rsidR="00B91613" w:rsidRPr="00B91613" w:rsidRDefault="00B91613" w:rsidP="00B91613">
      <w:pPr>
        <w:spacing w:before="100" w:beforeAutospacing="1" w:after="100" w:afterAutospacing="1" w:line="240" w:lineRule="auto"/>
        <w:rPr>
          <w:rFonts w:ascii="Times New Roman" w:eastAsia="Times New Roman" w:hAnsi="Times New Roman" w:cs="Times New Roman"/>
          <w:sz w:val="24"/>
          <w:szCs w:val="24"/>
        </w:rPr>
      </w:pPr>
      <w:r w:rsidRPr="00B91613">
        <w:rPr>
          <w:rFonts w:ascii="Times New Roman" w:eastAsia="Times New Roman" w:hAnsi="Times New Roman" w:cs="Times New Roman"/>
          <w:sz w:val="24"/>
          <w:szCs w:val="24"/>
        </w:rPr>
        <w:t xml:space="preserve">This week is about the skills people </w:t>
      </w:r>
      <w:proofErr w:type="gramStart"/>
      <w:r w:rsidRPr="00B91613">
        <w:rPr>
          <w:rFonts w:ascii="Times New Roman" w:eastAsia="Times New Roman" w:hAnsi="Times New Roman" w:cs="Times New Roman"/>
          <w:sz w:val="24"/>
          <w:szCs w:val="24"/>
        </w:rPr>
        <w:t>actually see</w:t>
      </w:r>
      <w:proofErr w:type="gramEnd"/>
      <w:r w:rsidRPr="00B91613">
        <w:rPr>
          <w:rFonts w:ascii="Times New Roman" w:eastAsia="Times New Roman" w:hAnsi="Times New Roman" w:cs="Times New Roman"/>
          <w:sz w:val="24"/>
          <w:szCs w:val="24"/>
        </w:rPr>
        <w:t>:</w:t>
      </w:r>
    </w:p>
    <w:p w14:paraId="1323EC93" w14:textId="77777777" w:rsidR="00B91613" w:rsidRPr="00B91613" w:rsidRDefault="00B91613" w:rsidP="00B91613">
      <w:pPr>
        <w:numPr>
          <w:ilvl w:val="0"/>
          <w:numId w:val="18"/>
        </w:numPr>
        <w:spacing w:before="100" w:beforeAutospacing="1" w:after="100" w:afterAutospacing="1" w:line="240" w:lineRule="auto"/>
        <w:rPr>
          <w:rFonts w:ascii="Times New Roman" w:eastAsia="Times New Roman" w:hAnsi="Times New Roman" w:cs="Times New Roman"/>
          <w:sz w:val="24"/>
          <w:szCs w:val="24"/>
        </w:rPr>
      </w:pPr>
      <w:proofErr w:type="gramStart"/>
      <w:r w:rsidRPr="00B91613">
        <w:rPr>
          <w:rFonts w:ascii="Times New Roman" w:eastAsia="Times New Roman" w:hAnsi="Times New Roman" w:cs="Times New Roman"/>
          <w:sz w:val="24"/>
          <w:szCs w:val="24"/>
        </w:rPr>
        <w:t>how</w:t>
      </w:r>
      <w:proofErr w:type="gramEnd"/>
      <w:r w:rsidRPr="00B91613">
        <w:rPr>
          <w:rFonts w:ascii="Times New Roman" w:eastAsia="Times New Roman" w:hAnsi="Times New Roman" w:cs="Times New Roman"/>
          <w:sz w:val="24"/>
          <w:szCs w:val="24"/>
        </w:rPr>
        <w:t xml:space="preserve"> you communicate</w:t>
      </w:r>
    </w:p>
    <w:p w14:paraId="64376EA2" w14:textId="77777777" w:rsidR="00B91613" w:rsidRPr="00B91613" w:rsidRDefault="00B91613" w:rsidP="00B91613">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B91613">
        <w:rPr>
          <w:rFonts w:ascii="Times New Roman" w:eastAsia="Times New Roman" w:hAnsi="Times New Roman" w:cs="Times New Roman"/>
          <w:sz w:val="24"/>
          <w:szCs w:val="24"/>
        </w:rPr>
        <w:t>how you carry yourself</w:t>
      </w:r>
    </w:p>
    <w:p w14:paraId="3D9C35A3" w14:textId="77777777" w:rsidR="00B91613" w:rsidRPr="00B91613" w:rsidRDefault="00B91613" w:rsidP="00B91613">
      <w:pPr>
        <w:numPr>
          <w:ilvl w:val="0"/>
          <w:numId w:val="18"/>
        </w:numPr>
        <w:spacing w:before="100" w:beforeAutospacing="1" w:after="100" w:afterAutospacing="1" w:line="240" w:lineRule="auto"/>
        <w:rPr>
          <w:rFonts w:ascii="Times New Roman" w:eastAsia="Times New Roman" w:hAnsi="Times New Roman" w:cs="Times New Roman"/>
          <w:sz w:val="24"/>
          <w:szCs w:val="24"/>
        </w:rPr>
      </w:pPr>
      <w:proofErr w:type="gramStart"/>
      <w:r w:rsidRPr="00B91613">
        <w:rPr>
          <w:rFonts w:ascii="Times New Roman" w:eastAsia="Times New Roman" w:hAnsi="Times New Roman" w:cs="Times New Roman"/>
          <w:sz w:val="24"/>
          <w:szCs w:val="24"/>
        </w:rPr>
        <w:t>how</w:t>
      </w:r>
      <w:proofErr w:type="gramEnd"/>
      <w:r w:rsidRPr="00B91613">
        <w:rPr>
          <w:rFonts w:ascii="Times New Roman" w:eastAsia="Times New Roman" w:hAnsi="Times New Roman" w:cs="Times New Roman"/>
          <w:sz w:val="24"/>
          <w:szCs w:val="24"/>
        </w:rPr>
        <w:t xml:space="preserve"> you handle conflict</w:t>
      </w:r>
    </w:p>
    <w:p w14:paraId="2CC28090" w14:textId="77777777" w:rsidR="00B91613" w:rsidRPr="00B91613" w:rsidRDefault="00B91613" w:rsidP="00B91613">
      <w:pPr>
        <w:numPr>
          <w:ilvl w:val="0"/>
          <w:numId w:val="18"/>
        </w:numPr>
        <w:spacing w:before="100" w:beforeAutospacing="1" w:after="100" w:afterAutospacing="1" w:line="240" w:lineRule="auto"/>
        <w:rPr>
          <w:rFonts w:ascii="Times New Roman" w:eastAsia="Times New Roman" w:hAnsi="Times New Roman" w:cs="Times New Roman"/>
          <w:sz w:val="24"/>
          <w:szCs w:val="24"/>
        </w:rPr>
      </w:pPr>
      <w:proofErr w:type="gramStart"/>
      <w:r w:rsidRPr="00B91613">
        <w:rPr>
          <w:rFonts w:ascii="Times New Roman" w:eastAsia="Times New Roman" w:hAnsi="Times New Roman" w:cs="Times New Roman"/>
          <w:sz w:val="24"/>
          <w:szCs w:val="24"/>
        </w:rPr>
        <w:t>how</w:t>
      </w:r>
      <w:proofErr w:type="gramEnd"/>
      <w:r w:rsidRPr="00B91613">
        <w:rPr>
          <w:rFonts w:ascii="Times New Roman" w:eastAsia="Times New Roman" w:hAnsi="Times New Roman" w:cs="Times New Roman"/>
          <w:sz w:val="24"/>
          <w:szCs w:val="24"/>
        </w:rPr>
        <w:t xml:space="preserve"> you make decisions</w:t>
      </w:r>
    </w:p>
    <w:p w14:paraId="3CCADFB1" w14:textId="77777777" w:rsidR="00B91613" w:rsidRPr="00B91613" w:rsidRDefault="00B91613" w:rsidP="00B91613">
      <w:pPr>
        <w:numPr>
          <w:ilvl w:val="0"/>
          <w:numId w:val="18"/>
        </w:numPr>
        <w:spacing w:before="100" w:beforeAutospacing="1" w:after="100" w:afterAutospacing="1" w:line="240" w:lineRule="auto"/>
        <w:rPr>
          <w:rFonts w:ascii="Times New Roman" w:eastAsia="Times New Roman" w:hAnsi="Times New Roman" w:cs="Times New Roman"/>
          <w:sz w:val="24"/>
          <w:szCs w:val="24"/>
        </w:rPr>
      </w:pPr>
      <w:proofErr w:type="gramStart"/>
      <w:r w:rsidRPr="00B91613">
        <w:rPr>
          <w:rFonts w:ascii="Times New Roman" w:eastAsia="Times New Roman" w:hAnsi="Times New Roman" w:cs="Times New Roman"/>
          <w:sz w:val="24"/>
          <w:szCs w:val="24"/>
        </w:rPr>
        <w:t>how</w:t>
      </w:r>
      <w:proofErr w:type="gramEnd"/>
      <w:r w:rsidRPr="00B91613">
        <w:rPr>
          <w:rFonts w:ascii="Times New Roman" w:eastAsia="Times New Roman" w:hAnsi="Times New Roman" w:cs="Times New Roman"/>
          <w:sz w:val="24"/>
          <w:szCs w:val="24"/>
        </w:rPr>
        <w:t xml:space="preserve"> you </w:t>
      </w:r>
      <w:proofErr w:type="gramStart"/>
      <w:r w:rsidRPr="00B91613">
        <w:rPr>
          <w:rFonts w:ascii="Times New Roman" w:eastAsia="Times New Roman" w:hAnsi="Times New Roman" w:cs="Times New Roman"/>
          <w:sz w:val="24"/>
          <w:szCs w:val="24"/>
        </w:rPr>
        <w:t>hold</w:t>
      </w:r>
      <w:proofErr w:type="gramEnd"/>
      <w:r w:rsidRPr="00B91613">
        <w:rPr>
          <w:rFonts w:ascii="Times New Roman" w:eastAsia="Times New Roman" w:hAnsi="Times New Roman" w:cs="Times New Roman"/>
          <w:sz w:val="24"/>
          <w:szCs w:val="24"/>
        </w:rPr>
        <w:t xml:space="preserve"> standards</w:t>
      </w:r>
    </w:p>
    <w:p w14:paraId="4DF458CD" w14:textId="77777777" w:rsidR="00B91613" w:rsidRPr="00B91613" w:rsidRDefault="00B91613" w:rsidP="00B91613">
      <w:pPr>
        <w:numPr>
          <w:ilvl w:val="0"/>
          <w:numId w:val="18"/>
        </w:numPr>
        <w:spacing w:before="100" w:beforeAutospacing="1" w:after="100" w:afterAutospacing="1" w:line="240" w:lineRule="auto"/>
        <w:rPr>
          <w:rFonts w:ascii="Times New Roman" w:eastAsia="Times New Roman" w:hAnsi="Times New Roman" w:cs="Times New Roman"/>
          <w:sz w:val="24"/>
          <w:szCs w:val="24"/>
        </w:rPr>
      </w:pPr>
      <w:proofErr w:type="gramStart"/>
      <w:r w:rsidRPr="00B91613">
        <w:rPr>
          <w:rFonts w:ascii="Times New Roman" w:eastAsia="Times New Roman" w:hAnsi="Times New Roman" w:cs="Times New Roman"/>
          <w:sz w:val="24"/>
          <w:szCs w:val="24"/>
        </w:rPr>
        <w:t>how</w:t>
      </w:r>
      <w:proofErr w:type="gramEnd"/>
      <w:r w:rsidRPr="00B91613">
        <w:rPr>
          <w:rFonts w:ascii="Times New Roman" w:eastAsia="Times New Roman" w:hAnsi="Times New Roman" w:cs="Times New Roman"/>
          <w:sz w:val="24"/>
          <w:szCs w:val="24"/>
        </w:rPr>
        <w:t xml:space="preserve"> you give responsibility to others</w:t>
      </w:r>
    </w:p>
    <w:p w14:paraId="31FF7F99" w14:textId="77777777" w:rsidR="00B91613" w:rsidRPr="00B91613" w:rsidRDefault="00B91613" w:rsidP="00B91613">
      <w:pPr>
        <w:numPr>
          <w:ilvl w:val="0"/>
          <w:numId w:val="18"/>
        </w:numPr>
        <w:spacing w:before="100" w:beforeAutospacing="1" w:after="100" w:afterAutospacing="1" w:line="240" w:lineRule="auto"/>
        <w:rPr>
          <w:rFonts w:ascii="Times New Roman" w:eastAsia="Times New Roman" w:hAnsi="Times New Roman" w:cs="Times New Roman"/>
          <w:sz w:val="24"/>
          <w:szCs w:val="24"/>
        </w:rPr>
      </w:pPr>
      <w:proofErr w:type="gramStart"/>
      <w:r w:rsidRPr="00B91613">
        <w:rPr>
          <w:rFonts w:ascii="Times New Roman" w:eastAsia="Times New Roman" w:hAnsi="Times New Roman" w:cs="Times New Roman"/>
          <w:sz w:val="24"/>
          <w:szCs w:val="24"/>
        </w:rPr>
        <w:t>how</w:t>
      </w:r>
      <w:proofErr w:type="gramEnd"/>
      <w:r w:rsidRPr="00B91613">
        <w:rPr>
          <w:rFonts w:ascii="Times New Roman" w:eastAsia="Times New Roman" w:hAnsi="Times New Roman" w:cs="Times New Roman"/>
          <w:sz w:val="24"/>
          <w:szCs w:val="24"/>
        </w:rPr>
        <w:t xml:space="preserve"> </w:t>
      </w:r>
      <w:proofErr w:type="gramStart"/>
      <w:r w:rsidRPr="00B91613">
        <w:rPr>
          <w:rFonts w:ascii="Times New Roman" w:eastAsia="Times New Roman" w:hAnsi="Times New Roman" w:cs="Times New Roman"/>
          <w:sz w:val="24"/>
          <w:szCs w:val="24"/>
        </w:rPr>
        <w:t>you</w:t>
      </w:r>
      <w:proofErr w:type="gramEnd"/>
      <w:r w:rsidRPr="00B91613">
        <w:rPr>
          <w:rFonts w:ascii="Times New Roman" w:eastAsia="Times New Roman" w:hAnsi="Times New Roman" w:cs="Times New Roman"/>
          <w:sz w:val="24"/>
          <w:szCs w:val="24"/>
        </w:rPr>
        <w:t xml:space="preserve"> solve problems</w:t>
      </w:r>
    </w:p>
    <w:p w14:paraId="31CEE33B" w14:textId="77777777" w:rsidR="00B91613" w:rsidRPr="00B91613" w:rsidRDefault="00B91613" w:rsidP="00B91613">
      <w:pPr>
        <w:spacing w:before="100" w:beforeAutospacing="1" w:after="100" w:afterAutospacing="1" w:line="240" w:lineRule="auto"/>
        <w:rPr>
          <w:rFonts w:ascii="Times New Roman" w:eastAsia="Times New Roman" w:hAnsi="Times New Roman" w:cs="Times New Roman"/>
          <w:sz w:val="24"/>
          <w:szCs w:val="24"/>
        </w:rPr>
      </w:pPr>
      <w:r w:rsidRPr="00B91613">
        <w:rPr>
          <w:rFonts w:ascii="Times New Roman" w:eastAsia="Times New Roman" w:hAnsi="Times New Roman" w:cs="Times New Roman"/>
          <w:sz w:val="24"/>
          <w:szCs w:val="24"/>
        </w:rPr>
        <w:t>These skills shape the way people respond to you.</w:t>
      </w:r>
      <w:r w:rsidRPr="00B91613">
        <w:rPr>
          <w:rFonts w:ascii="Times New Roman" w:eastAsia="Times New Roman" w:hAnsi="Times New Roman" w:cs="Times New Roman"/>
          <w:sz w:val="24"/>
          <w:szCs w:val="24"/>
        </w:rPr>
        <w:br/>
        <w:t>They shape whether people trust you, follow you, respect you, or resist you.</w:t>
      </w:r>
    </w:p>
    <w:p w14:paraId="68F00F52" w14:textId="77777777" w:rsidR="00B91613" w:rsidRPr="00B91613" w:rsidRDefault="00B91613" w:rsidP="00B91613">
      <w:pPr>
        <w:spacing w:before="100" w:beforeAutospacing="1" w:after="100" w:afterAutospacing="1" w:line="240" w:lineRule="auto"/>
        <w:rPr>
          <w:rFonts w:ascii="Times New Roman" w:eastAsia="Times New Roman" w:hAnsi="Times New Roman" w:cs="Times New Roman"/>
          <w:sz w:val="24"/>
          <w:szCs w:val="24"/>
        </w:rPr>
      </w:pPr>
      <w:r w:rsidRPr="00B91613">
        <w:rPr>
          <w:rFonts w:ascii="Times New Roman" w:eastAsia="Times New Roman" w:hAnsi="Times New Roman" w:cs="Times New Roman"/>
          <w:sz w:val="24"/>
          <w:szCs w:val="24"/>
        </w:rPr>
        <w:t>People don’t judge your intentions.</w:t>
      </w:r>
      <w:r w:rsidRPr="00B91613">
        <w:rPr>
          <w:rFonts w:ascii="Times New Roman" w:eastAsia="Times New Roman" w:hAnsi="Times New Roman" w:cs="Times New Roman"/>
          <w:sz w:val="24"/>
          <w:szCs w:val="24"/>
        </w:rPr>
        <w:br/>
        <w:t xml:space="preserve">They judge </w:t>
      </w:r>
      <w:proofErr w:type="spellStart"/>
      <w:proofErr w:type="gramStart"/>
      <w:r w:rsidRPr="00B91613">
        <w:rPr>
          <w:rFonts w:ascii="Times New Roman" w:eastAsia="Times New Roman" w:hAnsi="Times New Roman" w:cs="Times New Roman"/>
          <w:sz w:val="24"/>
          <w:szCs w:val="24"/>
        </w:rPr>
        <w:t>your</w:t>
      </w:r>
      <w:r w:rsidRPr="00B91613">
        <w:rPr>
          <w:rFonts w:ascii="Times New Roman" w:eastAsia="Times New Roman" w:hAnsi="Times New Roman" w:cs="Times New Roman"/>
          <w:b/>
          <w:bCs/>
          <w:sz w:val="24"/>
          <w:szCs w:val="24"/>
        </w:rPr>
        <w:t>consistent</w:t>
      </w:r>
      <w:proofErr w:type="spellEnd"/>
      <w:proofErr w:type="gramEnd"/>
      <w:r w:rsidRPr="00B91613">
        <w:rPr>
          <w:rFonts w:ascii="Times New Roman" w:eastAsia="Times New Roman" w:hAnsi="Times New Roman" w:cs="Times New Roman"/>
          <w:b/>
          <w:bCs/>
          <w:sz w:val="24"/>
          <w:szCs w:val="24"/>
        </w:rPr>
        <w:t xml:space="preserve"> behaviors</w:t>
      </w:r>
      <w:r w:rsidRPr="00B91613">
        <w:rPr>
          <w:rFonts w:ascii="Times New Roman" w:eastAsia="Times New Roman" w:hAnsi="Times New Roman" w:cs="Times New Roman"/>
          <w:sz w:val="24"/>
          <w:szCs w:val="24"/>
        </w:rPr>
        <w:t>.</w:t>
      </w:r>
    </w:p>
    <w:p w14:paraId="5C88A22A" w14:textId="77777777" w:rsidR="00B91613" w:rsidRPr="00B91613" w:rsidRDefault="00B91613" w:rsidP="00B91613">
      <w:pPr>
        <w:spacing w:before="100" w:beforeAutospacing="1" w:after="100" w:afterAutospacing="1" w:line="240" w:lineRule="auto"/>
        <w:rPr>
          <w:rFonts w:ascii="Times New Roman" w:eastAsia="Times New Roman" w:hAnsi="Times New Roman" w:cs="Times New Roman"/>
          <w:sz w:val="24"/>
          <w:szCs w:val="24"/>
        </w:rPr>
      </w:pPr>
      <w:r w:rsidRPr="00B91613">
        <w:rPr>
          <w:rFonts w:ascii="Times New Roman" w:eastAsia="Times New Roman" w:hAnsi="Times New Roman" w:cs="Times New Roman"/>
          <w:sz w:val="24"/>
          <w:szCs w:val="24"/>
        </w:rPr>
        <w:t>This week transforms the leadership inside you into leadership that’s visible.</w:t>
      </w:r>
    </w:p>
    <w:p w14:paraId="00C21C40" w14:textId="77777777" w:rsidR="00B91613" w:rsidRDefault="00B91613" w:rsidP="00B91613">
      <w:pPr>
        <w:spacing w:before="100" w:beforeAutospacing="1" w:after="100" w:afterAutospacing="1" w:line="240" w:lineRule="auto"/>
        <w:rPr>
          <w:rFonts w:ascii="Times New Roman" w:eastAsia="Times New Roman" w:hAnsi="Times New Roman" w:cs="Times New Roman"/>
          <w:sz w:val="24"/>
          <w:szCs w:val="24"/>
        </w:rPr>
      </w:pPr>
      <w:r w:rsidRPr="00B91613">
        <w:rPr>
          <w:rFonts w:ascii="Times New Roman" w:eastAsia="Times New Roman" w:hAnsi="Times New Roman" w:cs="Times New Roman"/>
          <w:sz w:val="24"/>
          <w:szCs w:val="24"/>
        </w:rPr>
        <w:t>Let’s get into it.</w:t>
      </w:r>
    </w:p>
    <w:p w14:paraId="7F13C089" w14:textId="77777777" w:rsidR="00C8755C" w:rsidRDefault="00C8755C" w:rsidP="00B91613">
      <w:pPr>
        <w:spacing w:before="100" w:beforeAutospacing="1" w:after="100" w:afterAutospacing="1" w:line="240" w:lineRule="auto"/>
        <w:rPr>
          <w:rFonts w:ascii="Times New Roman" w:eastAsia="Times New Roman" w:hAnsi="Times New Roman" w:cs="Times New Roman"/>
          <w:sz w:val="24"/>
          <w:szCs w:val="24"/>
        </w:rPr>
      </w:pPr>
    </w:p>
    <w:p w14:paraId="0C80A3A3" w14:textId="77777777" w:rsidR="00C8755C" w:rsidRPr="00B91613" w:rsidRDefault="00C8755C" w:rsidP="00B91613">
      <w:pPr>
        <w:spacing w:before="100" w:beforeAutospacing="1" w:after="100" w:afterAutospacing="1" w:line="240" w:lineRule="auto"/>
        <w:rPr>
          <w:rFonts w:ascii="Times New Roman" w:eastAsia="Times New Roman" w:hAnsi="Times New Roman" w:cs="Times New Roman"/>
          <w:sz w:val="24"/>
          <w:szCs w:val="24"/>
        </w:rPr>
      </w:pPr>
    </w:p>
    <w:p w14:paraId="179373DC" w14:textId="489D0D37" w:rsidR="00651DE4" w:rsidRDefault="00000000">
      <w:pPr>
        <w:pStyle w:val="Heading2"/>
      </w:pPr>
      <w:bookmarkStart w:id="10" w:name="_Toc214330668"/>
      <w:bookmarkStart w:id="11" w:name="_Hlk214323228"/>
      <w:r>
        <w:lastRenderedPageBreak/>
        <w:t>Day 8 — Communication Mastery</w:t>
      </w:r>
      <w:bookmarkEnd w:id="10"/>
    </w:p>
    <w:bookmarkEnd w:id="11"/>
    <w:p w14:paraId="7F168F81" w14:textId="77777777" w:rsidR="00153D0A" w:rsidRPr="00153D0A" w:rsidRDefault="00153D0A" w:rsidP="00153D0A">
      <w:pPr>
        <w:spacing w:before="100" w:beforeAutospacing="1" w:after="100" w:afterAutospacing="1" w:line="240" w:lineRule="auto"/>
        <w:outlineLvl w:val="2"/>
        <w:rPr>
          <w:rFonts w:ascii="Times New Roman" w:eastAsia="Times New Roman" w:hAnsi="Times New Roman" w:cs="Times New Roman"/>
          <w:b/>
          <w:bCs/>
          <w:sz w:val="27"/>
          <w:szCs w:val="27"/>
        </w:rPr>
      </w:pPr>
      <w:r w:rsidRPr="00153D0A">
        <w:rPr>
          <w:rFonts w:ascii="Times New Roman" w:eastAsia="Times New Roman" w:hAnsi="Times New Roman" w:cs="Times New Roman"/>
          <w:b/>
          <w:bCs/>
          <w:i/>
          <w:iCs/>
          <w:sz w:val="27"/>
          <w:szCs w:val="27"/>
        </w:rPr>
        <w:t>Say What You Mean. Mean What You Say. Say It Calmly.</w:t>
      </w:r>
    </w:p>
    <w:p w14:paraId="1F8C3EA0" w14:textId="77777777" w:rsidR="00153D0A" w:rsidRPr="00153D0A" w:rsidRDefault="00153D0A" w:rsidP="00153D0A">
      <w:p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One thing life has taught me — sometimes the hard way — is that poor communication can destroy relationships, kill opportunities, and create unnecessary conflict.</w:t>
      </w:r>
    </w:p>
    <w:p w14:paraId="624B5637" w14:textId="77777777" w:rsidR="00153D0A" w:rsidRPr="00153D0A" w:rsidRDefault="00153D0A" w:rsidP="00153D0A">
      <w:p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There were times when I knew what I meant, but I didn’t say it clearly.</w:t>
      </w:r>
      <w:r w:rsidRPr="00153D0A">
        <w:rPr>
          <w:rFonts w:ascii="Times New Roman" w:eastAsia="Times New Roman" w:hAnsi="Times New Roman" w:cs="Times New Roman"/>
          <w:sz w:val="24"/>
          <w:szCs w:val="24"/>
        </w:rPr>
        <w:br/>
        <w:t>Or times when I spoke too quickly, too emotionally, or too vaguely.</w:t>
      </w:r>
      <w:r w:rsidRPr="00153D0A">
        <w:rPr>
          <w:rFonts w:ascii="Times New Roman" w:eastAsia="Times New Roman" w:hAnsi="Times New Roman" w:cs="Times New Roman"/>
          <w:sz w:val="24"/>
          <w:szCs w:val="24"/>
        </w:rPr>
        <w:br/>
        <w:t>Every one of those moments cost me something.</w:t>
      </w:r>
    </w:p>
    <w:p w14:paraId="7F3770DD" w14:textId="77777777" w:rsidR="00153D0A" w:rsidRPr="00153D0A" w:rsidRDefault="00153D0A" w:rsidP="00153D0A">
      <w:p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 xml:space="preserve">Leadership requires </w:t>
      </w:r>
      <w:r w:rsidRPr="00153D0A">
        <w:rPr>
          <w:rFonts w:ascii="Times New Roman" w:eastAsia="Times New Roman" w:hAnsi="Times New Roman" w:cs="Times New Roman"/>
          <w:b/>
          <w:bCs/>
          <w:sz w:val="24"/>
          <w:szCs w:val="24"/>
        </w:rPr>
        <w:t>intentional communication</w:t>
      </w:r>
      <w:r w:rsidRPr="00153D0A">
        <w:rPr>
          <w:rFonts w:ascii="Times New Roman" w:eastAsia="Times New Roman" w:hAnsi="Times New Roman" w:cs="Times New Roman"/>
          <w:sz w:val="24"/>
          <w:szCs w:val="24"/>
        </w:rPr>
        <w:t>, not emotional reactions.</w:t>
      </w:r>
    </w:p>
    <w:p w14:paraId="0CF1DC47" w14:textId="77777777" w:rsidR="00153D0A" w:rsidRPr="00153D0A" w:rsidRDefault="00153D0A" w:rsidP="00153D0A">
      <w:p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Clear communication saves:</w:t>
      </w:r>
    </w:p>
    <w:p w14:paraId="359C4B5D" w14:textId="77777777" w:rsidR="00153D0A" w:rsidRPr="00153D0A" w:rsidRDefault="00153D0A" w:rsidP="00153D0A">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time</w:t>
      </w:r>
    </w:p>
    <w:p w14:paraId="4803F1C5" w14:textId="77777777" w:rsidR="00153D0A" w:rsidRPr="00153D0A" w:rsidRDefault="00153D0A" w:rsidP="00153D0A">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frustration</w:t>
      </w:r>
    </w:p>
    <w:p w14:paraId="5A5EFB3D" w14:textId="77777777" w:rsidR="00153D0A" w:rsidRPr="00153D0A" w:rsidRDefault="00153D0A" w:rsidP="00153D0A">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energy</w:t>
      </w:r>
    </w:p>
    <w:p w14:paraId="08D949DA" w14:textId="77777777" w:rsidR="00153D0A" w:rsidRPr="00153D0A" w:rsidRDefault="00153D0A" w:rsidP="00153D0A">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relationships</w:t>
      </w:r>
    </w:p>
    <w:p w14:paraId="12F2D8E2" w14:textId="77777777" w:rsidR="00153D0A" w:rsidRPr="00153D0A" w:rsidRDefault="00153D0A" w:rsidP="00153D0A">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trust</w:t>
      </w:r>
    </w:p>
    <w:p w14:paraId="097721C8" w14:textId="77777777" w:rsidR="00153D0A" w:rsidRPr="00153D0A" w:rsidRDefault="00153D0A" w:rsidP="00153D0A">
      <w:p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When you speak clearly, people feel safer around you.</w:t>
      </w:r>
      <w:r w:rsidRPr="00153D0A">
        <w:rPr>
          <w:rFonts w:ascii="Times New Roman" w:eastAsia="Times New Roman" w:hAnsi="Times New Roman" w:cs="Times New Roman"/>
          <w:sz w:val="24"/>
          <w:szCs w:val="24"/>
        </w:rPr>
        <w:br/>
        <w:t>They know where you stand.</w:t>
      </w:r>
      <w:r w:rsidRPr="00153D0A">
        <w:rPr>
          <w:rFonts w:ascii="Times New Roman" w:eastAsia="Times New Roman" w:hAnsi="Times New Roman" w:cs="Times New Roman"/>
          <w:sz w:val="24"/>
          <w:szCs w:val="24"/>
        </w:rPr>
        <w:br/>
        <w:t>They know what you expect.</w:t>
      </w:r>
      <w:r w:rsidRPr="00153D0A">
        <w:rPr>
          <w:rFonts w:ascii="Times New Roman" w:eastAsia="Times New Roman" w:hAnsi="Times New Roman" w:cs="Times New Roman"/>
          <w:sz w:val="24"/>
          <w:szCs w:val="24"/>
        </w:rPr>
        <w:br/>
        <w:t>They know how to move forward.</w:t>
      </w:r>
    </w:p>
    <w:p w14:paraId="3A57BAAA" w14:textId="77777777" w:rsidR="00153D0A" w:rsidRPr="00153D0A" w:rsidRDefault="00153D0A" w:rsidP="00153D0A">
      <w:p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Here are the three principles I learned that changed everything:</w:t>
      </w:r>
    </w:p>
    <w:p w14:paraId="52A0F0C3" w14:textId="77777777" w:rsidR="00153D0A" w:rsidRPr="00153D0A" w:rsidRDefault="00000000" w:rsidP="00153D0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12D4A14">
          <v:rect id="_x0000_i1033" style="width:0;height:1.5pt" o:hralign="center" o:hrstd="t" o:hr="t" fillcolor="#a0a0a0" stroked="f"/>
        </w:pict>
      </w:r>
    </w:p>
    <w:p w14:paraId="03413CFD" w14:textId="77777777" w:rsidR="00153D0A" w:rsidRPr="00153D0A" w:rsidRDefault="00153D0A" w:rsidP="00097EBE">
      <w:r w:rsidRPr="00153D0A">
        <w:rPr>
          <w:rFonts w:ascii="Segoe UI Emoji" w:hAnsi="Segoe UI Emoji" w:cs="Segoe UI Emoji"/>
        </w:rPr>
        <w:t>⭐</w:t>
      </w:r>
      <w:r w:rsidRPr="00153D0A">
        <w:t xml:space="preserve"> 1. Clarity Over Comfort</w:t>
      </w:r>
    </w:p>
    <w:p w14:paraId="78CD68B5" w14:textId="77777777" w:rsidR="00153D0A" w:rsidRPr="00153D0A" w:rsidRDefault="00153D0A" w:rsidP="00153D0A">
      <w:p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lastRenderedPageBreak/>
        <w:t>Most people speak in circles because they’re trying not to offend anyone.</w:t>
      </w:r>
      <w:r w:rsidRPr="00153D0A">
        <w:rPr>
          <w:rFonts w:ascii="Times New Roman" w:eastAsia="Times New Roman" w:hAnsi="Times New Roman" w:cs="Times New Roman"/>
          <w:sz w:val="24"/>
          <w:szCs w:val="24"/>
        </w:rPr>
        <w:br/>
        <w:t>But unclear communication offends everyone eventually.</w:t>
      </w:r>
    </w:p>
    <w:p w14:paraId="7B36EDCD" w14:textId="77777777" w:rsidR="00153D0A" w:rsidRPr="00153D0A" w:rsidRDefault="00153D0A" w:rsidP="00153D0A">
      <w:p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Say what you mean — with respect, calm, and confidence.</w:t>
      </w:r>
    </w:p>
    <w:p w14:paraId="054DC098" w14:textId="77777777" w:rsidR="00153D0A" w:rsidRPr="00153D0A" w:rsidRDefault="00000000" w:rsidP="00153D0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17FD6AD">
          <v:rect id="_x0000_i1034" style="width:0;height:1.5pt" o:hralign="center" o:hrstd="t" o:hr="t" fillcolor="#a0a0a0" stroked="f"/>
        </w:pict>
      </w:r>
    </w:p>
    <w:p w14:paraId="12E24915" w14:textId="77777777" w:rsidR="00153D0A" w:rsidRPr="00153D0A" w:rsidRDefault="00153D0A" w:rsidP="00097EBE">
      <w:r w:rsidRPr="00153D0A">
        <w:rPr>
          <w:rFonts w:ascii="Segoe UI Emoji" w:hAnsi="Segoe UI Emoji" w:cs="Segoe UI Emoji"/>
        </w:rPr>
        <w:t>⭐</w:t>
      </w:r>
      <w:r w:rsidRPr="00153D0A">
        <w:t xml:space="preserve"> 2. Calm Over Volume</w:t>
      </w:r>
    </w:p>
    <w:p w14:paraId="0E1A7782" w14:textId="77777777" w:rsidR="00153D0A" w:rsidRPr="00153D0A" w:rsidRDefault="00153D0A" w:rsidP="00153D0A">
      <w:p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The louder you get, the less people hear.</w:t>
      </w:r>
      <w:r w:rsidRPr="00153D0A">
        <w:rPr>
          <w:rFonts w:ascii="Times New Roman" w:eastAsia="Times New Roman" w:hAnsi="Times New Roman" w:cs="Times New Roman"/>
          <w:sz w:val="24"/>
          <w:szCs w:val="24"/>
        </w:rPr>
        <w:br/>
        <w:t>But the calmer you get, the more people lean in.</w:t>
      </w:r>
    </w:p>
    <w:p w14:paraId="286777A4" w14:textId="77777777" w:rsidR="00153D0A" w:rsidRPr="00153D0A" w:rsidRDefault="00153D0A" w:rsidP="00153D0A">
      <w:p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Speak from a place of strength, not stress.</w:t>
      </w:r>
    </w:p>
    <w:p w14:paraId="24659803" w14:textId="77777777" w:rsidR="00153D0A" w:rsidRPr="00153D0A" w:rsidRDefault="00000000" w:rsidP="00153D0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05B9CF6">
          <v:rect id="_x0000_i1035" style="width:0;height:1.5pt" o:hralign="center" o:hrstd="t" o:hr="t" fillcolor="#a0a0a0" stroked="f"/>
        </w:pict>
      </w:r>
    </w:p>
    <w:p w14:paraId="68855EDD" w14:textId="77777777" w:rsidR="00153D0A" w:rsidRPr="00153D0A" w:rsidRDefault="00153D0A" w:rsidP="00097EBE">
      <w:r w:rsidRPr="00153D0A">
        <w:rPr>
          <w:rFonts w:ascii="Segoe UI Emoji" w:hAnsi="Segoe UI Emoji" w:cs="Segoe UI Emoji"/>
        </w:rPr>
        <w:t>⭐</w:t>
      </w:r>
      <w:r w:rsidRPr="00153D0A">
        <w:t xml:space="preserve"> 3. Direction Over Emotion</w:t>
      </w:r>
    </w:p>
    <w:p w14:paraId="5F9531D4" w14:textId="77777777" w:rsidR="00153D0A" w:rsidRPr="00153D0A" w:rsidRDefault="00153D0A" w:rsidP="00153D0A">
      <w:p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Emotion says:</w:t>
      </w:r>
      <w:r w:rsidRPr="00153D0A">
        <w:rPr>
          <w:rFonts w:ascii="Times New Roman" w:eastAsia="Times New Roman" w:hAnsi="Times New Roman" w:cs="Times New Roman"/>
          <w:sz w:val="24"/>
          <w:szCs w:val="24"/>
        </w:rPr>
        <w:br/>
        <w:t>“I’m upset.”</w:t>
      </w:r>
    </w:p>
    <w:p w14:paraId="79A58148" w14:textId="77777777" w:rsidR="00153D0A" w:rsidRPr="00153D0A" w:rsidRDefault="00153D0A" w:rsidP="00153D0A">
      <w:p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Leadership says:</w:t>
      </w:r>
      <w:r w:rsidRPr="00153D0A">
        <w:rPr>
          <w:rFonts w:ascii="Times New Roman" w:eastAsia="Times New Roman" w:hAnsi="Times New Roman" w:cs="Times New Roman"/>
          <w:sz w:val="24"/>
          <w:szCs w:val="24"/>
        </w:rPr>
        <w:br/>
        <w:t>“Here’s what needs to happen.”</w:t>
      </w:r>
    </w:p>
    <w:p w14:paraId="5D5D9D3E" w14:textId="77777777" w:rsidR="00153D0A" w:rsidRPr="00153D0A" w:rsidRDefault="00153D0A" w:rsidP="00153D0A">
      <w:p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 xml:space="preserve">Your communication becomes powerful when you focus on </w:t>
      </w:r>
      <w:r w:rsidRPr="00153D0A">
        <w:rPr>
          <w:rFonts w:ascii="Times New Roman" w:eastAsia="Times New Roman" w:hAnsi="Times New Roman" w:cs="Times New Roman"/>
          <w:b/>
          <w:bCs/>
          <w:sz w:val="24"/>
          <w:szCs w:val="24"/>
        </w:rPr>
        <w:t>what moves life forward</w:t>
      </w:r>
      <w:r w:rsidRPr="00153D0A">
        <w:rPr>
          <w:rFonts w:ascii="Times New Roman" w:eastAsia="Times New Roman" w:hAnsi="Times New Roman" w:cs="Times New Roman"/>
          <w:sz w:val="24"/>
          <w:szCs w:val="24"/>
        </w:rPr>
        <w:t>, not what emotions want in the moment.</w:t>
      </w:r>
    </w:p>
    <w:p w14:paraId="6B66378D" w14:textId="77777777" w:rsidR="00153D0A" w:rsidRPr="00153D0A" w:rsidRDefault="00000000" w:rsidP="00153D0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5A17BC8">
          <v:rect id="_x0000_i1036" style="width:0;height:1.5pt" o:hralign="center" o:hrstd="t" o:hr="t" fillcolor="#a0a0a0" stroked="f"/>
        </w:pict>
      </w:r>
    </w:p>
    <w:p w14:paraId="4B6E08DE" w14:textId="77777777" w:rsidR="00153D0A" w:rsidRPr="00153D0A" w:rsidRDefault="00153D0A" w:rsidP="00153D0A">
      <w:pPr>
        <w:spacing w:before="100" w:beforeAutospacing="1" w:after="100" w:afterAutospacing="1" w:line="240" w:lineRule="auto"/>
        <w:outlineLvl w:val="2"/>
        <w:rPr>
          <w:rFonts w:ascii="Times New Roman" w:eastAsia="Times New Roman" w:hAnsi="Times New Roman" w:cs="Times New Roman"/>
          <w:b/>
          <w:bCs/>
          <w:sz w:val="27"/>
          <w:szCs w:val="27"/>
        </w:rPr>
      </w:pPr>
      <w:r w:rsidRPr="00153D0A">
        <w:rPr>
          <w:rFonts w:ascii="Times New Roman" w:eastAsia="Times New Roman" w:hAnsi="Times New Roman" w:cs="Times New Roman"/>
          <w:b/>
          <w:bCs/>
          <w:sz w:val="27"/>
          <w:szCs w:val="27"/>
        </w:rPr>
        <w:t>Reflection:</w:t>
      </w:r>
    </w:p>
    <w:p w14:paraId="5757152C" w14:textId="77777777" w:rsidR="00153D0A" w:rsidRPr="00153D0A" w:rsidRDefault="00153D0A" w:rsidP="00153D0A">
      <w:p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What conversation in your life needs clarity right now?</w:t>
      </w:r>
    </w:p>
    <w:p w14:paraId="42D421BC" w14:textId="77777777" w:rsidR="00153D0A" w:rsidRPr="00153D0A" w:rsidRDefault="00153D0A" w:rsidP="00153D0A">
      <w:pPr>
        <w:spacing w:before="100" w:beforeAutospacing="1" w:after="100" w:afterAutospacing="1" w:line="240" w:lineRule="auto"/>
        <w:outlineLvl w:val="2"/>
        <w:rPr>
          <w:rFonts w:ascii="Times New Roman" w:eastAsia="Times New Roman" w:hAnsi="Times New Roman" w:cs="Times New Roman"/>
          <w:b/>
          <w:bCs/>
          <w:sz w:val="27"/>
          <w:szCs w:val="27"/>
        </w:rPr>
      </w:pPr>
      <w:r w:rsidRPr="00153D0A">
        <w:rPr>
          <w:rFonts w:ascii="Times New Roman" w:eastAsia="Times New Roman" w:hAnsi="Times New Roman" w:cs="Times New Roman"/>
          <w:b/>
          <w:bCs/>
          <w:sz w:val="27"/>
          <w:szCs w:val="27"/>
        </w:rPr>
        <w:t>Leadership Challenge:</w:t>
      </w:r>
    </w:p>
    <w:p w14:paraId="5F1F0096" w14:textId="77777777" w:rsidR="00153D0A" w:rsidRPr="00153D0A" w:rsidRDefault="00153D0A" w:rsidP="00153D0A">
      <w:pPr>
        <w:spacing w:before="100" w:beforeAutospacing="1" w:after="100" w:afterAutospacing="1" w:line="240" w:lineRule="auto"/>
        <w:rPr>
          <w:rFonts w:ascii="Times New Roman" w:eastAsia="Times New Roman" w:hAnsi="Times New Roman" w:cs="Times New Roman"/>
          <w:sz w:val="24"/>
          <w:szCs w:val="24"/>
        </w:rPr>
      </w:pPr>
      <w:r w:rsidRPr="00153D0A">
        <w:rPr>
          <w:rFonts w:ascii="Times New Roman" w:eastAsia="Times New Roman" w:hAnsi="Times New Roman" w:cs="Times New Roman"/>
          <w:sz w:val="24"/>
          <w:szCs w:val="24"/>
        </w:rPr>
        <w:t>Speak with intention today — fewer words, more purpose.</w:t>
      </w:r>
    </w:p>
    <w:p w14:paraId="7022E94F" w14:textId="77777777" w:rsidR="00651DE4" w:rsidRDefault="00651DE4"/>
    <w:p w14:paraId="065D5DC9" w14:textId="77777777" w:rsidR="00651DE4" w:rsidRDefault="00000000">
      <w:pPr>
        <w:pStyle w:val="Heading2"/>
      </w:pPr>
      <w:bookmarkStart w:id="12" w:name="_Toc214330669"/>
      <w:r>
        <w:lastRenderedPageBreak/>
        <w:t>Day 9 — Influence &amp; Presence</w:t>
      </w:r>
      <w:bookmarkEnd w:id="12"/>
    </w:p>
    <w:p w14:paraId="01169187" w14:textId="77777777" w:rsidR="007B041F" w:rsidRPr="007B041F" w:rsidRDefault="007B041F" w:rsidP="007B041F">
      <w:pPr>
        <w:spacing w:before="100" w:beforeAutospacing="1" w:after="100" w:afterAutospacing="1" w:line="240" w:lineRule="auto"/>
        <w:outlineLvl w:val="2"/>
        <w:rPr>
          <w:rFonts w:ascii="Times New Roman" w:eastAsia="Times New Roman" w:hAnsi="Times New Roman" w:cs="Times New Roman"/>
          <w:b/>
          <w:bCs/>
          <w:sz w:val="27"/>
          <w:szCs w:val="27"/>
        </w:rPr>
      </w:pPr>
      <w:r w:rsidRPr="007B041F">
        <w:rPr>
          <w:rFonts w:ascii="Times New Roman" w:eastAsia="Times New Roman" w:hAnsi="Times New Roman" w:cs="Times New Roman"/>
          <w:b/>
          <w:bCs/>
          <w:i/>
          <w:iCs/>
          <w:sz w:val="27"/>
          <w:szCs w:val="27"/>
        </w:rPr>
        <w:t>People Feel Your Leadership Before They Hear It.</w:t>
      </w:r>
    </w:p>
    <w:p w14:paraId="59D9911A"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Presence is not about ego.</w:t>
      </w:r>
      <w:r w:rsidRPr="007B041F">
        <w:rPr>
          <w:rFonts w:ascii="Times New Roman" w:eastAsia="Times New Roman" w:hAnsi="Times New Roman" w:cs="Times New Roman"/>
          <w:sz w:val="24"/>
          <w:szCs w:val="24"/>
        </w:rPr>
        <w:br/>
        <w:t>It’s not about being intimidating or loud.</w:t>
      </w:r>
      <w:r w:rsidRPr="007B041F">
        <w:rPr>
          <w:rFonts w:ascii="Times New Roman" w:eastAsia="Times New Roman" w:hAnsi="Times New Roman" w:cs="Times New Roman"/>
          <w:sz w:val="24"/>
          <w:szCs w:val="24"/>
        </w:rPr>
        <w:br/>
        <w:t>It’s not about being “the alpha” — that’s insecurity wrapped in volume.</w:t>
      </w:r>
    </w:p>
    <w:p w14:paraId="0AA080F8"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Presence is the confidence you carry before you say a single word.</w:t>
      </w:r>
    </w:p>
    <w:p w14:paraId="4A8065F6"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I’ve met people who didn’t need to announce themselves.</w:t>
      </w:r>
      <w:r w:rsidRPr="007B041F">
        <w:rPr>
          <w:rFonts w:ascii="Times New Roman" w:eastAsia="Times New Roman" w:hAnsi="Times New Roman" w:cs="Times New Roman"/>
          <w:sz w:val="24"/>
          <w:szCs w:val="24"/>
        </w:rPr>
        <w:br/>
        <w:t>They walked into a room calm, steady, sure of who they were — and that alone changed the atmosphere.</w:t>
      </w:r>
    </w:p>
    <w:p w14:paraId="3AD46D3A"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I’ve also lived through seasons in my life when I didn’t have much presence at all.</w:t>
      </w:r>
      <w:r w:rsidRPr="007B041F">
        <w:rPr>
          <w:rFonts w:ascii="Times New Roman" w:eastAsia="Times New Roman" w:hAnsi="Times New Roman" w:cs="Times New Roman"/>
          <w:sz w:val="24"/>
          <w:szCs w:val="24"/>
        </w:rPr>
        <w:br/>
        <w:t>I walked into rooms with:</w:t>
      </w:r>
    </w:p>
    <w:p w14:paraId="026F2244" w14:textId="77777777" w:rsidR="007B041F" w:rsidRPr="007B041F" w:rsidRDefault="007B041F" w:rsidP="007B041F">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worry</w:t>
      </w:r>
    </w:p>
    <w:p w14:paraId="7C823628" w14:textId="77777777" w:rsidR="007B041F" w:rsidRPr="007B041F" w:rsidRDefault="007B041F" w:rsidP="007B041F">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tension</w:t>
      </w:r>
    </w:p>
    <w:p w14:paraId="2A64AA3A" w14:textId="77777777" w:rsidR="007B041F" w:rsidRPr="007B041F" w:rsidRDefault="007B041F" w:rsidP="007B041F">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insecurity</w:t>
      </w:r>
    </w:p>
    <w:p w14:paraId="72E329B1" w14:textId="77777777" w:rsidR="007B041F" w:rsidRPr="007B041F" w:rsidRDefault="007B041F" w:rsidP="007B041F">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emotional heaviness</w:t>
      </w:r>
    </w:p>
    <w:p w14:paraId="0FC3551A"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And people could feel it.</w:t>
      </w:r>
      <w:r w:rsidRPr="007B041F">
        <w:rPr>
          <w:rFonts w:ascii="Times New Roman" w:eastAsia="Times New Roman" w:hAnsi="Times New Roman" w:cs="Times New Roman"/>
          <w:sz w:val="24"/>
          <w:szCs w:val="24"/>
        </w:rPr>
        <w:br/>
        <w:t>Even when you think you’re hiding it, energy leaks.</w:t>
      </w:r>
    </w:p>
    <w:p w14:paraId="53A48C34"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But here’s the powerful truth:</w:t>
      </w:r>
    </w:p>
    <w:p w14:paraId="6AA384D9"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b/>
          <w:bCs/>
          <w:sz w:val="24"/>
          <w:szCs w:val="24"/>
        </w:rPr>
        <w:t>Presence is a skill you can build.</w:t>
      </w:r>
    </w:p>
    <w:p w14:paraId="1E2C707F"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The Presence Triangle will help you reset how you show up in any room.</w:t>
      </w:r>
    </w:p>
    <w:p w14:paraId="29E46EB0" w14:textId="77777777" w:rsidR="007B041F" w:rsidRPr="007B041F" w:rsidRDefault="00000000" w:rsidP="007B04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3B9E8BE">
          <v:rect id="_x0000_i1037" style="width:0;height:1.5pt" o:hralign="center" o:hrstd="t" o:hr="t" fillcolor="#a0a0a0" stroked="f"/>
        </w:pict>
      </w:r>
    </w:p>
    <w:p w14:paraId="3B771268" w14:textId="77777777" w:rsidR="007B041F" w:rsidRPr="007B041F" w:rsidRDefault="007B041F" w:rsidP="00097EBE">
      <w:r w:rsidRPr="007B041F">
        <w:rPr>
          <w:rFonts w:ascii="Segoe UI Emoji" w:hAnsi="Segoe UI Emoji" w:cs="Segoe UI Emoji"/>
        </w:rPr>
        <w:t>⭐</w:t>
      </w:r>
      <w:r w:rsidRPr="007B041F">
        <w:t xml:space="preserve"> The Presence Triangle</w:t>
      </w:r>
    </w:p>
    <w:p w14:paraId="6209E9A9" w14:textId="77777777" w:rsidR="007B041F" w:rsidRPr="007B041F" w:rsidRDefault="007B041F" w:rsidP="007B041F">
      <w:pPr>
        <w:spacing w:before="100" w:beforeAutospacing="1" w:after="100" w:afterAutospacing="1" w:line="240" w:lineRule="auto"/>
        <w:outlineLvl w:val="2"/>
        <w:rPr>
          <w:rFonts w:ascii="Times New Roman" w:eastAsia="Times New Roman" w:hAnsi="Times New Roman" w:cs="Times New Roman"/>
          <w:b/>
          <w:bCs/>
          <w:sz w:val="27"/>
          <w:szCs w:val="27"/>
        </w:rPr>
      </w:pPr>
      <w:r w:rsidRPr="007B041F">
        <w:rPr>
          <w:rFonts w:ascii="Times New Roman" w:eastAsia="Times New Roman" w:hAnsi="Times New Roman" w:cs="Times New Roman"/>
          <w:b/>
          <w:bCs/>
          <w:sz w:val="27"/>
          <w:szCs w:val="27"/>
        </w:rPr>
        <w:lastRenderedPageBreak/>
        <w:t>1. Posture (Your Body Language)</w:t>
      </w:r>
    </w:p>
    <w:p w14:paraId="3155D5FB"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Stand up straight.</w:t>
      </w:r>
      <w:r w:rsidRPr="007B041F">
        <w:rPr>
          <w:rFonts w:ascii="Times New Roman" w:eastAsia="Times New Roman" w:hAnsi="Times New Roman" w:cs="Times New Roman"/>
          <w:sz w:val="24"/>
          <w:szCs w:val="24"/>
        </w:rPr>
        <w:br/>
        <w:t>Uncross your arms.</w:t>
      </w:r>
      <w:r w:rsidRPr="007B041F">
        <w:rPr>
          <w:rFonts w:ascii="Times New Roman" w:eastAsia="Times New Roman" w:hAnsi="Times New Roman" w:cs="Times New Roman"/>
          <w:sz w:val="24"/>
          <w:szCs w:val="24"/>
        </w:rPr>
        <w:br/>
        <w:t>Lift your chest.</w:t>
      </w:r>
      <w:r w:rsidRPr="007B041F">
        <w:rPr>
          <w:rFonts w:ascii="Times New Roman" w:eastAsia="Times New Roman" w:hAnsi="Times New Roman" w:cs="Times New Roman"/>
          <w:sz w:val="24"/>
          <w:szCs w:val="24"/>
        </w:rPr>
        <w:br/>
        <w:t>Relax your face.</w:t>
      </w:r>
      <w:r w:rsidRPr="007B041F">
        <w:rPr>
          <w:rFonts w:ascii="Times New Roman" w:eastAsia="Times New Roman" w:hAnsi="Times New Roman" w:cs="Times New Roman"/>
          <w:sz w:val="24"/>
          <w:szCs w:val="24"/>
        </w:rPr>
        <w:br/>
        <w:t>Plant your feet.</w:t>
      </w:r>
    </w:p>
    <w:p w14:paraId="44FED301"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Your body tells your mind:</w:t>
      </w:r>
      <w:r w:rsidRPr="007B041F">
        <w:rPr>
          <w:rFonts w:ascii="Times New Roman" w:eastAsia="Times New Roman" w:hAnsi="Times New Roman" w:cs="Times New Roman"/>
          <w:sz w:val="24"/>
          <w:szCs w:val="24"/>
        </w:rPr>
        <w:br/>
        <w:t>“I’m safe. I’m capable. I belong here.”</w:t>
      </w:r>
    </w:p>
    <w:p w14:paraId="7EF19883" w14:textId="77777777" w:rsidR="007B041F" w:rsidRPr="007B041F" w:rsidRDefault="00000000" w:rsidP="007B04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E22C952">
          <v:rect id="_x0000_i1038" style="width:0;height:1.5pt" o:hralign="center" o:hrstd="t" o:hr="t" fillcolor="#a0a0a0" stroked="f"/>
        </w:pict>
      </w:r>
    </w:p>
    <w:p w14:paraId="1574E0EA" w14:textId="77777777" w:rsidR="007B041F" w:rsidRPr="007B041F" w:rsidRDefault="007B041F" w:rsidP="007B041F">
      <w:pPr>
        <w:spacing w:before="100" w:beforeAutospacing="1" w:after="100" w:afterAutospacing="1" w:line="240" w:lineRule="auto"/>
        <w:outlineLvl w:val="2"/>
        <w:rPr>
          <w:rFonts w:ascii="Times New Roman" w:eastAsia="Times New Roman" w:hAnsi="Times New Roman" w:cs="Times New Roman"/>
          <w:b/>
          <w:bCs/>
          <w:sz w:val="27"/>
          <w:szCs w:val="27"/>
        </w:rPr>
      </w:pPr>
      <w:r w:rsidRPr="007B041F">
        <w:rPr>
          <w:rFonts w:ascii="Times New Roman" w:eastAsia="Times New Roman" w:hAnsi="Times New Roman" w:cs="Times New Roman"/>
          <w:b/>
          <w:bCs/>
          <w:sz w:val="27"/>
          <w:szCs w:val="27"/>
        </w:rPr>
        <w:t>2. Pace (Your Voice &amp; Speed)</w:t>
      </w:r>
    </w:p>
    <w:p w14:paraId="3FE52648"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Slow down.</w:t>
      </w:r>
      <w:r w:rsidRPr="007B041F">
        <w:rPr>
          <w:rFonts w:ascii="Times New Roman" w:eastAsia="Times New Roman" w:hAnsi="Times New Roman" w:cs="Times New Roman"/>
          <w:sz w:val="24"/>
          <w:szCs w:val="24"/>
        </w:rPr>
        <w:br/>
        <w:t>Speak with rhythm.</w:t>
      </w:r>
      <w:r w:rsidRPr="007B041F">
        <w:rPr>
          <w:rFonts w:ascii="Times New Roman" w:eastAsia="Times New Roman" w:hAnsi="Times New Roman" w:cs="Times New Roman"/>
          <w:sz w:val="24"/>
          <w:szCs w:val="24"/>
        </w:rPr>
        <w:br/>
        <w:t>Pause intentionally.</w:t>
      </w:r>
      <w:r w:rsidRPr="007B041F">
        <w:rPr>
          <w:rFonts w:ascii="Times New Roman" w:eastAsia="Times New Roman" w:hAnsi="Times New Roman" w:cs="Times New Roman"/>
          <w:sz w:val="24"/>
          <w:szCs w:val="24"/>
        </w:rPr>
        <w:br/>
        <w:t>Lower your tone slightly.</w:t>
      </w:r>
    </w:p>
    <w:p w14:paraId="54FA779D"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Fast talking = anxiety</w:t>
      </w:r>
      <w:r w:rsidRPr="007B041F">
        <w:rPr>
          <w:rFonts w:ascii="Times New Roman" w:eastAsia="Times New Roman" w:hAnsi="Times New Roman" w:cs="Times New Roman"/>
          <w:sz w:val="24"/>
          <w:szCs w:val="24"/>
        </w:rPr>
        <w:br/>
        <w:t>Slow, steady voice = leadership presence</w:t>
      </w:r>
    </w:p>
    <w:p w14:paraId="27CBAB9C" w14:textId="77777777" w:rsidR="007B041F" w:rsidRPr="007B041F" w:rsidRDefault="00000000" w:rsidP="007B04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79211D9">
          <v:rect id="_x0000_i1039" style="width:0;height:1.5pt" o:hralign="center" o:hrstd="t" o:hr="t" fillcolor="#a0a0a0" stroked="f"/>
        </w:pict>
      </w:r>
    </w:p>
    <w:p w14:paraId="4B8356E3" w14:textId="77777777" w:rsidR="007B041F" w:rsidRPr="007B041F" w:rsidRDefault="007B041F" w:rsidP="007B041F">
      <w:pPr>
        <w:spacing w:before="100" w:beforeAutospacing="1" w:after="100" w:afterAutospacing="1" w:line="240" w:lineRule="auto"/>
        <w:outlineLvl w:val="2"/>
        <w:rPr>
          <w:rFonts w:ascii="Times New Roman" w:eastAsia="Times New Roman" w:hAnsi="Times New Roman" w:cs="Times New Roman"/>
          <w:b/>
          <w:bCs/>
          <w:sz w:val="27"/>
          <w:szCs w:val="27"/>
        </w:rPr>
      </w:pPr>
      <w:r w:rsidRPr="007B041F">
        <w:rPr>
          <w:rFonts w:ascii="Times New Roman" w:eastAsia="Times New Roman" w:hAnsi="Times New Roman" w:cs="Times New Roman"/>
          <w:b/>
          <w:bCs/>
          <w:sz w:val="27"/>
          <w:szCs w:val="27"/>
        </w:rPr>
        <w:t>3. Purpose (Your Internal State)</w:t>
      </w:r>
    </w:p>
    <w:p w14:paraId="08A92CCB"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Before entering a room or conversation, ask:</w:t>
      </w:r>
    </w:p>
    <w:p w14:paraId="5D28118E"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b/>
          <w:bCs/>
          <w:sz w:val="24"/>
          <w:szCs w:val="24"/>
        </w:rPr>
        <w:t>“How do I want to LEAVE people feeling?”</w:t>
      </w:r>
    </w:p>
    <w:p w14:paraId="65365C0F"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 xml:space="preserve">If your purpose is calm, </w:t>
      </w:r>
      <w:proofErr w:type="gramStart"/>
      <w:r w:rsidRPr="007B041F">
        <w:rPr>
          <w:rFonts w:ascii="Times New Roman" w:eastAsia="Times New Roman" w:hAnsi="Times New Roman" w:cs="Times New Roman"/>
          <w:sz w:val="24"/>
          <w:szCs w:val="24"/>
        </w:rPr>
        <w:t>confidence</w:t>
      </w:r>
      <w:proofErr w:type="gramEnd"/>
      <w:r w:rsidRPr="007B041F">
        <w:rPr>
          <w:rFonts w:ascii="Times New Roman" w:eastAsia="Times New Roman" w:hAnsi="Times New Roman" w:cs="Times New Roman"/>
          <w:sz w:val="24"/>
          <w:szCs w:val="24"/>
        </w:rPr>
        <w:t>, and clarity — you’ll show up that way.</w:t>
      </w:r>
    </w:p>
    <w:p w14:paraId="7176A5BB" w14:textId="77777777" w:rsidR="007B041F" w:rsidRPr="007B041F" w:rsidRDefault="00000000" w:rsidP="007B04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9C3A17A">
          <v:rect id="_x0000_i1040" style="width:0;height:1.5pt" o:hralign="center" o:hrstd="t" o:hr="t" fillcolor="#a0a0a0" stroked="f"/>
        </w:pict>
      </w:r>
    </w:p>
    <w:p w14:paraId="6FC0E18E" w14:textId="77777777" w:rsidR="007B041F" w:rsidRPr="007B041F" w:rsidRDefault="007B041F" w:rsidP="007B041F">
      <w:pPr>
        <w:spacing w:before="100" w:beforeAutospacing="1" w:after="100" w:afterAutospacing="1" w:line="240" w:lineRule="auto"/>
        <w:outlineLvl w:val="2"/>
        <w:rPr>
          <w:rFonts w:ascii="Times New Roman" w:eastAsia="Times New Roman" w:hAnsi="Times New Roman" w:cs="Times New Roman"/>
          <w:b/>
          <w:bCs/>
          <w:sz w:val="27"/>
          <w:szCs w:val="27"/>
        </w:rPr>
      </w:pPr>
      <w:r w:rsidRPr="007B041F">
        <w:rPr>
          <w:rFonts w:ascii="Times New Roman" w:eastAsia="Times New Roman" w:hAnsi="Times New Roman" w:cs="Times New Roman"/>
          <w:b/>
          <w:bCs/>
          <w:sz w:val="27"/>
          <w:szCs w:val="27"/>
        </w:rPr>
        <w:t>Reflection:</w:t>
      </w:r>
    </w:p>
    <w:p w14:paraId="5599F0B5"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lastRenderedPageBreak/>
        <w:t xml:space="preserve">How do people feel when you enter </w:t>
      </w:r>
      <w:proofErr w:type="gramStart"/>
      <w:r w:rsidRPr="007B041F">
        <w:rPr>
          <w:rFonts w:ascii="Times New Roman" w:eastAsia="Times New Roman" w:hAnsi="Times New Roman" w:cs="Times New Roman"/>
          <w:sz w:val="24"/>
          <w:szCs w:val="24"/>
        </w:rPr>
        <w:t>a space</w:t>
      </w:r>
      <w:proofErr w:type="gramEnd"/>
      <w:r w:rsidRPr="007B041F">
        <w:rPr>
          <w:rFonts w:ascii="Times New Roman" w:eastAsia="Times New Roman" w:hAnsi="Times New Roman" w:cs="Times New Roman"/>
          <w:sz w:val="24"/>
          <w:szCs w:val="24"/>
        </w:rPr>
        <w:t>?</w:t>
      </w:r>
    </w:p>
    <w:p w14:paraId="0DB42DCB" w14:textId="77777777" w:rsidR="007B041F" w:rsidRPr="007B041F" w:rsidRDefault="007B041F" w:rsidP="007B041F">
      <w:pPr>
        <w:spacing w:before="100" w:beforeAutospacing="1" w:after="100" w:afterAutospacing="1" w:line="240" w:lineRule="auto"/>
        <w:outlineLvl w:val="2"/>
        <w:rPr>
          <w:rFonts w:ascii="Times New Roman" w:eastAsia="Times New Roman" w:hAnsi="Times New Roman" w:cs="Times New Roman"/>
          <w:b/>
          <w:bCs/>
          <w:sz w:val="27"/>
          <w:szCs w:val="27"/>
        </w:rPr>
      </w:pPr>
      <w:r w:rsidRPr="007B041F">
        <w:rPr>
          <w:rFonts w:ascii="Times New Roman" w:eastAsia="Times New Roman" w:hAnsi="Times New Roman" w:cs="Times New Roman"/>
          <w:b/>
          <w:bCs/>
          <w:sz w:val="27"/>
          <w:szCs w:val="27"/>
        </w:rPr>
        <w:t>Leadership Challenge:</w:t>
      </w:r>
    </w:p>
    <w:p w14:paraId="544D76A6"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Walk into one room today with intention — slow, steady, confident.</w:t>
      </w:r>
    </w:p>
    <w:p w14:paraId="3ACD9718" w14:textId="77777777" w:rsidR="007B041F" w:rsidRPr="007B041F" w:rsidRDefault="007B041F" w:rsidP="007B041F">
      <w:pPr>
        <w:spacing w:before="100" w:beforeAutospacing="1" w:after="100" w:afterAutospacing="1" w:line="240" w:lineRule="auto"/>
        <w:rPr>
          <w:rFonts w:ascii="Times New Roman" w:eastAsia="Times New Roman" w:hAnsi="Times New Roman" w:cs="Times New Roman"/>
          <w:sz w:val="24"/>
          <w:szCs w:val="24"/>
        </w:rPr>
      </w:pPr>
      <w:r w:rsidRPr="007B041F">
        <w:rPr>
          <w:rFonts w:ascii="Times New Roman" w:eastAsia="Times New Roman" w:hAnsi="Times New Roman" w:cs="Times New Roman"/>
          <w:sz w:val="24"/>
          <w:szCs w:val="24"/>
        </w:rPr>
        <w:t>You’ll feel the difference immediately.</w:t>
      </w:r>
    </w:p>
    <w:p w14:paraId="3128D32D" w14:textId="044550DB" w:rsidR="001D7B28" w:rsidRDefault="001D7B28" w:rsidP="001D7B28">
      <w:pPr>
        <w:pStyle w:val="Heading2"/>
      </w:pPr>
      <w:bookmarkStart w:id="13" w:name="_Toc214330670"/>
      <w:r>
        <w:t xml:space="preserve">Day </w:t>
      </w:r>
      <w:r w:rsidR="00A35E61">
        <w:t>10</w:t>
      </w:r>
      <w:r>
        <w:t xml:space="preserve"> — </w:t>
      </w:r>
      <w:r w:rsidR="00287E63">
        <w:t>C</w:t>
      </w:r>
      <w:r w:rsidR="00FD366B">
        <w:t>lean Conflict</w:t>
      </w:r>
      <w:bookmarkEnd w:id="13"/>
    </w:p>
    <w:p w14:paraId="5D99EAE6" w14:textId="77777777" w:rsidR="00464A77" w:rsidRPr="00464A77" w:rsidRDefault="00464A77" w:rsidP="00464A77">
      <w:pPr>
        <w:spacing w:before="100" w:beforeAutospacing="1" w:after="100" w:afterAutospacing="1" w:line="240" w:lineRule="auto"/>
        <w:outlineLvl w:val="2"/>
        <w:rPr>
          <w:rFonts w:ascii="Times New Roman" w:eastAsia="Times New Roman" w:hAnsi="Times New Roman" w:cs="Times New Roman"/>
          <w:b/>
          <w:bCs/>
          <w:sz w:val="27"/>
          <w:szCs w:val="27"/>
        </w:rPr>
      </w:pPr>
      <w:r w:rsidRPr="00464A77">
        <w:rPr>
          <w:rFonts w:ascii="Times New Roman" w:eastAsia="Times New Roman" w:hAnsi="Times New Roman" w:cs="Times New Roman"/>
          <w:b/>
          <w:bCs/>
          <w:i/>
          <w:iCs/>
          <w:sz w:val="27"/>
          <w:szCs w:val="27"/>
        </w:rPr>
        <w:t xml:space="preserve">Handle It Early. Handle It Calmly. Handle It </w:t>
      </w:r>
      <w:proofErr w:type="gramStart"/>
      <w:r w:rsidRPr="00464A77">
        <w:rPr>
          <w:rFonts w:ascii="Times New Roman" w:eastAsia="Times New Roman" w:hAnsi="Times New Roman" w:cs="Times New Roman"/>
          <w:b/>
          <w:bCs/>
          <w:i/>
          <w:iCs/>
          <w:sz w:val="27"/>
          <w:szCs w:val="27"/>
        </w:rPr>
        <w:t>With</w:t>
      </w:r>
      <w:proofErr w:type="gramEnd"/>
      <w:r w:rsidRPr="00464A77">
        <w:rPr>
          <w:rFonts w:ascii="Times New Roman" w:eastAsia="Times New Roman" w:hAnsi="Times New Roman" w:cs="Times New Roman"/>
          <w:b/>
          <w:bCs/>
          <w:i/>
          <w:iCs/>
          <w:sz w:val="27"/>
          <w:szCs w:val="27"/>
        </w:rPr>
        <w:t xml:space="preserve"> Respect.</w:t>
      </w:r>
    </w:p>
    <w:p w14:paraId="74D56958"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I’ve seen conflict destroy families, friendships, teams, and opportunities.</w:t>
      </w:r>
      <w:r w:rsidRPr="00464A77">
        <w:rPr>
          <w:rFonts w:ascii="Times New Roman" w:eastAsia="Times New Roman" w:hAnsi="Times New Roman" w:cs="Times New Roman"/>
          <w:sz w:val="24"/>
          <w:szCs w:val="24"/>
        </w:rPr>
        <w:br/>
        <w:t>Not because the issues were too big — but because conflict was handled poorly, painfully, or not at all.</w:t>
      </w:r>
    </w:p>
    <w:p w14:paraId="3A375579"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Most people avoid conflict until it explodes.</w:t>
      </w:r>
      <w:r w:rsidRPr="00464A77">
        <w:rPr>
          <w:rFonts w:ascii="Times New Roman" w:eastAsia="Times New Roman" w:hAnsi="Times New Roman" w:cs="Times New Roman"/>
          <w:sz w:val="24"/>
          <w:szCs w:val="24"/>
        </w:rPr>
        <w:br/>
        <w:t>Leaders prevent the explosion by addressing conflict early.</w:t>
      </w:r>
    </w:p>
    <w:p w14:paraId="77D6CA36"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The strongest relationships I’ve ever had — personal or professional — were strengthened through honest, respectful conflict.</w:t>
      </w:r>
    </w:p>
    <w:p w14:paraId="06186FDC"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The weakest relationships were those where everyone pretended nothing was wrong… until everything was wrong.</w:t>
      </w:r>
    </w:p>
    <w:p w14:paraId="7287F04F"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Here’s what I learned:</w:t>
      </w:r>
    </w:p>
    <w:p w14:paraId="641AF90A"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b/>
          <w:bCs/>
          <w:sz w:val="24"/>
          <w:szCs w:val="24"/>
        </w:rPr>
        <w:t>Conflict handled early is leadership.</w:t>
      </w:r>
      <w:r w:rsidRPr="00464A77">
        <w:rPr>
          <w:rFonts w:ascii="Times New Roman" w:eastAsia="Times New Roman" w:hAnsi="Times New Roman" w:cs="Times New Roman"/>
          <w:b/>
          <w:bCs/>
          <w:sz w:val="24"/>
          <w:szCs w:val="24"/>
        </w:rPr>
        <w:br/>
        <w:t>Conflict avoided is damage waiting to happen.</w:t>
      </w:r>
    </w:p>
    <w:p w14:paraId="79D0D5A9"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 xml:space="preserve">We use the </w:t>
      </w:r>
      <w:r w:rsidRPr="00464A77">
        <w:rPr>
          <w:rFonts w:ascii="Times New Roman" w:eastAsia="Times New Roman" w:hAnsi="Times New Roman" w:cs="Times New Roman"/>
          <w:b/>
          <w:bCs/>
          <w:sz w:val="24"/>
          <w:szCs w:val="24"/>
        </w:rPr>
        <w:t xml:space="preserve">Clean Conflict </w:t>
      </w:r>
      <w:proofErr w:type="gramStart"/>
      <w:r w:rsidRPr="00464A77">
        <w:rPr>
          <w:rFonts w:ascii="Times New Roman" w:eastAsia="Times New Roman" w:hAnsi="Times New Roman" w:cs="Times New Roman"/>
          <w:b/>
          <w:bCs/>
          <w:sz w:val="24"/>
          <w:szCs w:val="24"/>
        </w:rPr>
        <w:t>Method</w:t>
      </w:r>
      <w:proofErr w:type="gramEnd"/>
      <w:r w:rsidRPr="00464A77">
        <w:rPr>
          <w:rFonts w:ascii="Times New Roman" w:eastAsia="Times New Roman" w:hAnsi="Times New Roman" w:cs="Times New Roman"/>
          <w:sz w:val="24"/>
          <w:szCs w:val="24"/>
        </w:rPr>
        <w:t xml:space="preserve"> so emotions don’t take over.</w:t>
      </w:r>
    </w:p>
    <w:p w14:paraId="5BA1BD36" w14:textId="77777777" w:rsidR="00464A77" w:rsidRPr="00464A77" w:rsidRDefault="00000000" w:rsidP="00464A7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B54071E">
          <v:rect id="_x0000_i1041" style="width:0;height:1.5pt" o:hralign="center" o:hrstd="t" o:hr="t" fillcolor="#a0a0a0" stroked="f"/>
        </w:pict>
      </w:r>
    </w:p>
    <w:p w14:paraId="66E4B487" w14:textId="77777777" w:rsidR="00464A77" w:rsidRPr="00464A77" w:rsidRDefault="00464A77" w:rsidP="00097EBE">
      <w:r w:rsidRPr="00464A77">
        <w:rPr>
          <w:rFonts w:ascii="Segoe UI Emoji" w:hAnsi="Segoe UI Emoji" w:cs="Segoe UI Emoji"/>
        </w:rPr>
        <w:lastRenderedPageBreak/>
        <w:t>⭐</w:t>
      </w:r>
      <w:r w:rsidRPr="00464A77">
        <w:t xml:space="preserve"> The Clean Conflict Method</w:t>
      </w:r>
    </w:p>
    <w:p w14:paraId="6EEE9F2B" w14:textId="77777777" w:rsidR="00464A77" w:rsidRPr="00464A77" w:rsidRDefault="00464A77" w:rsidP="00464A77">
      <w:pPr>
        <w:spacing w:before="100" w:beforeAutospacing="1" w:after="100" w:afterAutospacing="1" w:line="240" w:lineRule="auto"/>
        <w:outlineLvl w:val="2"/>
        <w:rPr>
          <w:rFonts w:ascii="Times New Roman" w:eastAsia="Times New Roman" w:hAnsi="Times New Roman" w:cs="Times New Roman"/>
          <w:b/>
          <w:bCs/>
          <w:sz w:val="27"/>
          <w:szCs w:val="27"/>
        </w:rPr>
      </w:pPr>
      <w:r w:rsidRPr="00464A77">
        <w:rPr>
          <w:rFonts w:ascii="Times New Roman" w:eastAsia="Times New Roman" w:hAnsi="Times New Roman" w:cs="Times New Roman"/>
          <w:b/>
          <w:bCs/>
          <w:sz w:val="27"/>
          <w:szCs w:val="27"/>
        </w:rPr>
        <w:t>1. FACTS</w:t>
      </w:r>
    </w:p>
    <w:p w14:paraId="535D25B0"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State what happened without emotion.</w:t>
      </w:r>
    </w:p>
    <w:p w14:paraId="377BAE86"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Example:</w:t>
      </w:r>
      <w:r w:rsidRPr="00464A77">
        <w:rPr>
          <w:rFonts w:ascii="Times New Roman" w:eastAsia="Times New Roman" w:hAnsi="Times New Roman" w:cs="Times New Roman"/>
          <w:sz w:val="24"/>
          <w:szCs w:val="24"/>
        </w:rPr>
        <w:br/>
        <w:t>“You didn’t follow through on the report yesterday.”</w:t>
      </w:r>
    </w:p>
    <w:p w14:paraId="1EE31F80" w14:textId="77777777" w:rsidR="00464A77" w:rsidRPr="00464A77" w:rsidRDefault="00000000" w:rsidP="00464A7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1A1BEBA">
          <v:rect id="_x0000_i1042" style="width:0;height:1.5pt" o:hralign="center" o:hrstd="t" o:hr="t" fillcolor="#a0a0a0" stroked="f"/>
        </w:pict>
      </w:r>
    </w:p>
    <w:p w14:paraId="0A3C3CA8" w14:textId="77777777" w:rsidR="00464A77" w:rsidRPr="00464A77" w:rsidRDefault="00464A77" w:rsidP="00464A77">
      <w:pPr>
        <w:spacing w:before="100" w:beforeAutospacing="1" w:after="100" w:afterAutospacing="1" w:line="240" w:lineRule="auto"/>
        <w:outlineLvl w:val="2"/>
        <w:rPr>
          <w:rFonts w:ascii="Times New Roman" w:eastAsia="Times New Roman" w:hAnsi="Times New Roman" w:cs="Times New Roman"/>
          <w:b/>
          <w:bCs/>
          <w:sz w:val="27"/>
          <w:szCs w:val="27"/>
        </w:rPr>
      </w:pPr>
      <w:r w:rsidRPr="00464A77">
        <w:rPr>
          <w:rFonts w:ascii="Times New Roman" w:eastAsia="Times New Roman" w:hAnsi="Times New Roman" w:cs="Times New Roman"/>
          <w:b/>
          <w:bCs/>
          <w:sz w:val="27"/>
          <w:szCs w:val="27"/>
        </w:rPr>
        <w:t>2. IMPACT</w:t>
      </w:r>
    </w:p>
    <w:p w14:paraId="43EFB3A0"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State why it matters.</w:t>
      </w:r>
    </w:p>
    <w:p w14:paraId="5DCADC9C"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“That delayed the team and caused confusion.”</w:t>
      </w:r>
    </w:p>
    <w:p w14:paraId="4A7E448F" w14:textId="77777777" w:rsidR="00464A77" w:rsidRPr="00464A77" w:rsidRDefault="00000000" w:rsidP="00464A7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51E9B38">
          <v:rect id="_x0000_i1043" style="width:0;height:1.5pt" o:hralign="center" o:hrstd="t" o:hr="t" fillcolor="#a0a0a0" stroked="f"/>
        </w:pict>
      </w:r>
    </w:p>
    <w:p w14:paraId="6918ED66" w14:textId="77777777" w:rsidR="00464A77" w:rsidRPr="00464A77" w:rsidRDefault="00464A77" w:rsidP="00464A77">
      <w:pPr>
        <w:spacing w:before="100" w:beforeAutospacing="1" w:after="100" w:afterAutospacing="1" w:line="240" w:lineRule="auto"/>
        <w:outlineLvl w:val="2"/>
        <w:rPr>
          <w:rFonts w:ascii="Times New Roman" w:eastAsia="Times New Roman" w:hAnsi="Times New Roman" w:cs="Times New Roman"/>
          <w:b/>
          <w:bCs/>
          <w:sz w:val="27"/>
          <w:szCs w:val="27"/>
        </w:rPr>
      </w:pPr>
      <w:r w:rsidRPr="00464A77">
        <w:rPr>
          <w:rFonts w:ascii="Times New Roman" w:eastAsia="Times New Roman" w:hAnsi="Times New Roman" w:cs="Times New Roman"/>
          <w:b/>
          <w:bCs/>
          <w:sz w:val="27"/>
          <w:szCs w:val="27"/>
        </w:rPr>
        <w:t>3. EXPECTATION</w:t>
      </w:r>
    </w:p>
    <w:p w14:paraId="7C585EE2"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Be direct, clear, kind.</w:t>
      </w:r>
    </w:p>
    <w:p w14:paraId="653CF577"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“Going forward, I need you to communicate delays.”</w:t>
      </w:r>
    </w:p>
    <w:p w14:paraId="6EA1CFB0" w14:textId="77777777" w:rsidR="00464A77" w:rsidRPr="00464A77" w:rsidRDefault="00000000" w:rsidP="00464A7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2358F47">
          <v:rect id="_x0000_i1044" style="width:0;height:1.5pt" o:hralign="center" o:hrstd="t" o:hr="t" fillcolor="#a0a0a0" stroked="f"/>
        </w:pict>
      </w:r>
    </w:p>
    <w:p w14:paraId="50A97DA2" w14:textId="77777777" w:rsidR="00464A77" w:rsidRPr="00464A77" w:rsidRDefault="00464A77" w:rsidP="00464A77">
      <w:pPr>
        <w:spacing w:before="100" w:beforeAutospacing="1" w:after="100" w:afterAutospacing="1" w:line="240" w:lineRule="auto"/>
        <w:outlineLvl w:val="2"/>
        <w:rPr>
          <w:rFonts w:ascii="Times New Roman" w:eastAsia="Times New Roman" w:hAnsi="Times New Roman" w:cs="Times New Roman"/>
          <w:b/>
          <w:bCs/>
          <w:sz w:val="27"/>
          <w:szCs w:val="27"/>
        </w:rPr>
      </w:pPr>
      <w:r w:rsidRPr="00464A77">
        <w:rPr>
          <w:rFonts w:ascii="Times New Roman" w:eastAsia="Times New Roman" w:hAnsi="Times New Roman" w:cs="Times New Roman"/>
          <w:b/>
          <w:bCs/>
          <w:sz w:val="27"/>
          <w:szCs w:val="27"/>
        </w:rPr>
        <w:t>4. ALIGNMENT</w:t>
      </w:r>
    </w:p>
    <w:p w14:paraId="1145A2DF"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Invite ownership.</w:t>
      </w:r>
    </w:p>
    <w:p w14:paraId="3785F185"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“Does this make sense? Are we aligned?”</w:t>
      </w:r>
    </w:p>
    <w:p w14:paraId="288F511C" w14:textId="77777777" w:rsidR="00464A77" w:rsidRPr="00464A77" w:rsidRDefault="00000000" w:rsidP="00464A7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BC69DA1">
          <v:rect id="_x0000_i1045" style="width:0;height:1.5pt" o:hralign="center" o:hrstd="t" o:hr="t" fillcolor="#a0a0a0" stroked="f"/>
        </w:pict>
      </w:r>
    </w:p>
    <w:p w14:paraId="1D277830"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This method works in:</w:t>
      </w:r>
    </w:p>
    <w:p w14:paraId="0E3A9B30" w14:textId="77777777" w:rsidR="00464A77" w:rsidRPr="00464A77" w:rsidRDefault="00464A77" w:rsidP="00464A77">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lastRenderedPageBreak/>
        <w:t>relationships</w:t>
      </w:r>
    </w:p>
    <w:p w14:paraId="79603A6E" w14:textId="77777777" w:rsidR="00464A77" w:rsidRPr="00464A77" w:rsidRDefault="00464A77" w:rsidP="00464A77">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teams</w:t>
      </w:r>
    </w:p>
    <w:p w14:paraId="7BAE7E6D" w14:textId="77777777" w:rsidR="00464A77" w:rsidRPr="00464A77" w:rsidRDefault="00464A77" w:rsidP="00464A77">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friendships</w:t>
      </w:r>
    </w:p>
    <w:p w14:paraId="70350E29" w14:textId="77777777" w:rsidR="00464A77" w:rsidRPr="00464A77" w:rsidRDefault="00464A77" w:rsidP="00464A77">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parenting</w:t>
      </w:r>
    </w:p>
    <w:p w14:paraId="3E6D30C2" w14:textId="77777777" w:rsidR="00464A77" w:rsidRPr="00464A77" w:rsidRDefault="00464A77" w:rsidP="00464A77">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leadership situations</w:t>
      </w:r>
    </w:p>
    <w:p w14:paraId="7DF451AC" w14:textId="77777777" w:rsidR="00464A77" w:rsidRPr="00464A77" w:rsidRDefault="00464A77" w:rsidP="00464A77">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conflict with peers</w:t>
      </w:r>
    </w:p>
    <w:p w14:paraId="20EE3377"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Clean conflict = clear future.</w:t>
      </w:r>
    </w:p>
    <w:p w14:paraId="6D3918FF" w14:textId="77777777" w:rsidR="00464A77" w:rsidRPr="00464A77" w:rsidRDefault="00464A77" w:rsidP="00464A77">
      <w:pPr>
        <w:spacing w:before="100" w:beforeAutospacing="1" w:after="100" w:afterAutospacing="1" w:line="240" w:lineRule="auto"/>
        <w:outlineLvl w:val="2"/>
        <w:rPr>
          <w:rFonts w:ascii="Times New Roman" w:eastAsia="Times New Roman" w:hAnsi="Times New Roman" w:cs="Times New Roman"/>
          <w:b/>
          <w:bCs/>
          <w:sz w:val="27"/>
          <w:szCs w:val="27"/>
        </w:rPr>
      </w:pPr>
      <w:r w:rsidRPr="00464A77">
        <w:rPr>
          <w:rFonts w:ascii="Times New Roman" w:eastAsia="Times New Roman" w:hAnsi="Times New Roman" w:cs="Times New Roman"/>
          <w:b/>
          <w:bCs/>
          <w:sz w:val="27"/>
          <w:szCs w:val="27"/>
        </w:rPr>
        <w:t>Reflection:</w:t>
      </w:r>
    </w:p>
    <w:p w14:paraId="4280D464"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Where is conflict draining you right now?</w:t>
      </w:r>
    </w:p>
    <w:p w14:paraId="6360CD94" w14:textId="77777777" w:rsidR="00464A77" w:rsidRPr="00464A77" w:rsidRDefault="00464A77" w:rsidP="00464A77">
      <w:pPr>
        <w:spacing w:before="100" w:beforeAutospacing="1" w:after="100" w:afterAutospacing="1" w:line="240" w:lineRule="auto"/>
        <w:outlineLvl w:val="2"/>
        <w:rPr>
          <w:rFonts w:ascii="Times New Roman" w:eastAsia="Times New Roman" w:hAnsi="Times New Roman" w:cs="Times New Roman"/>
          <w:b/>
          <w:bCs/>
          <w:sz w:val="27"/>
          <w:szCs w:val="27"/>
        </w:rPr>
      </w:pPr>
      <w:r w:rsidRPr="00464A77">
        <w:rPr>
          <w:rFonts w:ascii="Times New Roman" w:eastAsia="Times New Roman" w:hAnsi="Times New Roman" w:cs="Times New Roman"/>
          <w:b/>
          <w:bCs/>
          <w:sz w:val="27"/>
          <w:szCs w:val="27"/>
        </w:rPr>
        <w:t>Leadership Challenge:</w:t>
      </w:r>
    </w:p>
    <w:p w14:paraId="13BB8B06" w14:textId="77777777" w:rsidR="00464A77" w:rsidRPr="00464A77" w:rsidRDefault="00464A77" w:rsidP="00464A77">
      <w:pPr>
        <w:spacing w:before="100" w:beforeAutospacing="1" w:after="100" w:afterAutospacing="1" w:line="240" w:lineRule="auto"/>
        <w:rPr>
          <w:rFonts w:ascii="Times New Roman" w:eastAsia="Times New Roman" w:hAnsi="Times New Roman" w:cs="Times New Roman"/>
          <w:sz w:val="24"/>
          <w:szCs w:val="24"/>
        </w:rPr>
      </w:pPr>
      <w:r w:rsidRPr="00464A77">
        <w:rPr>
          <w:rFonts w:ascii="Times New Roman" w:eastAsia="Times New Roman" w:hAnsi="Times New Roman" w:cs="Times New Roman"/>
          <w:sz w:val="24"/>
          <w:szCs w:val="24"/>
        </w:rPr>
        <w:t>Use the Clean Conflict Method in one conversation this week.</w:t>
      </w:r>
    </w:p>
    <w:p w14:paraId="3D06F351" w14:textId="50C9E269" w:rsidR="00A35E61" w:rsidRDefault="00A35E61" w:rsidP="00A35E61">
      <w:pPr>
        <w:pStyle w:val="Heading2"/>
      </w:pPr>
      <w:bookmarkStart w:id="14" w:name="_Toc214330671"/>
      <w:r>
        <w:t xml:space="preserve">Day 11 — </w:t>
      </w:r>
      <w:r w:rsidR="00F01E1D">
        <w:t>Decision-Making</w:t>
      </w:r>
      <w:bookmarkEnd w:id="14"/>
    </w:p>
    <w:p w14:paraId="21B541E2" w14:textId="77777777" w:rsidR="009716BE" w:rsidRPr="009716BE" w:rsidRDefault="009716BE" w:rsidP="009716BE">
      <w:pPr>
        <w:spacing w:before="100" w:beforeAutospacing="1" w:after="100" w:afterAutospacing="1" w:line="240" w:lineRule="auto"/>
        <w:outlineLvl w:val="2"/>
        <w:rPr>
          <w:rFonts w:ascii="Times New Roman" w:eastAsia="Times New Roman" w:hAnsi="Times New Roman" w:cs="Times New Roman"/>
          <w:b/>
          <w:bCs/>
          <w:sz w:val="27"/>
          <w:szCs w:val="27"/>
        </w:rPr>
      </w:pPr>
      <w:r w:rsidRPr="009716BE">
        <w:rPr>
          <w:rFonts w:ascii="Times New Roman" w:eastAsia="Times New Roman" w:hAnsi="Times New Roman" w:cs="Times New Roman"/>
          <w:b/>
          <w:bCs/>
          <w:i/>
          <w:iCs/>
          <w:sz w:val="27"/>
          <w:szCs w:val="27"/>
        </w:rPr>
        <w:t>Strong Decisions Make Life Easier. Weak Decisions Make Life Harder.</w:t>
      </w:r>
    </w:p>
    <w:p w14:paraId="41AD492D" w14:textId="77777777" w:rsidR="009716BE" w:rsidRPr="009716BE" w:rsidRDefault="009716BE" w:rsidP="009716BE">
      <w:p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If I look back at the hard moments in my life, many of them lead back to poor decisions — not because I was reckless, but because I wasn’t thinking far enough ahead.</w:t>
      </w:r>
    </w:p>
    <w:p w14:paraId="2FDD2787" w14:textId="77777777" w:rsidR="009716BE" w:rsidRPr="009716BE" w:rsidRDefault="009716BE" w:rsidP="009716BE">
      <w:p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I didn’t understand that decisions don’t just affect the moment…</w:t>
      </w:r>
      <w:r w:rsidRPr="009716BE">
        <w:rPr>
          <w:rFonts w:ascii="Times New Roman" w:eastAsia="Times New Roman" w:hAnsi="Times New Roman" w:cs="Times New Roman"/>
          <w:sz w:val="24"/>
          <w:szCs w:val="24"/>
        </w:rPr>
        <w:br/>
        <w:t>they affect your future.</w:t>
      </w:r>
    </w:p>
    <w:p w14:paraId="52423A43" w14:textId="77777777" w:rsidR="009716BE" w:rsidRPr="009716BE" w:rsidRDefault="009716BE" w:rsidP="009716BE">
      <w:p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Leadership requires decisions rooted in clarity, not emotion.</w:t>
      </w:r>
    </w:p>
    <w:p w14:paraId="51C1FC79" w14:textId="77777777" w:rsidR="009716BE" w:rsidRPr="009716BE" w:rsidRDefault="009716BE" w:rsidP="009716BE">
      <w:p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 xml:space="preserve">The </w:t>
      </w:r>
      <w:r w:rsidRPr="009716BE">
        <w:rPr>
          <w:rFonts w:ascii="Times New Roman" w:eastAsia="Times New Roman" w:hAnsi="Times New Roman" w:cs="Times New Roman"/>
          <w:b/>
          <w:bCs/>
          <w:sz w:val="24"/>
          <w:szCs w:val="24"/>
        </w:rPr>
        <w:t>Three-Filter Decision System</w:t>
      </w:r>
      <w:r w:rsidRPr="009716BE">
        <w:rPr>
          <w:rFonts w:ascii="Times New Roman" w:eastAsia="Times New Roman" w:hAnsi="Times New Roman" w:cs="Times New Roman"/>
          <w:sz w:val="24"/>
          <w:szCs w:val="24"/>
        </w:rPr>
        <w:t xml:space="preserve"> will change your life.</w:t>
      </w:r>
    </w:p>
    <w:p w14:paraId="19FF8986" w14:textId="77777777" w:rsidR="009716BE" w:rsidRPr="009716BE" w:rsidRDefault="00000000" w:rsidP="009716B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71B996F">
          <v:rect id="_x0000_i1046" style="width:0;height:1.5pt" o:hralign="center" o:hrstd="t" o:hr="t" fillcolor="#a0a0a0" stroked="f"/>
        </w:pict>
      </w:r>
    </w:p>
    <w:p w14:paraId="7B4B8BCE" w14:textId="77777777" w:rsidR="009716BE" w:rsidRPr="009716BE" w:rsidRDefault="009716BE" w:rsidP="00097EBE">
      <w:r w:rsidRPr="009716BE">
        <w:rPr>
          <w:rFonts w:ascii="Segoe UI Emoji" w:hAnsi="Segoe UI Emoji" w:cs="Segoe UI Emoji"/>
        </w:rPr>
        <w:t>⭐</w:t>
      </w:r>
      <w:r w:rsidRPr="009716BE">
        <w:t xml:space="preserve"> The Three Filters of Leadership Decisions</w:t>
      </w:r>
    </w:p>
    <w:p w14:paraId="1C3F4B89" w14:textId="77777777" w:rsidR="009716BE" w:rsidRPr="009716BE" w:rsidRDefault="009716BE" w:rsidP="009716BE">
      <w:pPr>
        <w:spacing w:before="100" w:beforeAutospacing="1" w:after="100" w:afterAutospacing="1" w:line="240" w:lineRule="auto"/>
        <w:outlineLvl w:val="2"/>
        <w:rPr>
          <w:rFonts w:ascii="Times New Roman" w:eastAsia="Times New Roman" w:hAnsi="Times New Roman" w:cs="Times New Roman"/>
          <w:b/>
          <w:bCs/>
          <w:sz w:val="27"/>
          <w:szCs w:val="27"/>
        </w:rPr>
      </w:pPr>
      <w:r w:rsidRPr="009716BE">
        <w:rPr>
          <w:rFonts w:ascii="Times New Roman" w:eastAsia="Times New Roman" w:hAnsi="Times New Roman" w:cs="Times New Roman"/>
          <w:b/>
          <w:bCs/>
          <w:sz w:val="27"/>
          <w:szCs w:val="27"/>
        </w:rPr>
        <w:lastRenderedPageBreak/>
        <w:t>1. VALUES — “Does this match the leader I am becoming?”</w:t>
      </w:r>
    </w:p>
    <w:p w14:paraId="43417740" w14:textId="77777777" w:rsidR="009716BE" w:rsidRPr="009716BE" w:rsidRDefault="009716BE" w:rsidP="009716BE">
      <w:p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If the answer is no — stop immediately.</w:t>
      </w:r>
    </w:p>
    <w:p w14:paraId="418899BB" w14:textId="77777777" w:rsidR="009716BE" w:rsidRPr="009716BE" w:rsidRDefault="009716BE" w:rsidP="009716BE">
      <w:p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This one question alone will save you years of unnecessary problems.</w:t>
      </w:r>
    </w:p>
    <w:p w14:paraId="307E7FB7" w14:textId="77777777" w:rsidR="009716BE" w:rsidRPr="009716BE" w:rsidRDefault="00000000" w:rsidP="009716B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8DA2312">
          <v:rect id="_x0000_i1047" style="width:0;height:1.5pt" o:hralign="center" o:hrstd="t" o:hr="t" fillcolor="#a0a0a0" stroked="f"/>
        </w:pict>
      </w:r>
    </w:p>
    <w:p w14:paraId="7FF64EB7" w14:textId="77777777" w:rsidR="009716BE" w:rsidRPr="009716BE" w:rsidRDefault="009716BE" w:rsidP="009716BE">
      <w:pPr>
        <w:spacing w:before="100" w:beforeAutospacing="1" w:after="100" w:afterAutospacing="1" w:line="240" w:lineRule="auto"/>
        <w:outlineLvl w:val="2"/>
        <w:rPr>
          <w:rFonts w:ascii="Times New Roman" w:eastAsia="Times New Roman" w:hAnsi="Times New Roman" w:cs="Times New Roman"/>
          <w:b/>
          <w:bCs/>
          <w:sz w:val="27"/>
          <w:szCs w:val="27"/>
        </w:rPr>
      </w:pPr>
      <w:r w:rsidRPr="009716BE">
        <w:rPr>
          <w:rFonts w:ascii="Times New Roman" w:eastAsia="Times New Roman" w:hAnsi="Times New Roman" w:cs="Times New Roman"/>
          <w:b/>
          <w:bCs/>
          <w:sz w:val="27"/>
          <w:szCs w:val="27"/>
        </w:rPr>
        <w:t>2. VISION — “Will this move my life forward?”</w:t>
      </w:r>
    </w:p>
    <w:p w14:paraId="2736CE60" w14:textId="77777777" w:rsidR="009716BE" w:rsidRPr="009716BE" w:rsidRDefault="009716BE" w:rsidP="009716BE">
      <w:p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Think about:</w:t>
      </w:r>
    </w:p>
    <w:p w14:paraId="7C97F125" w14:textId="77777777" w:rsidR="009716BE" w:rsidRPr="009716BE" w:rsidRDefault="009716BE" w:rsidP="009716BE">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one month from now</w:t>
      </w:r>
    </w:p>
    <w:p w14:paraId="6C0B0217" w14:textId="77777777" w:rsidR="009716BE" w:rsidRPr="009716BE" w:rsidRDefault="009716BE" w:rsidP="009716BE">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one year from now</w:t>
      </w:r>
    </w:p>
    <w:p w14:paraId="7D5C0AB0" w14:textId="77777777" w:rsidR="009716BE" w:rsidRPr="009716BE" w:rsidRDefault="009716BE" w:rsidP="009716BE">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the future you want</w:t>
      </w:r>
    </w:p>
    <w:p w14:paraId="4F12F627" w14:textId="77777777" w:rsidR="009716BE" w:rsidRPr="009716BE" w:rsidRDefault="009716BE" w:rsidP="009716BE">
      <w:p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If a choice pulls you away from your future, it’s not a real option.</w:t>
      </w:r>
    </w:p>
    <w:p w14:paraId="257A0585" w14:textId="77777777" w:rsidR="009716BE" w:rsidRPr="009716BE" w:rsidRDefault="00000000" w:rsidP="009716B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3804B05">
          <v:rect id="_x0000_i1048" style="width:0;height:1.5pt" o:hralign="center" o:hrstd="t" o:hr="t" fillcolor="#a0a0a0" stroked="f"/>
        </w:pict>
      </w:r>
    </w:p>
    <w:p w14:paraId="55328081" w14:textId="77777777" w:rsidR="009716BE" w:rsidRPr="009716BE" w:rsidRDefault="009716BE" w:rsidP="009716BE">
      <w:pPr>
        <w:spacing w:before="100" w:beforeAutospacing="1" w:after="100" w:afterAutospacing="1" w:line="240" w:lineRule="auto"/>
        <w:outlineLvl w:val="2"/>
        <w:rPr>
          <w:rFonts w:ascii="Times New Roman" w:eastAsia="Times New Roman" w:hAnsi="Times New Roman" w:cs="Times New Roman"/>
          <w:b/>
          <w:bCs/>
          <w:sz w:val="27"/>
          <w:szCs w:val="27"/>
        </w:rPr>
      </w:pPr>
      <w:r w:rsidRPr="009716BE">
        <w:rPr>
          <w:rFonts w:ascii="Times New Roman" w:eastAsia="Times New Roman" w:hAnsi="Times New Roman" w:cs="Times New Roman"/>
          <w:b/>
          <w:bCs/>
          <w:sz w:val="27"/>
          <w:szCs w:val="27"/>
        </w:rPr>
        <w:t>3. CONSEQUENCES — “What is the likely outcome of this choice?”</w:t>
      </w:r>
    </w:p>
    <w:p w14:paraId="0D78AFC1" w14:textId="77777777" w:rsidR="009716BE" w:rsidRPr="009716BE" w:rsidRDefault="009716BE" w:rsidP="009716BE">
      <w:p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Leaders think beyond the moment.</w:t>
      </w:r>
    </w:p>
    <w:p w14:paraId="69FB3F40" w14:textId="77777777" w:rsidR="009716BE" w:rsidRPr="009716BE" w:rsidRDefault="009716BE" w:rsidP="009716BE">
      <w:p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One emotional decision can cost:</w:t>
      </w:r>
    </w:p>
    <w:p w14:paraId="66B666AB" w14:textId="77777777" w:rsidR="009716BE" w:rsidRPr="009716BE" w:rsidRDefault="009716BE" w:rsidP="009716BE">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trust</w:t>
      </w:r>
    </w:p>
    <w:p w14:paraId="7E8DA7F3" w14:textId="77777777" w:rsidR="009716BE" w:rsidRPr="009716BE" w:rsidRDefault="009716BE" w:rsidP="009716BE">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relationships</w:t>
      </w:r>
    </w:p>
    <w:p w14:paraId="1B7122D2" w14:textId="77777777" w:rsidR="009716BE" w:rsidRPr="009716BE" w:rsidRDefault="009716BE" w:rsidP="009716BE">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opportunities</w:t>
      </w:r>
    </w:p>
    <w:p w14:paraId="5E518A69" w14:textId="77777777" w:rsidR="009716BE" w:rsidRPr="009716BE" w:rsidRDefault="009716BE" w:rsidP="009716BE">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reputation</w:t>
      </w:r>
    </w:p>
    <w:p w14:paraId="7937B9DB" w14:textId="77777777" w:rsidR="009716BE" w:rsidRPr="009716BE" w:rsidRDefault="009716BE" w:rsidP="009716BE">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peace</w:t>
      </w:r>
    </w:p>
    <w:p w14:paraId="69E1ECFC" w14:textId="77777777" w:rsidR="009716BE" w:rsidRPr="009716BE" w:rsidRDefault="009716BE" w:rsidP="009716BE">
      <w:p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 xml:space="preserve">Strong leaders consider consequences </w:t>
      </w:r>
      <w:r w:rsidRPr="009716BE">
        <w:rPr>
          <w:rFonts w:ascii="Times New Roman" w:eastAsia="Times New Roman" w:hAnsi="Times New Roman" w:cs="Times New Roman"/>
          <w:b/>
          <w:bCs/>
          <w:sz w:val="24"/>
          <w:szCs w:val="24"/>
        </w:rPr>
        <w:t>before</w:t>
      </w:r>
      <w:r w:rsidRPr="009716BE">
        <w:rPr>
          <w:rFonts w:ascii="Times New Roman" w:eastAsia="Times New Roman" w:hAnsi="Times New Roman" w:cs="Times New Roman"/>
          <w:sz w:val="24"/>
          <w:szCs w:val="24"/>
        </w:rPr>
        <w:t xml:space="preserve"> acting.</w:t>
      </w:r>
    </w:p>
    <w:p w14:paraId="1B4D6514" w14:textId="77777777" w:rsidR="009716BE" w:rsidRPr="009716BE" w:rsidRDefault="00000000" w:rsidP="009716B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pict w14:anchorId="2BCAE4B8">
          <v:rect id="_x0000_i1049" style="width:0;height:1.5pt" o:hralign="center" o:hrstd="t" o:hr="t" fillcolor="#a0a0a0" stroked="f"/>
        </w:pict>
      </w:r>
    </w:p>
    <w:p w14:paraId="032B6877" w14:textId="77777777" w:rsidR="009716BE" w:rsidRPr="009716BE" w:rsidRDefault="009716BE" w:rsidP="009716BE">
      <w:pPr>
        <w:spacing w:before="100" w:beforeAutospacing="1" w:after="100" w:afterAutospacing="1" w:line="240" w:lineRule="auto"/>
        <w:outlineLvl w:val="2"/>
        <w:rPr>
          <w:rFonts w:ascii="Times New Roman" w:eastAsia="Times New Roman" w:hAnsi="Times New Roman" w:cs="Times New Roman"/>
          <w:b/>
          <w:bCs/>
          <w:sz w:val="27"/>
          <w:szCs w:val="27"/>
        </w:rPr>
      </w:pPr>
      <w:r w:rsidRPr="009716BE">
        <w:rPr>
          <w:rFonts w:ascii="Times New Roman" w:eastAsia="Times New Roman" w:hAnsi="Times New Roman" w:cs="Times New Roman"/>
          <w:b/>
          <w:bCs/>
          <w:sz w:val="27"/>
          <w:szCs w:val="27"/>
        </w:rPr>
        <w:t>Reflection:</w:t>
      </w:r>
    </w:p>
    <w:p w14:paraId="3353598D" w14:textId="77777777" w:rsidR="009716BE" w:rsidRPr="009716BE" w:rsidRDefault="009716BE" w:rsidP="009716BE">
      <w:pPr>
        <w:spacing w:before="100" w:beforeAutospacing="1" w:after="100" w:afterAutospacing="1" w:line="240" w:lineRule="auto"/>
        <w:rPr>
          <w:rFonts w:ascii="Times New Roman" w:eastAsia="Times New Roman" w:hAnsi="Times New Roman" w:cs="Times New Roman"/>
          <w:sz w:val="24"/>
          <w:szCs w:val="24"/>
        </w:rPr>
      </w:pPr>
      <w:r w:rsidRPr="009716BE">
        <w:rPr>
          <w:rFonts w:ascii="Times New Roman" w:eastAsia="Times New Roman" w:hAnsi="Times New Roman" w:cs="Times New Roman"/>
          <w:sz w:val="24"/>
          <w:szCs w:val="24"/>
        </w:rPr>
        <w:t>What big decision have you been avoiding?</w:t>
      </w:r>
    </w:p>
    <w:p w14:paraId="1F9F322C" w14:textId="77777777" w:rsidR="009716BE" w:rsidRPr="009716BE" w:rsidRDefault="009716BE" w:rsidP="009716BE">
      <w:pPr>
        <w:spacing w:before="100" w:beforeAutospacing="1" w:after="100" w:afterAutospacing="1" w:line="240" w:lineRule="auto"/>
        <w:outlineLvl w:val="2"/>
        <w:rPr>
          <w:rFonts w:ascii="Times New Roman" w:eastAsia="Times New Roman" w:hAnsi="Times New Roman" w:cs="Times New Roman"/>
          <w:b/>
          <w:bCs/>
          <w:sz w:val="27"/>
          <w:szCs w:val="27"/>
        </w:rPr>
      </w:pPr>
      <w:r w:rsidRPr="009716BE">
        <w:rPr>
          <w:rFonts w:ascii="Times New Roman" w:eastAsia="Times New Roman" w:hAnsi="Times New Roman" w:cs="Times New Roman"/>
          <w:b/>
          <w:bCs/>
          <w:sz w:val="27"/>
          <w:szCs w:val="27"/>
        </w:rPr>
        <w:t>Leadership Challenge:</w:t>
      </w:r>
    </w:p>
    <w:p w14:paraId="39547217" w14:textId="77777777" w:rsidR="009716BE" w:rsidRPr="009716BE" w:rsidRDefault="009716BE" w:rsidP="009716BE">
      <w:pPr>
        <w:spacing w:before="100" w:beforeAutospacing="1" w:after="100" w:afterAutospacing="1" w:line="240" w:lineRule="auto"/>
        <w:rPr>
          <w:rFonts w:ascii="Times New Roman" w:eastAsia="Times New Roman" w:hAnsi="Times New Roman" w:cs="Times New Roman"/>
          <w:sz w:val="24"/>
          <w:szCs w:val="24"/>
        </w:rPr>
      </w:pPr>
      <w:proofErr w:type="gramStart"/>
      <w:r w:rsidRPr="009716BE">
        <w:rPr>
          <w:rFonts w:ascii="Times New Roman" w:eastAsia="Times New Roman" w:hAnsi="Times New Roman" w:cs="Times New Roman"/>
          <w:sz w:val="24"/>
          <w:szCs w:val="24"/>
        </w:rPr>
        <w:t>Make a decision</w:t>
      </w:r>
      <w:proofErr w:type="gramEnd"/>
      <w:r w:rsidRPr="009716BE">
        <w:rPr>
          <w:rFonts w:ascii="Times New Roman" w:eastAsia="Times New Roman" w:hAnsi="Times New Roman" w:cs="Times New Roman"/>
          <w:sz w:val="24"/>
          <w:szCs w:val="24"/>
        </w:rPr>
        <w:t xml:space="preserve"> today using the Three Filters.</w:t>
      </w:r>
    </w:p>
    <w:p w14:paraId="44430533" w14:textId="11BD0394" w:rsidR="00A35E61" w:rsidRDefault="00A35E61" w:rsidP="00A35E61">
      <w:pPr>
        <w:pStyle w:val="Heading2"/>
      </w:pPr>
      <w:bookmarkStart w:id="15" w:name="_Toc214330672"/>
      <w:r>
        <w:t xml:space="preserve">Day 12 — </w:t>
      </w:r>
      <w:r w:rsidR="009716BE">
        <w:t>Standards &amp; Accountability</w:t>
      </w:r>
      <w:bookmarkEnd w:id="15"/>
    </w:p>
    <w:p w14:paraId="4CC1DA3A" w14:textId="77777777" w:rsidR="00582C13" w:rsidRPr="00582C13" w:rsidRDefault="00582C13" w:rsidP="00582C13">
      <w:pPr>
        <w:spacing w:before="100" w:beforeAutospacing="1" w:after="100" w:afterAutospacing="1" w:line="240" w:lineRule="auto"/>
        <w:outlineLvl w:val="2"/>
        <w:rPr>
          <w:rFonts w:ascii="Times New Roman" w:eastAsia="Times New Roman" w:hAnsi="Times New Roman" w:cs="Times New Roman"/>
          <w:b/>
          <w:bCs/>
          <w:sz w:val="27"/>
          <w:szCs w:val="27"/>
        </w:rPr>
      </w:pPr>
      <w:r w:rsidRPr="00582C13">
        <w:rPr>
          <w:rFonts w:ascii="Times New Roman" w:eastAsia="Times New Roman" w:hAnsi="Times New Roman" w:cs="Times New Roman"/>
          <w:b/>
          <w:bCs/>
          <w:i/>
          <w:iCs/>
          <w:sz w:val="27"/>
          <w:szCs w:val="27"/>
        </w:rPr>
        <w:t>Your Standards Decide Your Leadership. Your Excuses Destroy It.</w:t>
      </w:r>
    </w:p>
    <w:p w14:paraId="43DDD317" w14:textId="77777777" w:rsidR="00582C13" w:rsidRPr="00582C13" w:rsidRDefault="00582C13" w:rsidP="00582C13">
      <w:pPr>
        <w:spacing w:before="100" w:beforeAutospacing="1" w:after="100" w:afterAutospacing="1" w:line="240" w:lineRule="auto"/>
        <w:rPr>
          <w:rFonts w:ascii="Times New Roman" w:eastAsia="Times New Roman" w:hAnsi="Times New Roman" w:cs="Times New Roman"/>
          <w:sz w:val="24"/>
          <w:szCs w:val="24"/>
        </w:rPr>
      </w:pPr>
      <w:r w:rsidRPr="00582C13">
        <w:rPr>
          <w:rFonts w:ascii="Times New Roman" w:eastAsia="Times New Roman" w:hAnsi="Times New Roman" w:cs="Times New Roman"/>
          <w:sz w:val="24"/>
          <w:szCs w:val="24"/>
        </w:rPr>
        <w:t>There were years of my life where my life was harder than it needed to be — not because of my environment, not because of other people, but because my standards weren’t aligned with the person I wanted to become.</w:t>
      </w:r>
    </w:p>
    <w:p w14:paraId="2FF7E20A" w14:textId="77777777" w:rsidR="00582C13" w:rsidRPr="00582C13" w:rsidRDefault="00582C13" w:rsidP="00582C13">
      <w:pPr>
        <w:spacing w:before="100" w:beforeAutospacing="1" w:after="100" w:afterAutospacing="1" w:line="240" w:lineRule="auto"/>
        <w:rPr>
          <w:rFonts w:ascii="Times New Roman" w:eastAsia="Times New Roman" w:hAnsi="Times New Roman" w:cs="Times New Roman"/>
          <w:sz w:val="24"/>
          <w:szCs w:val="24"/>
        </w:rPr>
      </w:pPr>
      <w:r w:rsidRPr="00582C13">
        <w:rPr>
          <w:rFonts w:ascii="Times New Roman" w:eastAsia="Times New Roman" w:hAnsi="Times New Roman" w:cs="Times New Roman"/>
          <w:sz w:val="24"/>
          <w:szCs w:val="24"/>
        </w:rPr>
        <w:t>I tolerated things I shouldn’t have.</w:t>
      </w:r>
      <w:r w:rsidRPr="00582C13">
        <w:rPr>
          <w:rFonts w:ascii="Times New Roman" w:eastAsia="Times New Roman" w:hAnsi="Times New Roman" w:cs="Times New Roman"/>
          <w:sz w:val="24"/>
          <w:szCs w:val="24"/>
        </w:rPr>
        <w:br/>
        <w:t>I made excuses I didn’t need to.</w:t>
      </w:r>
      <w:r w:rsidRPr="00582C13">
        <w:rPr>
          <w:rFonts w:ascii="Times New Roman" w:eastAsia="Times New Roman" w:hAnsi="Times New Roman" w:cs="Times New Roman"/>
          <w:sz w:val="24"/>
          <w:szCs w:val="24"/>
        </w:rPr>
        <w:br/>
        <w:t>I lowered my standards to match my mood instead of my mission.</w:t>
      </w:r>
    </w:p>
    <w:p w14:paraId="53A75473" w14:textId="77777777" w:rsidR="00582C13" w:rsidRPr="00582C13" w:rsidRDefault="00582C13" w:rsidP="00582C13">
      <w:pPr>
        <w:spacing w:before="100" w:beforeAutospacing="1" w:after="100" w:afterAutospacing="1" w:line="240" w:lineRule="auto"/>
        <w:rPr>
          <w:rFonts w:ascii="Times New Roman" w:eastAsia="Times New Roman" w:hAnsi="Times New Roman" w:cs="Times New Roman"/>
          <w:sz w:val="24"/>
          <w:szCs w:val="24"/>
        </w:rPr>
      </w:pPr>
      <w:r w:rsidRPr="00582C13">
        <w:rPr>
          <w:rFonts w:ascii="Times New Roman" w:eastAsia="Times New Roman" w:hAnsi="Times New Roman" w:cs="Times New Roman"/>
          <w:sz w:val="24"/>
          <w:szCs w:val="24"/>
        </w:rPr>
        <w:t>Leadership changed when I changed my standards.</w:t>
      </w:r>
    </w:p>
    <w:p w14:paraId="555FB02B" w14:textId="77777777" w:rsidR="00582C13" w:rsidRPr="00582C13" w:rsidRDefault="00582C13" w:rsidP="00582C13">
      <w:pPr>
        <w:spacing w:before="100" w:beforeAutospacing="1" w:after="100" w:afterAutospacing="1" w:line="240" w:lineRule="auto"/>
        <w:rPr>
          <w:rFonts w:ascii="Times New Roman" w:eastAsia="Times New Roman" w:hAnsi="Times New Roman" w:cs="Times New Roman"/>
          <w:sz w:val="24"/>
          <w:szCs w:val="24"/>
        </w:rPr>
      </w:pPr>
      <w:r w:rsidRPr="00582C13">
        <w:rPr>
          <w:rFonts w:ascii="Times New Roman" w:eastAsia="Times New Roman" w:hAnsi="Times New Roman" w:cs="Times New Roman"/>
          <w:sz w:val="24"/>
          <w:szCs w:val="24"/>
        </w:rPr>
        <w:t>You do not rise to your goals — you rise to your standards.</w:t>
      </w:r>
    </w:p>
    <w:p w14:paraId="52F64D24" w14:textId="77777777" w:rsidR="00582C13" w:rsidRPr="00582C13" w:rsidRDefault="00000000" w:rsidP="00582C1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4EBFFD1">
          <v:rect id="_x0000_i1050" style="width:0;height:1.5pt" o:hralign="center" o:hrstd="t" o:hr="t" fillcolor="#a0a0a0" stroked="f"/>
        </w:pict>
      </w:r>
    </w:p>
    <w:p w14:paraId="4DFA5105" w14:textId="77777777" w:rsidR="00582C13" w:rsidRPr="00582C13" w:rsidRDefault="00582C13" w:rsidP="00097EBE">
      <w:r w:rsidRPr="00582C13">
        <w:rPr>
          <w:rFonts w:ascii="Segoe UI Emoji" w:hAnsi="Segoe UI Emoji" w:cs="Segoe UI Emoji"/>
        </w:rPr>
        <w:t>⭐</w:t>
      </w:r>
      <w:r w:rsidRPr="00582C13">
        <w:t xml:space="preserve"> Three Unbreakable Standards of a Resilient Leader</w:t>
      </w:r>
    </w:p>
    <w:p w14:paraId="1702F8B9" w14:textId="77777777" w:rsidR="00582C13" w:rsidRPr="00582C13" w:rsidRDefault="00582C13" w:rsidP="00582C13">
      <w:pPr>
        <w:spacing w:before="100" w:beforeAutospacing="1" w:after="100" w:afterAutospacing="1" w:line="240" w:lineRule="auto"/>
        <w:outlineLvl w:val="2"/>
        <w:rPr>
          <w:rFonts w:ascii="Times New Roman" w:eastAsia="Times New Roman" w:hAnsi="Times New Roman" w:cs="Times New Roman"/>
          <w:b/>
          <w:bCs/>
          <w:sz w:val="27"/>
          <w:szCs w:val="27"/>
        </w:rPr>
      </w:pPr>
      <w:r w:rsidRPr="00582C13">
        <w:rPr>
          <w:rFonts w:ascii="Times New Roman" w:eastAsia="Times New Roman" w:hAnsi="Times New Roman" w:cs="Times New Roman"/>
          <w:b/>
          <w:bCs/>
          <w:sz w:val="27"/>
          <w:szCs w:val="27"/>
        </w:rPr>
        <w:t>1. Do what you said you would do.</w:t>
      </w:r>
    </w:p>
    <w:p w14:paraId="680C84C1" w14:textId="77777777" w:rsidR="00582C13" w:rsidRPr="00582C13" w:rsidRDefault="00582C13" w:rsidP="00582C13">
      <w:pPr>
        <w:spacing w:before="100" w:beforeAutospacing="1" w:after="100" w:afterAutospacing="1" w:line="240" w:lineRule="auto"/>
        <w:rPr>
          <w:rFonts w:ascii="Times New Roman" w:eastAsia="Times New Roman" w:hAnsi="Times New Roman" w:cs="Times New Roman"/>
          <w:sz w:val="24"/>
          <w:szCs w:val="24"/>
        </w:rPr>
      </w:pPr>
      <w:proofErr w:type="gramStart"/>
      <w:r w:rsidRPr="00582C13">
        <w:rPr>
          <w:rFonts w:ascii="Times New Roman" w:eastAsia="Times New Roman" w:hAnsi="Times New Roman" w:cs="Times New Roman"/>
          <w:sz w:val="24"/>
          <w:szCs w:val="24"/>
        </w:rPr>
        <w:t>This builds</w:t>
      </w:r>
      <w:proofErr w:type="gramEnd"/>
      <w:r w:rsidRPr="00582C13">
        <w:rPr>
          <w:rFonts w:ascii="Times New Roman" w:eastAsia="Times New Roman" w:hAnsi="Times New Roman" w:cs="Times New Roman"/>
          <w:sz w:val="24"/>
          <w:szCs w:val="24"/>
        </w:rPr>
        <w:t xml:space="preserve"> trust with yourself and others.</w:t>
      </w:r>
    </w:p>
    <w:p w14:paraId="434DDF1E" w14:textId="77777777" w:rsidR="00582C13" w:rsidRPr="00582C13" w:rsidRDefault="00582C13" w:rsidP="00582C13">
      <w:pPr>
        <w:spacing w:before="100" w:beforeAutospacing="1" w:after="100" w:afterAutospacing="1" w:line="240" w:lineRule="auto"/>
        <w:outlineLvl w:val="2"/>
        <w:rPr>
          <w:rFonts w:ascii="Times New Roman" w:eastAsia="Times New Roman" w:hAnsi="Times New Roman" w:cs="Times New Roman"/>
          <w:b/>
          <w:bCs/>
          <w:sz w:val="27"/>
          <w:szCs w:val="27"/>
        </w:rPr>
      </w:pPr>
      <w:r w:rsidRPr="00582C13">
        <w:rPr>
          <w:rFonts w:ascii="Times New Roman" w:eastAsia="Times New Roman" w:hAnsi="Times New Roman" w:cs="Times New Roman"/>
          <w:b/>
          <w:bCs/>
          <w:sz w:val="27"/>
          <w:szCs w:val="27"/>
        </w:rPr>
        <w:t>2. Communicate clearly.</w:t>
      </w:r>
    </w:p>
    <w:p w14:paraId="1D75572B" w14:textId="77777777" w:rsidR="00582C13" w:rsidRPr="00582C13" w:rsidRDefault="00582C13" w:rsidP="00582C13">
      <w:pPr>
        <w:spacing w:before="100" w:beforeAutospacing="1" w:after="100" w:afterAutospacing="1" w:line="240" w:lineRule="auto"/>
        <w:rPr>
          <w:rFonts w:ascii="Times New Roman" w:eastAsia="Times New Roman" w:hAnsi="Times New Roman" w:cs="Times New Roman"/>
          <w:sz w:val="24"/>
          <w:szCs w:val="24"/>
        </w:rPr>
      </w:pPr>
      <w:r w:rsidRPr="00582C13">
        <w:rPr>
          <w:rFonts w:ascii="Times New Roman" w:eastAsia="Times New Roman" w:hAnsi="Times New Roman" w:cs="Times New Roman"/>
          <w:sz w:val="24"/>
          <w:szCs w:val="24"/>
        </w:rPr>
        <w:lastRenderedPageBreak/>
        <w:t>This prevents drama, confusion, and resentment.</w:t>
      </w:r>
    </w:p>
    <w:p w14:paraId="399DDB39" w14:textId="77777777" w:rsidR="00582C13" w:rsidRPr="00582C13" w:rsidRDefault="00582C13" w:rsidP="00582C13">
      <w:pPr>
        <w:spacing w:before="100" w:beforeAutospacing="1" w:after="100" w:afterAutospacing="1" w:line="240" w:lineRule="auto"/>
        <w:outlineLvl w:val="2"/>
        <w:rPr>
          <w:rFonts w:ascii="Times New Roman" w:eastAsia="Times New Roman" w:hAnsi="Times New Roman" w:cs="Times New Roman"/>
          <w:b/>
          <w:bCs/>
          <w:sz w:val="27"/>
          <w:szCs w:val="27"/>
        </w:rPr>
      </w:pPr>
      <w:r w:rsidRPr="00582C13">
        <w:rPr>
          <w:rFonts w:ascii="Times New Roman" w:eastAsia="Times New Roman" w:hAnsi="Times New Roman" w:cs="Times New Roman"/>
          <w:b/>
          <w:bCs/>
          <w:sz w:val="27"/>
          <w:szCs w:val="27"/>
        </w:rPr>
        <w:t xml:space="preserve">3. Act </w:t>
      </w:r>
      <w:proofErr w:type="gramStart"/>
      <w:r w:rsidRPr="00582C13">
        <w:rPr>
          <w:rFonts w:ascii="Times New Roman" w:eastAsia="Times New Roman" w:hAnsi="Times New Roman" w:cs="Times New Roman"/>
          <w:b/>
          <w:bCs/>
          <w:sz w:val="27"/>
          <w:szCs w:val="27"/>
        </w:rPr>
        <w:t>from</w:t>
      </w:r>
      <w:proofErr w:type="gramEnd"/>
      <w:r w:rsidRPr="00582C13">
        <w:rPr>
          <w:rFonts w:ascii="Times New Roman" w:eastAsia="Times New Roman" w:hAnsi="Times New Roman" w:cs="Times New Roman"/>
          <w:b/>
          <w:bCs/>
          <w:sz w:val="27"/>
          <w:szCs w:val="27"/>
        </w:rPr>
        <w:t xml:space="preserve"> values, not emotions.</w:t>
      </w:r>
    </w:p>
    <w:p w14:paraId="77EFE1EF" w14:textId="77777777" w:rsidR="00582C13" w:rsidRPr="00582C13" w:rsidRDefault="00582C13" w:rsidP="00582C13">
      <w:pPr>
        <w:spacing w:before="100" w:beforeAutospacing="1" w:after="100" w:afterAutospacing="1" w:line="240" w:lineRule="auto"/>
        <w:rPr>
          <w:rFonts w:ascii="Times New Roman" w:eastAsia="Times New Roman" w:hAnsi="Times New Roman" w:cs="Times New Roman"/>
          <w:sz w:val="24"/>
          <w:szCs w:val="24"/>
        </w:rPr>
      </w:pPr>
      <w:r w:rsidRPr="00582C13">
        <w:rPr>
          <w:rFonts w:ascii="Times New Roman" w:eastAsia="Times New Roman" w:hAnsi="Times New Roman" w:cs="Times New Roman"/>
          <w:sz w:val="24"/>
          <w:szCs w:val="24"/>
        </w:rPr>
        <w:t>This creates consistency and stability.</w:t>
      </w:r>
    </w:p>
    <w:p w14:paraId="48BB91EC" w14:textId="77777777" w:rsidR="00582C13" w:rsidRPr="00582C13" w:rsidRDefault="00582C13" w:rsidP="00582C13">
      <w:pPr>
        <w:spacing w:before="100" w:beforeAutospacing="1" w:after="100" w:afterAutospacing="1" w:line="240" w:lineRule="auto"/>
        <w:rPr>
          <w:rFonts w:ascii="Times New Roman" w:eastAsia="Times New Roman" w:hAnsi="Times New Roman" w:cs="Times New Roman"/>
          <w:sz w:val="24"/>
          <w:szCs w:val="24"/>
        </w:rPr>
      </w:pPr>
      <w:r w:rsidRPr="00582C13">
        <w:rPr>
          <w:rFonts w:ascii="Times New Roman" w:eastAsia="Times New Roman" w:hAnsi="Times New Roman" w:cs="Times New Roman"/>
          <w:sz w:val="24"/>
          <w:szCs w:val="24"/>
        </w:rPr>
        <w:t>Weak leaders demand accountability from others but avoid it themselves.</w:t>
      </w:r>
      <w:r w:rsidRPr="00582C13">
        <w:rPr>
          <w:rFonts w:ascii="Times New Roman" w:eastAsia="Times New Roman" w:hAnsi="Times New Roman" w:cs="Times New Roman"/>
          <w:sz w:val="24"/>
          <w:szCs w:val="24"/>
        </w:rPr>
        <w:br/>
        <w:t>Strong leaders hold themselves to a higher standard than anyone else ever will.</w:t>
      </w:r>
    </w:p>
    <w:p w14:paraId="5ED9ED90" w14:textId="77777777" w:rsidR="00582C13" w:rsidRPr="00582C13" w:rsidRDefault="00582C13" w:rsidP="00582C13">
      <w:pPr>
        <w:spacing w:before="100" w:beforeAutospacing="1" w:after="100" w:afterAutospacing="1" w:line="240" w:lineRule="auto"/>
        <w:outlineLvl w:val="2"/>
        <w:rPr>
          <w:rFonts w:ascii="Times New Roman" w:eastAsia="Times New Roman" w:hAnsi="Times New Roman" w:cs="Times New Roman"/>
          <w:b/>
          <w:bCs/>
          <w:sz w:val="27"/>
          <w:szCs w:val="27"/>
        </w:rPr>
      </w:pPr>
      <w:r w:rsidRPr="00582C13">
        <w:rPr>
          <w:rFonts w:ascii="Times New Roman" w:eastAsia="Times New Roman" w:hAnsi="Times New Roman" w:cs="Times New Roman"/>
          <w:b/>
          <w:bCs/>
          <w:sz w:val="27"/>
          <w:szCs w:val="27"/>
        </w:rPr>
        <w:t>Reflection:</w:t>
      </w:r>
    </w:p>
    <w:p w14:paraId="697B9D8E" w14:textId="77777777" w:rsidR="00582C13" w:rsidRPr="00582C13" w:rsidRDefault="00582C13" w:rsidP="00582C13">
      <w:pPr>
        <w:spacing w:before="100" w:beforeAutospacing="1" w:after="100" w:afterAutospacing="1" w:line="240" w:lineRule="auto"/>
        <w:rPr>
          <w:rFonts w:ascii="Times New Roman" w:eastAsia="Times New Roman" w:hAnsi="Times New Roman" w:cs="Times New Roman"/>
          <w:sz w:val="24"/>
          <w:szCs w:val="24"/>
        </w:rPr>
      </w:pPr>
      <w:r w:rsidRPr="00582C13">
        <w:rPr>
          <w:rFonts w:ascii="Times New Roman" w:eastAsia="Times New Roman" w:hAnsi="Times New Roman" w:cs="Times New Roman"/>
          <w:sz w:val="24"/>
          <w:szCs w:val="24"/>
        </w:rPr>
        <w:t>What standard have you let slip lately?</w:t>
      </w:r>
    </w:p>
    <w:p w14:paraId="46582E2C" w14:textId="77777777" w:rsidR="00582C13" w:rsidRPr="00582C13" w:rsidRDefault="00582C13" w:rsidP="00582C13">
      <w:pPr>
        <w:spacing w:before="100" w:beforeAutospacing="1" w:after="100" w:afterAutospacing="1" w:line="240" w:lineRule="auto"/>
        <w:outlineLvl w:val="2"/>
        <w:rPr>
          <w:rFonts w:ascii="Times New Roman" w:eastAsia="Times New Roman" w:hAnsi="Times New Roman" w:cs="Times New Roman"/>
          <w:b/>
          <w:bCs/>
          <w:sz w:val="27"/>
          <w:szCs w:val="27"/>
        </w:rPr>
      </w:pPr>
      <w:r w:rsidRPr="00582C13">
        <w:rPr>
          <w:rFonts w:ascii="Times New Roman" w:eastAsia="Times New Roman" w:hAnsi="Times New Roman" w:cs="Times New Roman"/>
          <w:b/>
          <w:bCs/>
          <w:sz w:val="27"/>
          <w:szCs w:val="27"/>
        </w:rPr>
        <w:t>Leadership Challenge:</w:t>
      </w:r>
    </w:p>
    <w:p w14:paraId="3FF022CE" w14:textId="77777777" w:rsidR="00582C13" w:rsidRPr="00582C13" w:rsidRDefault="00582C13" w:rsidP="00582C13">
      <w:pPr>
        <w:spacing w:before="100" w:beforeAutospacing="1" w:after="100" w:afterAutospacing="1" w:line="240" w:lineRule="auto"/>
        <w:rPr>
          <w:rFonts w:ascii="Times New Roman" w:eastAsia="Times New Roman" w:hAnsi="Times New Roman" w:cs="Times New Roman"/>
          <w:sz w:val="24"/>
          <w:szCs w:val="24"/>
        </w:rPr>
      </w:pPr>
      <w:r w:rsidRPr="00582C13">
        <w:rPr>
          <w:rFonts w:ascii="Times New Roman" w:eastAsia="Times New Roman" w:hAnsi="Times New Roman" w:cs="Times New Roman"/>
          <w:sz w:val="24"/>
          <w:szCs w:val="24"/>
        </w:rPr>
        <w:t>Reinforce ONE standard today — and honor it fully.</w:t>
      </w:r>
    </w:p>
    <w:p w14:paraId="38459487" w14:textId="26724828" w:rsidR="00A35E61" w:rsidRDefault="00A35E61" w:rsidP="00A35E61">
      <w:pPr>
        <w:pStyle w:val="Heading2"/>
      </w:pPr>
      <w:bookmarkStart w:id="16" w:name="_Toc214330673"/>
      <w:r>
        <w:t xml:space="preserve">Day 13 — </w:t>
      </w:r>
      <w:r w:rsidR="00B2498B">
        <w:t>De</w:t>
      </w:r>
      <w:r w:rsidR="00582C13">
        <w:t>legation &amp; Empowerment</w:t>
      </w:r>
      <w:bookmarkEnd w:id="16"/>
    </w:p>
    <w:p w14:paraId="39A7D70C" w14:textId="77777777" w:rsidR="00CC4C41" w:rsidRPr="00CC4C41" w:rsidRDefault="00CC4C41" w:rsidP="00CC4C41">
      <w:pPr>
        <w:spacing w:before="100" w:beforeAutospacing="1" w:after="100" w:afterAutospacing="1" w:line="240" w:lineRule="auto"/>
        <w:outlineLvl w:val="2"/>
        <w:rPr>
          <w:rFonts w:ascii="Times New Roman" w:eastAsia="Times New Roman" w:hAnsi="Times New Roman" w:cs="Times New Roman"/>
          <w:b/>
          <w:bCs/>
          <w:sz w:val="27"/>
          <w:szCs w:val="27"/>
        </w:rPr>
      </w:pPr>
      <w:r w:rsidRPr="00CC4C41">
        <w:rPr>
          <w:rFonts w:ascii="Times New Roman" w:eastAsia="Times New Roman" w:hAnsi="Times New Roman" w:cs="Times New Roman"/>
          <w:b/>
          <w:bCs/>
          <w:i/>
          <w:iCs/>
          <w:sz w:val="27"/>
          <w:szCs w:val="27"/>
        </w:rPr>
        <w:t>You Can't Lead Everything — But You Can Lead Everyone to More.</w:t>
      </w:r>
    </w:p>
    <w:p w14:paraId="76F1B2CF" w14:textId="77777777" w:rsidR="00CC4C41" w:rsidRPr="00CC4C41" w:rsidRDefault="00CC4C41" w:rsidP="00CC4C41">
      <w:pPr>
        <w:spacing w:before="100" w:beforeAutospacing="1" w:after="100" w:afterAutospacing="1" w:line="240" w:lineRule="auto"/>
        <w:rPr>
          <w:rFonts w:ascii="Times New Roman" w:eastAsia="Times New Roman" w:hAnsi="Times New Roman" w:cs="Times New Roman"/>
          <w:sz w:val="24"/>
          <w:szCs w:val="24"/>
        </w:rPr>
      </w:pPr>
      <w:r w:rsidRPr="00CC4C41">
        <w:rPr>
          <w:rFonts w:ascii="Times New Roman" w:eastAsia="Times New Roman" w:hAnsi="Times New Roman" w:cs="Times New Roman"/>
          <w:sz w:val="24"/>
          <w:szCs w:val="24"/>
        </w:rPr>
        <w:t>One of the hardest transitions I made as a leader was understanding that trying to do everything myself wasn’t leadership…</w:t>
      </w:r>
      <w:r w:rsidRPr="00CC4C41">
        <w:rPr>
          <w:rFonts w:ascii="Times New Roman" w:eastAsia="Times New Roman" w:hAnsi="Times New Roman" w:cs="Times New Roman"/>
          <w:sz w:val="24"/>
          <w:szCs w:val="24"/>
        </w:rPr>
        <w:br/>
        <w:t>it was fear disguised as control.</w:t>
      </w:r>
    </w:p>
    <w:p w14:paraId="3165AC08" w14:textId="77777777" w:rsidR="00CC4C41" w:rsidRPr="00CC4C41" w:rsidRDefault="00CC4C41" w:rsidP="00CC4C41">
      <w:pPr>
        <w:spacing w:before="100" w:beforeAutospacing="1" w:after="100" w:afterAutospacing="1" w:line="240" w:lineRule="auto"/>
        <w:rPr>
          <w:rFonts w:ascii="Times New Roman" w:eastAsia="Times New Roman" w:hAnsi="Times New Roman" w:cs="Times New Roman"/>
          <w:sz w:val="24"/>
          <w:szCs w:val="24"/>
        </w:rPr>
      </w:pPr>
      <w:r w:rsidRPr="00CC4C41">
        <w:rPr>
          <w:rFonts w:ascii="Times New Roman" w:eastAsia="Times New Roman" w:hAnsi="Times New Roman" w:cs="Times New Roman"/>
          <w:sz w:val="24"/>
          <w:szCs w:val="24"/>
        </w:rPr>
        <w:t>I feared mistakes.</w:t>
      </w:r>
      <w:r w:rsidRPr="00CC4C41">
        <w:rPr>
          <w:rFonts w:ascii="Times New Roman" w:eastAsia="Times New Roman" w:hAnsi="Times New Roman" w:cs="Times New Roman"/>
          <w:sz w:val="24"/>
          <w:szCs w:val="24"/>
        </w:rPr>
        <w:br/>
        <w:t>I feared things not being done the way I would do them.</w:t>
      </w:r>
      <w:r w:rsidRPr="00CC4C41">
        <w:rPr>
          <w:rFonts w:ascii="Times New Roman" w:eastAsia="Times New Roman" w:hAnsi="Times New Roman" w:cs="Times New Roman"/>
          <w:sz w:val="24"/>
          <w:szCs w:val="24"/>
        </w:rPr>
        <w:br/>
        <w:t>I feared slowing down long enough to teach someone else.</w:t>
      </w:r>
    </w:p>
    <w:p w14:paraId="24857A10" w14:textId="77777777" w:rsidR="00CC4C41" w:rsidRPr="00CC4C41" w:rsidRDefault="00CC4C41" w:rsidP="00CC4C41">
      <w:pPr>
        <w:spacing w:before="100" w:beforeAutospacing="1" w:after="100" w:afterAutospacing="1" w:line="240" w:lineRule="auto"/>
        <w:rPr>
          <w:rFonts w:ascii="Times New Roman" w:eastAsia="Times New Roman" w:hAnsi="Times New Roman" w:cs="Times New Roman"/>
          <w:sz w:val="24"/>
          <w:szCs w:val="24"/>
        </w:rPr>
      </w:pPr>
      <w:r w:rsidRPr="00CC4C41">
        <w:rPr>
          <w:rFonts w:ascii="Times New Roman" w:eastAsia="Times New Roman" w:hAnsi="Times New Roman" w:cs="Times New Roman"/>
          <w:sz w:val="24"/>
          <w:szCs w:val="24"/>
        </w:rPr>
        <w:t>But here’s the truth:</w:t>
      </w:r>
    </w:p>
    <w:p w14:paraId="2FA87268" w14:textId="77777777" w:rsidR="00CC4C41" w:rsidRPr="00CC4C41" w:rsidRDefault="00CC4C41" w:rsidP="00CC4C41">
      <w:pPr>
        <w:spacing w:before="100" w:beforeAutospacing="1" w:after="100" w:afterAutospacing="1" w:line="240" w:lineRule="auto"/>
        <w:rPr>
          <w:rFonts w:ascii="Times New Roman" w:eastAsia="Times New Roman" w:hAnsi="Times New Roman" w:cs="Times New Roman"/>
          <w:sz w:val="24"/>
          <w:szCs w:val="24"/>
        </w:rPr>
      </w:pPr>
      <w:r w:rsidRPr="00CC4C41">
        <w:rPr>
          <w:rFonts w:ascii="Times New Roman" w:eastAsia="Times New Roman" w:hAnsi="Times New Roman" w:cs="Times New Roman"/>
          <w:b/>
          <w:bCs/>
          <w:sz w:val="24"/>
          <w:szCs w:val="24"/>
        </w:rPr>
        <w:t>If you don’t delegate, you don’t lead — you hoard responsibility.</w:t>
      </w:r>
    </w:p>
    <w:p w14:paraId="6C39DB44" w14:textId="77777777" w:rsidR="00CC4C41" w:rsidRPr="00CC4C41" w:rsidRDefault="00CC4C41" w:rsidP="00CC4C41">
      <w:pPr>
        <w:spacing w:before="100" w:beforeAutospacing="1" w:after="100" w:afterAutospacing="1" w:line="240" w:lineRule="auto"/>
        <w:rPr>
          <w:rFonts w:ascii="Times New Roman" w:eastAsia="Times New Roman" w:hAnsi="Times New Roman" w:cs="Times New Roman"/>
          <w:sz w:val="24"/>
          <w:szCs w:val="24"/>
        </w:rPr>
      </w:pPr>
      <w:r w:rsidRPr="00CC4C41">
        <w:rPr>
          <w:rFonts w:ascii="Times New Roman" w:eastAsia="Times New Roman" w:hAnsi="Times New Roman" w:cs="Times New Roman"/>
          <w:sz w:val="24"/>
          <w:szCs w:val="24"/>
        </w:rPr>
        <w:lastRenderedPageBreak/>
        <w:t>Delegation is not dumping tasks.</w:t>
      </w:r>
      <w:r w:rsidRPr="00CC4C41">
        <w:rPr>
          <w:rFonts w:ascii="Times New Roman" w:eastAsia="Times New Roman" w:hAnsi="Times New Roman" w:cs="Times New Roman"/>
          <w:sz w:val="24"/>
          <w:szCs w:val="24"/>
        </w:rPr>
        <w:br/>
        <w:t xml:space="preserve">Delegation is </w:t>
      </w:r>
      <w:r w:rsidRPr="00CC4C41">
        <w:rPr>
          <w:rFonts w:ascii="Times New Roman" w:eastAsia="Times New Roman" w:hAnsi="Times New Roman" w:cs="Times New Roman"/>
          <w:b/>
          <w:bCs/>
          <w:sz w:val="24"/>
          <w:szCs w:val="24"/>
        </w:rPr>
        <w:t>developing people</w:t>
      </w:r>
      <w:r w:rsidRPr="00CC4C41">
        <w:rPr>
          <w:rFonts w:ascii="Times New Roman" w:eastAsia="Times New Roman" w:hAnsi="Times New Roman" w:cs="Times New Roman"/>
          <w:sz w:val="24"/>
          <w:szCs w:val="24"/>
        </w:rPr>
        <w:t>.</w:t>
      </w:r>
    </w:p>
    <w:p w14:paraId="029DB798" w14:textId="77777777" w:rsidR="00CC4C41" w:rsidRPr="00CC4C41" w:rsidRDefault="00CC4C41" w:rsidP="00CC4C41">
      <w:pPr>
        <w:spacing w:before="100" w:beforeAutospacing="1" w:after="100" w:afterAutospacing="1" w:line="240" w:lineRule="auto"/>
        <w:rPr>
          <w:rFonts w:ascii="Times New Roman" w:eastAsia="Times New Roman" w:hAnsi="Times New Roman" w:cs="Times New Roman"/>
          <w:sz w:val="24"/>
          <w:szCs w:val="24"/>
        </w:rPr>
      </w:pPr>
      <w:r w:rsidRPr="00CC4C41">
        <w:rPr>
          <w:rFonts w:ascii="Times New Roman" w:eastAsia="Times New Roman" w:hAnsi="Times New Roman" w:cs="Times New Roman"/>
          <w:sz w:val="24"/>
          <w:szCs w:val="24"/>
        </w:rPr>
        <w:t>It’s one of the greatest gifts you give yourself and the people around you.</w:t>
      </w:r>
    </w:p>
    <w:p w14:paraId="7798E74E" w14:textId="77777777" w:rsidR="00CC4C41" w:rsidRPr="00CC4C41" w:rsidRDefault="00CC4C41" w:rsidP="00CC4C41">
      <w:pPr>
        <w:spacing w:before="100" w:beforeAutospacing="1" w:after="100" w:afterAutospacing="1" w:line="240" w:lineRule="auto"/>
        <w:rPr>
          <w:rFonts w:ascii="Times New Roman" w:eastAsia="Times New Roman" w:hAnsi="Times New Roman" w:cs="Times New Roman"/>
          <w:sz w:val="24"/>
          <w:szCs w:val="24"/>
        </w:rPr>
      </w:pPr>
      <w:r w:rsidRPr="00CC4C41">
        <w:rPr>
          <w:rFonts w:ascii="Times New Roman" w:eastAsia="Times New Roman" w:hAnsi="Times New Roman" w:cs="Times New Roman"/>
          <w:sz w:val="24"/>
          <w:szCs w:val="24"/>
        </w:rPr>
        <w:t>Here’s how to do it:</w:t>
      </w:r>
    </w:p>
    <w:p w14:paraId="3FEE982B" w14:textId="77777777" w:rsidR="00CC4C41" w:rsidRPr="00CC4C41" w:rsidRDefault="00000000" w:rsidP="00CC4C4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AE6F73D">
          <v:rect id="_x0000_i1051" style="width:0;height:1.5pt" o:hralign="center" o:hrstd="t" o:hr="t" fillcolor="#a0a0a0" stroked="f"/>
        </w:pict>
      </w:r>
    </w:p>
    <w:p w14:paraId="3F508BB4" w14:textId="77777777" w:rsidR="00CC4C41" w:rsidRPr="00CC4C41" w:rsidRDefault="00CC4C41" w:rsidP="00097EBE">
      <w:r w:rsidRPr="00CC4C41">
        <w:rPr>
          <w:rFonts w:ascii="Segoe UI Emoji" w:hAnsi="Segoe UI Emoji" w:cs="Segoe UI Emoji"/>
        </w:rPr>
        <w:t>⭐</w:t>
      </w:r>
      <w:r w:rsidRPr="00CC4C41">
        <w:t xml:space="preserve"> The Delegation Path</w:t>
      </w:r>
    </w:p>
    <w:p w14:paraId="100C4951" w14:textId="77777777" w:rsidR="00CC4C41" w:rsidRPr="00CC4C41" w:rsidRDefault="00CC4C41" w:rsidP="00CC4C41">
      <w:pPr>
        <w:spacing w:before="100" w:beforeAutospacing="1" w:after="100" w:afterAutospacing="1" w:line="240" w:lineRule="auto"/>
        <w:outlineLvl w:val="2"/>
        <w:rPr>
          <w:rFonts w:ascii="Times New Roman" w:eastAsia="Times New Roman" w:hAnsi="Times New Roman" w:cs="Times New Roman"/>
          <w:b/>
          <w:bCs/>
          <w:sz w:val="27"/>
          <w:szCs w:val="27"/>
        </w:rPr>
      </w:pPr>
      <w:r w:rsidRPr="00CC4C41">
        <w:rPr>
          <w:rFonts w:ascii="Times New Roman" w:eastAsia="Times New Roman" w:hAnsi="Times New Roman" w:cs="Times New Roman"/>
          <w:b/>
          <w:bCs/>
          <w:sz w:val="27"/>
          <w:szCs w:val="27"/>
        </w:rPr>
        <w:t>1. Define the Outcome</w:t>
      </w:r>
    </w:p>
    <w:p w14:paraId="4265627F" w14:textId="77777777" w:rsidR="00CC4C41" w:rsidRPr="00CC4C41" w:rsidRDefault="00CC4C41" w:rsidP="00CC4C41">
      <w:pPr>
        <w:spacing w:before="100" w:beforeAutospacing="1" w:after="100" w:afterAutospacing="1" w:line="240" w:lineRule="auto"/>
        <w:rPr>
          <w:rFonts w:ascii="Times New Roman" w:eastAsia="Times New Roman" w:hAnsi="Times New Roman" w:cs="Times New Roman"/>
          <w:sz w:val="24"/>
          <w:szCs w:val="24"/>
        </w:rPr>
      </w:pPr>
      <w:r w:rsidRPr="00CC4C41">
        <w:rPr>
          <w:rFonts w:ascii="Times New Roman" w:eastAsia="Times New Roman" w:hAnsi="Times New Roman" w:cs="Times New Roman"/>
          <w:sz w:val="24"/>
          <w:szCs w:val="24"/>
        </w:rPr>
        <w:t>People can’t hit a target they can’t see.</w:t>
      </w:r>
    </w:p>
    <w:p w14:paraId="46807336" w14:textId="77777777" w:rsidR="00CC4C41" w:rsidRPr="00CC4C41" w:rsidRDefault="00CC4C41" w:rsidP="00CC4C41">
      <w:pPr>
        <w:spacing w:before="100" w:beforeAutospacing="1" w:after="100" w:afterAutospacing="1" w:line="240" w:lineRule="auto"/>
        <w:outlineLvl w:val="2"/>
        <w:rPr>
          <w:rFonts w:ascii="Times New Roman" w:eastAsia="Times New Roman" w:hAnsi="Times New Roman" w:cs="Times New Roman"/>
          <w:b/>
          <w:bCs/>
          <w:sz w:val="27"/>
          <w:szCs w:val="27"/>
        </w:rPr>
      </w:pPr>
      <w:r w:rsidRPr="00CC4C41">
        <w:rPr>
          <w:rFonts w:ascii="Times New Roman" w:eastAsia="Times New Roman" w:hAnsi="Times New Roman" w:cs="Times New Roman"/>
          <w:b/>
          <w:bCs/>
          <w:sz w:val="27"/>
          <w:szCs w:val="27"/>
        </w:rPr>
        <w:t>2. Assign Ownership</w:t>
      </w:r>
    </w:p>
    <w:p w14:paraId="48D0A6A0" w14:textId="77777777" w:rsidR="00CC4C41" w:rsidRPr="00CC4C41" w:rsidRDefault="00CC4C41" w:rsidP="00CC4C41">
      <w:pPr>
        <w:spacing w:before="100" w:beforeAutospacing="1" w:after="100" w:afterAutospacing="1" w:line="240" w:lineRule="auto"/>
        <w:rPr>
          <w:rFonts w:ascii="Times New Roman" w:eastAsia="Times New Roman" w:hAnsi="Times New Roman" w:cs="Times New Roman"/>
          <w:sz w:val="24"/>
          <w:szCs w:val="24"/>
        </w:rPr>
      </w:pPr>
      <w:r w:rsidRPr="00CC4C41">
        <w:rPr>
          <w:rFonts w:ascii="Times New Roman" w:eastAsia="Times New Roman" w:hAnsi="Times New Roman" w:cs="Times New Roman"/>
          <w:sz w:val="24"/>
          <w:szCs w:val="24"/>
        </w:rPr>
        <w:t>Ownership builds responsibility.</w:t>
      </w:r>
      <w:r w:rsidRPr="00CC4C41">
        <w:rPr>
          <w:rFonts w:ascii="Times New Roman" w:eastAsia="Times New Roman" w:hAnsi="Times New Roman" w:cs="Times New Roman"/>
          <w:sz w:val="24"/>
          <w:szCs w:val="24"/>
        </w:rPr>
        <w:br/>
        <w:t>Tasks build frustration.</w:t>
      </w:r>
    </w:p>
    <w:p w14:paraId="079510F6" w14:textId="77777777" w:rsidR="00CC4C41" w:rsidRPr="00CC4C41" w:rsidRDefault="00CC4C41" w:rsidP="00CC4C41">
      <w:pPr>
        <w:spacing w:before="100" w:beforeAutospacing="1" w:after="100" w:afterAutospacing="1" w:line="240" w:lineRule="auto"/>
        <w:outlineLvl w:val="2"/>
        <w:rPr>
          <w:rFonts w:ascii="Times New Roman" w:eastAsia="Times New Roman" w:hAnsi="Times New Roman" w:cs="Times New Roman"/>
          <w:b/>
          <w:bCs/>
          <w:sz w:val="27"/>
          <w:szCs w:val="27"/>
        </w:rPr>
      </w:pPr>
      <w:r w:rsidRPr="00CC4C41">
        <w:rPr>
          <w:rFonts w:ascii="Times New Roman" w:eastAsia="Times New Roman" w:hAnsi="Times New Roman" w:cs="Times New Roman"/>
          <w:b/>
          <w:bCs/>
          <w:sz w:val="27"/>
          <w:szCs w:val="27"/>
        </w:rPr>
        <w:t>3. Provide Support</w:t>
      </w:r>
    </w:p>
    <w:p w14:paraId="7CB84FC2" w14:textId="77777777" w:rsidR="00CC4C41" w:rsidRPr="00CC4C41" w:rsidRDefault="00CC4C41" w:rsidP="00CC4C41">
      <w:pPr>
        <w:spacing w:before="100" w:beforeAutospacing="1" w:after="100" w:afterAutospacing="1" w:line="240" w:lineRule="auto"/>
        <w:rPr>
          <w:rFonts w:ascii="Times New Roman" w:eastAsia="Times New Roman" w:hAnsi="Times New Roman" w:cs="Times New Roman"/>
          <w:sz w:val="24"/>
          <w:szCs w:val="24"/>
        </w:rPr>
      </w:pPr>
      <w:r w:rsidRPr="00CC4C41">
        <w:rPr>
          <w:rFonts w:ascii="Times New Roman" w:eastAsia="Times New Roman" w:hAnsi="Times New Roman" w:cs="Times New Roman"/>
          <w:sz w:val="24"/>
          <w:szCs w:val="24"/>
        </w:rPr>
        <w:t>Ask: “What do you need from me to succeed?”</w:t>
      </w:r>
    </w:p>
    <w:p w14:paraId="45D8ADA0" w14:textId="77777777" w:rsidR="00CC4C41" w:rsidRPr="00CC4C41" w:rsidRDefault="00CC4C41" w:rsidP="00CC4C41">
      <w:pPr>
        <w:spacing w:before="100" w:beforeAutospacing="1" w:after="100" w:afterAutospacing="1" w:line="240" w:lineRule="auto"/>
        <w:outlineLvl w:val="2"/>
        <w:rPr>
          <w:rFonts w:ascii="Times New Roman" w:eastAsia="Times New Roman" w:hAnsi="Times New Roman" w:cs="Times New Roman"/>
          <w:b/>
          <w:bCs/>
          <w:sz w:val="27"/>
          <w:szCs w:val="27"/>
        </w:rPr>
      </w:pPr>
      <w:r w:rsidRPr="00CC4C41">
        <w:rPr>
          <w:rFonts w:ascii="Times New Roman" w:eastAsia="Times New Roman" w:hAnsi="Times New Roman" w:cs="Times New Roman"/>
          <w:b/>
          <w:bCs/>
          <w:sz w:val="27"/>
          <w:szCs w:val="27"/>
        </w:rPr>
        <w:t>4. Follow Up with Respect, Not Control</w:t>
      </w:r>
    </w:p>
    <w:p w14:paraId="2489BF8C" w14:textId="77777777" w:rsidR="00CC4C41" w:rsidRPr="00CC4C41" w:rsidRDefault="00CC4C41" w:rsidP="00CC4C41">
      <w:pPr>
        <w:spacing w:before="100" w:beforeAutospacing="1" w:after="100" w:afterAutospacing="1" w:line="240" w:lineRule="auto"/>
        <w:rPr>
          <w:rFonts w:ascii="Times New Roman" w:eastAsia="Times New Roman" w:hAnsi="Times New Roman" w:cs="Times New Roman"/>
          <w:sz w:val="24"/>
          <w:szCs w:val="24"/>
        </w:rPr>
      </w:pPr>
      <w:r w:rsidRPr="00CC4C41">
        <w:rPr>
          <w:rFonts w:ascii="Times New Roman" w:eastAsia="Times New Roman" w:hAnsi="Times New Roman" w:cs="Times New Roman"/>
          <w:sz w:val="24"/>
          <w:szCs w:val="24"/>
        </w:rPr>
        <w:t>Ownership + support + follow-up = leadership development.</w:t>
      </w:r>
    </w:p>
    <w:p w14:paraId="53863154" w14:textId="77777777" w:rsidR="00CC4C41" w:rsidRPr="00CC4C41" w:rsidRDefault="00CC4C41" w:rsidP="00CC4C41">
      <w:pPr>
        <w:spacing w:before="100" w:beforeAutospacing="1" w:after="100" w:afterAutospacing="1" w:line="240" w:lineRule="auto"/>
        <w:rPr>
          <w:rFonts w:ascii="Times New Roman" w:eastAsia="Times New Roman" w:hAnsi="Times New Roman" w:cs="Times New Roman"/>
          <w:sz w:val="24"/>
          <w:szCs w:val="24"/>
        </w:rPr>
      </w:pPr>
      <w:r w:rsidRPr="00CC4C41">
        <w:rPr>
          <w:rFonts w:ascii="Times New Roman" w:eastAsia="Times New Roman" w:hAnsi="Times New Roman" w:cs="Times New Roman"/>
          <w:sz w:val="24"/>
          <w:szCs w:val="24"/>
        </w:rPr>
        <w:t xml:space="preserve">The more people </w:t>
      </w:r>
      <w:proofErr w:type="gramStart"/>
      <w:r w:rsidRPr="00CC4C41">
        <w:rPr>
          <w:rFonts w:ascii="Times New Roman" w:eastAsia="Times New Roman" w:hAnsi="Times New Roman" w:cs="Times New Roman"/>
          <w:sz w:val="24"/>
          <w:szCs w:val="24"/>
        </w:rPr>
        <w:t>grow around you</w:t>
      </w:r>
      <w:proofErr w:type="gramEnd"/>
      <w:r w:rsidRPr="00CC4C41">
        <w:rPr>
          <w:rFonts w:ascii="Times New Roman" w:eastAsia="Times New Roman" w:hAnsi="Times New Roman" w:cs="Times New Roman"/>
          <w:sz w:val="24"/>
          <w:szCs w:val="24"/>
        </w:rPr>
        <w:t>, the more influence you build.</w:t>
      </w:r>
    </w:p>
    <w:p w14:paraId="5E1F4AB1" w14:textId="77777777" w:rsidR="00CC4C41" w:rsidRPr="00CC4C41" w:rsidRDefault="00CC4C41" w:rsidP="00CC4C41">
      <w:pPr>
        <w:spacing w:before="100" w:beforeAutospacing="1" w:after="100" w:afterAutospacing="1" w:line="240" w:lineRule="auto"/>
        <w:outlineLvl w:val="2"/>
        <w:rPr>
          <w:rFonts w:ascii="Times New Roman" w:eastAsia="Times New Roman" w:hAnsi="Times New Roman" w:cs="Times New Roman"/>
          <w:b/>
          <w:bCs/>
          <w:sz w:val="27"/>
          <w:szCs w:val="27"/>
        </w:rPr>
      </w:pPr>
      <w:r w:rsidRPr="00CC4C41">
        <w:rPr>
          <w:rFonts w:ascii="Times New Roman" w:eastAsia="Times New Roman" w:hAnsi="Times New Roman" w:cs="Times New Roman"/>
          <w:b/>
          <w:bCs/>
          <w:sz w:val="27"/>
          <w:szCs w:val="27"/>
        </w:rPr>
        <w:t>Reflection:</w:t>
      </w:r>
    </w:p>
    <w:p w14:paraId="718146B5" w14:textId="77777777" w:rsidR="00CC4C41" w:rsidRPr="00CC4C41" w:rsidRDefault="00CC4C41" w:rsidP="00CC4C41">
      <w:pPr>
        <w:spacing w:before="100" w:beforeAutospacing="1" w:after="100" w:afterAutospacing="1" w:line="240" w:lineRule="auto"/>
        <w:rPr>
          <w:rFonts w:ascii="Times New Roman" w:eastAsia="Times New Roman" w:hAnsi="Times New Roman" w:cs="Times New Roman"/>
          <w:sz w:val="24"/>
          <w:szCs w:val="24"/>
        </w:rPr>
      </w:pPr>
      <w:r w:rsidRPr="00CC4C41">
        <w:rPr>
          <w:rFonts w:ascii="Times New Roman" w:eastAsia="Times New Roman" w:hAnsi="Times New Roman" w:cs="Times New Roman"/>
          <w:sz w:val="24"/>
          <w:szCs w:val="24"/>
        </w:rPr>
        <w:t>What task are you holding onto out of fear?</w:t>
      </w:r>
    </w:p>
    <w:p w14:paraId="078288DD" w14:textId="77777777" w:rsidR="00CC4C41" w:rsidRPr="00CC4C41" w:rsidRDefault="00CC4C41" w:rsidP="00CC4C41">
      <w:pPr>
        <w:spacing w:before="100" w:beforeAutospacing="1" w:after="100" w:afterAutospacing="1" w:line="240" w:lineRule="auto"/>
        <w:outlineLvl w:val="2"/>
        <w:rPr>
          <w:rFonts w:ascii="Times New Roman" w:eastAsia="Times New Roman" w:hAnsi="Times New Roman" w:cs="Times New Roman"/>
          <w:b/>
          <w:bCs/>
          <w:sz w:val="27"/>
          <w:szCs w:val="27"/>
        </w:rPr>
      </w:pPr>
      <w:r w:rsidRPr="00CC4C41">
        <w:rPr>
          <w:rFonts w:ascii="Times New Roman" w:eastAsia="Times New Roman" w:hAnsi="Times New Roman" w:cs="Times New Roman"/>
          <w:b/>
          <w:bCs/>
          <w:sz w:val="27"/>
          <w:szCs w:val="27"/>
        </w:rPr>
        <w:t>Leadership Challenge:</w:t>
      </w:r>
    </w:p>
    <w:p w14:paraId="35C94A8C" w14:textId="77777777" w:rsidR="00CC4C41" w:rsidRPr="00CC4C41" w:rsidRDefault="00CC4C41" w:rsidP="00CC4C41">
      <w:pPr>
        <w:spacing w:before="100" w:beforeAutospacing="1" w:after="100" w:afterAutospacing="1" w:line="240" w:lineRule="auto"/>
        <w:rPr>
          <w:rFonts w:ascii="Times New Roman" w:eastAsia="Times New Roman" w:hAnsi="Times New Roman" w:cs="Times New Roman"/>
          <w:sz w:val="24"/>
          <w:szCs w:val="24"/>
        </w:rPr>
      </w:pPr>
      <w:r w:rsidRPr="00CC4C41">
        <w:rPr>
          <w:rFonts w:ascii="Times New Roman" w:eastAsia="Times New Roman" w:hAnsi="Times New Roman" w:cs="Times New Roman"/>
          <w:sz w:val="24"/>
          <w:szCs w:val="24"/>
        </w:rPr>
        <w:t>Delegate ONE thing today — clearly and respectfully.</w:t>
      </w:r>
    </w:p>
    <w:p w14:paraId="54055654" w14:textId="4D511E52" w:rsidR="00A35E61" w:rsidRDefault="00A35E61" w:rsidP="00A35E61">
      <w:pPr>
        <w:pStyle w:val="Heading2"/>
      </w:pPr>
      <w:bookmarkStart w:id="17" w:name="_Toc214330674"/>
      <w:r>
        <w:lastRenderedPageBreak/>
        <w:t xml:space="preserve">Day 14 — </w:t>
      </w:r>
      <w:r w:rsidR="00CC4C41">
        <w:t>Problem</w:t>
      </w:r>
      <w:r w:rsidR="00C94833">
        <w:t>-</w:t>
      </w:r>
      <w:r w:rsidR="00CC4C41">
        <w:t>Solving</w:t>
      </w:r>
      <w:bookmarkEnd w:id="17"/>
    </w:p>
    <w:p w14:paraId="117A0C8D" w14:textId="77777777" w:rsidR="00BF55D7" w:rsidRPr="00BF55D7" w:rsidRDefault="00BF55D7" w:rsidP="00BF55D7">
      <w:pPr>
        <w:rPr>
          <w:b/>
          <w:bCs/>
        </w:rPr>
      </w:pPr>
      <w:r w:rsidRPr="00BF55D7">
        <w:rPr>
          <w:b/>
          <w:bCs/>
          <w:i/>
          <w:iCs/>
        </w:rPr>
        <w:t>Solve the Real Problem, Not the Loudest One.</w:t>
      </w:r>
    </w:p>
    <w:p w14:paraId="124043E2" w14:textId="77777777" w:rsidR="00BF55D7" w:rsidRPr="00BF55D7" w:rsidRDefault="00BF55D7" w:rsidP="00BF55D7">
      <w:r w:rsidRPr="00BF55D7">
        <w:t>In leadership and in life, you will face:</w:t>
      </w:r>
    </w:p>
    <w:p w14:paraId="4678F397" w14:textId="77777777" w:rsidR="00BF55D7" w:rsidRPr="00BF55D7" w:rsidRDefault="00BF55D7" w:rsidP="00BF55D7">
      <w:pPr>
        <w:numPr>
          <w:ilvl w:val="0"/>
          <w:numId w:val="24"/>
        </w:numPr>
      </w:pPr>
      <w:r w:rsidRPr="00BF55D7">
        <w:t>miscommunication</w:t>
      </w:r>
    </w:p>
    <w:p w14:paraId="2925D46E" w14:textId="77777777" w:rsidR="00BF55D7" w:rsidRPr="00BF55D7" w:rsidRDefault="00BF55D7" w:rsidP="00BF55D7">
      <w:pPr>
        <w:numPr>
          <w:ilvl w:val="0"/>
          <w:numId w:val="24"/>
        </w:numPr>
      </w:pPr>
      <w:r w:rsidRPr="00BF55D7">
        <w:t>frustration</w:t>
      </w:r>
    </w:p>
    <w:p w14:paraId="2B533B02" w14:textId="77777777" w:rsidR="00BF55D7" w:rsidRPr="00BF55D7" w:rsidRDefault="00BF55D7" w:rsidP="00BF55D7">
      <w:pPr>
        <w:numPr>
          <w:ilvl w:val="0"/>
          <w:numId w:val="24"/>
        </w:numPr>
      </w:pPr>
      <w:r w:rsidRPr="00BF55D7">
        <w:t>delays</w:t>
      </w:r>
    </w:p>
    <w:p w14:paraId="330B744C" w14:textId="77777777" w:rsidR="00BF55D7" w:rsidRPr="00BF55D7" w:rsidRDefault="00BF55D7" w:rsidP="00BF55D7">
      <w:pPr>
        <w:numPr>
          <w:ilvl w:val="0"/>
          <w:numId w:val="24"/>
        </w:numPr>
      </w:pPr>
      <w:r w:rsidRPr="00BF55D7">
        <w:t>breakdowns</w:t>
      </w:r>
    </w:p>
    <w:p w14:paraId="597966C4" w14:textId="77777777" w:rsidR="00BF55D7" w:rsidRPr="00BF55D7" w:rsidRDefault="00BF55D7" w:rsidP="00BF55D7">
      <w:pPr>
        <w:numPr>
          <w:ilvl w:val="0"/>
          <w:numId w:val="24"/>
        </w:numPr>
      </w:pPr>
      <w:r w:rsidRPr="00BF55D7">
        <w:t>unexpected challenges</w:t>
      </w:r>
    </w:p>
    <w:p w14:paraId="21686145" w14:textId="77777777" w:rsidR="00BF55D7" w:rsidRPr="00BF55D7" w:rsidRDefault="00BF55D7" w:rsidP="00BF55D7">
      <w:r w:rsidRPr="00BF55D7">
        <w:t xml:space="preserve">Most people solve the </w:t>
      </w:r>
      <w:proofErr w:type="gramStart"/>
      <w:r w:rsidRPr="00BF55D7">
        <w:rPr>
          <w:b/>
          <w:bCs/>
        </w:rPr>
        <w:t>symptom</w:t>
      </w:r>
      <w:proofErr w:type="gramEnd"/>
      <w:r w:rsidRPr="00BF55D7">
        <w:t xml:space="preserve">, not the </w:t>
      </w:r>
      <w:r w:rsidRPr="00BF55D7">
        <w:rPr>
          <w:b/>
          <w:bCs/>
        </w:rPr>
        <w:t>root cause</w:t>
      </w:r>
      <w:r w:rsidRPr="00BF55D7">
        <w:t>.</w:t>
      </w:r>
      <w:r w:rsidRPr="00BF55D7">
        <w:br/>
        <w:t>That’s why the same problem keeps coming back.</w:t>
      </w:r>
    </w:p>
    <w:p w14:paraId="3C685568" w14:textId="77777777" w:rsidR="00BF55D7" w:rsidRPr="00BF55D7" w:rsidRDefault="00BF55D7" w:rsidP="00BF55D7">
      <w:r w:rsidRPr="00BF55D7">
        <w:t xml:space="preserve">The </w:t>
      </w:r>
      <w:r w:rsidRPr="00BF55D7">
        <w:rPr>
          <w:b/>
          <w:bCs/>
        </w:rPr>
        <w:t>5-Why Method</w:t>
      </w:r>
      <w:r w:rsidRPr="00BF55D7">
        <w:t xml:space="preserve"> changed everything for me.</w:t>
      </w:r>
    </w:p>
    <w:p w14:paraId="09A1393F" w14:textId="77777777" w:rsidR="00BF55D7" w:rsidRPr="00BF55D7" w:rsidRDefault="00BF55D7" w:rsidP="00BF55D7">
      <w:r w:rsidRPr="00BF55D7">
        <w:t>It’s simple:</w:t>
      </w:r>
    </w:p>
    <w:p w14:paraId="091DDDC9" w14:textId="77777777" w:rsidR="00BF55D7" w:rsidRPr="00BF55D7" w:rsidRDefault="00BF55D7" w:rsidP="00BF55D7">
      <w:r w:rsidRPr="00BF55D7">
        <w:t>Ask “Why?” five times.</w:t>
      </w:r>
      <w:r w:rsidRPr="00BF55D7">
        <w:br/>
        <w:t>Each layer gets closer to the truth.</w:t>
      </w:r>
    </w:p>
    <w:p w14:paraId="59D22ED3" w14:textId="77777777" w:rsidR="00BF55D7" w:rsidRPr="00BF55D7" w:rsidRDefault="00BF55D7" w:rsidP="00BF55D7">
      <w:r w:rsidRPr="00BF55D7">
        <w:t>Example:</w:t>
      </w:r>
    </w:p>
    <w:p w14:paraId="6F5B4771" w14:textId="77777777" w:rsidR="00BF55D7" w:rsidRPr="00BF55D7" w:rsidRDefault="00BF55D7" w:rsidP="00BF55D7">
      <w:r w:rsidRPr="00BF55D7">
        <w:rPr>
          <w:b/>
          <w:bCs/>
        </w:rPr>
        <w:t>Problem:</w:t>
      </w:r>
      <w:r w:rsidRPr="00BF55D7">
        <w:t xml:space="preserve"> Missed meeting</w:t>
      </w:r>
    </w:p>
    <w:p w14:paraId="1BD09E62" w14:textId="77777777" w:rsidR="00BF55D7" w:rsidRPr="00BF55D7" w:rsidRDefault="00BF55D7" w:rsidP="00BF55D7">
      <w:pPr>
        <w:numPr>
          <w:ilvl w:val="0"/>
          <w:numId w:val="25"/>
        </w:numPr>
      </w:pPr>
      <w:r w:rsidRPr="00BF55D7">
        <w:t>Why? → Forgot</w:t>
      </w:r>
    </w:p>
    <w:p w14:paraId="2D58D179" w14:textId="77777777" w:rsidR="00BF55D7" w:rsidRPr="00BF55D7" w:rsidRDefault="00BF55D7" w:rsidP="00BF55D7">
      <w:pPr>
        <w:numPr>
          <w:ilvl w:val="0"/>
          <w:numId w:val="25"/>
        </w:numPr>
      </w:pPr>
      <w:r w:rsidRPr="00BF55D7">
        <w:t>Why? → Didn’t set reminder</w:t>
      </w:r>
    </w:p>
    <w:p w14:paraId="4368C774" w14:textId="77777777" w:rsidR="00BF55D7" w:rsidRPr="00BF55D7" w:rsidRDefault="00BF55D7" w:rsidP="00BF55D7">
      <w:pPr>
        <w:numPr>
          <w:ilvl w:val="0"/>
          <w:numId w:val="25"/>
        </w:numPr>
      </w:pPr>
      <w:r w:rsidRPr="00BF55D7">
        <w:t>Why? → No scheduling system</w:t>
      </w:r>
    </w:p>
    <w:p w14:paraId="25B88555" w14:textId="77777777" w:rsidR="00BF55D7" w:rsidRPr="00BF55D7" w:rsidRDefault="00BF55D7" w:rsidP="00BF55D7">
      <w:pPr>
        <w:numPr>
          <w:ilvl w:val="0"/>
          <w:numId w:val="25"/>
        </w:numPr>
      </w:pPr>
      <w:r w:rsidRPr="00BF55D7">
        <w:t>Why? → Task list scattered</w:t>
      </w:r>
    </w:p>
    <w:p w14:paraId="32DFDFB4" w14:textId="77777777" w:rsidR="00BF55D7" w:rsidRPr="00BF55D7" w:rsidRDefault="00BF55D7" w:rsidP="00BF55D7">
      <w:pPr>
        <w:numPr>
          <w:ilvl w:val="0"/>
          <w:numId w:val="25"/>
        </w:numPr>
      </w:pPr>
      <w:r w:rsidRPr="00BF55D7">
        <w:t>Why? → No daily routine</w:t>
      </w:r>
    </w:p>
    <w:p w14:paraId="5195BD5A" w14:textId="77777777" w:rsidR="00BF55D7" w:rsidRPr="00BF55D7" w:rsidRDefault="00BF55D7" w:rsidP="00BF55D7">
      <w:r w:rsidRPr="00BF55D7">
        <w:t>The root problem wasn’t the missed meeting.</w:t>
      </w:r>
      <w:r w:rsidRPr="00BF55D7">
        <w:br/>
        <w:t>The root problem was the missing system.</w:t>
      </w:r>
    </w:p>
    <w:p w14:paraId="788E120A" w14:textId="77777777" w:rsidR="00BF55D7" w:rsidRPr="00BF55D7" w:rsidRDefault="00BF55D7" w:rsidP="00BF55D7">
      <w:r w:rsidRPr="00BF55D7">
        <w:t>Leaders fix roots.</w:t>
      </w:r>
      <w:r w:rsidRPr="00BF55D7">
        <w:br/>
        <w:t>Followers fix symptoms.</w:t>
      </w:r>
    </w:p>
    <w:p w14:paraId="7D56FC7F" w14:textId="77777777" w:rsidR="00BF55D7" w:rsidRPr="00BF55D7" w:rsidRDefault="00BF55D7" w:rsidP="00BF55D7">
      <w:pPr>
        <w:rPr>
          <w:b/>
          <w:bCs/>
        </w:rPr>
      </w:pPr>
      <w:r w:rsidRPr="00BF55D7">
        <w:rPr>
          <w:b/>
          <w:bCs/>
        </w:rPr>
        <w:t>Reflection:</w:t>
      </w:r>
    </w:p>
    <w:p w14:paraId="0D217F83" w14:textId="77777777" w:rsidR="00BF55D7" w:rsidRPr="00BF55D7" w:rsidRDefault="00BF55D7" w:rsidP="00BF55D7">
      <w:r w:rsidRPr="00BF55D7">
        <w:t>What problem keeps repeating in your life?</w:t>
      </w:r>
    </w:p>
    <w:p w14:paraId="5925834E" w14:textId="77777777" w:rsidR="00BF55D7" w:rsidRPr="00BF55D7" w:rsidRDefault="00BF55D7" w:rsidP="00BF55D7">
      <w:pPr>
        <w:rPr>
          <w:b/>
          <w:bCs/>
        </w:rPr>
      </w:pPr>
      <w:r w:rsidRPr="00BF55D7">
        <w:rPr>
          <w:b/>
          <w:bCs/>
        </w:rPr>
        <w:lastRenderedPageBreak/>
        <w:t>Leadership Challenge:</w:t>
      </w:r>
    </w:p>
    <w:p w14:paraId="0F2B2274" w14:textId="77777777" w:rsidR="00BF55D7" w:rsidRPr="00BF55D7" w:rsidRDefault="00BF55D7" w:rsidP="00BF55D7">
      <w:r w:rsidRPr="00BF55D7">
        <w:t>Use the 5-Why Method on one recurring issue today.</w:t>
      </w:r>
    </w:p>
    <w:p w14:paraId="50723F05" w14:textId="62F09045" w:rsidR="00A35E61" w:rsidRDefault="00A35E61" w:rsidP="00A35E61">
      <w:pPr>
        <w:pStyle w:val="Heading2"/>
      </w:pPr>
      <w:bookmarkStart w:id="18" w:name="_Toc214330675"/>
      <w:r>
        <w:t xml:space="preserve">Day </w:t>
      </w:r>
      <w:r w:rsidR="006F7425">
        <w:t>15</w:t>
      </w:r>
      <w:r>
        <w:t xml:space="preserve"> — </w:t>
      </w:r>
      <w:r w:rsidR="00F87489">
        <w:t>Week Two Review</w:t>
      </w:r>
      <w:bookmarkEnd w:id="18"/>
    </w:p>
    <w:p w14:paraId="533BACB8" w14:textId="77777777" w:rsidR="00DB36E0" w:rsidRPr="00DB36E0" w:rsidRDefault="00DB36E0" w:rsidP="00DB36E0">
      <w:pPr>
        <w:spacing w:before="100" w:beforeAutospacing="1" w:after="100" w:afterAutospacing="1" w:line="240" w:lineRule="auto"/>
        <w:outlineLvl w:val="2"/>
        <w:rPr>
          <w:rFonts w:ascii="Times New Roman" w:eastAsia="Times New Roman" w:hAnsi="Times New Roman" w:cs="Times New Roman"/>
          <w:b/>
          <w:bCs/>
          <w:sz w:val="27"/>
          <w:szCs w:val="27"/>
        </w:rPr>
      </w:pPr>
      <w:r w:rsidRPr="00DB36E0">
        <w:rPr>
          <w:rFonts w:ascii="Times New Roman" w:eastAsia="Times New Roman" w:hAnsi="Times New Roman" w:cs="Times New Roman"/>
          <w:b/>
          <w:bCs/>
          <w:i/>
          <w:iCs/>
          <w:sz w:val="27"/>
          <w:szCs w:val="27"/>
        </w:rPr>
        <w:t>You Are Becoming a Leader People Notice</w:t>
      </w:r>
    </w:p>
    <w:p w14:paraId="335DF9D8" w14:textId="77777777" w:rsidR="00DB36E0" w:rsidRPr="00DB36E0" w:rsidRDefault="00DB36E0" w:rsidP="00DB36E0">
      <w:p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This week, the leadership inside you became visible to others.</w:t>
      </w:r>
    </w:p>
    <w:p w14:paraId="374695A2" w14:textId="77777777" w:rsidR="00DB36E0" w:rsidRPr="00DB36E0" w:rsidRDefault="00DB36E0" w:rsidP="00DB36E0">
      <w:pPr>
        <w:spacing w:before="100" w:beforeAutospacing="1" w:after="100" w:afterAutospacing="1" w:line="240" w:lineRule="auto"/>
        <w:rPr>
          <w:rFonts w:ascii="Times New Roman" w:eastAsia="Times New Roman" w:hAnsi="Times New Roman" w:cs="Times New Roman"/>
          <w:sz w:val="24"/>
          <w:szCs w:val="24"/>
        </w:rPr>
      </w:pPr>
      <w:proofErr w:type="gramStart"/>
      <w:r w:rsidRPr="00DB36E0">
        <w:rPr>
          <w:rFonts w:ascii="Times New Roman" w:eastAsia="Times New Roman" w:hAnsi="Times New Roman" w:cs="Times New Roman"/>
          <w:sz w:val="24"/>
          <w:szCs w:val="24"/>
        </w:rPr>
        <w:t>You</w:t>
      </w:r>
      <w:proofErr w:type="gramEnd"/>
      <w:r w:rsidRPr="00DB36E0">
        <w:rPr>
          <w:rFonts w:ascii="Times New Roman" w:eastAsia="Times New Roman" w:hAnsi="Times New Roman" w:cs="Times New Roman"/>
          <w:sz w:val="24"/>
          <w:szCs w:val="24"/>
        </w:rPr>
        <w:t xml:space="preserve"> strengthened:</w:t>
      </w:r>
    </w:p>
    <w:p w14:paraId="29E72A3D" w14:textId="77777777" w:rsidR="00DB36E0" w:rsidRPr="00DB36E0" w:rsidRDefault="00DB36E0" w:rsidP="00DB36E0">
      <w:pPr>
        <w:numPr>
          <w:ilvl w:val="0"/>
          <w:numId w:val="26"/>
        </w:numPr>
        <w:spacing w:before="100" w:beforeAutospacing="1" w:after="100" w:afterAutospacing="1" w:line="240" w:lineRule="auto"/>
        <w:rPr>
          <w:rFonts w:ascii="Times New Roman" w:eastAsia="Times New Roman" w:hAnsi="Times New Roman" w:cs="Times New Roman"/>
          <w:sz w:val="24"/>
          <w:szCs w:val="24"/>
        </w:rPr>
      </w:pPr>
      <w:proofErr w:type="gramStart"/>
      <w:r w:rsidRPr="00DB36E0">
        <w:rPr>
          <w:rFonts w:ascii="Times New Roman" w:eastAsia="Times New Roman" w:hAnsi="Times New Roman" w:cs="Times New Roman"/>
          <w:sz w:val="24"/>
          <w:szCs w:val="24"/>
        </w:rPr>
        <w:t>how</w:t>
      </w:r>
      <w:proofErr w:type="gramEnd"/>
      <w:r w:rsidRPr="00DB36E0">
        <w:rPr>
          <w:rFonts w:ascii="Times New Roman" w:eastAsia="Times New Roman" w:hAnsi="Times New Roman" w:cs="Times New Roman"/>
          <w:sz w:val="24"/>
          <w:szCs w:val="24"/>
        </w:rPr>
        <w:t xml:space="preserve"> you communicate</w:t>
      </w:r>
    </w:p>
    <w:p w14:paraId="244C3D74" w14:textId="77777777" w:rsidR="00DB36E0" w:rsidRPr="00DB36E0" w:rsidRDefault="00DB36E0" w:rsidP="00DB36E0">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how you carry yourself</w:t>
      </w:r>
    </w:p>
    <w:p w14:paraId="1BDE5612" w14:textId="77777777" w:rsidR="00DB36E0" w:rsidRPr="00DB36E0" w:rsidRDefault="00DB36E0" w:rsidP="00DB36E0">
      <w:pPr>
        <w:numPr>
          <w:ilvl w:val="0"/>
          <w:numId w:val="26"/>
        </w:numPr>
        <w:spacing w:before="100" w:beforeAutospacing="1" w:after="100" w:afterAutospacing="1" w:line="240" w:lineRule="auto"/>
        <w:rPr>
          <w:rFonts w:ascii="Times New Roman" w:eastAsia="Times New Roman" w:hAnsi="Times New Roman" w:cs="Times New Roman"/>
          <w:sz w:val="24"/>
          <w:szCs w:val="24"/>
        </w:rPr>
      </w:pPr>
      <w:proofErr w:type="gramStart"/>
      <w:r w:rsidRPr="00DB36E0">
        <w:rPr>
          <w:rFonts w:ascii="Times New Roman" w:eastAsia="Times New Roman" w:hAnsi="Times New Roman" w:cs="Times New Roman"/>
          <w:sz w:val="24"/>
          <w:szCs w:val="24"/>
        </w:rPr>
        <w:t>how</w:t>
      </w:r>
      <w:proofErr w:type="gramEnd"/>
      <w:r w:rsidRPr="00DB36E0">
        <w:rPr>
          <w:rFonts w:ascii="Times New Roman" w:eastAsia="Times New Roman" w:hAnsi="Times New Roman" w:cs="Times New Roman"/>
          <w:sz w:val="24"/>
          <w:szCs w:val="24"/>
        </w:rPr>
        <w:t xml:space="preserve"> you handle conflict</w:t>
      </w:r>
    </w:p>
    <w:p w14:paraId="3B98BC98" w14:textId="77777777" w:rsidR="00DB36E0" w:rsidRPr="00DB36E0" w:rsidRDefault="00DB36E0" w:rsidP="00DB36E0">
      <w:pPr>
        <w:numPr>
          <w:ilvl w:val="0"/>
          <w:numId w:val="26"/>
        </w:numPr>
        <w:spacing w:before="100" w:beforeAutospacing="1" w:after="100" w:afterAutospacing="1" w:line="240" w:lineRule="auto"/>
        <w:rPr>
          <w:rFonts w:ascii="Times New Roman" w:eastAsia="Times New Roman" w:hAnsi="Times New Roman" w:cs="Times New Roman"/>
          <w:sz w:val="24"/>
          <w:szCs w:val="24"/>
        </w:rPr>
      </w:pPr>
      <w:proofErr w:type="gramStart"/>
      <w:r w:rsidRPr="00DB36E0">
        <w:rPr>
          <w:rFonts w:ascii="Times New Roman" w:eastAsia="Times New Roman" w:hAnsi="Times New Roman" w:cs="Times New Roman"/>
          <w:sz w:val="24"/>
          <w:szCs w:val="24"/>
        </w:rPr>
        <w:t>how</w:t>
      </w:r>
      <w:proofErr w:type="gramEnd"/>
      <w:r w:rsidRPr="00DB36E0">
        <w:rPr>
          <w:rFonts w:ascii="Times New Roman" w:eastAsia="Times New Roman" w:hAnsi="Times New Roman" w:cs="Times New Roman"/>
          <w:sz w:val="24"/>
          <w:szCs w:val="24"/>
        </w:rPr>
        <w:t xml:space="preserve"> you make decisions</w:t>
      </w:r>
    </w:p>
    <w:p w14:paraId="6D87D4B4" w14:textId="77777777" w:rsidR="00DB36E0" w:rsidRPr="00DB36E0" w:rsidRDefault="00DB36E0" w:rsidP="00DB36E0">
      <w:pPr>
        <w:numPr>
          <w:ilvl w:val="0"/>
          <w:numId w:val="26"/>
        </w:numPr>
        <w:spacing w:before="100" w:beforeAutospacing="1" w:after="100" w:afterAutospacing="1" w:line="240" w:lineRule="auto"/>
        <w:rPr>
          <w:rFonts w:ascii="Times New Roman" w:eastAsia="Times New Roman" w:hAnsi="Times New Roman" w:cs="Times New Roman"/>
          <w:sz w:val="24"/>
          <w:szCs w:val="24"/>
        </w:rPr>
      </w:pPr>
      <w:proofErr w:type="gramStart"/>
      <w:r w:rsidRPr="00DB36E0">
        <w:rPr>
          <w:rFonts w:ascii="Times New Roman" w:eastAsia="Times New Roman" w:hAnsi="Times New Roman" w:cs="Times New Roman"/>
          <w:sz w:val="24"/>
          <w:szCs w:val="24"/>
        </w:rPr>
        <w:t>how</w:t>
      </w:r>
      <w:proofErr w:type="gramEnd"/>
      <w:r w:rsidRPr="00DB36E0">
        <w:rPr>
          <w:rFonts w:ascii="Times New Roman" w:eastAsia="Times New Roman" w:hAnsi="Times New Roman" w:cs="Times New Roman"/>
          <w:sz w:val="24"/>
          <w:szCs w:val="24"/>
        </w:rPr>
        <w:t xml:space="preserve"> you </w:t>
      </w:r>
      <w:proofErr w:type="gramStart"/>
      <w:r w:rsidRPr="00DB36E0">
        <w:rPr>
          <w:rFonts w:ascii="Times New Roman" w:eastAsia="Times New Roman" w:hAnsi="Times New Roman" w:cs="Times New Roman"/>
          <w:sz w:val="24"/>
          <w:szCs w:val="24"/>
        </w:rPr>
        <w:t>hold</w:t>
      </w:r>
      <w:proofErr w:type="gramEnd"/>
      <w:r w:rsidRPr="00DB36E0">
        <w:rPr>
          <w:rFonts w:ascii="Times New Roman" w:eastAsia="Times New Roman" w:hAnsi="Times New Roman" w:cs="Times New Roman"/>
          <w:sz w:val="24"/>
          <w:szCs w:val="24"/>
        </w:rPr>
        <w:t xml:space="preserve"> standards</w:t>
      </w:r>
    </w:p>
    <w:p w14:paraId="0EF7F428" w14:textId="77777777" w:rsidR="00DB36E0" w:rsidRPr="00DB36E0" w:rsidRDefault="00DB36E0" w:rsidP="00DB36E0">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how you empower others</w:t>
      </w:r>
    </w:p>
    <w:p w14:paraId="595E5242" w14:textId="77777777" w:rsidR="00DB36E0" w:rsidRPr="00DB36E0" w:rsidRDefault="00DB36E0" w:rsidP="00DB36E0">
      <w:pPr>
        <w:numPr>
          <w:ilvl w:val="0"/>
          <w:numId w:val="26"/>
        </w:numPr>
        <w:spacing w:before="100" w:beforeAutospacing="1" w:after="100" w:afterAutospacing="1" w:line="240" w:lineRule="auto"/>
        <w:rPr>
          <w:rFonts w:ascii="Times New Roman" w:eastAsia="Times New Roman" w:hAnsi="Times New Roman" w:cs="Times New Roman"/>
          <w:sz w:val="24"/>
          <w:szCs w:val="24"/>
        </w:rPr>
      </w:pPr>
      <w:proofErr w:type="gramStart"/>
      <w:r w:rsidRPr="00DB36E0">
        <w:rPr>
          <w:rFonts w:ascii="Times New Roman" w:eastAsia="Times New Roman" w:hAnsi="Times New Roman" w:cs="Times New Roman"/>
          <w:sz w:val="24"/>
          <w:szCs w:val="24"/>
        </w:rPr>
        <w:t>how</w:t>
      </w:r>
      <w:proofErr w:type="gramEnd"/>
      <w:r w:rsidRPr="00DB36E0">
        <w:rPr>
          <w:rFonts w:ascii="Times New Roman" w:eastAsia="Times New Roman" w:hAnsi="Times New Roman" w:cs="Times New Roman"/>
          <w:sz w:val="24"/>
          <w:szCs w:val="24"/>
        </w:rPr>
        <w:t xml:space="preserve"> </w:t>
      </w:r>
      <w:proofErr w:type="gramStart"/>
      <w:r w:rsidRPr="00DB36E0">
        <w:rPr>
          <w:rFonts w:ascii="Times New Roman" w:eastAsia="Times New Roman" w:hAnsi="Times New Roman" w:cs="Times New Roman"/>
          <w:sz w:val="24"/>
          <w:szCs w:val="24"/>
        </w:rPr>
        <w:t>you</w:t>
      </w:r>
      <w:proofErr w:type="gramEnd"/>
      <w:r w:rsidRPr="00DB36E0">
        <w:rPr>
          <w:rFonts w:ascii="Times New Roman" w:eastAsia="Times New Roman" w:hAnsi="Times New Roman" w:cs="Times New Roman"/>
          <w:sz w:val="24"/>
          <w:szCs w:val="24"/>
        </w:rPr>
        <w:t xml:space="preserve"> solve problems</w:t>
      </w:r>
    </w:p>
    <w:p w14:paraId="1286A2DE" w14:textId="77777777" w:rsidR="00DB36E0" w:rsidRPr="00DB36E0" w:rsidRDefault="00DB36E0" w:rsidP="00DB36E0">
      <w:p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These are the skills that shape:</w:t>
      </w:r>
    </w:p>
    <w:p w14:paraId="5222DFE9" w14:textId="77777777" w:rsidR="00DB36E0" w:rsidRPr="00DB36E0" w:rsidRDefault="00DB36E0" w:rsidP="00DB36E0">
      <w:pPr>
        <w:numPr>
          <w:ilvl w:val="0"/>
          <w:numId w:val="27"/>
        </w:numPr>
        <w:spacing w:before="100" w:beforeAutospacing="1" w:after="100" w:afterAutospacing="1" w:line="240" w:lineRule="auto"/>
        <w:rPr>
          <w:rFonts w:ascii="Times New Roman" w:eastAsia="Times New Roman" w:hAnsi="Times New Roman" w:cs="Times New Roman"/>
          <w:sz w:val="24"/>
          <w:szCs w:val="24"/>
        </w:rPr>
      </w:pPr>
      <w:proofErr w:type="gramStart"/>
      <w:r w:rsidRPr="00DB36E0">
        <w:rPr>
          <w:rFonts w:ascii="Times New Roman" w:eastAsia="Times New Roman" w:hAnsi="Times New Roman" w:cs="Times New Roman"/>
          <w:sz w:val="24"/>
          <w:szCs w:val="24"/>
        </w:rPr>
        <w:t>your</w:t>
      </w:r>
      <w:proofErr w:type="gramEnd"/>
      <w:r w:rsidRPr="00DB36E0">
        <w:rPr>
          <w:rFonts w:ascii="Times New Roman" w:eastAsia="Times New Roman" w:hAnsi="Times New Roman" w:cs="Times New Roman"/>
          <w:sz w:val="24"/>
          <w:szCs w:val="24"/>
        </w:rPr>
        <w:t xml:space="preserve"> reputation</w:t>
      </w:r>
    </w:p>
    <w:p w14:paraId="1EF4CF81" w14:textId="77777777" w:rsidR="00DB36E0" w:rsidRPr="00DB36E0" w:rsidRDefault="00DB36E0" w:rsidP="00DB36E0">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your relationships</w:t>
      </w:r>
    </w:p>
    <w:p w14:paraId="30C943E2" w14:textId="77777777" w:rsidR="00DB36E0" w:rsidRPr="00DB36E0" w:rsidRDefault="00DB36E0" w:rsidP="00DB36E0">
      <w:pPr>
        <w:numPr>
          <w:ilvl w:val="0"/>
          <w:numId w:val="27"/>
        </w:numPr>
        <w:spacing w:before="100" w:beforeAutospacing="1" w:after="100" w:afterAutospacing="1" w:line="240" w:lineRule="auto"/>
        <w:rPr>
          <w:rFonts w:ascii="Times New Roman" w:eastAsia="Times New Roman" w:hAnsi="Times New Roman" w:cs="Times New Roman"/>
          <w:sz w:val="24"/>
          <w:szCs w:val="24"/>
        </w:rPr>
      </w:pPr>
      <w:proofErr w:type="gramStart"/>
      <w:r w:rsidRPr="00DB36E0">
        <w:rPr>
          <w:rFonts w:ascii="Times New Roman" w:eastAsia="Times New Roman" w:hAnsi="Times New Roman" w:cs="Times New Roman"/>
          <w:sz w:val="24"/>
          <w:szCs w:val="24"/>
        </w:rPr>
        <w:t>your</w:t>
      </w:r>
      <w:proofErr w:type="gramEnd"/>
      <w:r w:rsidRPr="00DB36E0">
        <w:rPr>
          <w:rFonts w:ascii="Times New Roman" w:eastAsia="Times New Roman" w:hAnsi="Times New Roman" w:cs="Times New Roman"/>
          <w:sz w:val="24"/>
          <w:szCs w:val="24"/>
        </w:rPr>
        <w:t xml:space="preserve"> opportunities</w:t>
      </w:r>
    </w:p>
    <w:p w14:paraId="343DFB89" w14:textId="77777777" w:rsidR="00DB36E0" w:rsidRPr="00DB36E0" w:rsidRDefault="00DB36E0" w:rsidP="00DB36E0">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your influence</w:t>
      </w:r>
    </w:p>
    <w:p w14:paraId="48E786B8" w14:textId="77777777" w:rsidR="00DB36E0" w:rsidRPr="00DB36E0" w:rsidRDefault="00DB36E0" w:rsidP="00DB36E0">
      <w:pPr>
        <w:numPr>
          <w:ilvl w:val="0"/>
          <w:numId w:val="27"/>
        </w:numPr>
        <w:spacing w:before="100" w:beforeAutospacing="1" w:after="100" w:afterAutospacing="1" w:line="240" w:lineRule="auto"/>
        <w:rPr>
          <w:rFonts w:ascii="Times New Roman" w:eastAsia="Times New Roman" w:hAnsi="Times New Roman" w:cs="Times New Roman"/>
          <w:sz w:val="24"/>
          <w:szCs w:val="24"/>
        </w:rPr>
      </w:pPr>
      <w:proofErr w:type="gramStart"/>
      <w:r w:rsidRPr="00DB36E0">
        <w:rPr>
          <w:rFonts w:ascii="Times New Roman" w:eastAsia="Times New Roman" w:hAnsi="Times New Roman" w:cs="Times New Roman"/>
          <w:sz w:val="24"/>
          <w:szCs w:val="24"/>
        </w:rPr>
        <w:t>your</w:t>
      </w:r>
      <w:proofErr w:type="gramEnd"/>
      <w:r w:rsidRPr="00DB36E0">
        <w:rPr>
          <w:rFonts w:ascii="Times New Roman" w:eastAsia="Times New Roman" w:hAnsi="Times New Roman" w:cs="Times New Roman"/>
          <w:sz w:val="24"/>
          <w:szCs w:val="24"/>
        </w:rPr>
        <w:t xml:space="preserve"> confidence</w:t>
      </w:r>
    </w:p>
    <w:p w14:paraId="75281369" w14:textId="77777777" w:rsidR="00DB36E0" w:rsidRPr="00DB36E0" w:rsidRDefault="00DB36E0" w:rsidP="00DB36E0">
      <w:pPr>
        <w:numPr>
          <w:ilvl w:val="0"/>
          <w:numId w:val="27"/>
        </w:numPr>
        <w:spacing w:before="100" w:beforeAutospacing="1" w:after="100" w:afterAutospacing="1" w:line="240" w:lineRule="auto"/>
        <w:rPr>
          <w:rFonts w:ascii="Times New Roman" w:eastAsia="Times New Roman" w:hAnsi="Times New Roman" w:cs="Times New Roman"/>
          <w:sz w:val="24"/>
          <w:szCs w:val="24"/>
        </w:rPr>
      </w:pPr>
      <w:proofErr w:type="gramStart"/>
      <w:r w:rsidRPr="00DB36E0">
        <w:rPr>
          <w:rFonts w:ascii="Times New Roman" w:eastAsia="Times New Roman" w:hAnsi="Times New Roman" w:cs="Times New Roman"/>
          <w:sz w:val="24"/>
          <w:szCs w:val="24"/>
        </w:rPr>
        <w:t>your</w:t>
      </w:r>
      <w:proofErr w:type="gramEnd"/>
      <w:r w:rsidRPr="00DB36E0">
        <w:rPr>
          <w:rFonts w:ascii="Times New Roman" w:eastAsia="Times New Roman" w:hAnsi="Times New Roman" w:cs="Times New Roman"/>
          <w:sz w:val="24"/>
          <w:szCs w:val="24"/>
        </w:rPr>
        <w:t xml:space="preserve"> future</w:t>
      </w:r>
    </w:p>
    <w:p w14:paraId="1D7DA9CB" w14:textId="77777777" w:rsidR="00DB36E0" w:rsidRPr="00DB36E0" w:rsidRDefault="00DB36E0" w:rsidP="00DB36E0">
      <w:p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 xml:space="preserve">Leadership is not about being perfect — it’s about being </w:t>
      </w:r>
      <w:r w:rsidRPr="00DB36E0">
        <w:rPr>
          <w:rFonts w:ascii="Times New Roman" w:eastAsia="Times New Roman" w:hAnsi="Times New Roman" w:cs="Times New Roman"/>
          <w:b/>
          <w:bCs/>
          <w:sz w:val="24"/>
          <w:szCs w:val="24"/>
        </w:rPr>
        <w:t>intentional</w:t>
      </w:r>
      <w:r w:rsidRPr="00DB36E0">
        <w:rPr>
          <w:rFonts w:ascii="Times New Roman" w:eastAsia="Times New Roman" w:hAnsi="Times New Roman" w:cs="Times New Roman"/>
          <w:sz w:val="24"/>
          <w:szCs w:val="24"/>
        </w:rPr>
        <w:t>.</w:t>
      </w:r>
    </w:p>
    <w:p w14:paraId="78E793F4" w14:textId="77777777" w:rsidR="00DB36E0" w:rsidRPr="00DB36E0" w:rsidRDefault="00DB36E0" w:rsidP="00DB36E0">
      <w:p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Think about your week:</w:t>
      </w:r>
    </w:p>
    <w:p w14:paraId="6723F538" w14:textId="77777777" w:rsidR="00DB36E0" w:rsidRPr="00DB36E0" w:rsidRDefault="00DB36E0" w:rsidP="00DB36E0">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Where did you communicate more clearly?</w:t>
      </w:r>
    </w:p>
    <w:p w14:paraId="69834FAA" w14:textId="77777777" w:rsidR="00DB36E0" w:rsidRPr="00DB36E0" w:rsidRDefault="00DB36E0" w:rsidP="00DB36E0">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Where did you show calm instead of reaction?</w:t>
      </w:r>
    </w:p>
    <w:p w14:paraId="6D94234B" w14:textId="77777777" w:rsidR="00DB36E0" w:rsidRPr="00DB36E0" w:rsidRDefault="00DB36E0" w:rsidP="00DB36E0">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Where did you make a stronger decision?</w:t>
      </w:r>
    </w:p>
    <w:p w14:paraId="671ADBB8" w14:textId="77777777" w:rsidR="00DB36E0" w:rsidRPr="00DB36E0" w:rsidRDefault="00DB36E0" w:rsidP="00DB36E0">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Where did you hold a higher standard?</w:t>
      </w:r>
    </w:p>
    <w:p w14:paraId="0C6C1C35" w14:textId="77777777" w:rsidR="00DB36E0" w:rsidRPr="00DB36E0" w:rsidRDefault="00DB36E0" w:rsidP="00DB36E0">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lastRenderedPageBreak/>
        <w:t>Where did you empower someone?</w:t>
      </w:r>
    </w:p>
    <w:p w14:paraId="2A82C21F" w14:textId="77777777" w:rsidR="00DB36E0" w:rsidRPr="00DB36E0" w:rsidRDefault="00DB36E0" w:rsidP="00DB36E0">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Where did you solve the real problem?</w:t>
      </w:r>
    </w:p>
    <w:p w14:paraId="755DE0D2" w14:textId="77777777" w:rsidR="00DB36E0" w:rsidRPr="00DB36E0" w:rsidRDefault="00DB36E0" w:rsidP="00DB36E0">
      <w:p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This week wasn’t about being impressive.</w:t>
      </w:r>
      <w:r w:rsidRPr="00DB36E0">
        <w:rPr>
          <w:rFonts w:ascii="Times New Roman" w:eastAsia="Times New Roman" w:hAnsi="Times New Roman" w:cs="Times New Roman"/>
          <w:sz w:val="24"/>
          <w:szCs w:val="24"/>
        </w:rPr>
        <w:br/>
        <w:t xml:space="preserve">It was about becoming </w:t>
      </w:r>
      <w:r w:rsidRPr="00DB36E0">
        <w:rPr>
          <w:rFonts w:ascii="Times New Roman" w:eastAsia="Times New Roman" w:hAnsi="Times New Roman" w:cs="Times New Roman"/>
          <w:b/>
          <w:bCs/>
          <w:sz w:val="24"/>
          <w:szCs w:val="24"/>
        </w:rPr>
        <w:t>more consistent</w:t>
      </w:r>
      <w:r w:rsidRPr="00DB36E0">
        <w:rPr>
          <w:rFonts w:ascii="Times New Roman" w:eastAsia="Times New Roman" w:hAnsi="Times New Roman" w:cs="Times New Roman"/>
          <w:sz w:val="24"/>
          <w:szCs w:val="24"/>
        </w:rPr>
        <w:t xml:space="preserve"> with the leader you want to be.</w:t>
      </w:r>
    </w:p>
    <w:p w14:paraId="2D86D605" w14:textId="77777777" w:rsidR="00DB36E0" w:rsidRPr="00DB36E0" w:rsidRDefault="00DB36E0" w:rsidP="00DB36E0">
      <w:p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You’re not who you used to be.</w:t>
      </w:r>
      <w:r w:rsidRPr="00DB36E0">
        <w:rPr>
          <w:rFonts w:ascii="Times New Roman" w:eastAsia="Times New Roman" w:hAnsi="Times New Roman" w:cs="Times New Roman"/>
          <w:sz w:val="24"/>
          <w:szCs w:val="24"/>
        </w:rPr>
        <w:br/>
        <w:t>And you haven’t yet become everything you're meant to be.</w:t>
      </w:r>
      <w:r w:rsidRPr="00DB36E0">
        <w:rPr>
          <w:rFonts w:ascii="Times New Roman" w:eastAsia="Times New Roman" w:hAnsi="Times New Roman" w:cs="Times New Roman"/>
          <w:sz w:val="24"/>
          <w:szCs w:val="24"/>
        </w:rPr>
        <w:br/>
        <w:t>But you are on your way.</w:t>
      </w:r>
    </w:p>
    <w:p w14:paraId="28CD4FDD" w14:textId="77777777" w:rsidR="00DB36E0" w:rsidRPr="00DB36E0" w:rsidRDefault="00DB36E0" w:rsidP="00DB36E0">
      <w:p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 xml:space="preserve">Next week, we </w:t>
      </w:r>
      <w:proofErr w:type="gramStart"/>
      <w:r w:rsidRPr="00DB36E0">
        <w:rPr>
          <w:rFonts w:ascii="Times New Roman" w:eastAsia="Times New Roman" w:hAnsi="Times New Roman" w:cs="Times New Roman"/>
          <w:sz w:val="24"/>
          <w:szCs w:val="24"/>
        </w:rPr>
        <w:t>build</w:t>
      </w:r>
      <w:proofErr w:type="gramEnd"/>
      <w:r w:rsidRPr="00DB36E0">
        <w:rPr>
          <w:rFonts w:ascii="Times New Roman" w:eastAsia="Times New Roman" w:hAnsi="Times New Roman" w:cs="Times New Roman"/>
          <w:sz w:val="24"/>
          <w:szCs w:val="24"/>
        </w:rPr>
        <w:t xml:space="preserve"> </w:t>
      </w:r>
      <w:proofErr w:type="gramStart"/>
      <w:r w:rsidRPr="00DB36E0">
        <w:rPr>
          <w:rFonts w:ascii="Times New Roman" w:eastAsia="Times New Roman" w:hAnsi="Times New Roman" w:cs="Times New Roman"/>
          <w:sz w:val="24"/>
          <w:szCs w:val="24"/>
        </w:rPr>
        <w:t>deeper</w:t>
      </w:r>
      <w:proofErr w:type="gramEnd"/>
      <w:r w:rsidRPr="00DB36E0">
        <w:rPr>
          <w:rFonts w:ascii="Times New Roman" w:eastAsia="Times New Roman" w:hAnsi="Times New Roman" w:cs="Times New Roman"/>
          <w:sz w:val="24"/>
          <w:szCs w:val="24"/>
        </w:rPr>
        <w:t>:</w:t>
      </w:r>
    </w:p>
    <w:p w14:paraId="677DA727" w14:textId="77777777" w:rsidR="00DB36E0" w:rsidRPr="00DB36E0" w:rsidRDefault="00DB36E0" w:rsidP="00DB36E0">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trust</w:t>
      </w:r>
    </w:p>
    <w:p w14:paraId="5A826326" w14:textId="77777777" w:rsidR="00DB36E0" w:rsidRPr="00DB36E0" w:rsidRDefault="00DB36E0" w:rsidP="00DB36E0">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coaching</w:t>
      </w:r>
    </w:p>
    <w:p w14:paraId="57229CCB" w14:textId="77777777" w:rsidR="00DB36E0" w:rsidRPr="00DB36E0" w:rsidRDefault="00DB36E0" w:rsidP="00DB36E0">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emotional intelligence</w:t>
      </w:r>
    </w:p>
    <w:p w14:paraId="65E5F87A" w14:textId="77777777" w:rsidR="00DB36E0" w:rsidRPr="00DB36E0" w:rsidRDefault="00DB36E0" w:rsidP="00DB36E0">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influence</w:t>
      </w:r>
    </w:p>
    <w:p w14:paraId="427A4D44" w14:textId="77777777" w:rsidR="00DB36E0" w:rsidRPr="00DB36E0" w:rsidRDefault="00DB36E0" w:rsidP="00DB36E0">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strategic thinking</w:t>
      </w:r>
    </w:p>
    <w:p w14:paraId="68F30796" w14:textId="77777777" w:rsidR="00DB36E0" w:rsidRPr="00DB36E0" w:rsidRDefault="00DB36E0" w:rsidP="00DB36E0">
      <w:p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You’re stepping into leadership that will shape every part of your life.</w:t>
      </w:r>
    </w:p>
    <w:p w14:paraId="4E76F62F" w14:textId="77777777" w:rsidR="00DB36E0" w:rsidRDefault="00DB36E0" w:rsidP="00DB36E0">
      <w:pPr>
        <w:spacing w:before="100" w:beforeAutospacing="1" w:after="100" w:afterAutospacing="1" w:line="240" w:lineRule="auto"/>
        <w:rPr>
          <w:rFonts w:ascii="Times New Roman" w:eastAsia="Times New Roman" w:hAnsi="Times New Roman" w:cs="Times New Roman"/>
          <w:sz w:val="24"/>
          <w:szCs w:val="24"/>
        </w:rPr>
      </w:pPr>
      <w:r w:rsidRPr="00DB36E0">
        <w:rPr>
          <w:rFonts w:ascii="Times New Roman" w:eastAsia="Times New Roman" w:hAnsi="Times New Roman" w:cs="Times New Roman"/>
          <w:sz w:val="24"/>
          <w:szCs w:val="24"/>
        </w:rPr>
        <w:t>Keep moving forward.</w:t>
      </w:r>
    </w:p>
    <w:p w14:paraId="4FFDA720" w14:textId="77777777" w:rsidR="002B1E81" w:rsidRDefault="002B1E81" w:rsidP="00DB36E0">
      <w:pPr>
        <w:spacing w:before="100" w:beforeAutospacing="1" w:after="100" w:afterAutospacing="1" w:line="240" w:lineRule="auto"/>
        <w:rPr>
          <w:rFonts w:ascii="Times New Roman" w:eastAsia="Times New Roman" w:hAnsi="Times New Roman" w:cs="Times New Roman"/>
          <w:sz w:val="24"/>
          <w:szCs w:val="24"/>
        </w:rPr>
      </w:pPr>
    </w:p>
    <w:p w14:paraId="3B812B01" w14:textId="77777777" w:rsidR="002B1E81" w:rsidRDefault="002B1E81" w:rsidP="00DB36E0">
      <w:pPr>
        <w:spacing w:before="100" w:beforeAutospacing="1" w:after="100" w:afterAutospacing="1" w:line="240" w:lineRule="auto"/>
        <w:rPr>
          <w:rFonts w:ascii="Times New Roman" w:eastAsia="Times New Roman" w:hAnsi="Times New Roman" w:cs="Times New Roman"/>
          <w:sz w:val="24"/>
          <w:szCs w:val="24"/>
        </w:rPr>
      </w:pPr>
    </w:p>
    <w:p w14:paraId="07929895" w14:textId="77777777" w:rsidR="002B1E81" w:rsidRDefault="002B1E81" w:rsidP="00DB36E0">
      <w:pPr>
        <w:spacing w:before="100" w:beforeAutospacing="1" w:after="100" w:afterAutospacing="1" w:line="240" w:lineRule="auto"/>
        <w:rPr>
          <w:rFonts w:ascii="Times New Roman" w:eastAsia="Times New Roman" w:hAnsi="Times New Roman" w:cs="Times New Roman"/>
          <w:sz w:val="24"/>
          <w:szCs w:val="24"/>
        </w:rPr>
      </w:pPr>
    </w:p>
    <w:p w14:paraId="3F4CE291" w14:textId="77777777" w:rsidR="002B1E81" w:rsidRDefault="002B1E81" w:rsidP="00DB36E0">
      <w:pPr>
        <w:spacing w:before="100" w:beforeAutospacing="1" w:after="100" w:afterAutospacing="1" w:line="240" w:lineRule="auto"/>
        <w:rPr>
          <w:rFonts w:ascii="Times New Roman" w:eastAsia="Times New Roman" w:hAnsi="Times New Roman" w:cs="Times New Roman"/>
          <w:sz w:val="24"/>
          <w:szCs w:val="24"/>
        </w:rPr>
      </w:pPr>
    </w:p>
    <w:p w14:paraId="2B02A518" w14:textId="77777777" w:rsidR="002B1E81" w:rsidRDefault="002B1E81" w:rsidP="00DB36E0">
      <w:pPr>
        <w:spacing w:before="100" w:beforeAutospacing="1" w:after="100" w:afterAutospacing="1" w:line="240" w:lineRule="auto"/>
        <w:rPr>
          <w:rFonts w:ascii="Times New Roman" w:eastAsia="Times New Roman" w:hAnsi="Times New Roman" w:cs="Times New Roman"/>
          <w:sz w:val="24"/>
          <w:szCs w:val="24"/>
        </w:rPr>
      </w:pPr>
    </w:p>
    <w:p w14:paraId="33E3C285" w14:textId="77777777" w:rsidR="002B1E81" w:rsidRDefault="002B1E81" w:rsidP="00DB36E0">
      <w:pPr>
        <w:spacing w:before="100" w:beforeAutospacing="1" w:after="100" w:afterAutospacing="1" w:line="240" w:lineRule="auto"/>
        <w:rPr>
          <w:rFonts w:ascii="Times New Roman" w:eastAsia="Times New Roman" w:hAnsi="Times New Roman" w:cs="Times New Roman"/>
          <w:sz w:val="24"/>
          <w:szCs w:val="24"/>
        </w:rPr>
      </w:pPr>
    </w:p>
    <w:p w14:paraId="74FB12BC" w14:textId="77777777" w:rsidR="002B1E81" w:rsidRDefault="002B1E81" w:rsidP="00DB36E0">
      <w:pPr>
        <w:spacing w:before="100" w:beforeAutospacing="1" w:after="100" w:afterAutospacing="1" w:line="240" w:lineRule="auto"/>
        <w:rPr>
          <w:rFonts w:ascii="Times New Roman" w:eastAsia="Times New Roman" w:hAnsi="Times New Roman" w:cs="Times New Roman"/>
          <w:sz w:val="24"/>
          <w:szCs w:val="24"/>
        </w:rPr>
      </w:pPr>
    </w:p>
    <w:p w14:paraId="397B1913" w14:textId="77777777" w:rsidR="002B1E81" w:rsidRDefault="002B1E81" w:rsidP="00DB36E0">
      <w:pPr>
        <w:spacing w:before="100" w:beforeAutospacing="1" w:after="100" w:afterAutospacing="1" w:line="240" w:lineRule="auto"/>
        <w:rPr>
          <w:rFonts w:ascii="Times New Roman" w:eastAsia="Times New Roman" w:hAnsi="Times New Roman" w:cs="Times New Roman"/>
          <w:sz w:val="24"/>
          <w:szCs w:val="24"/>
        </w:rPr>
      </w:pPr>
    </w:p>
    <w:p w14:paraId="6DA9BE19" w14:textId="77777777" w:rsidR="002B1E81" w:rsidRDefault="002B1E81" w:rsidP="00DB36E0">
      <w:pPr>
        <w:spacing w:before="100" w:beforeAutospacing="1" w:after="100" w:afterAutospacing="1" w:line="240" w:lineRule="auto"/>
        <w:rPr>
          <w:rFonts w:ascii="Times New Roman" w:eastAsia="Times New Roman" w:hAnsi="Times New Roman" w:cs="Times New Roman"/>
          <w:sz w:val="24"/>
          <w:szCs w:val="24"/>
        </w:rPr>
      </w:pPr>
    </w:p>
    <w:p w14:paraId="5FA320E8" w14:textId="7BF7B8DF" w:rsidR="00A10F69" w:rsidRDefault="00A10F69" w:rsidP="00A10F69">
      <w:pPr>
        <w:pStyle w:val="Heading1"/>
        <w:jc w:val="center"/>
      </w:pPr>
      <w:bookmarkStart w:id="19" w:name="_Toc214330676"/>
      <w:bookmarkStart w:id="20" w:name="_Hlk214325585"/>
      <w:r>
        <w:t>Week T</w:t>
      </w:r>
      <w:r w:rsidR="00717577">
        <w:t>hree</w:t>
      </w:r>
      <w:r>
        <w:t xml:space="preserve"> — </w:t>
      </w:r>
      <w:r w:rsidR="00717577">
        <w:t>Leading Others</w:t>
      </w:r>
      <w:bookmarkEnd w:id="19"/>
    </w:p>
    <w:bookmarkEnd w:id="20"/>
    <w:p w14:paraId="310041E5" w14:textId="77777777" w:rsidR="002959B4" w:rsidRPr="002959B4" w:rsidRDefault="002959B4" w:rsidP="002959B4">
      <w:pPr>
        <w:spacing w:before="100" w:beforeAutospacing="1" w:after="100" w:afterAutospacing="1" w:line="240" w:lineRule="auto"/>
        <w:outlineLvl w:val="2"/>
        <w:rPr>
          <w:rFonts w:ascii="Times New Roman" w:eastAsia="Times New Roman" w:hAnsi="Times New Roman" w:cs="Times New Roman"/>
          <w:b/>
          <w:bCs/>
          <w:sz w:val="27"/>
          <w:szCs w:val="27"/>
        </w:rPr>
      </w:pPr>
      <w:r w:rsidRPr="002959B4">
        <w:rPr>
          <w:rFonts w:ascii="Times New Roman" w:eastAsia="Times New Roman" w:hAnsi="Times New Roman" w:cs="Times New Roman"/>
          <w:b/>
          <w:bCs/>
          <w:i/>
          <w:iCs/>
          <w:sz w:val="27"/>
          <w:szCs w:val="27"/>
        </w:rPr>
        <w:t>Leadership That Extends Beyond You</w:t>
      </w:r>
    </w:p>
    <w:p w14:paraId="71ECBF56" w14:textId="77777777" w:rsidR="002959B4" w:rsidRPr="002959B4" w:rsidRDefault="002959B4" w:rsidP="002959B4">
      <w:p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When people first hear the word “leadership,” they often picture someone speaking in front of a team, making big decisions, or standing at the front of a room.</w:t>
      </w:r>
      <w:r w:rsidRPr="002959B4">
        <w:rPr>
          <w:rFonts w:ascii="Times New Roman" w:eastAsia="Times New Roman" w:hAnsi="Times New Roman" w:cs="Times New Roman"/>
          <w:sz w:val="24"/>
          <w:szCs w:val="24"/>
        </w:rPr>
        <w:br/>
        <w:t>But I’ve learned something different throughout my life:</w:t>
      </w:r>
    </w:p>
    <w:p w14:paraId="22753B95" w14:textId="77777777" w:rsidR="002959B4" w:rsidRPr="002959B4" w:rsidRDefault="002959B4" w:rsidP="002959B4">
      <w:p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b/>
          <w:bCs/>
          <w:sz w:val="24"/>
          <w:szCs w:val="24"/>
        </w:rPr>
        <w:t>Leadership isn’t proven when life is easy — it’s proven when people are involved.</w:t>
      </w:r>
    </w:p>
    <w:p w14:paraId="067B87FE" w14:textId="77777777" w:rsidR="002959B4" w:rsidRPr="002959B4" w:rsidRDefault="002959B4" w:rsidP="002959B4">
      <w:p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People come with:</w:t>
      </w:r>
    </w:p>
    <w:p w14:paraId="4C1CCBFA" w14:textId="77777777" w:rsidR="002959B4" w:rsidRPr="002959B4" w:rsidRDefault="002959B4" w:rsidP="002959B4">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emotions</w:t>
      </w:r>
    </w:p>
    <w:p w14:paraId="07CA1236" w14:textId="77777777" w:rsidR="002959B4" w:rsidRPr="002959B4" w:rsidRDefault="002959B4" w:rsidP="002959B4">
      <w:pPr>
        <w:numPr>
          <w:ilvl w:val="0"/>
          <w:numId w:val="30"/>
        </w:numPr>
        <w:spacing w:before="100" w:beforeAutospacing="1" w:after="100" w:afterAutospacing="1" w:line="240" w:lineRule="auto"/>
        <w:rPr>
          <w:rFonts w:ascii="Times New Roman" w:eastAsia="Times New Roman" w:hAnsi="Times New Roman" w:cs="Times New Roman"/>
          <w:sz w:val="24"/>
          <w:szCs w:val="24"/>
        </w:rPr>
      </w:pPr>
      <w:proofErr w:type="gramStart"/>
      <w:r w:rsidRPr="002959B4">
        <w:rPr>
          <w:rFonts w:ascii="Times New Roman" w:eastAsia="Times New Roman" w:hAnsi="Times New Roman" w:cs="Times New Roman"/>
          <w:sz w:val="24"/>
          <w:szCs w:val="24"/>
        </w:rPr>
        <w:t>histories</w:t>
      </w:r>
      <w:proofErr w:type="gramEnd"/>
    </w:p>
    <w:p w14:paraId="6E2953AB" w14:textId="77777777" w:rsidR="002959B4" w:rsidRPr="002959B4" w:rsidRDefault="002959B4" w:rsidP="002959B4">
      <w:pPr>
        <w:numPr>
          <w:ilvl w:val="0"/>
          <w:numId w:val="30"/>
        </w:numPr>
        <w:spacing w:before="100" w:beforeAutospacing="1" w:after="100" w:afterAutospacing="1" w:line="240" w:lineRule="auto"/>
        <w:rPr>
          <w:rFonts w:ascii="Times New Roman" w:eastAsia="Times New Roman" w:hAnsi="Times New Roman" w:cs="Times New Roman"/>
          <w:sz w:val="24"/>
          <w:szCs w:val="24"/>
        </w:rPr>
      </w:pPr>
      <w:proofErr w:type="gramStart"/>
      <w:r w:rsidRPr="002959B4">
        <w:rPr>
          <w:rFonts w:ascii="Times New Roman" w:eastAsia="Times New Roman" w:hAnsi="Times New Roman" w:cs="Times New Roman"/>
          <w:sz w:val="24"/>
          <w:szCs w:val="24"/>
        </w:rPr>
        <w:t>fears</w:t>
      </w:r>
      <w:proofErr w:type="gramEnd"/>
    </w:p>
    <w:p w14:paraId="427BADD9" w14:textId="77777777" w:rsidR="002959B4" w:rsidRPr="002959B4" w:rsidRDefault="002959B4" w:rsidP="002959B4">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expectations</w:t>
      </w:r>
    </w:p>
    <w:p w14:paraId="1DC938DF" w14:textId="77777777" w:rsidR="002959B4" w:rsidRPr="002959B4" w:rsidRDefault="002959B4" w:rsidP="002959B4">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insecurities</w:t>
      </w:r>
    </w:p>
    <w:p w14:paraId="4B979116" w14:textId="77777777" w:rsidR="002959B4" w:rsidRPr="002959B4" w:rsidRDefault="002959B4" w:rsidP="002959B4">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struggles</w:t>
      </w:r>
    </w:p>
    <w:p w14:paraId="10A5DD2D" w14:textId="77777777" w:rsidR="002959B4" w:rsidRPr="002959B4" w:rsidRDefault="002959B4" w:rsidP="002959B4">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personalities</w:t>
      </w:r>
    </w:p>
    <w:p w14:paraId="4622B534" w14:textId="77777777" w:rsidR="002959B4" w:rsidRPr="002959B4" w:rsidRDefault="002959B4" w:rsidP="002959B4">
      <w:p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And they don’t all think like you.</w:t>
      </w:r>
      <w:r w:rsidRPr="002959B4">
        <w:rPr>
          <w:rFonts w:ascii="Times New Roman" w:eastAsia="Times New Roman" w:hAnsi="Times New Roman" w:cs="Times New Roman"/>
          <w:sz w:val="24"/>
          <w:szCs w:val="24"/>
        </w:rPr>
        <w:br/>
        <w:t>They don’t all behave like you.</w:t>
      </w:r>
      <w:r w:rsidRPr="002959B4">
        <w:rPr>
          <w:rFonts w:ascii="Times New Roman" w:eastAsia="Times New Roman" w:hAnsi="Times New Roman" w:cs="Times New Roman"/>
          <w:sz w:val="24"/>
          <w:szCs w:val="24"/>
        </w:rPr>
        <w:br/>
        <w:t>They don’t all communicate like you.</w:t>
      </w:r>
    </w:p>
    <w:p w14:paraId="3C8E6C06" w14:textId="77777777" w:rsidR="002959B4" w:rsidRPr="002959B4" w:rsidRDefault="002959B4" w:rsidP="002959B4">
      <w:p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That’s what makes leadership both challenging and meaningful.</w:t>
      </w:r>
    </w:p>
    <w:p w14:paraId="3ED2FDBE" w14:textId="77777777" w:rsidR="002959B4" w:rsidRPr="002959B4" w:rsidRDefault="002959B4" w:rsidP="002959B4">
      <w:p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Week One was about leading yourself.</w:t>
      </w:r>
      <w:r w:rsidRPr="002959B4">
        <w:rPr>
          <w:rFonts w:ascii="Times New Roman" w:eastAsia="Times New Roman" w:hAnsi="Times New Roman" w:cs="Times New Roman"/>
          <w:sz w:val="24"/>
          <w:szCs w:val="24"/>
        </w:rPr>
        <w:br/>
        <w:t>Week Two was about showing up with clarity, discipline, and presence.</w:t>
      </w:r>
    </w:p>
    <w:p w14:paraId="3F5D3A84" w14:textId="77777777" w:rsidR="002959B4" w:rsidRPr="002959B4" w:rsidRDefault="002959B4" w:rsidP="002959B4">
      <w:p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lastRenderedPageBreak/>
        <w:t>But Week Three?</w:t>
      </w:r>
      <w:r w:rsidRPr="002959B4">
        <w:rPr>
          <w:rFonts w:ascii="Times New Roman" w:eastAsia="Times New Roman" w:hAnsi="Times New Roman" w:cs="Times New Roman"/>
          <w:sz w:val="24"/>
          <w:szCs w:val="24"/>
        </w:rPr>
        <w:br/>
        <w:t xml:space="preserve">This is where leadership becomes </w:t>
      </w:r>
      <w:r w:rsidRPr="002959B4">
        <w:rPr>
          <w:rFonts w:ascii="Times New Roman" w:eastAsia="Times New Roman" w:hAnsi="Times New Roman" w:cs="Times New Roman"/>
          <w:i/>
          <w:iCs/>
          <w:sz w:val="24"/>
          <w:szCs w:val="24"/>
        </w:rPr>
        <w:t>real.</w:t>
      </w:r>
    </w:p>
    <w:p w14:paraId="769AA148" w14:textId="77777777" w:rsidR="002959B4" w:rsidRPr="002959B4" w:rsidRDefault="002959B4" w:rsidP="002959B4">
      <w:p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Because now it reaches other people.</w:t>
      </w:r>
    </w:p>
    <w:p w14:paraId="252A445D" w14:textId="77777777" w:rsidR="002959B4" w:rsidRPr="002959B4" w:rsidRDefault="002959B4" w:rsidP="002959B4">
      <w:p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 xml:space="preserve">You will learn </w:t>
      </w:r>
      <w:proofErr w:type="gramStart"/>
      <w:r w:rsidRPr="002959B4">
        <w:rPr>
          <w:rFonts w:ascii="Times New Roman" w:eastAsia="Times New Roman" w:hAnsi="Times New Roman" w:cs="Times New Roman"/>
          <w:sz w:val="24"/>
          <w:szCs w:val="24"/>
        </w:rPr>
        <w:t>to</w:t>
      </w:r>
      <w:proofErr w:type="gramEnd"/>
      <w:r w:rsidRPr="002959B4">
        <w:rPr>
          <w:rFonts w:ascii="Times New Roman" w:eastAsia="Times New Roman" w:hAnsi="Times New Roman" w:cs="Times New Roman"/>
          <w:sz w:val="24"/>
          <w:szCs w:val="24"/>
        </w:rPr>
        <w:t>:</w:t>
      </w:r>
    </w:p>
    <w:p w14:paraId="618D6B57" w14:textId="77777777" w:rsidR="002959B4" w:rsidRPr="002959B4" w:rsidRDefault="002959B4" w:rsidP="002959B4">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motivate</w:t>
      </w:r>
    </w:p>
    <w:p w14:paraId="095BD45B" w14:textId="77777777" w:rsidR="002959B4" w:rsidRPr="002959B4" w:rsidRDefault="002959B4" w:rsidP="002959B4">
      <w:pPr>
        <w:numPr>
          <w:ilvl w:val="0"/>
          <w:numId w:val="31"/>
        </w:numPr>
        <w:spacing w:before="100" w:beforeAutospacing="1" w:after="100" w:afterAutospacing="1" w:line="240" w:lineRule="auto"/>
        <w:rPr>
          <w:rFonts w:ascii="Times New Roman" w:eastAsia="Times New Roman" w:hAnsi="Times New Roman" w:cs="Times New Roman"/>
          <w:sz w:val="24"/>
          <w:szCs w:val="24"/>
        </w:rPr>
      </w:pPr>
      <w:proofErr w:type="gramStart"/>
      <w:r w:rsidRPr="002959B4">
        <w:rPr>
          <w:rFonts w:ascii="Times New Roman" w:eastAsia="Times New Roman" w:hAnsi="Times New Roman" w:cs="Times New Roman"/>
          <w:sz w:val="24"/>
          <w:szCs w:val="24"/>
        </w:rPr>
        <w:t>build</w:t>
      </w:r>
      <w:proofErr w:type="gramEnd"/>
      <w:r w:rsidRPr="002959B4">
        <w:rPr>
          <w:rFonts w:ascii="Times New Roman" w:eastAsia="Times New Roman" w:hAnsi="Times New Roman" w:cs="Times New Roman"/>
          <w:sz w:val="24"/>
          <w:szCs w:val="24"/>
        </w:rPr>
        <w:t xml:space="preserve"> trust</w:t>
      </w:r>
    </w:p>
    <w:p w14:paraId="22EE622E" w14:textId="77777777" w:rsidR="002959B4" w:rsidRPr="002959B4" w:rsidRDefault="002959B4" w:rsidP="002959B4">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understand emotions</w:t>
      </w:r>
    </w:p>
    <w:p w14:paraId="2E393E40" w14:textId="77777777" w:rsidR="002959B4" w:rsidRPr="002959B4" w:rsidRDefault="002959B4" w:rsidP="002959B4">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coach</w:t>
      </w:r>
    </w:p>
    <w:p w14:paraId="6515F849" w14:textId="77777777" w:rsidR="002959B4" w:rsidRPr="002959B4" w:rsidRDefault="002959B4" w:rsidP="002959B4">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influence</w:t>
      </w:r>
    </w:p>
    <w:p w14:paraId="16E2FCF6" w14:textId="77777777" w:rsidR="002959B4" w:rsidRPr="002959B4" w:rsidRDefault="002959B4" w:rsidP="002959B4">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create culture</w:t>
      </w:r>
    </w:p>
    <w:p w14:paraId="1D0F272F" w14:textId="77777777" w:rsidR="002959B4" w:rsidRPr="002959B4" w:rsidRDefault="002959B4" w:rsidP="002959B4">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lead through crisis</w:t>
      </w:r>
    </w:p>
    <w:p w14:paraId="695F0A4B" w14:textId="77777777" w:rsidR="002959B4" w:rsidRPr="002959B4" w:rsidRDefault="002959B4" w:rsidP="002959B4">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think strategically</w:t>
      </w:r>
    </w:p>
    <w:p w14:paraId="7E1ABF60" w14:textId="77777777" w:rsidR="002959B4" w:rsidRPr="002959B4" w:rsidRDefault="002959B4" w:rsidP="002959B4">
      <w:pPr>
        <w:spacing w:before="100" w:beforeAutospacing="1" w:after="100" w:afterAutospacing="1" w:line="240" w:lineRule="auto"/>
        <w:rPr>
          <w:rFonts w:ascii="Times New Roman" w:eastAsia="Times New Roman" w:hAnsi="Times New Roman" w:cs="Times New Roman"/>
          <w:sz w:val="24"/>
          <w:szCs w:val="24"/>
        </w:rPr>
      </w:pPr>
      <w:r w:rsidRPr="002959B4">
        <w:rPr>
          <w:rFonts w:ascii="Times New Roman" w:eastAsia="Times New Roman" w:hAnsi="Times New Roman" w:cs="Times New Roman"/>
          <w:sz w:val="24"/>
          <w:szCs w:val="24"/>
        </w:rPr>
        <w:t>And you’ll learn it the same way most leaders do:</w:t>
      </w:r>
      <w:r w:rsidRPr="002959B4">
        <w:rPr>
          <w:rFonts w:ascii="Times New Roman" w:eastAsia="Times New Roman" w:hAnsi="Times New Roman" w:cs="Times New Roman"/>
          <w:sz w:val="24"/>
          <w:szCs w:val="24"/>
        </w:rPr>
        <w:br/>
        <w:t>through experience, reflection, humility, and growth.</w:t>
      </w:r>
    </w:p>
    <w:p w14:paraId="752B9FE9" w14:textId="0B1BF0C6" w:rsidR="00A35E61" w:rsidRDefault="002959B4" w:rsidP="004D37AD">
      <w:pPr>
        <w:spacing w:before="100" w:beforeAutospacing="1" w:after="100" w:afterAutospacing="1" w:line="240" w:lineRule="auto"/>
      </w:pPr>
      <w:r w:rsidRPr="002959B4">
        <w:rPr>
          <w:rFonts w:ascii="Times New Roman" w:eastAsia="Times New Roman" w:hAnsi="Times New Roman" w:cs="Times New Roman"/>
          <w:sz w:val="24"/>
          <w:szCs w:val="24"/>
        </w:rPr>
        <w:t xml:space="preserve">Let’s </w:t>
      </w:r>
      <w:proofErr w:type="spellStart"/>
      <w:proofErr w:type="gramStart"/>
      <w:r w:rsidRPr="002959B4">
        <w:rPr>
          <w:rFonts w:ascii="Times New Roman" w:eastAsia="Times New Roman" w:hAnsi="Times New Roman" w:cs="Times New Roman"/>
          <w:sz w:val="24"/>
          <w:szCs w:val="24"/>
        </w:rPr>
        <w:t>begin.</w:t>
      </w:r>
      <w:r w:rsidR="00A35E61">
        <w:t>Day</w:t>
      </w:r>
      <w:proofErr w:type="spellEnd"/>
      <w:proofErr w:type="gramEnd"/>
      <w:r w:rsidR="00A35E61">
        <w:t xml:space="preserve"> </w:t>
      </w:r>
      <w:r w:rsidR="006F7425">
        <w:t>16</w:t>
      </w:r>
      <w:r w:rsidR="00A35E61">
        <w:t xml:space="preserve"> — Communication Mastery</w:t>
      </w:r>
    </w:p>
    <w:p w14:paraId="7C969A0E" w14:textId="3E0AE0D3" w:rsidR="00E44623" w:rsidRDefault="00E44623" w:rsidP="00E44623">
      <w:pPr>
        <w:pStyle w:val="Heading2"/>
      </w:pPr>
      <w:bookmarkStart w:id="21" w:name="_Toc214330677"/>
      <w:r>
        <w:t>Day 1</w:t>
      </w:r>
      <w:r w:rsidR="008432AA">
        <w:t>6</w:t>
      </w:r>
      <w:r>
        <w:t xml:space="preserve"> — </w:t>
      </w:r>
      <w:r w:rsidR="00BD1B38">
        <w:t>Motivating People</w:t>
      </w:r>
      <w:bookmarkEnd w:id="21"/>
    </w:p>
    <w:p w14:paraId="60BBE5A8" w14:textId="77777777" w:rsidR="00AA0B24" w:rsidRPr="00AA0B24" w:rsidRDefault="00AA0B24" w:rsidP="00AA0B24">
      <w:pPr>
        <w:spacing w:before="100" w:beforeAutospacing="1" w:after="100" w:afterAutospacing="1" w:line="240" w:lineRule="auto"/>
        <w:outlineLvl w:val="2"/>
        <w:rPr>
          <w:rFonts w:ascii="Times New Roman" w:eastAsia="Times New Roman" w:hAnsi="Times New Roman" w:cs="Times New Roman"/>
          <w:b/>
          <w:bCs/>
          <w:sz w:val="27"/>
          <w:szCs w:val="27"/>
        </w:rPr>
      </w:pPr>
      <w:r w:rsidRPr="00AA0B24">
        <w:rPr>
          <w:rFonts w:ascii="Times New Roman" w:eastAsia="Times New Roman" w:hAnsi="Times New Roman" w:cs="Times New Roman"/>
          <w:b/>
          <w:bCs/>
          <w:i/>
          <w:iCs/>
          <w:sz w:val="27"/>
          <w:szCs w:val="27"/>
        </w:rPr>
        <w:t xml:space="preserve">Helping Others Believe </w:t>
      </w:r>
      <w:proofErr w:type="gramStart"/>
      <w:r w:rsidRPr="00AA0B24">
        <w:rPr>
          <w:rFonts w:ascii="Times New Roman" w:eastAsia="Times New Roman" w:hAnsi="Times New Roman" w:cs="Times New Roman"/>
          <w:b/>
          <w:bCs/>
          <w:i/>
          <w:iCs/>
          <w:sz w:val="27"/>
          <w:szCs w:val="27"/>
        </w:rPr>
        <w:t>In</w:t>
      </w:r>
      <w:proofErr w:type="gramEnd"/>
      <w:r w:rsidRPr="00AA0B24">
        <w:rPr>
          <w:rFonts w:ascii="Times New Roman" w:eastAsia="Times New Roman" w:hAnsi="Times New Roman" w:cs="Times New Roman"/>
          <w:b/>
          <w:bCs/>
          <w:i/>
          <w:iCs/>
          <w:sz w:val="27"/>
          <w:szCs w:val="27"/>
        </w:rPr>
        <w:t xml:space="preserve"> Themselves</w:t>
      </w:r>
    </w:p>
    <w:p w14:paraId="23665565"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I used to think motivating people meant giving great speeches, hyping people up, or trying to “pump energy” into them.</w:t>
      </w:r>
      <w:r w:rsidRPr="00AA0B24">
        <w:rPr>
          <w:rFonts w:ascii="Times New Roman" w:eastAsia="Times New Roman" w:hAnsi="Times New Roman" w:cs="Times New Roman"/>
          <w:sz w:val="24"/>
          <w:szCs w:val="24"/>
        </w:rPr>
        <w:br/>
        <w:t>But I learned quickly that hype fades.</w:t>
      </w:r>
      <w:r w:rsidRPr="00AA0B24">
        <w:rPr>
          <w:rFonts w:ascii="Times New Roman" w:eastAsia="Times New Roman" w:hAnsi="Times New Roman" w:cs="Times New Roman"/>
          <w:sz w:val="24"/>
          <w:szCs w:val="24"/>
        </w:rPr>
        <w:br/>
        <w:t>Energy fades.</w:t>
      </w:r>
      <w:r w:rsidRPr="00AA0B24">
        <w:rPr>
          <w:rFonts w:ascii="Times New Roman" w:eastAsia="Times New Roman" w:hAnsi="Times New Roman" w:cs="Times New Roman"/>
          <w:sz w:val="24"/>
          <w:szCs w:val="24"/>
        </w:rPr>
        <w:br/>
        <w:t>Even inspiration fades.</w:t>
      </w:r>
    </w:p>
    <w:p w14:paraId="27E6C4BB"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What doesn’t fade?</w:t>
      </w:r>
    </w:p>
    <w:p w14:paraId="5B1606E2"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b/>
          <w:bCs/>
          <w:sz w:val="24"/>
          <w:szCs w:val="24"/>
        </w:rPr>
        <w:t>Identity.</w:t>
      </w:r>
      <w:r w:rsidRPr="00AA0B24">
        <w:rPr>
          <w:rFonts w:ascii="Times New Roman" w:eastAsia="Times New Roman" w:hAnsi="Times New Roman" w:cs="Times New Roman"/>
          <w:b/>
          <w:bCs/>
          <w:sz w:val="24"/>
          <w:szCs w:val="24"/>
        </w:rPr>
        <w:br/>
        <w:t>Meaning.</w:t>
      </w:r>
      <w:r w:rsidRPr="00AA0B24">
        <w:rPr>
          <w:rFonts w:ascii="Times New Roman" w:eastAsia="Times New Roman" w:hAnsi="Times New Roman" w:cs="Times New Roman"/>
          <w:b/>
          <w:bCs/>
          <w:sz w:val="24"/>
          <w:szCs w:val="24"/>
        </w:rPr>
        <w:br/>
        <w:t>Purpose.</w:t>
      </w:r>
      <w:r w:rsidRPr="00AA0B24">
        <w:rPr>
          <w:rFonts w:ascii="Times New Roman" w:eastAsia="Times New Roman" w:hAnsi="Times New Roman" w:cs="Times New Roman"/>
          <w:b/>
          <w:bCs/>
          <w:sz w:val="24"/>
          <w:szCs w:val="24"/>
        </w:rPr>
        <w:br/>
        <w:t>Belief.</w:t>
      </w:r>
    </w:p>
    <w:p w14:paraId="7712FAD8"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lastRenderedPageBreak/>
        <w:t>Motivation that lasts comes from within a person — not from pressure outside of them.</w:t>
      </w:r>
    </w:p>
    <w:p w14:paraId="2E2E1C24"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There were people in my past who didn’t need to yell at me or bribe me to step up.</w:t>
      </w:r>
      <w:r w:rsidRPr="00AA0B24">
        <w:rPr>
          <w:rFonts w:ascii="Times New Roman" w:eastAsia="Times New Roman" w:hAnsi="Times New Roman" w:cs="Times New Roman"/>
          <w:sz w:val="24"/>
          <w:szCs w:val="24"/>
        </w:rPr>
        <w:br/>
        <w:t xml:space="preserve">They simply reminded me of </w:t>
      </w:r>
      <w:r w:rsidRPr="00AA0B24">
        <w:rPr>
          <w:rFonts w:ascii="Times New Roman" w:eastAsia="Times New Roman" w:hAnsi="Times New Roman" w:cs="Times New Roman"/>
          <w:i/>
          <w:iCs/>
          <w:sz w:val="24"/>
          <w:szCs w:val="24"/>
        </w:rPr>
        <w:t>who I was</w:t>
      </w:r>
      <w:r w:rsidRPr="00AA0B24">
        <w:rPr>
          <w:rFonts w:ascii="Times New Roman" w:eastAsia="Times New Roman" w:hAnsi="Times New Roman" w:cs="Times New Roman"/>
          <w:sz w:val="24"/>
          <w:szCs w:val="24"/>
        </w:rPr>
        <w:t xml:space="preserve"> and </w:t>
      </w:r>
      <w:r w:rsidRPr="00AA0B24">
        <w:rPr>
          <w:rFonts w:ascii="Times New Roman" w:eastAsia="Times New Roman" w:hAnsi="Times New Roman" w:cs="Times New Roman"/>
          <w:i/>
          <w:iCs/>
          <w:sz w:val="24"/>
          <w:szCs w:val="24"/>
        </w:rPr>
        <w:t>what I was capable of.</w:t>
      </w:r>
      <w:r w:rsidRPr="00AA0B24">
        <w:rPr>
          <w:rFonts w:ascii="Times New Roman" w:eastAsia="Times New Roman" w:hAnsi="Times New Roman" w:cs="Times New Roman"/>
          <w:sz w:val="24"/>
          <w:szCs w:val="24"/>
        </w:rPr>
        <w:br/>
        <w:t>They helped me see something in myself I didn’t always see.</w:t>
      </w:r>
    </w:p>
    <w:p w14:paraId="39FA6BAB"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That’s real motivation.</w:t>
      </w:r>
    </w:p>
    <w:p w14:paraId="570149C0"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Here’s the model I use now:</w:t>
      </w:r>
    </w:p>
    <w:p w14:paraId="6777214A" w14:textId="77777777" w:rsidR="00AA0B24" w:rsidRPr="00AA0B24" w:rsidRDefault="00000000" w:rsidP="00AA0B2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EF82F71">
          <v:rect id="_x0000_i1052" style="width:0;height:1.5pt" o:hralign="center" o:hrstd="t" o:hr="t" fillcolor="#a0a0a0" stroked="f"/>
        </w:pict>
      </w:r>
    </w:p>
    <w:p w14:paraId="60450C37" w14:textId="77777777" w:rsidR="00AA0B24" w:rsidRPr="00AA0B24" w:rsidRDefault="00AA0B24" w:rsidP="00097EBE">
      <w:r w:rsidRPr="00AA0B24">
        <w:rPr>
          <w:rFonts w:ascii="Segoe UI Emoji" w:hAnsi="Segoe UI Emoji" w:cs="Segoe UI Emoji"/>
        </w:rPr>
        <w:t>⭐</w:t>
      </w:r>
      <w:r w:rsidRPr="00AA0B24">
        <w:t xml:space="preserve"> The Identity–Impact–Improvement Framework</w:t>
      </w:r>
    </w:p>
    <w:p w14:paraId="53F28F3E" w14:textId="77777777" w:rsidR="00AA0B24" w:rsidRPr="00AA0B24" w:rsidRDefault="00AA0B24" w:rsidP="00AA0B24">
      <w:pPr>
        <w:spacing w:before="100" w:beforeAutospacing="1" w:after="100" w:afterAutospacing="1" w:line="240" w:lineRule="auto"/>
        <w:outlineLvl w:val="2"/>
        <w:rPr>
          <w:rFonts w:ascii="Times New Roman" w:eastAsia="Times New Roman" w:hAnsi="Times New Roman" w:cs="Times New Roman"/>
          <w:b/>
          <w:bCs/>
          <w:sz w:val="27"/>
          <w:szCs w:val="27"/>
        </w:rPr>
      </w:pPr>
      <w:r w:rsidRPr="00AA0B24">
        <w:rPr>
          <w:rFonts w:ascii="Times New Roman" w:eastAsia="Times New Roman" w:hAnsi="Times New Roman" w:cs="Times New Roman"/>
          <w:b/>
          <w:bCs/>
          <w:sz w:val="27"/>
          <w:szCs w:val="27"/>
        </w:rPr>
        <w:t>1. IDENTITY — Speak to who they ARE</w:t>
      </w:r>
    </w:p>
    <w:p w14:paraId="1B6E21A1"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People rise when you tell them who they CAN BE.</w:t>
      </w:r>
    </w:p>
    <w:p w14:paraId="6B0CEABD"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Examples:</w:t>
      </w:r>
    </w:p>
    <w:p w14:paraId="699638E9" w14:textId="77777777" w:rsidR="00AA0B24" w:rsidRPr="00AA0B24" w:rsidRDefault="00AA0B24" w:rsidP="00AA0B24">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“You’re dependable.”</w:t>
      </w:r>
    </w:p>
    <w:p w14:paraId="43124458" w14:textId="77777777" w:rsidR="00AA0B24" w:rsidRPr="00AA0B24" w:rsidRDefault="00AA0B24" w:rsidP="00AA0B24">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“You always find a way.”</w:t>
      </w:r>
    </w:p>
    <w:p w14:paraId="2ED4CDEB" w14:textId="77777777" w:rsidR="00AA0B24" w:rsidRPr="00AA0B24" w:rsidRDefault="00AA0B24" w:rsidP="00AA0B24">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“You’re the kind of person who doesn’t fold.”</w:t>
      </w:r>
    </w:p>
    <w:p w14:paraId="34EC8411"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When someone believes something about themselves, their actions follow.</w:t>
      </w:r>
    </w:p>
    <w:p w14:paraId="709355E4" w14:textId="77777777" w:rsidR="00AA0B24" w:rsidRPr="00AA0B24" w:rsidRDefault="00000000" w:rsidP="00AA0B2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240C125">
          <v:rect id="_x0000_i1053" style="width:0;height:1.5pt" o:hralign="center" o:hrstd="t" o:hr="t" fillcolor="#a0a0a0" stroked="f"/>
        </w:pict>
      </w:r>
    </w:p>
    <w:p w14:paraId="5F53043C" w14:textId="77777777" w:rsidR="00AA0B24" w:rsidRPr="00AA0B24" w:rsidRDefault="00AA0B24" w:rsidP="00AA0B24">
      <w:pPr>
        <w:spacing w:before="100" w:beforeAutospacing="1" w:after="100" w:afterAutospacing="1" w:line="240" w:lineRule="auto"/>
        <w:outlineLvl w:val="2"/>
        <w:rPr>
          <w:rFonts w:ascii="Times New Roman" w:eastAsia="Times New Roman" w:hAnsi="Times New Roman" w:cs="Times New Roman"/>
          <w:b/>
          <w:bCs/>
          <w:sz w:val="27"/>
          <w:szCs w:val="27"/>
        </w:rPr>
      </w:pPr>
      <w:r w:rsidRPr="00AA0B24">
        <w:rPr>
          <w:rFonts w:ascii="Times New Roman" w:eastAsia="Times New Roman" w:hAnsi="Times New Roman" w:cs="Times New Roman"/>
          <w:b/>
          <w:bCs/>
          <w:sz w:val="27"/>
          <w:szCs w:val="27"/>
        </w:rPr>
        <w:t>2. IMPACT — Speak to who they AFFECT</w:t>
      </w:r>
    </w:p>
    <w:p w14:paraId="0ED66E1B"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People try harder when what they do matters.</w:t>
      </w:r>
    </w:p>
    <w:p w14:paraId="534AC265"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Examples:</w:t>
      </w:r>
    </w:p>
    <w:p w14:paraId="76108C8E" w14:textId="77777777" w:rsidR="00AA0B24" w:rsidRPr="00AA0B24" w:rsidRDefault="00AA0B24" w:rsidP="00AA0B24">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“Your effort makes the whole team better.”</w:t>
      </w:r>
    </w:p>
    <w:p w14:paraId="73ED2B0E" w14:textId="77777777" w:rsidR="00AA0B24" w:rsidRPr="00AA0B24" w:rsidRDefault="00AA0B24" w:rsidP="00AA0B24">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lastRenderedPageBreak/>
        <w:t>“Your calm helps the people around you.”</w:t>
      </w:r>
    </w:p>
    <w:p w14:paraId="6C99A182"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Impact creates responsibility.</w:t>
      </w:r>
    </w:p>
    <w:p w14:paraId="5CD5E7F1" w14:textId="77777777" w:rsidR="00AA0B24" w:rsidRPr="00AA0B24" w:rsidRDefault="00000000" w:rsidP="00AA0B2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93E59AC">
          <v:rect id="_x0000_i1054" style="width:0;height:1.5pt" o:hralign="center" o:hrstd="t" o:hr="t" fillcolor="#a0a0a0" stroked="f"/>
        </w:pict>
      </w:r>
    </w:p>
    <w:p w14:paraId="1530022A" w14:textId="77777777" w:rsidR="00AA0B24" w:rsidRPr="00AA0B24" w:rsidRDefault="00AA0B24" w:rsidP="00AA0B24">
      <w:pPr>
        <w:spacing w:before="100" w:beforeAutospacing="1" w:after="100" w:afterAutospacing="1" w:line="240" w:lineRule="auto"/>
        <w:outlineLvl w:val="2"/>
        <w:rPr>
          <w:rFonts w:ascii="Times New Roman" w:eastAsia="Times New Roman" w:hAnsi="Times New Roman" w:cs="Times New Roman"/>
          <w:b/>
          <w:bCs/>
          <w:sz w:val="27"/>
          <w:szCs w:val="27"/>
        </w:rPr>
      </w:pPr>
      <w:r w:rsidRPr="00AA0B24">
        <w:rPr>
          <w:rFonts w:ascii="Times New Roman" w:eastAsia="Times New Roman" w:hAnsi="Times New Roman" w:cs="Times New Roman"/>
          <w:b/>
          <w:bCs/>
          <w:sz w:val="27"/>
          <w:szCs w:val="27"/>
        </w:rPr>
        <w:t>3. IMPROVEMENT — Speak to who they’re BECOMING</w:t>
      </w:r>
    </w:p>
    <w:p w14:paraId="6DCFB12A"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People grow when you help them see a better version of themselves.</w:t>
      </w:r>
    </w:p>
    <w:p w14:paraId="53CC8308"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Examples:</w:t>
      </w:r>
    </w:p>
    <w:p w14:paraId="67CB9D99" w14:textId="77777777" w:rsidR="00AA0B24" w:rsidRPr="00AA0B24" w:rsidRDefault="00AA0B24" w:rsidP="00AA0B24">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“This challenge is shaping you.”</w:t>
      </w:r>
    </w:p>
    <w:p w14:paraId="0969F2AB" w14:textId="77777777" w:rsidR="00AA0B24" w:rsidRPr="00AA0B24" w:rsidRDefault="00AA0B24" w:rsidP="00AA0B24">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“You’re leveling up right now.”</w:t>
      </w:r>
    </w:p>
    <w:p w14:paraId="408F35CE"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Improvement builds momentum.</w:t>
      </w:r>
    </w:p>
    <w:p w14:paraId="510FF5B4" w14:textId="77777777" w:rsidR="00AA0B24" w:rsidRPr="00AA0B24" w:rsidRDefault="00000000" w:rsidP="00AA0B2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802DBED">
          <v:rect id="_x0000_i1055" style="width:0;height:1.5pt" o:hralign="center" o:hrstd="t" o:hr="t" fillcolor="#a0a0a0" stroked="f"/>
        </w:pict>
      </w:r>
    </w:p>
    <w:p w14:paraId="6C51DA5F" w14:textId="77777777" w:rsidR="00AA0B24" w:rsidRPr="00AA0B24" w:rsidRDefault="00AA0B24" w:rsidP="00AA0B24">
      <w:pPr>
        <w:spacing w:before="100" w:beforeAutospacing="1" w:after="100" w:afterAutospacing="1" w:line="240" w:lineRule="auto"/>
        <w:outlineLvl w:val="2"/>
        <w:rPr>
          <w:rFonts w:ascii="Times New Roman" w:eastAsia="Times New Roman" w:hAnsi="Times New Roman" w:cs="Times New Roman"/>
          <w:b/>
          <w:bCs/>
          <w:sz w:val="27"/>
          <w:szCs w:val="27"/>
        </w:rPr>
      </w:pPr>
      <w:r w:rsidRPr="00AA0B24">
        <w:rPr>
          <w:rFonts w:ascii="Times New Roman" w:eastAsia="Times New Roman" w:hAnsi="Times New Roman" w:cs="Times New Roman"/>
          <w:b/>
          <w:bCs/>
          <w:sz w:val="27"/>
          <w:szCs w:val="27"/>
        </w:rPr>
        <w:t>Reflection:</w:t>
      </w:r>
    </w:p>
    <w:p w14:paraId="1B336281" w14:textId="77777777" w:rsidR="00AA0B24" w:rsidRP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 xml:space="preserve">Who in your life needs encouragement </w:t>
      </w:r>
      <w:proofErr w:type="gramStart"/>
      <w:r w:rsidRPr="00AA0B24">
        <w:rPr>
          <w:rFonts w:ascii="Times New Roman" w:eastAsia="Times New Roman" w:hAnsi="Times New Roman" w:cs="Times New Roman"/>
          <w:sz w:val="24"/>
          <w:szCs w:val="24"/>
        </w:rPr>
        <w:t>spoken</w:t>
      </w:r>
      <w:proofErr w:type="gramEnd"/>
      <w:r w:rsidRPr="00AA0B24">
        <w:rPr>
          <w:rFonts w:ascii="Times New Roman" w:eastAsia="Times New Roman" w:hAnsi="Times New Roman" w:cs="Times New Roman"/>
          <w:sz w:val="24"/>
          <w:szCs w:val="24"/>
        </w:rPr>
        <w:t xml:space="preserve"> to their identity, impact, or improvement?</w:t>
      </w:r>
    </w:p>
    <w:p w14:paraId="1D56A93C" w14:textId="77777777" w:rsidR="00AA0B24" w:rsidRPr="00AA0B24" w:rsidRDefault="00AA0B24" w:rsidP="00AA0B24">
      <w:pPr>
        <w:spacing w:before="100" w:beforeAutospacing="1" w:after="100" w:afterAutospacing="1" w:line="240" w:lineRule="auto"/>
        <w:outlineLvl w:val="2"/>
        <w:rPr>
          <w:rFonts w:ascii="Times New Roman" w:eastAsia="Times New Roman" w:hAnsi="Times New Roman" w:cs="Times New Roman"/>
          <w:b/>
          <w:bCs/>
          <w:sz w:val="27"/>
          <w:szCs w:val="27"/>
        </w:rPr>
      </w:pPr>
      <w:r w:rsidRPr="00AA0B24">
        <w:rPr>
          <w:rFonts w:ascii="Times New Roman" w:eastAsia="Times New Roman" w:hAnsi="Times New Roman" w:cs="Times New Roman"/>
          <w:b/>
          <w:bCs/>
          <w:sz w:val="27"/>
          <w:szCs w:val="27"/>
        </w:rPr>
        <w:t>Leadership Challenge:</w:t>
      </w:r>
    </w:p>
    <w:p w14:paraId="20A72962" w14:textId="77777777" w:rsidR="00AA0B24" w:rsidRDefault="00AA0B24" w:rsidP="00AA0B24">
      <w:pPr>
        <w:spacing w:before="100" w:beforeAutospacing="1" w:after="100" w:afterAutospacing="1" w:line="240" w:lineRule="auto"/>
        <w:rPr>
          <w:rFonts w:ascii="Times New Roman" w:eastAsia="Times New Roman" w:hAnsi="Times New Roman" w:cs="Times New Roman"/>
          <w:sz w:val="24"/>
          <w:szCs w:val="24"/>
        </w:rPr>
      </w:pPr>
      <w:r w:rsidRPr="00AA0B24">
        <w:rPr>
          <w:rFonts w:ascii="Times New Roman" w:eastAsia="Times New Roman" w:hAnsi="Times New Roman" w:cs="Times New Roman"/>
          <w:sz w:val="24"/>
          <w:szCs w:val="24"/>
        </w:rPr>
        <w:t>Today, tell ONE person something true about who they are becoming.</w:t>
      </w:r>
    </w:p>
    <w:p w14:paraId="5CB7EB1D" w14:textId="77777777" w:rsidR="00643B96" w:rsidRDefault="00643B96" w:rsidP="00643B96">
      <w:pPr>
        <w:pStyle w:val="Heading2"/>
      </w:pPr>
      <w:bookmarkStart w:id="22" w:name="_Toc214330678"/>
      <w:r>
        <w:t>Day 17 — Building Trust</w:t>
      </w:r>
      <w:bookmarkEnd w:id="22"/>
    </w:p>
    <w:p w14:paraId="0E52C8B3" w14:textId="77777777" w:rsidR="00B12D36" w:rsidRPr="00B12D36" w:rsidRDefault="00B12D36" w:rsidP="00B12D36">
      <w:pPr>
        <w:spacing w:before="100" w:beforeAutospacing="1" w:after="100" w:afterAutospacing="1" w:line="240" w:lineRule="auto"/>
        <w:outlineLvl w:val="2"/>
        <w:rPr>
          <w:rFonts w:ascii="Times New Roman" w:eastAsia="Times New Roman" w:hAnsi="Times New Roman" w:cs="Times New Roman"/>
          <w:b/>
          <w:bCs/>
          <w:sz w:val="27"/>
          <w:szCs w:val="27"/>
        </w:rPr>
      </w:pPr>
      <w:r w:rsidRPr="00B12D36">
        <w:rPr>
          <w:rFonts w:ascii="Times New Roman" w:eastAsia="Times New Roman" w:hAnsi="Times New Roman" w:cs="Times New Roman"/>
          <w:b/>
          <w:bCs/>
          <w:i/>
          <w:iCs/>
          <w:sz w:val="27"/>
          <w:szCs w:val="27"/>
        </w:rPr>
        <w:t>Trust Is Built in Behaviors, Not Promises</w:t>
      </w:r>
    </w:p>
    <w:p w14:paraId="18EA4090"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t>Leadership without trust is like trying to build a house without a foundation — everything will collapse eventually.</w:t>
      </w:r>
    </w:p>
    <w:p w14:paraId="6DBB9D5D"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lastRenderedPageBreak/>
        <w:t>There were moments in my own life where I thought I was doing well…</w:t>
      </w:r>
      <w:r w:rsidRPr="00B12D36">
        <w:rPr>
          <w:rFonts w:ascii="Times New Roman" w:eastAsia="Times New Roman" w:hAnsi="Times New Roman" w:cs="Times New Roman"/>
          <w:sz w:val="24"/>
          <w:szCs w:val="24"/>
        </w:rPr>
        <w:br/>
        <w:t>until I realized someone didn’t trust me the way I assumed they did.</w:t>
      </w:r>
      <w:r w:rsidRPr="00B12D36">
        <w:rPr>
          <w:rFonts w:ascii="Times New Roman" w:eastAsia="Times New Roman" w:hAnsi="Times New Roman" w:cs="Times New Roman"/>
          <w:sz w:val="24"/>
          <w:szCs w:val="24"/>
        </w:rPr>
        <w:br/>
        <w:t>Not because I was dishonest — but because I wasn’t consistent enough.</w:t>
      </w:r>
      <w:r w:rsidRPr="00B12D36">
        <w:rPr>
          <w:rFonts w:ascii="Times New Roman" w:eastAsia="Times New Roman" w:hAnsi="Times New Roman" w:cs="Times New Roman"/>
          <w:sz w:val="24"/>
          <w:szCs w:val="24"/>
        </w:rPr>
        <w:br/>
        <w:t xml:space="preserve">I didn’t realize that </w:t>
      </w:r>
      <w:r w:rsidRPr="00B12D36">
        <w:rPr>
          <w:rFonts w:ascii="Times New Roman" w:eastAsia="Times New Roman" w:hAnsi="Times New Roman" w:cs="Times New Roman"/>
          <w:b/>
          <w:bCs/>
          <w:sz w:val="24"/>
          <w:szCs w:val="24"/>
        </w:rPr>
        <w:t>trust isn’t about being “nice” — it’s about being reliable.</w:t>
      </w:r>
    </w:p>
    <w:p w14:paraId="5190FCCF"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t>Trust is earned one behavior at a time.</w:t>
      </w:r>
    </w:p>
    <w:p w14:paraId="423F6D23"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t>Here’s the trust pyramid I use now:</w:t>
      </w:r>
    </w:p>
    <w:p w14:paraId="164AACB0" w14:textId="77777777" w:rsidR="00B12D36" w:rsidRPr="00B12D36" w:rsidRDefault="00000000" w:rsidP="00B12D3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23C527E">
          <v:rect id="_x0000_i1056" style="width:0;height:1.5pt" o:hralign="center" o:hrstd="t" o:hr="t" fillcolor="#a0a0a0" stroked="f"/>
        </w:pict>
      </w:r>
    </w:p>
    <w:p w14:paraId="49CF8EAA" w14:textId="77777777" w:rsidR="00B12D36" w:rsidRPr="00B12D36" w:rsidRDefault="00B12D36" w:rsidP="00097EBE">
      <w:r w:rsidRPr="00B12D36">
        <w:rPr>
          <w:rFonts w:ascii="Segoe UI Emoji" w:hAnsi="Segoe UI Emoji" w:cs="Segoe UI Emoji"/>
        </w:rPr>
        <w:t>⭐</w:t>
      </w:r>
      <w:r w:rsidRPr="00B12D36">
        <w:t xml:space="preserve"> The Trust Pyramid</w:t>
      </w:r>
    </w:p>
    <w:p w14:paraId="3AA0E879" w14:textId="77777777" w:rsidR="00B12D36" w:rsidRPr="00B12D36" w:rsidRDefault="00B12D36" w:rsidP="00B12D36">
      <w:pPr>
        <w:spacing w:before="100" w:beforeAutospacing="1" w:after="100" w:afterAutospacing="1" w:line="240" w:lineRule="auto"/>
        <w:outlineLvl w:val="2"/>
        <w:rPr>
          <w:rFonts w:ascii="Times New Roman" w:eastAsia="Times New Roman" w:hAnsi="Times New Roman" w:cs="Times New Roman"/>
          <w:b/>
          <w:bCs/>
          <w:sz w:val="27"/>
          <w:szCs w:val="27"/>
        </w:rPr>
      </w:pPr>
      <w:r w:rsidRPr="00B12D36">
        <w:rPr>
          <w:rFonts w:ascii="Times New Roman" w:eastAsia="Times New Roman" w:hAnsi="Times New Roman" w:cs="Times New Roman"/>
          <w:b/>
          <w:bCs/>
          <w:sz w:val="27"/>
          <w:szCs w:val="27"/>
        </w:rPr>
        <w:t>1. INTEGRITY — “I trust your character.”</w:t>
      </w:r>
    </w:p>
    <w:p w14:paraId="4A034632"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t>You tell the truth.</w:t>
      </w:r>
      <w:r w:rsidRPr="00B12D36">
        <w:rPr>
          <w:rFonts w:ascii="Times New Roman" w:eastAsia="Times New Roman" w:hAnsi="Times New Roman" w:cs="Times New Roman"/>
          <w:sz w:val="24"/>
          <w:szCs w:val="24"/>
        </w:rPr>
        <w:br/>
        <w:t>You honor your word.</w:t>
      </w:r>
      <w:r w:rsidRPr="00B12D36">
        <w:rPr>
          <w:rFonts w:ascii="Times New Roman" w:eastAsia="Times New Roman" w:hAnsi="Times New Roman" w:cs="Times New Roman"/>
          <w:sz w:val="24"/>
          <w:szCs w:val="24"/>
        </w:rPr>
        <w:br/>
        <w:t>You don’t manipulate or hide.</w:t>
      </w:r>
    </w:p>
    <w:p w14:paraId="7AA8B6A4"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t>Integrity creates safety.</w:t>
      </w:r>
    </w:p>
    <w:p w14:paraId="3573A08C" w14:textId="77777777" w:rsidR="00B12D36" w:rsidRPr="00B12D36" w:rsidRDefault="00000000" w:rsidP="00B12D3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F35AA7B">
          <v:rect id="_x0000_i1057" style="width:0;height:1.5pt" o:hralign="center" o:hrstd="t" o:hr="t" fillcolor="#a0a0a0" stroked="f"/>
        </w:pict>
      </w:r>
    </w:p>
    <w:p w14:paraId="2FE2F526" w14:textId="77777777" w:rsidR="00B12D36" w:rsidRPr="00B12D36" w:rsidRDefault="00B12D36" w:rsidP="00B12D36">
      <w:pPr>
        <w:spacing w:before="100" w:beforeAutospacing="1" w:after="100" w:afterAutospacing="1" w:line="240" w:lineRule="auto"/>
        <w:outlineLvl w:val="2"/>
        <w:rPr>
          <w:rFonts w:ascii="Times New Roman" w:eastAsia="Times New Roman" w:hAnsi="Times New Roman" w:cs="Times New Roman"/>
          <w:b/>
          <w:bCs/>
          <w:sz w:val="27"/>
          <w:szCs w:val="27"/>
        </w:rPr>
      </w:pPr>
      <w:r w:rsidRPr="00B12D36">
        <w:rPr>
          <w:rFonts w:ascii="Times New Roman" w:eastAsia="Times New Roman" w:hAnsi="Times New Roman" w:cs="Times New Roman"/>
          <w:b/>
          <w:bCs/>
          <w:sz w:val="27"/>
          <w:szCs w:val="27"/>
        </w:rPr>
        <w:t>2. CLARITY — “I know where you stand.”</w:t>
      </w:r>
    </w:p>
    <w:p w14:paraId="30E387ED"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t>Your expectations don’t change depending on your mood.</w:t>
      </w:r>
      <w:r w:rsidRPr="00B12D36">
        <w:rPr>
          <w:rFonts w:ascii="Times New Roman" w:eastAsia="Times New Roman" w:hAnsi="Times New Roman" w:cs="Times New Roman"/>
          <w:sz w:val="24"/>
          <w:szCs w:val="24"/>
        </w:rPr>
        <w:br/>
        <w:t>People always know what to expect from you.</w:t>
      </w:r>
    </w:p>
    <w:p w14:paraId="23E24FC3"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t>Clarity creates stability.</w:t>
      </w:r>
    </w:p>
    <w:p w14:paraId="3C1ABC50" w14:textId="77777777" w:rsidR="00B12D36" w:rsidRPr="00B12D36" w:rsidRDefault="00000000" w:rsidP="00B12D3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8D9EA28">
          <v:rect id="_x0000_i1058" style="width:0;height:1.5pt" o:hralign="center" o:hrstd="t" o:hr="t" fillcolor="#a0a0a0" stroked="f"/>
        </w:pict>
      </w:r>
    </w:p>
    <w:p w14:paraId="68B7260C" w14:textId="77777777" w:rsidR="00B12D36" w:rsidRPr="00B12D36" w:rsidRDefault="00B12D36" w:rsidP="00B12D36">
      <w:pPr>
        <w:spacing w:before="100" w:beforeAutospacing="1" w:after="100" w:afterAutospacing="1" w:line="240" w:lineRule="auto"/>
        <w:outlineLvl w:val="2"/>
        <w:rPr>
          <w:rFonts w:ascii="Times New Roman" w:eastAsia="Times New Roman" w:hAnsi="Times New Roman" w:cs="Times New Roman"/>
          <w:b/>
          <w:bCs/>
          <w:sz w:val="27"/>
          <w:szCs w:val="27"/>
        </w:rPr>
      </w:pPr>
      <w:r w:rsidRPr="00B12D36">
        <w:rPr>
          <w:rFonts w:ascii="Times New Roman" w:eastAsia="Times New Roman" w:hAnsi="Times New Roman" w:cs="Times New Roman"/>
          <w:b/>
          <w:bCs/>
          <w:sz w:val="27"/>
          <w:szCs w:val="27"/>
        </w:rPr>
        <w:t>3. CAPABILITY — “I trust you know what you’re doing.”</w:t>
      </w:r>
    </w:p>
    <w:p w14:paraId="553B8428"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lastRenderedPageBreak/>
        <w:t>You follow through.</w:t>
      </w:r>
      <w:r w:rsidRPr="00B12D36">
        <w:rPr>
          <w:rFonts w:ascii="Times New Roman" w:eastAsia="Times New Roman" w:hAnsi="Times New Roman" w:cs="Times New Roman"/>
          <w:sz w:val="24"/>
          <w:szCs w:val="24"/>
        </w:rPr>
        <w:br/>
        <w:t>You keep growing.</w:t>
      </w:r>
      <w:r w:rsidRPr="00B12D36">
        <w:rPr>
          <w:rFonts w:ascii="Times New Roman" w:eastAsia="Times New Roman" w:hAnsi="Times New Roman" w:cs="Times New Roman"/>
          <w:sz w:val="24"/>
          <w:szCs w:val="24"/>
        </w:rPr>
        <w:br/>
        <w:t>You stay sharp.</w:t>
      </w:r>
    </w:p>
    <w:p w14:paraId="6749DEA7"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t>Capability creates confidence.</w:t>
      </w:r>
    </w:p>
    <w:p w14:paraId="17EF8AA1" w14:textId="77777777" w:rsidR="00B12D36" w:rsidRPr="00B12D36" w:rsidRDefault="00000000" w:rsidP="00B12D3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AF8C038">
          <v:rect id="_x0000_i1059" style="width:0;height:1.5pt" o:hralign="center" o:hrstd="t" o:hr="t" fillcolor="#a0a0a0" stroked="f"/>
        </w:pict>
      </w:r>
    </w:p>
    <w:p w14:paraId="5BA613C9" w14:textId="77777777" w:rsidR="00B12D36" w:rsidRPr="00B12D36" w:rsidRDefault="00B12D36" w:rsidP="00B12D36">
      <w:pPr>
        <w:spacing w:before="100" w:beforeAutospacing="1" w:after="100" w:afterAutospacing="1" w:line="240" w:lineRule="auto"/>
        <w:outlineLvl w:val="2"/>
        <w:rPr>
          <w:rFonts w:ascii="Times New Roman" w:eastAsia="Times New Roman" w:hAnsi="Times New Roman" w:cs="Times New Roman"/>
          <w:b/>
          <w:bCs/>
          <w:sz w:val="27"/>
          <w:szCs w:val="27"/>
        </w:rPr>
      </w:pPr>
      <w:r w:rsidRPr="00B12D36">
        <w:rPr>
          <w:rFonts w:ascii="Times New Roman" w:eastAsia="Times New Roman" w:hAnsi="Times New Roman" w:cs="Times New Roman"/>
          <w:b/>
          <w:bCs/>
          <w:sz w:val="27"/>
          <w:szCs w:val="27"/>
        </w:rPr>
        <w:t>4. CARE — “I believe you care about me.”</w:t>
      </w:r>
    </w:p>
    <w:p w14:paraId="0D51E2EF"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t>You don’t treat people like tools.</w:t>
      </w:r>
      <w:r w:rsidRPr="00B12D36">
        <w:rPr>
          <w:rFonts w:ascii="Times New Roman" w:eastAsia="Times New Roman" w:hAnsi="Times New Roman" w:cs="Times New Roman"/>
          <w:sz w:val="24"/>
          <w:szCs w:val="24"/>
        </w:rPr>
        <w:br/>
        <w:t>You see the human first.</w:t>
      </w:r>
    </w:p>
    <w:p w14:paraId="197BA74B"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t>Care creates loyalty.</w:t>
      </w:r>
    </w:p>
    <w:p w14:paraId="37CDB220" w14:textId="77777777" w:rsidR="00B12D36" w:rsidRPr="00B12D36" w:rsidRDefault="00000000" w:rsidP="00B12D3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3F30D52">
          <v:rect id="_x0000_i1060" style="width:0;height:1.5pt" o:hralign="center" o:hrstd="t" o:hr="t" fillcolor="#a0a0a0" stroked="f"/>
        </w:pict>
      </w:r>
    </w:p>
    <w:p w14:paraId="69375335"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t>When one layer is missing, trust weakens.</w:t>
      </w:r>
      <w:r w:rsidRPr="00B12D36">
        <w:rPr>
          <w:rFonts w:ascii="Times New Roman" w:eastAsia="Times New Roman" w:hAnsi="Times New Roman" w:cs="Times New Roman"/>
          <w:sz w:val="24"/>
          <w:szCs w:val="24"/>
        </w:rPr>
        <w:br/>
        <w:t>When two layers are missing, trust breaks.</w:t>
      </w:r>
      <w:r w:rsidRPr="00B12D36">
        <w:rPr>
          <w:rFonts w:ascii="Times New Roman" w:eastAsia="Times New Roman" w:hAnsi="Times New Roman" w:cs="Times New Roman"/>
          <w:sz w:val="24"/>
          <w:szCs w:val="24"/>
        </w:rPr>
        <w:br/>
        <w:t>When three layers are missing, trust dies.</w:t>
      </w:r>
    </w:p>
    <w:p w14:paraId="0A801371"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t>True leadership is maintaining all four.</w:t>
      </w:r>
    </w:p>
    <w:p w14:paraId="6E767AD7" w14:textId="77777777" w:rsidR="00B12D36" w:rsidRPr="00B12D36" w:rsidRDefault="00B12D36" w:rsidP="00B12D36">
      <w:pPr>
        <w:spacing w:before="100" w:beforeAutospacing="1" w:after="100" w:afterAutospacing="1" w:line="240" w:lineRule="auto"/>
        <w:outlineLvl w:val="2"/>
        <w:rPr>
          <w:rFonts w:ascii="Times New Roman" w:eastAsia="Times New Roman" w:hAnsi="Times New Roman" w:cs="Times New Roman"/>
          <w:b/>
          <w:bCs/>
          <w:sz w:val="27"/>
          <w:szCs w:val="27"/>
        </w:rPr>
      </w:pPr>
      <w:r w:rsidRPr="00B12D36">
        <w:rPr>
          <w:rFonts w:ascii="Times New Roman" w:eastAsia="Times New Roman" w:hAnsi="Times New Roman" w:cs="Times New Roman"/>
          <w:b/>
          <w:bCs/>
          <w:sz w:val="27"/>
          <w:szCs w:val="27"/>
        </w:rPr>
        <w:t>Reflection:</w:t>
      </w:r>
    </w:p>
    <w:p w14:paraId="52536B10"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t>Which of the four trust layers do you want to strengthen this week?</w:t>
      </w:r>
    </w:p>
    <w:p w14:paraId="653F2073" w14:textId="77777777" w:rsidR="00B12D36" w:rsidRPr="00B12D36" w:rsidRDefault="00B12D36" w:rsidP="00B12D36">
      <w:pPr>
        <w:spacing w:before="100" w:beforeAutospacing="1" w:after="100" w:afterAutospacing="1" w:line="240" w:lineRule="auto"/>
        <w:outlineLvl w:val="2"/>
        <w:rPr>
          <w:rFonts w:ascii="Times New Roman" w:eastAsia="Times New Roman" w:hAnsi="Times New Roman" w:cs="Times New Roman"/>
          <w:b/>
          <w:bCs/>
          <w:sz w:val="27"/>
          <w:szCs w:val="27"/>
        </w:rPr>
      </w:pPr>
      <w:r w:rsidRPr="00B12D36">
        <w:rPr>
          <w:rFonts w:ascii="Times New Roman" w:eastAsia="Times New Roman" w:hAnsi="Times New Roman" w:cs="Times New Roman"/>
          <w:b/>
          <w:bCs/>
          <w:sz w:val="27"/>
          <w:szCs w:val="27"/>
        </w:rPr>
        <w:t>Leadership Challenge:</w:t>
      </w:r>
    </w:p>
    <w:p w14:paraId="41CCBB3C" w14:textId="77777777" w:rsidR="00B12D36" w:rsidRPr="00B12D36" w:rsidRDefault="00B12D36" w:rsidP="00B12D36">
      <w:pPr>
        <w:spacing w:before="100" w:beforeAutospacing="1" w:after="100" w:afterAutospacing="1" w:line="240" w:lineRule="auto"/>
        <w:rPr>
          <w:rFonts w:ascii="Times New Roman" w:eastAsia="Times New Roman" w:hAnsi="Times New Roman" w:cs="Times New Roman"/>
          <w:sz w:val="24"/>
          <w:szCs w:val="24"/>
        </w:rPr>
      </w:pPr>
      <w:r w:rsidRPr="00B12D36">
        <w:rPr>
          <w:rFonts w:ascii="Times New Roman" w:eastAsia="Times New Roman" w:hAnsi="Times New Roman" w:cs="Times New Roman"/>
          <w:sz w:val="24"/>
          <w:szCs w:val="24"/>
        </w:rPr>
        <w:t>Perform ONE trust-building behavior today.</w:t>
      </w:r>
    </w:p>
    <w:p w14:paraId="2041CE90" w14:textId="6DF9CD23" w:rsidR="00B12D36" w:rsidRDefault="00B12D36" w:rsidP="00B12D36">
      <w:pPr>
        <w:pStyle w:val="Heading2"/>
      </w:pPr>
      <w:bookmarkStart w:id="23" w:name="_Toc214330679"/>
      <w:r>
        <w:t>Day 1</w:t>
      </w:r>
      <w:r w:rsidR="00E266B3">
        <w:t>8</w:t>
      </w:r>
      <w:r>
        <w:t xml:space="preserve"> — Emotional Intelligence (EO)</w:t>
      </w:r>
      <w:bookmarkEnd w:id="23"/>
    </w:p>
    <w:p w14:paraId="300D184E" w14:textId="77777777" w:rsidR="00A56C68" w:rsidRPr="00A56C68" w:rsidRDefault="00A56C68" w:rsidP="00A56C68">
      <w:pPr>
        <w:spacing w:before="100" w:beforeAutospacing="1" w:after="100" w:afterAutospacing="1" w:line="240" w:lineRule="auto"/>
        <w:outlineLvl w:val="2"/>
        <w:rPr>
          <w:rFonts w:ascii="Times New Roman" w:eastAsia="Times New Roman" w:hAnsi="Times New Roman" w:cs="Times New Roman"/>
          <w:b/>
          <w:bCs/>
          <w:sz w:val="27"/>
          <w:szCs w:val="27"/>
        </w:rPr>
      </w:pPr>
      <w:r w:rsidRPr="00A56C68">
        <w:rPr>
          <w:rFonts w:ascii="Times New Roman" w:eastAsia="Times New Roman" w:hAnsi="Times New Roman" w:cs="Times New Roman"/>
          <w:b/>
          <w:bCs/>
          <w:i/>
          <w:iCs/>
          <w:sz w:val="27"/>
          <w:szCs w:val="27"/>
        </w:rPr>
        <w:t>Understanding Yourself Helps You Understand Others</w:t>
      </w:r>
    </w:p>
    <w:p w14:paraId="016A4626" w14:textId="77777777" w:rsidR="00A56C68" w:rsidRPr="00A56C68" w:rsidRDefault="00A56C68" w:rsidP="00A56C68">
      <w:p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 xml:space="preserve">There were times in my life when I misunderstood people simply because I didn’t slow down long enough to see what was really </w:t>
      </w:r>
      <w:r w:rsidRPr="00A56C68">
        <w:rPr>
          <w:rFonts w:ascii="Times New Roman" w:eastAsia="Times New Roman" w:hAnsi="Times New Roman" w:cs="Times New Roman"/>
          <w:sz w:val="24"/>
          <w:szCs w:val="24"/>
        </w:rPr>
        <w:lastRenderedPageBreak/>
        <w:t>happening.</w:t>
      </w:r>
      <w:r w:rsidRPr="00A56C68">
        <w:rPr>
          <w:rFonts w:ascii="Times New Roman" w:eastAsia="Times New Roman" w:hAnsi="Times New Roman" w:cs="Times New Roman"/>
          <w:sz w:val="24"/>
          <w:szCs w:val="24"/>
        </w:rPr>
        <w:br/>
        <w:t>Or I assumed someone’s emotion was about me when it wasn’t.</w:t>
      </w:r>
      <w:r w:rsidRPr="00A56C68">
        <w:rPr>
          <w:rFonts w:ascii="Times New Roman" w:eastAsia="Times New Roman" w:hAnsi="Times New Roman" w:cs="Times New Roman"/>
          <w:sz w:val="24"/>
          <w:szCs w:val="24"/>
        </w:rPr>
        <w:br/>
        <w:t>Or I took things personally when I shouldn’t have.</w:t>
      </w:r>
    </w:p>
    <w:p w14:paraId="6511E32A" w14:textId="77777777" w:rsidR="00A56C68" w:rsidRPr="00A56C68" w:rsidRDefault="00A56C68" w:rsidP="00A56C68">
      <w:p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That’s normal.</w:t>
      </w:r>
      <w:r w:rsidRPr="00A56C68">
        <w:rPr>
          <w:rFonts w:ascii="Times New Roman" w:eastAsia="Times New Roman" w:hAnsi="Times New Roman" w:cs="Times New Roman"/>
          <w:sz w:val="24"/>
          <w:szCs w:val="24"/>
        </w:rPr>
        <w:br/>
        <w:t>It’s also exactly why emotional intelligence matters.</w:t>
      </w:r>
    </w:p>
    <w:p w14:paraId="7A44A769" w14:textId="77777777" w:rsidR="00A56C68" w:rsidRPr="00A56C68" w:rsidRDefault="00A56C68" w:rsidP="00A56C68">
      <w:p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b/>
          <w:bCs/>
          <w:sz w:val="24"/>
          <w:szCs w:val="24"/>
        </w:rPr>
        <w:t>EQ is one of the strongest predictors of leadership success.</w:t>
      </w:r>
    </w:p>
    <w:p w14:paraId="36D754B1" w14:textId="77777777" w:rsidR="00A56C68" w:rsidRPr="00A56C68" w:rsidRDefault="00A56C68" w:rsidP="00A56C68">
      <w:p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It helps you:</w:t>
      </w:r>
    </w:p>
    <w:p w14:paraId="7DD8D35A" w14:textId="77777777" w:rsidR="00A56C68" w:rsidRPr="00A56C68" w:rsidRDefault="00A56C68" w:rsidP="00A56C68">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reduce conflict</w:t>
      </w:r>
    </w:p>
    <w:p w14:paraId="023127B9" w14:textId="77777777" w:rsidR="00A56C68" w:rsidRPr="00A56C68" w:rsidRDefault="00A56C68" w:rsidP="00A56C68">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understand tone</w:t>
      </w:r>
    </w:p>
    <w:p w14:paraId="32CD99C8" w14:textId="77777777" w:rsidR="00A56C68" w:rsidRPr="00A56C68" w:rsidRDefault="00A56C68" w:rsidP="00A56C68">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show empathy</w:t>
      </w:r>
    </w:p>
    <w:p w14:paraId="149162A1" w14:textId="77777777" w:rsidR="00A56C68" w:rsidRPr="00A56C68" w:rsidRDefault="00A56C68" w:rsidP="00A56C68">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lead conversations</w:t>
      </w:r>
    </w:p>
    <w:p w14:paraId="28818438" w14:textId="77777777" w:rsidR="00A56C68" w:rsidRPr="00A56C68" w:rsidRDefault="00A56C68" w:rsidP="00A56C68">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maintain calm</w:t>
      </w:r>
    </w:p>
    <w:p w14:paraId="0BBA27FF" w14:textId="77777777" w:rsidR="00A56C68" w:rsidRPr="00A56C68" w:rsidRDefault="00A56C68" w:rsidP="00A56C68">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avoid assumptions</w:t>
      </w:r>
    </w:p>
    <w:p w14:paraId="7F9D1855" w14:textId="77777777" w:rsidR="00A56C68" w:rsidRPr="00A56C68" w:rsidRDefault="00A56C68" w:rsidP="00A56C68">
      <w:pPr>
        <w:numPr>
          <w:ilvl w:val="0"/>
          <w:numId w:val="35"/>
        </w:numPr>
        <w:spacing w:before="100" w:beforeAutospacing="1" w:after="100" w:afterAutospacing="1" w:line="240" w:lineRule="auto"/>
        <w:rPr>
          <w:rFonts w:ascii="Times New Roman" w:eastAsia="Times New Roman" w:hAnsi="Times New Roman" w:cs="Times New Roman"/>
          <w:sz w:val="24"/>
          <w:szCs w:val="24"/>
        </w:rPr>
      </w:pPr>
      <w:proofErr w:type="gramStart"/>
      <w:r w:rsidRPr="00A56C68">
        <w:rPr>
          <w:rFonts w:ascii="Times New Roman" w:eastAsia="Times New Roman" w:hAnsi="Times New Roman" w:cs="Times New Roman"/>
          <w:sz w:val="24"/>
          <w:szCs w:val="24"/>
        </w:rPr>
        <w:t>stay</w:t>
      </w:r>
      <w:proofErr w:type="gramEnd"/>
      <w:r w:rsidRPr="00A56C68">
        <w:rPr>
          <w:rFonts w:ascii="Times New Roman" w:eastAsia="Times New Roman" w:hAnsi="Times New Roman" w:cs="Times New Roman"/>
          <w:sz w:val="24"/>
          <w:szCs w:val="24"/>
        </w:rPr>
        <w:t xml:space="preserve"> grounded</w:t>
      </w:r>
    </w:p>
    <w:p w14:paraId="48BB65A5" w14:textId="77777777" w:rsidR="00A56C68" w:rsidRPr="00A56C68" w:rsidRDefault="00A56C68" w:rsidP="00A56C68">
      <w:p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Here are the four components:</w:t>
      </w:r>
    </w:p>
    <w:p w14:paraId="58375304" w14:textId="77777777" w:rsidR="00A56C68" w:rsidRPr="00A56C68" w:rsidRDefault="00000000" w:rsidP="00A56C6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B45AC62">
          <v:rect id="_x0000_i1061" style="width:0;height:1.5pt" o:hralign="center" o:hrstd="t" o:hr="t" fillcolor="#a0a0a0" stroked="f"/>
        </w:pict>
      </w:r>
    </w:p>
    <w:p w14:paraId="5D78A5C1" w14:textId="77777777" w:rsidR="00A56C68" w:rsidRPr="00A56C68" w:rsidRDefault="00A56C68" w:rsidP="00097EBE">
      <w:r w:rsidRPr="00A56C68">
        <w:rPr>
          <w:rFonts w:ascii="Segoe UI Emoji" w:hAnsi="Segoe UI Emoji" w:cs="Segoe UI Emoji"/>
        </w:rPr>
        <w:t>⭐</w:t>
      </w:r>
      <w:r w:rsidRPr="00A56C68">
        <w:t xml:space="preserve"> The EQ Model</w:t>
      </w:r>
    </w:p>
    <w:p w14:paraId="787BCD21" w14:textId="77777777" w:rsidR="00A56C68" w:rsidRPr="00A56C68" w:rsidRDefault="00A56C68" w:rsidP="00A56C68">
      <w:pPr>
        <w:spacing w:before="100" w:beforeAutospacing="1" w:after="100" w:afterAutospacing="1" w:line="240" w:lineRule="auto"/>
        <w:outlineLvl w:val="2"/>
        <w:rPr>
          <w:rFonts w:ascii="Times New Roman" w:eastAsia="Times New Roman" w:hAnsi="Times New Roman" w:cs="Times New Roman"/>
          <w:b/>
          <w:bCs/>
          <w:sz w:val="27"/>
          <w:szCs w:val="27"/>
        </w:rPr>
      </w:pPr>
      <w:r w:rsidRPr="00A56C68">
        <w:rPr>
          <w:rFonts w:ascii="Times New Roman" w:eastAsia="Times New Roman" w:hAnsi="Times New Roman" w:cs="Times New Roman"/>
          <w:b/>
          <w:bCs/>
          <w:sz w:val="27"/>
          <w:szCs w:val="27"/>
        </w:rPr>
        <w:t>1. Self-Awareness</w:t>
      </w:r>
    </w:p>
    <w:p w14:paraId="40795A08" w14:textId="77777777" w:rsidR="00A56C68" w:rsidRPr="00A56C68" w:rsidRDefault="00A56C68" w:rsidP="00A56C68">
      <w:p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You know what you feel.</w:t>
      </w:r>
      <w:r w:rsidRPr="00A56C68">
        <w:rPr>
          <w:rFonts w:ascii="Times New Roman" w:eastAsia="Times New Roman" w:hAnsi="Times New Roman" w:cs="Times New Roman"/>
          <w:sz w:val="24"/>
          <w:szCs w:val="24"/>
        </w:rPr>
        <w:br/>
        <w:t>You know why you feel it.</w:t>
      </w:r>
      <w:r w:rsidRPr="00A56C68">
        <w:rPr>
          <w:rFonts w:ascii="Times New Roman" w:eastAsia="Times New Roman" w:hAnsi="Times New Roman" w:cs="Times New Roman"/>
          <w:sz w:val="24"/>
          <w:szCs w:val="24"/>
        </w:rPr>
        <w:br/>
        <w:t>You can describe your emotions clearly.</w:t>
      </w:r>
    </w:p>
    <w:p w14:paraId="0A7FC63E" w14:textId="77777777" w:rsidR="00A56C68" w:rsidRPr="00A56C68" w:rsidRDefault="00000000" w:rsidP="00A56C6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AF321C4">
          <v:rect id="_x0000_i1062" style="width:0;height:1.5pt" o:hralign="center" o:hrstd="t" o:hr="t" fillcolor="#a0a0a0" stroked="f"/>
        </w:pict>
      </w:r>
    </w:p>
    <w:p w14:paraId="62E4EA20" w14:textId="77777777" w:rsidR="00A56C68" w:rsidRPr="00A56C68" w:rsidRDefault="00A56C68" w:rsidP="00A56C68">
      <w:pPr>
        <w:spacing w:before="100" w:beforeAutospacing="1" w:after="100" w:afterAutospacing="1" w:line="240" w:lineRule="auto"/>
        <w:outlineLvl w:val="2"/>
        <w:rPr>
          <w:rFonts w:ascii="Times New Roman" w:eastAsia="Times New Roman" w:hAnsi="Times New Roman" w:cs="Times New Roman"/>
          <w:b/>
          <w:bCs/>
          <w:sz w:val="27"/>
          <w:szCs w:val="27"/>
        </w:rPr>
      </w:pPr>
      <w:r w:rsidRPr="00A56C68">
        <w:rPr>
          <w:rFonts w:ascii="Times New Roman" w:eastAsia="Times New Roman" w:hAnsi="Times New Roman" w:cs="Times New Roman"/>
          <w:b/>
          <w:bCs/>
          <w:sz w:val="27"/>
          <w:szCs w:val="27"/>
        </w:rPr>
        <w:t>2. Self-Management</w:t>
      </w:r>
    </w:p>
    <w:p w14:paraId="02F6B0E9" w14:textId="77777777" w:rsidR="00A56C68" w:rsidRPr="00A56C68" w:rsidRDefault="00A56C68" w:rsidP="00A56C68">
      <w:p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You can sit with an emotion without being controlled by it.</w:t>
      </w:r>
      <w:r w:rsidRPr="00A56C68">
        <w:rPr>
          <w:rFonts w:ascii="Times New Roman" w:eastAsia="Times New Roman" w:hAnsi="Times New Roman" w:cs="Times New Roman"/>
          <w:sz w:val="24"/>
          <w:szCs w:val="24"/>
        </w:rPr>
        <w:br/>
        <w:t>You choose responses instead of reacting.</w:t>
      </w:r>
    </w:p>
    <w:p w14:paraId="4CED819B" w14:textId="77777777" w:rsidR="00A56C68" w:rsidRPr="00A56C68" w:rsidRDefault="00000000" w:rsidP="00A56C6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pict w14:anchorId="7C6320D6">
          <v:rect id="_x0000_i1063" style="width:0;height:1.5pt" o:hralign="center" o:hrstd="t" o:hr="t" fillcolor="#a0a0a0" stroked="f"/>
        </w:pict>
      </w:r>
    </w:p>
    <w:p w14:paraId="4E920288" w14:textId="77777777" w:rsidR="00A56C68" w:rsidRPr="00A56C68" w:rsidRDefault="00A56C68" w:rsidP="00A56C68">
      <w:pPr>
        <w:spacing w:before="100" w:beforeAutospacing="1" w:after="100" w:afterAutospacing="1" w:line="240" w:lineRule="auto"/>
        <w:outlineLvl w:val="2"/>
        <w:rPr>
          <w:rFonts w:ascii="Times New Roman" w:eastAsia="Times New Roman" w:hAnsi="Times New Roman" w:cs="Times New Roman"/>
          <w:b/>
          <w:bCs/>
          <w:sz w:val="27"/>
          <w:szCs w:val="27"/>
        </w:rPr>
      </w:pPr>
      <w:r w:rsidRPr="00A56C68">
        <w:rPr>
          <w:rFonts w:ascii="Times New Roman" w:eastAsia="Times New Roman" w:hAnsi="Times New Roman" w:cs="Times New Roman"/>
          <w:b/>
          <w:bCs/>
          <w:sz w:val="27"/>
          <w:szCs w:val="27"/>
        </w:rPr>
        <w:t>3. Social Awareness</w:t>
      </w:r>
    </w:p>
    <w:p w14:paraId="5278097A" w14:textId="77777777" w:rsidR="00A56C68" w:rsidRPr="00A56C68" w:rsidRDefault="00A56C68" w:rsidP="00A56C68">
      <w:p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 xml:space="preserve">You notice other </w:t>
      </w:r>
      <w:proofErr w:type="gramStart"/>
      <w:r w:rsidRPr="00A56C68">
        <w:rPr>
          <w:rFonts w:ascii="Times New Roman" w:eastAsia="Times New Roman" w:hAnsi="Times New Roman" w:cs="Times New Roman"/>
          <w:sz w:val="24"/>
          <w:szCs w:val="24"/>
        </w:rPr>
        <w:t>people’s</w:t>
      </w:r>
      <w:proofErr w:type="gramEnd"/>
      <w:r w:rsidRPr="00A56C68">
        <w:rPr>
          <w:rFonts w:ascii="Times New Roman" w:eastAsia="Times New Roman" w:hAnsi="Times New Roman" w:cs="Times New Roman"/>
          <w:sz w:val="24"/>
          <w:szCs w:val="24"/>
        </w:rPr>
        <w:t>:</w:t>
      </w:r>
    </w:p>
    <w:p w14:paraId="621060A4" w14:textId="77777777" w:rsidR="00A56C68" w:rsidRPr="00A56C68" w:rsidRDefault="00A56C68" w:rsidP="00A56C68">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tone</w:t>
      </w:r>
    </w:p>
    <w:p w14:paraId="29584CD2" w14:textId="77777777" w:rsidR="00A56C68" w:rsidRPr="00A56C68" w:rsidRDefault="00A56C68" w:rsidP="00A56C68">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posture</w:t>
      </w:r>
    </w:p>
    <w:p w14:paraId="3B87D494" w14:textId="77777777" w:rsidR="00A56C68" w:rsidRPr="00A56C68" w:rsidRDefault="00A56C68" w:rsidP="00A56C68">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energy</w:t>
      </w:r>
    </w:p>
    <w:p w14:paraId="64F305C2" w14:textId="77777777" w:rsidR="00A56C68" w:rsidRPr="00A56C68" w:rsidRDefault="00A56C68" w:rsidP="00A56C68">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pace</w:t>
      </w:r>
    </w:p>
    <w:p w14:paraId="5A30D511" w14:textId="77777777" w:rsidR="00A56C68" w:rsidRPr="00A56C68" w:rsidRDefault="00A56C68" w:rsidP="00A56C68">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mood</w:t>
      </w:r>
    </w:p>
    <w:p w14:paraId="1E6AD51B" w14:textId="77777777" w:rsidR="00A56C68" w:rsidRPr="00A56C68" w:rsidRDefault="00A56C68" w:rsidP="00A56C68">
      <w:p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You “read the room.”</w:t>
      </w:r>
    </w:p>
    <w:p w14:paraId="037E1DD1" w14:textId="77777777" w:rsidR="00A56C68" w:rsidRPr="00A56C68" w:rsidRDefault="00000000" w:rsidP="00A56C6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1EF9A45">
          <v:rect id="_x0000_i1064" style="width:0;height:1.5pt" o:hralign="center" o:hrstd="t" o:hr="t" fillcolor="#a0a0a0" stroked="f"/>
        </w:pict>
      </w:r>
    </w:p>
    <w:p w14:paraId="184A8676" w14:textId="77777777" w:rsidR="00A56C68" w:rsidRPr="00A56C68" w:rsidRDefault="00A56C68" w:rsidP="00A56C68">
      <w:pPr>
        <w:spacing w:before="100" w:beforeAutospacing="1" w:after="100" w:afterAutospacing="1" w:line="240" w:lineRule="auto"/>
        <w:outlineLvl w:val="2"/>
        <w:rPr>
          <w:rFonts w:ascii="Times New Roman" w:eastAsia="Times New Roman" w:hAnsi="Times New Roman" w:cs="Times New Roman"/>
          <w:b/>
          <w:bCs/>
          <w:sz w:val="27"/>
          <w:szCs w:val="27"/>
        </w:rPr>
      </w:pPr>
      <w:r w:rsidRPr="00A56C68">
        <w:rPr>
          <w:rFonts w:ascii="Times New Roman" w:eastAsia="Times New Roman" w:hAnsi="Times New Roman" w:cs="Times New Roman"/>
          <w:b/>
          <w:bCs/>
          <w:sz w:val="27"/>
          <w:szCs w:val="27"/>
        </w:rPr>
        <w:t>4. Relationship Management</w:t>
      </w:r>
    </w:p>
    <w:p w14:paraId="7E1524CB" w14:textId="77777777" w:rsidR="00A56C68" w:rsidRPr="00A56C68" w:rsidRDefault="00A56C68" w:rsidP="00A56C68">
      <w:p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You build trust, communicate clearly, and guide emotions toward healthy outcomes.</w:t>
      </w:r>
    </w:p>
    <w:p w14:paraId="0C318E57" w14:textId="77777777" w:rsidR="00A56C68" w:rsidRPr="00A56C68" w:rsidRDefault="00000000" w:rsidP="00A56C6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FFE0B87">
          <v:rect id="_x0000_i1065" style="width:0;height:1.5pt" o:hralign="center" o:hrstd="t" o:hr="t" fillcolor="#a0a0a0" stroked="f"/>
        </w:pict>
      </w:r>
    </w:p>
    <w:p w14:paraId="642E4631" w14:textId="77777777" w:rsidR="00A56C68" w:rsidRPr="00A56C68" w:rsidRDefault="00A56C68" w:rsidP="00A56C68">
      <w:p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EQ is not about being soft — it’s about being effective.</w:t>
      </w:r>
    </w:p>
    <w:p w14:paraId="5E47B48B" w14:textId="77777777" w:rsidR="00A56C68" w:rsidRPr="00A56C68" w:rsidRDefault="00A56C68" w:rsidP="00A56C68">
      <w:pPr>
        <w:spacing w:before="100" w:beforeAutospacing="1" w:after="100" w:afterAutospacing="1" w:line="240" w:lineRule="auto"/>
        <w:outlineLvl w:val="2"/>
        <w:rPr>
          <w:rFonts w:ascii="Times New Roman" w:eastAsia="Times New Roman" w:hAnsi="Times New Roman" w:cs="Times New Roman"/>
          <w:b/>
          <w:bCs/>
          <w:sz w:val="27"/>
          <w:szCs w:val="27"/>
        </w:rPr>
      </w:pPr>
      <w:r w:rsidRPr="00A56C68">
        <w:rPr>
          <w:rFonts w:ascii="Times New Roman" w:eastAsia="Times New Roman" w:hAnsi="Times New Roman" w:cs="Times New Roman"/>
          <w:b/>
          <w:bCs/>
          <w:sz w:val="27"/>
          <w:szCs w:val="27"/>
        </w:rPr>
        <w:t>Reflection:</w:t>
      </w:r>
    </w:p>
    <w:p w14:paraId="7FE6242A" w14:textId="77777777" w:rsidR="00A56C68" w:rsidRPr="00A56C68" w:rsidRDefault="00A56C68" w:rsidP="00A56C68">
      <w:p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Which part of EQ do you struggle with most?</w:t>
      </w:r>
    </w:p>
    <w:p w14:paraId="3B066023" w14:textId="77777777" w:rsidR="00A56C68" w:rsidRPr="00A56C68" w:rsidRDefault="00A56C68" w:rsidP="00A56C68">
      <w:pPr>
        <w:spacing w:before="100" w:beforeAutospacing="1" w:after="100" w:afterAutospacing="1" w:line="240" w:lineRule="auto"/>
        <w:outlineLvl w:val="2"/>
        <w:rPr>
          <w:rFonts w:ascii="Times New Roman" w:eastAsia="Times New Roman" w:hAnsi="Times New Roman" w:cs="Times New Roman"/>
          <w:b/>
          <w:bCs/>
          <w:sz w:val="27"/>
          <w:szCs w:val="27"/>
        </w:rPr>
      </w:pPr>
      <w:r w:rsidRPr="00A56C68">
        <w:rPr>
          <w:rFonts w:ascii="Times New Roman" w:eastAsia="Times New Roman" w:hAnsi="Times New Roman" w:cs="Times New Roman"/>
          <w:b/>
          <w:bCs/>
          <w:sz w:val="27"/>
          <w:szCs w:val="27"/>
        </w:rPr>
        <w:t>Leadership Challenge:</w:t>
      </w:r>
    </w:p>
    <w:p w14:paraId="7EA2E25F" w14:textId="77777777" w:rsidR="00A56C68" w:rsidRPr="00A56C68" w:rsidRDefault="00A56C68" w:rsidP="00A56C68">
      <w:pPr>
        <w:spacing w:before="100" w:beforeAutospacing="1" w:after="100" w:afterAutospacing="1" w:line="240" w:lineRule="auto"/>
        <w:rPr>
          <w:rFonts w:ascii="Times New Roman" w:eastAsia="Times New Roman" w:hAnsi="Times New Roman" w:cs="Times New Roman"/>
          <w:sz w:val="24"/>
          <w:szCs w:val="24"/>
        </w:rPr>
      </w:pPr>
      <w:r w:rsidRPr="00A56C68">
        <w:rPr>
          <w:rFonts w:ascii="Times New Roman" w:eastAsia="Times New Roman" w:hAnsi="Times New Roman" w:cs="Times New Roman"/>
          <w:sz w:val="24"/>
          <w:szCs w:val="24"/>
        </w:rPr>
        <w:t>Today, notice someone’s emotional state before responding.</w:t>
      </w:r>
    </w:p>
    <w:p w14:paraId="72E00F4E" w14:textId="77777777" w:rsidR="00BB52B3" w:rsidRDefault="00BB52B3" w:rsidP="00BB52B3">
      <w:pPr>
        <w:pStyle w:val="Heading2"/>
      </w:pPr>
      <w:bookmarkStart w:id="24" w:name="_Toc214330680"/>
      <w:r>
        <w:t>Day 19 — Coaching &amp; Developing Others</w:t>
      </w:r>
      <w:bookmarkEnd w:id="24"/>
    </w:p>
    <w:p w14:paraId="0E229429" w14:textId="77777777" w:rsidR="00243C37" w:rsidRPr="00243C37" w:rsidRDefault="00243C37" w:rsidP="00243C37">
      <w:pPr>
        <w:spacing w:before="100" w:beforeAutospacing="1" w:after="100" w:afterAutospacing="1" w:line="240" w:lineRule="auto"/>
        <w:outlineLvl w:val="2"/>
        <w:rPr>
          <w:rFonts w:ascii="Times New Roman" w:eastAsia="Times New Roman" w:hAnsi="Times New Roman" w:cs="Times New Roman"/>
          <w:b/>
          <w:bCs/>
          <w:sz w:val="27"/>
          <w:szCs w:val="27"/>
        </w:rPr>
      </w:pPr>
      <w:r w:rsidRPr="00243C37">
        <w:rPr>
          <w:rFonts w:ascii="Times New Roman" w:eastAsia="Times New Roman" w:hAnsi="Times New Roman" w:cs="Times New Roman"/>
          <w:b/>
          <w:bCs/>
          <w:i/>
          <w:iCs/>
          <w:sz w:val="27"/>
          <w:szCs w:val="27"/>
        </w:rPr>
        <w:t>Your Goal Is Not to Be the Hero — It’s to Build Heroes</w:t>
      </w:r>
    </w:p>
    <w:p w14:paraId="5F9A8FB5" w14:textId="77777777" w:rsidR="00243C37" w:rsidRPr="00243C37" w:rsidRDefault="00243C37" w:rsidP="00243C37">
      <w:pPr>
        <w:spacing w:before="100" w:beforeAutospacing="1" w:after="100" w:afterAutospacing="1" w:line="240" w:lineRule="auto"/>
        <w:rPr>
          <w:rFonts w:ascii="Times New Roman" w:eastAsia="Times New Roman" w:hAnsi="Times New Roman" w:cs="Times New Roman"/>
          <w:sz w:val="24"/>
          <w:szCs w:val="24"/>
        </w:rPr>
      </w:pPr>
      <w:r w:rsidRPr="00243C37">
        <w:rPr>
          <w:rFonts w:ascii="Times New Roman" w:eastAsia="Times New Roman" w:hAnsi="Times New Roman" w:cs="Times New Roman"/>
          <w:sz w:val="24"/>
          <w:szCs w:val="24"/>
        </w:rPr>
        <w:lastRenderedPageBreak/>
        <w:t>For years, I tried to “handle everything myself.”</w:t>
      </w:r>
      <w:r w:rsidRPr="00243C37">
        <w:rPr>
          <w:rFonts w:ascii="Times New Roman" w:eastAsia="Times New Roman" w:hAnsi="Times New Roman" w:cs="Times New Roman"/>
          <w:sz w:val="24"/>
          <w:szCs w:val="24"/>
        </w:rPr>
        <w:br/>
        <w:t>Partly because I wanted it done right…</w:t>
      </w:r>
      <w:r w:rsidRPr="00243C37">
        <w:rPr>
          <w:rFonts w:ascii="Times New Roman" w:eastAsia="Times New Roman" w:hAnsi="Times New Roman" w:cs="Times New Roman"/>
          <w:sz w:val="24"/>
          <w:szCs w:val="24"/>
        </w:rPr>
        <w:br/>
        <w:t>and partly because I didn’t want to slow down long enough to teach someone else.</w:t>
      </w:r>
    </w:p>
    <w:p w14:paraId="4787F00A" w14:textId="77777777" w:rsidR="00243C37" w:rsidRPr="00243C37" w:rsidRDefault="00243C37" w:rsidP="00243C37">
      <w:pPr>
        <w:spacing w:before="100" w:beforeAutospacing="1" w:after="100" w:afterAutospacing="1" w:line="240" w:lineRule="auto"/>
        <w:rPr>
          <w:rFonts w:ascii="Times New Roman" w:eastAsia="Times New Roman" w:hAnsi="Times New Roman" w:cs="Times New Roman"/>
          <w:sz w:val="24"/>
          <w:szCs w:val="24"/>
        </w:rPr>
      </w:pPr>
      <w:r w:rsidRPr="00243C37">
        <w:rPr>
          <w:rFonts w:ascii="Times New Roman" w:eastAsia="Times New Roman" w:hAnsi="Times New Roman" w:cs="Times New Roman"/>
          <w:sz w:val="24"/>
          <w:szCs w:val="24"/>
        </w:rPr>
        <w:t>But I learned something important:</w:t>
      </w:r>
    </w:p>
    <w:p w14:paraId="45108EF1" w14:textId="77777777" w:rsidR="00243C37" w:rsidRPr="00243C37" w:rsidRDefault="00243C37" w:rsidP="00243C37">
      <w:pPr>
        <w:spacing w:before="100" w:beforeAutospacing="1" w:after="100" w:afterAutospacing="1" w:line="240" w:lineRule="auto"/>
        <w:rPr>
          <w:rFonts w:ascii="Times New Roman" w:eastAsia="Times New Roman" w:hAnsi="Times New Roman" w:cs="Times New Roman"/>
          <w:sz w:val="24"/>
          <w:szCs w:val="24"/>
        </w:rPr>
      </w:pPr>
      <w:r w:rsidRPr="00243C37">
        <w:rPr>
          <w:rFonts w:ascii="Times New Roman" w:eastAsia="Times New Roman" w:hAnsi="Times New Roman" w:cs="Times New Roman"/>
          <w:b/>
          <w:bCs/>
          <w:sz w:val="24"/>
          <w:szCs w:val="24"/>
        </w:rPr>
        <w:t>If everything depends on you, you’re not leading — you’re limiting.</w:t>
      </w:r>
    </w:p>
    <w:p w14:paraId="27488F31" w14:textId="77777777" w:rsidR="00243C37" w:rsidRPr="00243C37" w:rsidRDefault="00243C37" w:rsidP="00243C37">
      <w:pPr>
        <w:spacing w:before="100" w:beforeAutospacing="1" w:after="100" w:afterAutospacing="1" w:line="240" w:lineRule="auto"/>
        <w:rPr>
          <w:rFonts w:ascii="Times New Roman" w:eastAsia="Times New Roman" w:hAnsi="Times New Roman" w:cs="Times New Roman"/>
          <w:sz w:val="24"/>
          <w:szCs w:val="24"/>
        </w:rPr>
      </w:pPr>
      <w:r w:rsidRPr="00243C37">
        <w:rPr>
          <w:rFonts w:ascii="Times New Roman" w:eastAsia="Times New Roman" w:hAnsi="Times New Roman" w:cs="Times New Roman"/>
          <w:sz w:val="24"/>
          <w:szCs w:val="24"/>
        </w:rPr>
        <w:t>Leadership is not about doing everything.</w:t>
      </w:r>
      <w:r w:rsidRPr="00243C37">
        <w:rPr>
          <w:rFonts w:ascii="Times New Roman" w:eastAsia="Times New Roman" w:hAnsi="Times New Roman" w:cs="Times New Roman"/>
          <w:sz w:val="24"/>
          <w:szCs w:val="24"/>
        </w:rPr>
        <w:br/>
        <w:t>Leadership is about developing the people around you.</w:t>
      </w:r>
    </w:p>
    <w:p w14:paraId="25AA03E6" w14:textId="77777777" w:rsidR="00243C37" w:rsidRPr="00243C37" w:rsidRDefault="00243C37" w:rsidP="00243C37">
      <w:pPr>
        <w:spacing w:before="100" w:beforeAutospacing="1" w:after="100" w:afterAutospacing="1" w:line="240" w:lineRule="auto"/>
        <w:rPr>
          <w:rFonts w:ascii="Times New Roman" w:eastAsia="Times New Roman" w:hAnsi="Times New Roman" w:cs="Times New Roman"/>
          <w:sz w:val="24"/>
          <w:szCs w:val="24"/>
        </w:rPr>
      </w:pPr>
      <w:r w:rsidRPr="00243C37">
        <w:rPr>
          <w:rFonts w:ascii="Times New Roman" w:eastAsia="Times New Roman" w:hAnsi="Times New Roman" w:cs="Times New Roman"/>
          <w:sz w:val="24"/>
          <w:szCs w:val="24"/>
        </w:rPr>
        <w:t>Great leaders ask questions that help others think, not commands that tell others what to do.</w:t>
      </w:r>
    </w:p>
    <w:p w14:paraId="066451C5" w14:textId="77777777" w:rsidR="00243C37" w:rsidRPr="00243C37" w:rsidRDefault="00243C37" w:rsidP="00243C37">
      <w:pPr>
        <w:spacing w:before="100" w:beforeAutospacing="1" w:after="100" w:afterAutospacing="1" w:line="240" w:lineRule="auto"/>
        <w:rPr>
          <w:rFonts w:ascii="Times New Roman" w:eastAsia="Times New Roman" w:hAnsi="Times New Roman" w:cs="Times New Roman"/>
          <w:sz w:val="24"/>
          <w:szCs w:val="24"/>
        </w:rPr>
      </w:pPr>
      <w:r w:rsidRPr="00243C37">
        <w:rPr>
          <w:rFonts w:ascii="Times New Roman" w:eastAsia="Times New Roman" w:hAnsi="Times New Roman" w:cs="Times New Roman"/>
          <w:sz w:val="24"/>
          <w:szCs w:val="24"/>
        </w:rPr>
        <w:t>Here’s the system I use:</w:t>
      </w:r>
    </w:p>
    <w:p w14:paraId="51A1A36B" w14:textId="77777777" w:rsidR="00243C37" w:rsidRPr="00243C37" w:rsidRDefault="00000000" w:rsidP="00243C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FADB3ED">
          <v:rect id="_x0000_i1066" style="width:0;height:1.5pt" o:hralign="center" o:hrstd="t" o:hr="t" fillcolor="#a0a0a0" stroked="f"/>
        </w:pict>
      </w:r>
    </w:p>
    <w:p w14:paraId="41072A32" w14:textId="77777777" w:rsidR="00243C37" w:rsidRPr="00243C37" w:rsidRDefault="00243C37" w:rsidP="00097EBE">
      <w:r w:rsidRPr="00243C37">
        <w:rPr>
          <w:rFonts w:ascii="Segoe UI Emoji" w:hAnsi="Segoe UI Emoji" w:cs="Segoe UI Emoji"/>
        </w:rPr>
        <w:t>⭐</w:t>
      </w:r>
      <w:r w:rsidRPr="00243C37">
        <w:t xml:space="preserve"> The Coaching Compass</w:t>
      </w:r>
    </w:p>
    <w:p w14:paraId="4AEA9056" w14:textId="77777777" w:rsidR="00243C37" w:rsidRPr="00243C37" w:rsidRDefault="00243C37" w:rsidP="00243C37">
      <w:pPr>
        <w:spacing w:before="100" w:beforeAutospacing="1" w:after="100" w:afterAutospacing="1" w:line="240" w:lineRule="auto"/>
        <w:outlineLvl w:val="2"/>
        <w:rPr>
          <w:rFonts w:ascii="Times New Roman" w:eastAsia="Times New Roman" w:hAnsi="Times New Roman" w:cs="Times New Roman"/>
          <w:b/>
          <w:bCs/>
          <w:sz w:val="27"/>
          <w:szCs w:val="27"/>
        </w:rPr>
      </w:pPr>
      <w:r w:rsidRPr="00243C37">
        <w:rPr>
          <w:rFonts w:ascii="Times New Roman" w:eastAsia="Times New Roman" w:hAnsi="Times New Roman" w:cs="Times New Roman"/>
          <w:b/>
          <w:bCs/>
          <w:sz w:val="27"/>
          <w:szCs w:val="27"/>
        </w:rPr>
        <w:t>1. Ask (“What do YOU think is going on?”)</w:t>
      </w:r>
    </w:p>
    <w:p w14:paraId="23B01AB8" w14:textId="77777777" w:rsidR="00243C37" w:rsidRPr="00243C37" w:rsidRDefault="00243C37" w:rsidP="00243C37">
      <w:pPr>
        <w:spacing w:before="100" w:beforeAutospacing="1" w:after="100" w:afterAutospacing="1" w:line="240" w:lineRule="auto"/>
        <w:rPr>
          <w:rFonts w:ascii="Times New Roman" w:eastAsia="Times New Roman" w:hAnsi="Times New Roman" w:cs="Times New Roman"/>
          <w:sz w:val="24"/>
          <w:szCs w:val="24"/>
        </w:rPr>
      </w:pPr>
      <w:r w:rsidRPr="00243C37">
        <w:rPr>
          <w:rFonts w:ascii="Times New Roman" w:eastAsia="Times New Roman" w:hAnsi="Times New Roman" w:cs="Times New Roman"/>
          <w:sz w:val="24"/>
          <w:szCs w:val="24"/>
        </w:rPr>
        <w:t>They speak → you listen.</w:t>
      </w:r>
      <w:r w:rsidRPr="00243C37">
        <w:rPr>
          <w:rFonts w:ascii="Times New Roman" w:eastAsia="Times New Roman" w:hAnsi="Times New Roman" w:cs="Times New Roman"/>
          <w:sz w:val="24"/>
          <w:szCs w:val="24"/>
        </w:rPr>
        <w:br/>
        <w:t>People own what they think through.</w:t>
      </w:r>
    </w:p>
    <w:p w14:paraId="35FDD8C4" w14:textId="77777777" w:rsidR="00243C37" w:rsidRPr="00243C37" w:rsidRDefault="00000000" w:rsidP="00243C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5DC6AEE">
          <v:rect id="_x0000_i1067" style="width:0;height:1.5pt" o:hralign="center" o:hrstd="t" o:hr="t" fillcolor="#a0a0a0" stroked="f"/>
        </w:pict>
      </w:r>
    </w:p>
    <w:p w14:paraId="66719B76" w14:textId="77777777" w:rsidR="00243C37" w:rsidRPr="00243C37" w:rsidRDefault="00243C37" w:rsidP="00243C37">
      <w:pPr>
        <w:spacing w:before="100" w:beforeAutospacing="1" w:after="100" w:afterAutospacing="1" w:line="240" w:lineRule="auto"/>
        <w:outlineLvl w:val="2"/>
        <w:rPr>
          <w:rFonts w:ascii="Times New Roman" w:eastAsia="Times New Roman" w:hAnsi="Times New Roman" w:cs="Times New Roman"/>
          <w:b/>
          <w:bCs/>
          <w:sz w:val="27"/>
          <w:szCs w:val="27"/>
        </w:rPr>
      </w:pPr>
      <w:r w:rsidRPr="00243C37">
        <w:rPr>
          <w:rFonts w:ascii="Times New Roman" w:eastAsia="Times New Roman" w:hAnsi="Times New Roman" w:cs="Times New Roman"/>
          <w:b/>
          <w:bCs/>
          <w:sz w:val="27"/>
          <w:szCs w:val="27"/>
        </w:rPr>
        <w:t>2. Align (“What outcome do you want?”)</w:t>
      </w:r>
    </w:p>
    <w:p w14:paraId="2F65E9EA" w14:textId="77777777" w:rsidR="00243C37" w:rsidRPr="00243C37" w:rsidRDefault="00243C37" w:rsidP="00243C37">
      <w:pPr>
        <w:spacing w:before="100" w:beforeAutospacing="1" w:after="100" w:afterAutospacing="1" w:line="240" w:lineRule="auto"/>
        <w:rPr>
          <w:rFonts w:ascii="Times New Roman" w:eastAsia="Times New Roman" w:hAnsi="Times New Roman" w:cs="Times New Roman"/>
          <w:sz w:val="24"/>
          <w:szCs w:val="24"/>
        </w:rPr>
      </w:pPr>
      <w:r w:rsidRPr="00243C37">
        <w:rPr>
          <w:rFonts w:ascii="Times New Roman" w:eastAsia="Times New Roman" w:hAnsi="Times New Roman" w:cs="Times New Roman"/>
          <w:sz w:val="24"/>
          <w:szCs w:val="24"/>
        </w:rPr>
        <w:t>Guide them to clarity.</w:t>
      </w:r>
      <w:r w:rsidRPr="00243C37">
        <w:rPr>
          <w:rFonts w:ascii="Times New Roman" w:eastAsia="Times New Roman" w:hAnsi="Times New Roman" w:cs="Times New Roman"/>
          <w:sz w:val="24"/>
          <w:szCs w:val="24"/>
        </w:rPr>
        <w:br/>
        <w:t>Help them identify what “success” looks like.</w:t>
      </w:r>
    </w:p>
    <w:p w14:paraId="73CB8CFF" w14:textId="77777777" w:rsidR="00243C37" w:rsidRPr="00243C37" w:rsidRDefault="00000000" w:rsidP="00243C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3FF1284">
          <v:rect id="_x0000_i1068" style="width:0;height:1.5pt" o:hralign="center" o:hrstd="t" o:hr="t" fillcolor="#a0a0a0" stroked="f"/>
        </w:pict>
      </w:r>
    </w:p>
    <w:p w14:paraId="62ED0E6B" w14:textId="77777777" w:rsidR="00243C37" w:rsidRPr="00243C37" w:rsidRDefault="00243C37" w:rsidP="00243C37">
      <w:pPr>
        <w:spacing w:before="100" w:beforeAutospacing="1" w:after="100" w:afterAutospacing="1" w:line="240" w:lineRule="auto"/>
        <w:outlineLvl w:val="2"/>
        <w:rPr>
          <w:rFonts w:ascii="Times New Roman" w:eastAsia="Times New Roman" w:hAnsi="Times New Roman" w:cs="Times New Roman"/>
          <w:b/>
          <w:bCs/>
          <w:sz w:val="27"/>
          <w:szCs w:val="27"/>
        </w:rPr>
      </w:pPr>
      <w:r w:rsidRPr="00243C37">
        <w:rPr>
          <w:rFonts w:ascii="Times New Roman" w:eastAsia="Times New Roman" w:hAnsi="Times New Roman" w:cs="Times New Roman"/>
          <w:b/>
          <w:bCs/>
          <w:sz w:val="27"/>
          <w:szCs w:val="27"/>
        </w:rPr>
        <w:t>3. Advise (“Here’s one option…”)</w:t>
      </w:r>
    </w:p>
    <w:p w14:paraId="3B4EFB68" w14:textId="77777777" w:rsidR="00243C37" w:rsidRPr="00243C37" w:rsidRDefault="00243C37" w:rsidP="00243C37">
      <w:pPr>
        <w:spacing w:before="100" w:beforeAutospacing="1" w:after="100" w:afterAutospacing="1" w:line="240" w:lineRule="auto"/>
        <w:rPr>
          <w:rFonts w:ascii="Times New Roman" w:eastAsia="Times New Roman" w:hAnsi="Times New Roman" w:cs="Times New Roman"/>
          <w:sz w:val="24"/>
          <w:szCs w:val="24"/>
        </w:rPr>
      </w:pPr>
      <w:r w:rsidRPr="00243C37">
        <w:rPr>
          <w:rFonts w:ascii="Times New Roman" w:eastAsia="Times New Roman" w:hAnsi="Times New Roman" w:cs="Times New Roman"/>
          <w:sz w:val="24"/>
          <w:szCs w:val="24"/>
        </w:rPr>
        <w:lastRenderedPageBreak/>
        <w:t>Not ten options.</w:t>
      </w:r>
      <w:r w:rsidRPr="00243C37">
        <w:rPr>
          <w:rFonts w:ascii="Times New Roman" w:eastAsia="Times New Roman" w:hAnsi="Times New Roman" w:cs="Times New Roman"/>
          <w:sz w:val="24"/>
          <w:szCs w:val="24"/>
        </w:rPr>
        <w:br/>
        <w:t>One. Clear. Actionable.</w:t>
      </w:r>
      <w:r w:rsidRPr="00243C37">
        <w:rPr>
          <w:rFonts w:ascii="Times New Roman" w:eastAsia="Times New Roman" w:hAnsi="Times New Roman" w:cs="Times New Roman"/>
          <w:sz w:val="24"/>
          <w:szCs w:val="24"/>
        </w:rPr>
        <w:br/>
        <w:t>Never overpower their thinking.</w:t>
      </w:r>
    </w:p>
    <w:p w14:paraId="600FAB22" w14:textId="77777777" w:rsidR="00243C37" w:rsidRPr="00243C37" w:rsidRDefault="00000000" w:rsidP="00243C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B761490">
          <v:rect id="_x0000_i1069" style="width:0;height:1.5pt" o:hralign="center" o:hrstd="t" o:hr="t" fillcolor="#a0a0a0" stroked="f"/>
        </w:pict>
      </w:r>
    </w:p>
    <w:p w14:paraId="542515D6" w14:textId="77777777" w:rsidR="00243C37" w:rsidRPr="00243C37" w:rsidRDefault="00243C37" w:rsidP="00243C37">
      <w:pPr>
        <w:spacing w:before="100" w:beforeAutospacing="1" w:after="100" w:afterAutospacing="1" w:line="240" w:lineRule="auto"/>
        <w:outlineLvl w:val="2"/>
        <w:rPr>
          <w:rFonts w:ascii="Times New Roman" w:eastAsia="Times New Roman" w:hAnsi="Times New Roman" w:cs="Times New Roman"/>
          <w:b/>
          <w:bCs/>
          <w:sz w:val="27"/>
          <w:szCs w:val="27"/>
        </w:rPr>
      </w:pPr>
      <w:r w:rsidRPr="00243C37">
        <w:rPr>
          <w:rFonts w:ascii="Times New Roman" w:eastAsia="Times New Roman" w:hAnsi="Times New Roman" w:cs="Times New Roman"/>
          <w:b/>
          <w:bCs/>
          <w:sz w:val="27"/>
          <w:szCs w:val="27"/>
        </w:rPr>
        <w:t>4. Accountability (“When will you take that step?”)</w:t>
      </w:r>
    </w:p>
    <w:p w14:paraId="2DC38E75" w14:textId="77777777" w:rsidR="00243C37" w:rsidRPr="00243C37" w:rsidRDefault="00243C37" w:rsidP="00243C37">
      <w:pPr>
        <w:spacing w:before="100" w:beforeAutospacing="1" w:after="100" w:afterAutospacing="1" w:line="240" w:lineRule="auto"/>
        <w:rPr>
          <w:rFonts w:ascii="Times New Roman" w:eastAsia="Times New Roman" w:hAnsi="Times New Roman" w:cs="Times New Roman"/>
          <w:sz w:val="24"/>
          <w:szCs w:val="24"/>
        </w:rPr>
      </w:pPr>
      <w:r w:rsidRPr="00243C37">
        <w:rPr>
          <w:rFonts w:ascii="Times New Roman" w:eastAsia="Times New Roman" w:hAnsi="Times New Roman" w:cs="Times New Roman"/>
          <w:sz w:val="24"/>
          <w:szCs w:val="24"/>
        </w:rPr>
        <w:t>Without follow-up, coaching is just conversation.</w:t>
      </w:r>
    </w:p>
    <w:p w14:paraId="423CDE91" w14:textId="77777777" w:rsidR="00243C37" w:rsidRPr="00243C37" w:rsidRDefault="00000000" w:rsidP="00243C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BFFC483">
          <v:rect id="_x0000_i1070" style="width:0;height:1.5pt" o:hralign="center" o:hrstd="t" o:hr="t" fillcolor="#a0a0a0" stroked="f"/>
        </w:pict>
      </w:r>
    </w:p>
    <w:p w14:paraId="34334621" w14:textId="77777777" w:rsidR="00243C37" w:rsidRPr="00243C37" w:rsidRDefault="00243C37" w:rsidP="00243C37">
      <w:pPr>
        <w:spacing w:before="100" w:beforeAutospacing="1" w:after="100" w:afterAutospacing="1" w:line="240" w:lineRule="auto"/>
        <w:rPr>
          <w:rFonts w:ascii="Times New Roman" w:eastAsia="Times New Roman" w:hAnsi="Times New Roman" w:cs="Times New Roman"/>
          <w:sz w:val="24"/>
          <w:szCs w:val="24"/>
        </w:rPr>
      </w:pPr>
      <w:r w:rsidRPr="00243C37">
        <w:rPr>
          <w:rFonts w:ascii="Times New Roman" w:eastAsia="Times New Roman" w:hAnsi="Times New Roman" w:cs="Times New Roman"/>
          <w:sz w:val="24"/>
          <w:szCs w:val="24"/>
        </w:rPr>
        <w:t xml:space="preserve">You become a </w:t>
      </w:r>
      <w:proofErr w:type="gramStart"/>
      <w:r w:rsidRPr="00243C37">
        <w:rPr>
          <w:rFonts w:ascii="Times New Roman" w:eastAsia="Times New Roman" w:hAnsi="Times New Roman" w:cs="Times New Roman"/>
          <w:sz w:val="24"/>
          <w:szCs w:val="24"/>
        </w:rPr>
        <w:t>leader</w:t>
      </w:r>
      <w:proofErr w:type="gramEnd"/>
      <w:r w:rsidRPr="00243C37">
        <w:rPr>
          <w:rFonts w:ascii="Times New Roman" w:eastAsia="Times New Roman" w:hAnsi="Times New Roman" w:cs="Times New Roman"/>
          <w:sz w:val="24"/>
          <w:szCs w:val="24"/>
        </w:rPr>
        <w:t xml:space="preserve"> people trust when you help them become stronger, wiser, and more capable — not dependent on you.</w:t>
      </w:r>
    </w:p>
    <w:p w14:paraId="2E163795" w14:textId="77777777" w:rsidR="00243C37" w:rsidRPr="00243C37" w:rsidRDefault="00243C37" w:rsidP="00243C37">
      <w:pPr>
        <w:spacing w:before="100" w:beforeAutospacing="1" w:after="100" w:afterAutospacing="1" w:line="240" w:lineRule="auto"/>
        <w:outlineLvl w:val="2"/>
        <w:rPr>
          <w:rFonts w:ascii="Times New Roman" w:eastAsia="Times New Roman" w:hAnsi="Times New Roman" w:cs="Times New Roman"/>
          <w:b/>
          <w:bCs/>
          <w:sz w:val="27"/>
          <w:szCs w:val="27"/>
        </w:rPr>
      </w:pPr>
      <w:r w:rsidRPr="00243C37">
        <w:rPr>
          <w:rFonts w:ascii="Times New Roman" w:eastAsia="Times New Roman" w:hAnsi="Times New Roman" w:cs="Times New Roman"/>
          <w:b/>
          <w:bCs/>
          <w:sz w:val="27"/>
          <w:szCs w:val="27"/>
        </w:rPr>
        <w:t>Reflection:</w:t>
      </w:r>
    </w:p>
    <w:p w14:paraId="255F0F92" w14:textId="77777777" w:rsidR="00243C37" w:rsidRPr="00243C37" w:rsidRDefault="00243C37" w:rsidP="00243C37">
      <w:pPr>
        <w:spacing w:before="100" w:beforeAutospacing="1" w:after="100" w:afterAutospacing="1" w:line="240" w:lineRule="auto"/>
        <w:rPr>
          <w:rFonts w:ascii="Times New Roman" w:eastAsia="Times New Roman" w:hAnsi="Times New Roman" w:cs="Times New Roman"/>
          <w:sz w:val="24"/>
          <w:szCs w:val="24"/>
        </w:rPr>
      </w:pPr>
      <w:r w:rsidRPr="00243C37">
        <w:rPr>
          <w:rFonts w:ascii="Times New Roman" w:eastAsia="Times New Roman" w:hAnsi="Times New Roman" w:cs="Times New Roman"/>
          <w:sz w:val="24"/>
          <w:szCs w:val="24"/>
        </w:rPr>
        <w:t>Who in your life are you helping grow?</w:t>
      </w:r>
    </w:p>
    <w:p w14:paraId="4AE50F9B" w14:textId="77777777" w:rsidR="00243C37" w:rsidRPr="00243C37" w:rsidRDefault="00243C37" w:rsidP="00243C37">
      <w:pPr>
        <w:spacing w:before="100" w:beforeAutospacing="1" w:after="100" w:afterAutospacing="1" w:line="240" w:lineRule="auto"/>
        <w:outlineLvl w:val="2"/>
        <w:rPr>
          <w:rFonts w:ascii="Times New Roman" w:eastAsia="Times New Roman" w:hAnsi="Times New Roman" w:cs="Times New Roman"/>
          <w:b/>
          <w:bCs/>
          <w:sz w:val="27"/>
          <w:szCs w:val="27"/>
        </w:rPr>
      </w:pPr>
      <w:r w:rsidRPr="00243C37">
        <w:rPr>
          <w:rFonts w:ascii="Times New Roman" w:eastAsia="Times New Roman" w:hAnsi="Times New Roman" w:cs="Times New Roman"/>
          <w:b/>
          <w:bCs/>
          <w:sz w:val="27"/>
          <w:szCs w:val="27"/>
        </w:rPr>
        <w:t>Leadership Challenge:</w:t>
      </w:r>
    </w:p>
    <w:p w14:paraId="509496A8" w14:textId="77777777" w:rsidR="00243C37" w:rsidRPr="00243C37" w:rsidRDefault="00243C37" w:rsidP="00243C37">
      <w:pPr>
        <w:spacing w:before="100" w:beforeAutospacing="1" w:after="100" w:afterAutospacing="1" w:line="240" w:lineRule="auto"/>
        <w:rPr>
          <w:rFonts w:ascii="Times New Roman" w:eastAsia="Times New Roman" w:hAnsi="Times New Roman" w:cs="Times New Roman"/>
          <w:sz w:val="24"/>
          <w:szCs w:val="24"/>
        </w:rPr>
      </w:pPr>
      <w:r w:rsidRPr="00243C37">
        <w:rPr>
          <w:rFonts w:ascii="Times New Roman" w:eastAsia="Times New Roman" w:hAnsi="Times New Roman" w:cs="Times New Roman"/>
          <w:sz w:val="24"/>
          <w:szCs w:val="24"/>
        </w:rPr>
        <w:t>Coach ONE person today using the Coaching Compass.</w:t>
      </w:r>
    </w:p>
    <w:p w14:paraId="2148BF17" w14:textId="641D24DC" w:rsidR="00E44623" w:rsidRDefault="00E44623" w:rsidP="00E44623">
      <w:pPr>
        <w:pStyle w:val="Heading2"/>
      </w:pPr>
      <w:bookmarkStart w:id="25" w:name="_Toc214330681"/>
      <w:r>
        <w:t xml:space="preserve">Day </w:t>
      </w:r>
      <w:r w:rsidR="00C963EF">
        <w:t>20</w:t>
      </w:r>
      <w:r>
        <w:t xml:space="preserve"> — C</w:t>
      </w:r>
      <w:r w:rsidR="00ED2041">
        <w:t xml:space="preserve">ulture &amp; </w:t>
      </w:r>
      <w:r w:rsidR="00BB2A51">
        <w:t>Influence</w:t>
      </w:r>
      <w:bookmarkEnd w:id="25"/>
    </w:p>
    <w:p w14:paraId="44671310" w14:textId="77777777" w:rsidR="00F44A19" w:rsidRPr="00F44A19" w:rsidRDefault="00F44A19" w:rsidP="00F44A19">
      <w:pPr>
        <w:spacing w:before="100" w:beforeAutospacing="1" w:after="100" w:afterAutospacing="1" w:line="240" w:lineRule="auto"/>
        <w:outlineLvl w:val="2"/>
        <w:rPr>
          <w:rFonts w:ascii="Times New Roman" w:eastAsia="Times New Roman" w:hAnsi="Times New Roman" w:cs="Times New Roman"/>
          <w:b/>
          <w:bCs/>
          <w:sz w:val="27"/>
          <w:szCs w:val="27"/>
        </w:rPr>
      </w:pPr>
      <w:r w:rsidRPr="00F44A19">
        <w:rPr>
          <w:rFonts w:ascii="Times New Roman" w:eastAsia="Times New Roman" w:hAnsi="Times New Roman" w:cs="Times New Roman"/>
          <w:b/>
          <w:bCs/>
          <w:i/>
          <w:iCs/>
          <w:sz w:val="27"/>
          <w:szCs w:val="27"/>
        </w:rPr>
        <w:t>You Shape the Environment More Than You Realize</w:t>
      </w:r>
    </w:p>
    <w:p w14:paraId="4153254E" w14:textId="77777777" w:rsidR="00F44A19" w:rsidRPr="00F44A19" w:rsidRDefault="00F44A19" w:rsidP="00F44A19">
      <w:p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Every environment has a culture:</w:t>
      </w:r>
    </w:p>
    <w:p w14:paraId="2DCAE8AB" w14:textId="77777777" w:rsidR="00F44A19" w:rsidRPr="00F44A19" w:rsidRDefault="00F44A19" w:rsidP="00F44A19">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families</w:t>
      </w:r>
    </w:p>
    <w:p w14:paraId="5C4CBEF6" w14:textId="77777777" w:rsidR="00F44A19" w:rsidRPr="00F44A19" w:rsidRDefault="00F44A19" w:rsidP="00F44A19">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workplaces</w:t>
      </w:r>
    </w:p>
    <w:p w14:paraId="0746D137" w14:textId="77777777" w:rsidR="00F44A19" w:rsidRPr="00F44A19" w:rsidRDefault="00F44A19" w:rsidP="00F44A19">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teams</w:t>
      </w:r>
    </w:p>
    <w:p w14:paraId="42D4E965" w14:textId="77777777" w:rsidR="00F44A19" w:rsidRPr="00F44A19" w:rsidRDefault="00F44A19" w:rsidP="00F44A19">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friendships</w:t>
      </w:r>
    </w:p>
    <w:p w14:paraId="7D0AAD4A" w14:textId="77777777" w:rsidR="00F44A19" w:rsidRPr="00F44A19" w:rsidRDefault="00F44A19" w:rsidP="00F44A19">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relationships</w:t>
      </w:r>
    </w:p>
    <w:p w14:paraId="1DA6FBC7" w14:textId="77777777" w:rsidR="00F44A19" w:rsidRPr="00F44A19" w:rsidRDefault="00F44A19" w:rsidP="00F44A19">
      <w:p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 xml:space="preserve">Culture is not what people </w:t>
      </w:r>
      <w:r w:rsidRPr="00F44A19">
        <w:rPr>
          <w:rFonts w:ascii="Times New Roman" w:eastAsia="Times New Roman" w:hAnsi="Times New Roman" w:cs="Times New Roman"/>
          <w:b/>
          <w:bCs/>
          <w:sz w:val="24"/>
          <w:szCs w:val="24"/>
        </w:rPr>
        <w:t>say</w:t>
      </w:r>
      <w:r w:rsidRPr="00F44A19">
        <w:rPr>
          <w:rFonts w:ascii="Times New Roman" w:eastAsia="Times New Roman" w:hAnsi="Times New Roman" w:cs="Times New Roman"/>
          <w:sz w:val="24"/>
          <w:szCs w:val="24"/>
        </w:rPr>
        <w:t xml:space="preserve"> — it’s what people </w:t>
      </w:r>
      <w:r w:rsidRPr="00F44A19">
        <w:rPr>
          <w:rFonts w:ascii="Times New Roman" w:eastAsia="Times New Roman" w:hAnsi="Times New Roman" w:cs="Times New Roman"/>
          <w:b/>
          <w:bCs/>
          <w:sz w:val="24"/>
          <w:szCs w:val="24"/>
        </w:rPr>
        <w:t>do consistently.</w:t>
      </w:r>
    </w:p>
    <w:p w14:paraId="2A15B991" w14:textId="77777777" w:rsidR="00F44A19" w:rsidRPr="00F44A19" w:rsidRDefault="00F44A19" w:rsidP="00F44A19">
      <w:p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lastRenderedPageBreak/>
        <w:t>And here’s the truth:</w:t>
      </w:r>
    </w:p>
    <w:p w14:paraId="1E7CB2F7" w14:textId="77777777" w:rsidR="00F44A19" w:rsidRPr="00F44A19" w:rsidRDefault="00F44A19" w:rsidP="00F44A19">
      <w:p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b/>
          <w:bCs/>
          <w:sz w:val="24"/>
          <w:szCs w:val="24"/>
        </w:rPr>
        <w:t>You are always shaping culture — even silently.</w:t>
      </w:r>
    </w:p>
    <w:p w14:paraId="30EA658E" w14:textId="77777777" w:rsidR="00F44A19" w:rsidRPr="00F44A19" w:rsidRDefault="00F44A19" w:rsidP="00F44A19">
      <w:p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If you stay calm during stress?</w:t>
      </w:r>
      <w:r w:rsidRPr="00F44A19">
        <w:rPr>
          <w:rFonts w:ascii="Times New Roman" w:eastAsia="Times New Roman" w:hAnsi="Times New Roman" w:cs="Times New Roman"/>
          <w:sz w:val="24"/>
          <w:szCs w:val="24"/>
        </w:rPr>
        <w:br/>
        <w:t>That shapes culture.</w:t>
      </w:r>
    </w:p>
    <w:p w14:paraId="2B46B86D" w14:textId="77777777" w:rsidR="00F44A19" w:rsidRPr="00F44A19" w:rsidRDefault="00F44A19" w:rsidP="00F44A19">
      <w:p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If you communicate clearly?</w:t>
      </w:r>
      <w:r w:rsidRPr="00F44A19">
        <w:rPr>
          <w:rFonts w:ascii="Times New Roman" w:eastAsia="Times New Roman" w:hAnsi="Times New Roman" w:cs="Times New Roman"/>
          <w:sz w:val="24"/>
          <w:szCs w:val="24"/>
        </w:rPr>
        <w:br/>
        <w:t>That shapes culture.</w:t>
      </w:r>
    </w:p>
    <w:p w14:paraId="531DFE25" w14:textId="77777777" w:rsidR="00F44A19" w:rsidRPr="00F44A19" w:rsidRDefault="00F44A19" w:rsidP="00F44A19">
      <w:p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If you avoid responsibility?</w:t>
      </w:r>
      <w:r w:rsidRPr="00F44A19">
        <w:rPr>
          <w:rFonts w:ascii="Times New Roman" w:eastAsia="Times New Roman" w:hAnsi="Times New Roman" w:cs="Times New Roman"/>
          <w:sz w:val="24"/>
          <w:szCs w:val="24"/>
        </w:rPr>
        <w:br/>
        <w:t>That shapes culture too.</w:t>
      </w:r>
    </w:p>
    <w:p w14:paraId="40ABB565" w14:textId="77777777" w:rsidR="00F44A19" w:rsidRPr="00F44A19" w:rsidRDefault="00F44A19" w:rsidP="00F44A19">
      <w:p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Culture always forms around:</w:t>
      </w:r>
    </w:p>
    <w:p w14:paraId="165AC95F" w14:textId="77777777" w:rsidR="00F44A19" w:rsidRPr="00F44A19" w:rsidRDefault="00F44A19" w:rsidP="00F44A19">
      <w:pPr>
        <w:numPr>
          <w:ilvl w:val="0"/>
          <w:numId w:val="38"/>
        </w:numPr>
        <w:spacing w:before="100" w:beforeAutospacing="1" w:after="100" w:afterAutospacing="1" w:line="240" w:lineRule="auto"/>
        <w:rPr>
          <w:rFonts w:ascii="Times New Roman" w:eastAsia="Times New Roman" w:hAnsi="Times New Roman" w:cs="Times New Roman"/>
          <w:sz w:val="24"/>
          <w:szCs w:val="24"/>
        </w:rPr>
      </w:pPr>
      <w:proofErr w:type="gramStart"/>
      <w:r w:rsidRPr="00F44A19">
        <w:rPr>
          <w:rFonts w:ascii="Times New Roman" w:eastAsia="Times New Roman" w:hAnsi="Times New Roman" w:cs="Times New Roman"/>
          <w:sz w:val="24"/>
          <w:szCs w:val="24"/>
        </w:rPr>
        <w:t>what</w:t>
      </w:r>
      <w:proofErr w:type="gramEnd"/>
      <w:r w:rsidRPr="00F44A19">
        <w:rPr>
          <w:rFonts w:ascii="Times New Roman" w:eastAsia="Times New Roman" w:hAnsi="Times New Roman" w:cs="Times New Roman"/>
          <w:sz w:val="24"/>
          <w:szCs w:val="24"/>
        </w:rPr>
        <w:t xml:space="preserve"> you celebrate</w:t>
      </w:r>
    </w:p>
    <w:p w14:paraId="33EC07A5" w14:textId="77777777" w:rsidR="00F44A19" w:rsidRPr="00F44A19" w:rsidRDefault="00F44A19" w:rsidP="00F44A19">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what you ignore</w:t>
      </w:r>
    </w:p>
    <w:p w14:paraId="00EE1F62" w14:textId="77777777" w:rsidR="00F44A19" w:rsidRPr="00F44A19" w:rsidRDefault="00F44A19" w:rsidP="00F44A19">
      <w:pPr>
        <w:numPr>
          <w:ilvl w:val="0"/>
          <w:numId w:val="38"/>
        </w:numPr>
        <w:spacing w:before="100" w:beforeAutospacing="1" w:after="100" w:afterAutospacing="1" w:line="240" w:lineRule="auto"/>
        <w:rPr>
          <w:rFonts w:ascii="Times New Roman" w:eastAsia="Times New Roman" w:hAnsi="Times New Roman" w:cs="Times New Roman"/>
          <w:sz w:val="24"/>
          <w:szCs w:val="24"/>
        </w:rPr>
      </w:pPr>
      <w:proofErr w:type="gramStart"/>
      <w:r w:rsidRPr="00F44A19">
        <w:rPr>
          <w:rFonts w:ascii="Times New Roman" w:eastAsia="Times New Roman" w:hAnsi="Times New Roman" w:cs="Times New Roman"/>
          <w:sz w:val="24"/>
          <w:szCs w:val="24"/>
        </w:rPr>
        <w:t>what</w:t>
      </w:r>
      <w:proofErr w:type="gramEnd"/>
      <w:r w:rsidRPr="00F44A19">
        <w:rPr>
          <w:rFonts w:ascii="Times New Roman" w:eastAsia="Times New Roman" w:hAnsi="Times New Roman" w:cs="Times New Roman"/>
          <w:sz w:val="24"/>
          <w:szCs w:val="24"/>
        </w:rPr>
        <w:t xml:space="preserve"> </w:t>
      </w:r>
      <w:proofErr w:type="gramStart"/>
      <w:r w:rsidRPr="00F44A19">
        <w:rPr>
          <w:rFonts w:ascii="Times New Roman" w:eastAsia="Times New Roman" w:hAnsi="Times New Roman" w:cs="Times New Roman"/>
          <w:sz w:val="24"/>
          <w:szCs w:val="24"/>
        </w:rPr>
        <w:t>you</w:t>
      </w:r>
      <w:proofErr w:type="gramEnd"/>
      <w:r w:rsidRPr="00F44A19">
        <w:rPr>
          <w:rFonts w:ascii="Times New Roman" w:eastAsia="Times New Roman" w:hAnsi="Times New Roman" w:cs="Times New Roman"/>
          <w:sz w:val="24"/>
          <w:szCs w:val="24"/>
        </w:rPr>
        <w:t xml:space="preserve"> correct</w:t>
      </w:r>
    </w:p>
    <w:p w14:paraId="4A36AF4B" w14:textId="77777777" w:rsidR="00F44A19" w:rsidRPr="00F44A19" w:rsidRDefault="00F44A19" w:rsidP="00F44A19">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what you tolerate</w:t>
      </w:r>
    </w:p>
    <w:p w14:paraId="2EEFAF08" w14:textId="77777777" w:rsidR="00F44A19" w:rsidRPr="00F44A19" w:rsidRDefault="00F44A19" w:rsidP="00F44A19">
      <w:p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And people ALWAYS rise or fall to the standard you enforce.</w:t>
      </w:r>
    </w:p>
    <w:p w14:paraId="3C1AA298" w14:textId="77777777" w:rsidR="00F44A19" w:rsidRPr="00F44A19" w:rsidRDefault="00F44A19" w:rsidP="00F44A19">
      <w:p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Here’s how to build a healthier culture:</w:t>
      </w:r>
    </w:p>
    <w:p w14:paraId="64DC6F24" w14:textId="77777777" w:rsidR="00F44A19" w:rsidRPr="00F44A19" w:rsidRDefault="00000000" w:rsidP="00F44A1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9A497C8">
          <v:rect id="_x0000_i1071" style="width:0;height:1.5pt" o:hralign="center" o:hrstd="t" o:hr="t" fillcolor="#a0a0a0" stroked="f"/>
        </w:pict>
      </w:r>
    </w:p>
    <w:p w14:paraId="77A0B4AE" w14:textId="77777777" w:rsidR="00F44A19" w:rsidRPr="00F44A19" w:rsidRDefault="00F44A19" w:rsidP="00097EBE">
      <w:r w:rsidRPr="00F44A19">
        <w:rPr>
          <w:rFonts w:ascii="Segoe UI Emoji" w:hAnsi="Segoe UI Emoji" w:cs="Segoe UI Emoji"/>
        </w:rPr>
        <w:t>⭐</w:t>
      </w:r>
      <w:r w:rsidRPr="00F44A19">
        <w:t xml:space="preserve"> The Culture Triangle</w:t>
      </w:r>
    </w:p>
    <w:p w14:paraId="6B407A09" w14:textId="77777777" w:rsidR="00F44A19" w:rsidRPr="00F44A19" w:rsidRDefault="00F44A19" w:rsidP="00F44A19">
      <w:pPr>
        <w:spacing w:before="100" w:beforeAutospacing="1" w:after="100" w:afterAutospacing="1" w:line="240" w:lineRule="auto"/>
        <w:outlineLvl w:val="2"/>
        <w:rPr>
          <w:rFonts w:ascii="Times New Roman" w:eastAsia="Times New Roman" w:hAnsi="Times New Roman" w:cs="Times New Roman"/>
          <w:b/>
          <w:bCs/>
          <w:sz w:val="27"/>
          <w:szCs w:val="27"/>
        </w:rPr>
      </w:pPr>
      <w:r w:rsidRPr="00F44A19">
        <w:rPr>
          <w:rFonts w:ascii="Times New Roman" w:eastAsia="Times New Roman" w:hAnsi="Times New Roman" w:cs="Times New Roman"/>
          <w:b/>
          <w:bCs/>
          <w:sz w:val="27"/>
          <w:szCs w:val="27"/>
        </w:rPr>
        <w:t>1. STORIES</w:t>
      </w:r>
    </w:p>
    <w:p w14:paraId="23968ACE" w14:textId="77777777" w:rsidR="00F44A19" w:rsidRPr="00F44A19" w:rsidRDefault="00F44A19" w:rsidP="00F44A19">
      <w:p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What stories do you repeat?</w:t>
      </w:r>
      <w:r w:rsidRPr="00F44A19">
        <w:rPr>
          <w:rFonts w:ascii="Times New Roman" w:eastAsia="Times New Roman" w:hAnsi="Times New Roman" w:cs="Times New Roman"/>
          <w:sz w:val="24"/>
          <w:szCs w:val="24"/>
        </w:rPr>
        <w:br/>
        <w:t>Stories reinforce values more than rules ever will.</w:t>
      </w:r>
    </w:p>
    <w:p w14:paraId="6157CB17" w14:textId="77777777" w:rsidR="00F44A19" w:rsidRPr="00F44A19" w:rsidRDefault="00000000" w:rsidP="00F44A1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A5FB7D6">
          <v:rect id="_x0000_i1072" style="width:0;height:1.5pt" o:hralign="center" o:hrstd="t" o:hr="t" fillcolor="#a0a0a0" stroked="f"/>
        </w:pict>
      </w:r>
    </w:p>
    <w:p w14:paraId="00170B6C" w14:textId="77777777" w:rsidR="00F44A19" w:rsidRPr="00F44A19" w:rsidRDefault="00F44A19" w:rsidP="00F44A19">
      <w:pPr>
        <w:spacing w:before="100" w:beforeAutospacing="1" w:after="100" w:afterAutospacing="1" w:line="240" w:lineRule="auto"/>
        <w:outlineLvl w:val="2"/>
        <w:rPr>
          <w:rFonts w:ascii="Times New Roman" w:eastAsia="Times New Roman" w:hAnsi="Times New Roman" w:cs="Times New Roman"/>
          <w:b/>
          <w:bCs/>
          <w:sz w:val="27"/>
          <w:szCs w:val="27"/>
        </w:rPr>
      </w:pPr>
      <w:r w:rsidRPr="00F44A19">
        <w:rPr>
          <w:rFonts w:ascii="Times New Roman" w:eastAsia="Times New Roman" w:hAnsi="Times New Roman" w:cs="Times New Roman"/>
          <w:b/>
          <w:bCs/>
          <w:sz w:val="27"/>
          <w:szCs w:val="27"/>
        </w:rPr>
        <w:t>2. STANDARDS</w:t>
      </w:r>
    </w:p>
    <w:p w14:paraId="0F1DEE74" w14:textId="77777777" w:rsidR="00F44A19" w:rsidRPr="00F44A19" w:rsidRDefault="00F44A19" w:rsidP="00F44A19">
      <w:p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lastRenderedPageBreak/>
        <w:t>What do you consistently enforce?</w:t>
      </w:r>
      <w:r w:rsidRPr="00F44A19">
        <w:rPr>
          <w:rFonts w:ascii="Times New Roman" w:eastAsia="Times New Roman" w:hAnsi="Times New Roman" w:cs="Times New Roman"/>
          <w:sz w:val="24"/>
          <w:szCs w:val="24"/>
        </w:rPr>
        <w:br/>
        <w:t>If you let something slide once, people assume it’s acceptable.</w:t>
      </w:r>
    </w:p>
    <w:p w14:paraId="0A517ECF" w14:textId="77777777" w:rsidR="00F44A19" w:rsidRPr="00F44A19" w:rsidRDefault="00000000" w:rsidP="00F44A1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51C60F6">
          <v:rect id="_x0000_i1073" style="width:0;height:1.5pt" o:hralign="center" o:hrstd="t" o:hr="t" fillcolor="#a0a0a0" stroked="f"/>
        </w:pict>
      </w:r>
    </w:p>
    <w:p w14:paraId="737A81D6" w14:textId="77777777" w:rsidR="00F44A19" w:rsidRPr="00F44A19" w:rsidRDefault="00F44A19" w:rsidP="00F44A19">
      <w:pPr>
        <w:spacing w:before="100" w:beforeAutospacing="1" w:after="100" w:afterAutospacing="1" w:line="240" w:lineRule="auto"/>
        <w:outlineLvl w:val="2"/>
        <w:rPr>
          <w:rFonts w:ascii="Times New Roman" w:eastAsia="Times New Roman" w:hAnsi="Times New Roman" w:cs="Times New Roman"/>
          <w:b/>
          <w:bCs/>
          <w:sz w:val="27"/>
          <w:szCs w:val="27"/>
        </w:rPr>
      </w:pPr>
      <w:r w:rsidRPr="00F44A19">
        <w:rPr>
          <w:rFonts w:ascii="Times New Roman" w:eastAsia="Times New Roman" w:hAnsi="Times New Roman" w:cs="Times New Roman"/>
          <w:b/>
          <w:bCs/>
          <w:sz w:val="27"/>
          <w:szCs w:val="27"/>
        </w:rPr>
        <w:t>3. SPIRIT</w:t>
      </w:r>
    </w:p>
    <w:p w14:paraId="3DD3F70E" w14:textId="77777777" w:rsidR="00F44A19" w:rsidRPr="00F44A19" w:rsidRDefault="00F44A19" w:rsidP="00F44A19">
      <w:p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What emotional tone do you bring?</w:t>
      </w:r>
      <w:r w:rsidRPr="00F44A19">
        <w:rPr>
          <w:rFonts w:ascii="Times New Roman" w:eastAsia="Times New Roman" w:hAnsi="Times New Roman" w:cs="Times New Roman"/>
          <w:sz w:val="24"/>
          <w:szCs w:val="24"/>
        </w:rPr>
        <w:br/>
        <w:t>People follow your energy long before they follow your instructions.</w:t>
      </w:r>
    </w:p>
    <w:p w14:paraId="07B9B5B9" w14:textId="77777777" w:rsidR="00F44A19" w:rsidRPr="00F44A19" w:rsidRDefault="00000000" w:rsidP="00F44A1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CC09D80">
          <v:rect id="_x0000_i1074" style="width:0;height:1.5pt" o:hralign="center" o:hrstd="t" o:hr="t" fillcolor="#a0a0a0" stroked="f"/>
        </w:pict>
      </w:r>
    </w:p>
    <w:p w14:paraId="7A7D2151" w14:textId="77777777" w:rsidR="00F44A19" w:rsidRPr="00F44A19" w:rsidRDefault="00F44A19" w:rsidP="00F44A19">
      <w:pPr>
        <w:spacing w:before="100" w:beforeAutospacing="1" w:after="100" w:afterAutospacing="1" w:line="240" w:lineRule="auto"/>
        <w:outlineLvl w:val="2"/>
        <w:rPr>
          <w:rFonts w:ascii="Times New Roman" w:eastAsia="Times New Roman" w:hAnsi="Times New Roman" w:cs="Times New Roman"/>
          <w:b/>
          <w:bCs/>
          <w:sz w:val="27"/>
          <w:szCs w:val="27"/>
        </w:rPr>
      </w:pPr>
      <w:r w:rsidRPr="00F44A19">
        <w:rPr>
          <w:rFonts w:ascii="Times New Roman" w:eastAsia="Times New Roman" w:hAnsi="Times New Roman" w:cs="Times New Roman"/>
          <w:b/>
          <w:bCs/>
          <w:sz w:val="27"/>
          <w:szCs w:val="27"/>
        </w:rPr>
        <w:t>Reflection:</w:t>
      </w:r>
    </w:p>
    <w:p w14:paraId="2D741996" w14:textId="77777777" w:rsidR="00F44A19" w:rsidRPr="00F44A19" w:rsidRDefault="00F44A19" w:rsidP="00F44A19">
      <w:p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What culture are you shaping right now without realizing it?</w:t>
      </w:r>
    </w:p>
    <w:p w14:paraId="5A065E64" w14:textId="77777777" w:rsidR="00F44A19" w:rsidRPr="00F44A19" w:rsidRDefault="00F44A19" w:rsidP="00F44A19">
      <w:pPr>
        <w:spacing w:before="100" w:beforeAutospacing="1" w:after="100" w:afterAutospacing="1" w:line="240" w:lineRule="auto"/>
        <w:outlineLvl w:val="2"/>
        <w:rPr>
          <w:rFonts w:ascii="Times New Roman" w:eastAsia="Times New Roman" w:hAnsi="Times New Roman" w:cs="Times New Roman"/>
          <w:b/>
          <w:bCs/>
          <w:sz w:val="27"/>
          <w:szCs w:val="27"/>
        </w:rPr>
      </w:pPr>
      <w:r w:rsidRPr="00F44A19">
        <w:rPr>
          <w:rFonts w:ascii="Times New Roman" w:eastAsia="Times New Roman" w:hAnsi="Times New Roman" w:cs="Times New Roman"/>
          <w:b/>
          <w:bCs/>
          <w:sz w:val="27"/>
          <w:szCs w:val="27"/>
        </w:rPr>
        <w:t>Leadership Challenge:</w:t>
      </w:r>
    </w:p>
    <w:p w14:paraId="4160066F" w14:textId="77777777" w:rsidR="00F44A19" w:rsidRPr="00F44A19" w:rsidRDefault="00F44A19" w:rsidP="00F44A19">
      <w:pPr>
        <w:spacing w:before="100" w:beforeAutospacing="1" w:after="100" w:afterAutospacing="1" w:line="240" w:lineRule="auto"/>
        <w:rPr>
          <w:rFonts w:ascii="Times New Roman" w:eastAsia="Times New Roman" w:hAnsi="Times New Roman" w:cs="Times New Roman"/>
          <w:sz w:val="24"/>
          <w:szCs w:val="24"/>
        </w:rPr>
      </w:pPr>
      <w:r w:rsidRPr="00F44A19">
        <w:rPr>
          <w:rFonts w:ascii="Times New Roman" w:eastAsia="Times New Roman" w:hAnsi="Times New Roman" w:cs="Times New Roman"/>
          <w:sz w:val="24"/>
          <w:szCs w:val="24"/>
        </w:rPr>
        <w:t>Choose ONE cultural standard and reinforce it today.</w:t>
      </w:r>
    </w:p>
    <w:p w14:paraId="38E33D7D" w14:textId="3D2C10E0" w:rsidR="00FE4E8C" w:rsidRPr="00FE4E8C" w:rsidRDefault="00E44623" w:rsidP="00FE4E8C">
      <w:pPr>
        <w:pStyle w:val="Heading3"/>
        <w:rPr>
          <w:rFonts w:ascii="Times New Roman" w:eastAsia="Times New Roman" w:hAnsi="Times New Roman" w:cs="Times New Roman"/>
          <w:color w:val="auto"/>
          <w:sz w:val="27"/>
          <w:szCs w:val="27"/>
        </w:rPr>
      </w:pPr>
      <w:r>
        <w:t xml:space="preserve">Day </w:t>
      </w:r>
      <w:r w:rsidR="00C963EF">
        <w:t>21</w:t>
      </w:r>
      <w:r>
        <w:t xml:space="preserve"> — C</w:t>
      </w:r>
      <w:r w:rsidR="00DF646A">
        <w:t>risis Leadership</w:t>
      </w:r>
      <w:r w:rsidR="00FE4E8C" w:rsidRPr="00FE4E8C">
        <w:rPr>
          <w:rFonts w:ascii="Times New Roman" w:eastAsia="Times New Roman" w:hAnsi="Times New Roman" w:cs="Times New Roman"/>
          <w:i/>
          <w:iCs/>
          <w:color w:val="auto"/>
          <w:sz w:val="27"/>
          <w:szCs w:val="27"/>
        </w:rPr>
        <w:t xml:space="preserve"> You Shape the Environment More Than You Realize</w:t>
      </w:r>
    </w:p>
    <w:p w14:paraId="00BAB7F6" w14:textId="77777777" w:rsidR="00FE4E8C" w:rsidRPr="00FE4E8C" w:rsidRDefault="00FE4E8C" w:rsidP="00FE4E8C">
      <w:p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Every environment has a culture:</w:t>
      </w:r>
    </w:p>
    <w:p w14:paraId="162FF9CA" w14:textId="77777777" w:rsidR="00FE4E8C" w:rsidRPr="00FE4E8C" w:rsidRDefault="00FE4E8C" w:rsidP="00FE4E8C">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families</w:t>
      </w:r>
    </w:p>
    <w:p w14:paraId="498E6E4F" w14:textId="77777777" w:rsidR="00FE4E8C" w:rsidRPr="00FE4E8C" w:rsidRDefault="00FE4E8C" w:rsidP="00FE4E8C">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workplaces</w:t>
      </w:r>
    </w:p>
    <w:p w14:paraId="782AAD51" w14:textId="77777777" w:rsidR="00FE4E8C" w:rsidRPr="00FE4E8C" w:rsidRDefault="00FE4E8C" w:rsidP="00FE4E8C">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teams</w:t>
      </w:r>
    </w:p>
    <w:p w14:paraId="1847F211" w14:textId="77777777" w:rsidR="00FE4E8C" w:rsidRPr="00FE4E8C" w:rsidRDefault="00FE4E8C" w:rsidP="00FE4E8C">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friendships</w:t>
      </w:r>
    </w:p>
    <w:p w14:paraId="1B1E308C" w14:textId="77777777" w:rsidR="00FE4E8C" w:rsidRPr="00FE4E8C" w:rsidRDefault="00FE4E8C" w:rsidP="00FE4E8C">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relationships</w:t>
      </w:r>
    </w:p>
    <w:p w14:paraId="70393170" w14:textId="77777777" w:rsidR="00FE4E8C" w:rsidRPr="00FE4E8C" w:rsidRDefault="00FE4E8C" w:rsidP="00FE4E8C">
      <w:p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 xml:space="preserve">Culture is not what people </w:t>
      </w:r>
      <w:r w:rsidRPr="00FE4E8C">
        <w:rPr>
          <w:rFonts w:ascii="Times New Roman" w:eastAsia="Times New Roman" w:hAnsi="Times New Roman" w:cs="Times New Roman"/>
          <w:b/>
          <w:bCs/>
          <w:sz w:val="24"/>
          <w:szCs w:val="24"/>
        </w:rPr>
        <w:t>say</w:t>
      </w:r>
      <w:r w:rsidRPr="00FE4E8C">
        <w:rPr>
          <w:rFonts w:ascii="Times New Roman" w:eastAsia="Times New Roman" w:hAnsi="Times New Roman" w:cs="Times New Roman"/>
          <w:sz w:val="24"/>
          <w:szCs w:val="24"/>
        </w:rPr>
        <w:t xml:space="preserve"> — it’s what people </w:t>
      </w:r>
      <w:r w:rsidRPr="00FE4E8C">
        <w:rPr>
          <w:rFonts w:ascii="Times New Roman" w:eastAsia="Times New Roman" w:hAnsi="Times New Roman" w:cs="Times New Roman"/>
          <w:b/>
          <w:bCs/>
          <w:sz w:val="24"/>
          <w:szCs w:val="24"/>
        </w:rPr>
        <w:t>do consistently.</w:t>
      </w:r>
    </w:p>
    <w:p w14:paraId="5D2A99EF" w14:textId="77777777" w:rsidR="00FE4E8C" w:rsidRPr="00FE4E8C" w:rsidRDefault="00FE4E8C" w:rsidP="00FE4E8C">
      <w:p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And here’s the truth:</w:t>
      </w:r>
    </w:p>
    <w:p w14:paraId="46605697" w14:textId="77777777" w:rsidR="00FE4E8C" w:rsidRPr="00FE4E8C" w:rsidRDefault="00FE4E8C" w:rsidP="00FE4E8C">
      <w:p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b/>
          <w:bCs/>
          <w:sz w:val="24"/>
          <w:szCs w:val="24"/>
        </w:rPr>
        <w:t>You are always shaping culture — even silently.</w:t>
      </w:r>
    </w:p>
    <w:p w14:paraId="78E6C6DA" w14:textId="77777777" w:rsidR="00FE4E8C" w:rsidRPr="00FE4E8C" w:rsidRDefault="00FE4E8C" w:rsidP="00FE4E8C">
      <w:p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lastRenderedPageBreak/>
        <w:t>If you stay calm during stress?</w:t>
      </w:r>
      <w:r w:rsidRPr="00FE4E8C">
        <w:rPr>
          <w:rFonts w:ascii="Times New Roman" w:eastAsia="Times New Roman" w:hAnsi="Times New Roman" w:cs="Times New Roman"/>
          <w:sz w:val="24"/>
          <w:szCs w:val="24"/>
        </w:rPr>
        <w:br/>
        <w:t>That shapes culture.</w:t>
      </w:r>
    </w:p>
    <w:p w14:paraId="48679DE5" w14:textId="77777777" w:rsidR="00FE4E8C" w:rsidRPr="00FE4E8C" w:rsidRDefault="00FE4E8C" w:rsidP="00FE4E8C">
      <w:p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If you communicate clearly?</w:t>
      </w:r>
      <w:r w:rsidRPr="00FE4E8C">
        <w:rPr>
          <w:rFonts w:ascii="Times New Roman" w:eastAsia="Times New Roman" w:hAnsi="Times New Roman" w:cs="Times New Roman"/>
          <w:sz w:val="24"/>
          <w:szCs w:val="24"/>
        </w:rPr>
        <w:br/>
        <w:t>That shapes culture.</w:t>
      </w:r>
    </w:p>
    <w:p w14:paraId="4A21280B" w14:textId="77777777" w:rsidR="00FE4E8C" w:rsidRPr="00FE4E8C" w:rsidRDefault="00FE4E8C" w:rsidP="00FE4E8C">
      <w:p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If you avoid responsibility?</w:t>
      </w:r>
      <w:r w:rsidRPr="00FE4E8C">
        <w:rPr>
          <w:rFonts w:ascii="Times New Roman" w:eastAsia="Times New Roman" w:hAnsi="Times New Roman" w:cs="Times New Roman"/>
          <w:sz w:val="24"/>
          <w:szCs w:val="24"/>
        </w:rPr>
        <w:br/>
        <w:t>That shapes culture too.</w:t>
      </w:r>
    </w:p>
    <w:p w14:paraId="7509FD44" w14:textId="77777777" w:rsidR="00FE4E8C" w:rsidRPr="00FE4E8C" w:rsidRDefault="00FE4E8C" w:rsidP="00FE4E8C">
      <w:p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Culture always forms around:</w:t>
      </w:r>
    </w:p>
    <w:p w14:paraId="1B4620A7" w14:textId="77777777" w:rsidR="00FE4E8C" w:rsidRPr="00FE4E8C" w:rsidRDefault="00FE4E8C" w:rsidP="00FE4E8C">
      <w:pPr>
        <w:numPr>
          <w:ilvl w:val="0"/>
          <w:numId w:val="40"/>
        </w:numPr>
        <w:spacing w:before="100" w:beforeAutospacing="1" w:after="100" w:afterAutospacing="1" w:line="240" w:lineRule="auto"/>
        <w:rPr>
          <w:rFonts w:ascii="Times New Roman" w:eastAsia="Times New Roman" w:hAnsi="Times New Roman" w:cs="Times New Roman"/>
          <w:sz w:val="24"/>
          <w:szCs w:val="24"/>
        </w:rPr>
      </w:pPr>
      <w:proofErr w:type="gramStart"/>
      <w:r w:rsidRPr="00FE4E8C">
        <w:rPr>
          <w:rFonts w:ascii="Times New Roman" w:eastAsia="Times New Roman" w:hAnsi="Times New Roman" w:cs="Times New Roman"/>
          <w:sz w:val="24"/>
          <w:szCs w:val="24"/>
        </w:rPr>
        <w:t>what</w:t>
      </w:r>
      <w:proofErr w:type="gramEnd"/>
      <w:r w:rsidRPr="00FE4E8C">
        <w:rPr>
          <w:rFonts w:ascii="Times New Roman" w:eastAsia="Times New Roman" w:hAnsi="Times New Roman" w:cs="Times New Roman"/>
          <w:sz w:val="24"/>
          <w:szCs w:val="24"/>
        </w:rPr>
        <w:t xml:space="preserve"> you celebrate</w:t>
      </w:r>
    </w:p>
    <w:p w14:paraId="6C5F5F63" w14:textId="77777777" w:rsidR="00FE4E8C" w:rsidRPr="00FE4E8C" w:rsidRDefault="00FE4E8C" w:rsidP="00FE4E8C">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what you ignore</w:t>
      </w:r>
    </w:p>
    <w:p w14:paraId="21DB4610" w14:textId="77777777" w:rsidR="00FE4E8C" w:rsidRPr="00FE4E8C" w:rsidRDefault="00FE4E8C" w:rsidP="00FE4E8C">
      <w:pPr>
        <w:numPr>
          <w:ilvl w:val="0"/>
          <w:numId w:val="40"/>
        </w:numPr>
        <w:spacing w:before="100" w:beforeAutospacing="1" w:after="100" w:afterAutospacing="1" w:line="240" w:lineRule="auto"/>
        <w:rPr>
          <w:rFonts w:ascii="Times New Roman" w:eastAsia="Times New Roman" w:hAnsi="Times New Roman" w:cs="Times New Roman"/>
          <w:sz w:val="24"/>
          <w:szCs w:val="24"/>
        </w:rPr>
      </w:pPr>
      <w:proofErr w:type="gramStart"/>
      <w:r w:rsidRPr="00FE4E8C">
        <w:rPr>
          <w:rFonts w:ascii="Times New Roman" w:eastAsia="Times New Roman" w:hAnsi="Times New Roman" w:cs="Times New Roman"/>
          <w:sz w:val="24"/>
          <w:szCs w:val="24"/>
        </w:rPr>
        <w:t>what</w:t>
      </w:r>
      <w:proofErr w:type="gramEnd"/>
      <w:r w:rsidRPr="00FE4E8C">
        <w:rPr>
          <w:rFonts w:ascii="Times New Roman" w:eastAsia="Times New Roman" w:hAnsi="Times New Roman" w:cs="Times New Roman"/>
          <w:sz w:val="24"/>
          <w:szCs w:val="24"/>
        </w:rPr>
        <w:t xml:space="preserve"> </w:t>
      </w:r>
      <w:proofErr w:type="gramStart"/>
      <w:r w:rsidRPr="00FE4E8C">
        <w:rPr>
          <w:rFonts w:ascii="Times New Roman" w:eastAsia="Times New Roman" w:hAnsi="Times New Roman" w:cs="Times New Roman"/>
          <w:sz w:val="24"/>
          <w:szCs w:val="24"/>
        </w:rPr>
        <w:t>you</w:t>
      </w:r>
      <w:proofErr w:type="gramEnd"/>
      <w:r w:rsidRPr="00FE4E8C">
        <w:rPr>
          <w:rFonts w:ascii="Times New Roman" w:eastAsia="Times New Roman" w:hAnsi="Times New Roman" w:cs="Times New Roman"/>
          <w:sz w:val="24"/>
          <w:szCs w:val="24"/>
        </w:rPr>
        <w:t xml:space="preserve"> correct</w:t>
      </w:r>
    </w:p>
    <w:p w14:paraId="741B9945" w14:textId="77777777" w:rsidR="00FE4E8C" w:rsidRPr="00FE4E8C" w:rsidRDefault="00FE4E8C" w:rsidP="00FE4E8C">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what you tolerate</w:t>
      </w:r>
    </w:p>
    <w:p w14:paraId="61D3D484" w14:textId="77777777" w:rsidR="00FE4E8C" w:rsidRPr="00FE4E8C" w:rsidRDefault="00FE4E8C" w:rsidP="00FE4E8C">
      <w:p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And people ALWAYS rise or fall to the standard you enforce.</w:t>
      </w:r>
    </w:p>
    <w:p w14:paraId="168CADE3" w14:textId="77777777" w:rsidR="00FE4E8C" w:rsidRPr="00FE4E8C" w:rsidRDefault="00FE4E8C" w:rsidP="00FE4E8C">
      <w:p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Here’s how to build a healthier culture:</w:t>
      </w:r>
    </w:p>
    <w:p w14:paraId="2DF7A074" w14:textId="77777777" w:rsidR="00FE4E8C" w:rsidRPr="00FE4E8C" w:rsidRDefault="00000000" w:rsidP="00FE4E8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1FAC62E">
          <v:rect id="_x0000_i1075" style="width:0;height:1.5pt" o:hralign="center" o:hrstd="t" o:hr="t" fillcolor="#a0a0a0" stroked="f"/>
        </w:pict>
      </w:r>
    </w:p>
    <w:p w14:paraId="0FD34475" w14:textId="77777777" w:rsidR="00FE4E8C" w:rsidRPr="00FE4E8C" w:rsidRDefault="00FE4E8C" w:rsidP="00097EBE">
      <w:r w:rsidRPr="00FE4E8C">
        <w:rPr>
          <w:rFonts w:ascii="Segoe UI Emoji" w:hAnsi="Segoe UI Emoji" w:cs="Segoe UI Emoji"/>
        </w:rPr>
        <w:t>⭐</w:t>
      </w:r>
      <w:r w:rsidRPr="00FE4E8C">
        <w:t xml:space="preserve"> The Culture Triangle</w:t>
      </w:r>
    </w:p>
    <w:p w14:paraId="36F5E677" w14:textId="77777777" w:rsidR="00FE4E8C" w:rsidRPr="00FE4E8C" w:rsidRDefault="00FE4E8C" w:rsidP="00FE4E8C">
      <w:pPr>
        <w:spacing w:before="100" w:beforeAutospacing="1" w:after="100" w:afterAutospacing="1" w:line="240" w:lineRule="auto"/>
        <w:outlineLvl w:val="2"/>
        <w:rPr>
          <w:rFonts w:ascii="Times New Roman" w:eastAsia="Times New Roman" w:hAnsi="Times New Roman" w:cs="Times New Roman"/>
          <w:b/>
          <w:bCs/>
          <w:sz w:val="27"/>
          <w:szCs w:val="27"/>
        </w:rPr>
      </w:pPr>
      <w:r w:rsidRPr="00FE4E8C">
        <w:rPr>
          <w:rFonts w:ascii="Times New Roman" w:eastAsia="Times New Roman" w:hAnsi="Times New Roman" w:cs="Times New Roman"/>
          <w:b/>
          <w:bCs/>
          <w:sz w:val="27"/>
          <w:szCs w:val="27"/>
        </w:rPr>
        <w:t>1. STORIES</w:t>
      </w:r>
    </w:p>
    <w:p w14:paraId="12973248" w14:textId="77777777" w:rsidR="00FE4E8C" w:rsidRPr="00FE4E8C" w:rsidRDefault="00FE4E8C" w:rsidP="00FE4E8C">
      <w:p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What stories do you repeat?</w:t>
      </w:r>
      <w:r w:rsidRPr="00FE4E8C">
        <w:rPr>
          <w:rFonts w:ascii="Times New Roman" w:eastAsia="Times New Roman" w:hAnsi="Times New Roman" w:cs="Times New Roman"/>
          <w:sz w:val="24"/>
          <w:szCs w:val="24"/>
        </w:rPr>
        <w:br/>
        <w:t>Stories reinforce values more than rules ever will.</w:t>
      </w:r>
    </w:p>
    <w:p w14:paraId="4D70BFD5" w14:textId="77777777" w:rsidR="00FE4E8C" w:rsidRPr="00FE4E8C" w:rsidRDefault="00000000" w:rsidP="00FE4E8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C91AAC1">
          <v:rect id="_x0000_i1076" style="width:0;height:1.5pt" o:hralign="center" o:hrstd="t" o:hr="t" fillcolor="#a0a0a0" stroked="f"/>
        </w:pict>
      </w:r>
    </w:p>
    <w:p w14:paraId="797C39BF" w14:textId="77777777" w:rsidR="00FE4E8C" w:rsidRPr="00FE4E8C" w:rsidRDefault="00FE4E8C" w:rsidP="00FE4E8C">
      <w:pPr>
        <w:spacing w:before="100" w:beforeAutospacing="1" w:after="100" w:afterAutospacing="1" w:line="240" w:lineRule="auto"/>
        <w:outlineLvl w:val="2"/>
        <w:rPr>
          <w:rFonts w:ascii="Times New Roman" w:eastAsia="Times New Roman" w:hAnsi="Times New Roman" w:cs="Times New Roman"/>
          <w:b/>
          <w:bCs/>
          <w:sz w:val="27"/>
          <w:szCs w:val="27"/>
        </w:rPr>
      </w:pPr>
      <w:r w:rsidRPr="00FE4E8C">
        <w:rPr>
          <w:rFonts w:ascii="Times New Roman" w:eastAsia="Times New Roman" w:hAnsi="Times New Roman" w:cs="Times New Roman"/>
          <w:b/>
          <w:bCs/>
          <w:sz w:val="27"/>
          <w:szCs w:val="27"/>
        </w:rPr>
        <w:t>2. STANDARDS</w:t>
      </w:r>
    </w:p>
    <w:p w14:paraId="2DC05FC1" w14:textId="77777777" w:rsidR="00FE4E8C" w:rsidRPr="00FE4E8C" w:rsidRDefault="00FE4E8C" w:rsidP="00FE4E8C">
      <w:p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What do you consistently enforce?</w:t>
      </w:r>
      <w:r w:rsidRPr="00FE4E8C">
        <w:rPr>
          <w:rFonts w:ascii="Times New Roman" w:eastAsia="Times New Roman" w:hAnsi="Times New Roman" w:cs="Times New Roman"/>
          <w:sz w:val="24"/>
          <w:szCs w:val="24"/>
        </w:rPr>
        <w:br/>
        <w:t>If you let something slide once, people assume it’s acceptable.</w:t>
      </w:r>
    </w:p>
    <w:p w14:paraId="48264342" w14:textId="77777777" w:rsidR="00FE4E8C" w:rsidRPr="00FE4E8C" w:rsidRDefault="00000000" w:rsidP="00FE4E8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B507200">
          <v:rect id="_x0000_i1077" style="width:0;height:1.5pt" o:hralign="center" o:hrstd="t" o:hr="t" fillcolor="#a0a0a0" stroked="f"/>
        </w:pict>
      </w:r>
    </w:p>
    <w:p w14:paraId="7EEF1423" w14:textId="77777777" w:rsidR="00FE4E8C" w:rsidRPr="00FE4E8C" w:rsidRDefault="00FE4E8C" w:rsidP="00FE4E8C">
      <w:pPr>
        <w:spacing w:before="100" w:beforeAutospacing="1" w:after="100" w:afterAutospacing="1" w:line="240" w:lineRule="auto"/>
        <w:outlineLvl w:val="2"/>
        <w:rPr>
          <w:rFonts w:ascii="Times New Roman" w:eastAsia="Times New Roman" w:hAnsi="Times New Roman" w:cs="Times New Roman"/>
          <w:b/>
          <w:bCs/>
          <w:sz w:val="27"/>
          <w:szCs w:val="27"/>
        </w:rPr>
      </w:pPr>
      <w:r w:rsidRPr="00FE4E8C">
        <w:rPr>
          <w:rFonts w:ascii="Times New Roman" w:eastAsia="Times New Roman" w:hAnsi="Times New Roman" w:cs="Times New Roman"/>
          <w:b/>
          <w:bCs/>
          <w:sz w:val="27"/>
          <w:szCs w:val="27"/>
        </w:rPr>
        <w:lastRenderedPageBreak/>
        <w:t>3. SPIRIT</w:t>
      </w:r>
    </w:p>
    <w:p w14:paraId="34E488C3" w14:textId="77777777" w:rsidR="00FE4E8C" w:rsidRPr="00FE4E8C" w:rsidRDefault="00FE4E8C" w:rsidP="00FE4E8C">
      <w:p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What emotional tone do you bring?</w:t>
      </w:r>
      <w:r w:rsidRPr="00FE4E8C">
        <w:rPr>
          <w:rFonts w:ascii="Times New Roman" w:eastAsia="Times New Roman" w:hAnsi="Times New Roman" w:cs="Times New Roman"/>
          <w:sz w:val="24"/>
          <w:szCs w:val="24"/>
        </w:rPr>
        <w:br/>
        <w:t>People follow your energy long before they follow your instructions.</w:t>
      </w:r>
    </w:p>
    <w:p w14:paraId="3E5F7908" w14:textId="77777777" w:rsidR="00FE4E8C" w:rsidRPr="00FE4E8C" w:rsidRDefault="00000000" w:rsidP="00FE4E8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8323334">
          <v:rect id="_x0000_i1078" style="width:0;height:1.5pt" o:hralign="center" o:hrstd="t" o:hr="t" fillcolor="#a0a0a0" stroked="f"/>
        </w:pict>
      </w:r>
    </w:p>
    <w:p w14:paraId="6FB2F9BA" w14:textId="77777777" w:rsidR="00FE4E8C" w:rsidRPr="00FE4E8C" w:rsidRDefault="00FE4E8C" w:rsidP="00FE4E8C">
      <w:pPr>
        <w:spacing w:before="100" w:beforeAutospacing="1" w:after="100" w:afterAutospacing="1" w:line="240" w:lineRule="auto"/>
        <w:outlineLvl w:val="2"/>
        <w:rPr>
          <w:rFonts w:ascii="Times New Roman" w:eastAsia="Times New Roman" w:hAnsi="Times New Roman" w:cs="Times New Roman"/>
          <w:b/>
          <w:bCs/>
          <w:sz w:val="27"/>
          <w:szCs w:val="27"/>
        </w:rPr>
      </w:pPr>
      <w:r w:rsidRPr="00FE4E8C">
        <w:rPr>
          <w:rFonts w:ascii="Times New Roman" w:eastAsia="Times New Roman" w:hAnsi="Times New Roman" w:cs="Times New Roman"/>
          <w:b/>
          <w:bCs/>
          <w:sz w:val="27"/>
          <w:szCs w:val="27"/>
        </w:rPr>
        <w:t>Reflection:</w:t>
      </w:r>
    </w:p>
    <w:p w14:paraId="40233BE6" w14:textId="77777777" w:rsidR="00FE4E8C" w:rsidRPr="00FE4E8C" w:rsidRDefault="00FE4E8C" w:rsidP="00FE4E8C">
      <w:p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What culture are you shaping right now without realizing it?</w:t>
      </w:r>
    </w:p>
    <w:p w14:paraId="22BDAC9D" w14:textId="77777777" w:rsidR="00FE4E8C" w:rsidRPr="00FE4E8C" w:rsidRDefault="00FE4E8C" w:rsidP="00FE4E8C">
      <w:pPr>
        <w:spacing w:before="100" w:beforeAutospacing="1" w:after="100" w:afterAutospacing="1" w:line="240" w:lineRule="auto"/>
        <w:outlineLvl w:val="2"/>
        <w:rPr>
          <w:rFonts w:ascii="Times New Roman" w:eastAsia="Times New Roman" w:hAnsi="Times New Roman" w:cs="Times New Roman"/>
          <w:b/>
          <w:bCs/>
          <w:sz w:val="27"/>
          <w:szCs w:val="27"/>
        </w:rPr>
      </w:pPr>
      <w:r w:rsidRPr="00FE4E8C">
        <w:rPr>
          <w:rFonts w:ascii="Times New Roman" w:eastAsia="Times New Roman" w:hAnsi="Times New Roman" w:cs="Times New Roman"/>
          <w:b/>
          <w:bCs/>
          <w:sz w:val="27"/>
          <w:szCs w:val="27"/>
        </w:rPr>
        <w:t>Leadership Challenge:</w:t>
      </w:r>
    </w:p>
    <w:p w14:paraId="6193D681" w14:textId="77777777" w:rsidR="00FE4E8C" w:rsidRPr="00FE4E8C" w:rsidRDefault="00FE4E8C" w:rsidP="00FE4E8C">
      <w:pPr>
        <w:spacing w:before="100" w:beforeAutospacing="1" w:after="100" w:afterAutospacing="1" w:line="240" w:lineRule="auto"/>
        <w:rPr>
          <w:rFonts w:ascii="Times New Roman" w:eastAsia="Times New Roman" w:hAnsi="Times New Roman" w:cs="Times New Roman"/>
          <w:sz w:val="24"/>
          <w:szCs w:val="24"/>
        </w:rPr>
      </w:pPr>
      <w:r w:rsidRPr="00FE4E8C">
        <w:rPr>
          <w:rFonts w:ascii="Times New Roman" w:eastAsia="Times New Roman" w:hAnsi="Times New Roman" w:cs="Times New Roman"/>
          <w:sz w:val="24"/>
          <w:szCs w:val="24"/>
        </w:rPr>
        <w:t>Choose ONE cultural standard and reinforce it today.</w:t>
      </w:r>
    </w:p>
    <w:p w14:paraId="63864DA8" w14:textId="47D9D5EF" w:rsidR="00E44623" w:rsidRDefault="00E44623" w:rsidP="00E44623">
      <w:pPr>
        <w:pStyle w:val="Heading2"/>
      </w:pPr>
      <w:bookmarkStart w:id="26" w:name="_Toc214330682"/>
      <w:r>
        <w:t xml:space="preserve">Day </w:t>
      </w:r>
      <w:r w:rsidR="00C963EF">
        <w:t>22</w:t>
      </w:r>
      <w:r>
        <w:t xml:space="preserve"> — </w:t>
      </w:r>
      <w:r w:rsidR="00FE4E8C">
        <w:t>Strategic Thinking</w:t>
      </w:r>
      <w:bookmarkEnd w:id="26"/>
    </w:p>
    <w:p w14:paraId="754F6A40" w14:textId="77777777" w:rsidR="004C0C6A" w:rsidRPr="004C0C6A" w:rsidRDefault="004C0C6A" w:rsidP="004C0C6A">
      <w:pPr>
        <w:spacing w:before="100" w:beforeAutospacing="1" w:after="100" w:afterAutospacing="1" w:line="240" w:lineRule="auto"/>
        <w:outlineLvl w:val="2"/>
        <w:rPr>
          <w:rFonts w:ascii="Times New Roman" w:eastAsia="Times New Roman" w:hAnsi="Times New Roman" w:cs="Times New Roman"/>
          <w:b/>
          <w:bCs/>
          <w:sz w:val="27"/>
          <w:szCs w:val="27"/>
        </w:rPr>
      </w:pPr>
      <w:r w:rsidRPr="004C0C6A">
        <w:rPr>
          <w:rFonts w:ascii="Times New Roman" w:eastAsia="Times New Roman" w:hAnsi="Times New Roman" w:cs="Times New Roman"/>
          <w:b/>
          <w:bCs/>
          <w:i/>
          <w:iCs/>
          <w:sz w:val="27"/>
          <w:szCs w:val="27"/>
        </w:rPr>
        <w:t>Leaders See Beyond the Moment</w:t>
      </w:r>
    </w:p>
    <w:p w14:paraId="02AC181C" w14:textId="77777777" w:rsidR="004C0C6A" w:rsidRPr="004C0C6A" w:rsidRDefault="004C0C6A" w:rsidP="004C0C6A">
      <w:p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sz w:val="24"/>
          <w:szCs w:val="24"/>
        </w:rPr>
        <w:t>There were times in my past when I made decisions based on how I felt in the moment.</w:t>
      </w:r>
      <w:r w:rsidRPr="004C0C6A">
        <w:rPr>
          <w:rFonts w:ascii="Times New Roman" w:eastAsia="Times New Roman" w:hAnsi="Times New Roman" w:cs="Times New Roman"/>
          <w:sz w:val="24"/>
          <w:szCs w:val="24"/>
        </w:rPr>
        <w:br/>
        <w:t>Sometimes… big decisions.</w:t>
      </w:r>
      <w:r w:rsidRPr="004C0C6A">
        <w:rPr>
          <w:rFonts w:ascii="Times New Roman" w:eastAsia="Times New Roman" w:hAnsi="Times New Roman" w:cs="Times New Roman"/>
          <w:sz w:val="24"/>
          <w:szCs w:val="24"/>
        </w:rPr>
        <w:br/>
        <w:t>And you can probably guess how that turned out — temporary relief, long-term regret.</w:t>
      </w:r>
    </w:p>
    <w:p w14:paraId="1F258B38" w14:textId="77777777" w:rsidR="004C0C6A" w:rsidRPr="004C0C6A" w:rsidRDefault="004C0C6A" w:rsidP="004C0C6A">
      <w:p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sz w:val="24"/>
          <w:szCs w:val="24"/>
        </w:rPr>
        <w:t>Strategic thinking changed that.</w:t>
      </w:r>
    </w:p>
    <w:p w14:paraId="7E5A9ACA" w14:textId="77777777" w:rsidR="004C0C6A" w:rsidRPr="004C0C6A" w:rsidRDefault="004C0C6A" w:rsidP="004C0C6A">
      <w:p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sz w:val="24"/>
          <w:szCs w:val="24"/>
        </w:rPr>
        <w:t>Strategic thinking means:</w:t>
      </w:r>
    </w:p>
    <w:p w14:paraId="74F1381B" w14:textId="77777777" w:rsidR="004C0C6A" w:rsidRPr="004C0C6A" w:rsidRDefault="004C0C6A" w:rsidP="004C0C6A">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sz w:val="24"/>
          <w:szCs w:val="24"/>
        </w:rPr>
        <w:t>stepping back</w:t>
      </w:r>
    </w:p>
    <w:p w14:paraId="65026668" w14:textId="77777777" w:rsidR="004C0C6A" w:rsidRPr="004C0C6A" w:rsidRDefault="004C0C6A" w:rsidP="004C0C6A">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sz w:val="24"/>
          <w:szCs w:val="24"/>
        </w:rPr>
        <w:t>seeing the bigger picture</w:t>
      </w:r>
    </w:p>
    <w:p w14:paraId="281F94B3" w14:textId="77777777" w:rsidR="004C0C6A" w:rsidRPr="004C0C6A" w:rsidRDefault="004C0C6A" w:rsidP="004C0C6A">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sz w:val="24"/>
          <w:szCs w:val="24"/>
        </w:rPr>
        <w:t>thinking beyond emotion</w:t>
      </w:r>
    </w:p>
    <w:p w14:paraId="5E98669A" w14:textId="77777777" w:rsidR="004C0C6A" w:rsidRPr="004C0C6A" w:rsidRDefault="004C0C6A" w:rsidP="004C0C6A">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sz w:val="24"/>
          <w:szCs w:val="24"/>
        </w:rPr>
        <w:t>anticipating outcomes</w:t>
      </w:r>
    </w:p>
    <w:p w14:paraId="17A4F80A" w14:textId="77777777" w:rsidR="004C0C6A" w:rsidRPr="004C0C6A" w:rsidRDefault="004C0C6A" w:rsidP="004C0C6A">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sz w:val="24"/>
          <w:szCs w:val="24"/>
        </w:rPr>
        <w:t>recognizing patterns</w:t>
      </w:r>
    </w:p>
    <w:p w14:paraId="2ECC6629" w14:textId="77777777" w:rsidR="004C0C6A" w:rsidRPr="004C0C6A" w:rsidRDefault="004C0C6A" w:rsidP="004C0C6A">
      <w:p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sz w:val="24"/>
          <w:szCs w:val="24"/>
        </w:rPr>
        <w:lastRenderedPageBreak/>
        <w:t>It’s not about being psychic.</w:t>
      </w:r>
      <w:r w:rsidRPr="004C0C6A">
        <w:rPr>
          <w:rFonts w:ascii="Times New Roman" w:eastAsia="Times New Roman" w:hAnsi="Times New Roman" w:cs="Times New Roman"/>
          <w:sz w:val="24"/>
          <w:szCs w:val="24"/>
        </w:rPr>
        <w:br/>
        <w:t xml:space="preserve">It’s about being </w:t>
      </w:r>
      <w:r w:rsidRPr="004C0C6A">
        <w:rPr>
          <w:rFonts w:ascii="Times New Roman" w:eastAsia="Times New Roman" w:hAnsi="Times New Roman" w:cs="Times New Roman"/>
          <w:i/>
          <w:iCs/>
          <w:sz w:val="24"/>
          <w:szCs w:val="24"/>
        </w:rPr>
        <w:t>wise</w:t>
      </w:r>
      <w:r w:rsidRPr="004C0C6A">
        <w:rPr>
          <w:rFonts w:ascii="Times New Roman" w:eastAsia="Times New Roman" w:hAnsi="Times New Roman" w:cs="Times New Roman"/>
          <w:sz w:val="24"/>
          <w:szCs w:val="24"/>
        </w:rPr>
        <w:t>.</w:t>
      </w:r>
    </w:p>
    <w:p w14:paraId="7277F428" w14:textId="77777777" w:rsidR="004C0C6A" w:rsidRPr="004C0C6A" w:rsidRDefault="00000000" w:rsidP="004C0C6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548C320">
          <v:rect id="_x0000_i1079" style="width:0;height:1.5pt" o:hralign="center" o:hrstd="t" o:hr="t" fillcolor="#a0a0a0" stroked="f"/>
        </w:pict>
      </w:r>
    </w:p>
    <w:p w14:paraId="7EDE8462" w14:textId="77777777" w:rsidR="004C0C6A" w:rsidRPr="004C0C6A" w:rsidRDefault="004C0C6A" w:rsidP="00097EBE">
      <w:r w:rsidRPr="004C0C6A">
        <w:rPr>
          <w:rFonts w:ascii="Segoe UI Emoji" w:hAnsi="Segoe UI Emoji" w:cs="Segoe UI Emoji"/>
        </w:rPr>
        <w:t>⭐</w:t>
      </w:r>
      <w:r w:rsidRPr="004C0C6A">
        <w:t xml:space="preserve"> The Three Time Horizons</w:t>
      </w:r>
    </w:p>
    <w:p w14:paraId="3989AC7F" w14:textId="77777777" w:rsidR="004C0C6A" w:rsidRPr="004C0C6A" w:rsidRDefault="004C0C6A" w:rsidP="004C0C6A">
      <w:p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sz w:val="24"/>
          <w:szCs w:val="24"/>
        </w:rPr>
        <w:t>When facing decisions, leaders think across three timeframes:</w:t>
      </w:r>
    </w:p>
    <w:p w14:paraId="71AB5894" w14:textId="77777777" w:rsidR="004C0C6A" w:rsidRPr="004C0C6A" w:rsidRDefault="004C0C6A" w:rsidP="004C0C6A">
      <w:pPr>
        <w:spacing w:before="100" w:beforeAutospacing="1" w:after="100" w:afterAutospacing="1" w:line="240" w:lineRule="auto"/>
        <w:outlineLvl w:val="2"/>
        <w:rPr>
          <w:rFonts w:ascii="Times New Roman" w:eastAsia="Times New Roman" w:hAnsi="Times New Roman" w:cs="Times New Roman"/>
          <w:b/>
          <w:bCs/>
          <w:sz w:val="27"/>
          <w:szCs w:val="27"/>
        </w:rPr>
      </w:pPr>
      <w:r w:rsidRPr="004C0C6A">
        <w:rPr>
          <w:rFonts w:ascii="Times New Roman" w:eastAsia="Times New Roman" w:hAnsi="Times New Roman" w:cs="Times New Roman"/>
          <w:b/>
          <w:bCs/>
          <w:sz w:val="27"/>
          <w:szCs w:val="27"/>
        </w:rPr>
        <w:t>1. NOW</w:t>
      </w:r>
    </w:p>
    <w:p w14:paraId="55721ACD" w14:textId="77777777" w:rsidR="004C0C6A" w:rsidRPr="004C0C6A" w:rsidRDefault="004C0C6A" w:rsidP="004C0C6A">
      <w:p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sz w:val="24"/>
          <w:szCs w:val="24"/>
        </w:rPr>
        <w:t>How does this feel right now?</w:t>
      </w:r>
      <w:r w:rsidRPr="004C0C6A">
        <w:rPr>
          <w:rFonts w:ascii="Times New Roman" w:eastAsia="Times New Roman" w:hAnsi="Times New Roman" w:cs="Times New Roman"/>
          <w:sz w:val="24"/>
          <w:szCs w:val="24"/>
        </w:rPr>
        <w:br/>
        <w:t>(short-term emotion)</w:t>
      </w:r>
    </w:p>
    <w:p w14:paraId="157B2030" w14:textId="77777777" w:rsidR="004C0C6A" w:rsidRPr="004C0C6A" w:rsidRDefault="004C0C6A" w:rsidP="004C0C6A">
      <w:p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b/>
          <w:bCs/>
          <w:sz w:val="24"/>
          <w:szCs w:val="24"/>
        </w:rPr>
        <w:t>2. SOON</w:t>
      </w:r>
      <w:r w:rsidRPr="004C0C6A">
        <w:rPr>
          <w:rFonts w:ascii="Times New Roman" w:eastAsia="Times New Roman" w:hAnsi="Times New Roman" w:cs="Times New Roman"/>
          <w:sz w:val="24"/>
          <w:szCs w:val="24"/>
        </w:rPr>
        <w:br/>
        <w:t>How will this affect my week or month?</w:t>
      </w:r>
      <w:r w:rsidRPr="004C0C6A">
        <w:rPr>
          <w:rFonts w:ascii="Times New Roman" w:eastAsia="Times New Roman" w:hAnsi="Times New Roman" w:cs="Times New Roman"/>
          <w:sz w:val="24"/>
          <w:szCs w:val="24"/>
        </w:rPr>
        <w:br/>
        <w:t>(mid-term impact)</w:t>
      </w:r>
    </w:p>
    <w:p w14:paraId="2F8E92A0" w14:textId="77777777" w:rsidR="004C0C6A" w:rsidRPr="004C0C6A" w:rsidRDefault="00000000" w:rsidP="004C0C6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3725C66">
          <v:rect id="_x0000_i1080" style="width:0;height:1.5pt" o:hralign="center" o:hrstd="t" o:hr="t" fillcolor="#a0a0a0" stroked="f"/>
        </w:pict>
      </w:r>
    </w:p>
    <w:p w14:paraId="0B9BDF04" w14:textId="77777777" w:rsidR="004C0C6A" w:rsidRPr="004C0C6A" w:rsidRDefault="004C0C6A" w:rsidP="004C0C6A">
      <w:pPr>
        <w:spacing w:before="100" w:beforeAutospacing="1" w:after="100" w:afterAutospacing="1" w:line="240" w:lineRule="auto"/>
        <w:outlineLvl w:val="2"/>
        <w:rPr>
          <w:rFonts w:ascii="Times New Roman" w:eastAsia="Times New Roman" w:hAnsi="Times New Roman" w:cs="Times New Roman"/>
          <w:b/>
          <w:bCs/>
          <w:sz w:val="27"/>
          <w:szCs w:val="27"/>
        </w:rPr>
      </w:pPr>
      <w:r w:rsidRPr="004C0C6A">
        <w:rPr>
          <w:rFonts w:ascii="Times New Roman" w:eastAsia="Times New Roman" w:hAnsi="Times New Roman" w:cs="Times New Roman"/>
          <w:b/>
          <w:bCs/>
          <w:sz w:val="27"/>
          <w:szCs w:val="27"/>
        </w:rPr>
        <w:t>3. LATER</w:t>
      </w:r>
    </w:p>
    <w:p w14:paraId="75C75C97" w14:textId="77777777" w:rsidR="004C0C6A" w:rsidRPr="004C0C6A" w:rsidRDefault="004C0C6A" w:rsidP="004C0C6A">
      <w:p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sz w:val="24"/>
          <w:szCs w:val="24"/>
        </w:rPr>
        <w:t>If I repeat this decision for one year, where does it lead?</w:t>
      </w:r>
      <w:r w:rsidRPr="004C0C6A">
        <w:rPr>
          <w:rFonts w:ascii="Times New Roman" w:eastAsia="Times New Roman" w:hAnsi="Times New Roman" w:cs="Times New Roman"/>
          <w:sz w:val="24"/>
          <w:szCs w:val="24"/>
        </w:rPr>
        <w:br/>
        <w:t>(long-term vision)</w:t>
      </w:r>
    </w:p>
    <w:p w14:paraId="7C37F946" w14:textId="77777777" w:rsidR="004C0C6A" w:rsidRPr="004C0C6A" w:rsidRDefault="004C0C6A" w:rsidP="004C0C6A">
      <w:p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sz w:val="24"/>
          <w:szCs w:val="24"/>
        </w:rPr>
        <w:t>Most of your regrets came from decisions made only in the NOW.</w:t>
      </w:r>
      <w:r w:rsidRPr="004C0C6A">
        <w:rPr>
          <w:rFonts w:ascii="Times New Roman" w:eastAsia="Times New Roman" w:hAnsi="Times New Roman" w:cs="Times New Roman"/>
          <w:sz w:val="24"/>
          <w:szCs w:val="24"/>
        </w:rPr>
        <w:br/>
        <w:t>Most of your breakthroughs came from decisions made with LATER in mind.</w:t>
      </w:r>
    </w:p>
    <w:p w14:paraId="0A62EC57" w14:textId="77777777" w:rsidR="004C0C6A" w:rsidRPr="004C0C6A" w:rsidRDefault="004C0C6A" w:rsidP="004C0C6A">
      <w:pPr>
        <w:spacing w:before="100" w:beforeAutospacing="1" w:after="100" w:afterAutospacing="1" w:line="240" w:lineRule="auto"/>
        <w:outlineLvl w:val="2"/>
        <w:rPr>
          <w:rFonts w:ascii="Times New Roman" w:eastAsia="Times New Roman" w:hAnsi="Times New Roman" w:cs="Times New Roman"/>
          <w:b/>
          <w:bCs/>
          <w:sz w:val="27"/>
          <w:szCs w:val="27"/>
        </w:rPr>
      </w:pPr>
      <w:r w:rsidRPr="004C0C6A">
        <w:rPr>
          <w:rFonts w:ascii="Times New Roman" w:eastAsia="Times New Roman" w:hAnsi="Times New Roman" w:cs="Times New Roman"/>
          <w:b/>
          <w:bCs/>
          <w:sz w:val="27"/>
          <w:szCs w:val="27"/>
        </w:rPr>
        <w:t>Reflection:</w:t>
      </w:r>
    </w:p>
    <w:p w14:paraId="10118D77" w14:textId="77777777" w:rsidR="004C0C6A" w:rsidRPr="004C0C6A" w:rsidRDefault="004C0C6A" w:rsidP="004C0C6A">
      <w:p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sz w:val="24"/>
          <w:szCs w:val="24"/>
        </w:rPr>
        <w:t>Where in your life are you making decisions based on emotion instead of outcome?</w:t>
      </w:r>
    </w:p>
    <w:p w14:paraId="0C6CC921" w14:textId="77777777" w:rsidR="004C0C6A" w:rsidRPr="004C0C6A" w:rsidRDefault="004C0C6A" w:rsidP="004C0C6A">
      <w:pPr>
        <w:spacing w:before="100" w:beforeAutospacing="1" w:after="100" w:afterAutospacing="1" w:line="240" w:lineRule="auto"/>
        <w:outlineLvl w:val="2"/>
        <w:rPr>
          <w:rFonts w:ascii="Times New Roman" w:eastAsia="Times New Roman" w:hAnsi="Times New Roman" w:cs="Times New Roman"/>
          <w:b/>
          <w:bCs/>
          <w:sz w:val="27"/>
          <w:szCs w:val="27"/>
        </w:rPr>
      </w:pPr>
      <w:r w:rsidRPr="004C0C6A">
        <w:rPr>
          <w:rFonts w:ascii="Times New Roman" w:eastAsia="Times New Roman" w:hAnsi="Times New Roman" w:cs="Times New Roman"/>
          <w:b/>
          <w:bCs/>
          <w:sz w:val="27"/>
          <w:szCs w:val="27"/>
        </w:rPr>
        <w:t>Leadership Challenge:</w:t>
      </w:r>
    </w:p>
    <w:p w14:paraId="446CA19F" w14:textId="77777777" w:rsidR="004C0C6A" w:rsidRDefault="004C0C6A" w:rsidP="004C0C6A">
      <w:pPr>
        <w:spacing w:before="100" w:beforeAutospacing="1" w:after="100" w:afterAutospacing="1" w:line="240" w:lineRule="auto"/>
        <w:rPr>
          <w:rFonts w:ascii="Times New Roman" w:eastAsia="Times New Roman" w:hAnsi="Times New Roman" w:cs="Times New Roman"/>
          <w:sz w:val="24"/>
          <w:szCs w:val="24"/>
        </w:rPr>
      </w:pPr>
      <w:r w:rsidRPr="004C0C6A">
        <w:rPr>
          <w:rFonts w:ascii="Times New Roman" w:eastAsia="Times New Roman" w:hAnsi="Times New Roman" w:cs="Times New Roman"/>
          <w:sz w:val="24"/>
          <w:szCs w:val="24"/>
        </w:rPr>
        <w:t>Use the Three Horizons on one decision today — even a small one.</w:t>
      </w:r>
    </w:p>
    <w:p w14:paraId="08E01CE6" w14:textId="77777777" w:rsidR="00C522E3" w:rsidRDefault="00C522E3" w:rsidP="00C522E3">
      <w:pPr>
        <w:pStyle w:val="Heading2"/>
      </w:pPr>
      <w:bookmarkStart w:id="27" w:name="_Toc214330683"/>
      <w:r>
        <w:lastRenderedPageBreak/>
        <w:t>Day 23 — Week Three Review</w:t>
      </w:r>
      <w:bookmarkEnd w:id="27"/>
    </w:p>
    <w:p w14:paraId="0D2E669B" w14:textId="77777777" w:rsidR="00C14786" w:rsidRPr="00C14786" w:rsidRDefault="00C14786" w:rsidP="00C14786">
      <w:pPr>
        <w:spacing w:before="100" w:beforeAutospacing="1" w:after="100" w:afterAutospacing="1" w:line="240" w:lineRule="auto"/>
        <w:outlineLvl w:val="2"/>
        <w:rPr>
          <w:rFonts w:ascii="Times New Roman" w:eastAsia="Times New Roman" w:hAnsi="Times New Roman" w:cs="Times New Roman"/>
          <w:b/>
          <w:bCs/>
          <w:sz w:val="27"/>
          <w:szCs w:val="27"/>
        </w:rPr>
      </w:pPr>
      <w:r w:rsidRPr="00C14786">
        <w:rPr>
          <w:rFonts w:ascii="Times New Roman" w:eastAsia="Times New Roman" w:hAnsi="Times New Roman" w:cs="Times New Roman"/>
          <w:b/>
          <w:bCs/>
          <w:i/>
          <w:iCs/>
          <w:sz w:val="27"/>
          <w:szCs w:val="27"/>
        </w:rPr>
        <w:t xml:space="preserve">You Are </w:t>
      </w:r>
      <w:proofErr w:type="gramStart"/>
      <w:r w:rsidRPr="00C14786">
        <w:rPr>
          <w:rFonts w:ascii="Times New Roman" w:eastAsia="Times New Roman" w:hAnsi="Times New Roman" w:cs="Times New Roman"/>
          <w:b/>
          <w:bCs/>
          <w:i/>
          <w:iCs/>
          <w:sz w:val="27"/>
          <w:szCs w:val="27"/>
        </w:rPr>
        <w:t>Influencing</w:t>
      </w:r>
      <w:proofErr w:type="gramEnd"/>
      <w:r w:rsidRPr="00C14786">
        <w:rPr>
          <w:rFonts w:ascii="Times New Roman" w:eastAsia="Times New Roman" w:hAnsi="Times New Roman" w:cs="Times New Roman"/>
          <w:b/>
          <w:bCs/>
          <w:i/>
          <w:iCs/>
          <w:sz w:val="27"/>
          <w:szCs w:val="27"/>
        </w:rPr>
        <w:t xml:space="preserve"> More Than You Realize</w:t>
      </w:r>
    </w:p>
    <w:p w14:paraId="4822FDA8" w14:textId="77777777" w:rsidR="00C14786" w:rsidRPr="00C14786" w:rsidRDefault="00C14786" w:rsidP="00C14786">
      <w:pPr>
        <w:spacing w:before="100" w:beforeAutospacing="1" w:after="100" w:afterAutospacing="1" w:line="240" w:lineRule="auto"/>
        <w:rPr>
          <w:rFonts w:ascii="Times New Roman" w:eastAsia="Times New Roman" w:hAnsi="Times New Roman" w:cs="Times New Roman"/>
          <w:sz w:val="24"/>
          <w:szCs w:val="24"/>
        </w:rPr>
      </w:pPr>
      <w:r w:rsidRPr="00C14786">
        <w:rPr>
          <w:rFonts w:ascii="Times New Roman" w:eastAsia="Times New Roman" w:hAnsi="Times New Roman" w:cs="Times New Roman"/>
          <w:sz w:val="24"/>
          <w:szCs w:val="24"/>
        </w:rPr>
        <w:t>This week, you stepped beyond personal leadership.</w:t>
      </w:r>
      <w:r w:rsidRPr="00C14786">
        <w:rPr>
          <w:rFonts w:ascii="Times New Roman" w:eastAsia="Times New Roman" w:hAnsi="Times New Roman" w:cs="Times New Roman"/>
          <w:sz w:val="24"/>
          <w:szCs w:val="24"/>
        </w:rPr>
        <w:br/>
        <w:t>You began shaping environments, relationships, and people.</w:t>
      </w:r>
    </w:p>
    <w:p w14:paraId="0169FC76" w14:textId="77777777" w:rsidR="00C14786" w:rsidRPr="00C14786" w:rsidRDefault="00C14786" w:rsidP="00C14786">
      <w:pPr>
        <w:spacing w:before="100" w:beforeAutospacing="1" w:after="100" w:afterAutospacing="1" w:line="240" w:lineRule="auto"/>
        <w:rPr>
          <w:rFonts w:ascii="Times New Roman" w:eastAsia="Times New Roman" w:hAnsi="Times New Roman" w:cs="Times New Roman"/>
          <w:sz w:val="24"/>
          <w:szCs w:val="24"/>
        </w:rPr>
      </w:pPr>
      <w:r w:rsidRPr="00C14786">
        <w:rPr>
          <w:rFonts w:ascii="Times New Roman" w:eastAsia="Times New Roman" w:hAnsi="Times New Roman" w:cs="Times New Roman"/>
          <w:sz w:val="24"/>
          <w:szCs w:val="24"/>
        </w:rPr>
        <w:t>Think about what you practiced:</w:t>
      </w:r>
    </w:p>
    <w:p w14:paraId="5A06F9F5" w14:textId="77777777" w:rsidR="00C14786" w:rsidRPr="00C14786" w:rsidRDefault="00C14786" w:rsidP="00C14786">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C14786">
        <w:rPr>
          <w:rFonts w:ascii="Times New Roman" w:eastAsia="Times New Roman" w:hAnsi="Times New Roman" w:cs="Times New Roman"/>
          <w:sz w:val="24"/>
          <w:szCs w:val="24"/>
        </w:rPr>
        <w:t>motivating others</w:t>
      </w:r>
    </w:p>
    <w:p w14:paraId="58B00398" w14:textId="77777777" w:rsidR="00C14786" w:rsidRPr="00C14786" w:rsidRDefault="00C14786" w:rsidP="00C14786">
      <w:pPr>
        <w:numPr>
          <w:ilvl w:val="0"/>
          <w:numId w:val="42"/>
        </w:numPr>
        <w:spacing w:before="100" w:beforeAutospacing="1" w:after="100" w:afterAutospacing="1" w:line="240" w:lineRule="auto"/>
        <w:rPr>
          <w:rFonts w:ascii="Times New Roman" w:eastAsia="Times New Roman" w:hAnsi="Times New Roman" w:cs="Times New Roman"/>
          <w:sz w:val="24"/>
          <w:szCs w:val="24"/>
        </w:rPr>
      </w:pPr>
      <w:proofErr w:type="gramStart"/>
      <w:r w:rsidRPr="00C14786">
        <w:rPr>
          <w:rFonts w:ascii="Times New Roman" w:eastAsia="Times New Roman" w:hAnsi="Times New Roman" w:cs="Times New Roman"/>
          <w:sz w:val="24"/>
          <w:szCs w:val="24"/>
        </w:rPr>
        <w:t>building</w:t>
      </w:r>
      <w:proofErr w:type="gramEnd"/>
      <w:r w:rsidRPr="00C14786">
        <w:rPr>
          <w:rFonts w:ascii="Times New Roman" w:eastAsia="Times New Roman" w:hAnsi="Times New Roman" w:cs="Times New Roman"/>
          <w:sz w:val="24"/>
          <w:szCs w:val="24"/>
        </w:rPr>
        <w:t xml:space="preserve"> trust</w:t>
      </w:r>
    </w:p>
    <w:p w14:paraId="7386D07B" w14:textId="77777777" w:rsidR="00C14786" w:rsidRPr="00C14786" w:rsidRDefault="00C14786" w:rsidP="00C14786">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C14786">
        <w:rPr>
          <w:rFonts w:ascii="Times New Roman" w:eastAsia="Times New Roman" w:hAnsi="Times New Roman" w:cs="Times New Roman"/>
          <w:sz w:val="24"/>
          <w:szCs w:val="24"/>
        </w:rPr>
        <w:t>understanding emotions</w:t>
      </w:r>
    </w:p>
    <w:p w14:paraId="15F8FEF7" w14:textId="77777777" w:rsidR="00C14786" w:rsidRPr="00C14786" w:rsidRDefault="00C14786" w:rsidP="00C14786">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C14786">
        <w:rPr>
          <w:rFonts w:ascii="Times New Roman" w:eastAsia="Times New Roman" w:hAnsi="Times New Roman" w:cs="Times New Roman"/>
          <w:sz w:val="24"/>
          <w:szCs w:val="24"/>
        </w:rPr>
        <w:t>coaching people</w:t>
      </w:r>
    </w:p>
    <w:p w14:paraId="0C59FC03" w14:textId="77777777" w:rsidR="00C14786" w:rsidRPr="00C14786" w:rsidRDefault="00C14786" w:rsidP="00C14786">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C14786">
        <w:rPr>
          <w:rFonts w:ascii="Times New Roman" w:eastAsia="Times New Roman" w:hAnsi="Times New Roman" w:cs="Times New Roman"/>
          <w:sz w:val="24"/>
          <w:szCs w:val="24"/>
        </w:rPr>
        <w:t>shaping culture</w:t>
      </w:r>
    </w:p>
    <w:p w14:paraId="7325ADFE" w14:textId="77777777" w:rsidR="00C14786" w:rsidRPr="00C14786" w:rsidRDefault="00C14786" w:rsidP="00C14786">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C14786">
        <w:rPr>
          <w:rFonts w:ascii="Times New Roman" w:eastAsia="Times New Roman" w:hAnsi="Times New Roman" w:cs="Times New Roman"/>
          <w:sz w:val="24"/>
          <w:szCs w:val="24"/>
        </w:rPr>
        <w:t>leading through crisis</w:t>
      </w:r>
    </w:p>
    <w:p w14:paraId="0790DE3E" w14:textId="77777777" w:rsidR="00C14786" w:rsidRPr="00C14786" w:rsidRDefault="00C14786" w:rsidP="00C14786">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C14786">
        <w:rPr>
          <w:rFonts w:ascii="Times New Roman" w:eastAsia="Times New Roman" w:hAnsi="Times New Roman" w:cs="Times New Roman"/>
          <w:sz w:val="24"/>
          <w:szCs w:val="24"/>
        </w:rPr>
        <w:t>making strategic choices</w:t>
      </w:r>
    </w:p>
    <w:p w14:paraId="5BAA9277" w14:textId="77777777" w:rsidR="00C14786" w:rsidRPr="00C14786" w:rsidRDefault="00C14786" w:rsidP="00C14786">
      <w:pPr>
        <w:spacing w:before="100" w:beforeAutospacing="1" w:after="100" w:afterAutospacing="1" w:line="240" w:lineRule="auto"/>
        <w:rPr>
          <w:rFonts w:ascii="Times New Roman" w:eastAsia="Times New Roman" w:hAnsi="Times New Roman" w:cs="Times New Roman"/>
          <w:sz w:val="24"/>
          <w:szCs w:val="24"/>
        </w:rPr>
      </w:pPr>
      <w:r w:rsidRPr="00C14786">
        <w:rPr>
          <w:rFonts w:ascii="Times New Roman" w:eastAsia="Times New Roman" w:hAnsi="Times New Roman" w:cs="Times New Roman"/>
          <w:sz w:val="24"/>
          <w:szCs w:val="24"/>
        </w:rPr>
        <w:t>These aren’t small skills — they are the backbone of real leadership.</w:t>
      </w:r>
    </w:p>
    <w:p w14:paraId="39C1C3EF" w14:textId="77777777" w:rsidR="00C14786" w:rsidRPr="00C14786" w:rsidRDefault="00C14786" w:rsidP="00C14786">
      <w:pPr>
        <w:spacing w:before="100" w:beforeAutospacing="1" w:after="100" w:afterAutospacing="1" w:line="240" w:lineRule="auto"/>
        <w:rPr>
          <w:rFonts w:ascii="Times New Roman" w:eastAsia="Times New Roman" w:hAnsi="Times New Roman" w:cs="Times New Roman"/>
          <w:sz w:val="24"/>
          <w:szCs w:val="24"/>
        </w:rPr>
      </w:pPr>
      <w:r w:rsidRPr="00C14786">
        <w:rPr>
          <w:rFonts w:ascii="Times New Roman" w:eastAsia="Times New Roman" w:hAnsi="Times New Roman" w:cs="Times New Roman"/>
          <w:sz w:val="24"/>
          <w:szCs w:val="24"/>
        </w:rPr>
        <w:t>If Week One built your foundation…</w:t>
      </w:r>
      <w:r w:rsidRPr="00C14786">
        <w:rPr>
          <w:rFonts w:ascii="Times New Roman" w:eastAsia="Times New Roman" w:hAnsi="Times New Roman" w:cs="Times New Roman"/>
          <w:sz w:val="24"/>
          <w:szCs w:val="24"/>
        </w:rPr>
        <w:br/>
        <w:t>and Week Two built your outer structure…</w:t>
      </w:r>
      <w:r w:rsidRPr="00C14786">
        <w:rPr>
          <w:rFonts w:ascii="Times New Roman" w:eastAsia="Times New Roman" w:hAnsi="Times New Roman" w:cs="Times New Roman"/>
          <w:sz w:val="24"/>
          <w:szCs w:val="24"/>
        </w:rPr>
        <w:br/>
        <w:t xml:space="preserve">Week Three built your </w:t>
      </w:r>
      <w:r w:rsidRPr="00C14786">
        <w:rPr>
          <w:rFonts w:ascii="Times New Roman" w:eastAsia="Times New Roman" w:hAnsi="Times New Roman" w:cs="Times New Roman"/>
          <w:b/>
          <w:bCs/>
          <w:sz w:val="24"/>
          <w:szCs w:val="24"/>
        </w:rPr>
        <w:t>leadership influence</w:t>
      </w:r>
      <w:r w:rsidRPr="00C14786">
        <w:rPr>
          <w:rFonts w:ascii="Times New Roman" w:eastAsia="Times New Roman" w:hAnsi="Times New Roman" w:cs="Times New Roman"/>
          <w:sz w:val="24"/>
          <w:szCs w:val="24"/>
        </w:rPr>
        <w:t>.</w:t>
      </w:r>
    </w:p>
    <w:p w14:paraId="59868675" w14:textId="77777777" w:rsidR="00C14786" w:rsidRPr="00C14786" w:rsidRDefault="00C14786" w:rsidP="00C14786">
      <w:pPr>
        <w:spacing w:before="100" w:beforeAutospacing="1" w:after="100" w:afterAutospacing="1" w:line="240" w:lineRule="auto"/>
        <w:rPr>
          <w:rFonts w:ascii="Times New Roman" w:eastAsia="Times New Roman" w:hAnsi="Times New Roman" w:cs="Times New Roman"/>
          <w:sz w:val="24"/>
          <w:szCs w:val="24"/>
        </w:rPr>
      </w:pPr>
      <w:r w:rsidRPr="00C14786">
        <w:rPr>
          <w:rFonts w:ascii="Times New Roman" w:eastAsia="Times New Roman" w:hAnsi="Times New Roman" w:cs="Times New Roman"/>
          <w:sz w:val="24"/>
          <w:szCs w:val="24"/>
        </w:rPr>
        <w:t>You are becoming someone others look to — not because of a title, but because of your character.</w:t>
      </w:r>
    </w:p>
    <w:p w14:paraId="18E12028" w14:textId="77777777" w:rsidR="00C14786" w:rsidRPr="00C14786" w:rsidRDefault="00C14786" w:rsidP="00C14786">
      <w:pPr>
        <w:spacing w:before="100" w:beforeAutospacing="1" w:after="100" w:afterAutospacing="1" w:line="240" w:lineRule="auto"/>
        <w:rPr>
          <w:rFonts w:ascii="Times New Roman" w:eastAsia="Times New Roman" w:hAnsi="Times New Roman" w:cs="Times New Roman"/>
          <w:sz w:val="24"/>
          <w:szCs w:val="24"/>
        </w:rPr>
      </w:pPr>
      <w:r w:rsidRPr="00C14786">
        <w:rPr>
          <w:rFonts w:ascii="Times New Roman" w:eastAsia="Times New Roman" w:hAnsi="Times New Roman" w:cs="Times New Roman"/>
          <w:sz w:val="24"/>
          <w:szCs w:val="24"/>
        </w:rPr>
        <w:t>As you enter Week Four, remember this:</w:t>
      </w:r>
    </w:p>
    <w:p w14:paraId="0F9B565B" w14:textId="77777777" w:rsidR="00C14786" w:rsidRPr="00C14786" w:rsidRDefault="00C14786" w:rsidP="00C14786">
      <w:pPr>
        <w:spacing w:before="100" w:beforeAutospacing="1" w:after="100" w:afterAutospacing="1" w:line="240" w:lineRule="auto"/>
        <w:rPr>
          <w:rFonts w:ascii="Times New Roman" w:eastAsia="Times New Roman" w:hAnsi="Times New Roman" w:cs="Times New Roman"/>
          <w:sz w:val="24"/>
          <w:szCs w:val="24"/>
        </w:rPr>
      </w:pPr>
      <w:r w:rsidRPr="00C14786">
        <w:rPr>
          <w:rFonts w:ascii="Times New Roman" w:eastAsia="Times New Roman" w:hAnsi="Times New Roman" w:cs="Times New Roman"/>
          <w:b/>
          <w:bCs/>
          <w:sz w:val="24"/>
          <w:szCs w:val="24"/>
        </w:rPr>
        <w:t>Leadership begins with self,</w:t>
      </w:r>
      <w:r w:rsidRPr="00C14786">
        <w:rPr>
          <w:rFonts w:ascii="Times New Roman" w:eastAsia="Times New Roman" w:hAnsi="Times New Roman" w:cs="Times New Roman"/>
          <w:b/>
          <w:bCs/>
          <w:sz w:val="24"/>
          <w:szCs w:val="24"/>
        </w:rPr>
        <w:br/>
        <w:t>grows through others,</w:t>
      </w:r>
      <w:r w:rsidRPr="00C14786">
        <w:rPr>
          <w:rFonts w:ascii="Times New Roman" w:eastAsia="Times New Roman" w:hAnsi="Times New Roman" w:cs="Times New Roman"/>
          <w:b/>
          <w:bCs/>
          <w:sz w:val="24"/>
          <w:szCs w:val="24"/>
        </w:rPr>
        <w:br/>
        <w:t>and expands through purpose.</w:t>
      </w:r>
    </w:p>
    <w:p w14:paraId="554CA0E6" w14:textId="77777777" w:rsidR="00C14786" w:rsidRDefault="00C14786" w:rsidP="00C14786">
      <w:pPr>
        <w:spacing w:before="100" w:beforeAutospacing="1" w:after="100" w:afterAutospacing="1" w:line="240" w:lineRule="auto"/>
        <w:rPr>
          <w:rFonts w:ascii="Times New Roman" w:eastAsia="Times New Roman" w:hAnsi="Times New Roman" w:cs="Times New Roman"/>
          <w:sz w:val="24"/>
          <w:szCs w:val="24"/>
        </w:rPr>
      </w:pPr>
      <w:r w:rsidRPr="00C14786">
        <w:rPr>
          <w:rFonts w:ascii="Times New Roman" w:eastAsia="Times New Roman" w:hAnsi="Times New Roman" w:cs="Times New Roman"/>
          <w:sz w:val="24"/>
          <w:szCs w:val="24"/>
        </w:rPr>
        <w:t>You’re ready for the next step.</w:t>
      </w:r>
    </w:p>
    <w:p w14:paraId="48498B3B" w14:textId="77777777" w:rsidR="00880B39" w:rsidRDefault="00880B39" w:rsidP="00C14786">
      <w:pPr>
        <w:spacing w:before="100" w:beforeAutospacing="1" w:after="100" w:afterAutospacing="1" w:line="240" w:lineRule="auto"/>
        <w:rPr>
          <w:rFonts w:ascii="Times New Roman" w:eastAsia="Times New Roman" w:hAnsi="Times New Roman" w:cs="Times New Roman"/>
          <w:sz w:val="24"/>
          <w:szCs w:val="24"/>
        </w:rPr>
      </w:pPr>
    </w:p>
    <w:p w14:paraId="6DCC7164" w14:textId="77777777" w:rsidR="00880B39" w:rsidRDefault="00880B39" w:rsidP="00C14786">
      <w:pPr>
        <w:spacing w:before="100" w:beforeAutospacing="1" w:after="100" w:afterAutospacing="1" w:line="240" w:lineRule="auto"/>
        <w:rPr>
          <w:rFonts w:ascii="Times New Roman" w:eastAsia="Times New Roman" w:hAnsi="Times New Roman" w:cs="Times New Roman"/>
          <w:sz w:val="24"/>
          <w:szCs w:val="24"/>
        </w:rPr>
      </w:pPr>
    </w:p>
    <w:p w14:paraId="0D5B128A" w14:textId="77777777" w:rsidR="00880B39" w:rsidRDefault="00880B39" w:rsidP="00C14786">
      <w:pPr>
        <w:spacing w:before="100" w:beforeAutospacing="1" w:after="100" w:afterAutospacing="1" w:line="240" w:lineRule="auto"/>
        <w:rPr>
          <w:rFonts w:ascii="Times New Roman" w:eastAsia="Times New Roman" w:hAnsi="Times New Roman" w:cs="Times New Roman"/>
          <w:sz w:val="24"/>
          <w:szCs w:val="24"/>
        </w:rPr>
      </w:pPr>
    </w:p>
    <w:p w14:paraId="11F12BC9" w14:textId="77777777" w:rsidR="00880B39" w:rsidRDefault="00880B39" w:rsidP="00C14786">
      <w:pPr>
        <w:spacing w:before="100" w:beforeAutospacing="1" w:after="100" w:afterAutospacing="1" w:line="240" w:lineRule="auto"/>
        <w:rPr>
          <w:rFonts w:ascii="Times New Roman" w:eastAsia="Times New Roman" w:hAnsi="Times New Roman" w:cs="Times New Roman"/>
          <w:sz w:val="24"/>
          <w:szCs w:val="24"/>
        </w:rPr>
      </w:pPr>
    </w:p>
    <w:p w14:paraId="0F160E3D" w14:textId="77777777" w:rsidR="00880B39" w:rsidRDefault="00880B39" w:rsidP="00C14786">
      <w:pPr>
        <w:spacing w:before="100" w:beforeAutospacing="1" w:after="100" w:afterAutospacing="1" w:line="240" w:lineRule="auto"/>
        <w:rPr>
          <w:rFonts w:ascii="Times New Roman" w:eastAsia="Times New Roman" w:hAnsi="Times New Roman" w:cs="Times New Roman"/>
          <w:sz w:val="24"/>
          <w:szCs w:val="24"/>
        </w:rPr>
      </w:pPr>
    </w:p>
    <w:p w14:paraId="45F8319B" w14:textId="77777777" w:rsidR="00880B39" w:rsidRDefault="00880B39" w:rsidP="00C14786">
      <w:pPr>
        <w:spacing w:before="100" w:beforeAutospacing="1" w:after="100" w:afterAutospacing="1" w:line="240" w:lineRule="auto"/>
        <w:rPr>
          <w:rFonts w:ascii="Times New Roman" w:eastAsia="Times New Roman" w:hAnsi="Times New Roman" w:cs="Times New Roman"/>
          <w:sz w:val="24"/>
          <w:szCs w:val="24"/>
        </w:rPr>
      </w:pPr>
    </w:p>
    <w:p w14:paraId="0E4AF3CE" w14:textId="77777777" w:rsidR="00880B39" w:rsidRDefault="00880B39" w:rsidP="00C14786">
      <w:pPr>
        <w:spacing w:before="100" w:beforeAutospacing="1" w:after="100" w:afterAutospacing="1" w:line="240" w:lineRule="auto"/>
        <w:rPr>
          <w:rFonts w:ascii="Times New Roman" w:eastAsia="Times New Roman" w:hAnsi="Times New Roman" w:cs="Times New Roman"/>
          <w:sz w:val="24"/>
          <w:szCs w:val="24"/>
        </w:rPr>
      </w:pPr>
    </w:p>
    <w:p w14:paraId="635870EA" w14:textId="085991CE" w:rsidR="000A7060" w:rsidRDefault="000A7060" w:rsidP="000A7060">
      <w:pPr>
        <w:pStyle w:val="Heading1"/>
        <w:jc w:val="center"/>
      </w:pPr>
      <w:bookmarkStart w:id="28" w:name="_Toc214330684"/>
      <w:r>
        <w:t xml:space="preserve">Week </w:t>
      </w:r>
      <w:r w:rsidR="00A42289">
        <w:t>Four</w:t>
      </w:r>
      <w:r>
        <w:t xml:space="preserve"> — </w:t>
      </w:r>
      <w:r w:rsidR="003B4787">
        <w:t>The Resilient Leadership Life</w:t>
      </w:r>
      <w:bookmarkEnd w:id="28"/>
    </w:p>
    <w:p w14:paraId="7D52DAE0" w14:textId="77777777" w:rsidR="00C51338" w:rsidRPr="00C51338" w:rsidRDefault="00C51338" w:rsidP="00C51338">
      <w:pPr>
        <w:spacing w:before="100" w:beforeAutospacing="1" w:after="100" w:afterAutospacing="1" w:line="240" w:lineRule="auto"/>
        <w:outlineLvl w:val="2"/>
        <w:rPr>
          <w:rFonts w:ascii="Times New Roman" w:eastAsia="Times New Roman" w:hAnsi="Times New Roman" w:cs="Times New Roman"/>
          <w:b/>
          <w:bCs/>
          <w:sz w:val="27"/>
          <w:szCs w:val="27"/>
        </w:rPr>
      </w:pPr>
      <w:r w:rsidRPr="00C51338">
        <w:rPr>
          <w:rFonts w:ascii="Times New Roman" w:eastAsia="Times New Roman" w:hAnsi="Times New Roman" w:cs="Times New Roman"/>
          <w:b/>
          <w:bCs/>
          <w:i/>
          <w:iCs/>
          <w:sz w:val="27"/>
          <w:szCs w:val="27"/>
        </w:rPr>
        <w:t>When Leadership Stops Being Something You Do… and Becomes Who You Are</w:t>
      </w:r>
    </w:p>
    <w:p w14:paraId="6EA3BE1B" w14:textId="77777777" w:rsidR="00C51338" w:rsidRPr="00C51338" w:rsidRDefault="00C51338" w:rsidP="00C51338">
      <w:p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There’s a moment in every leadership journey where the lessons stop feeling like “new ideas” and start feeling like truth — like the way life is supposed to be lived.</w:t>
      </w:r>
    </w:p>
    <w:p w14:paraId="1AC10008" w14:textId="77777777" w:rsidR="00C51338" w:rsidRPr="00C51338" w:rsidRDefault="00C51338" w:rsidP="00C51338">
      <w:p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That’s what Week Four is all about.</w:t>
      </w:r>
    </w:p>
    <w:p w14:paraId="792AEDDF" w14:textId="77777777" w:rsidR="00C51338" w:rsidRPr="00C51338" w:rsidRDefault="00C51338" w:rsidP="00C51338">
      <w:p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Up to now, you’ve been:</w:t>
      </w:r>
    </w:p>
    <w:p w14:paraId="7EF48256" w14:textId="77777777" w:rsidR="00C51338" w:rsidRPr="00C51338" w:rsidRDefault="00C51338" w:rsidP="00C51338">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discovering your leadership identity</w:t>
      </w:r>
    </w:p>
    <w:p w14:paraId="0539270A" w14:textId="77777777" w:rsidR="00C51338" w:rsidRPr="00C51338" w:rsidRDefault="00C51338" w:rsidP="00C51338">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shifting your mindset</w:t>
      </w:r>
    </w:p>
    <w:p w14:paraId="7C9B5F9B" w14:textId="77777777" w:rsidR="00C51338" w:rsidRPr="00C51338" w:rsidRDefault="00C51338" w:rsidP="00C51338">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controlling your emotions</w:t>
      </w:r>
    </w:p>
    <w:p w14:paraId="6FAFA741" w14:textId="77777777" w:rsidR="00C51338" w:rsidRPr="00C51338" w:rsidRDefault="00C51338" w:rsidP="00C51338">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building confidence</w:t>
      </w:r>
    </w:p>
    <w:p w14:paraId="40B062D2" w14:textId="77777777" w:rsidR="00C51338" w:rsidRPr="00C51338" w:rsidRDefault="00C51338" w:rsidP="00C51338">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strengthening your communication</w:t>
      </w:r>
    </w:p>
    <w:p w14:paraId="49CBF605" w14:textId="77777777" w:rsidR="00C51338" w:rsidRPr="00C51338" w:rsidRDefault="00C51338" w:rsidP="00C51338">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shaping your presence</w:t>
      </w:r>
    </w:p>
    <w:p w14:paraId="30A9EE97" w14:textId="77777777" w:rsidR="00C51338" w:rsidRPr="00C51338" w:rsidRDefault="00C51338" w:rsidP="00C51338">
      <w:pPr>
        <w:numPr>
          <w:ilvl w:val="0"/>
          <w:numId w:val="43"/>
        </w:numPr>
        <w:spacing w:before="100" w:beforeAutospacing="1" w:after="100" w:afterAutospacing="1" w:line="240" w:lineRule="auto"/>
        <w:rPr>
          <w:rFonts w:ascii="Times New Roman" w:eastAsia="Times New Roman" w:hAnsi="Times New Roman" w:cs="Times New Roman"/>
          <w:sz w:val="24"/>
          <w:szCs w:val="24"/>
        </w:rPr>
      </w:pPr>
      <w:proofErr w:type="gramStart"/>
      <w:r w:rsidRPr="00C51338">
        <w:rPr>
          <w:rFonts w:ascii="Times New Roman" w:eastAsia="Times New Roman" w:hAnsi="Times New Roman" w:cs="Times New Roman"/>
          <w:sz w:val="24"/>
          <w:szCs w:val="24"/>
        </w:rPr>
        <w:t>learning</w:t>
      </w:r>
      <w:proofErr w:type="gramEnd"/>
      <w:r w:rsidRPr="00C51338">
        <w:rPr>
          <w:rFonts w:ascii="Times New Roman" w:eastAsia="Times New Roman" w:hAnsi="Times New Roman" w:cs="Times New Roman"/>
          <w:sz w:val="24"/>
          <w:szCs w:val="24"/>
        </w:rPr>
        <w:t xml:space="preserve"> how to influence others</w:t>
      </w:r>
    </w:p>
    <w:p w14:paraId="0232E95B" w14:textId="77777777" w:rsidR="00C51338" w:rsidRPr="00C51338" w:rsidRDefault="00C51338" w:rsidP="00C51338">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practicing problem-solving, conflict, and clarity</w:t>
      </w:r>
    </w:p>
    <w:p w14:paraId="762EFB02" w14:textId="77777777" w:rsidR="00C51338" w:rsidRPr="00C51338" w:rsidRDefault="00C51338" w:rsidP="00C51338">
      <w:p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lastRenderedPageBreak/>
        <w:t>Those things matter more than you know.</w:t>
      </w:r>
      <w:r w:rsidRPr="00C51338">
        <w:rPr>
          <w:rFonts w:ascii="Times New Roman" w:eastAsia="Times New Roman" w:hAnsi="Times New Roman" w:cs="Times New Roman"/>
          <w:sz w:val="24"/>
          <w:szCs w:val="24"/>
        </w:rPr>
        <w:br/>
        <w:t>Most people never develop even half of that.</w:t>
      </w:r>
    </w:p>
    <w:p w14:paraId="0360695A" w14:textId="77777777" w:rsidR="00C51338" w:rsidRPr="00C51338" w:rsidRDefault="00C51338" w:rsidP="00C51338">
      <w:p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 xml:space="preserve">But Week Four takes everything you’ve built and anchors it into a </w:t>
      </w:r>
      <w:r w:rsidRPr="00C51338">
        <w:rPr>
          <w:rFonts w:ascii="Times New Roman" w:eastAsia="Times New Roman" w:hAnsi="Times New Roman" w:cs="Times New Roman"/>
          <w:b/>
          <w:bCs/>
          <w:sz w:val="24"/>
          <w:szCs w:val="24"/>
        </w:rPr>
        <w:t>leadership lifestyle</w:t>
      </w:r>
      <w:r w:rsidRPr="00C51338">
        <w:rPr>
          <w:rFonts w:ascii="Times New Roman" w:eastAsia="Times New Roman" w:hAnsi="Times New Roman" w:cs="Times New Roman"/>
          <w:sz w:val="24"/>
          <w:szCs w:val="24"/>
        </w:rPr>
        <w:t xml:space="preserve"> — something steady, long-term, and deeply rooted.</w:t>
      </w:r>
    </w:p>
    <w:p w14:paraId="24B66236" w14:textId="77777777" w:rsidR="00C51338" w:rsidRPr="00C51338" w:rsidRDefault="00C51338" w:rsidP="00C51338">
      <w:p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This week we focus on:</w:t>
      </w:r>
    </w:p>
    <w:p w14:paraId="03E27428" w14:textId="77777777" w:rsidR="00C51338" w:rsidRPr="00C51338" w:rsidRDefault="00C51338" w:rsidP="00C51338">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habits</w:t>
      </w:r>
    </w:p>
    <w:p w14:paraId="218EE166" w14:textId="77777777" w:rsidR="00C51338" w:rsidRPr="00C51338" w:rsidRDefault="00C51338" w:rsidP="00C51338">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systems</w:t>
      </w:r>
    </w:p>
    <w:p w14:paraId="0169C8BF" w14:textId="77777777" w:rsidR="00C51338" w:rsidRPr="00C51338" w:rsidRDefault="00C51338" w:rsidP="00C51338">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routines</w:t>
      </w:r>
    </w:p>
    <w:p w14:paraId="5246EDD3" w14:textId="77777777" w:rsidR="00C51338" w:rsidRPr="00C51338" w:rsidRDefault="00C51338" w:rsidP="00C51338">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long-term vision</w:t>
      </w:r>
    </w:p>
    <w:p w14:paraId="061E9877" w14:textId="77777777" w:rsidR="00C51338" w:rsidRPr="00C51338" w:rsidRDefault="00C51338" w:rsidP="00C51338">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legacy</w:t>
      </w:r>
    </w:p>
    <w:p w14:paraId="5ECBBFE1" w14:textId="77777777" w:rsidR="00C51338" w:rsidRPr="00C51338" w:rsidRDefault="00C51338" w:rsidP="00C51338">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who you are when no one is watching</w:t>
      </w:r>
    </w:p>
    <w:p w14:paraId="498D12D9" w14:textId="77777777" w:rsidR="00C51338" w:rsidRPr="00C51338" w:rsidRDefault="00C51338" w:rsidP="00C51338">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leadership that outlives the moment</w:t>
      </w:r>
    </w:p>
    <w:p w14:paraId="4418EF31" w14:textId="77777777" w:rsidR="00C51338" w:rsidRPr="00C51338" w:rsidRDefault="00C51338" w:rsidP="00C51338">
      <w:p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 xml:space="preserve">This week transforms “30 days of progress” into a </w:t>
      </w:r>
      <w:r w:rsidRPr="00C51338">
        <w:rPr>
          <w:rFonts w:ascii="Times New Roman" w:eastAsia="Times New Roman" w:hAnsi="Times New Roman" w:cs="Times New Roman"/>
          <w:b/>
          <w:bCs/>
          <w:sz w:val="24"/>
          <w:szCs w:val="24"/>
        </w:rPr>
        <w:t>leadership identity</w:t>
      </w:r>
      <w:r w:rsidRPr="00C51338">
        <w:rPr>
          <w:rFonts w:ascii="Times New Roman" w:eastAsia="Times New Roman" w:hAnsi="Times New Roman" w:cs="Times New Roman"/>
          <w:sz w:val="24"/>
          <w:szCs w:val="24"/>
        </w:rPr>
        <w:t xml:space="preserve"> that lasts years — even a lifetime.</w:t>
      </w:r>
    </w:p>
    <w:p w14:paraId="0B9CF4E9" w14:textId="77777777" w:rsidR="00C51338" w:rsidRDefault="00C51338" w:rsidP="00C51338">
      <w:pPr>
        <w:spacing w:before="100" w:beforeAutospacing="1" w:after="100" w:afterAutospacing="1" w:line="240" w:lineRule="auto"/>
        <w:rPr>
          <w:rFonts w:ascii="Times New Roman" w:eastAsia="Times New Roman" w:hAnsi="Times New Roman" w:cs="Times New Roman"/>
          <w:sz w:val="24"/>
          <w:szCs w:val="24"/>
        </w:rPr>
      </w:pPr>
      <w:r w:rsidRPr="00C51338">
        <w:rPr>
          <w:rFonts w:ascii="Times New Roman" w:eastAsia="Times New Roman" w:hAnsi="Times New Roman" w:cs="Times New Roman"/>
          <w:sz w:val="24"/>
          <w:szCs w:val="24"/>
        </w:rPr>
        <w:t>Let’s bring it home.</w:t>
      </w:r>
    </w:p>
    <w:p w14:paraId="7BC4F1CC" w14:textId="23192636" w:rsidR="00E534AD" w:rsidRDefault="00E534AD" w:rsidP="00E534AD">
      <w:pPr>
        <w:pStyle w:val="Heading2"/>
      </w:pPr>
      <w:bookmarkStart w:id="29" w:name="_Toc214330685"/>
      <w:r>
        <w:t>Day 24 — Leader Habits</w:t>
      </w:r>
      <w:bookmarkEnd w:id="29"/>
    </w:p>
    <w:p w14:paraId="3D839926" w14:textId="77777777" w:rsidR="0089338F" w:rsidRPr="0089338F" w:rsidRDefault="0089338F" w:rsidP="0089338F">
      <w:pPr>
        <w:spacing w:before="100" w:beforeAutospacing="1" w:after="100" w:afterAutospacing="1" w:line="240" w:lineRule="auto"/>
        <w:outlineLvl w:val="2"/>
        <w:rPr>
          <w:rFonts w:ascii="Times New Roman" w:eastAsia="Times New Roman" w:hAnsi="Times New Roman" w:cs="Times New Roman"/>
          <w:b/>
          <w:bCs/>
          <w:sz w:val="27"/>
          <w:szCs w:val="27"/>
        </w:rPr>
      </w:pPr>
      <w:r w:rsidRPr="0089338F">
        <w:rPr>
          <w:rFonts w:ascii="Times New Roman" w:eastAsia="Times New Roman" w:hAnsi="Times New Roman" w:cs="Times New Roman"/>
          <w:b/>
          <w:bCs/>
          <w:i/>
          <w:iCs/>
          <w:sz w:val="27"/>
          <w:szCs w:val="27"/>
        </w:rPr>
        <w:t>Your Habits Build Your Leadership When Your Motivation Cannot</w:t>
      </w:r>
    </w:p>
    <w:p w14:paraId="7C971ED8"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I’ve learned across my life that motivation is never enough.</w:t>
      </w:r>
      <w:r w:rsidRPr="0089338F">
        <w:rPr>
          <w:rFonts w:ascii="Times New Roman" w:eastAsia="Times New Roman" w:hAnsi="Times New Roman" w:cs="Times New Roman"/>
          <w:sz w:val="24"/>
          <w:szCs w:val="24"/>
        </w:rPr>
        <w:br/>
        <w:t>Motivation rises and falls like the weather — and if you depend on it, your leadership will too.</w:t>
      </w:r>
    </w:p>
    <w:p w14:paraId="4C872EB7"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 xml:space="preserve">What </w:t>
      </w:r>
      <w:r w:rsidRPr="0089338F">
        <w:rPr>
          <w:rFonts w:ascii="Times New Roman" w:eastAsia="Times New Roman" w:hAnsi="Times New Roman" w:cs="Times New Roman"/>
          <w:i/>
          <w:iCs/>
          <w:sz w:val="24"/>
          <w:szCs w:val="24"/>
        </w:rPr>
        <w:t>doesn’t</w:t>
      </w:r>
      <w:r w:rsidRPr="0089338F">
        <w:rPr>
          <w:rFonts w:ascii="Times New Roman" w:eastAsia="Times New Roman" w:hAnsi="Times New Roman" w:cs="Times New Roman"/>
          <w:sz w:val="24"/>
          <w:szCs w:val="24"/>
        </w:rPr>
        <w:t xml:space="preserve"> rise and fall?</w:t>
      </w:r>
    </w:p>
    <w:p w14:paraId="79181232"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b/>
          <w:bCs/>
          <w:sz w:val="24"/>
          <w:szCs w:val="24"/>
        </w:rPr>
        <w:t>Habits.</w:t>
      </w:r>
      <w:r w:rsidRPr="0089338F">
        <w:rPr>
          <w:rFonts w:ascii="Times New Roman" w:eastAsia="Times New Roman" w:hAnsi="Times New Roman" w:cs="Times New Roman"/>
          <w:b/>
          <w:bCs/>
          <w:sz w:val="24"/>
          <w:szCs w:val="24"/>
        </w:rPr>
        <w:br/>
        <w:t>Systems.</w:t>
      </w:r>
      <w:r w:rsidRPr="0089338F">
        <w:rPr>
          <w:rFonts w:ascii="Times New Roman" w:eastAsia="Times New Roman" w:hAnsi="Times New Roman" w:cs="Times New Roman"/>
          <w:b/>
          <w:bCs/>
          <w:sz w:val="24"/>
          <w:szCs w:val="24"/>
        </w:rPr>
        <w:br/>
        <w:t>Structure.</w:t>
      </w:r>
    </w:p>
    <w:p w14:paraId="2B7F01B3"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lastRenderedPageBreak/>
        <w:t>There were seasons where I tried to rely on motivation alone…</w:t>
      </w:r>
      <w:r w:rsidRPr="0089338F">
        <w:rPr>
          <w:rFonts w:ascii="Times New Roman" w:eastAsia="Times New Roman" w:hAnsi="Times New Roman" w:cs="Times New Roman"/>
          <w:sz w:val="24"/>
          <w:szCs w:val="24"/>
        </w:rPr>
        <w:br/>
        <w:t>You know how that ends:</w:t>
      </w:r>
    </w:p>
    <w:p w14:paraId="4270FB7B" w14:textId="77777777" w:rsidR="0089338F" w:rsidRPr="0089338F" w:rsidRDefault="0089338F" w:rsidP="0089338F">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good intentions</w:t>
      </w:r>
    </w:p>
    <w:p w14:paraId="036C7428" w14:textId="77777777" w:rsidR="0089338F" w:rsidRPr="0089338F" w:rsidRDefault="0089338F" w:rsidP="0089338F">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inconsistent follow-through</w:t>
      </w:r>
    </w:p>
    <w:p w14:paraId="72B0C72B" w14:textId="77777777" w:rsidR="0089338F" w:rsidRPr="0089338F" w:rsidRDefault="0089338F" w:rsidP="0089338F">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disappointment with yourself</w:t>
      </w:r>
    </w:p>
    <w:p w14:paraId="02D5B602" w14:textId="77777777" w:rsidR="0089338F" w:rsidRPr="0089338F" w:rsidRDefault="0089338F" w:rsidP="0089338F">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repeating the same goals without progress</w:t>
      </w:r>
    </w:p>
    <w:p w14:paraId="5BB42817"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But when I built habits — small, consistent, powerful habits — everything changed.</w:t>
      </w:r>
    </w:p>
    <w:p w14:paraId="2972F17F"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Habits create:</w:t>
      </w:r>
    </w:p>
    <w:p w14:paraId="39A75846" w14:textId="77777777" w:rsidR="0089338F" w:rsidRPr="0089338F" w:rsidRDefault="0089338F" w:rsidP="0089338F">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confidence</w:t>
      </w:r>
    </w:p>
    <w:p w14:paraId="63F245AD" w14:textId="77777777" w:rsidR="0089338F" w:rsidRPr="0089338F" w:rsidRDefault="0089338F" w:rsidP="0089338F">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discipline</w:t>
      </w:r>
    </w:p>
    <w:p w14:paraId="6067EC4A" w14:textId="77777777" w:rsidR="0089338F" w:rsidRPr="0089338F" w:rsidRDefault="0089338F" w:rsidP="0089338F">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stability</w:t>
      </w:r>
    </w:p>
    <w:p w14:paraId="0DE0C90C" w14:textId="77777777" w:rsidR="0089338F" w:rsidRPr="0089338F" w:rsidRDefault="0089338F" w:rsidP="0089338F">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momentum</w:t>
      </w:r>
    </w:p>
    <w:p w14:paraId="038D95FF" w14:textId="77777777" w:rsidR="0089338F" w:rsidRPr="0089338F" w:rsidRDefault="0089338F" w:rsidP="0089338F">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identity</w:t>
      </w:r>
    </w:p>
    <w:p w14:paraId="69C019CC"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Especially identity.</w:t>
      </w:r>
    </w:p>
    <w:p w14:paraId="09AA8FDD"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If you walk into someone’s home and see discipline, it’s because their habits created it.</w:t>
      </w:r>
      <w:r w:rsidRPr="0089338F">
        <w:rPr>
          <w:rFonts w:ascii="Times New Roman" w:eastAsia="Times New Roman" w:hAnsi="Times New Roman" w:cs="Times New Roman"/>
          <w:sz w:val="24"/>
          <w:szCs w:val="24"/>
        </w:rPr>
        <w:br/>
        <w:t>If you see chaos, it’s because their habits allowed it.</w:t>
      </w:r>
    </w:p>
    <w:p w14:paraId="6F5DC236"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Our habits are the real evidence of who we’re becoming.</w:t>
      </w:r>
    </w:p>
    <w:p w14:paraId="7AF082E8"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Here are the four habits that changed my life and will change yours:</w:t>
      </w:r>
    </w:p>
    <w:p w14:paraId="77DAF0B2" w14:textId="77777777" w:rsidR="0089338F" w:rsidRPr="0089338F" w:rsidRDefault="00000000" w:rsidP="0089338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A211D02">
          <v:rect id="_x0000_i1081" style="width:0;height:1.5pt" o:hralign="center" o:hrstd="t" o:hr="t" fillcolor="#a0a0a0" stroked="f"/>
        </w:pict>
      </w:r>
    </w:p>
    <w:p w14:paraId="2550C497" w14:textId="77777777" w:rsidR="0089338F" w:rsidRPr="0089338F" w:rsidRDefault="0089338F" w:rsidP="00A65337">
      <w:r w:rsidRPr="0089338F">
        <w:rPr>
          <w:rFonts w:ascii="Segoe UI Emoji" w:hAnsi="Segoe UI Emoji" w:cs="Segoe UI Emoji"/>
        </w:rPr>
        <w:t>⭐</w:t>
      </w:r>
      <w:r w:rsidRPr="0089338F">
        <w:t xml:space="preserve"> The Four Habits of a Resilient Leader</w:t>
      </w:r>
    </w:p>
    <w:p w14:paraId="2692AC4C" w14:textId="77777777" w:rsidR="0089338F" w:rsidRPr="0089338F" w:rsidRDefault="0089338F" w:rsidP="0089338F">
      <w:pPr>
        <w:spacing w:before="100" w:beforeAutospacing="1" w:after="100" w:afterAutospacing="1" w:line="240" w:lineRule="auto"/>
        <w:outlineLvl w:val="2"/>
        <w:rPr>
          <w:rFonts w:ascii="Times New Roman" w:eastAsia="Times New Roman" w:hAnsi="Times New Roman" w:cs="Times New Roman"/>
          <w:b/>
          <w:bCs/>
          <w:sz w:val="27"/>
          <w:szCs w:val="27"/>
        </w:rPr>
      </w:pPr>
      <w:r w:rsidRPr="0089338F">
        <w:rPr>
          <w:rFonts w:ascii="Times New Roman" w:eastAsia="Times New Roman" w:hAnsi="Times New Roman" w:cs="Times New Roman"/>
          <w:b/>
          <w:bCs/>
          <w:sz w:val="27"/>
          <w:szCs w:val="27"/>
        </w:rPr>
        <w:t>1. The Morning Reset</w:t>
      </w:r>
    </w:p>
    <w:p w14:paraId="63E8B879"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Not a long ritual.</w:t>
      </w:r>
      <w:r w:rsidRPr="0089338F">
        <w:rPr>
          <w:rFonts w:ascii="Times New Roman" w:eastAsia="Times New Roman" w:hAnsi="Times New Roman" w:cs="Times New Roman"/>
          <w:sz w:val="24"/>
          <w:szCs w:val="24"/>
        </w:rPr>
        <w:br/>
        <w:t>Not a complicated routine.</w:t>
      </w:r>
      <w:r w:rsidRPr="0089338F">
        <w:rPr>
          <w:rFonts w:ascii="Times New Roman" w:eastAsia="Times New Roman" w:hAnsi="Times New Roman" w:cs="Times New Roman"/>
          <w:sz w:val="24"/>
          <w:szCs w:val="24"/>
        </w:rPr>
        <w:br/>
        <w:t>Just 5–10 minutes of:</w:t>
      </w:r>
    </w:p>
    <w:p w14:paraId="71F9E421" w14:textId="77777777" w:rsidR="0089338F" w:rsidRPr="0089338F" w:rsidRDefault="0089338F" w:rsidP="0089338F">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lastRenderedPageBreak/>
        <w:t>intention</w:t>
      </w:r>
    </w:p>
    <w:p w14:paraId="1AB1AE97" w14:textId="77777777" w:rsidR="0089338F" w:rsidRPr="0089338F" w:rsidRDefault="0089338F" w:rsidP="0089338F">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calm</w:t>
      </w:r>
    </w:p>
    <w:p w14:paraId="2D83A036" w14:textId="77777777" w:rsidR="0089338F" w:rsidRPr="0089338F" w:rsidRDefault="0089338F" w:rsidP="0089338F">
      <w:pPr>
        <w:numPr>
          <w:ilvl w:val="0"/>
          <w:numId w:val="47"/>
        </w:numPr>
        <w:spacing w:before="100" w:beforeAutospacing="1" w:after="100" w:afterAutospacing="1" w:line="240" w:lineRule="auto"/>
        <w:rPr>
          <w:rFonts w:ascii="Times New Roman" w:eastAsia="Times New Roman" w:hAnsi="Times New Roman" w:cs="Times New Roman"/>
          <w:sz w:val="24"/>
          <w:szCs w:val="24"/>
        </w:rPr>
      </w:pPr>
      <w:proofErr w:type="gramStart"/>
      <w:r w:rsidRPr="0089338F">
        <w:rPr>
          <w:rFonts w:ascii="Times New Roman" w:eastAsia="Times New Roman" w:hAnsi="Times New Roman" w:cs="Times New Roman"/>
          <w:sz w:val="24"/>
          <w:szCs w:val="24"/>
        </w:rPr>
        <w:t>reflection</w:t>
      </w:r>
      <w:proofErr w:type="gramEnd"/>
    </w:p>
    <w:p w14:paraId="2DA60ACA" w14:textId="77777777" w:rsidR="0089338F" w:rsidRPr="0089338F" w:rsidRDefault="0089338F" w:rsidP="0089338F">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direction</w:t>
      </w:r>
    </w:p>
    <w:p w14:paraId="55F8B2AF"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This one habit changes the tone of your entire day.</w:t>
      </w:r>
    </w:p>
    <w:p w14:paraId="40EBD278" w14:textId="77777777" w:rsidR="0089338F" w:rsidRPr="0089338F" w:rsidRDefault="00000000" w:rsidP="0089338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362A095">
          <v:rect id="_x0000_i1082" style="width:0;height:1.5pt" o:hralign="center" o:hrstd="t" o:hr="t" fillcolor="#a0a0a0" stroked="f"/>
        </w:pict>
      </w:r>
    </w:p>
    <w:p w14:paraId="31F618D7" w14:textId="77777777" w:rsidR="0089338F" w:rsidRPr="0089338F" w:rsidRDefault="0089338F" w:rsidP="0089338F">
      <w:pPr>
        <w:spacing w:before="100" w:beforeAutospacing="1" w:after="100" w:afterAutospacing="1" w:line="240" w:lineRule="auto"/>
        <w:outlineLvl w:val="2"/>
        <w:rPr>
          <w:rFonts w:ascii="Times New Roman" w:eastAsia="Times New Roman" w:hAnsi="Times New Roman" w:cs="Times New Roman"/>
          <w:b/>
          <w:bCs/>
          <w:sz w:val="27"/>
          <w:szCs w:val="27"/>
        </w:rPr>
      </w:pPr>
      <w:r w:rsidRPr="0089338F">
        <w:rPr>
          <w:rFonts w:ascii="Times New Roman" w:eastAsia="Times New Roman" w:hAnsi="Times New Roman" w:cs="Times New Roman"/>
          <w:b/>
          <w:bCs/>
          <w:sz w:val="27"/>
          <w:szCs w:val="27"/>
        </w:rPr>
        <w:t>2. The Daily Priority</w:t>
      </w:r>
    </w:p>
    <w:p w14:paraId="4923C260"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Not a long to-do list.</w:t>
      </w:r>
      <w:r w:rsidRPr="0089338F">
        <w:rPr>
          <w:rFonts w:ascii="Times New Roman" w:eastAsia="Times New Roman" w:hAnsi="Times New Roman" w:cs="Times New Roman"/>
          <w:sz w:val="24"/>
          <w:szCs w:val="24"/>
        </w:rPr>
        <w:br/>
        <w:t>Not 15 goals.</w:t>
      </w:r>
      <w:r w:rsidRPr="0089338F">
        <w:rPr>
          <w:rFonts w:ascii="Times New Roman" w:eastAsia="Times New Roman" w:hAnsi="Times New Roman" w:cs="Times New Roman"/>
          <w:sz w:val="24"/>
          <w:szCs w:val="24"/>
        </w:rPr>
        <w:br/>
        <w:t xml:space="preserve">Leaders pick </w:t>
      </w:r>
      <w:r w:rsidRPr="0089338F">
        <w:rPr>
          <w:rFonts w:ascii="Times New Roman" w:eastAsia="Times New Roman" w:hAnsi="Times New Roman" w:cs="Times New Roman"/>
          <w:b/>
          <w:bCs/>
          <w:sz w:val="24"/>
          <w:szCs w:val="24"/>
        </w:rPr>
        <w:t>one</w:t>
      </w:r>
      <w:r w:rsidRPr="0089338F">
        <w:rPr>
          <w:rFonts w:ascii="Times New Roman" w:eastAsia="Times New Roman" w:hAnsi="Times New Roman" w:cs="Times New Roman"/>
          <w:sz w:val="24"/>
          <w:szCs w:val="24"/>
        </w:rPr>
        <w:t xml:space="preserve"> thing they will absolutely finish.</w:t>
      </w:r>
    </w:p>
    <w:p w14:paraId="7BE4C7A5"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 xml:space="preserve">One meaningful </w:t>
      </w:r>
      <w:proofErr w:type="gramStart"/>
      <w:r w:rsidRPr="0089338F">
        <w:rPr>
          <w:rFonts w:ascii="Times New Roman" w:eastAsia="Times New Roman" w:hAnsi="Times New Roman" w:cs="Times New Roman"/>
          <w:sz w:val="24"/>
          <w:szCs w:val="24"/>
        </w:rPr>
        <w:t>thing</w:t>
      </w:r>
      <w:proofErr w:type="gramEnd"/>
      <w:r w:rsidRPr="0089338F">
        <w:rPr>
          <w:rFonts w:ascii="Times New Roman" w:eastAsia="Times New Roman" w:hAnsi="Times New Roman" w:cs="Times New Roman"/>
          <w:sz w:val="24"/>
          <w:szCs w:val="24"/>
        </w:rPr>
        <w:t xml:space="preserve"> a day builds massive momentum.</w:t>
      </w:r>
    </w:p>
    <w:p w14:paraId="12CBFEEE" w14:textId="77777777" w:rsidR="0089338F" w:rsidRPr="0089338F" w:rsidRDefault="00000000" w:rsidP="0089338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9B73936">
          <v:rect id="_x0000_i1083" style="width:0;height:1.5pt" o:hralign="center" o:hrstd="t" o:hr="t" fillcolor="#a0a0a0" stroked="f"/>
        </w:pict>
      </w:r>
    </w:p>
    <w:p w14:paraId="36FF98D9" w14:textId="77777777" w:rsidR="0089338F" w:rsidRPr="0089338F" w:rsidRDefault="0089338F" w:rsidP="0089338F">
      <w:pPr>
        <w:spacing w:before="100" w:beforeAutospacing="1" w:after="100" w:afterAutospacing="1" w:line="240" w:lineRule="auto"/>
        <w:outlineLvl w:val="2"/>
        <w:rPr>
          <w:rFonts w:ascii="Times New Roman" w:eastAsia="Times New Roman" w:hAnsi="Times New Roman" w:cs="Times New Roman"/>
          <w:b/>
          <w:bCs/>
          <w:sz w:val="27"/>
          <w:szCs w:val="27"/>
        </w:rPr>
      </w:pPr>
      <w:r w:rsidRPr="0089338F">
        <w:rPr>
          <w:rFonts w:ascii="Times New Roman" w:eastAsia="Times New Roman" w:hAnsi="Times New Roman" w:cs="Times New Roman"/>
          <w:b/>
          <w:bCs/>
          <w:sz w:val="27"/>
          <w:szCs w:val="27"/>
        </w:rPr>
        <w:t>3. The One Honest Check-in</w:t>
      </w:r>
    </w:p>
    <w:p w14:paraId="06979301"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At some point in the day, ask yourself:</w:t>
      </w:r>
    </w:p>
    <w:p w14:paraId="7FEF3C7D" w14:textId="77777777" w:rsidR="0089338F" w:rsidRPr="0089338F" w:rsidRDefault="0089338F" w:rsidP="0089338F">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“Am I leading myself well right now?”</w:t>
      </w:r>
    </w:p>
    <w:p w14:paraId="17F09148" w14:textId="77777777" w:rsidR="0089338F" w:rsidRPr="0089338F" w:rsidRDefault="0089338F" w:rsidP="0089338F">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“Is this behavior aligned with who I want to become?”</w:t>
      </w:r>
    </w:p>
    <w:p w14:paraId="03023307"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Honesty accelerates growth.</w:t>
      </w:r>
    </w:p>
    <w:p w14:paraId="066C4C0B" w14:textId="77777777" w:rsidR="0089338F" w:rsidRPr="0089338F" w:rsidRDefault="00000000" w:rsidP="0089338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51AB898">
          <v:rect id="_x0000_i1084" style="width:0;height:1.5pt" o:hralign="center" o:hrstd="t" o:hr="t" fillcolor="#a0a0a0" stroked="f"/>
        </w:pict>
      </w:r>
    </w:p>
    <w:p w14:paraId="03ADF3D4" w14:textId="77777777" w:rsidR="0089338F" w:rsidRPr="0089338F" w:rsidRDefault="0089338F" w:rsidP="0089338F">
      <w:pPr>
        <w:spacing w:before="100" w:beforeAutospacing="1" w:after="100" w:afterAutospacing="1" w:line="240" w:lineRule="auto"/>
        <w:outlineLvl w:val="2"/>
        <w:rPr>
          <w:rFonts w:ascii="Times New Roman" w:eastAsia="Times New Roman" w:hAnsi="Times New Roman" w:cs="Times New Roman"/>
          <w:b/>
          <w:bCs/>
          <w:sz w:val="27"/>
          <w:szCs w:val="27"/>
        </w:rPr>
      </w:pPr>
      <w:r w:rsidRPr="0089338F">
        <w:rPr>
          <w:rFonts w:ascii="Times New Roman" w:eastAsia="Times New Roman" w:hAnsi="Times New Roman" w:cs="Times New Roman"/>
          <w:b/>
          <w:bCs/>
          <w:sz w:val="27"/>
          <w:szCs w:val="27"/>
        </w:rPr>
        <w:t>4. The Evening Reset</w:t>
      </w:r>
    </w:p>
    <w:p w14:paraId="436FCE78"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Reflect for two minutes:</w:t>
      </w:r>
    </w:p>
    <w:p w14:paraId="3350A099" w14:textId="77777777" w:rsidR="0089338F" w:rsidRPr="0089338F" w:rsidRDefault="0089338F" w:rsidP="0089338F">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What did I do well?</w:t>
      </w:r>
    </w:p>
    <w:p w14:paraId="372DD9B6" w14:textId="77777777" w:rsidR="0089338F" w:rsidRPr="0089338F" w:rsidRDefault="0089338F" w:rsidP="0089338F">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What did I learn?</w:t>
      </w:r>
    </w:p>
    <w:p w14:paraId="7505E392" w14:textId="77777777" w:rsidR="0089338F" w:rsidRPr="0089338F" w:rsidRDefault="0089338F" w:rsidP="0089338F">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What needs attention tomorrow?</w:t>
      </w:r>
    </w:p>
    <w:p w14:paraId="7DF84AAD"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lastRenderedPageBreak/>
        <w:t>This habit shrinks stress and strengthens clarity.</w:t>
      </w:r>
    </w:p>
    <w:p w14:paraId="3955CBC1" w14:textId="77777777" w:rsidR="0089338F" w:rsidRPr="0089338F" w:rsidRDefault="00000000" w:rsidP="0089338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D2848F4">
          <v:rect id="_x0000_i1085" style="width:0;height:1.5pt" o:hralign="center" o:hrstd="t" o:hr="t" fillcolor="#a0a0a0" stroked="f"/>
        </w:pict>
      </w:r>
    </w:p>
    <w:p w14:paraId="2B767D29" w14:textId="77777777" w:rsidR="0089338F" w:rsidRPr="0089338F" w:rsidRDefault="0089338F" w:rsidP="0089338F">
      <w:pPr>
        <w:spacing w:before="100" w:beforeAutospacing="1" w:after="100" w:afterAutospacing="1" w:line="240" w:lineRule="auto"/>
        <w:outlineLvl w:val="2"/>
        <w:rPr>
          <w:rFonts w:ascii="Times New Roman" w:eastAsia="Times New Roman" w:hAnsi="Times New Roman" w:cs="Times New Roman"/>
          <w:b/>
          <w:bCs/>
          <w:sz w:val="27"/>
          <w:szCs w:val="27"/>
        </w:rPr>
      </w:pPr>
      <w:r w:rsidRPr="0089338F">
        <w:rPr>
          <w:rFonts w:ascii="Times New Roman" w:eastAsia="Times New Roman" w:hAnsi="Times New Roman" w:cs="Times New Roman"/>
          <w:b/>
          <w:bCs/>
          <w:sz w:val="27"/>
          <w:szCs w:val="27"/>
        </w:rPr>
        <w:t>Reflection:</w:t>
      </w:r>
    </w:p>
    <w:p w14:paraId="7BAC63C2"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Which habit would change your leadership the most right now?</w:t>
      </w:r>
    </w:p>
    <w:p w14:paraId="1F7C0FD3" w14:textId="77777777" w:rsidR="0089338F" w:rsidRPr="0089338F" w:rsidRDefault="0089338F" w:rsidP="0089338F">
      <w:pPr>
        <w:spacing w:before="100" w:beforeAutospacing="1" w:after="100" w:afterAutospacing="1" w:line="240" w:lineRule="auto"/>
        <w:outlineLvl w:val="2"/>
        <w:rPr>
          <w:rFonts w:ascii="Times New Roman" w:eastAsia="Times New Roman" w:hAnsi="Times New Roman" w:cs="Times New Roman"/>
          <w:b/>
          <w:bCs/>
          <w:sz w:val="27"/>
          <w:szCs w:val="27"/>
        </w:rPr>
      </w:pPr>
      <w:r w:rsidRPr="0089338F">
        <w:rPr>
          <w:rFonts w:ascii="Times New Roman" w:eastAsia="Times New Roman" w:hAnsi="Times New Roman" w:cs="Times New Roman"/>
          <w:b/>
          <w:bCs/>
          <w:sz w:val="27"/>
          <w:szCs w:val="27"/>
        </w:rPr>
        <w:t>Leadership Challenge:</w:t>
      </w:r>
    </w:p>
    <w:p w14:paraId="7577DF5A" w14:textId="77777777" w:rsidR="0089338F" w:rsidRPr="0089338F" w:rsidRDefault="0089338F" w:rsidP="0089338F">
      <w:pPr>
        <w:spacing w:before="100" w:beforeAutospacing="1" w:after="100" w:afterAutospacing="1" w:line="240" w:lineRule="auto"/>
        <w:rPr>
          <w:rFonts w:ascii="Times New Roman" w:eastAsia="Times New Roman" w:hAnsi="Times New Roman" w:cs="Times New Roman"/>
          <w:sz w:val="24"/>
          <w:szCs w:val="24"/>
        </w:rPr>
      </w:pPr>
      <w:r w:rsidRPr="0089338F">
        <w:rPr>
          <w:rFonts w:ascii="Times New Roman" w:eastAsia="Times New Roman" w:hAnsi="Times New Roman" w:cs="Times New Roman"/>
          <w:sz w:val="24"/>
          <w:szCs w:val="24"/>
        </w:rPr>
        <w:t>Choose one and practice it tomorrow morning.</w:t>
      </w:r>
    </w:p>
    <w:p w14:paraId="4D7D1D5D" w14:textId="2132B694" w:rsidR="00E534AD" w:rsidRDefault="00E534AD" w:rsidP="00E534AD">
      <w:pPr>
        <w:pStyle w:val="Heading2"/>
      </w:pPr>
      <w:bookmarkStart w:id="30" w:name="_Toc214330686"/>
      <w:r>
        <w:t xml:space="preserve">Day 25 — </w:t>
      </w:r>
      <w:r w:rsidR="004C1F13">
        <w:t>Personal Systems</w:t>
      </w:r>
      <w:bookmarkEnd w:id="30"/>
    </w:p>
    <w:p w14:paraId="0F3A31F9" w14:textId="77777777" w:rsidR="00B14BE2" w:rsidRPr="00B14BE2" w:rsidRDefault="00B14BE2" w:rsidP="00B14BE2">
      <w:pPr>
        <w:spacing w:before="100" w:beforeAutospacing="1" w:after="100" w:afterAutospacing="1" w:line="240" w:lineRule="auto"/>
        <w:outlineLvl w:val="2"/>
        <w:rPr>
          <w:rFonts w:ascii="Times New Roman" w:eastAsia="Times New Roman" w:hAnsi="Times New Roman" w:cs="Times New Roman"/>
          <w:b/>
          <w:bCs/>
          <w:sz w:val="27"/>
          <w:szCs w:val="27"/>
        </w:rPr>
      </w:pPr>
      <w:r w:rsidRPr="00B14BE2">
        <w:rPr>
          <w:rFonts w:ascii="Times New Roman" w:eastAsia="Times New Roman" w:hAnsi="Times New Roman" w:cs="Times New Roman"/>
          <w:b/>
          <w:bCs/>
          <w:i/>
          <w:iCs/>
          <w:sz w:val="27"/>
          <w:szCs w:val="27"/>
        </w:rPr>
        <w:t>Your Systems Shape Your Future Even When You’re Not Paying Attention</w:t>
      </w:r>
    </w:p>
    <w:p w14:paraId="469BCA7D"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A system is a small, repeatable process that makes success easier.</w:t>
      </w:r>
    </w:p>
    <w:p w14:paraId="61B3FD9E"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People with strong lives don’t have more time — they have better systems.</w:t>
      </w:r>
    </w:p>
    <w:p w14:paraId="511578EE"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People with peaceful lives don’t have fewer problems — they have better systems for handling them.</w:t>
      </w:r>
    </w:p>
    <w:p w14:paraId="3FCD16D5"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I used to underestimate the power of systems.</w:t>
      </w:r>
      <w:r w:rsidRPr="00B14BE2">
        <w:rPr>
          <w:rFonts w:ascii="Times New Roman" w:eastAsia="Times New Roman" w:hAnsi="Times New Roman" w:cs="Times New Roman"/>
          <w:sz w:val="24"/>
          <w:szCs w:val="24"/>
        </w:rPr>
        <w:br/>
        <w:t>I thought they were boring…</w:t>
      </w:r>
      <w:r w:rsidRPr="00B14BE2">
        <w:rPr>
          <w:rFonts w:ascii="Times New Roman" w:eastAsia="Times New Roman" w:hAnsi="Times New Roman" w:cs="Times New Roman"/>
          <w:sz w:val="24"/>
          <w:szCs w:val="24"/>
        </w:rPr>
        <w:br/>
        <w:t>or unnecessary…</w:t>
      </w:r>
      <w:r w:rsidRPr="00B14BE2">
        <w:rPr>
          <w:rFonts w:ascii="Times New Roman" w:eastAsia="Times New Roman" w:hAnsi="Times New Roman" w:cs="Times New Roman"/>
          <w:sz w:val="24"/>
          <w:szCs w:val="24"/>
        </w:rPr>
        <w:br/>
        <w:t>or only for people with “organized personalities.”</w:t>
      </w:r>
    </w:p>
    <w:p w14:paraId="39F1B116"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I was wrong.</w:t>
      </w:r>
    </w:p>
    <w:p w14:paraId="08236C51"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Systems saved my sanity more than once:</w:t>
      </w:r>
    </w:p>
    <w:p w14:paraId="51FF124D" w14:textId="77777777" w:rsidR="00B14BE2" w:rsidRPr="00B14BE2" w:rsidRDefault="00B14BE2" w:rsidP="00B14BE2">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when life was heavy</w:t>
      </w:r>
    </w:p>
    <w:p w14:paraId="416DFAA0" w14:textId="77777777" w:rsidR="00B14BE2" w:rsidRPr="00B14BE2" w:rsidRDefault="00B14BE2" w:rsidP="00B14BE2">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when responsibilities were growing</w:t>
      </w:r>
    </w:p>
    <w:p w14:paraId="3334A01F" w14:textId="77777777" w:rsidR="00B14BE2" w:rsidRPr="00B14BE2" w:rsidRDefault="00B14BE2" w:rsidP="00B14BE2">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when pressure was high</w:t>
      </w:r>
    </w:p>
    <w:p w14:paraId="04EF907E" w14:textId="77777777" w:rsidR="00B14BE2" w:rsidRPr="00B14BE2" w:rsidRDefault="00B14BE2" w:rsidP="00B14BE2">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lastRenderedPageBreak/>
        <w:t>when emotions were running high</w:t>
      </w:r>
    </w:p>
    <w:p w14:paraId="7586F355" w14:textId="77777777" w:rsidR="00B14BE2" w:rsidRPr="00B14BE2" w:rsidRDefault="00B14BE2" w:rsidP="00B14BE2">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when time felt tight</w:t>
      </w:r>
    </w:p>
    <w:p w14:paraId="5532019C"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Systems take stress away because you don’t have to “figure out” your life every morning.</w:t>
      </w:r>
    </w:p>
    <w:p w14:paraId="7A748FB7"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Here are three leadership systems that change everything:</w:t>
      </w:r>
    </w:p>
    <w:p w14:paraId="64BA5BB6" w14:textId="77777777" w:rsidR="00B14BE2" w:rsidRPr="00B14BE2" w:rsidRDefault="00000000" w:rsidP="00B14B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B6A7967">
          <v:rect id="_x0000_i1086" style="width:0;height:1.5pt" o:hralign="center" o:hrstd="t" o:hr="t" fillcolor="#a0a0a0" stroked="f"/>
        </w:pict>
      </w:r>
    </w:p>
    <w:p w14:paraId="5C5D3540" w14:textId="77777777" w:rsidR="00B14BE2" w:rsidRPr="00B14BE2" w:rsidRDefault="00B14BE2" w:rsidP="00A65337">
      <w:r w:rsidRPr="00B14BE2">
        <w:rPr>
          <w:rFonts w:ascii="Segoe UI Emoji" w:hAnsi="Segoe UI Emoji" w:cs="Segoe UI Emoji"/>
        </w:rPr>
        <w:t>⭐</w:t>
      </w:r>
      <w:r w:rsidRPr="00B14BE2">
        <w:t xml:space="preserve"> 1. The Morning System</w:t>
      </w:r>
    </w:p>
    <w:p w14:paraId="7ED0B3CF"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A predictable structure that eliminates chaos:</w:t>
      </w:r>
    </w:p>
    <w:p w14:paraId="278F0B0E" w14:textId="77777777" w:rsidR="00B14BE2" w:rsidRPr="00B14BE2" w:rsidRDefault="00B14BE2" w:rsidP="00B14BE2">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Wake up</w:t>
      </w:r>
    </w:p>
    <w:p w14:paraId="35A7DF7E" w14:textId="77777777" w:rsidR="00B14BE2" w:rsidRPr="00B14BE2" w:rsidRDefault="00B14BE2" w:rsidP="00B14BE2">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Hydrate</w:t>
      </w:r>
    </w:p>
    <w:p w14:paraId="0435C296" w14:textId="77777777" w:rsidR="00B14BE2" w:rsidRPr="00B14BE2" w:rsidRDefault="00B14BE2" w:rsidP="00B14BE2">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Reflect</w:t>
      </w:r>
    </w:p>
    <w:p w14:paraId="1D76B7DB" w14:textId="77777777" w:rsidR="00B14BE2" w:rsidRPr="00B14BE2" w:rsidRDefault="00B14BE2" w:rsidP="00B14BE2">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Set one priority</w:t>
      </w:r>
    </w:p>
    <w:p w14:paraId="6E780B59" w14:textId="77777777" w:rsidR="00B14BE2" w:rsidRPr="00B14BE2" w:rsidRDefault="00B14BE2" w:rsidP="00B14BE2">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Center yourself</w:t>
      </w:r>
    </w:p>
    <w:p w14:paraId="0E58376B"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No scrambling.</w:t>
      </w:r>
      <w:r w:rsidRPr="00B14BE2">
        <w:rPr>
          <w:rFonts w:ascii="Times New Roman" w:eastAsia="Times New Roman" w:hAnsi="Times New Roman" w:cs="Times New Roman"/>
          <w:sz w:val="24"/>
          <w:szCs w:val="24"/>
        </w:rPr>
        <w:br/>
        <w:t>No reacting.</w:t>
      </w:r>
      <w:r w:rsidRPr="00B14BE2">
        <w:rPr>
          <w:rFonts w:ascii="Times New Roman" w:eastAsia="Times New Roman" w:hAnsi="Times New Roman" w:cs="Times New Roman"/>
          <w:sz w:val="24"/>
          <w:szCs w:val="24"/>
        </w:rPr>
        <w:br/>
        <w:t>Just direction.</w:t>
      </w:r>
    </w:p>
    <w:p w14:paraId="6952AE81" w14:textId="77777777" w:rsidR="00B14BE2" w:rsidRPr="00B14BE2" w:rsidRDefault="00000000" w:rsidP="00B14B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EC05B7B">
          <v:rect id="_x0000_i1087" style="width:0;height:1.5pt" o:hralign="center" o:hrstd="t" o:hr="t" fillcolor="#a0a0a0" stroked="f"/>
        </w:pict>
      </w:r>
    </w:p>
    <w:p w14:paraId="23FD7244" w14:textId="77777777" w:rsidR="00B14BE2" w:rsidRPr="00B14BE2" w:rsidRDefault="00B14BE2" w:rsidP="000740D4">
      <w:r w:rsidRPr="00B14BE2">
        <w:rPr>
          <w:rFonts w:ascii="Segoe UI Emoji" w:hAnsi="Segoe UI Emoji" w:cs="Segoe UI Emoji"/>
        </w:rPr>
        <w:t>⭐</w:t>
      </w:r>
      <w:r w:rsidRPr="00B14BE2">
        <w:t xml:space="preserve"> 2. The Decision System</w:t>
      </w:r>
    </w:p>
    <w:p w14:paraId="4D1567A7"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Use your Three Filters (from Week Two):</w:t>
      </w:r>
    </w:p>
    <w:p w14:paraId="49366069" w14:textId="77777777" w:rsidR="00B14BE2" w:rsidRPr="00B14BE2" w:rsidRDefault="00B14BE2" w:rsidP="00B14BE2">
      <w:pPr>
        <w:numPr>
          <w:ilvl w:val="0"/>
          <w:numId w:val="52"/>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Values</w:t>
      </w:r>
    </w:p>
    <w:p w14:paraId="461D87D1" w14:textId="77777777" w:rsidR="00B14BE2" w:rsidRPr="00B14BE2" w:rsidRDefault="00B14BE2" w:rsidP="00B14BE2">
      <w:pPr>
        <w:numPr>
          <w:ilvl w:val="0"/>
          <w:numId w:val="52"/>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Vision</w:t>
      </w:r>
    </w:p>
    <w:p w14:paraId="75F03770" w14:textId="77777777" w:rsidR="00B14BE2" w:rsidRPr="00B14BE2" w:rsidRDefault="00B14BE2" w:rsidP="00B14BE2">
      <w:pPr>
        <w:numPr>
          <w:ilvl w:val="0"/>
          <w:numId w:val="52"/>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Consequences</w:t>
      </w:r>
    </w:p>
    <w:p w14:paraId="1B8BADB7"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This system prevents regrets.</w:t>
      </w:r>
    </w:p>
    <w:p w14:paraId="5893F9DB" w14:textId="77777777" w:rsidR="00B14BE2" w:rsidRPr="00B14BE2" w:rsidRDefault="00000000" w:rsidP="00B14B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4824936">
          <v:rect id="_x0000_i1088" style="width:0;height:1.5pt" o:hralign="center" o:hrstd="t" o:hr="t" fillcolor="#a0a0a0" stroked="f"/>
        </w:pict>
      </w:r>
    </w:p>
    <w:p w14:paraId="3FE51F20" w14:textId="77777777" w:rsidR="00B14BE2" w:rsidRPr="00B14BE2" w:rsidRDefault="00B14BE2" w:rsidP="000740D4">
      <w:r w:rsidRPr="00B14BE2">
        <w:rPr>
          <w:rFonts w:ascii="Segoe UI Emoji" w:hAnsi="Segoe UI Emoji" w:cs="Segoe UI Emoji"/>
        </w:rPr>
        <w:t>⭐</w:t>
      </w:r>
      <w:r w:rsidRPr="00B14BE2">
        <w:t xml:space="preserve"> 3. The Communication System</w:t>
      </w:r>
    </w:p>
    <w:p w14:paraId="53E7DCED"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lastRenderedPageBreak/>
        <w:t>Speak with:</w:t>
      </w:r>
    </w:p>
    <w:p w14:paraId="011342D3" w14:textId="77777777" w:rsidR="00B14BE2" w:rsidRPr="00B14BE2" w:rsidRDefault="00B14BE2" w:rsidP="00B14BE2">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calm tone</w:t>
      </w:r>
    </w:p>
    <w:p w14:paraId="5AF73A25" w14:textId="77777777" w:rsidR="00B14BE2" w:rsidRPr="00B14BE2" w:rsidRDefault="00B14BE2" w:rsidP="00B14BE2">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clear message</w:t>
      </w:r>
    </w:p>
    <w:p w14:paraId="597E7EB3" w14:textId="77777777" w:rsidR="00B14BE2" w:rsidRPr="00B14BE2" w:rsidRDefault="00B14BE2" w:rsidP="00B14BE2">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one direct expectation</w:t>
      </w:r>
    </w:p>
    <w:p w14:paraId="64CF757D" w14:textId="77777777" w:rsidR="00B14BE2" w:rsidRPr="00B14BE2" w:rsidRDefault="00B14BE2" w:rsidP="00B14BE2">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one next step</w:t>
      </w:r>
    </w:p>
    <w:p w14:paraId="05DB1BCC"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This system prevents drama.</w:t>
      </w:r>
    </w:p>
    <w:p w14:paraId="41C61D5A" w14:textId="77777777" w:rsidR="00B14BE2" w:rsidRPr="00B14BE2" w:rsidRDefault="00000000" w:rsidP="00B14B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53F7A0E">
          <v:rect id="_x0000_i1089" style="width:0;height:1.5pt" o:hralign="center" o:hrstd="t" o:hr="t" fillcolor="#a0a0a0" stroked="f"/>
        </w:pict>
      </w:r>
    </w:p>
    <w:p w14:paraId="6860E108"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When your systems are strong, your leadership becomes automatic — not accidental.</w:t>
      </w:r>
    </w:p>
    <w:p w14:paraId="67A5D9DA" w14:textId="77777777" w:rsidR="00B14BE2" w:rsidRPr="00B14BE2" w:rsidRDefault="00B14BE2" w:rsidP="00B14BE2">
      <w:pPr>
        <w:spacing w:before="100" w:beforeAutospacing="1" w:after="100" w:afterAutospacing="1" w:line="240" w:lineRule="auto"/>
        <w:outlineLvl w:val="2"/>
        <w:rPr>
          <w:rFonts w:ascii="Times New Roman" w:eastAsia="Times New Roman" w:hAnsi="Times New Roman" w:cs="Times New Roman"/>
          <w:b/>
          <w:bCs/>
          <w:sz w:val="27"/>
          <w:szCs w:val="27"/>
        </w:rPr>
      </w:pPr>
      <w:r w:rsidRPr="00B14BE2">
        <w:rPr>
          <w:rFonts w:ascii="Times New Roman" w:eastAsia="Times New Roman" w:hAnsi="Times New Roman" w:cs="Times New Roman"/>
          <w:b/>
          <w:bCs/>
          <w:sz w:val="27"/>
          <w:szCs w:val="27"/>
        </w:rPr>
        <w:t>Reflection:</w:t>
      </w:r>
    </w:p>
    <w:p w14:paraId="60A37A40"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What system in your life is missing right now?</w:t>
      </w:r>
    </w:p>
    <w:p w14:paraId="7A95E554" w14:textId="77777777" w:rsidR="00B14BE2" w:rsidRPr="00B14BE2" w:rsidRDefault="00B14BE2" w:rsidP="00B14BE2">
      <w:pPr>
        <w:spacing w:before="100" w:beforeAutospacing="1" w:after="100" w:afterAutospacing="1" w:line="240" w:lineRule="auto"/>
        <w:outlineLvl w:val="2"/>
        <w:rPr>
          <w:rFonts w:ascii="Times New Roman" w:eastAsia="Times New Roman" w:hAnsi="Times New Roman" w:cs="Times New Roman"/>
          <w:b/>
          <w:bCs/>
          <w:sz w:val="27"/>
          <w:szCs w:val="27"/>
        </w:rPr>
      </w:pPr>
      <w:r w:rsidRPr="00B14BE2">
        <w:rPr>
          <w:rFonts w:ascii="Times New Roman" w:eastAsia="Times New Roman" w:hAnsi="Times New Roman" w:cs="Times New Roman"/>
          <w:b/>
          <w:bCs/>
          <w:sz w:val="27"/>
          <w:szCs w:val="27"/>
        </w:rPr>
        <w:t>Leadership Challenge:</w:t>
      </w:r>
    </w:p>
    <w:p w14:paraId="638BBFEC" w14:textId="77777777" w:rsidR="00B14BE2" w:rsidRPr="00B14BE2" w:rsidRDefault="00B14BE2" w:rsidP="00B14BE2">
      <w:pPr>
        <w:spacing w:before="100" w:beforeAutospacing="1" w:after="100" w:afterAutospacing="1" w:line="240" w:lineRule="auto"/>
        <w:rPr>
          <w:rFonts w:ascii="Times New Roman" w:eastAsia="Times New Roman" w:hAnsi="Times New Roman" w:cs="Times New Roman"/>
          <w:sz w:val="24"/>
          <w:szCs w:val="24"/>
        </w:rPr>
      </w:pPr>
      <w:r w:rsidRPr="00B14BE2">
        <w:rPr>
          <w:rFonts w:ascii="Times New Roman" w:eastAsia="Times New Roman" w:hAnsi="Times New Roman" w:cs="Times New Roman"/>
          <w:sz w:val="24"/>
          <w:szCs w:val="24"/>
        </w:rPr>
        <w:t>Build ONE simple system today — even if it’s small.</w:t>
      </w:r>
    </w:p>
    <w:p w14:paraId="53DC552C" w14:textId="61E81F89" w:rsidR="00E534AD" w:rsidRDefault="00E534AD" w:rsidP="00E534AD">
      <w:pPr>
        <w:pStyle w:val="Heading2"/>
      </w:pPr>
      <w:bookmarkStart w:id="31" w:name="_Toc214330687"/>
      <w:r>
        <w:t xml:space="preserve">Day 26 — </w:t>
      </w:r>
      <w:r w:rsidR="00B14BE2">
        <w:t>Self Reflection &amp; Self Awareness</w:t>
      </w:r>
      <w:bookmarkEnd w:id="31"/>
    </w:p>
    <w:p w14:paraId="1D08A95F" w14:textId="77777777" w:rsidR="004A10D2" w:rsidRPr="004A10D2" w:rsidRDefault="004A10D2" w:rsidP="004A10D2">
      <w:pPr>
        <w:spacing w:before="100" w:beforeAutospacing="1" w:after="100" w:afterAutospacing="1" w:line="240" w:lineRule="auto"/>
        <w:outlineLvl w:val="2"/>
        <w:rPr>
          <w:rFonts w:ascii="Times New Roman" w:eastAsia="Times New Roman" w:hAnsi="Times New Roman" w:cs="Times New Roman"/>
          <w:b/>
          <w:bCs/>
          <w:sz w:val="27"/>
          <w:szCs w:val="27"/>
        </w:rPr>
      </w:pPr>
      <w:r w:rsidRPr="004A10D2">
        <w:rPr>
          <w:rFonts w:ascii="Times New Roman" w:eastAsia="Times New Roman" w:hAnsi="Times New Roman" w:cs="Times New Roman"/>
          <w:b/>
          <w:bCs/>
          <w:i/>
          <w:iCs/>
          <w:sz w:val="27"/>
          <w:szCs w:val="27"/>
        </w:rPr>
        <w:t xml:space="preserve">Reflection Turns Experience </w:t>
      </w:r>
      <w:proofErr w:type="gramStart"/>
      <w:r w:rsidRPr="004A10D2">
        <w:rPr>
          <w:rFonts w:ascii="Times New Roman" w:eastAsia="Times New Roman" w:hAnsi="Times New Roman" w:cs="Times New Roman"/>
          <w:b/>
          <w:bCs/>
          <w:i/>
          <w:iCs/>
          <w:sz w:val="27"/>
          <w:szCs w:val="27"/>
        </w:rPr>
        <w:t>Into</w:t>
      </w:r>
      <w:proofErr w:type="gramEnd"/>
      <w:r w:rsidRPr="004A10D2">
        <w:rPr>
          <w:rFonts w:ascii="Times New Roman" w:eastAsia="Times New Roman" w:hAnsi="Times New Roman" w:cs="Times New Roman"/>
          <w:b/>
          <w:bCs/>
          <w:i/>
          <w:iCs/>
          <w:sz w:val="27"/>
          <w:szCs w:val="27"/>
        </w:rPr>
        <w:t xml:space="preserve"> Wisdom — And Wisdom </w:t>
      </w:r>
      <w:proofErr w:type="gramStart"/>
      <w:r w:rsidRPr="004A10D2">
        <w:rPr>
          <w:rFonts w:ascii="Times New Roman" w:eastAsia="Times New Roman" w:hAnsi="Times New Roman" w:cs="Times New Roman"/>
          <w:b/>
          <w:bCs/>
          <w:i/>
          <w:iCs/>
          <w:sz w:val="27"/>
          <w:szCs w:val="27"/>
        </w:rPr>
        <w:t>Into</w:t>
      </w:r>
      <w:proofErr w:type="gramEnd"/>
      <w:r w:rsidRPr="004A10D2">
        <w:rPr>
          <w:rFonts w:ascii="Times New Roman" w:eastAsia="Times New Roman" w:hAnsi="Times New Roman" w:cs="Times New Roman"/>
          <w:b/>
          <w:bCs/>
          <w:i/>
          <w:iCs/>
          <w:sz w:val="27"/>
          <w:szCs w:val="27"/>
        </w:rPr>
        <w:t xml:space="preserve"> Leadership</w:t>
      </w:r>
    </w:p>
    <w:p w14:paraId="70566120" w14:textId="77777777" w:rsidR="004A10D2" w:rsidRPr="004A10D2" w:rsidRDefault="004A10D2" w:rsidP="004A10D2">
      <w:p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Over the years, I’ve noticed something powerful:</w:t>
      </w:r>
    </w:p>
    <w:p w14:paraId="3CD8EAA2" w14:textId="77777777" w:rsidR="004A10D2" w:rsidRPr="004A10D2" w:rsidRDefault="004A10D2" w:rsidP="004A10D2">
      <w:p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 xml:space="preserve">Some people go through the same challenges </w:t>
      </w:r>
      <w:proofErr w:type="gramStart"/>
      <w:r w:rsidRPr="004A10D2">
        <w:rPr>
          <w:rFonts w:ascii="Times New Roman" w:eastAsia="Times New Roman" w:hAnsi="Times New Roman" w:cs="Times New Roman"/>
          <w:sz w:val="24"/>
          <w:szCs w:val="24"/>
        </w:rPr>
        <w:t>again and again</w:t>
      </w:r>
      <w:proofErr w:type="gramEnd"/>
      <w:r w:rsidRPr="004A10D2">
        <w:rPr>
          <w:rFonts w:ascii="Times New Roman" w:eastAsia="Times New Roman" w:hAnsi="Times New Roman" w:cs="Times New Roman"/>
          <w:sz w:val="24"/>
          <w:szCs w:val="24"/>
        </w:rPr>
        <w:t>, never growing.</w:t>
      </w:r>
      <w:r w:rsidRPr="004A10D2">
        <w:rPr>
          <w:rFonts w:ascii="Times New Roman" w:eastAsia="Times New Roman" w:hAnsi="Times New Roman" w:cs="Times New Roman"/>
          <w:sz w:val="24"/>
          <w:szCs w:val="24"/>
        </w:rPr>
        <w:br/>
        <w:t>Others go through the SAME challenges… and become wiser, stronger, calmer, more grounded.</w:t>
      </w:r>
    </w:p>
    <w:p w14:paraId="68AE12CE" w14:textId="77777777" w:rsidR="004A10D2" w:rsidRPr="004A10D2" w:rsidRDefault="004A10D2" w:rsidP="004A10D2">
      <w:p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The difference?</w:t>
      </w:r>
    </w:p>
    <w:p w14:paraId="79144D63" w14:textId="77777777" w:rsidR="004A10D2" w:rsidRPr="004A10D2" w:rsidRDefault="004A10D2" w:rsidP="004A10D2">
      <w:p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b/>
          <w:bCs/>
          <w:sz w:val="24"/>
          <w:szCs w:val="24"/>
        </w:rPr>
        <w:t>Reflection.</w:t>
      </w:r>
    </w:p>
    <w:p w14:paraId="1AE9C607" w14:textId="77777777" w:rsidR="004A10D2" w:rsidRPr="004A10D2" w:rsidRDefault="004A10D2" w:rsidP="004A10D2">
      <w:p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lastRenderedPageBreak/>
        <w:t>Reflection is the process of:</w:t>
      </w:r>
    </w:p>
    <w:p w14:paraId="155EC626" w14:textId="77777777" w:rsidR="004A10D2" w:rsidRPr="004A10D2" w:rsidRDefault="004A10D2" w:rsidP="004A10D2">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slowing down</w:t>
      </w:r>
    </w:p>
    <w:p w14:paraId="6FE45DD8" w14:textId="77777777" w:rsidR="004A10D2" w:rsidRPr="004A10D2" w:rsidRDefault="004A10D2" w:rsidP="004A10D2">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reviewing</w:t>
      </w:r>
    </w:p>
    <w:p w14:paraId="26F11098" w14:textId="77777777" w:rsidR="004A10D2" w:rsidRPr="004A10D2" w:rsidRDefault="004A10D2" w:rsidP="004A10D2">
      <w:pPr>
        <w:numPr>
          <w:ilvl w:val="0"/>
          <w:numId w:val="54"/>
        </w:numPr>
        <w:spacing w:before="100" w:beforeAutospacing="1" w:after="100" w:afterAutospacing="1" w:line="240" w:lineRule="auto"/>
        <w:rPr>
          <w:rFonts w:ascii="Times New Roman" w:eastAsia="Times New Roman" w:hAnsi="Times New Roman" w:cs="Times New Roman"/>
          <w:sz w:val="24"/>
          <w:szCs w:val="24"/>
        </w:rPr>
      </w:pPr>
      <w:proofErr w:type="gramStart"/>
      <w:r w:rsidRPr="004A10D2">
        <w:rPr>
          <w:rFonts w:ascii="Times New Roman" w:eastAsia="Times New Roman" w:hAnsi="Times New Roman" w:cs="Times New Roman"/>
          <w:sz w:val="24"/>
          <w:szCs w:val="24"/>
        </w:rPr>
        <w:t>learning</w:t>
      </w:r>
      <w:proofErr w:type="gramEnd"/>
    </w:p>
    <w:p w14:paraId="09166B11" w14:textId="77777777" w:rsidR="004A10D2" w:rsidRPr="004A10D2" w:rsidRDefault="004A10D2" w:rsidP="004A10D2">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adjusting</w:t>
      </w:r>
    </w:p>
    <w:p w14:paraId="3C162878" w14:textId="77777777" w:rsidR="004A10D2" w:rsidRPr="004A10D2" w:rsidRDefault="004A10D2" w:rsidP="004A10D2">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becoming more intentional</w:t>
      </w:r>
    </w:p>
    <w:p w14:paraId="391B4D66" w14:textId="77777777" w:rsidR="004A10D2" w:rsidRPr="004A10D2" w:rsidRDefault="004A10D2" w:rsidP="004A10D2">
      <w:p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Most people are too busy reacting to reflect — and because of that, they repeat the same emotional cycles, relationship patterns, and leadership mistakes.</w:t>
      </w:r>
    </w:p>
    <w:p w14:paraId="677518AB" w14:textId="77777777" w:rsidR="004A10D2" w:rsidRPr="004A10D2" w:rsidRDefault="004A10D2" w:rsidP="004A10D2">
      <w:p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But when you reflect consistently, your life changes consistently.</w:t>
      </w:r>
    </w:p>
    <w:p w14:paraId="1240576D" w14:textId="77777777" w:rsidR="004A10D2" w:rsidRPr="004A10D2" w:rsidRDefault="004A10D2" w:rsidP="004A10D2">
      <w:p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You begin to see:</w:t>
      </w:r>
    </w:p>
    <w:p w14:paraId="4966BB60" w14:textId="77777777" w:rsidR="004A10D2" w:rsidRPr="004A10D2" w:rsidRDefault="004A10D2" w:rsidP="004A10D2">
      <w:pPr>
        <w:numPr>
          <w:ilvl w:val="0"/>
          <w:numId w:val="55"/>
        </w:num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patterns</w:t>
      </w:r>
    </w:p>
    <w:p w14:paraId="052F365C" w14:textId="77777777" w:rsidR="004A10D2" w:rsidRPr="004A10D2" w:rsidRDefault="004A10D2" w:rsidP="004A10D2">
      <w:pPr>
        <w:numPr>
          <w:ilvl w:val="0"/>
          <w:numId w:val="55"/>
        </w:num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strengths</w:t>
      </w:r>
    </w:p>
    <w:p w14:paraId="7F450AC9" w14:textId="77777777" w:rsidR="004A10D2" w:rsidRPr="004A10D2" w:rsidRDefault="004A10D2" w:rsidP="004A10D2">
      <w:pPr>
        <w:numPr>
          <w:ilvl w:val="0"/>
          <w:numId w:val="55"/>
        </w:num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weaknesses</w:t>
      </w:r>
    </w:p>
    <w:p w14:paraId="16BBB709" w14:textId="77777777" w:rsidR="004A10D2" w:rsidRPr="004A10D2" w:rsidRDefault="004A10D2" w:rsidP="004A10D2">
      <w:pPr>
        <w:numPr>
          <w:ilvl w:val="0"/>
          <w:numId w:val="55"/>
        </w:num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blind spots</w:t>
      </w:r>
    </w:p>
    <w:p w14:paraId="3A698B0B" w14:textId="77777777" w:rsidR="004A10D2" w:rsidRPr="004A10D2" w:rsidRDefault="004A10D2" w:rsidP="004A10D2">
      <w:pPr>
        <w:numPr>
          <w:ilvl w:val="0"/>
          <w:numId w:val="55"/>
        </w:num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emotional triggers</w:t>
      </w:r>
    </w:p>
    <w:p w14:paraId="7E07F65D" w14:textId="77777777" w:rsidR="004A10D2" w:rsidRPr="004A10D2" w:rsidRDefault="004A10D2" w:rsidP="004A10D2">
      <w:pPr>
        <w:numPr>
          <w:ilvl w:val="0"/>
          <w:numId w:val="55"/>
        </w:num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leadership opportunities</w:t>
      </w:r>
    </w:p>
    <w:p w14:paraId="12835808" w14:textId="77777777" w:rsidR="004A10D2" w:rsidRPr="004A10D2" w:rsidRDefault="004A10D2" w:rsidP="004A10D2">
      <w:p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Reflection turns experience into progress.</w:t>
      </w:r>
    </w:p>
    <w:p w14:paraId="53D4E354" w14:textId="77777777" w:rsidR="004A10D2" w:rsidRPr="004A10D2" w:rsidRDefault="004A10D2" w:rsidP="004A10D2">
      <w:p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Here’s the reflection model I personally use:</w:t>
      </w:r>
    </w:p>
    <w:p w14:paraId="2921DEBD" w14:textId="77777777" w:rsidR="004A10D2" w:rsidRPr="004A10D2" w:rsidRDefault="00000000" w:rsidP="004A10D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C663542">
          <v:rect id="_x0000_i1090" style="width:0;height:1.5pt" o:hralign="center" o:hrstd="t" o:hr="t" fillcolor="#a0a0a0" stroked="f"/>
        </w:pict>
      </w:r>
    </w:p>
    <w:p w14:paraId="136ACE9B" w14:textId="77777777" w:rsidR="004A10D2" w:rsidRPr="004A10D2" w:rsidRDefault="004A10D2" w:rsidP="000740D4">
      <w:r w:rsidRPr="004A10D2">
        <w:rPr>
          <w:rFonts w:ascii="Segoe UI Emoji" w:hAnsi="Segoe UI Emoji" w:cs="Segoe UI Emoji"/>
        </w:rPr>
        <w:t>⭐</w:t>
      </w:r>
      <w:r w:rsidRPr="004A10D2">
        <w:t xml:space="preserve"> The Three Reflection Questions</w:t>
      </w:r>
    </w:p>
    <w:p w14:paraId="0384D0E7" w14:textId="77777777" w:rsidR="004A10D2" w:rsidRPr="004A10D2" w:rsidRDefault="004A10D2" w:rsidP="004A10D2">
      <w:pPr>
        <w:spacing w:before="100" w:beforeAutospacing="1" w:after="100" w:afterAutospacing="1" w:line="240" w:lineRule="auto"/>
        <w:outlineLvl w:val="2"/>
        <w:rPr>
          <w:rFonts w:ascii="Times New Roman" w:eastAsia="Times New Roman" w:hAnsi="Times New Roman" w:cs="Times New Roman"/>
          <w:b/>
          <w:bCs/>
          <w:sz w:val="27"/>
          <w:szCs w:val="27"/>
        </w:rPr>
      </w:pPr>
      <w:r w:rsidRPr="004A10D2">
        <w:rPr>
          <w:rFonts w:ascii="Times New Roman" w:eastAsia="Times New Roman" w:hAnsi="Times New Roman" w:cs="Times New Roman"/>
          <w:b/>
          <w:bCs/>
          <w:sz w:val="27"/>
          <w:szCs w:val="27"/>
        </w:rPr>
        <w:t>1. Where did I show strength today?</w:t>
      </w:r>
    </w:p>
    <w:p w14:paraId="194ED110" w14:textId="77777777" w:rsidR="004A10D2" w:rsidRPr="004A10D2" w:rsidRDefault="004A10D2" w:rsidP="004A10D2">
      <w:p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You build confidence by acknowledging your wins.</w:t>
      </w:r>
    </w:p>
    <w:p w14:paraId="7FB70D8D" w14:textId="77777777" w:rsidR="004A10D2" w:rsidRPr="004A10D2" w:rsidRDefault="00000000" w:rsidP="004A10D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815EB7C">
          <v:rect id="_x0000_i1091" style="width:0;height:1.5pt" o:hralign="center" o:hrstd="t" o:hr="t" fillcolor="#a0a0a0" stroked="f"/>
        </w:pict>
      </w:r>
    </w:p>
    <w:p w14:paraId="2C8FEA03" w14:textId="77777777" w:rsidR="004A10D2" w:rsidRPr="004A10D2" w:rsidRDefault="004A10D2" w:rsidP="004A10D2">
      <w:pPr>
        <w:spacing w:before="100" w:beforeAutospacing="1" w:after="100" w:afterAutospacing="1" w:line="240" w:lineRule="auto"/>
        <w:outlineLvl w:val="2"/>
        <w:rPr>
          <w:rFonts w:ascii="Times New Roman" w:eastAsia="Times New Roman" w:hAnsi="Times New Roman" w:cs="Times New Roman"/>
          <w:b/>
          <w:bCs/>
          <w:sz w:val="27"/>
          <w:szCs w:val="27"/>
        </w:rPr>
      </w:pPr>
      <w:r w:rsidRPr="004A10D2">
        <w:rPr>
          <w:rFonts w:ascii="Times New Roman" w:eastAsia="Times New Roman" w:hAnsi="Times New Roman" w:cs="Times New Roman"/>
          <w:b/>
          <w:bCs/>
          <w:sz w:val="27"/>
          <w:szCs w:val="27"/>
        </w:rPr>
        <w:t>2. Where did I struggle today?</w:t>
      </w:r>
    </w:p>
    <w:p w14:paraId="28113E72" w14:textId="77777777" w:rsidR="004A10D2" w:rsidRPr="004A10D2" w:rsidRDefault="004A10D2" w:rsidP="004A10D2">
      <w:p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lastRenderedPageBreak/>
        <w:t>Not to beat yourself up — but to see where growth is needed.</w:t>
      </w:r>
    </w:p>
    <w:p w14:paraId="38956E96" w14:textId="77777777" w:rsidR="004A10D2" w:rsidRPr="004A10D2" w:rsidRDefault="00000000" w:rsidP="004A10D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BF7CAF7">
          <v:rect id="_x0000_i1092" style="width:0;height:1.5pt" o:hralign="center" o:hrstd="t" o:hr="t" fillcolor="#a0a0a0" stroked="f"/>
        </w:pict>
      </w:r>
    </w:p>
    <w:p w14:paraId="57C03BCB" w14:textId="77777777" w:rsidR="004A10D2" w:rsidRPr="004A10D2" w:rsidRDefault="004A10D2" w:rsidP="004A10D2">
      <w:pPr>
        <w:spacing w:before="100" w:beforeAutospacing="1" w:after="100" w:afterAutospacing="1" w:line="240" w:lineRule="auto"/>
        <w:outlineLvl w:val="2"/>
        <w:rPr>
          <w:rFonts w:ascii="Times New Roman" w:eastAsia="Times New Roman" w:hAnsi="Times New Roman" w:cs="Times New Roman"/>
          <w:b/>
          <w:bCs/>
          <w:sz w:val="27"/>
          <w:szCs w:val="27"/>
        </w:rPr>
      </w:pPr>
      <w:r w:rsidRPr="004A10D2">
        <w:rPr>
          <w:rFonts w:ascii="Times New Roman" w:eastAsia="Times New Roman" w:hAnsi="Times New Roman" w:cs="Times New Roman"/>
          <w:b/>
          <w:bCs/>
          <w:sz w:val="27"/>
          <w:szCs w:val="27"/>
        </w:rPr>
        <w:t>3. What is one small thing I can adjust tomorrow?</w:t>
      </w:r>
    </w:p>
    <w:p w14:paraId="04C2C9A5" w14:textId="77777777" w:rsidR="004A10D2" w:rsidRPr="004A10D2" w:rsidRDefault="004A10D2" w:rsidP="004A10D2">
      <w:p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Big breakthroughs come from small adjustments.</w:t>
      </w:r>
    </w:p>
    <w:p w14:paraId="3FBE6BD3" w14:textId="77777777" w:rsidR="004A10D2" w:rsidRPr="004A10D2" w:rsidRDefault="00000000" w:rsidP="004A10D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C32342F">
          <v:rect id="_x0000_i1093" style="width:0;height:1.5pt" o:hralign="center" o:hrstd="t" o:hr="t" fillcolor="#a0a0a0" stroked="f"/>
        </w:pict>
      </w:r>
    </w:p>
    <w:p w14:paraId="073B4FED" w14:textId="77777777" w:rsidR="004A10D2" w:rsidRPr="004A10D2" w:rsidRDefault="004A10D2" w:rsidP="004A10D2">
      <w:pPr>
        <w:spacing w:before="100" w:beforeAutospacing="1" w:after="100" w:afterAutospacing="1" w:line="240" w:lineRule="auto"/>
        <w:outlineLvl w:val="2"/>
        <w:rPr>
          <w:rFonts w:ascii="Times New Roman" w:eastAsia="Times New Roman" w:hAnsi="Times New Roman" w:cs="Times New Roman"/>
          <w:b/>
          <w:bCs/>
          <w:sz w:val="27"/>
          <w:szCs w:val="27"/>
        </w:rPr>
      </w:pPr>
      <w:r w:rsidRPr="004A10D2">
        <w:rPr>
          <w:rFonts w:ascii="Times New Roman" w:eastAsia="Times New Roman" w:hAnsi="Times New Roman" w:cs="Times New Roman"/>
          <w:b/>
          <w:bCs/>
          <w:sz w:val="27"/>
          <w:szCs w:val="27"/>
        </w:rPr>
        <w:t>Reflection:</w:t>
      </w:r>
    </w:p>
    <w:p w14:paraId="0975FB83" w14:textId="77777777" w:rsidR="004A10D2" w:rsidRPr="004A10D2" w:rsidRDefault="004A10D2" w:rsidP="004A10D2">
      <w:p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What pattern has reflection helped you notice about yourself?</w:t>
      </w:r>
    </w:p>
    <w:p w14:paraId="0E3E7DDA" w14:textId="77777777" w:rsidR="004A10D2" w:rsidRPr="004A10D2" w:rsidRDefault="004A10D2" w:rsidP="004A10D2">
      <w:pPr>
        <w:spacing w:before="100" w:beforeAutospacing="1" w:after="100" w:afterAutospacing="1" w:line="240" w:lineRule="auto"/>
        <w:outlineLvl w:val="2"/>
        <w:rPr>
          <w:rFonts w:ascii="Times New Roman" w:eastAsia="Times New Roman" w:hAnsi="Times New Roman" w:cs="Times New Roman"/>
          <w:b/>
          <w:bCs/>
          <w:sz w:val="27"/>
          <w:szCs w:val="27"/>
        </w:rPr>
      </w:pPr>
      <w:r w:rsidRPr="004A10D2">
        <w:rPr>
          <w:rFonts w:ascii="Times New Roman" w:eastAsia="Times New Roman" w:hAnsi="Times New Roman" w:cs="Times New Roman"/>
          <w:b/>
          <w:bCs/>
          <w:sz w:val="27"/>
          <w:szCs w:val="27"/>
        </w:rPr>
        <w:t>Leadership Challenge:</w:t>
      </w:r>
    </w:p>
    <w:p w14:paraId="0E6EBC96" w14:textId="77777777" w:rsidR="004A10D2" w:rsidRPr="004A10D2" w:rsidRDefault="004A10D2" w:rsidP="004A10D2">
      <w:pPr>
        <w:spacing w:before="100" w:beforeAutospacing="1" w:after="100" w:afterAutospacing="1" w:line="240" w:lineRule="auto"/>
        <w:rPr>
          <w:rFonts w:ascii="Times New Roman" w:eastAsia="Times New Roman" w:hAnsi="Times New Roman" w:cs="Times New Roman"/>
          <w:sz w:val="24"/>
          <w:szCs w:val="24"/>
        </w:rPr>
      </w:pPr>
      <w:r w:rsidRPr="004A10D2">
        <w:rPr>
          <w:rFonts w:ascii="Times New Roman" w:eastAsia="Times New Roman" w:hAnsi="Times New Roman" w:cs="Times New Roman"/>
          <w:sz w:val="24"/>
          <w:szCs w:val="24"/>
        </w:rPr>
        <w:t>Answer the three questions tonight — honestly and without judgment.</w:t>
      </w:r>
    </w:p>
    <w:p w14:paraId="46BC5166" w14:textId="1C1E4243" w:rsidR="00E534AD" w:rsidRDefault="00E534AD" w:rsidP="00E534AD">
      <w:pPr>
        <w:pStyle w:val="Heading2"/>
      </w:pPr>
      <w:bookmarkStart w:id="32" w:name="_Toc214330688"/>
      <w:r>
        <w:t xml:space="preserve">Day 27 — </w:t>
      </w:r>
      <w:r w:rsidR="00587C16">
        <w:t>The Leader’s Routine</w:t>
      </w:r>
      <w:bookmarkEnd w:id="32"/>
    </w:p>
    <w:p w14:paraId="532B8001" w14:textId="77777777" w:rsidR="00C0428D" w:rsidRPr="00C0428D" w:rsidRDefault="00C0428D" w:rsidP="00C0428D">
      <w:pPr>
        <w:spacing w:before="100" w:beforeAutospacing="1" w:after="100" w:afterAutospacing="1" w:line="240" w:lineRule="auto"/>
        <w:outlineLvl w:val="2"/>
        <w:rPr>
          <w:rFonts w:ascii="Times New Roman" w:eastAsia="Times New Roman" w:hAnsi="Times New Roman" w:cs="Times New Roman"/>
          <w:b/>
          <w:bCs/>
          <w:sz w:val="27"/>
          <w:szCs w:val="27"/>
        </w:rPr>
      </w:pPr>
      <w:r w:rsidRPr="00C0428D">
        <w:rPr>
          <w:rFonts w:ascii="Times New Roman" w:eastAsia="Times New Roman" w:hAnsi="Times New Roman" w:cs="Times New Roman"/>
          <w:b/>
          <w:bCs/>
          <w:i/>
          <w:iCs/>
          <w:sz w:val="27"/>
          <w:szCs w:val="27"/>
        </w:rPr>
        <w:t>Discipline Doesn’t Restrict You — It Frees You</w:t>
      </w:r>
    </w:p>
    <w:p w14:paraId="46DA77CF" w14:textId="77777777" w:rsidR="00C0428D" w:rsidRPr="00C0428D" w:rsidRDefault="00C0428D" w:rsidP="00C0428D">
      <w:p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There’s a phrase I didn’t understand until later in life:</w:t>
      </w:r>
    </w:p>
    <w:p w14:paraId="46332B0C" w14:textId="77777777" w:rsidR="00C0428D" w:rsidRPr="00C0428D" w:rsidRDefault="00C0428D" w:rsidP="00C0428D">
      <w:p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b/>
          <w:bCs/>
          <w:sz w:val="24"/>
          <w:szCs w:val="24"/>
        </w:rPr>
        <w:t>“A routine doesn’t trap you — it supports you.”</w:t>
      </w:r>
    </w:p>
    <w:p w14:paraId="340745F3" w14:textId="77777777" w:rsidR="00C0428D" w:rsidRPr="00C0428D" w:rsidRDefault="00C0428D" w:rsidP="00C0428D">
      <w:p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When my life lacked routine, everything felt harder:</w:t>
      </w:r>
    </w:p>
    <w:p w14:paraId="161345E9" w14:textId="77777777" w:rsidR="00C0428D" w:rsidRPr="00C0428D" w:rsidRDefault="00C0428D" w:rsidP="00C0428D">
      <w:pPr>
        <w:numPr>
          <w:ilvl w:val="0"/>
          <w:numId w:val="56"/>
        </w:num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making decisions</w:t>
      </w:r>
    </w:p>
    <w:p w14:paraId="7C6DABD2" w14:textId="77777777" w:rsidR="00C0428D" w:rsidRPr="00C0428D" w:rsidRDefault="00C0428D" w:rsidP="00C0428D">
      <w:pPr>
        <w:numPr>
          <w:ilvl w:val="0"/>
          <w:numId w:val="56"/>
        </w:numPr>
        <w:spacing w:before="100" w:beforeAutospacing="1" w:after="100" w:afterAutospacing="1" w:line="240" w:lineRule="auto"/>
        <w:rPr>
          <w:rFonts w:ascii="Times New Roman" w:eastAsia="Times New Roman" w:hAnsi="Times New Roman" w:cs="Times New Roman"/>
          <w:sz w:val="24"/>
          <w:szCs w:val="24"/>
        </w:rPr>
      </w:pPr>
      <w:proofErr w:type="gramStart"/>
      <w:r w:rsidRPr="00C0428D">
        <w:rPr>
          <w:rFonts w:ascii="Times New Roman" w:eastAsia="Times New Roman" w:hAnsi="Times New Roman" w:cs="Times New Roman"/>
          <w:sz w:val="24"/>
          <w:szCs w:val="24"/>
        </w:rPr>
        <w:t>staying</w:t>
      </w:r>
      <w:proofErr w:type="gramEnd"/>
      <w:r w:rsidRPr="00C0428D">
        <w:rPr>
          <w:rFonts w:ascii="Times New Roman" w:eastAsia="Times New Roman" w:hAnsi="Times New Roman" w:cs="Times New Roman"/>
          <w:sz w:val="24"/>
          <w:szCs w:val="24"/>
        </w:rPr>
        <w:t xml:space="preserve"> disciplined</w:t>
      </w:r>
    </w:p>
    <w:p w14:paraId="16658FA0" w14:textId="77777777" w:rsidR="00C0428D" w:rsidRPr="00C0428D" w:rsidRDefault="00C0428D" w:rsidP="00C0428D">
      <w:pPr>
        <w:numPr>
          <w:ilvl w:val="0"/>
          <w:numId w:val="56"/>
        </w:num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controlling emotions</w:t>
      </w:r>
    </w:p>
    <w:p w14:paraId="5143BC2C" w14:textId="77777777" w:rsidR="00C0428D" w:rsidRPr="00C0428D" w:rsidRDefault="00C0428D" w:rsidP="00C0428D">
      <w:pPr>
        <w:numPr>
          <w:ilvl w:val="0"/>
          <w:numId w:val="56"/>
        </w:numPr>
        <w:spacing w:before="100" w:beforeAutospacing="1" w:after="100" w:afterAutospacing="1" w:line="240" w:lineRule="auto"/>
        <w:rPr>
          <w:rFonts w:ascii="Times New Roman" w:eastAsia="Times New Roman" w:hAnsi="Times New Roman" w:cs="Times New Roman"/>
          <w:sz w:val="24"/>
          <w:szCs w:val="24"/>
        </w:rPr>
      </w:pPr>
      <w:proofErr w:type="gramStart"/>
      <w:r w:rsidRPr="00C0428D">
        <w:rPr>
          <w:rFonts w:ascii="Times New Roman" w:eastAsia="Times New Roman" w:hAnsi="Times New Roman" w:cs="Times New Roman"/>
          <w:sz w:val="24"/>
          <w:szCs w:val="24"/>
        </w:rPr>
        <w:t>staying</w:t>
      </w:r>
      <w:proofErr w:type="gramEnd"/>
      <w:r w:rsidRPr="00C0428D">
        <w:rPr>
          <w:rFonts w:ascii="Times New Roman" w:eastAsia="Times New Roman" w:hAnsi="Times New Roman" w:cs="Times New Roman"/>
          <w:sz w:val="24"/>
          <w:szCs w:val="24"/>
        </w:rPr>
        <w:t xml:space="preserve"> focused</w:t>
      </w:r>
    </w:p>
    <w:p w14:paraId="2E96D607" w14:textId="77777777" w:rsidR="00C0428D" w:rsidRPr="00C0428D" w:rsidRDefault="00C0428D" w:rsidP="00C0428D">
      <w:pPr>
        <w:numPr>
          <w:ilvl w:val="0"/>
          <w:numId w:val="56"/>
        </w:numPr>
        <w:spacing w:before="100" w:beforeAutospacing="1" w:after="100" w:afterAutospacing="1" w:line="240" w:lineRule="auto"/>
        <w:rPr>
          <w:rFonts w:ascii="Times New Roman" w:eastAsia="Times New Roman" w:hAnsi="Times New Roman" w:cs="Times New Roman"/>
          <w:sz w:val="24"/>
          <w:szCs w:val="24"/>
        </w:rPr>
      </w:pPr>
      <w:proofErr w:type="gramStart"/>
      <w:r w:rsidRPr="00C0428D">
        <w:rPr>
          <w:rFonts w:ascii="Times New Roman" w:eastAsia="Times New Roman" w:hAnsi="Times New Roman" w:cs="Times New Roman"/>
          <w:sz w:val="24"/>
          <w:szCs w:val="24"/>
        </w:rPr>
        <w:t>managing stress</w:t>
      </w:r>
      <w:proofErr w:type="gramEnd"/>
    </w:p>
    <w:p w14:paraId="6B9D8F8D" w14:textId="77777777" w:rsidR="00C0428D" w:rsidRPr="00C0428D" w:rsidRDefault="00C0428D" w:rsidP="00C0428D">
      <w:p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When I built routines, everything stabilized:</w:t>
      </w:r>
    </w:p>
    <w:p w14:paraId="1698F93B" w14:textId="77777777" w:rsidR="00C0428D" w:rsidRPr="00C0428D" w:rsidRDefault="00C0428D" w:rsidP="00C0428D">
      <w:pPr>
        <w:numPr>
          <w:ilvl w:val="0"/>
          <w:numId w:val="57"/>
        </w:numPr>
        <w:spacing w:before="100" w:beforeAutospacing="1" w:after="100" w:afterAutospacing="1" w:line="240" w:lineRule="auto"/>
        <w:rPr>
          <w:rFonts w:ascii="Times New Roman" w:eastAsia="Times New Roman" w:hAnsi="Times New Roman" w:cs="Times New Roman"/>
          <w:sz w:val="24"/>
          <w:szCs w:val="24"/>
        </w:rPr>
      </w:pPr>
      <w:proofErr w:type="gramStart"/>
      <w:r w:rsidRPr="00C0428D">
        <w:rPr>
          <w:rFonts w:ascii="Times New Roman" w:eastAsia="Times New Roman" w:hAnsi="Times New Roman" w:cs="Times New Roman"/>
          <w:sz w:val="24"/>
          <w:szCs w:val="24"/>
        </w:rPr>
        <w:lastRenderedPageBreak/>
        <w:t>mornings</w:t>
      </w:r>
      <w:proofErr w:type="gramEnd"/>
      <w:r w:rsidRPr="00C0428D">
        <w:rPr>
          <w:rFonts w:ascii="Times New Roman" w:eastAsia="Times New Roman" w:hAnsi="Times New Roman" w:cs="Times New Roman"/>
          <w:sz w:val="24"/>
          <w:szCs w:val="24"/>
        </w:rPr>
        <w:t xml:space="preserve"> felt lighter</w:t>
      </w:r>
    </w:p>
    <w:p w14:paraId="059DFA38" w14:textId="77777777" w:rsidR="00C0428D" w:rsidRPr="00C0428D" w:rsidRDefault="00C0428D" w:rsidP="00C0428D">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days felt clearer</w:t>
      </w:r>
    </w:p>
    <w:p w14:paraId="1894E926" w14:textId="77777777" w:rsidR="00C0428D" w:rsidRPr="00C0428D" w:rsidRDefault="00C0428D" w:rsidP="00C0428D">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decisions felt easier</w:t>
      </w:r>
    </w:p>
    <w:p w14:paraId="23C11020" w14:textId="77777777" w:rsidR="00C0428D" w:rsidRPr="00C0428D" w:rsidRDefault="00C0428D" w:rsidP="00C0428D">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emotions felt steadier</w:t>
      </w:r>
    </w:p>
    <w:p w14:paraId="409473BE" w14:textId="77777777" w:rsidR="00C0428D" w:rsidRPr="00C0428D" w:rsidRDefault="00C0428D" w:rsidP="00C0428D">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life felt aligned</w:t>
      </w:r>
    </w:p>
    <w:p w14:paraId="1A290AE1" w14:textId="77777777" w:rsidR="00C0428D" w:rsidRPr="00C0428D" w:rsidRDefault="00C0428D" w:rsidP="00C0428D">
      <w:p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The truth is, discipline is not a punishment.</w:t>
      </w:r>
      <w:r w:rsidRPr="00C0428D">
        <w:rPr>
          <w:rFonts w:ascii="Times New Roman" w:eastAsia="Times New Roman" w:hAnsi="Times New Roman" w:cs="Times New Roman"/>
          <w:sz w:val="24"/>
          <w:szCs w:val="24"/>
        </w:rPr>
        <w:br/>
        <w:t xml:space="preserve">Discipline is a form of </w:t>
      </w:r>
      <w:r w:rsidRPr="00C0428D">
        <w:rPr>
          <w:rFonts w:ascii="Times New Roman" w:eastAsia="Times New Roman" w:hAnsi="Times New Roman" w:cs="Times New Roman"/>
          <w:b/>
          <w:bCs/>
          <w:sz w:val="24"/>
          <w:szCs w:val="24"/>
        </w:rPr>
        <w:t>respect</w:t>
      </w:r>
      <w:r w:rsidRPr="00C0428D">
        <w:rPr>
          <w:rFonts w:ascii="Times New Roman" w:eastAsia="Times New Roman" w:hAnsi="Times New Roman" w:cs="Times New Roman"/>
          <w:sz w:val="24"/>
          <w:szCs w:val="24"/>
        </w:rPr>
        <w:t xml:space="preserve"> — for your time, for your future, for your purpose.</w:t>
      </w:r>
    </w:p>
    <w:p w14:paraId="33931ED3" w14:textId="77777777" w:rsidR="00C0428D" w:rsidRPr="00C0428D" w:rsidRDefault="00C0428D" w:rsidP="00C0428D">
      <w:p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Here’s how leaders build routines that work:</w:t>
      </w:r>
    </w:p>
    <w:p w14:paraId="2E124A43" w14:textId="77777777" w:rsidR="00C0428D" w:rsidRPr="00C0428D" w:rsidRDefault="00000000" w:rsidP="00C0428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50DB8D9">
          <v:rect id="_x0000_i1094" style="width:0;height:1.5pt" o:hralign="center" o:hrstd="t" o:hr="t" fillcolor="#a0a0a0" stroked="f"/>
        </w:pict>
      </w:r>
    </w:p>
    <w:p w14:paraId="0EB7BC5E" w14:textId="77777777" w:rsidR="00C0428D" w:rsidRPr="00C0428D" w:rsidRDefault="00C0428D" w:rsidP="000740D4">
      <w:r w:rsidRPr="00C0428D">
        <w:rPr>
          <w:rFonts w:ascii="Segoe UI Emoji" w:hAnsi="Segoe UI Emoji" w:cs="Segoe UI Emoji"/>
        </w:rPr>
        <w:t>⭐</w:t>
      </w:r>
      <w:r w:rsidRPr="00C0428D">
        <w:t xml:space="preserve"> The 10-Minute Leadership Routine</w:t>
      </w:r>
    </w:p>
    <w:p w14:paraId="39C21553" w14:textId="77777777" w:rsidR="00C0428D" w:rsidRPr="00C0428D" w:rsidRDefault="00C0428D" w:rsidP="00C0428D">
      <w:pPr>
        <w:spacing w:before="100" w:beforeAutospacing="1" w:after="100" w:afterAutospacing="1" w:line="240" w:lineRule="auto"/>
        <w:outlineLvl w:val="2"/>
        <w:rPr>
          <w:rFonts w:ascii="Times New Roman" w:eastAsia="Times New Roman" w:hAnsi="Times New Roman" w:cs="Times New Roman"/>
          <w:b/>
          <w:bCs/>
          <w:sz w:val="27"/>
          <w:szCs w:val="27"/>
        </w:rPr>
      </w:pPr>
      <w:r w:rsidRPr="00C0428D">
        <w:rPr>
          <w:rFonts w:ascii="Times New Roman" w:eastAsia="Times New Roman" w:hAnsi="Times New Roman" w:cs="Times New Roman"/>
          <w:b/>
          <w:bCs/>
          <w:sz w:val="27"/>
          <w:szCs w:val="27"/>
        </w:rPr>
        <w:t>1. Set Your Tone (1 minute)</w:t>
      </w:r>
    </w:p>
    <w:p w14:paraId="65B8ED50" w14:textId="77777777" w:rsidR="00C0428D" w:rsidRPr="00C0428D" w:rsidRDefault="00C0428D" w:rsidP="00C0428D">
      <w:p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Ask:</w:t>
      </w:r>
      <w:r w:rsidRPr="00C0428D">
        <w:rPr>
          <w:rFonts w:ascii="Times New Roman" w:eastAsia="Times New Roman" w:hAnsi="Times New Roman" w:cs="Times New Roman"/>
          <w:sz w:val="24"/>
          <w:szCs w:val="24"/>
        </w:rPr>
        <w:br/>
        <w:t>“How do I want to show up today?”</w:t>
      </w:r>
    </w:p>
    <w:p w14:paraId="0274FFF1" w14:textId="77777777" w:rsidR="00C0428D" w:rsidRPr="00C0428D" w:rsidRDefault="00000000" w:rsidP="00C0428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A7923A4">
          <v:rect id="_x0000_i1095" style="width:0;height:1.5pt" o:hralign="center" o:hrstd="t" o:hr="t" fillcolor="#a0a0a0" stroked="f"/>
        </w:pict>
      </w:r>
    </w:p>
    <w:p w14:paraId="5D8B66EA" w14:textId="77777777" w:rsidR="00C0428D" w:rsidRPr="00C0428D" w:rsidRDefault="00C0428D" w:rsidP="00C0428D">
      <w:pPr>
        <w:spacing w:before="100" w:beforeAutospacing="1" w:after="100" w:afterAutospacing="1" w:line="240" w:lineRule="auto"/>
        <w:outlineLvl w:val="2"/>
        <w:rPr>
          <w:rFonts w:ascii="Times New Roman" w:eastAsia="Times New Roman" w:hAnsi="Times New Roman" w:cs="Times New Roman"/>
          <w:b/>
          <w:bCs/>
          <w:sz w:val="27"/>
          <w:szCs w:val="27"/>
        </w:rPr>
      </w:pPr>
      <w:r w:rsidRPr="00C0428D">
        <w:rPr>
          <w:rFonts w:ascii="Times New Roman" w:eastAsia="Times New Roman" w:hAnsi="Times New Roman" w:cs="Times New Roman"/>
          <w:b/>
          <w:bCs/>
          <w:sz w:val="27"/>
          <w:szCs w:val="27"/>
        </w:rPr>
        <w:t>2. Choose Your Priority (2 minutes)</w:t>
      </w:r>
    </w:p>
    <w:p w14:paraId="47F7F8D9" w14:textId="77777777" w:rsidR="00C0428D" w:rsidRPr="00C0428D" w:rsidRDefault="00C0428D" w:rsidP="00C0428D">
      <w:p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Ask:</w:t>
      </w:r>
      <w:r w:rsidRPr="00C0428D">
        <w:rPr>
          <w:rFonts w:ascii="Times New Roman" w:eastAsia="Times New Roman" w:hAnsi="Times New Roman" w:cs="Times New Roman"/>
          <w:sz w:val="24"/>
          <w:szCs w:val="24"/>
        </w:rPr>
        <w:br/>
        <w:t>“What one thing moves my life forward the most today?”</w:t>
      </w:r>
    </w:p>
    <w:p w14:paraId="0F128583" w14:textId="77777777" w:rsidR="00C0428D" w:rsidRPr="00C0428D" w:rsidRDefault="00000000" w:rsidP="00C0428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4591702">
          <v:rect id="_x0000_i1096" style="width:0;height:1.5pt" o:hralign="center" o:hrstd="t" o:hr="t" fillcolor="#a0a0a0" stroked="f"/>
        </w:pict>
      </w:r>
    </w:p>
    <w:p w14:paraId="54989C8C" w14:textId="77777777" w:rsidR="00C0428D" w:rsidRPr="00C0428D" w:rsidRDefault="00C0428D" w:rsidP="00C0428D">
      <w:pPr>
        <w:spacing w:before="100" w:beforeAutospacing="1" w:after="100" w:afterAutospacing="1" w:line="240" w:lineRule="auto"/>
        <w:outlineLvl w:val="2"/>
        <w:rPr>
          <w:rFonts w:ascii="Times New Roman" w:eastAsia="Times New Roman" w:hAnsi="Times New Roman" w:cs="Times New Roman"/>
          <w:b/>
          <w:bCs/>
          <w:sz w:val="27"/>
          <w:szCs w:val="27"/>
        </w:rPr>
      </w:pPr>
      <w:r w:rsidRPr="00C0428D">
        <w:rPr>
          <w:rFonts w:ascii="Times New Roman" w:eastAsia="Times New Roman" w:hAnsi="Times New Roman" w:cs="Times New Roman"/>
          <w:b/>
          <w:bCs/>
          <w:sz w:val="27"/>
          <w:szCs w:val="27"/>
        </w:rPr>
        <w:t>3. Prepare Your Mind (2 minutes)</w:t>
      </w:r>
    </w:p>
    <w:p w14:paraId="7DBA9C45" w14:textId="77777777" w:rsidR="00C0428D" w:rsidRPr="00C0428D" w:rsidRDefault="00C0428D" w:rsidP="00C0428D">
      <w:p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Quiet. Breathe. Get centered.</w:t>
      </w:r>
    </w:p>
    <w:p w14:paraId="7B09F51B" w14:textId="77777777" w:rsidR="00C0428D" w:rsidRPr="00C0428D" w:rsidRDefault="00000000" w:rsidP="00C0428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8D465B2">
          <v:rect id="_x0000_i1097" style="width:0;height:1.5pt" o:hralign="center" o:hrstd="t" o:hr="t" fillcolor="#a0a0a0" stroked="f"/>
        </w:pict>
      </w:r>
    </w:p>
    <w:p w14:paraId="480CF855" w14:textId="77777777" w:rsidR="00C0428D" w:rsidRPr="00C0428D" w:rsidRDefault="00C0428D" w:rsidP="00C0428D">
      <w:pPr>
        <w:spacing w:before="100" w:beforeAutospacing="1" w:after="100" w:afterAutospacing="1" w:line="240" w:lineRule="auto"/>
        <w:outlineLvl w:val="2"/>
        <w:rPr>
          <w:rFonts w:ascii="Times New Roman" w:eastAsia="Times New Roman" w:hAnsi="Times New Roman" w:cs="Times New Roman"/>
          <w:b/>
          <w:bCs/>
          <w:sz w:val="27"/>
          <w:szCs w:val="27"/>
        </w:rPr>
      </w:pPr>
      <w:r w:rsidRPr="00C0428D">
        <w:rPr>
          <w:rFonts w:ascii="Times New Roman" w:eastAsia="Times New Roman" w:hAnsi="Times New Roman" w:cs="Times New Roman"/>
          <w:b/>
          <w:bCs/>
          <w:sz w:val="27"/>
          <w:szCs w:val="27"/>
        </w:rPr>
        <w:t>4. Review Your Standards (2 minutes)</w:t>
      </w:r>
    </w:p>
    <w:p w14:paraId="349FA188" w14:textId="77777777" w:rsidR="00C0428D" w:rsidRPr="00C0428D" w:rsidRDefault="00C0428D" w:rsidP="00C0428D">
      <w:p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lastRenderedPageBreak/>
        <w:t>Ask:</w:t>
      </w:r>
      <w:r w:rsidRPr="00C0428D">
        <w:rPr>
          <w:rFonts w:ascii="Times New Roman" w:eastAsia="Times New Roman" w:hAnsi="Times New Roman" w:cs="Times New Roman"/>
          <w:sz w:val="24"/>
          <w:szCs w:val="24"/>
        </w:rPr>
        <w:br/>
        <w:t>“What behavior aligns with the leader I’m becoming?”</w:t>
      </w:r>
    </w:p>
    <w:p w14:paraId="6B04B146" w14:textId="77777777" w:rsidR="00C0428D" w:rsidRPr="00C0428D" w:rsidRDefault="00000000" w:rsidP="00C0428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74E1975">
          <v:rect id="_x0000_i1098" style="width:0;height:1.5pt" o:hralign="center" o:hrstd="t" o:hr="t" fillcolor="#a0a0a0" stroked="f"/>
        </w:pict>
      </w:r>
    </w:p>
    <w:p w14:paraId="2E11C696" w14:textId="77777777" w:rsidR="00C0428D" w:rsidRPr="00C0428D" w:rsidRDefault="00C0428D" w:rsidP="00C0428D">
      <w:pPr>
        <w:spacing w:before="100" w:beforeAutospacing="1" w:after="100" w:afterAutospacing="1" w:line="240" w:lineRule="auto"/>
        <w:outlineLvl w:val="2"/>
        <w:rPr>
          <w:rFonts w:ascii="Times New Roman" w:eastAsia="Times New Roman" w:hAnsi="Times New Roman" w:cs="Times New Roman"/>
          <w:b/>
          <w:bCs/>
          <w:sz w:val="27"/>
          <w:szCs w:val="27"/>
        </w:rPr>
      </w:pPr>
      <w:r w:rsidRPr="00C0428D">
        <w:rPr>
          <w:rFonts w:ascii="Times New Roman" w:eastAsia="Times New Roman" w:hAnsi="Times New Roman" w:cs="Times New Roman"/>
          <w:b/>
          <w:bCs/>
          <w:sz w:val="27"/>
          <w:szCs w:val="27"/>
        </w:rPr>
        <w:t>5. Commit to One Habit (3 minutes)</w:t>
      </w:r>
    </w:p>
    <w:p w14:paraId="7AFC4194" w14:textId="77777777" w:rsidR="00C0428D" w:rsidRPr="00C0428D" w:rsidRDefault="00C0428D" w:rsidP="00C0428D">
      <w:p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Choose one habit that will anchor the day.</w:t>
      </w:r>
    </w:p>
    <w:p w14:paraId="3A6CC9D8" w14:textId="77777777" w:rsidR="00C0428D" w:rsidRPr="00C0428D" w:rsidRDefault="00000000" w:rsidP="00C0428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A337564">
          <v:rect id="_x0000_i1099" style="width:0;height:1.5pt" o:hralign="center" o:hrstd="t" o:hr="t" fillcolor="#a0a0a0" stroked="f"/>
        </w:pict>
      </w:r>
    </w:p>
    <w:p w14:paraId="7A883FB4" w14:textId="77777777" w:rsidR="00C0428D" w:rsidRPr="00C0428D" w:rsidRDefault="00C0428D" w:rsidP="00C0428D">
      <w:p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 xml:space="preserve">This isn’t a long routine — it’s a </w:t>
      </w:r>
      <w:r w:rsidRPr="00C0428D">
        <w:rPr>
          <w:rFonts w:ascii="Times New Roman" w:eastAsia="Times New Roman" w:hAnsi="Times New Roman" w:cs="Times New Roman"/>
          <w:b/>
          <w:bCs/>
          <w:sz w:val="24"/>
          <w:szCs w:val="24"/>
        </w:rPr>
        <w:t>powerful one</w:t>
      </w:r>
      <w:r w:rsidRPr="00C0428D">
        <w:rPr>
          <w:rFonts w:ascii="Times New Roman" w:eastAsia="Times New Roman" w:hAnsi="Times New Roman" w:cs="Times New Roman"/>
          <w:sz w:val="24"/>
          <w:szCs w:val="24"/>
        </w:rPr>
        <w:t>.</w:t>
      </w:r>
      <w:r w:rsidRPr="00C0428D">
        <w:rPr>
          <w:rFonts w:ascii="Times New Roman" w:eastAsia="Times New Roman" w:hAnsi="Times New Roman" w:cs="Times New Roman"/>
          <w:sz w:val="24"/>
          <w:szCs w:val="24"/>
        </w:rPr>
        <w:br/>
        <w:t>Ten minutes can change the tone of your entire day.</w:t>
      </w:r>
    </w:p>
    <w:p w14:paraId="5800CD3B" w14:textId="77777777" w:rsidR="00C0428D" w:rsidRPr="00C0428D" w:rsidRDefault="00C0428D" w:rsidP="00C0428D">
      <w:pPr>
        <w:spacing w:before="100" w:beforeAutospacing="1" w:after="100" w:afterAutospacing="1" w:line="240" w:lineRule="auto"/>
        <w:outlineLvl w:val="2"/>
        <w:rPr>
          <w:rFonts w:ascii="Times New Roman" w:eastAsia="Times New Roman" w:hAnsi="Times New Roman" w:cs="Times New Roman"/>
          <w:b/>
          <w:bCs/>
          <w:sz w:val="27"/>
          <w:szCs w:val="27"/>
        </w:rPr>
      </w:pPr>
      <w:r w:rsidRPr="00C0428D">
        <w:rPr>
          <w:rFonts w:ascii="Times New Roman" w:eastAsia="Times New Roman" w:hAnsi="Times New Roman" w:cs="Times New Roman"/>
          <w:b/>
          <w:bCs/>
          <w:sz w:val="27"/>
          <w:szCs w:val="27"/>
        </w:rPr>
        <w:t>Reflection:</w:t>
      </w:r>
    </w:p>
    <w:p w14:paraId="31CE3F8E" w14:textId="77777777" w:rsidR="00C0428D" w:rsidRPr="00C0428D" w:rsidRDefault="00C0428D" w:rsidP="00C0428D">
      <w:p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How could a routine support your leadership right now?</w:t>
      </w:r>
    </w:p>
    <w:p w14:paraId="5068EC5F" w14:textId="77777777" w:rsidR="00C0428D" w:rsidRPr="00C0428D" w:rsidRDefault="00C0428D" w:rsidP="00C0428D">
      <w:pPr>
        <w:spacing w:before="100" w:beforeAutospacing="1" w:after="100" w:afterAutospacing="1" w:line="240" w:lineRule="auto"/>
        <w:outlineLvl w:val="2"/>
        <w:rPr>
          <w:rFonts w:ascii="Times New Roman" w:eastAsia="Times New Roman" w:hAnsi="Times New Roman" w:cs="Times New Roman"/>
          <w:b/>
          <w:bCs/>
          <w:sz w:val="27"/>
          <w:szCs w:val="27"/>
        </w:rPr>
      </w:pPr>
      <w:r w:rsidRPr="00C0428D">
        <w:rPr>
          <w:rFonts w:ascii="Times New Roman" w:eastAsia="Times New Roman" w:hAnsi="Times New Roman" w:cs="Times New Roman"/>
          <w:b/>
          <w:bCs/>
          <w:sz w:val="27"/>
          <w:szCs w:val="27"/>
        </w:rPr>
        <w:t>Leadership Challenge:</w:t>
      </w:r>
    </w:p>
    <w:p w14:paraId="6440E4C8" w14:textId="77777777" w:rsidR="00C0428D" w:rsidRPr="00C0428D" w:rsidRDefault="00C0428D" w:rsidP="00C0428D">
      <w:pPr>
        <w:spacing w:before="100" w:beforeAutospacing="1" w:after="100" w:afterAutospacing="1" w:line="240" w:lineRule="auto"/>
        <w:rPr>
          <w:rFonts w:ascii="Times New Roman" w:eastAsia="Times New Roman" w:hAnsi="Times New Roman" w:cs="Times New Roman"/>
          <w:sz w:val="24"/>
          <w:szCs w:val="24"/>
        </w:rPr>
      </w:pPr>
      <w:r w:rsidRPr="00C0428D">
        <w:rPr>
          <w:rFonts w:ascii="Times New Roman" w:eastAsia="Times New Roman" w:hAnsi="Times New Roman" w:cs="Times New Roman"/>
          <w:sz w:val="24"/>
          <w:szCs w:val="24"/>
        </w:rPr>
        <w:t>Follow the 10-minute routine tomorrow morning.</w:t>
      </w:r>
    </w:p>
    <w:p w14:paraId="418B9CC8" w14:textId="4CA309E7" w:rsidR="00E534AD" w:rsidRDefault="00E534AD" w:rsidP="00E534AD">
      <w:pPr>
        <w:pStyle w:val="Heading2"/>
      </w:pPr>
      <w:bookmarkStart w:id="33" w:name="_Toc214330689"/>
      <w:r>
        <w:t xml:space="preserve">Day 28 — </w:t>
      </w:r>
      <w:r w:rsidR="007B18E1">
        <w:t>Long-Term Vision</w:t>
      </w:r>
      <w:bookmarkEnd w:id="33"/>
    </w:p>
    <w:p w14:paraId="3BABFBAD" w14:textId="77777777" w:rsidR="000F0205" w:rsidRPr="000F0205" w:rsidRDefault="000F0205" w:rsidP="000F0205">
      <w:pPr>
        <w:spacing w:before="100" w:beforeAutospacing="1" w:after="100" w:afterAutospacing="1" w:line="240" w:lineRule="auto"/>
        <w:outlineLvl w:val="2"/>
        <w:rPr>
          <w:rFonts w:ascii="Times New Roman" w:eastAsia="Times New Roman" w:hAnsi="Times New Roman" w:cs="Times New Roman"/>
          <w:b/>
          <w:bCs/>
          <w:sz w:val="27"/>
          <w:szCs w:val="27"/>
        </w:rPr>
      </w:pPr>
      <w:r w:rsidRPr="000F0205">
        <w:rPr>
          <w:rFonts w:ascii="Times New Roman" w:eastAsia="Times New Roman" w:hAnsi="Times New Roman" w:cs="Times New Roman"/>
          <w:b/>
          <w:bCs/>
          <w:i/>
          <w:iCs/>
          <w:sz w:val="27"/>
          <w:szCs w:val="27"/>
        </w:rPr>
        <w:t>If You Don’t Choose Your Future, Your Past Will Repeat Itself</w:t>
      </w:r>
    </w:p>
    <w:p w14:paraId="4FE30233"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sz w:val="24"/>
          <w:szCs w:val="24"/>
        </w:rPr>
        <w:t>There was a time in my life when I felt like I was just reacting — moving from one day to the next without a clear sense of direction.</w:t>
      </w:r>
      <w:r w:rsidRPr="000F0205">
        <w:rPr>
          <w:rFonts w:ascii="Times New Roman" w:eastAsia="Times New Roman" w:hAnsi="Times New Roman" w:cs="Times New Roman"/>
          <w:sz w:val="24"/>
          <w:szCs w:val="24"/>
        </w:rPr>
        <w:br/>
        <w:t>I wasn’t failing… but I wasn’t leading either.</w:t>
      </w:r>
    </w:p>
    <w:p w14:paraId="52D83D03"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sz w:val="24"/>
          <w:szCs w:val="24"/>
        </w:rPr>
        <w:t>I didn’t realize that when you don’t create a vision for your life, your life creates one for you — based on old habits, old patterns, old fears.</w:t>
      </w:r>
    </w:p>
    <w:p w14:paraId="4CA977CD"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sz w:val="24"/>
          <w:szCs w:val="24"/>
        </w:rPr>
        <w:t>Leadership shifts the moment you decide:</w:t>
      </w:r>
    </w:p>
    <w:p w14:paraId="1C65D9E7"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b/>
          <w:bCs/>
          <w:sz w:val="24"/>
          <w:szCs w:val="24"/>
        </w:rPr>
        <w:lastRenderedPageBreak/>
        <w:t>“My future will be intentional.”</w:t>
      </w:r>
    </w:p>
    <w:p w14:paraId="0A653203"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sz w:val="24"/>
          <w:szCs w:val="24"/>
        </w:rPr>
        <w:t>Vision isn’t fantasy.</w:t>
      </w:r>
      <w:r w:rsidRPr="000F0205">
        <w:rPr>
          <w:rFonts w:ascii="Times New Roman" w:eastAsia="Times New Roman" w:hAnsi="Times New Roman" w:cs="Times New Roman"/>
          <w:sz w:val="24"/>
          <w:szCs w:val="24"/>
        </w:rPr>
        <w:br/>
        <w:t>Vision is the anchor that keeps your leadership steady.</w:t>
      </w:r>
    </w:p>
    <w:p w14:paraId="673C4E51"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sz w:val="24"/>
          <w:szCs w:val="24"/>
        </w:rPr>
        <w:t>Here’s how to build one:</w:t>
      </w:r>
    </w:p>
    <w:p w14:paraId="0F95603B" w14:textId="77777777" w:rsidR="000F0205" w:rsidRPr="000F0205" w:rsidRDefault="00000000" w:rsidP="000F020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418167D">
          <v:rect id="_x0000_i1100" style="width:0;height:1.5pt" o:hralign="center" o:hrstd="t" o:hr="t" fillcolor="#a0a0a0" stroked="f"/>
        </w:pict>
      </w:r>
    </w:p>
    <w:p w14:paraId="70997300" w14:textId="77777777" w:rsidR="000F0205" w:rsidRPr="000F0205" w:rsidRDefault="000F0205" w:rsidP="000740D4">
      <w:r w:rsidRPr="000F0205">
        <w:rPr>
          <w:rFonts w:ascii="Segoe UI Emoji" w:hAnsi="Segoe UI Emoji" w:cs="Segoe UI Emoji"/>
        </w:rPr>
        <w:t>⭐</w:t>
      </w:r>
      <w:r w:rsidRPr="000F0205">
        <w:t xml:space="preserve"> The Future-Self Vision Map</w:t>
      </w:r>
    </w:p>
    <w:p w14:paraId="49DDB059" w14:textId="77777777" w:rsidR="000F0205" w:rsidRPr="000F0205" w:rsidRDefault="000F0205" w:rsidP="000F0205">
      <w:pPr>
        <w:spacing w:before="100" w:beforeAutospacing="1" w:after="100" w:afterAutospacing="1" w:line="240" w:lineRule="auto"/>
        <w:outlineLvl w:val="2"/>
        <w:rPr>
          <w:rFonts w:ascii="Times New Roman" w:eastAsia="Times New Roman" w:hAnsi="Times New Roman" w:cs="Times New Roman"/>
          <w:b/>
          <w:bCs/>
          <w:sz w:val="27"/>
          <w:szCs w:val="27"/>
        </w:rPr>
      </w:pPr>
      <w:r w:rsidRPr="000F0205">
        <w:rPr>
          <w:rFonts w:ascii="Times New Roman" w:eastAsia="Times New Roman" w:hAnsi="Times New Roman" w:cs="Times New Roman"/>
          <w:b/>
          <w:bCs/>
          <w:sz w:val="27"/>
          <w:szCs w:val="27"/>
        </w:rPr>
        <w:t>1. Identity — Who Am I Becoming?</w:t>
      </w:r>
    </w:p>
    <w:p w14:paraId="58C32F28"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sz w:val="24"/>
          <w:szCs w:val="24"/>
        </w:rPr>
        <w:t>Confident?</w:t>
      </w:r>
      <w:r w:rsidRPr="000F0205">
        <w:rPr>
          <w:rFonts w:ascii="Times New Roman" w:eastAsia="Times New Roman" w:hAnsi="Times New Roman" w:cs="Times New Roman"/>
          <w:sz w:val="24"/>
          <w:szCs w:val="24"/>
        </w:rPr>
        <w:br/>
        <w:t>Disciplined?</w:t>
      </w:r>
      <w:r w:rsidRPr="000F0205">
        <w:rPr>
          <w:rFonts w:ascii="Times New Roman" w:eastAsia="Times New Roman" w:hAnsi="Times New Roman" w:cs="Times New Roman"/>
          <w:sz w:val="24"/>
          <w:szCs w:val="24"/>
        </w:rPr>
        <w:br/>
        <w:t>Calm?</w:t>
      </w:r>
      <w:r w:rsidRPr="000F0205">
        <w:rPr>
          <w:rFonts w:ascii="Times New Roman" w:eastAsia="Times New Roman" w:hAnsi="Times New Roman" w:cs="Times New Roman"/>
          <w:sz w:val="24"/>
          <w:szCs w:val="24"/>
        </w:rPr>
        <w:br/>
        <w:t>Respected?</w:t>
      </w:r>
      <w:r w:rsidRPr="000F0205">
        <w:rPr>
          <w:rFonts w:ascii="Times New Roman" w:eastAsia="Times New Roman" w:hAnsi="Times New Roman" w:cs="Times New Roman"/>
          <w:sz w:val="24"/>
          <w:szCs w:val="24"/>
        </w:rPr>
        <w:br/>
        <w:t>Grounded?</w:t>
      </w:r>
      <w:r w:rsidRPr="000F0205">
        <w:rPr>
          <w:rFonts w:ascii="Times New Roman" w:eastAsia="Times New Roman" w:hAnsi="Times New Roman" w:cs="Times New Roman"/>
          <w:sz w:val="24"/>
          <w:szCs w:val="24"/>
        </w:rPr>
        <w:br/>
        <w:t>Purpose-driven?</w:t>
      </w:r>
    </w:p>
    <w:p w14:paraId="52F4EFCA"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sz w:val="24"/>
          <w:szCs w:val="24"/>
        </w:rPr>
        <w:t>Your identity shapes your decisions.</w:t>
      </w:r>
    </w:p>
    <w:p w14:paraId="19A0058E" w14:textId="77777777" w:rsidR="000F0205" w:rsidRPr="000F0205" w:rsidRDefault="00000000" w:rsidP="000F020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B237DAC">
          <v:rect id="_x0000_i1101" style="width:0;height:1.5pt" o:hralign="center" o:hrstd="t" o:hr="t" fillcolor="#a0a0a0" stroked="f"/>
        </w:pict>
      </w:r>
    </w:p>
    <w:p w14:paraId="2B01E504" w14:textId="77777777" w:rsidR="000F0205" w:rsidRPr="000F0205" w:rsidRDefault="000F0205" w:rsidP="000F0205">
      <w:pPr>
        <w:spacing w:before="100" w:beforeAutospacing="1" w:after="100" w:afterAutospacing="1" w:line="240" w:lineRule="auto"/>
        <w:outlineLvl w:val="2"/>
        <w:rPr>
          <w:rFonts w:ascii="Times New Roman" w:eastAsia="Times New Roman" w:hAnsi="Times New Roman" w:cs="Times New Roman"/>
          <w:b/>
          <w:bCs/>
          <w:sz w:val="27"/>
          <w:szCs w:val="27"/>
        </w:rPr>
      </w:pPr>
      <w:r w:rsidRPr="000F0205">
        <w:rPr>
          <w:rFonts w:ascii="Times New Roman" w:eastAsia="Times New Roman" w:hAnsi="Times New Roman" w:cs="Times New Roman"/>
          <w:b/>
          <w:bCs/>
          <w:sz w:val="27"/>
          <w:szCs w:val="27"/>
        </w:rPr>
        <w:t>2</w:t>
      </w:r>
      <w:proofErr w:type="gramStart"/>
      <w:r w:rsidRPr="000F0205">
        <w:rPr>
          <w:rFonts w:ascii="Times New Roman" w:eastAsia="Times New Roman" w:hAnsi="Times New Roman" w:cs="Times New Roman"/>
          <w:b/>
          <w:bCs/>
          <w:sz w:val="27"/>
          <w:szCs w:val="27"/>
        </w:rPr>
        <w:t>. Habits —</w:t>
      </w:r>
      <w:proofErr w:type="gramEnd"/>
      <w:r w:rsidRPr="000F0205">
        <w:rPr>
          <w:rFonts w:ascii="Times New Roman" w:eastAsia="Times New Roman" w:hAnsi="Times New Roman" w:cs="Times New Roman"/>
          <w:b/>
          <w:bCs/>
          <w:sz w:val="27"/>
          <w:szCs w:val="27"/>
        </w:rPr>
        <w:t xml:space="preserve"> What Must Change?</w:t>
      </w:r>
    </w:p>
    <w:p w14:paraId="02BB886C"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sz w:val="24"/>
          <w:szCs w:val="24"/>
        </w:rPr>
        <w:t>What needs to start?</w:t>
      </w:r>
      <w:r w:rsidRPr="000F0205">
        <w:rPr>
          <w:rFonts w:ascii="Times New Roman" w:eastAsia="Times New Roman" w:hAnsi="Times New Roman" w:cs="Times New Roman"/>
          <w:sz w:val="24"/>
          <w:szCs w:val="24"/>
        </w:rPr>
        <w:br/>
        <w:t>What needs to stop?</w:t>
      </w:r>
      <w:r w:rsidRPr="000F0205">
        <w:rPr>
          <w:rFonts w:ascii="Times New Roman" w:eastAsia="Times New Roman" w:hAnsi="Times New Roman" w:cs="Times New Roman"/>
          <w:sz w:val="24"/>
          <w:szCs w:val="24"/>
        </w:rPr>
        <w:br/>
        <w:t>What needs to continue?</w:t>
      </w:r>
    </w:p>
    <w:p w14:paraId="6F6D5306"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sz w:val="24"/>
          <w:szCs w:val="24"/>
        </w:rPr>
        <w:t>Habits create destiny.</w:t>
      </w:r>
    </w:p>
    <w:p w14:paraId="50170B6F" w14:textId="77777777" w:rsidR="000F0205" w:rsidRPr="000F0205" w:rsidRDefault="00000000" w:rsidP="000F020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B98F52C">
          <v:rect id="_x0000_i1102" style="width:0;height:1.5pt" o:hralign="center" o:hrstd="t" o:hr="t" fillcolor="#a0a0a0" stroked="f"/>
        </w:pict>
      </w:r>
    </w:p>
    <w:p w14:paraId="1F1E94A4" w14:textId="77777777" w:rsidR="000F0205" w:rsidRPr="000F0205" w:rsidRDefault="000F0205" w:rsidP="000F0205">
      <w:pPr>
        <w:spacing w:before="100" w:beforeAutospacing="1" w:after="100" w:afterAutospacing="1" w:line="240" w:lineRule="auto"/>
        <w:outlineLvl w:val="2"/>
        <w:rPr>
          <w:rFonts w:ascii="Times New Roman" w:eastAsia="Times New Roman" w:hAnsi="Times New Roman" w:cs="Times New Roman"/>
          <w:b/>
          <w:bCs/>
          <w:sz w:val="27"/>
          <w:szCs w:val="27"/>
        </w:rPr>
      </w:pPr>
      <w:r w:rsidRPr="000F0205">
        <w:rPr>
          <w:rFonts w:ascii="Times New Roman" w:eastAsia="Times New Roman" w:hAnsi="Times New Roman" w:cs="Times New Roman"/>
          <w:b/>
          <w:bCs/>
          <w:sz w:val="27"/>
          <w:szCs w:val="27"/>
        </w:rPr>
        <w:t>3. Obstacles — What Will I Need Strength For?</w:t>
      </w:r>
    </w:p>
    <w:p w14:paraId="73391FF5"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sz w:val="24"/>
          <w:szCs w:val="24"/>
        </w:rPr>
        <w:t>Old patterns?</w:t>
      </w:r>
      <w:r w:rsidRPr="000F0205">
        <w:rPr>
          <w:rFonts w:ascii="Times New Roman" w:eastAsia="Times New Roman" w:hAnsi="Times New Roman" w:cs="Times New Roman"/>
          <w:sz w:val="24"/>
          <w:szCs w:val="24"/>
        </w:rPr>
        <w:br/>
        <w:t>Fear?</w:t>
      </w:r>
      <w:r w:rsidRPr="000F0205">
        <w:rPr>
          <w:rFonts w:ascii="Times New Roman" w:eastAsia="Times New Roman" w:hAnsi="Times New Roman" w:cs="Times New Roman"/>
          <w:sz w:val="24"/>
          <w:szCs w:val="24"/>
        </w:rPr>
        <w:br/>
      </w:r>
      <w:r w:rsidRPr="000F0205">
        <w:rPr>
          <w:rFonts w:ascii="Times New Roman" w:eastAsia="Times New Roman" w:hAnsi="Times New Roman" w:cs="Times New Roman"/>
          <w:sz w:val="24"/>
          <w:szCs w:val="24"/>
        </w:rPr>
        <w:lastRenderedPageBreak/>
        <w:t>Anger?</w:t>
      </w:r>
      <w:r w:rsidRPr="000F0205">
        <w:rPr>
          <w:rFonts w:ascii="Times New Roman" w:eastAsia="Times New Roman" w:hAnsi="Times New Roman" w:cs="Times New Roman"/>
          <w:sz w:val="24"/>
          <w:szCs w:val="24"/>
        </w:rPr>
        <w:br/>
        <w:t>Procrastination?</w:t>
      </w:r>
      <w:r w:rsidRPr="000F0205">
        <w:rPr>
          <w:rFonts w:ascii="Times New Roman" w:eastAsia="Times New Roman" w:hAnsi="Times New Roman" w:cs="Times New Roman"/>
          <w:sz w:val="24"/>
          <w:szCs w:val="24"/>
        </w:rPr>
        <w:br/>
        <w:t>Lack of confidence?</w:t>
      </w:r>
    </w:p>
    <w:p w14:paraId="718BE5AC"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sz w:val="24"/>
          <w:szCs w:val="24"/>
        </w:rPr>
        <w:t>Leaders anticipate obstacles — and grow stronger than them.</w:t>
      </w:r>
    </w:p>
    <w:p w14:paraId="1EF6F870" w14:textId="77777777" w:rsidR="000F0205" w:rsidRPr="000F0205" w:rsidRDefault="00000000" w:rsidP="000F020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602499E">
          <v:rect id="_x0000_i1103" style="width:0;height:1.5pt" o:hralign="center" o:hrstd="t" o:hr="t" fillcolor="#a0a0a0" stroked="f"/>
        </w:pict>
      </w:r>
    </w:p>
    <w:p w14:paraId="03A5AB65" w14:textId="77777777" w:rsidR="000F0205" w:rsidRPr="000F0205" w:rsidRDefault="000F0205" w:rsidP="000F0205">
      <w:pPr>
        <w:spacing w:before="100" w:beforeAutospacing="1" w:after="100" w:afterAutospacing="1" w:line="240" w:lineRule="auto"/>
        <w:outlineLvl w:val="2"/>
        <w:rPr>
          <w:rFonts w:ascii="Times New Roman" w:eastAsia="Times New Roman" w:hAnsi="Times New Roman" w:cs="Times New Roman"/>
          <w:b/>
          <w:bCs/>
          <w:sz w:val="27"/>
          <w:szCs w:val="27"/>
        </w:rPr>
      </w:pPr>
      <w:r w:rsidRPr="000F0205">
        <w:rPr>
          <w:rFonts w:ascii="Times New Roman" w:eastAsia="Times New Roman" w:hAnsi="Times New Roman" w:cs="Times New Roman"/>
          <w:b/>
          <w:bCs/>
          <w:sz w:val="27"/>
          <w:szCs w:val="27"/>
        </w:rPr>
        <w:t xml:space="preserve">4. Impact — Who Will Benefit </w:t>
      </w:r>
      <w:proofErr w:type="gramStart"/>
      <w:r w:rsidRPr="000F0205">
        <w:rPr>
          <w:rFonts w:ascii="Times New Roman" w:eastAsia="Times New Roman" w:hAnsi="Times New Roman" w:cs="Times New Roman"/>
          <w:b/>
          <w:bCs/>
          <w:sz w:val="27"/>
          <w:szCs w:val="27"/>
        </w:rPr>
        <w:t>From</w:t>
      </w:r>
      <w:proofErr w:type="gramEnd"/>
      <w:r w:rsidRPr="000F0205">
        <w:rPr>
          <w:rFonts w:ascii="Times New Roman" w:eastAsia="Times New Roman" w:hAnsi="Times New Roman" w:cs="Times New Roman"/>
          <w:b/>
          <w:bCs/>
          <w:sz w:val="27"/>
          <w:szCs w:val="27"/>
        </w:rPr>
        <w:t xml:space="preserve"> My Growth?</w:t>
      </w:r>
    </w:p>
    <w:p w14:paraId="05ACF8D8"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sz w:val="24"/>
          <w:szCs w:val="24"/>
        </w:rPr>
        <w:t>Your family?</w:t>
      </w:r>
      <w:r w:rsidRPr="000F0205">
        <w:rPr>
          <w:rFonts w:ascii="Times New Roman" w:eastAsia="Times New Roman" w:hAnsi="Times New Roman" w:cs="Times New Roman"/>
          <w:sz w:val="24"/>
          <w:szCs w:val="24"/>
        </w:rPr>
        <w:br/>
        <w:t>Your team?</w:t>
      </w:r>
      <w:r w:rsidRPr="000F0205">
        <w:rPr>
          <w:rFonts w:ascii="Times New Roman" w:eastAsia="Times New Roman" w:hAnsi="Times New Roman" w:cs="Times New Roman"/>
          <w:sz w:val="24"/>
          <w:szCs w:val="24"/>
        </w:rPr>
        <w:br/>
        <w:t>Your community?</w:t>
      </w:r>
      <w:r w:rsidRPr="000F0205">
        <w:rPr>
          <w:rFonts w:ascii="Times New Roman" w:eastAsia="Times New Roman" w:hAnsi="Times New Roman" w:cs="Times New Roman"/>
          <w:sz w:val="24"/>
          <w:szCs w:val="24"/>
        </w:rPr>
        <w:br/>
        <w:t>Your future self?</w:t>
      </w:r>
    </w:p>
    <w:p w14:paraId="57D31DF4"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sz w:val="24"/>
          <w:szCs w:val="24"/>
        </w:rPr>
        <w:t>Impact gives vision meaning.</w:t>
      </w:r>
    </w:p>
    <w:p w14:paraId="59310F47" w14:textId="77777777" w:rsidR="000F0205" w:rsidRPr="000F0205" w:rsidRDefault="00000000" w:rsidP="000F020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0CEE175">
          <v:rect id="_x0000_i1104" style="width:0;height:1.5pt" o:hralign="center" o:hrstd="t" o:hr="t" fillcolor="#a0a0a0" stroked="f"/>
        </w:pict>
      </w:r>
    </w:p>
    <w:p w14:paraId="4A23F760" w14:textId="77777777" w:rsidR="000F0205" w:rsidRPr="000F0205" w:rsidRDefault="000F0205" w:rsidP="000F0205">
      <w:pPr>
        <w:spacing w:before="100" w:beforeAutospacing="1" w:after="100" w:afterAutospacing="1" w:line="240" w:lineRule="auto"/>
        <w:outlineLvl w:val="2"/>
        <w:rPr>
          <w:rFonts w:ascii="Times New Roman" w:eastAsia="Times New Roman" w:hAnsi="Times New Roman" w:cs="Times New Roman"/>
          <w:b/>
          <w:bCs/>
          <w:sz w:val="27"/>
          <w:szCs w:val="27"/>
        </w:rPr>
      </w:pPr>
      <w:r w:rsidRPr="000F0205">
        <w:rPr>
          <w:rFonts w:ascii="Times New Roman" w:eastAsia="Times New Roman" w:hAnsi="Times New Roman" w:cs="Times New Roman"/>
          <w:b/>
          <w:bCs/>
          <w:sz w:val="27"/>
          <w:szCs w:val="27"/>
        </w:rPr>
        <w:t>Reflection:</w:t>
      </w:r>
    </w:p>
    <w:p w14:paraId="60D5FCE2"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sz w:val="24"/>
          <w:szCs w:val="24"/>
        </w:rPr>
        <w:t>Which part of your future-self vision feels the strongest right now?</w:t>
      </w:r>
    </w:p>
    <w:p w14:paraId="0C53503B" w14:textId="77777777" w:rsidR="000F0205" w:rsidRPr="000F0205" w:rsidRDefault="000F0205" w:rsidP="000F0205">
      <w:pPr>
        <w:spacing w:before="100" w:beforeAutospacing="1" w:after="100" w:afterAutospacing="1" w:line="240" w:lineRule="auto"/>
        <w:outlineLvl w:val="2"/>
        <w:rPr>
          <w:rFonts w:ascii="Times New Roman" w:eastAsia="Times New Roman" w:hAnsi="Times New Roman" w:cs="Times New Roman"/>
          <w:b/>
          <w:bCs/>
          <w:sz w:val="27"/>
          <w:szCs w:val="27"/>
        </w:rPr>
      </w:pPr>
      <w:r w:rsidRPr="000F0205">
        <w:rPr>
          <w:rFonts w:ascii="Times New Roman" w:eastAsia="Times New Roman" w:hAnsi="Times New Roman" w:cs="Times New Roman"/>
          <w:b/>
          <w:bCs/>
          <w:sz w:val="27"/>
          <w:szCs w:val="27"/>
        </w:rPr>
        <w:t>Leadership Challenge:</w:t>
      </w:r>
    </w:p>
    <w:p w14:paraId="7339B103" w14:textId="77777777" w:rsidR="000F0205" w:rsidRPr="000F0205" w:rsidRDefault="000F0205" w:rsidP="000F0205">
      <w:pPr>
        <w:spacing w:before="100" w:beforeAutospacing="1" w:after="100" w:afterAutospacing="1" w:line="240" w:lineRule="auto"/>
        <w:rPr>
          <w:rFonts w:ascii="Times New Roman" w:eastAsia="Times New Roman" w:hAnsi="Times New Roman" w:cs="Times New Roman"/>
          <w:sz w:val="24"/>
          <w:szCs w:val="24"/>
        </w:rPr>
      </w:pPr>
      <w:r w:rsidRPr="000F0205">
        <w:rPr>
          <w:rFonts w:ascii="Times New Roman" w:eastAsia="Times New Roman" w:hAnsi="Times New Roman" w:cs="Times New Roman"/>
          <w:sz w:val="24"/>
          <w:szCs w:val="24"/>
        </w:rPr>
        <w:t>Do ONE thing today that aligns with your future identity.</w:t>
      </w:r>
    </w:p>
    <w:p w14:paraId="240A7F9F" w14:textId="246BBF16" w:rsidR="00E534AD" w:rsidRDefault="00E534AD" w:rsidP="00E534AD">
      <w:pPr>
        <w:pStyle w:val="Heading2"/>
      </w:pPr>
      <w:bookmarkStart w:id="34" w:name="_Toc214330690"/>
      <w:r>
        <w:t xml:space="preserve">Day 29 — </w:t>
      </w:r>
      <w:r w:rsidR="00824F21">
        <w:t>Legacy Leadership</w:t>
      </w:r>
      <w:bookmarkEnd w:id="34"/>
    </w:p>
    <w:p w14:paraId="22186319" w14:textId="77777777" w:rsidR="00A50648" w:rsidRPr="00A50648" w:rsidRDefault="00A50648" w:rsidP="00A50648">
      <w:pPr>
        <w:spacing w:before="100" w:beforeAutospacing="1" w:after="100" w:afterAutospacing="1" w:line="240" w:lineRule="auto"/>
        <w:outlineLvl w:val="2"/>
        <w:rPr>
          <w:rFonts w:ascii="Times New Roman" w:eastAsia="Times New Roman" w:hAnsi="Times New Roman" w:cs="Times New Roman"/>
          <w:b/>
          <w:bCs/>
          <w:sz w:val="27"/>
          <w:szCs w:val="27"/>
        </w:rPr>
      </w:pPr>
      <w:r w:rsidRPr="00A50648">
        <w:rPr>
          <w:rFonts w:ascii="Times New Roman" w:eastAsia="Times New Roman" w:hAnsi="Times New Roman" w:cs="Times New Roman"/>
          <w:b/>
          <w:bCs/>
          <w:i/>
          <w:iCs/>
          <w:sz w:val="27"/>
          <w:szCs w:val="27"/>
        </w:rPr>
        <w:t>The Story You Leave Behind Is Written in Your Daily Decisions</w:t>
      </w:r>
    </w:p>
    <w:p w14:paraId="1C9E7D0B" w14:textId="77777777" w:rsidR="00A50648" w:rsidRPr="00A50648" w:rsidRDefault="00A50648" w:rsidP="00A50648">
      <w:pPr>
        <w:spacing w:before="100" w:beforeAutospacing="1" w:after="100" w:afterAutospacing="1" w:line="240" w:lineRule="auto"/>
        <w:rPr>
          <w:rFonts w:ascii="Times New Roman" w:eastAsia="Times New Roman" w:hAnsi="Times New Roman" w:cs="Times New Roman"/>
          <w:sz w:val="24"/>
          <w:szCs w:val="24"/>
        </w:rPr>
      </w:pPr>
      <w:r w:rsidRPr="00A50648">
        <w:rPr>
          <w:rFonts w:ascii="Times New Roman" w:eastAsia="Times New Roman" w:hAnsi="Times New Roman" w:cs="Times New Roman"/>
          <w:sz w:val="24"/>
          <w:szCs w:val="24"/>
        </w:rPr>
        <w:t>Legacy used to sound like a big word to me — something reserved for famous leaders or people who changed the world.</w:t>
      </w:r>
      <w:r w:rsidRPr="00A50648">
        <w:rPr>
          <w:rFonts w:ascii="Times New Roman" w:eastAsia="Times New Roman" w:hAnsi="Times New Roman" w:cs="Times New Roman"/>
          <w:sz w:val="24"/>
          <w:szCs w:val="24"/>
        </w:rPr>
        <w:br/>
        <w:t>But over time, I learned that legacy isn’t about fame.</w:t>
      </w:r>
      <w:r w:rsidRPr="00A50648">
        <w:rPr>
          <w:rFonts w:ascii="Times New Roman" w:eastAsia="Times New Roman" w:hAnsi="Times New Roman" w:cs="Times New Roman"/>
          <w:sz w:val="24"/>
          <w:szCs w:val="24"/>
        </w:rPr>
        <w:br/>
        <w:t xml:space="preserve">Legacy is about </w:t>
      </w:r>
      <w:r w:rsidRPr="00A50648">
        <w:rPr>
          <w:rFonts w:ascii="Times New Roman" w:eastAsia="Times New Roman" w:hAnsi="Times New Roman" w:cs="Times New Roman"/>
          <w:b/>
          <w:bCs/>
          <w:sz w:val="24"/>
          <w:szCs w:val="24"/>
        </w:rPr>
        <w:t>impact</w:t>
      </w:r>
      <w:r w:rsidRPr="00A50648">
        <w:rPr>
          <w:rFonts w:ascii="Times New Roman" w:eastAsia="Times New Roman" w:hAnsi="Times New Roman" w:cs="Times New Roman"/>
          <w:sz w:val="24"/>
          <w:szCs w:val="24"/>
        </w:rPr>
        <w:t>.</w:t>
      </w:r>
    </w:p>
    <w:p w14:paraId="072FC300" w14:textId="77777777" w:rsidR="00A50648" w:rsidRPr="00A50648" w:rsidRDefault="00A50648" w:rsidP="00A50648">
      <w:pPr>
        <w:spacing w:before="100" w:beforeAutospacing="1" w:after="100" w:afterAutospacing="1" w:line="240" w:lineRule="auto"/>
        <w:rPr>
          <w:rFonts w:ascii="Times New Roman" w:eastAsia="Times New Roman" w:hAnsi="Times New Roman" w:cs="Times New Roman"/>
          <w:sz w:val="24"/>
          <w:szCs w:val="24"/>
        </w:rPr>
      </w:pPr>
      <w:r w:rsidRPr="00A50648">
        <w:rPr>
          <w:rFonts w:ascii="Times New Roman" w:eastAsia="Times New Roman" w:hAnsi="Times New Roman" w:cs="Times New Roman"/>
          <w:sz w:val="24"/>
          <w:szCs w:val="24"/>
        </w:rPr>
        <w:lastRenderedPageBreak/>
        <w:t>It’s the way people remember:</w:t>
      </w:r>
    </w:p>
    <w:p w14:paraId="4E588CB9" w14:textId="77777777" w:rsidR="00A50648" w:rsidRPr="00A50648" w:rsidRDefault="00A50648" w:rsidP="00A50648">
      <w:pPr>
        <w:numPr>
          <w:ilvl w:val="0"/>
          <w:numId w:val="58"/>
        </w:numPr>
        <w:spacing w:before="100" w:beforeAutospacing="1" w:after="100" w:afterAutospacing="1" w:line="240" w:lineRule="auto"/>
        <w:rPr>
          <w:rFonts w:ascii="Times New Roman" w:eastAsia="Times New Roman" w:hAnsi="Times New Roman" w:cs="Times New Roman"/>
          <w:sz w:val="24"/>
          <w:szCs w:val="24"/>
        </w:rPr>
      </w:pPr>
      <w:proofErr w:type="gramStart"/>
      <w:r w:rsidRPr="00A50648">
        <w:rPr>
          <w:rFonts w:ascii="Times New Roman" w:eastAsia="Times New Roman" w:hAnsi="Times New Roman" w:cs="Times New Roman"/>
          <w:sz w:val="24"/>
          <w:szCs w:val="24"/>
        </w:rPr>
        <w:t>your</w:t>
      </w:r>
      <w:proofErr w:type="gramEnd"/>
      <w:r w:rsidRPr="00A50648">
        <w:rPr>
          <w:rFonts w:ascii="Times New Roman" w:eastAsia="Times New Roman" w:hAnsi="Times New Roman" w:cs="Times New Roman"/>
          <w:sz w:val="24"/>
          <w:szCs w:val="24"/>
        </w:rPr>
        <w:t xml:space="preserve"> character</w:t>
      </w:r>
    </w:p>
    <w:p w14:paraId="361B781D" w14:textId="77777777" w:rsidR="00A50648" w:rsidRPr="00A50648" w:rsidRDefault="00A50648" w:rsidP="00A50648">
      <w:pPr>
        <w:numPr>
          <w:ilvl w:val="0"/>
          <w:numId w:val="58"/>
        </w:numPr>
        <w:spacing w:before="100" w:beforeAutospacing="1" w:after="100" w:afterAutospacing="1" w:line="240" w:lineRule="auto"/>
        <w:rPr>
          <w:rFonts w:ascii="Times New Roman" w:eastAsia="Times New Roman" w:hAnsi="Times New Roman" w:cs="Times New Roman"/>
          <w:sz w:val="24"/>
          <w:szCs w:val="24"/>
        </w:rPr>
      </w:pPr>
      <w:proofErr w:type="gramStart"/>
      <w:r w:rsidRPr="00A50648">
        <w:rPr>
          <w:rFonts w:ascii="Times New Roman" w:eastAsia="Times New Roman" w:hAnsi="Times New Roman" w:cs="Times New Roman"/>
          <w:sz w:val="24"/>
          <w:szCs w:val="24"/>
        </w:rPr>
        <w:t>your</w:t>
      </w:r>
      <w:proofErr w:type="gramEnd"/>
      <w:r w:rsidRPr="00A50648">
        <w:rPr>
          <w:rFonts w:ascii="Times New Roman" w:eastAsia="Times New Roman" w:hAnsi="Times New Roman" w:cs="Times New Roman"/>
          <w:sz w:val="24"/>
          <w:szCs w:val="24"/>
        </w:rPr>
        <w:t xml:space="preserve"> strength</w:t>
      </w:r>
    </w:p>
    <w:p w14:paraId="56DBC162" w14:textId="77777777" w:rsidR="00A50648" w:rsidRPr="00A50648" w:rsidRDefault="00A50648" w:rsidP="00A50648">
      <w:pPr>
        <w:numPr>
          <w:ilvl w:val="0"/>
          <w:numId w:val="58"/>
        </w:numPr>
        <w:spacing w:before="100" w:beforeAutospacing="1" w:after="100" w:afterAutospacing="1" w:line="240" w:lineRule="auto"/>
        <w:rPr>
          <w:rFonts w:ascii="Times New Roman" w:eastAsia="Times New Roman" w:hAnsi="Times New Roman" w:cs="Times New Roman"/>
          <w:sz w:val="24"/>
          <w:szCs w:val="24"/>
        </w:rPr>
      </w:pPr>
      <w:proofErr w:type="gramStart"/>
      <w:r w:rsidRPr="00A50648">
        <w:rPr>
          <w:rFonts w:ascii="Times New Roman" w:eastAsia="Times New Roman" w:hAnsi="Times New Roman" w:cs="Times New Roman"/>
          <w:sz w:val="24"/>
          <w:szCs w:val="24"/>
        </w:rPr>
        <w:t>your</w:t>
      </w:r>
      <w:proofErr w:type="gramEnd"/>
      <w:r w:rsidRPr="00A50648">
        <w:rPr>
          <w:rFonts w:ascii="Times New Roman" w:eastAsia="Times New Roman" w:hAnsi="Times New Roman" w:cs="Times New Roman"/>
          <w:sz w:val="24"/>
          <w:szCs w:val="24"/>
        </w:rPr>
        <w:t xml:space="preserve"> kindness</w:t>
      </w:r>
    </w:p>
    <w:p w14:paraId="4796A611" w14:textId="77777777" w:rsidR="00A50648" w:rsidRPr="00A50648" w:rsidRDefault="00A50648" w:rsidP="00A50648">
      <w:pPr>
        <w:numPr>
          <w:ilvl w:val="0"/>
          <w:numId w:val="58"/>
        </w:numPr>
        <w:spacing w:before="100" w:beforeAutospacing="1" w:after="100" w:afterAutospacing="1" w:line="240" w:lineRule="auto"/>
        <w:rPr>
          <w:rFonts w:ascii="Times New Roman" w:eastAsia="Times New Roman" w:hAnsi="Times New Roman" w:cs="Times New Roman"/>
          <w:sz w:val="24"/>
          <w:szCs w:val="24"/>
        </w:rPr>
      </w:pPr>
      <w:proofErr w:type="gramStart"/>
      <w:r w:rsidRPr="00A50648">
        <w:rPr>
          <w:rFonts w:ascii="Times New Roman" w:eastAsia="Times New Roman" w:hAnsi="Times New Roman" w:cs="Times New Roman"/>
          <w:sz w:val="24"/>
          <w:szCs w:val="24"/>
        </w:rPr>
        <w:t>your</w:t>
      </w:r>
      <w:proofErr w:type="gramEnd"/>
      <w:r w:rsidRPr="00A50648">
        <w:rPr>
          <w:rFonts w:ascii="Times New Roman" w:eastAsia="Times New Roman" w:hAnsi="Times New Roman" w:cs="Times New Roman"/>
          <w:sz w:val="24"/>
          <w:szCs w:val="24"/>
        </w:rPr>
        <w:t xml:space="preserve"> discipline</w:t>
      </w:r>
    </w:p>
    <w:p w14:paraId="796DAF5E" w14:textId="77777777" w:rsidR="00A50648" w:rsidRPr="00A50648" w:rsidRDefault="00A50648" w:rsidP="00A50648">
      <w:pPr>
        <w:numPr>
          <w:ilvl w:val="0"/>
          <w:numId w:val="58"/>
        </w:numPr>
        <w:spacing w:before="100" w:beforeAutospacing="1" w:after="100" w:afterAutospacing="1" w:line="240" w:lineRule="auto"/>
        <w:rPr>
          <w:rFonts w:ascii="Times New Roman" w:eastAsia="Times New Roman" w:hAnsi="Times New Roman" w:cs="Times New Roman"/>
          <w:sz w:val="24"/>
          <w:szCs w:val="24"/>
        </w:rPr>
      </w:pPr>
      <w:proofErr w:type="gramStart"/>
      <w:r w:rsidRPr="00A50648">
        <w:rPr>
          <w:rFonts w:ascii="Times New Roman" w:eastAsia="Times New Roman" w:hAnsi="Times New Roman" w:cs="Times New Roman"/>
          <w:sz w:val="24"/>
          <w:szCs w:val="24"/>
        </w:rPr>
        <w:t>your</w:t>
      </w:r>
      <w:proofErr w:type="gramEnd"/>
      <w:r w:rsidRPr="00A50648">
        <w:rPr>
          <w:rFonts w:ascii="Times New Roman" w:eastAsia="Times New Roman" w:hAnsi="Times New Roman" w:cs="Times New Roman"/>
          <w:sz w:val="24"/>
          <w:szCs w:val="24"/>
        </w:rPr>
        <w:t xml:space="preserve"> consistency</w:t>
      </w:r>
    </w:p>
    <w:p w14:paraId="7FED9724" w14:textId="77777777" w:rsidR="00A50648" w:rsidRPr="00A50648" w:rsidRDefault="00A50648" w:rsidP="00A50648">
      <w:pPr>
        <w:numPr>
          <w:ilvl w:val="0"/>
          <w:numId w:val="58"/>
        </w:numPr>
        <w:spacing w:before="100" w:beforeAutospacing="1" w:after="100" w:afterAutospacing="1" w:line="240" w:lineRule="auto"/>
        <w:rPr>
          <w:rFonts w:ascii="Times New Roman" w:eastAsia="Times New Roman" w:hAnsi="Times New Roman" w:cs="Times New Roman"/>
          <w:sz w:val="24"/>
          <w:szCs w:val="24"/>
        </w:rPr>
      </w:pPr>
      <w:proofErr w:type="gramStart"/>
      <w:r w:rsidRPr="00A50648">
        <w:rPr>
          <w:rFonts w:ascii="Times New Roman" w:eastAsia="Times New Roman" w:hAnsi="Times New Roman" w:cs="Times New Roman"/>
          <w:sz w:val="24"/>
          <w:szCs w:val="24"/>
        </w:rPr>
        <w:t>your</w:t>
      </w:r>
      <w:proofErr w:type="gramEnd"/>
      <w:r w:rsidRPr="00A50648">
        <w:rPr>
          <w:rFonts w:ascii="Times New Roman" w:eastAsia="Times New Roman" w:hAnsi="Times New Roman" w:cs="Times New Roman"/>
          <w:sz w:val="24"/>
          <w:szCs w:val="24"/>
        </w:rPr>
        <w:t xml:space="preserve"> values</w:t>
      </w:r>
    </w:p>
    <w:p w14:paraId="58CC32CB" w14:textId="77777777" w:rsidR="00A50648" w:rsidRPr="00A50648" w:rsidRDefault="00A50648" w:rsidP="00A50648">
      <w:pPr>
        <w:numPr>
          <w:ilvl w:val="0"/>
          <w:numId w:val="58"/>
        </w:numPr>
        <w:spacing w:before="100" w:beforeAutospacing="1" w:after="100" w:afterAutospacing="1" w:line="240" w:lineRule="auto"/>
        <w:rPr>
          <w:rFonts w:ascii="Times New Roman" w:eastAsia="Times New Roman" w:hAnsi="Times New Roman" w:cs="Times New Roman"/>
          <w:sz w:val="24"/>
          <w:szCs w:val="24"/>
        </w:rPr>
      </w:pPr>
      <w:proofErr w:type="gramStart"/>
      <w:r w:rsidRPr="00A50648">
        <w:rPr>
          <w:rFonts w:ascii="Times New Roman" w:eastAsia="Times New Roman" w:hAnsi="Times New Roman" w:cs="Times New Roman"/>
          <w:sz w:val="24"/>
          <w:szCs w:val="24"/>
        </w:rPr>
        <w:t>your</w:t>
      </w:r>
      <w:proofErr w:type="gramEnd"/>
      <w:r w:rsidRPr="00A50648">
        <w:rPr>
          <w:rFonts w:ascii="Times New Roman" w:eastAsia="Times New Roman" w:hAnsi="Times New Roman" w:cs="Times New Roman"/>
          <w:sz w:val="24"/>
          <w:szCs w:val="24"/>
        </w:rPr>
        <w:t xml:space="preserve"> leadership</w:t>
      </w:r>
    </w:p>
    <w:p w14:paraId="2CC5732F" w14:textId="77777777" w:rsidR="00A50648" w:rsidRPr="00A50648" w:rsidRDefault="00A50648" w:rsidP="00A50648">
      <w:pPr>
        <w:spacing w:before="100" w:beforeAutospacing="1" w:after="100" w:afterAutospacing="1" w:line="240" w:lineRule="auto"/>
        <w:rPr>
          <w:rFonts w:ascii="Times New Roman" w:eastAsia="Times New Roman" w:hAnsi="Times New Roman" w:cs="Times New Roman"/>
          <w:sz w:val="24"/>
          <w:szCs w:val="24"/>
        </w:rPr>
      </w:pPr>
      <w:r w:rsidRPr="00A50648">
        <w:rPr>
          <w:rFonts w:ascii="Times New Roman" w:eastAsia="Times New Roman" w:hAnsi="Times New Roman" w:cs="Times New Roman"/>
          <w:sz w:val="24"/>
          <w:szCs w:val="24"/>
        </w:rPr>
        <w:t>Legacy is built slowly and quietly — in the moments most people overlook.</w:t>
      </w:r>
    </w:p>
    <w:p w14:paraId="2DE098F5" w14:textId="77777777" w:rsidR="00A50648" w:rsidRPr="00A50648" w:rsidRDefault="00A50648" w:rsidP="00A50648">
      <w:pPr>
        <w:spacing w:before="100" w:beforeAutospacing="1" w:after="100" w:afterAutospacing="1" w:line="240" w:lineRule="auto"/>
        <w:rPr>
          <w:rFonts w:ascii="Times New Roman" w:eastAsia="Times New Roman" w:hAnsi="Times New Roman" w:cs="Times New Roman"/>
          <w:sz w:val="24"/>
          <w:szCs w:val="24"/>
        </w:rPr>
      </w:pPr>
      <w:r w:rsidRPr="00A50648">
        <w:rPr>
          <w:rFonts w:ascii="Times New Roman" w:eastAsia="Times New Roman" w:hAnsi="Times New Roman" w:cs="Times New Roman"/>
          <w:sz w:val="24"/>
          <w:szCs w:val="24"/>
        </w:rPr>
        <w:t>It’s built when you:</w:t>
      </w:r>
    </w:p>
    <w:p w14:paraId="1C58C267" w14:textId="77777777" w:rsidR="00A50648" w:rsidRPr="00A50648" w:rsidRDefault="00A50648" w:rsidP="00A50648">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A50648">
        <w:rPr>
          <w:rFonts w:ascii="Times New Roman" w:eastAsia="Times New Roman" w:hAnsi="Times New Roman" w:cs="Times New Roman"/>
          <w:sz w:val="24"/>
          <w:szCs w:val="24"/>
        </w:rPr>
        <w:t>choose patience instead of anger</w:t>
      </w:r>
    </w:p>
    <w:p w14:paraId="1426A344" w14:textId="77777777" w:rsidR="00A50648" w:rsidRPr="00A50648" w:rsidRDefault="00A50648" w:rsidP="00A50648">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A50648">
        <w:rPr>
          <w:rFonts w:ascii="Times New Roman" w:eastAsia="Times New Roman" w:hAnsi="Times New Roman" w:cs="Times New Roman"/>
          <w:sz w:val="24"/>
          <w:szCs w:val="24"/>
        </w:rPr>
        <w:t>choose discipline instead of excuses</w:t>
      </w:r>
    </w:p>
    <w:p w14:paraId="295223DF" w14:textId="77777777" w:rsidR="00A50648" w:rsidRPr="00A50648" w:rsidRDefault="00A50648" w:rsidP="00A50648">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A50648">
        <w:rPr>
          <w:rFonts w:ascii="Times New Roman" w:eastAsia="Times New Roman" w:hAnsi="Times New Roman" w:cs="Times New Roman"/>
          <w:sz w:val="24"/>
          <w:szCs w:val="24"/>
        </w:rPr>
        <w:t>choose integrity instead of convenience</w:t>
      </w:r>
    </w:p>
    <w:p w14:paraId="4F36F661" w14:textId="77777777" w:rsidR="00A50648" w:rsidRPr="00A50648" w:rsidRDefault="00A50648" w:rsidP="00A50648">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A50648">
        <w:rPr>
          <w:rFonts w:ascii="Times New Roman" w:eastAsia="Times New Roman" w:hAnsi="Times New Roman" w:cs="Times New Roman"/>
          <w:sz w:val="24"/>
          <w:szCs w:val="24"/>
        </w:rPr>
        <w:t>choose growth instead of comfort</w:t>
      </w:r>
    </w:p>
    <w:p w14:paraId="0A96D550" w14:textId="77777777" w:rsidR="00A50648" w:rsidRPr="00A50648" w:rsidRDefault="00A50648" w:rsidP="00A50648">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A50648">
        <w:rPr>
          <w:rFonts w:ascii="Times New Roman" w:eastAsia="Times New Roman" w:hAnsi="Times New Roman" w:cs="Times New Roman"/>
          <w:sz w:val="24"/>
          <w:szCs w:val="24"/>
        </w:rPr>
        <w:t>choose courage instead of avoidance</w:t>
      </w:r>
    </w:p>
    <w:p w14:paraId="57820B05" w14:textId="77777777" w:rsidR="00A50648" w:rsidRPr="00A50648" w:rsidRDefault="00A50648" w:rsidP="00A50648">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A50648">
        <w:rPr>
          <w:rFonts w:ascii="Times New Roman" w:eastAsia="Times New Roman" w:hAnsi="Times New Roman" w:cs="Times New Roman"/>
          <w:sz w:val="24"/>
          <w:szCs w:val="24"/>
        </w:rPr>
        <w:t xml:space="preserve">choose </w:t>
      </w:r>
      <w:proofErr w:type="gramStart"/>
      <w:r w:rsidRPr="00A50648">
        <w:rPr>
          <w:rFonts w:ascii="Times New Roman" w:eastAsia="Times New Roman" w:hAnsi="Times New Roman" w:cs="Times New Roman"/>
          <w:sz w:val="24"/>
          <w:szCs w:val="24"/>
        </w:rPr>
        <w:t>love</w:t>
      </w:r>
      <w:proofErr w:type="gramEnd"/>
      <w:r w:rsidRPr="00A50648">
        <w:rPr>
          <w:rFonts w:ascii="Times New Roman" w:eastAsia="Times New Roman" w:hAnsi="Times New Roman" w:cs="Times New Roman"/>
          <w:sz w:val="24"/>
          <w:szCs w:val="24"/>
        </w:rPr>
        <w:t xml:space="preserve"> instead of fear</w:t>
      </w:r>
    </w:p>
    <w:p w14:paraId="32ED980F" w14:textId="77777777" w:rsidR="00A50648" w:rsidRPr="00A50648" w:rsidRDefault="00A50648" w:rsidP="00A50648">
      <w:pPr>
        <w:spacing w:before="100" w:beforeAutospacing="1" w:after="100" w:afterAutospacing="1" w:line="240" w:lineRule="auto"/>
        <w:rPr>
          <w:rFonts w:ascii="Times New Roman" w:eastAsia="Times New Roman" w:hAnsi="Times New Roman" w:cs="Times New Roman"/>
          <w:sz w:val="24"/>
          <w:szCs w:val="24"/>
        </w:rPr>
      </w:pPr>
      <w:r w:rsidRPr="00A50648">
        <w:rPr>
          <w:rFonts w:ascii="Times New Roman" w:eastAsia="Times New Roman" w:hAnsi="Times New Roman" w:cs="Times New Roman"/>
          <w:sz w:val="24"/>
          <w:szCs w:val="24"/>
        </w:rPr>
        <w:t>You are writing your legacy every day — one choice at a time.</w:t>
      </w:r>
    </w:p>
    <w:p w14:paraId="5FEF37BC" w14:textId="77777777" w:rsidR="00A50648" w:rsidRPr="00A50648" w:rsidRDefault="00A50648" w:rsidP="00A50648">
      <w:pPr>
        <w:spacing w:before="100" w:beforeAutospacing="1" w:after="100" w:afterAutospacing="1" w:line="240" w:lineRule="auto"/>
        <w:rPr>
          <w:rFonts w:ascii="Times New Roman" w:eastAsia="Times New Roman" w:hAnsi="Times New Roman" w:cs="Times New Roman"/>
          <w:sz w:val="24"/>
          <w:szCs w:val="24"/>
        </w:rPr>
      </w:pPr>
      <w:r w:rsidRPr="00A50648">
        <w:rPr>
          <w:rFonts w:ascii="Times New Roman" w:eastAsia="Times New Roman" w:hAnsi="Times New Roman" w:cs="Times New Roman"/>
          <w:sz w:val="24"/>
          <w:szCs w:val="24"/>
        </w:rPr>
        <w:t>Here’s the real question:</w:t>
      </w:r>
    </w:p>
    <w:p w14:paraId="773A21A7" w14:textId="77777777" w:rsidR="00A50648" w:rsidRPr="00A50648" w:rsidRDefault="00A50648" w:rsidP="00A50648">
      <w:pPr>
        <w:spacing w:before="100" w:beforeAutospacing="1" w:after="100" w:afterAutospacing="1" w:line="240" w:lineRule="auto"/>
        <w:rPr>
          <w:rFonts w:ascii="Times New Roman" w:eastAsia="Times New Roman" w:hAnsi="Times New Roman" w:cs="Times New Roman"/>
          <w:sz w:val="24"/>
          <w:szCs w:val="24"/>
        </w:rPr>
      </w:pPr>
      <w:r w:rsidRPr="00A50648">
        <w:rPr>
          <w:rFonts w:ascii="Times New Roman" w:eastAsia="Times New Roman" w:hAnsi="Times New Roman" w:cs="Times New Roman"/>
          <w:b/>
          <w:bCs/>
          <w:sz w:val="24"/>
          <w:szCs w:val="24"/>
        </w:rPr>
        <w:t>What story do you want your life to tell?</w:t>
      </w:r>
    </w:p>
    <w:p w14:paraId="0C29F543" w14:textId="77777777" w:rsidR="00A50648" w:rsidRPr="00A50648" w:rsidRDefault="00A50648" w:rsidP="00A50648">
      <w:pPr>
        <w:spacing w:before="100" w:beforeAutospacing="1" w:after="100" w:afterAutospacing="1" w:line="240" w:lineRule="auto"/>
        <w:outlineLvl w:val="2"/>
        <w:rPr>
          <w:rFonts w:ascii="Times New Roman" w:eastAsia="Times New Roman" w:hAnsi="Times New Roman" w:cs="Times New Roman"/>
          <w:b/>
          <w:bCs/>
          <w:sz w:val="27"/>
          <w:szCs w:val="27"/>
        </w:rPr>
      </w:pPr>
      <w:r w:rsidRPr="00A50648">
        <w:rPr>
          <w:rFonts w:ascii="Times New Roman" w:eastAsia="Times New Roman" w:hAnsi="Times New Roman" w:cs="Times New Roman"/>
          <w:b/>
          <w:bCs/>
          <w:sz w:val="27"/>
          <w:szCs w:val="27"/>
        </w:rPr>
        <w:t>Reflection:</w:t>
      </w:r>
    </w:p>
    <w:p w14:paraId="40B2CCE7" w14:textId="77777777" w:rsidR="00A50648" w:rsidRPr="00A50648" w:rsidRDefault="00A50648" w:rsidP="00A50648">
      <w:pPr>
        <w:spacing w:before="100" w:beforeAutospacing="1" w:after="100" w:afterAutospacing="1" w:line="240" w:lineRule="auto"/>
        <w:rPr>
          <w:rFonts w:ascii="Times New Roman" w:eastAsia="Times New Roman" w:hAnsi="Times New Roman" w:cs="Times New Roman"/>
          <w:sz w:val="24"/>
          <w:szCs w:val="24"/>
        </w:rPr>
      </w:pPr>
      <w:r w:rsidRPr="00A50648">
        <w:rPr>
          <w:rFonts w:ascii="Times New Roman" w:eastAsia="Times New Roman" w:hAnsi="Times New Roman" w:cs="Times New Roman"/>
          <w:sz w:val="24"/>
          <w:szCs w:val="24"/>
        </w:rPr>
        <w:t>What do you want people to say about your leadership 10 years from now?</w:t>
      </w:r>
    </w:p>
    <w:p w14:paraId="266B9149" w14:textId="77777777" w:rsidR="00A50648" w:rsidRPr="00A50648" w:rsidRDefault="00A50648" w:rsidP="00A50648">
      <w:pPr>
        <w:spacing w:before="100" w:beforeAutospacing="1" w:after="100" w:afterAutospacing="1" w:line="240" w:lineRule="auto"/>
        <w:outlineLvl w:val="2"/>
        <w:rPr>
          <w:rFonts w:ascii="Times New Roman" w:eastAsia="Times New Roman" w:hAnsi="Times New Roman" w:cs="Times New Roman"/>
          <w:b/>
          <w:bCs/>
          <w:sz w:val="27"/>
          <w:szCs w:val="27"/>
        </w:rPr>
      </w:pPr>
      <w:r w:rsidRPr="00A50648">
        <w:rPr>
          <w:rFonts w:ascii="Times New Roman" w:eastAsia="Times New Roman" w:hAnsi="Times New Roman" w:cs="Times New Roman"/>
          <w:b/>
          <w:bCs/>
          <w:sz w:val="27"/>
          <w:szCs w:val="27"/>
        </w:rPr>
        <w:t>Leadership Challenge:</w:t>
      </w:r>
    </w:p>
    <w:p w14:paraId="07B16F6B" w14:textId="77777777" w:rsidR="00A50648" w:rsidRPr="00A50648" w:rsidRDefault="00A50648" w:rsidP="00A50648">
      <w:pPr>
        <w:spacing w:before="100" w:beforeAutospacing="1" w:after="100" w:afterAutospacing="1" w:line="240" w:lineRule="auto"/>
        <w:rPr>
          <w:rFonts w:ascii="Times New Roman" w:eastAsia="Times New Roman" w:hAnsi="Times New Roman" w:cs="Times New Roman"/>
          <w:sz w:val="24"/>
          <w:szCs w:val="24"/>
        </w:rPr>
      </w:pPr>
      <w:r w:rsidRPr="00A50648">
        <w:rPr>
          <w:rFonts w:ascii="Times New Roman" w:eastAsia="Times New Roman" w:hAnsi="Times New Roman" w:cs="Times New Roman"/>
          <w:sz w:val="24"/>
          <w:szCs w:val="24"/>
        </w:rPr>
        <w:t>Make ONE decision today that your future legacy would be proud of.</w:t>
      </w:r>
    </w:p>
    <w:p w14:paraId="10A61732" w14:textId="77777777" w:rsidR="00A50648" w:rsidRPr="00A50648" w:rsidRDefault="00A50648" w:rsidP="00A50648"/>
    <w:p w14:paraId="41CEBDDE" w14:textId="1A8E0BD6" w:rsidR="00E534AD" w:rsidRDefault="00E534AD" w:rsidP="00E534AD">
      <w:pPr>
        <w:pStyle w:val="Heading2"/>
      </w:pPr>
      <w:bookmarkStart w:id="35" w:name="_Toc214330691"/>
      <w:r>
        <w:t>Day 30 — Co</w:t>
      </w:r>
      <w:r w:rsidR="00EF2BAC">
        <w:t>mpletion &amp; Co</w:t>
      </w:r>
      <w:r w:rsidR="00A50648">
        <w:t>mmitment</w:t>
      </w:r>
      <w:bookmarkEnd w:id="35"/>
    </w:p>
    <w:p w14:paraId="06D8F914" w14:textId="77777777" w:rsidR="00173E73" w:rsidRPr="00173E73" w:rsidRDefault="00173E73" w:rsidP="00173E73">
      <w:pPr>
        <w:spacing w:before="100" w:beforeAutospacing="1" w:after="100" w:afterAutospacing="1" w:line="240" w:lineRule="auto"/>
        <w:outlineLvl w:val="2"/>
        <w:rPr>
          <w:rFonts w:ascii="Times New Roman" w:eastAsia="Times New Roman" w:hAnsi="Times New Roman" w:cs="Times New Roman"/>
          <w:b/>
          <w:bCs/>
          <w:sz w:val="27"/>
          <w:szCs w:val="27"/>
        </w:rPr>
      </w:pPr>
      <w:r w:rsidRPr="00173E73">
        <w:rPr>
          <w:rFonts w:ascii="Times New Roman" w:eastAsia="Times New Roman" w:hAnsi="Times New Roman" w:cs="Times New Roman"/>
          <w:b/>
          <w:bCs/>
          <w:i/>
          <w:iCs/>
          <w:sz w:val="27"/>
          <w:szCs w:val="27"/>
        </w:rPr>
        <w:t>This Is Not the End — This Is the Beginning of the Leader You Are Becoming</w:t>
      </w:r>
    </w:p>
    <w:p w14:paraId="4CD82A10" w14:textId="77777777" w:rsidR="00173E73" w:rsidRPr="00173E73" w:rsidRDefault="00173E73" w:rsidP="00173E73">
      <w:p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You made it.</w:t>
      </w:r>
      <w:r w:rsidRPr="00173E73">
        <w:rPr>
          <w:rFonts w:ascii="Times New Roman" w:eastAsia="Times New Roman" w:hAnsi="Times New Roman" w:cs="Times New Roman"/>
          <w:sz w:val="24"/>
          <w:szCs w:val="24"/>
        </w:rPr>
        <w:br/>
        <w:t>Thirty days of growth, reflection, discipline, and leadership.</w:t>
      </w:r>
      <w:r w:rsidRPr="00173E73">
        <w:rPr>
          <w:rFonts w:ascii="Times New Roman" w:eastAsia="Times New Roman" w:hAnsi="Times New Roman" w:cs="Times New Roman"/>
          <w:sz w:val="24"/>
          <w:szCs w:val="24"/>
        </w:rPr>
        <w:br/>
        <w:t>You may not realize it yet, but you’ve changed.</w:t>
      </w:r>
    </w:p>
    <w:p w14:paraId="1BD291B0" w14:textId="77777777" w:rsidR="00173E73" w:rsidRPr="00173E73" w:rsidRDefault="00173E73" w:rsidP="00173E73">
      <w:p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You’ve built:</w:t>
      </w:r>
    </w:p>
    <w:p w14:paraId="782BD9A9" w14:textId="77777777" w:rsidR="00173E73" w:rsidRPr="00173E73" w:rsidRDefault="00173E73" w:rsidP="00173E73">
      <w:pPr>
        <w:numPr>
          <w:ilvl w:val="0"/>
          <w:numId w:val="60"/>
        </w:numPr>
        <w:spacing w:before="100" w:beforeAutospacing="1" w:after="100" w:afterAutospacing="1" w:line="240" w:lineRule="auto"/>
        <w:rPr>
          <w:rFonts w:ascii="Times New Roman" w:eastAsia="Times New Roman" w:hAnsi="Times New Roman" w:cs="Times New Roman"/>
          <w:sz w:val="24"/>
          <w:szCs w:val="24"/>
        </w:rPr>
      </w:pPr>
      <w:proofErr w:type="gramStart"/>
      <w:r w:rsidRPr="00173E73">
        <w:rPr>
          <w:rFonts w:ascii="Times New Roman" w:eastAsia="Times New Roman" w:hAnsi="Times New Roman" w:cs="Times New Roman"/>
          <w:sz w:val="24"/>
          <w:szCs w:val="24"/>
        </w:rPr>
        <w:t>a resilient</w:t>
      </w:r>
      <w:proofErr w:type="gramEnd"/>
      <w:r w:rsidRPr="00173E73">
        <w:rPr>
          <w:rFonts w:ascii="Times New Roman" w:eastAsia="Times New Roman" w:hAnsi="Times New Roman" w:cs="Times New Roman"/>
          <w:sz w:val="24"/>
          <w:szCs w:val="24"/>
        </w:rPr>
        <w:t xml:space="preserve"> mindset</w:t>
      </w:r>
    </w:p>
    <w:p w14:paraId="454A2899" w14:textId="77777777" w:rsidR="00173E73" w:rsidRPr="00173E73" w:rsidRDefault="00173E73" w:rsidP="00173E73">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intentional habits</w:t>
      </w:r>
    </w:p>
    <w:p w14:paraId="49044754" w14:textId="77777777" w:rsidR="00173E73" w:rsidRPr="00173E73" w:rsidRDefault="00173E73" w:rsidP="00173E73">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emotional stability</w:t>
      </w:r>
    </w:p>
    <w:p w14:paraId="443141E0" w14:textId="77777777" w:rsidR="00173E73" w:rsidRPr="00173E73" w:rsidRDefault="00173E73" w:rsidP="00173E73">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communication power</w:t>
      </w:r>
    </w:p>
    <w:p w14:paraId="30B8F87B" w14:textId="77777777" w:rsidR="00173E73" w:rsidRPr="00173E73" w:rsidRDefault="00173E73" w:rsidP="00173E73">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stronger decision-making</w:t>
      </w:r>
    </w:p>
    <w:p w14:paraId="432152D0" w14:textId="77777777" w:rsidR="00173E73" w:rsidRPr="00173E73" w:rsidRDefault="00173E73" w:rsidP="00173E73">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leadership presence</w:t>
      </w:r>
    </w:p>
    <w:p w14:paraId="7072BE04" w14:textId="77777777" w:rsidR="00173E73" w:rsidRPr="00173E73" w:rsidRDefault="00173E73" w:rsidP="00173E73">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trust</w:t>
      </w:r>
    </w:p>
    <w:p w14:paraId="7CF09217" w14:textId="77777777" w:rsidR="00173E73" w:rsidRPr="00173E73" w:rsidRDefault="00173E73" w:rsidP="00173E73">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influence</w:t>
      </w:r>
    </w:p>
    <w:p w14:paraId="34217943" w14:textId="77777777" w:rsidR="00173E73" w:rsidRPr="00173E73" w:rsidRDefault="00173E73" w:rsidP="00173E73">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purpose</w:t>
      </w:r>
    </w:p>
    <w:p w14:paraId="0335D164" w14:textId="77777777" w:rsidR="00173E73" w:rsidRPr="00173E73" w:rsidRDefault="00173E73" w:rsidP="00173E73">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identity</w:t>
      </w:r>
    </w:p>
    <w:p w14:paraId="42AE98D5" w14:textId="77777777" w:rsidR="00173E73" w:rsidRPr="00173E73" w:rsidRDefault="00173E73" w:rsidP="00173E73">
      <w:p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Most people never complete a program like this — not because they can’t, but because they quit the moment discomfort arrives.</w:t>
      </w:r>
    </w:p>
    <w:p w14:paraId="3F2A035D" w14:textId="77777777" w:rsidR="00173E73" w:rsidRPr="00173E73" w:rsidRDefault="00173E73" w:rsidP="00173E73">
      <w:p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But you didn’t quit.</w:t>
      </w:r>
      <w:r w:rsidRPr="00173E73">
        <w:rPr>
          <w:rFonts w:ascii="Times New Roman" w:eastAsia="Times New Roman" w:hAnsi="Times New Roman" w:cs="Times New Roman"/>
          <w:sz w:val="24"/>
          <w:szCs w:val="24"/>
        </w:rPr>
        <w:br/>
        <w:t>You showed up.</w:t>
      </w:r>
      <w:r w:rsidRPr="00173E73">
        <w:rPr>
          <w:rFonts w:ascii="Times New Roman" w:eastAsia="Times New Roman" w:hAnsi="Times New Roman" w:cs="Times New Roman"/>
          <w:sz w:val="24"/>
          <w:szCs w:val="24"/>
        </w:rPr>
        <w:br/>
        <w:t>You led yourself.</w:t>
      </w:r>
      <w:r w:rsidRPr="00173E73">
        <w:rPr>
          <w:rFonts w:ascii="Times New Roman" w:eastAsia="Times New Roman" w:hAnsi="Times New Roman" w:cs="Times New Roman"/>
          <w:sz w:val="24"/>
          <w:szCs w:val="24"/>
        </w:rPr>
        <w:br/>
        <w:t>You grew.</w:t>
      </w:r>
    </w:p>
    <w:p w14:paraId="49CFEB6A" w14:textId="77777777" w:rsidR="00173E73" w:rsidRPr="00173E73" w:rsidRDefault="00173E73" w:rsidP="00173E73">
      <w:p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 xml:space="preserve">Now it’s time for your </w:t>
      </w:r>
      <w:r w:rsidRPr="00173E73">
        <w:rPr>
          <w:rFonts w:ascii="Times New Roman" w:eastAsia="Times New Roman" w:hAnsi="Times New Roman" w:cs="Times New Roman"/>
          <w:b/>
          <w:bCs/>
          <w:sz w:val="24"/>
          <w:szCs w:val="24"/>
        </w:rPr>
        <w:t>Leadership Commitment Statement</w:t>
      </w:r>
      <w:r w:rsidRPr="00173E73">
        <w:rPr>
          <w:rFonts w:ascii="Times New Roman" w:eastAsia="Times New Roman" w:hAnsi="Times New Roman" w:cs="Times New Roman"/>
          <w:sz w:val="24"/>
          <w:szCs w:val="24"/>
        </w:rPr>
        <w:t>:</w:t>
      </w:r>
    </w:p>
    <w:p w14:paraId="4887192C" w14:textId="77777777" w:rsidR="00173E73" w:rsidRPr="00173E73" w:rsidRDefault="00000000" w:rsidP="00173E7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62EFF13">
          <v:rect id="_x0000_i1105" style="width:0;height:1.5pt" o:hralign="center" o:hrstd="t" o:hr="t" fillcolor="#a0a0a0" stroked="f"/>
        </w:pict>
      </w:r>
    </w:p>
    <w:p w14:paraId="01DD9AC2" w14:textId="77777777" w:rsidR="00173E73" w:rsidRPr="00173E73" w:rsidRDefault="00173E73" w:rsidP="000740D4">
      <w:r w:rsidRPr="00173E73">
        <w:rPr>
          <w:rFonts w:ascii="Segoe UI Emoji" w:hAnsi="Segoe UI Emoji" w:cs="Segoe UI Emoji"/>
        </w:rPr>
        <w:t>⭐</w:t>
      </w:r>
      <w:r w:rsidRPr="00173E73">
        <w:t xml:space="preserve"> Leadership Commitment Statement</w:t>
      </w:r>
    </w:p>
    <w:p w14:paraId="2D86BBED" w14:textId="77777777" w:rsidR="00173E73" w:rsidRPr="00173E73" w:rsidRDefault="00173E73" w:rsidP="00173E73">
      <w:p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b/>
          <w:bCs/>
          <w:sz w:val="24"/>
          <w:szCs w:val="24"/>
        </w:rPr>
        <w:lastRenderedPageBreak/>
        <w:t>“I commit to leading myself first.</w:t>
      </w:r>
      <w:r w:rsidRPr="00173E73">
        <w:rPr>
          <w:rFonts w:ascii="Times New Roman" w:eastAsia="Times New Roman" w:hAnsi="Times New Roman" w:cs="Times New Roman"/>
          <w:b/>
          <w:bCs/>
          <w:sz w:val="24"/>
          <w:szCs w:val="24"/>
        </w:rPr>
        <w:br/>
        <w:t>I commit to acting with integrity,</w:t>
      </w:r>
      <w:r w:rsidRPr="00173E73">
        <w:rPr>
          <w:rFonts w:ascii="Times New Roman" w:eastAsia="Times New Roman" w:hAnsi="Times New Roman" w:cs="Times New Roman"/>
          <w:b/>
          <w:bCs/>
          <w:sz w:val="24"/>
          <w:szCs w:val="24"/>
        </w:rPr>
        <w:br/>
        <w:t>to choosing discipline over comfort,</w:t>
      </w:r>
      <w:r w:rsidRPr="00173E73">
        <w:rPr>
          <w:rFonts w:ascii="Times New Roman" w:eastAsia="Times New Roman" w:hAnsi="Times New Roman" w:cs="Times New Roman"/>
          <w:b/>
          <w:bCs/>
          <w:sz w:val="24"/>
          <w:szCs w:val="24"/>
        </w:rPr>
        <w:br/>
        <w:t>to growing through struggle,</w:t>
      </w:r>
      <w:r w:rsidRPr="00173E73">
        <w:rPr>
          <w:rFonts w:ascii="Times New Roman" w:eastAsia="Times New Roman" w:hAnsi="Times New Roman" w:cs="Times New Roman"/>
          <w:b/>
          <w:bCs/>
          <w:sz w:val="24"/>
          <w:szCs w:val="24"/>
        </w:rPr>
        <w:br/>
        <w:t>and to leading others with clarity, strength, and purpose.</w:t>
      </w:r>
      <w:r w:rsidRPr="00173E73">
        <w:rPr>
          <w:rFonts w:ascii="Times New Roman" w:eastAsia="Times New Roman" w:hAnsi="Times New Roman" w:cs="Times New Roman"/>
          <w:b/>
          <w:bCs/>
          <w:sz w:val="24"/>
          <w:szCs w:val="24"/>
        </w:rPr>
        <w:br/>
        <w:t>I am a resilient leader, and this is only the beginning.”</w:t>
      </w:r>
    </w:p>
    <w:p w14:paraId="24E43676" w14:textId="77777777" w:rsidR="00173E73" w:rsidRPr="00173E73" w:rsidRDefault="00000000" w:rsidP="00173E7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3FC731E">
          <v:rect id="_x0000_i1106" style="width:0;height:1.5pt" o:hralign="center" o:hrstd="t" o:hr="t" fillcolor="#a0a0a0" stroked="f"/>
        </w:pict>
      </w:r>
    </w:p>
    <w:p w14:paraId="620A22A9" w14:textId="77777777" w:rsidR="00173E73" w:rsidRPr="00173E73" w:rsidRDefault="00173E73" w:rsidP="00173E73">
      <w:pPr>
        <w:spacing w:before="100" w:beforeAutospacing="1" w:after="100" w:afterAutospacing="1" w:line="240" w:lineRule="auto"/>
        <w:outlineLvl w:val="2"/>
        <w:rPr>
          <w:rFonts w:ascii="Times New Roman" w:eastAsia="Times New Roman" w:hAnsi="Times New Roman" w:cs="Times New Roman"/>
          <w:b/>
          <w:bCs/>
          <w:sz w:val="27"/>
          <w:szCs w:val="27"/>
        </w:rPr>
      </w:pPr>
      <w:r w:rsidRPr="00173E73">
        <w:rPr>
          <w:rFonts w:ascii="Times New Roman" w:eastAsia="Times New Roman" w:hAnsi="Times New Roman" w:cs="Times New Roman"/>
          <w:b/>
          <w:bCs/>
          <w:sz w:val="27"/>
          <w:szCs w:val="27"/>
        </w:rPr>
        <w:t>Reflection:</w:t>
      </w:r>
    </w:p>
    <w:p w14:paraId="39E08669" w14:textId="77777777" w:rsidR="00173E73" w:rsidRPr="00173E73" w:rsidRDefault="00173E73" w:rsidP="00173E73">
      <w:p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What is one way you will continue this journey tomorrow?</w:t>
      </w:r>
    </w:p>
    <w:p w14:paraId="75913BE3" w14:textId="77777777" w:rsidR="00173E73" w:rsidRPr="00173E73" w:rsidRDefault="00173E73" w:rsidP="00173E73">
      <w:pPr>
        <w:spacing w:before="100" w:beforeAutospacing="1" w:after="100" w:afterAutospacing="1" w:line="240" w:lineRule="auto"/>
        <w:outlineLvl w:val="2"/>
        <w:rPr>
          <w:rFonts w:ascii="Times New Roman" w:eastAsia="Times New Roman" w:hAnsi="Times New Roman" w:cs="Times New Roman"/>
          <w:b/>
          <w:bCs/>
          <w:sz w:val="27"/>
          <w:szCs w:val="27"/>
        </w:rPr>
      </w:pPr>
      <w:r w:rsidRPr="00173E73">
        <w:rPr>
          <w:rFonts w:ascii="Times New Roman" w:eastAsia="Times New Roman" w:hAnsi="Times New Roman" w:cs="Times New Roman"/>
          <w:b/>
          <w:bCs/>
          <w:sz w:val="27"/>
          <w:szCs w:val="27"/>
        </w:rPr>
        <w:t>Leadership Challenge:</w:t>
      </w:r>
    </w:p>
    <w:p w14:paraId="5FB37A2F" w14:textId="77777777" w:rsidR="00173E73" w:rsidRPr="00173E73" w:rsidRDefault="00173E73" w:rsidP="00173E73">
      <w:pPr>
        <w:spacing w:before="100" w:beforeAutospacing="1" w:after="100" w:afterAutospacing="1" w:line="240" w:lineRule="auto"/>
        <w:rPr>
          <w:rFonts w:ascii="Times New Roman" w:eastAsia="Times New Roman" w:hAnsi="Times New Roman" w:cs="Times New Roman"/>
          <w:sz w:val="24"/>
          <w:szCs w:val="24"/>
        </w:rPr>
      </w:pPr>
      <w:r w:rsidRPr="00173E73">
        <w:rPr>
          <w:rFonts w:ascii="Times New Roman" w:eastAsia="Times New Roman" w:hAnsi="Times New Roman" w:cs="Times New Roman"/>
          <w:sz w:val="24"/>
          <w:szCs w:val="24"/>
        </w:rPr>
        <w:t>Choose one new leadership habit and practice it for the next seven days.</w:t>
      </w:r>
    </w:p>
    <w:p w14:paraId="226BD872" w14:textId="77777777" w:rsidR="00173E73" w:rsidRPr="00173E73" w:rsidRDefault="00173E73" w:rsidP="00173E73"/>
    <w:p w14:paraId="24D51103" w14:textId="77777777" w:rsidR="00115DE3" w:rsidRPr="00C51338" w:rsidRDefault="00115DE3" w:rsidP="00C51338">
      <w:pPr>
        <w:spacing w:before="100" w:beforeAutospacing="1" w:after="100" w:afterAutospacing="1" w:line="240" w:lineRule="auto"/>
        <w:rPr>
          <w:rFonts w:ascii="Times New Roman" w:eastAsia="Times New Roman" w:hAnsi="Times New Roman" w:cs="Times New Roman"/>
          <w:sz w:val="24"/>
          <w:szCs w:val="24"/>
        </w:rPr>
      </w:pPr>
    </w:p>
    <w:p w14:paraId="3473569F" w14:textId="77777777" w:rsidR="00651DE4" w:rsidRDefault="00000000">
      <w:r>
        <w:br w:type="page"/>
      </w:r>
    </w:p>
    <w:p w14:paraId="47CED56C" w14:textId="77777777" w:rsidR="00651DE4" w:rsidRDefault="00000000">
      <w:pPr>
        <w:ind w:firstLine="360"/>
      </w:pPr>
      <w:r>
        <w:lastRenderedPageBreak/>
        <w:t>[Tools &amp; Resources]</w:t>
      </w:r>
    </w:p>
    <w:p w14:paraId="7AB4D76F" w14:textId="77777777" w:rsidR="00E86206" w:rsidRPr="00E86206" w:rsidRDefault="00E86206" w:rsidP="00E86206">
      <w:pPr>
        <w:ind w:left="288"/>
      </w:pPr>
      <w:r w:rsidRPr="00E86206">
        <w:t>PART FIVE — TOOLS, SCRIPTS &amp; RESOURCES</w:t>
      </w:r>
    </w:p>
    <w:p w14:paraId="06B9A46E" w14:textId="77777777" w:rsidR="00E86206" w:rsidRPr="00E86206" w:rsidRDefault="00E86206" w:rsidP="00E86206">
      <w:pPr>
        <w:ind w:left="288"/>
      </w:pPr>
      <w:r w:rsidRPr="00E86206">
        <w:t>These pages are designed to support your leadership after the 30-day program is over.</w:t>
      </w:r>
      <w:r w:rsidRPr="00E86206">
        <w:br/>
        <w:t>Think of this section as your ongoing toolkit — something you can return to anytime you need a reset, a reminder, or a practical resource.</w:t>
      </w:r>
    </w:p>
    <w:p w14:paraId="1AE5C10B" w14:textId="77777777" w:rsidR="00E86206" w:rsidRPr="00E86206" w:rsidRDefault="00E86206" w:rsidP="00E86206">
      <w:pPr>
        <w:ind w:left="288"/>
      </w:pPr>
    </w:p>
    <w:p w14:paraId="7B2B757F" w14:textId="77777777" w:rsidR="00E86206" w:rsidRPr="00E86206" w:rsidRDefault="00E86206" w:rsidP="00E86206">
      <w:pPr>
        <w:ind w:left="288"/>
      </w:pPr>
      <w:r w:rsidRPr="00E86206">
        <w:t>1. The RISE Framework™ — Quick Reference</w:t>
      </w:r>
    </w:p>
    <w:p w14:paraId="4D47734F" w14:textId="77777777" w:rsidR="00E86206" w:rsidRPr="00E86206" w:rsidRDefault="00E86206" w:rsidP="00E86206">
      <w:pPr>
        <w:ind w:left="288"/>
      </w:pPr>
      <w:r w:rsidRPr="00E86206">
        <w:t>Use this page as a one-glance summary of everything you’ve built.</w:t>
      </w:r>
    </w:p>
    <w:p w14:paraId="491F8660" w14:textId="77777777" w:rsidR="00E86206" w:rsidRPr="00E86206" w:rsidRDefault="00E86206" w:rsidP="00E86206">
      <w:pPr>
        <w:ind w:left="288"/>
      </w:pPr>
      <w:r w:rsidRPr="00E86206">
        <w:t>R — Resilient Mindset</w:t>
      </w:r>
    </w:p>
    <w:p w14:paraId="5972E132" w14:textId="77777777" w:rsidR="00E86206" w:rsidRPr="00E86206" w:rsidRDefault="00E86206" w:rsidP="00E86206">
      <w:pPr>
        <w:ind w:left="288"/>
      </w:pPr>
      <w:r w:rsidRPr="00E86206">
        <w:t>Seeing challenges as opportunities to grow</w:t>
      </w:r>
    </w:p>
    <w:p w14:paraId="27363094" w14:textId="77777777" w:rsidR="00E86206" w:rsidRPr="00E86206" w:rsidRDefault="00E86206" w:rsidP="00E86206">
      <w:pPr>
        <w:ind w:left="288"/>
      </w:pPr>
      <w:r w:rsidRPr="00E86206">
        <w:t>Naming your emotions without being controlled by them</w:t>
      </w:r>
    </w:p>
    <w:p w14:paraId="64F26971" w14:textId="77777777" w:rsidR="00E86206" w:rsidRPr="00E86206" w:rsidRDefault="00E86206" w:rsidP="00E86206">
      <w:pPr>
        <w:ind w:left="288"/>
      </w:pPr>
      <w:r w:rsidRPr="00E86206">
        <w:t>Thinking long-term, not just in the moment</w:t>
      </w:r>
    </w:p>
    <w:p w14:paraId="42C3FF6C" w14:textId="77777777" w:rsidR="00E86206" w:rsidRPr="00E86206" w:rsidRDefault="00E86206" w:rsidP="00E86206">
      <w:pPr>
        <w:ind w:left="288"/>
      </w:pPr>
      <w:r w:rsidRPr="00E86206">
        <w:t>Moving from “Why is this happening to me?” to “What can I learn from this?”</w:t>
      </w:r>
    </w:p>
    <w:p w14:paraId="742AB73C" w14:textId="77777777" w:rsidR="00E86206" w:rsidRPr="00E86206" w:rsidRDefault="00E86206" w:rsidP="00E86206">
      <w:pPr>
        <w:ind w:left="288"/>
      </w:pPr>
      <w:r w:rsidRPr="00E86206">
        <w:t>When to use it:</w:t>
      </w:r>
    </w:p>
    <w:p w14:paraId="25C4734E" w14:textId="77777777" w:rsidR="00E86206" w:rsidRPr="00E86206" w:rsidRDefault="00E86206" w:rsidP="00E86206">
      <w:pPr>
        <w:ind w:left="288"/>
      </w:pPr>
      <w:r w:rsidRPr="00E86206">
        <w:t>When stress hits</w:t>
      </w:r>
    </w:p>
    <w:p w14:paraId="7C885092" w14:textId="77777777" w:rsidR="00E86206" w:rsidRPr="00E86206" w:rsidRDefault="00E86206" w:rsidP="00E86206">
      <w:pPr>
        <w:ind w:left="288"/>
      </w:pPr>
      <w:r w:rsidRPr="00E86206">
        <w:t>When you feel overwhelmed</w:t>
      </w:r>
    </w:p>
    <w:p w14:paraId="1487FE0F" w14:textId="77777777" w:rsidR="00E86206" w:rsidRPr="00E86206" w:rsidRDefault="00E86206" w:rsidP="00E86206">
      <w:pPr>
        <w:ind w:left="288"/>
      </w:pPr>
      <w:r w:rsidRPr="00E86206">
        <w:t>When you’re tempted to give up</w:t>
      </w:r>
    </w:p>
    <w:p w14:paraId="402A333B" w14:textId="77777777" w:rsidR="00E86206" w:rsidRPr="00E86206" w:rsidRDefault="00E86206" w:rsidP="00E86206">
      <w:pPr>
        <w:ind w:left="288"/>
      </w:pPr>
    </w:p>
    <w:p w14:paraId="2DFC379A" w14:textId="77777777" w:rsidR="00E86206" w:rsidRPr="00E86206" w:rsidRDefault="00E86206" w:rsidP="00E86206">
      <w:pPr>
        <w:ind w:left="288"/>
      </w:pPr>
      <w:r w:rsidRPr="00E86206">
        <w:t>I — Intentional Action</w:t>
      </w:r>
    </w:p>
    <w:p w14:paraId="3FEDC844" w14:textId="77777777" w:rsidR="00E86206" w:rsidRPr="00E86206" w:rsidRDefault="00E86206" w:rsidP="00E86206">
      <w:pPr>
        <w:ind w:left="288"/>
      </w:pPr>
      <w:r w:rsidRPr="00E86206">
        <w:t>Taking responsibility rather than blaming</w:t>
      </w:r>
    </w:p>
    <w:p w14:paraId="2028B0D2" w14:textId="77777777" w:rsidR="00E86206" w:rsidRPr="00E86206" w:rsidRDefault="00E86206" w:rsidP="00E86206">
      <w:pPr>
        <w:ind w:left="288"/>
      </w:pPr>
      <w:r w:rsidRPr="00E86206">
        <w:t>Choosing your habits on purpose</w:t>
      </w:r>
    </w:p>
    <w:p w14:paraId="54143324" w14:textId="77777777" w:rsidR="00E86206" w:rsidRPr="00E86206" w:rsidRDefault="00E86206" w:rsidP="00E86206">
      <w:pPr>
        <w:ind w:left="288"/>
      </w:pPr>
      <w:r w:rsidRPr="00E86206">
        <w:t>Taking small, consistent steps toward your future</w:t>
      </w:r>
    </w:p>
    <w:p w14:paraId="25FAD787" w14:textId="77777777" w:rsidR="00E86206" w:rsidRPr="00E86206" w:rsidRDefault="00E86206" w:rsidP="00E86206">
      <w:pPr>
        <w:ind w:left="288"/>
      </w:pPr>
      <w:r w:rsidRPr="00E86206">
        <w:t>Doing the right thing even when you don’t feel like it</w:t>
      </w:r>
    </w:p>
    <w:p w14:paraId="232B1BA7" w14:textId="77777777" w:rsidR="00E86206" w:rsidRPr="00E86206" w:rsidRDefault="00E86206" w:rsidP="00E86206">
      <w:pPr>
        <w:ind w:left="288"/>
      </w:pPr>
      <w:r w:rsidRPr="00E86206">
        <w:t>When to use it:</w:t>
      </w:r>
    </w:p>
    <w:p w14:paraId="47D0A5B1" w14:textId="77777777" w:rsidR="00E86206" w:rsidRPr="00E86206" w:rsidRDefault="00E86206" w:rsidP="00E86206">
      <w:pPr>
        <w:ind w:left="288"/>
      </w:pPr>
      <w:r w:rsidRPr="00E86206">
        <w:t>When you feel stuck</w:t>
      </w:r>
    </w:p>
    <w:p w14:paraId="2A7150D7" w14:textId="77777777" w:rsidR="00E86206" w:rsidRPr="00E86206" w:rsidRDefault="00E86206" w:rsidP="00E86206">
      <w:pPr>
        <w:ind w:left="288"/>
      </w:pPr>
      <w:r w:rsidRPr="00E86206">
        <w:lastRenderedPageBreak/>
        <w:t>When you’re procrastinating</w:t>
      </w:r>
    </w:p>
    <w:p w14:paraId="58372444" w14:textId="77777777" w:rsidR="00E86206" w:rsidRPr="00E86206" w:rsidRDefault="00E86206" w:rsidP="00E86206">
      <w:pPr>
        <w:ind w:left="288"/>
      </w:pPr>
      <w:r w:rsidRPr="00E86206">
        <w:t>When you’re waiting to “feel motivated”</w:t>
      </w:r>
    </w:p>
    <w:p w14:paraId="56772E93" w14:textId="77777777" w:rsidR="00E86206" w:rsidRPr="00E86206" w:rsidRDefault="00E86206" w:rsidP="00E86206">
      <w:pPr>
        <w:ind w:left="288"/>
      </w:pPr>
    </w:p>
    <w:p w14:paraId="3542B07E" w14:textId="77777777" w:rsidR="00E86206" w:rsidRPr="00E86206" w:rsidRDefault="00E86206" w:rsidP="00E86206">
      <w:pPr>
        <w:ind w:left="288"/>
      </w:pPr>
      <w:r w:rsidRPr="00E86206">
        <w:t>S — Strength Through Struggle</w:t>
      </w:r>
    </w:p>
    <w:p w14:paraId="5A79AB9C" w14:textId="77777777" w:rsidR="00E86206" w:rsidRPr="00E86206" w:rsidRDefault="00E86206" w:rsidP="00E86206">
      <w:pPr>
        <w:ind w:left="288"/>
      </w:pPr>
      <w:r w:rsidRPr="00E86206">
        <w:t>Learning from failures instead of avoiding them</w:t>
      </w:r>
    </w:p>
    <w:p w14:paraId="08B977B6" w14:textId="77777777" w:rsidR="00E86206" w:rsidRPr="00E86206" w:rsidRDefault="00E86206" w:rsidP="00E86206">
      <w:pPr>
        <w:ind w:left="288"/>
      </w:pPr>
      <w:r w:rsidRPr="00E86206">
        <w:t>Growing through discomfort</w:t>
      </w:r>
    </w:p>
    <w:p w14:paraId="4E323425" w14:textId="77777777" w:rsidR="00E86206" w:rsidRPr="00E86206" w:rsidRDefault="00E86206" w:rsidP="00E86206">
      <w:pPr>
        <w:ind w:left="288"/>
      </w:pPr>
      <w:r w:rsidRPr="00E86206">
        <w:t xml:space="preserve">Letting pressure sharpen you instead of </w:t>
      </w:r>
      <w:proofErr w:type="gramStart"/>
      <w:r w:rsidRPr="00E86206">
        <w:t>crush</w:t>
      </w:r>
      <w:proofErr w:type="gramEnd"/>
      <w:r w:rsidRPr="00E86206">
        <w:t xml:space="preserve"> you</w:t>
      </w:r>
    </w:p>
    <w:p w14:paraId="77073DAA" w14:textId="77777777" w:rsidR="00E86206" w:rsidRPr="00E86206" w:rsidRDefault="00E86206" w:rsidP="00E86206">
      <w:pPr>
        <w:ind w:left="288"/>
      </w:pPr>
      <w:r w:rsidRPr="00E86206">
        <w:t>Realizing your story doesn’t end in the hard chapters</w:t>
      </w:r>
    </w:p>
    <w:p w14:paraId="6BD594DF" w14:textId="77777777" w:rsidR="00E86206" w:rsidRPr="00E86206" w:rsidRDefault="00E86206" w:rsidP="00E86206">
      <w:pPr>
        <w:ind w:left="288"/>
      </w:pPr>
      <w:r w:rsidRPr="00E86206">
        <w:t>When to use it:</w:t>
      </w:r>
    </w:p>
    <w:p w14:paraId="7BBD216D" w14:textId="77777777" w:rsidR="00E86206" w:rsidRPr="00E86206" w:rsidRDefault="00E86206" w:rsidP="00E86206">
      <w:pPr>
        <w:ind w:left="288"/>
      </w:pPr>
      <w:r w:rsidRPr="00E86206">
        <w:t>When something goes wrong</w:t>
      </w:r>
    </w:p>
    <w:p w14:paraId="21B83A86" w14:textId="77777777" w:rsidR="00E86206" w:rsidRPr="00E86206" w:rsidRDefault="00E86206" w:rsidP="00E86206">
      <w:pPr>
        <w:ind w:left="288"/>
      </w:pPr>
      <w:r w:rsidRPr="00E86206">
        <w:t>When you’re embarrassed, discouraged, or frustrated</w:t>
      </w:r>
    </w:p>
    <w:p w14:paraId="33A9FE1F" w14:textId="77777777" w:rsidR="00E86206" w:rsidRPr="00E86206" w:rsidRDefault="00E86206" w:rsidP="00E86206">
      <w:pPr>
        <w:ind w:left="288"/>
      </w:pPr>
    </w:p>
    <w:p w14:paraId="1B86C421" w14:textId="77777777" w:rsidR="00E86206" w:rsidRPr="00E86206" w:rsidRDefault="00E86206" w:rsidP="00E86206">
      <w:pPr>
        <w:ind w:left="288"/>
      </w:pPr>
      <w:r w:rsidRPr="00E86206">
        <w:t>E — Empowered Leadership</w:t>
      </w:r>
    </w:p>
    <w:p w14:paraId="1C1EE9CD" w14:textId="77777777" w:rsidR="00E86206" w:rsidRPr="00E86206" w:rsidRDefault="00E86206" w:rsidP="00E86206">
      <w:pPr>
        <w:ind w:left="288"/>
      </w:pPr>
      <w:r w:rsidRPr="00E86206">
        <w:t>Leading yourself first</w:t>
      </w:r>
    </w:p>
    <w:p w14:paraId="68FC1FB5" w14:textId="77777777" w:rsidR="00E86206" w:rsidRPr="00E86206" w:rsidRDefault="00E86206" w:rsidP="00E86206">
      <w:pPr>
        <w:ind w:left="288"/>
      </w:pPr>
      <w:r w:rsidRPr="00E86206">
        <w:t>Influencing others by example, not force</w:t>
      </w:r>
    </w:p>
    <w:p w14:paraId="2B595279" w14:textId="77777777" w:rsidR="00E86206" w:rsidRPr="00E86206" w:rsidRDefault="00E86206" w:rsidP="00E86206">
      <w:pPr>
        <w:ind w:left="288"/>
      </w:pPr>
      <w:r w:rsidRPr="00E86206">
        <w:t>Communicating clearly and calmly</w:t>
      </w:r>
    </w:p>
    <w:p w14:paraId="1CBDBF21" w14:textId="77777777" w:rsidR="00E86206" w:rsidRPr="00E86206" w:rsidRDefault="00E86206" w:rsidP="00E86206">
      <w:pPr>
        <w:ind w:left="288"/>
      </w:pPr>
      <w:r w:rsidRPr="00E86206">
        <w:t>Building trust, culture, and growth around you</w:t>
      </w:r>
    </w:p>
    <w:p w14:paraId="365A204B" w14:textId="77777777" w:rsidR="00E86206" w:rsidRPr="00E86206" w:rsidRDefault="00E86206" w:rsidP="00E86206">
      <w:pPr>
        <w:ind w:left="288"/>
      </w:pPr>
      <w:r w:rsidRPr="00E86206">
        <w:t>When to use it:</w:t>
      </w:r>
    </w:p>
    <w:p w14:paraId="3A95A5C7" w14:textId="77777777" w:rsidR="00E86206" w:rsidRPr="00E86206" w:rsidRDefault="00E86206" w:rsidP="00E86206">
      <w:pPr>
        <w:ind w:left="288"/>
      </w:pPr>
      <w:r w:rsidRPr="00E86206">
        <w:t>At work</w:t>
      </w:r>
    </w:p>
    <w:p w14:paraId="1A05968A" w14:textId="77777777" w:rsidR="00E86206" w:rsidRPr="00E86206" w:rsidRDefault="00E86206" w:rsidP="00E86206">
      <w:pPr>
        <w:ind w:left="288"/>
      </w:pPr>
      <w:r w:rsidRPr="00E86206">
        <w:t>In your family</w:t>
      </w:r>
    </w:p>
    <w:p w14:paraId="636CFE67" w14:textId="77777777" w:rsidR="00E86206" w:rsidRPr="00E86206" w:rsidRDefault="00E86206" w:rsidP="00E86206">
      <w:pPr>
        <w:ind w:left="288"/>
      </w:pPr>
      <w:r w:rsidRPr="00E86206">
        <w:t>In your community</w:t>
      </w:r>
    </w:p>
    <w:p w14:paraId="6768A030" w14:textId="77777777" w:rsidR="00E86206" w:rsidRPr="00E86206" w:rsidRDefault="00E86206" w:rsidP="00E86206">
      <w:pPr>
        <w:ind w:left="288"/>
      </w:pPr>
      <w:r w:rsidRPr="00E86206">
        <w:t>Anytime others are watching how you handle things</w:t>
      </w:r>
    </w:p>
    <w:p w14:paraId="33D64B6C" w14:textId="77777777" w:rsidR="00E86206" w:rsidRPr="00E86206" w:rsidRDefault="00E86206" w:rsidP="00E86206">
      <w:pPr>
        <w:ind w:left="288"/>
      </w:pPr>
    </w:p>
    <w:p w14:paraId="3F183CFC" w14:textId="77777777" w:rsidR="00E86206" w:rsidRPr="00E86206" w:rsidRDefault="00E86206" w:rsidP="00E86206">
      <w:pPr>
        <w:ind w:left="288"/>
      </w:pPr>
      <w:r w:rsidRPr="00E86206">
        <w:t>2. The Ten Rules of Resilient Leaders</w:t>
      </w:r>
    </w:p>
    <w:p w14:paraId="1FE865B7" w14:textId="77777777" w:rsidR="00E86206" w:rsidRPr="00E86206" w:rsidRDefault="00E86206" w:rsidP="00E86206">
      <w:pPr>
        <w:ind w:left="288"/>
      </w:pPr>
      <w:r w:rsidRPr="00E86206">
        <w:t>I tell myself the truth, even when it’s hard.</w:t>
      </w:r>
    </w:p>
    <w:p w14:paraId="3192F2FA" w14:textId="77777777" w:rsidR="00E86206" w:rsidRPr="00E86206" w:rsidRDefault="00E86206" w:rsidP="00E86206">
      <w:pPr>
        <w:ind w:left="288"/>
      </w:pPr>
      <w:r w:rsidRPr="00E86206">
        <w:t>I take ownership before I blame.</w:t>
      </w:r>
    </w:p>
    <w:p w14:paraId="6D801DF6" w14:textId="77777777" w:rsidR="00E86206" w:rsidRPr="00E86206" w:rsidRDefault="00E86206" w:rsidP="00E86206">
      <w:pPr>
        <w:ind w:left="288"/>
      </w:pPr>
      <w:r w:rsidRPr="00E86206">
        <w:lastRenderedPageBreak/>
        <w:t>I control my reactions, not other people.</w:t>
      </w:r>
    </w:p>
    <w:p w14:paraId="670A4899" w14:textId="77777777" w:rsidR="00E86206" w:rsidRPr="00E86206" w:rsidRDefault="00E86206" w:rsidP="00E86206">
      <w:pPr>
        <w:ind w:left="288"/>
      </w:pPr>
      <w:r w:rsidRPr="00E86206">
        <w:t>I choose long-term strength over short-term comfort.</w:t>
      </w:r>
    </w:p>
    <w:p w14:paraId="108FF485" w14:textId="77777777" w:rsidR="00E86206" w:rsidRPr="00E86206" w:rsidRDefault="00E86206" w:rsidP="00E86206">
      <w:pPr>
        <w:ind w:left="288"/>
      </w:pPr>
      <w:r w:rsidRPr="00E86206">
        <w:t>I communicate clearly, calmly, and directly.</w:t>
      </w:r>
    </w:p>
    <w:p w14:paraId="7DA44B1C" w14:textId="77777777" w:rsidR="00E86206" w:rsidRPr="00E86206" w:rsidRDefault="00E86206" w:rsidP="00E86206">
      <w:pPr>
        <w:ind w:left="288"/>
      </w:pPr>
      <w:r w:rsidRPr="00E86206">
        <w:t>I raise my standards instead of lowering my expectations.</w:t>
      </w:r>
    </w:p>
    <w:p w14:paraId="22E2653D" w14:textId="77777777" w:rsidR="00E86206" w:rsidRPr="00E86206" w:rsidRDefault="00E86206" w:rsidP="00E86206">
      <w:pPr>
        <w:ind w:left="288"/>
      </w:pPr>
      <w:r w:rsidRPr="00E86206">
        <w:t xml:space="preserve">I learn from </w:t>
      </w:r>
      <w:proofErr w:type="gramStart"/>
      <w:r w:rsidRPr="00E86206">
        <w:t>struggle</w:t>
      </w:r>
      <w:proofErr w:type="gramEnd"/>
      <w:r w:rsidRPr="00E86206">
        <w:t xml:space="preserve"> instead of running from it.</w:t>
      </w:r>
    </w:p>
    <w:p w14:paraId="62529692" w14:textId="77777777" w:rsidR="00E86206" w:rsidRPr="00E86206" w:rsidRDefault="00E86206" w:rsidP="00E86206">
      <w:pPr>
        <w:ind w:left="288"/>
      </w:pPr>
      <w:r w:rsidRPr="00E86206">
        <w:t>I build others instead of tearing them down.</w:t>
      </w:r>
    </w:p>
    <w:p w14:paraId="15674ED6" w14:textId="77777777" w:rsidR="00E86206" w:rsidRPr="00E86206" w:rsidRDefault="00E86206" w:rsidP="00E86206">
      <w:pPr>
        <w:ind w:left="288"/>
      </w:pPr>
      <w:r w:rsidRPr="00E86206">
        <w:t>I reflect regularly so I can grow.</w:t>
      </w:r>
    </w:p>
    <w:p w14:paraId="37481B85" w14:textId="77777777" w:rsidR="00E86206" w:rsidRPr="00E86206" w:rsidRDefault="00E86206" w:rsidP="00E86206">
      <w:pPr>
        <w:ind w:left="288"/>
      </w:pPr>
      <w:r w:rsidRPr="00E86206">
        <w:t>I lead myself first — always.</w:t>
      </w:r>
    </w:p>
    <w:p w14:paraId="6454847F" w14:textId="77777777" w:rsidR="00E86206" w:rsidRPr="00E86206" w:rsidRDefault="00E86206" w:rsidP="00E86206">
      <w:pPr>
        <w:ind w:left="288"/>
      </w:pPr>
      <w:r w:rsidRPr="00E86206">
        <w:t>Keep these where you’ll see them often.</w:t>
      </w:r>
    </w:p>
    <w:p w14:paraId="196BEB68" w14:textId="77777777" w:rsidR="00E86206" w:rsidRPr="00E86206" w:rsidRDefault="00E86206" w:rsidP="00E86206">
      <w:pPr>
        <w:ind w:left="288"/>
      </w:pPr>
    </w:p>
    <w:p w14:paraId="5C32C481" w14:textId="77777777" w:rsidR="00E86206" w:rsidRPr="00E86206" w:rsidRDefault="00E86206" w:rsidP="00E86206">
      <w:pPr>
        <w:ind w:left="288"/>
      </w:pPr>
      <w:r w:rsidRPr="00E86206">
        <w:t>3. Daily Leadership Check-In Page</w:t>
      </w:r>
    </w:p>
    <w:p w14:paraId="22A96CE5" w14:textId="77777777" w:rsidR="00E86206" w:rsidRPr="00E86206" w:rsidRDefault="00E86206" w:rsidP="00E86206">
      <w:pPr>
        <w:ind w:left="288"/>
      </w:pPr>
      <w:r w:rsidRPr="00E86206">
        <w:t xml:space="preserve">You can print this page and use it every </w:t>
      </w:r>
      <w:proofErr w:type="gramStart"/>
      <w:r w:rsidRPr="00E86206">
        <w:t>day, or</w:t>
      </w:r>
      <w:proofErr w:type="gramEnd"/>
      <w:r w:rsidRPr="00E86206">
        <w:t xml:space="preserve"> copy the prompts into a journal.</w:t>
      </w:r>
    </w:p>
    <w:p w14:paraId="58C35379" w14:textId="77777777" w:rsidR="00E86206" w:rsidRPr="00E86206" w:rsidRDefault="00E86206" w:rsidP="00E86206">
      <w:pPr>
        <w:ind w:left="288"/>
      </w:pPr>
      <w:r w:rsidRPr="00E86206">
        <w:t>Daily Leadership Check-In</w:t>
      </w:r>
    </w:p>
    <w:p w14:paraId="58663155" w14:textId="77777777" w:rsidR="00E86206" w:rsidRPr="00E86206" w:rsidRDefault="00E86206" w:rsidP="00E86206">
      <w:pPr>
        <w:ind w:left="288"/>
      </w:pPr>
      <w:r w:rsidRPr="00E86206">
        <w:t>Date: ____________________</w:t>
      </w:r>
    </w:p>
    <w:p w14:paraId="637F64B1" w14:textId="77777777" w:rsidR="00E86206" w:rsidRPr="00E86206" w:rsidRDefault="00E86206" w:rsidP="00E86206">
      <w:pPr>
        <w:ind w:left="288"/>
      </w:pPr>
      <w:r w:rsidRPr="00E86206">
        <w:t>1. How do I want to show up today?</w:t>
      </w:r>
    </w:p>
    <w:p w14:paraId="2946B9D6" w14:textId="77777777" w:rsidR="00E86206" w:rsidRPr="00E86206" w:rsidRDefault="00E86206" w:rsidP="00E86206">
      <w:pPr>
        <w:ind w:left="288"/>
      </w:pPr>
    </w:p>
    <w:p w14:paraId="195410ED" w14:textId="77777777" w:rsidR="00E86206" w:rsidRPr="00E86206" w:rsidRDefault="00E86206" w:rsidP="00E86206">
      <w:pPr>
        <w:ind w:left="288"/>
      </w:pPr>
      <w:r w:rsidRPr="00E86206">
        <w:t xml:space="preserve">2. What absolutely </w:t>
      </w:r>
      <w:proofErr w:type="gramStart"/>
      <w:r w:rsidRPr="00E86206">
        <w:t>must</w:t>
      </w:r>
      <w:proofErr w:type="gramEnd"/>
      <w:r w:rsidRPr="00E86206">
        <w:t xml:space="preserve"> get done today?</w:t>
      </w:r>
    </w:p>
    <w:p w14:paraId="491A00D4" w14:textId="77777777" w:rsidR="00E86206" w:rsidRPr="00E86206" w:rsidRDefault="00E86206" w:rsidP="00E86206">
      <w:pPr>
        <w:ind w:left="288"/>
      </w:pPr>
    </w:p>
    <w:p w14:paraId="059EAFB8" w14:textId="77777777" w:rsidR="00E86206" w:rsidRPr="00E86206" w:rsidRDefault="00E86206" w:rsidP="00E86206">
      <w:pPr>
        <w:ind w:left="288"/>
      </w:pPr>
      <w:r w:rsidRPr="00E86206">
        <w:t>3. What requires my emotional strength today?</w:t>
      </w:r>
    </w:p>
    <w:p w14:paraId="33C7CC22" w14:textId="77777777" w:rsidR="00E86206" w:rsidRPr="00E86206" w:rsidRDefault="00E86206" w:rsidP="00E86206">
      <w:pPr>
        <w:ind w:left="288"/>
      </w:pPr>
    </w:p>
    <w:p w14:paraId="12EF073A" w14:textId="77777777" w:rsidR="00E86206" w:rsidRPr="00E86206" w:rsidRDefault="00E86206" w:rsidP="00E86206">
      <w:pPr>
        <w:ind w:left="288"/>
      </w:pPr>
      <w:r w:rsidRPr="00E86206">
        <w:t>4. What requires my clarity today?</w:t>
      </w:r>
    </w:p>
    <w:p w14:paraId="76F4EB7F" w14:textId="77777777" w:rsidR="00E86206" w:rsidRPr="00E86206" w:rsidRDefault="00E86206" w:rsidP="00E86206">
      <w:pPr>
        <w:ind w:left="288"/>
      </w:pPr>
    </w:p>
    <w:p w14:paraId="2CFB6684" w14:textId="77777777" w:rsidR="00E86206" w:rsidRPr="00E86206" w:rsidRDefault="00E86206" w:rsidP="00E86206">
      <w:pPr>
        <w:ind w:left="288"/>
      </w:pPr>
      <w:r w:rsidRPr="00E86206">
        <w:t>5. What requires my courage today?</w:t>
      </w:r>
    </w:p>
    <w:p w14:paraId="4398A7B3" w14:textId="77777777" w:rsidR="00E86206" w:rsidRPr="00E86206" w:rsidRDefault="00E86206" w:rsidP="00E86206">
      <w:pPr>
        <w:ind w:left="288"/>
      </w:pPr>
    </w:p>
    <w:p w14:paraId="52665E62" w14:textId="77777777" w:rsidR="00E86206" w:rsidRPr="00E86206" w:rsidRDefault="00E86206" w:rsidP="00E86206">
      <w:pPr>
        <w:ind w:left="288"/>
      </w:pPr>
      <w:r w:rsidRPr="00E86206">
        <w:t>6. One leadership habit I will practice today:</w:t>
      </w:r>
    </w:p>
    <w:p w14:paraId="3C3FC612" w14:textId="77777777" w:rsidR="00E86206" w:rsidRPr="00E86206" w:rsidRDefault="00E86206" w:rsidP="00E86206">
      <w:pPr>
        <w:ind w:left="288"/>
      </w:pPr>
    </w:p>
    <w:p w14:paraId="759E6CAA" w14:textId="77777777" w:rsidR="00E86206" w:rsidRPr="00E86206" w:rsidRDefault="00E86206" w:rsidP="00E86206">
      <w:pPr>
        <w:ind w:left="288"/>
      </w:pPr>
      <w:r w:rsidRPr="00E86206">
        <w:lastRenderedPageBreak/>
        <w:t>Evening Reflection:</w:t>
      </w:r>
    </w:p>
    <w:p w14:paraId="59BBA493" w14:textId="77777777" w:rsidR="00E86206" w:rsidRPr="00E86206" w:rsidRDefault="00E86206" w:rsidP="00E86206">
      <w:pPr>
        <w:ind w:left="288"/>
      </w:pPr>
      <w:r w:rsidRPr="00E86206">
        <w:t>What did I do well today?</w:t>
      </w:r>
    </w:p>
    <w:p w14:paraId="0EA58E1F" w14:textId="77777777" w:rsidR="00E86206" w:rsidRPr="00E86206" w:rsidRDefault="00E86206" w:rsidP="00E86206">
      <w:pPr>
        <w:ind w:left="288"/>
      </w:pPr>
    </w:p>
    <w:p w14:paraId="0049F243" w14:textId="77777777" w:rsidR="00E86206" w:rsidRPr="00E86206" w:rsidRDefault="00E86206" w:rsidP="00E86206">
      <w:pPr>
        <w:ind w:left="288"/>
      </w:pPr>
      <w:r w:rsidRPr="00E86206">
        <w:t>What did I learn today?</w:t>
      </w:r>
    </w:p>
    <w:p w14:paraId="2FDFB441" w14:textId="77777777" w:rsidR="00E86206" w:rsidRPr="00E86206" w:rsidRDefault="00E86206" w:rsidP="00E86206">
      <w:pPr>
        <w:ind w:left="288"/>
      </w:pPr>
    </w:p>
    <w:p w14:paraId="3412F922" w14:textId="77777777" w:rsidR="00E86206" w:rsidRPr="00E86206" w:rsidRDefault="00E86206" w:rsidP="00E86206">
      <w:pPr>
        <w:ind w:left="288"/>
      </w:pPr>
      <w:r w:rsidRPr="00E86206">
        <w:t>Where can I improve tomorrow?</w:t>
      </w:r>
    </w:p>
    <w:p w14:paraId="56EC5535" w14:textId="77777777" w:rsidR="00E86206" w:rsidRPr="00E86206" w:rsidRDefault="00E86206" w:rsidP="00E86206">
      <w:pPr>
        <w:ind w:left="288"/>
      </w:pPr>
    </w:p>
    <w:p w14:paraId="438DB383" w14:textId="77777777" w:rsidR="00E86206" w:rsidRPr="00E86206" w:rsidRDefault="00E86206" w:rsidP="00E86206">
      <w:pPr>
        <w:ind w:left="288"/>
      </w:pPr>
    </w:p>
    <w:p w14:paraId="2E2C7997" w14:textId="77777777" w:rsidR="00E86206" w:rsidRPr="00E86206" w:rsidRDefault="00E86206" w:rsidP="00E86206">
      <w:pPr>
        <w:ind w:left="288"/>
      </w:pPr>
      <w:r w:rsidRPr="00E86206">
        <w:t>4. 30-Day Habit Tracker</w:t>
      </w:r>
    </w:p>
    <w:p w14:paraId="7B4156E4" w14:textId="77777777" w:rsidR="00E86206" w:rsidRPr="00E86206" w:rsidRDefault="00E86206" w:rsidP="00E86206">
      <w:pPr>
        <w:ind w:left="288"/>
      </w:pPr>
      <w:r w:rsidRPr="00E86206">
        <w:t>Use this to track one or more leadership habits over the next 30 days.</w:t>
      </w:r>
    </w:p>
    <w:p w14:paraId="14AF5C25" w14:textId="77777777" w:rsidR="00E86206" w:rsidRPr="00E86206" w:rsidRDefault="00E86206" w:rsidP="00E86206">
      <w:pPr>
        <w:ind w:left="288"/>
      </w:pPr>
      <w:r w:rsidRPr="00E86206">
        <w:t>Habit I’m tracking: _______________________________</w:t>
      </w:r>
    </w:p>
    <w:p w14:paraId="266EBFE6" w14:textId="77777777" w:rsidR="00E86206" w:rsidRPr="00E86206" w:rsidRDefault="00E86206" w:rsidP="00E86206">
      <w:pPr>
        <w:ind w:left="288"/>
      </w:pPr>
      <w:r w:rsidRPr="00E86206">
        <w:t>At the end of 30 days, ask:</w:t>
      </w:r>
    </w:p>
    <w:p w14:paraId="01C4A6D6" w14:textId="77777777" w:rsidR="00E86206" w:rsidRPr="00E86206" w:rsidRDefault="00E86206" w:rsidP="00E86206">
      <w:pPr>
        <w:ind w:left="288"/>
      </w:pPr>
      <w:r w:rsidRPr="00E86206">
        <w:t>How has my confidence changed?</w:t>
      </w:r>
    </w:p>
    <w:p w14:paraId="70410FC5" w14:textId="77777777" w:rsidR="00E86206" w:rsidRPr="00E86206" w:rsidRDefault="00E86206" w:rsidP="00E86206">
      <w:pPr>
        <w:ind w:left="288"/>
      </w:pPr>
      <w:r w:rsidRPr="00E86206">
        <w:t>How has my leadership changed?</w:t>
      </w:r>
    </w:p>
    <w:p w14:paraId="0B06E2F8" w14:textId="77777777" w:rsidR="00E86206" w:rsidRPr="00E86206" w:rsidRDefault="00E86206" w:rsidP="00E86206">
      <w:pPr>
        <w:ind w:left="288"/>
      </w:pPr>
    </w:p>
    <w:p w14:paraId="223E0BF4" w14:textId="77777777" w:rsidR="00E86206" w:rsidRPr="00E86206" w:rsidRDefault="00E86206" w:rsidP="00E86206">
      <w:pPr>
        <w:ind w:left="288"/>
      </w:pPr>
      <w:r w:rsidRPr="00E86206">
        <w:t>5. Difficult Conversation Scripts</w:t>
      </w:r>
    </w:p>
    <w:p w14:paraId="415D4A89" w14:textId="77777777" w:rsidR="00E86206" w:rsidRPr="00E86206" w:rsidRDefault="00E86206" w:rsidP="00E86206">
      <w:pPr>
        <w:ind w:left="288"/>
      </w:pPr>
      <w:r w:rsidRPr="00E86206">
        <w:t>Use these scripts as starting points. Adapt the language to your own voice.</w:t>
      </w:r>
    </w:p>
    <w:p w14:paraId="33013AC5" w14:textId="77777777" w:rsidR="00E86206" w:rsidRPr="00E86206" w:rsidRDefault="00E86206" w:rsidP="00E86206">
      <w:pPr>
        <w:ind w:left="288"/>
      </w:pPr>
      <w:r w:rsidRPr="00E86206">
        <w:t>Script 1 — Missed Expectations</w:t>
      </w:r>
    </w:p>
    <w:p w14:paraId="5138589A" w14:textId="77777777" w:rsidR="00E86206" w:rsidRPr="00E86206" w:rsidRDefault="00E86206" w:rsidP="00E86206">
      <w:pPr>
        <w:ind w:left="288"/>
      </w:pPr>
      <w:r w:rsidRPr="00E86206">
        <w:t>“I want to talk about something important.</w:t>
      </w:r>
      <w:r w:rsidRPr="00E86206">
        <w:br/>
        <w:t>Yesterday, the deadline was missed (FACT).</w:t>
      </w:r>
      <w:r w:rsidRPr="00E86206">
        <w:br/>
        <w:t>That caused delays for the team (IMPACT).</w:t>
      </w:r>
      <w:r w:rsidRPr="00E86206">
        <w:br/>
        <w:t>Going forward, I need deadlines met or communication ahead of time if something changes (EXPECTATION).</w:t>
      </w:r>
      <w:r w:rsidRPr="00E86206">
        <w:br/>
        <w:t>Can you commit to that? (ALIGNMENT)”</w:t>
      </w:r>
    </w:p>
    <w:p w14:paraId="79ABFF42" w14:textId="77777777" w:rsidR="00E86206" w:rsidRPr="00E86206" w:rsidRDefault="00E86206" w:rsidP="00E86206">
      <w:pPr>
        <w:ind w:left="288"/>
      </w:pPr>
    </w:p>
    <w:p w14:paraId="566C75B8" w14:textId="77777777" w:rsidR="00E86206" w:rsidRPr="00E86206" w:rsidRDefault="00E86206" w:rsidP="00E86206">
      <w:pPr>
        <w:ind w:left="288"/>
      </w:pPr>
      <w:r w:rsidRPr="00E86206">
        <w:t>Script 2 — Boundary Setting</w:t>
      </w:r>
    </w:p>
    <w:p w14:paraId="19ECFFAB" w14:textId="77777777" w:rsidR="00E86206" w:rsidRPr="00E86206" w:rsidRDefault="00E86206" w:rsidP="00E86206">
      <w:pPr>
        <w:ind w:left="288"/>
      </w:pPr>
      <w:r w:rsidRPr="00E86206">
        <w:t>“I value our relationship, but I need to be clear about something.</w:t>
      </w:r>
      <w:r w:rsidRPr="00E86206">
        <w:br/>
        <w:t>When ____ happens, it affects me by _____.</w:t>
      </w:r>
      <w:r w:rsidRPr="00E86206">
        <w:br/>
      </w:r>
      <w:r w:rsidRPr="00E86206">
        <w:lastRenderedPageBreak/>
        <w:t>I’m asking that from now on, _____.</w:t>
      </w:r>
      <w:r w:rsidRPr="00E86206">
        <w:br/>
        <w:t>I want us to move forward with respect.”</w:t>
      </w:r>
    </w:p>
    <w:p w14:paraId="34190535" w14:textId="77777777" w:rsidR="00E86206" w:rsidRPr="00E86206" w:rsidRDefault="00E86206" w:rsidP="00E86206">
      <w:pPr>
        <w:ind w:left="288"/>
      </w:pPr>
    </w:p>
    <w:p w14:paraId="3EE9A409" w14:textId="77777777" w:rsidR="00E86206" w:rsidRPr="00E86206" w:rsidRDefault="00E86206" w:rsidP="00E86206">
      <w:pPr>
        <w:ind w:left="288"/>
      </w:pPr>
      <w:r w:rsidRPr="00E86206">
        <w:t>Script 3 — Owning a Mistake</w:t>
      </w:r>
    </w:p>
    <w:p w14:paraId="2446C8AF" w14:textId="77777777" w:rsidR="00E86206" w:rsidRPr="00E86206" w:rsidRDefault="00E86206" w:rsidP="00E86206">
      <w:pPr>
        <w:ind w:left="288"/>
      </w:pPr>
      <w:r w:rsidRPr="00E86206">
        <w:t>“I want to own my part in what happened.</w:t>
      </w:r>
      <w:r w:rsidRPr="00E86206">
        <w:br/>
        <w:t>I realized I ____.</w:t>
      </w:r>
      <w:r w:rsidRPr="00E86206">
        <w:br/>
        <w:t>That impacted you/the team by ____.</w:t>
      </w:r>
      <w:r w:rsidRPr="00E86206">
        <w:br/>
        <w:t>I’m sorry for that.</w:t>
      </w:r>
      <w:r w:rsidRPr="00E86206">
        <w:br/>
        <w:t>Here’s what I’m going to do differently moving forward.”</w:t>
      </w:r>
    </w:p>
    <w:p w14:paraId="4A8DAC21" w14:textId="77777777" w:rsidR="00E86206" w:rsidRPr="00E86206" w:rsidRDefault="00E86206" w:rsidP="00E86206">
      <w:pPr>
        <w:ind w:left="288"/>
      </w:pPr>
    </w:p>
    <w:p w14:paraId="38113D90" w14:textId="77777777" w:rsidR="00E86206" w:rsidRPr="00E86206" w:rsidRDefault="00E86206" w:rsidP="00E86206">
      <w:pPr>
        <w:ind w:left="288"/>
      </w:pPr>
      <w:r w:rsidRPr="00E86206">
        <w:t>6. Leadership Scenarios (Practice Pages)</w:t>
      </w:r>
    </w:p>
    <w:p w14:paraId="08739369" w14:textId="77777777" w:rsidR="00E86206" w:rsidRPr="00E86206" w:rsidRDefault="00E86206" w:rsidP="00E86206">
      <w:pPr>
        <w:ind w:left="288"/>
      </w:pPr>
      <w:r w:rsidRPr="00E86206">
        <w:t>You can either fill these out in the book or copy them into a notebook.</w:t>
      </w:r>
    </w:p>
    <w:p w14:paraId="54EACB4E" w14:textId="77777777" w:rsidR="00E86206" w:rsidRPr="00E86206" w:rsidRDefault="00E86206" w:rsidP="00E86206">
      <w:pPr>
        <w:ind w:left="288"/>
      </w:pPr>
      <w:r w:rsidRPr="00E86206">
        <w:t>Scenario 1: Team Member Not Pulling Weight</w:t>
      </w:r>
    </w:p>
    <w:p w14:paraId="4E8656F6" w14:textId="77777777" w:rsidR="00E86206" w:rsidRPr="00E86206" w:rsidRDefault="00E86206" w:rsidP="00E86206">
      <w:pPr>
        <w:ind w:left="288"/>
      </w:pPr>
      <w:r w:rsidRPr="00E86206">
        <w:t>What’s happening?</w:t>
      </w:r>
    </w:p>
    <w:p w14:paraId="12C2FD3A" w14:textId="77777777" w:rsidR="00E86206" w:rsidRPr="00E86206" w:rsidRDefault="00E86206" w:rsidP="00E86206">
      <w:pPr>
        <w:ind w:left="288"/>
      </w:pPr>
    </w:p>
    <w:p w14:paraId="5D795616" w14:textId="77777777" w:rsidR="00E86206" w:rsidRPr="00E86206" w:rsidRDefault="00E86206" w:rsidP="00E86206">
      <w:pPr>
        <w:ind w:left="288"/>
      </w:pPr>
      <w:r w:rsidRPr="00E86206">
        <w:t>What’s the real issue?</w:t>
      </w:r>
    </w:p>
    <w:p w14:paraId="12E876CB" w14:textId="77777777" w:rsidR="00E86206" w:rsidRPr="00E86206" w:rsidRDefault="00E86206" w:rsidP="00E86206">
      <w:pPr>
        <w:ind w:left="288"/>
      </w:pPr>
    </w:p>
    <w:p w14:paraId="7B21F354" w14:textId="77777777" w:rsidR="00E86206" w:rsidRPr="00E86206" w:rsidRDefault="00E86206" w:rsidP="00E86206">
      <w:pPr>
        <w:ind w:left="288"/>
      </w:pPr>
      <w:r w:rsidRPr="00E86206">
        <w:t>How can I approach them using Clean Conflict Method?</w:t>
      </w:r>
    </w:p>
    <w:p w14:paraId="6080D673" w14:textId="77777777" w:rsidR="00E86206" w:rsidRPr="00E86206" w:rsidRDefault="00E86206" w:rsidP="00E86206">
      <w:pPr>
        <w:ind w:left="288"/>
      </w:pPr>
    </w:p>
    <w:p w14:paraId="49AFDA36" w14:textId="77777777" w:rsidR="00E86206" w:rsidRPr="00E86206" w:rsidRDefault="00E86206" w:rsidP="00E86206">
      <w:pPr>
        <w:ind w:left="288"/>
      </w:pPr>
    </w:p>
    <w:p w14:paraId="7A531AB0" w14:textId="77777777" w:rsidR="00E86206" w:rsidRPr="00E86206" w:rsidRDefault="00E86206" w:rsidP="00E86206">
      <w:pPr>
        <w:ind w:left="288"/>
      </w:pPr>
      <w:r w:rsidRPr="00E86206">
        <w:t>Scenario 2: Emotional Outburst in a Meeting</w:t>
      </w:r>
    </w:p>
    <w:p w14:paraId="6133C04E" w14:textId="77777777" w:rsidR="00E86206" w:rsidRPr="00E86206" w:rsidRDefault="00E86206" w:rsidP="00E86206">
      <w:pPr>
        <w:ind w:left="288"/>
      </w:pPr>
      <w:r w:rsidRPr="00E86206">
        <w:t>What triggered it (for you or them)?</w:t>
      </w:r>
    </w:p>
    <w:p w14:paraId="19655F9B" w14:textId="77777777" w:rsidR="00E86206" w:rsidRPr="00E86206" w:rsidRDefault="00E86206" w:rsidP="00E86206">
      <w:pPr>
        <w:ind w:left="288"/>
      </w:pPr>
    </w:p>
    <w:p w14:paraId="61118D08" w14:textId="77777777" w:rsidR="00E86206" w:rsidRPr="00E86206" w:rsidRDefault="00E86206" w:rsidP="00E86206">
      <w:pPr>
        <w:ind w:left="288"/>
      </w:pPr>
      <w:r w:rsidRPr="00E86206">
        <w:t>How could calm, clarity, and control be used here?</w:t>
      </w:r>
    </w:p>
    <w:p w14:paraId="795C4FEF" w14:textId="77777777" w:rsidR="00E86206" w:rsidRPr="00E86206" w:rsidRDefault="00E86206" w:rsidP="00E86206">
      <w:pPr>
        <w:ind w:left="288"/>
      </w:pPr>
    </w:p>
    <w:p w14:paraId="65737078" w14:textId="77777777" w:rsidR="00E86206" w:rsidRPr="00E86206" w:rsidRDefault="00E86206" w:rsidP="00E86206">
      <w:pPr>
        <w:ind w:left="288"/>
      </w:pPr>
      <w:r w:rsidRPr="00E86206">
        <w:t xml:space="preserve">What would a leader say </w:t>
      </w:r>
      <w:proofErr w:type="gramStart"/>
      <w:r w:rsidRPr="00E86206">
        <w:t>in</w:t>
      </w:r>
      <w:proofErr w:type="gramEnd"/>
      <w:r w:rsidRPr="00E86206">
        <w:t xml:space="preserve"> that moment?</w:t>
      </w:r>
    </w:p>
    <w:p w14:paraId="18AE941F" w14:textId="77777777" w:rsidR="00E86206" w:rsidRPr="00E86206" w:rsidRDefault="00E86206" w:rsidP="00E86206">
      <w:pPr>
        <w:ind w:left="288"/>
      </w:pPr>
    </w:p>
    <w:p w14:paraId="7C752BA5" w14:textId="77777777" w:rsidR="00E86206" w:rsidRPr="00E86206" w:rsidRDefault="00E86206" w:rsidP="00E86206">
      <w:pPr>
        <w:ind w:left="288"/>
      </w:pPr>
    </w:p>
    <w:p w14:paraId="36185699" w14:textId="77777777" w:rsidR="00E86206" w:rsidRPr="00E86206" w:rsidRDefault="00E86206" w:rsidP="00E86206">
      <w:pPr>
        <w:ind w:left="288"/>
      </w:pPr>
      <w:r w:rsidRPr="00E86206">
        <w:lastRenderedPageBreak/>
        <w:t>Scenario 3: High-Stress Deadline</w:t>
      </w:r>
    </w:p>
    <w:p w14:paraId="5EBEF695" w14:textId="77777777" w:rsidR="00E86206" w:rsidRPr="00E86206" w:rsidRDefault="00E86206" w:rsidP="00E86206">
      <w:pPr>
        <w:ind w:left="288"/>
      </w:pPr>
      <w:r w:rsidRPr="00E86206">
        <w:t xml:space="preserve">What is </w:t>
      </w:r>
      <w:proofErr w:type="gramStart"/>
      <w:r w:rsidRPr="00E86206">
        <w:t>actually in</w:t>
      </w:r>
      <w:proofErr w:type="gramEnd"/>
      <w:r w:rsidRPr="00E86206">
        <w:t xml:space="preserve"> my control?</w:t>
      </w:r>
    </w:p>
    <w:p w14:paraId="5F06AB83" w14:textId="77777777" w:rsidR="00E86206" w:rsidRPr="00E86206" w:rsidRDefault="00E86206" w:rsidP="00E86206">
      <w:pPr>
        <w:ind w:left="288"/>
      </w:pPr>
    </w:p>
    <w:p w14:paraId="1DEEA452" w14:textId="77777777" w:rsidR="00E86206" w:rsidRPr="00E86206" w:rsidRDefault="00E86206" w:rsidP="00E86206">
      <w:pPr>
        <w:ind w:left="288"/>
      </w:pPr>
      <w:r w:rsidRPr="00E86206">
        <w:t>What system could prevent this problem in the future?</w:t>
      </w:r>
    </w:p>
    <w:p w14:paraId="6722AE8F" w14:textId="77777777" w:rsidR="00E86206" w:rsidRPr="00E86206" w:rsidRDefault="00E86206" w:rsidP="00E86206">
      <w:pPr>
        <w:ind w:left="288"/>
      </w:pPr>
    </w:p>
    <w:p w14:paraId="388F9CCF" w14:textId="77777777" w:rsidR="00E86206" w:rsidRPr="00E86206" w:rsidRDefault="00E86206" w:rsidP="00E86206">
      <w:pPr>
        <w:ind w:left="288"/>
      </w:pPr>
    </w:p>
    <w:p w14:paraId="43B7CB27" w14:textId="787F8A83" w:rsidR="00651DE4" w:rsidRDefault="00E86206" w:rsidP="00E86206">
      <w:r w:rsidRPr="00E86206">
        <w:t>You can create many more scenarios from your real situations at work and home.</w:t>
      </w:r>
    </w:p>
    <w:p w14:paraId="7CF96996" w14:textId="77777777" w:rsidR="00651DE4" w:rsidRDefault="00000000">
      <w:pPr>
        <w:ind w:firstLine="360"/>
      </w:pPr>
      <w:r>
        <w:t>[Glossary]</w:t>
      </w:r>
    </w:p>
    <w:p w14:paraId="442C6F69" w14:textId="77777777" w:rsidR="00562225" w:rsidRPr="00562225" w:rsidRDefault="00562225" w:rsidP="00562225">
      <w:pPr>
        <w:ind w:left="288"/>
      </w:pPr>
      <w:r w:rsidRPr="00562225">
        <w:t xml:space="preserve">This is a quick guide you can flip </w:t>
      </w:r>
      <w:proofErr w:type="gramStart"/>
      <w:r w:rsidRPr="00562225">
        <w:t>to</w:t>
      </w:r>
      <w:proofErr w:type="gramEnd"/>
      <w:r w:rsidRPr="00562225">
        <w:t xml:space="preserve"> anytime.</w:t>
      </w:r>
    </w:p>
    <w:p w14:paraId="77BADD4B" w14:textId="77777777" w:rsidR="00562225" w:rsidRPr="00562225" w:rsidRDefault="00562225" w:rsidP="00562225">
      <w:pPr>
        <w:ind w:left="288"/>
      </w:pPr>
      <w:r w:rsidRPr="00562225">
        <w:t>Resilient Mindset: The ability to see setbacks as chances to grow, not reasons to quit.</w:t>
      </w:r>
    </w:p>
    <w:p w14:paraId="56C87164" w14:textId="77777777" w:rsidR="00562225" w:rsidRPr="00562225" w:rsidRDefault="00562225" w:rsidP="00562225">
      <w:pPr>
        <w:ind w:left="288"/>
      </w:pPr>
      <w:r w:rsidRPr="00562225">
        <w:t>Intentional Action: Doing things on purpose, guided by your values and goals.</w:t>
      </w:r>
    </w:p>
    <w:p w14:paraId="62B2FFF0" w14:textId="77777777" w:rsidR="00562225" w:rsidRPr="00562225" w:rsidRDefault="00562225" w:rsidP="00562225">
      <w:pPr>
        <w:ind w:left="288"/>
      </w:pPr>
      <w:r w:rsidRPr="00562225">
        <w:t>Strength Through Struggle: Gaining wisdom and toughness by facing difficulty rather than avoiding it.</w:t>
      </w:r>
    </w:p>
    <w:p w14:paraId="081188A3" w14:textId="77777777" w:rsidR="00562225" w:rsidRPr="00562225" w:rsidRDefault="00562225" w:rsidP="00562225">
      <w:pPr>
        <w:ind w:left="288"/>
      </w:pPr>
      <w:r w:rsidRPr="00562225">
        <w:t>Empowered Leadership: Leading yourself and others with clarity, confidence, and responsibility.</w:t>
      </w:r>
    </w:p>
    <w:p w14:paraId="23B37EA7" w14:textId="77777777" w:rsidR="00562225" w:rsidRPr="00562225" w:rsidRDefault="00562225" w:rsidP="00562225">
      <w:pPr>
        <w:ind w:left="288"/>
      </w:pPr>
      <w:r w:rsidRPr="00562225">
        <w:t>Ownership: Taking responsibility for your part in any situation, rather than blaming others.</w:t>
      </w:r>
    </w:p>
    <w:p w14:paraId="380E914E" w14:textId="77777777" w:rsidR="00562225" w:rsidRPr="00562225" w:rsidRDefault="00562225" w:rsidP="00562225">
      <w:pPr>
        <w:ind w:left="288"/>
      </w:pPr>
      <w:r w:rsidRPr="00562225">
        <w:t>Mental Model: A way of seeing and thinking about a situation that guides your decisions.</w:t>
      </w:r>
    </w:p>
    <w:p w14:paraId="21E91F80" w14:textId="77777777" w:rsidR="00562225" w:rsidRPr="00562225" w:rsidRDefault="00562225" w:rsidP="00562225">
      <w:pPr>
        <w:ind w:left="288"/>
      </w:pPr>
      <w:r w:rsidRPr="00562225">
        <w:t>Emotional Regulation: The skill of managing your emotions so they don’t control your actions.</w:t>
      </w:r>
    </w:p>
    <w:p w14:paraId="076A33E4" w14:textId="77777777" w:rsidR="00562225" w:rsidRPr="00562225" w:rsidRDefault="00562225" w:rsidP="00562225">
      <w:pPr>
        <w:ind w:left="288"/>
      </w:pPr>
      <w:r w:rsidRPr="00562225">
        <w:t>Standards: The level of behavior, effort, and integrity you demand of yourself.</w:t>
      </w:r>
    </w:p>
    <w:p w14:paraId="105562C2" w14:textId="77777777" w:rsidR="00562225" w:rsidRPr="00562225" w:rsidRDefault="00562225" w:rsidP="00562225">
      <w:pPr>
        <w:ind w:left="288"/>
      </w:pPr>
      <w:r w:rsidRPr="00562225">
        <w:t>Delegation: Assigning responsibility to others with clarity, trust, and accountability.</w:t>
      </w:r>
    </w:p>
    <w:p w14:paraId="36BA7768" w14:textId="77777777" w:rsidR="00562225" w:rsidRPr="00562225" w:rsidRDefault="00562225" w:rsidP="00562225">
      <w:pPr>
        <w:ind w:left="288"/>
      </w:pPr>
      <w:r w:rsidRPr="00562225">
        <w:t>Culture: The invisible set of norms and behaviors that define “how we do things here.”</w:t>
      </w:r>
    </w:p>
    <w:p w14:paraId="535FCE58" w14:textId="77777777" w:rsidR="00651DE4" w:rsidRDefault="00651DE4"/>
    <w:p w14:paraId="1D7BDC70" w14:textId="71C04765" w:rsidR="00651DE4" w:rsidRDefault="006D49B8">
      <w:pPr>
        <w:ind w:firstLine="360"/>
      </w:pPr>
      <w:r>
        <w:t>Series Page</w:t>
      </w:r>
    </w:p>
    <w:p w14:paraId="40CCA800" w14:textId="77777777" w:rsidR="00AD051C" w:rsidRPr="00AD051C" w:rsidRDefault="00AD051C" w:rsidP="00AD051C">
      <w:pPr>
        <w:ind w:left="288"/>
      </w:pPr>
      <w:r w:rsidRPr="00AD051C">
        <w:t>8. Series Page — The Resilient Leadership Series™</w:t>
      </w:r>
    </w:p>
    <w:p w14:paraId="0655E630" w14:textId="77777777" w:rsidR="00AD051C" w:rsidRPr="00AD051C" w:rsidRDefault="00AD051C" w:rsidP="00AD051C">
      <w:pPr>
        <w:ind w:left="288"/>
      </w:pPr>
      <w:r w:rsidRPr="00AD051C">
        <w:t>Add this near the back of the book.</w:t>
      </w:r>
    </w:p>
    <w:p w14:paraId="286C7F47" w14:textId="77777777" w:rsidR="00AD051C" w:rsidRPr="00AD051C" w:rsidRDefault="00AD051C" w:rsidP="00AD051C">
      <w:pPr>
        <w:ind w:left="288"/>
      </w:pPr>
      <w:proofErr w:type="gramStart"/>
      <w:r w:rsidRPr="00AD051C">
        <w:t>Also</w:t>
      </w:r>
      <w:proofErr w:type="gramEnd"/>
      <w:r w:rsidRPr="00AD051C">
        <w:t xml:space="preserve"> by Ray Lowe Sr.</w:t>
      </w:r>
    </w:p>
    <w:p w14:paraId="655B9757" w14:textId="77777777" w:rsidR="00AD051C" w:rsidRPr="00AD051C" w:rsidRDefault="00AD051C" w:rsidP="00AD051C">
      <w:pPr>
        <w:ind w:left="288"/>
      </w:pPr>
      <w:r w:rsidRPr="00AD051C">
        <w:t>Resilient: My Quest to $100</w:t>
      </w:r>
      <w:r w:rsidRPr="00AD051C">
        <w:br/>
        <w:t>A powerful true story of adversity, grit, and transformation — the memoir that inspired the entire Resilient Leadership Series.</w:t>
      </w:r>
    </w:p>
    <w:p w14:paraId="05C9C890" w14:textId="77777777" w:rsidR="00AD051C" w:rsidRPr="00AD051C" w:rsidRDefault="00AD051C" w:rsidP="00AD051C">
      <w:pPr>
        <w:ind w:left="288"/>
      </w:pPr>
      <w:r w:rsidRPr="00AD051C">
        <w:t>Leadership Mastery</w:t>
      </w:r>
      <w:r w:rsidRPr="00AD051C">
        <w:br/>
        <w:t>A 30-Day Resilience-Based Leadership Program for adults.</w:t>
      </w:r>
      <w:r w:rsidRPr="00AD051C">
        <w:br/>
        <w:t>Builds discipline, emotional strength, habits, and leadership confidence from the inside out.</w:t>
      </w:r>
    </w:p>
    <w:p w14:paraId="291FFBA1" w14:textId="77777777" w:rsidR="00AD051C" w:rsidRPr="00AD051C" w:rsidRDefault="00AD051C" w:rsidP="00AD051C">
      <w:pPr>
        <w:ind w:left="288"/>
      </w:pPr>
      <w:r w:rsidRPr="00AD051C">
        <w:t>Future Leaders</w:t>
      </w:r>
      <w:r w:rsidRPr="00AD051C">
        <w:br/>
        <w:t>A 12-Week Leadership &amp; Resilience Program for Teens.</w:t>
      </w:r>
      <w:r w:rsidRPr="00AD051C">
        <w:br/>
        <w:t>A teen-ready curriculum used by schools and youth organizations to develop strong, confident, purposeful young leaders.</w:t>
      </w:r>
    </w:p>
    <w:p w14:paraId="4B05159F" w14:textId="77777777" w:rsidR="00AD051C" w:rsidRPr="00AD051C" w:rsidRDefault="00AD051C" w:rsidP="00AD051C">
      <w:pPr>
        <w:ind w:left="288"/>
      </w:pPr>
      <w:r w:rsidRPr="00AD051C">
        <w:t>Workbooks &amp; Journals</w:t>
      </w:r>
    </w:p>
    <w:p w14:paraId="1D1B4F34" w14:textId="77777777" w:rsidR="00AD051C" w:rsidRPr="00AD051C" w:rsidRDefault="00AD051C" w:rsidP="00AD051C">
      <w:pPr>
        <w:ind w:left="288"/>
      </w:pPr>
      <w:r w:rsidRPr="00AD051C">
        <w:t>Leadership Mastery Workbook (8.5×11)</w:t>
      </w:r>
    </w:p>
    <w:p w14:paraId="3BBA3A95" w14:textId="77777777" w:rsidR="00AD051C" w:rsidRPr="00AD051C" w:rsidRDefault="00AD051C" w:rsidP="00AD051C">
      <w:pPr>
        <w:ind w:left="288"/>
      </w:pPr>
      <w:r w:rsidRPr="00AD051C">
        <w:t>Leadership Mastery 30-Day Journal (6×9)</w:t>
      </w:r>
    </w:p>
    <w:p w14:paraId="726644E9" w14:textId="77777777" w:rsidR="00AD051C" w:rsidRPr="00AD051C" w:rsidRDefault="00AD051C" w:rsidP="00AD051C">
      <w:pPr>
        <w:ind w:left="288"/>
      </w:pPr>
      <w:r w:rsidRPr="00AD051C">
        <w:t>Future Leaders Workbook (</w:t>
      </w:r>
      <w:proofErr w:type="gramStart"/>
      <w:r w:rsidRPr="00AD051C">
        <w:t>8.5×11</w:t>
      </w:r>
      <w:proofErr w:type="gramEnd"/>
      <w:r w:rsidRPr="00AD051C">
        <w:t>)</w:t>
      </w:r>
    </w:p>
    <w:p w14:paraId="586E963B" w14:textId="77777777" w:rsidR="00AD051C" w:rsidRPr="00AD051C" w:rsidRDefault="00AD051C" w:rsidP="00AD051C">
      <w:pPr>
        <w:ind w:left="288"/>
      </w:pPr>
      <w:r w:rsidRPr="00AD051C">
        <w:t>Future Leaders Guided Journal (6×9)</w:t>
      </w:r>
    </w:p>
    <w:p w14:paraId="25862B61" w14:textId="77777777" w:rsidR="00AD051C" w:rsidRDefault="00AD051C" w:rsidP="00AD051C">
      <w:pPr>
        <w:ind w:left="288"/>
      </w:pPr>
      <w:r w:rsidRPr="00AD051C">
        <w:t>Look for them on Amazon by searching:</w:t>
      </w:r>
      <w:r w:rsidRPr="00AD051C">
        <w:br/>
        <w:t>“Ray Lowe Sr Resilient Leadership Series.”</w:t>
      </w:r>
    </w:p>
    <w:p w14:paraId="6006BE42" w14:textId="77777777" w:rsidR="0089234E" w:rsidRDefault="0089234E" w:rsidP="00AD051C">
      <w:pPr>
        <w:ind w:left="288"/>
      </w:pPr>
    </w:p>
    <w:p w14:paraId="7912E0C9" w14:textId="77777777" w:rsidR="0089234E" w:rsidRPr="00AD051C" w:rsidRDefault="0089234E" w:rsidP="00AD051C">
      <w:pPr>
        <w:ind w:left="288"/>
      </w:pPr>
    </w:p>
    <w:p w14:paraId="273AE8D4" w14:textId="77777777" w:rsidR="00AD051C" w:rsidRPr="00AD051C" w:rsidRDefault="00AD051C" w:rsidP="00AD051C">
      <w:pPr>
        <w:ind w:left="288"/>
      </w:pPr>
    </w:p>
    <w:p w14:paraId="14637C53" w14:textId="77777777" w:rsidR="00651DE4" w:rsidRDefault="00651DE4"/>
    <w:p w14:paraId="47A53985" w14:textId="77777777" w:rsidR="00651DE4" w:rsidRDefault="00000000">
      <w:pPr>
        <w:ind w:firstLine="360"/>
      </w:pPr>
      <w:r>
        <w:t>[About the Author]</w:t>
      </w:r>
    </w:p>
    <w:p w14:paraId="210CFBB3" w14:textId="77777777" w:rsidR="00AA7619" w:rsidRPr="00AA7619" w:rsidRDefault="00AA7619" w:rsidP="00AA7619">
      <w:pPr>
        <w:ind w:left="288"/>
      </w:pPr>
      <w:r w:rsidRPr="00AA7619">
        <w:lastRenderedPageBreak/>
        <w:t xml:space="preserve">Ray Lowe Sr. is an author, speaker, and </w:t>
      </w:r>
      <w:proofErr w:type="gramStart"/>
      <w:r w:rsidRPr="00AA7619">
        <w:t>resilience</w:t>
      </w:r>
      <w:proofErr w:type="gramEnd"/>
      <w:r w:rsidRPr="00AA7619">
        <w:t xml:space="preserve"> educator who helps people build mental toughness, emotional strength, and practical leadership skills.</w:t>
      </w:r>
    </w:p>
    <w:p w14:paraId="0A20C8B0" w14:textId="77777777" w:rsidR="00AA7619" w:rsidRPr="00AA7619" w:rsidRDefault="00AA7619" w:rsidP="00AA7619">
      <w:pPr>
        <w:ind w:left="288"/>
      </w:pPr>
      <w:r w:rsidRPr="00AA7619">
        <w:t>After overcoming significant personal challenges and walking through seasons of adversity, service, and self-discovery, Ray developed a simple but powerful framework for leadership based on resilience, discipline, and daily decisions.</w:t>
      </w:r>
    </w:p>
    <w:p w14:paraId="26BFC66E" w14:textId="77777777" w:rsidR="00AA7619" w:rsidRPr="00AA7619" w:rsidRDefault="00AA7619" w:rsidP="00AA7619">
      <w:pPr>
        <w:ind w:left="288"/>
      </w:pPr>
      <w:r w:rsidRPr="00AA7619">
        <w:t>Through the Resilient Leadership Series™, he writes and teaches for:</w:t>
      </w:r>
    </w:p>
    <w:p w14:paraId="262C302C" w14:textId="77777777" w:rsidR="00AA7619" w:rsidRPr="00AA7619" w:rsidRDefault="00AA7619" w:rsidP="00AA7619">
      <w:pPr>
        <w:ind w:left="288"/>
      </w:pPr>
      <w:r w:rsidRPr="00AA7619">
        <w:t>adults wanting to lead themselves more effectively</w:t>
      </w:r>
    </w:p>
    <w:p w14:paraId="0840C308" w14:textId="77777777" w:rsidR="00AA7619" w:rsidRPr="00AA7619" w:rsidRDefault="00AA7619" w:rsidP="00AA7619">
      <w:pPr>
        <w:ind w:left="288"/>
      </w:pPr>
      <w:proofErr w:type="gramStart"/>
      <w:r w:rsidRPr="00AA7619">
        <w:t>teens</w:t>
      </w:r>
      <w:proofErr w:type="gramEnd"/>
      <w:r w:rsidRPr="00AA7619">
        <w:t xml:space="preserve"> </w:t>
      </w:r>
      <w:proofErr w:type="gramStart"/>
      <w:r w:rsidRPr="00AA7619">
        <w:t>needing</w:t>
      </w:r>
      <w:proofErr w:type="gramEnd"/>
      <w:r w:rsidRPr="00AA7619">
        <w:t xml:space="preserve"> guidance and confidence</w:t>
      </w:r>
    </w:p>
    <w:p w14:paraId="3786C27A" w14:textId="77777777" w:rsidR="00AA7619" w:rsidRPr="00AA7619" w:rsidRDefault="00AA7619" w:rsidP="00AA7619">
      <w:pPr>
        <w:ind w:left="288"/>
      </w:pPr>
      <w:r w:rsidRPr="00AA7619">
        <w:t>schools and organizations focused on character and leadership development</w:t>
      </w:r>
    </w:p>
    <w:p w14:paraId="47DFA17B" w14:textId="77777777" w:rsidR="00AA7619" w:rsidRPr="00AA7619" w:rsidRDefault="00AA7619" w:rsidP="00AA7619">
      <w:pPr>
        <w:ind w:left="288"/>
      </w:pPr>
      <w:r w:rsidRPr="00AA7619">
        <w:t>Ray’s mission is straightforward:</w:t>
      </w:r>
      <w:r w:rsidRPr="00AA7619">
        <w:br/>
        <w:t xml:space="preserve">to equip people with the tools they need to </w:t>
      </w:r>
      <w:proofErr w:type="gramStart"/>
      <w:r w:rsidRPr="00AA7619">
        <w:t>rise —</w:t>
      </w:r>
      <w:proofErr w:type="gramEnd"/>
      <w:r w:rsidRPr="00AA7619">
        <w:t xml:space="preserve"> one decision at a time.</w:t>
      </w:r>
    </w:p>
    <w:p w14:paraId="151E68DB" w14:textId="77777777" w:rsidR="00651DE4" w:rsidRDefault="00651DE4"/>
    <w:p w14:paraId="4AA94C82" w14:textId="77777777" w:rsidR="00651DE4" w:rsidRDefault="00000000">
      <w:pPr>
        <w:ind w:firstLine="360"/>
      </w:pPr>
      <w:r>
        <w:t>[Closing Words]</w:t>
      </w:r>
    </w:p>
    <w:p w14:paraId="092A5B33" w14:textId="77777777" w:rsidR="00113FA3" w:rsidRPr="00113FA3" w:rsidRDefault="00113FA3" w:rsidP="00113FA3">
      <w:pPr>
        <w:ind w:left="288"/>
      </w:pPr>
      <w:r w:rsidRPr="00113FA3">
        <w:t>You can end the book with something simple and strong:</w:t>
      </w:r>
    </w:p>
    <w:p w14:paraId="38F9711F" w14:textId="77777777" w:rsidR="00113FA3" w:rsidRPr="00113FA3" w:rsidRDefault="00113FA3" w:rsidP="00113FA3">
      <w:pPr>
        <w:ind w:left="288"/>
      </w:pPr>
      <w:r w:rsidRPr="00113FA3">
        <w:t>Thank you for walking through this 30-day journey.</w:t>
      </w:r>
    </w:p>
    <w:p w14:paraId="54757193" w14:textId="77777777" w:rsidR="00113FA3" w:rsidRPr="00113FA3" w:rsidRDefault="00113FA3" w:rsidP="00113FA3">
      <w:pPr>
        <w:ind w:left="288"/>
      </w:pPr>
      <w:r w:rsidRPr="00113FA3">
        <w:t>You didn’t just read a book — you trained yourself.</w:t>
      </w:r>
    </w:p>
    <w:p w14:paraId="389300E6" w14:textId="77777777" w:rsidR="00113FA3" w:rsidRPr="00113FA3" w:rsidRDefault="00113FA3" w:rsidP="00113FA3">
      <w:pPr>
        <w:ind w:left="288"/>
      </w:pPr>
      <w:r w:rsidRPr="00113FA3">
        <w:t xml:space="preserve">Leadership isn’t about being perfect. It’s about showing up, being honest with yourself, </w:t>
      </w:r>
      <w:proofErr w:type="gramStart"/>
      <w:r w:rsidRPr="00113FA3">
        <w:t>course-correcting</w:t>
      </w:r>
      <w:proofErr w:type="gramEnd"/>
      <w:r w:rsidRPr="00113FA3">
        <w:t>, and continuing forward with integrity.</w:t>
      </w:r>
    </w:p>
    <w:p w14:paraId="7A9651FD" w14:textId="77777777" w:rsidR="00113FA3" w:rsidRPr="00113FA3" w:rsidRDefault="00113FA3" w:rsidP="00113FA3">
      <w:pPr>
        <w:ind w:left="288"/>
      </w:pPr>
      <w:r w:rsidRPr="00113FA3">
        <w:t>Keep using these tools.</w:t>
      </w:r>
      <w:r w:rsidRPr="00113FA3">
        <w:br/>
        <w:t>Keep leading yourself first.</w:t>
      </w:r>
      <w:r w:rsidRPr="00113FA3">
        <w:br/>
        <w:t>Keep rising.</w:t>
      </w:r>
    </w:p>
    <w:p w14:paraId="73D46053" w14:textId="77777777" w:rsidR="00113FA3" w:rsidRPr="00113FA3" w:rsidRDefault="00113FA3" w:rsidP="00113FA3">
      <w:pPr>
        <w:ind w:left="288"/>
      </w:pPr>
      <w:r w:rsidRPr="00113FA3">
        <w:t>Your story is not finished.</w:t>
      </w:r>
      <w:r w:rsidRPr="00113FA3">
        <w:br/>
        <w:t>Your leadership is needed.</w:t>
      </w:r>
    </w:p>
    <w:p w14:paraId="35805573" w14:textId="77777777" w:rsidR="00113FA3" w:rsidRPr="00113FA3" w:rsidRDefault="00113FA3" w:rsidP="00113FA3">
      <w:pPr>
        <w:ind w:left="288"/>
      </w:pPr>
      <w:r w:rsidRPr="00113FA3">
        <w:t>— Ray Lowe Sr.</w:t>
      </w:r>
    </w:p>
    <w:p w14:paraId="5BE904D8" w14:textId="10DCFEDF" w:rsidR="00651DE4" w:rsidRDefault="00651DE4" w:rsidP="00113FA3">
      <w:pPr>
        <w:ind w:firstLine="360"/>
      </w:pPr>
    </w:p>
    <w:sectPr w:rsidR="00651DE4" w:rsidSect="005329B4">
      <w:footerReference w:type="default" r:id="rId8"/>
      <w:pgSz w:w="8640" w:h="12960"/>
      <w:pgMar w:top="1080" w:right="720" w:bottom="1080" w:left="108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A2CAE" w14:textId="77777777" w:rsidR="0034284B" w:rsidRDefault="0034284B" w:rsidP="00F05E22">
      <w:pPr>
        <w:spacing w:after="0" w:line="240" w:lineRule="auto"/>
      </w:pPr>
      <w:r>
        <w:separator/>
      </w:r>
    </w:p>
  </w:endnote>
  <w:endnote w:type="continuationSeparator" w:id="0">
    <w:p w14:paraId="65B58036" w14:textId="77777777" w:rsidR="0034284B" w:rsidRDefault="0034284B" w:rsidP="00F05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3248646"/>
      <w:docPartObj>
        <w:docPartGallery w:val="Page Numbers (Bottom of Page)"/>
        <w:docPartUnique/>
      </w:docPartObj>
    </w:sdtPr>
    <w:sdtEndPr>
      <w:rPr>
        <w:noProof/>
      </w:rPr>
    </w:sdtEndPr>
    <w:sdtContent>
      <w:p w14:paraId="4D602948" w14:textId="01007557" w:rsidR="007D3C61" w:rsidRDefault="007D3C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C2BC50" w14:textId="77777777" w:rsidR="007D3C61" w:rsidRDefault="007D3C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49FB4" w14:textId="77777777" w:rsidR="0034284B" w:rsidRDefault="0034284B" w:rsidP="00F05E22">
      <w:pPr>
        <w:spacing w:after="0" w:line="240" w:lineRule="auto"/>
      </w:pPr>
      <w:r>
        <w:separator/>
      </w:r>
    </w:p>
  </w:footnote>
  <w:footnote w:type="continuationSeparator" w:id="0">
    <w:p w14:paraId="718952BF" w14:textId="77777777" w:rsidR="0034284B" w:rsidRDefault="0034284B" w:rsidP="00F05E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B85068"/>
    <w:multiLevelType w:val="multilevel"/>
    <w:tmpl w:val="E65E2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D90885"/>
    <w:multiLevelType w:val="multilevel"/>
    <w:tmpl w:val="25EC1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DB2E74"/>
    <w:multiLevelType w:val="multilevel"/>
    <w:tmpl w:val="9BD8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1A4928"/>
    <w:multiLevelType w:val="multilevel"/>
    <w:tmpl w:val="7E36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3C5797"/>
    <w:multiLevelType w:val="multilevel"/>
    <w:tmpl w:val="FC8AD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033856"/>
    <w:multiLevelType w:val="multilevel"/>
    <w:tmpl w:val="FFF88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4E0996"/>
    <w:multiLevelType w:val="multilevel"/>
    <w:tmpl w:val="FB30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DE7279"/>
    <w:multiLevelType w:val="multilevel"/>
    <w:tmpl w:val="B1AC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C672A7"/>
    <w:multiLevelType w:val="multilevel"/>
    <w:tmpl w:val="7206F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5C686D"/>
    <w:multiLevelType w:val="multilevel"/>
    <w:tmpl w:val="EEA6D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38027F"/>
    <w:multiLevelType w:val="multilevel"/>
    <w:tmpl w:val="EECCA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6C1D9C"/>
    <w:multiLevelType w:val="multilevel"/>
    <w:tmpl w:val="416AF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1A037E"/>
    <w:multiLevelType w:val="multilevel"/>
    <w:tmpl w:val="30F6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364D3D"/>
    <w:multiLevelType w:val="multilevel"/>
    <w:tmpl w:val="D97CF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80653A"/>
    <w:multiLevelType w:val="multilevel"/>
    <w:tmpl w:val="47421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0E2CD0"/>
    <w:multiLevelType w:val="multilevel"/>
    <w:tmpl w:val="D242D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7515DA"/>
    <w:multiLevelType w:val="multilevel"/>
    <w:tmpl w:val="137E3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EF4272"/>
    <w:multiLevelType w:val="multilevel"/>
    <w:tmpl w:val="ABB82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0BD75C7"/>
    <w:multiLevelType w:val="multilevel"/>
    <w:tmpl w:val="2954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87383F"/>
    <w:multiLevelType w:val="multilevel"/>
    <w:tmpl w:val="2646B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D84AD9"/>
    <w:multiLevelType w:val="multilevel"/>
    <w:tmpl w:val="3E1C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1578EB"/>
    <w:multiLevelType w:val="multilevel"/>
    <w:tmpl w:val="55120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6339C7"/>
    <w:multiLevelType w:val="multilevel"/>
    <w:tmpl w:val="84ECD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0F5DF6"/>
    <w:multiLevelType w:val="multilevel"/>
    <w:tmpl w:val="F0F0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2867A3"/>
    <w:multiLevelType w:val="multilevel"/>
    <w:tmpl w:val="5406F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1D7C09"/>
    <w:multiLevelType w:val="multilevel"/>
    <w:tmpl w:val="66205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3C4BA8"/>
    <w:multiLevelType w:val="multilevel"/>
    <w:tmpl w:val="6A6AC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77581E"/>
    <w:multiLevelType w:val="multilevel"/>
    <w:tmpl w:val="9718E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93111CD"/>
    <w:multiLevelType w:val="multilevel"/>
    <w:tmpl w:val="3276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98E0B6A"/>
    <w:multiLevelType w:val="multilevel"/>
    <w:tmpl w:val="18FC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9356D6"/>
    <w:multiLevelType w:val="multilevel"/>
    <w:tmpl w:val="3EE40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8028BE"/>
    <w:multiLevelType w:val="multilevel"/>
    <w:tmpl w:val="621A0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EF2298"/>
    <w:multiLevelType w:val="multilevel"/>
    <w:tmpl w:val="D9AC1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1B7398"/>
    <w:multiLevelType w:val="multilevel"/>
    <w:tmpl w:val="B568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D401D1"/>
    <w:multiLevelType w:val="multilevel"/>
    <w:tmpl w:val="BAA27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7370A3"/>
    <w:multiLevelType w:val="multilevel"/>
    <w:tmpl w:val="C7FC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8C352FB"/>
    <w:multiLevelType w:val="multilevel"/>
    <w:tmpl w:val="3DCC1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970E80"/>
    <w:multiLevelType w:val="multilevel"/>
    <w:tmpl w:val="03D8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F270AD5"/>
    <w:multiLevelType w:val="multilevel"/>
    <w:tmpl w:val="8A4A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01B0829"/>
    <w:multiLevelType w:val="multilevel"/>
    <w:tmpl w:val="9B102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0F11A21"/>
    <w:multiLevelType w:val="hybridMultilevel"/>
    <w:tmpl w:val="2DD6D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29102BB"/>
    <w:multiLevelType w:val="multilevel"/>
    <w:tmpl w:val="F4806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3E74730"/>
    <w:multiLevelType w:val="multilevel"/>
    <w:tmpl w:val="6482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5213730"/>
    <w:multiLevelType w:val="multilevel"/>
    <w:tmpl w:val="F4AA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1C6712"/>
    <w:multiLevelType w:val="multilevel"/>
    <w:tmpl w:val="DD1E4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8F1350"/>
    <w:multiLevelType w:val="multilevel"/>
    <w:tmpl w:val="1518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9EC20B7"/>
    <w:multiLevelType w:val="multilevel"/>
    <w:tmpl w:val="9BEE9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B1368B5"/>
    <w:multiLevelType w:val="multilevel"/>
    <w:tmpl w:val="60B2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C5B7884"/>
    <w:multiLevelType w:val="multilevel"/>
    <w:tmpl w:val="8766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EF2CB1"/>
    <w:multiLevelType w:val="multilevel"/>
    <w:tmpl w:val="8BB41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5C536D"/>
    <w:multiLevelType w:val="multilevel"/>
    <w:tmpl w:val="727EC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FC16BFA"/>
    <w:multiLevelType w:val="multilevel"/>
    <w:tmpl w:val="34784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2283134">
    <w:abstractNumId w:val="8"/>
  </w:num>
  <w:num w:numId="2" w16cid:durableId="1235045771">
    <w:abstractNumId w:val="6"/>
  </w:num>
  <w:num w:numId="3" w16cid:durableId="2026052036">
    <w:abstractNumId w:val="5"/>
  </w:num>
  <w:num w:numId="4" w16cid:durableId="804545403">
    <w:abstractNumId w:val="4"/>
  </w:num>
  <w:num w:numId="5" w16cid:durableId="2098205903">
    <w:abstractNumId w:val="7"/>
  </w:num>
  <w:num w:numId="6" w16cid:durableId="74017717">
    <w:abstractNumId w:val="3"/>
  </w:num>
  <w:num w:numId="7" w16cid:durableId="1235699086">
    <w:abstractNumId w:val="2"/>
  </w:num>
  <w:num w:numId="8" w16cid:durableId="1450975736">
    <w:abstractNumId w:val="1"/>
  </w:num>
  <w:num w:numId="9" w16cid:durableId="1336231317">
    <w:abstractNumId w:val="0"/>
  </w:num>
  <w:num w:numId="10" w16cid:durableId="1123501321">
    <w:abstractNumId w:val="24"/>
  </w:num>
  <w:num w:numId="11" w16cid:durableId="679431843">
    <w:abstractNumId w:val="39"/>
  </w:num>
  <w:num w:numId="12" w16cid:durableId="1591770820">
    <w:abstractNumId w:val="54"/>
  </w:num>
  <w:num w:numId="13" w16cid:durableId="1434325909">
    <w:abstractNumId w:val="56"/>
  </w:num>
  <w:num w:numId="14" w16cid:durableId="471024868">
    <w:abstractNumId w:val="52"/>
  </w:num>
  <w:num w:numId="15" w16cid:durableId="237179322">
    <w:abstractNumId w:val="45"/>
  </w:num>
  <w:num w:numId="16" w16cid:durableId="2067877391">
    <w:abstractNumId w:val="36"/>
  </w:num>
  <w:num w:numId="17" w16cid:durableId="503057664">
    <w:abstractNumId w:val="53"/>
  </w:num>
  <w:num w:numId="18" w16cid:durableId="2028362888">
    <w:abstractNumId w:val="59"/>
  </w:num>
  <w:num w:numId="19" w16cid:durableId="2120877690">
    <w:abstractNumId w:val="35"/>
  </w:num>
  <w:num w:numId="20" w16cid:durableId="2043090572">
    <w:abstractNumId w:val="60"/>
  </w:num>
  <w:num w:numId="21" w16cid:durableId="1375538813">
    <w:abstractNumId w:val="14"/>
  </w:num>
  <w:num w:numId="22" w16cid:durableId="1351683155">
    <w:abstractNumId w:val="32"/>
  </w:num>
  <w:num w:numId="23" w16cid:durableId="1896775354">
    <w:abstractNumId w:val="51"/>
  </w:num>
  <w:num w:numId="24" w16cid:durableId="69474519">
    <w:abstractNumId w:val="10"/>
  </w:num>
  <w:num w:numId="25" w16cid:durableId="1900700663">
    <w:abstractNumId w:val="26"/>
  </w:num>
  <w:num w:numId="26" w16cid:durableId="1645425493">
    <w:abstractNumId w:val="46"/>
  </w:num>
  <w:num w:numId="27" w16cid:durableId="70734891">
    <w:abstractNumId w:val="11"/>
  </w:num>
  <w:num w:numId="28" w16cid:durableId="501050651">
    <w:abstractNumId w:val="37"/>
  </w:num>
  <w:num w:numId="29" w16cid:durableId="1617255560">
    <w:abstractNumId w:val="55"/>
  </w:num>
  <w:num w:numId="30" w16cid:durableId="1358313936">
    <w:abstractNumId w:val="13"/>
  </w:num>
  <w:num w:numId="31" w16cid:durableId="1182738784">
    <w:abstractNumId w:val="25"/>
  </w:num>
  <w:num w:numId="32" w16cid:durableId="748236985">
    <w:abstractNumId w:val="18"/>
  </w:num>
  <w:num w:numId="33" w16cid:durableId="398554396">
    <w:abstractNumId w:val="44"/>
  </w:num>
  <w:num w:numId="34" w16cid:durableId="1922522681">
    <w:abstractNumId w:val="57"/>
  </w:num>
  <w:num w:numId="35" w16cid:durableId="1800487767">
    <w:abstractNumId w:val="50"/>
  </w:num>
  <w:num w:numId="36" w16cid:durableId="961427123">
    <w:abstractNumId w:val="15"/>
  </w:num>
  <w:num w:numId="37" w16cid:durableId="929506950">
    <w:abstractNumId w:val="43"/>
  </w:num>
  <w:num w:numId="38" w16cid:durableId="1332562432">
    <w:abstractNumId w:val="21"/>
  </w:num>
  <w:num w:numId="39" w16cid:durableId="537358985">
    <w:abstractNumId w:val="22"/>
  </w:num>
  <w:num w:numId="40" w16cid:durableId="1321926873">
    <w:abstractNumId w:val="34"/>
  </w:num>
  <w:num w:numId="41" w16cid:durableId="1871455955">
    <w:abstractNumId w:val="31"/>
  </w:num>
  <w:num w:numId="42" w16cid:durableId="1747871606">
    <w:abstractNumId w:val="23"/>
  </w:num>
  <w:num w:numId="43" w16cid:durableId="873730658">
    <w:abstractNumId w:val="30"/>
  </w:num>
  <w:num w:numId="44" w16cid:durableId="1939413090">
    <w:abstractNumId w:val="47"/>
  </w:num>
  <w:num w:numId="45" w16cid:durableId="1362315526">
    <w:abstractNumId w:val="48"/>
  </w:num>
  <w:num w:numId="46" w16cid:durableId="135421188">
    <w:abstractNumId w:val="27"/>
  </w:num>
  <w:num w:numId="47" w16cid:durableId="642975420">
    <w:abstractNumId w:val="28"/>
  </w:num>
  <w:num w:numId="48" w16cid:durableId="1687561772">
    <w:abstractNumId w:val="9"/>
  </w:num>
  <w:num w:numId="49" w16cid:durableId="1204555719">
    <w:abstractNumId w:val="19"/>
  </w:num>
  <w:num w:numId="50" w16cid:durableId="1639452567">
    <w:abstractNumId w:val="38"/>
  </w:num>
  <w:num w:numId="51" w16cid:durableId="1737044006">
    <w:abstractNumId w:val="29"/>
  </w:num>
  <w:num w:numId="52" w16cid:durableId="250235735">
    <w:abstractNumId w:val="41"/>
  </w:num>
  <w:num w:numId="53" w16cid:durableId="781924036">
    <w:abstractNumId w:val="12"/>
  </w:num>
  <w:num w:numId="54" w16cid:durableId="1973360092">
    <w:abstractNumId w:val="20"/>
  </w:num>
  <w:num w:numId="55" w16cid:durableId="110049984">
    <w:abstractNumId w:val="40"/>
  </w:num>
  <w:num w:numId="56" w16cid:durableId="1211457405">
    <w:abstractNumId w:val="16"/>
  </w:num>
  <w:num w:numId="57" w16cid:durableId="1857184689">
    <w:abstractNumId w:val="17"/>
  </w:num>
  <w:num w:numId="58" w16cid:durableId="170066339">
    <w:abstractNumId w:val="33"/>
  </w:num>
  <w:num w:numId="59" w16cid:durableId="1443766051">
    <w:abstractNumId w:val="58"/>
  </w:num>
  <w:num w:numId="60" w16cid:durableId="511457743">
    <w:abstractNumId w:val="42"/>
  </w:num>
  <w:num w:numId="61" w16cid:durableId="130727399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17FF"/>
    <w:rsid w:val="00034616"/>
    <w:rsid w:val="00050C7F"/>
    <w:rsid w:val="000578BB"/>
    <w:rsid w:val="0006063C"/>
    <w:rsid w:val="000740D4"/>
    <w:rsid w:val="00097EBE"/>
    <w:rsid w:val="000A7060"/>
    <w:rsid w:val="000F0205"/>
    <w:rsid w:val="00113FA3"/>
    <w:rsid w:val="00115DE3"/>
    <w:rsid w:val="0015074B"/>
    <w:rsid w:val="00153D0A"/>
    <w:rsid w:val="00164AF5"/>
    <w:rsid w:val="00173E73"/>
    <w:rsid w:val="00194376"/>
    <w:rsid w:val="001C0E48"/>
    <w:rsid w:val="001D26AC"/>
    <w:rsid w:val="001D3C7B"/>
    <w:rsid w:val="001D7B28"/>
    <w:rsid w:val="00202EC9"/>
    <w:rsid w:val="002070D9"/>
    <w:rsid w:val="00243C37"/>
    <w:rsid w:val="00260D06"/>
    <w:rsid w:val="00272253"/>
    <w:rsid w:val="00287E63"/>
    <w:rsid w:val="002959B4"/>
    <w:rsid w:val="0029639D"/>
    <w:rsid w:val="002B1E81"/>
    <w:rsid w:val="0031229A"/>
    <w:rsid w:val="00326F90"/>
    <w:rsid w:val="0034199F"/>
    <w:rsid w:val="0034284B"/>
    <w:rsid w:val="00351D09"/>
    <w:rsid w:val="0036349E"/>
    <w:rsid w:val="003B4787"/>
    <w:rsid w:val="003E105F"/>
    <w:rsid w:val="00454E67"/>
    <w:rsid w:val="00464A77"/>
    <w:rsid w:val="00465F26"/>
    <w:rsid w:val="00487FCB"/>
    <w:rsid w:val="004A10D2"/>
    <w:rsid w:val="004B1ADF"/>
    <w:rsid w:val="004C046C"/>
    <w:rsid w:val="004C0C6A"/>
    <w:rsid w:val="004C1F13"/>
    <w:rsid w:val="004D37AD"/>
    <w:rsid w:val="004D4DA0"/>
    <w:rsid w:val="005329B4"/>
    <w:rsid w:val="00556A03"/>
    <w:rsid w:val="00562225"/>
    <w:rsid w:val="0057619D"/>
    <w:rsid w:val="00582C13"/>
    <w:rsid w:val="00587C16"/>
    <w:rsid w:val="005B2237"/>
    <w:rsid w:val="005C3F24"/>
    <w:rsid w:val="005E0B8E"/>
    <w:rsid w:val="0060470E"/>
    <w:rsid w:val="00636D9D"/>
    <w:rsid w:val="00643B96"/>
    <w:rsid w:val="00644E44"/>
    <w:rsid w:val="00651DE4"/>
    <w:rsid w:val="006872A7"/>
    <w:rsid w:val="006B62FE"/>
    <w:rsid w:val="006D49B8"/>
    <w:rsid w:val="006D6905"/>
    <w:rsid w:val="006F7425"/>
    <w:rsid w:val="00702276"/>
    <w:rsid w:val="00717577"/>
    <w:rsid w:val="00722FEB"/>
    <w:rsid w:val="00723BFB"/>
    <w:rsid w:val="00741BD0"/>
    <w:rsid w:val="007741CD"/>
    <w:rsid w:val="007915EC"/>
    <w:rsid w:val="00794BAE"/>
    <w:rsid w:val="007959C4"/>
    <w:rsid w:val="007A1823"/>
    <w:rsid w:val="007B041F"/>
    <w:rsid w:val="007B18E1"/>
    <w:rsid w:val="007D06E0"/>
    <w:rsid w:val="007D3C61"/>
    <w:rsid w:val="007F3DB7"/>
    <w:rsid w:val="007F7788"/>
    <w:rsid w:val="0081001F"/>
    <w:rsid w:val="00824F21"/>
    <w:rsid w:val="008432AA"/>
    <w:rsid w:val="0086299A"/>
    <w:rsid w:val="00880B39"/>
    <w:rsid w:val="00884ED3"/>
    <w:rsid w:val="00892072"/>
    <w:rsid w:val="0089234E"/>
    <w:rsid w:val="0089338F"/>
    <w:rsid w:val="008B7ED3"/>
    <w:rsid w:val="008E5580"/>
    <w:rsid w:val="00933CF4"/>
    <w:rsid w:val="00950BCC"/>
    <w:rsid w:val="00956F5C"/>
    <w:rsid w:val="00962A99"/>
    <w:rsid w:val="009716BE"/>
    <w:rsid w:val="00983C49"/>
    <w:rsid w:val="009F5541"/>
    <w:rsid w:val="00A10F69"/>
    <w:rsid w:val="00A13920"/>
    <w:rsid w:val="00A1516F"/>
    <w:rsid w:val="00A35E61"/>
    <w:rsid w:val="00A42289"/>
    <w:rsid w:val="00A43EAF"/>
    <w:rsid w:val="00A50648"/>
    <w:rsid w:val="00A56C68"/>
    <w:rsid w:val="00A65337"/>
    <w:rsid w:val="00A82A4C"/>
    <w:rsid w:val="00A87184"/>
    <w:rsid w:val="00A94836"/>
    <w:rsid w:val="00AA0B24"/>
    <w:rsid w:val="00AA1D8D"/>
    <w:rsid w:val="00AA7619"/>
    <w:rsid w:val="00AD051C"/>
    <w:rsid w:val="00AD57EF"/>
    <w:rsid w:val="00AE3185"/>
    <w:rsid w:val="00B1078B"/>
    <w:rsid w:val="00B12D36"/>
    <w:rsid w:val="00B14BE2"/>
    <w:rsid w:val="00B2498B"/>
    <w:rsid w:val="00B47730"/>
    <w:rsid w:val="00B91613"/>
    <w:rsid w:val="00BB2A51"/>
    <w:rsid w:val="00BB52B3"/>
    <w:rsid w:val="00BD1B38"/>
    <w:rsid w:val="00BF2C92"/>
    <w:rsid w:val="00BF55D7"/>
    <w:rsid w:val="00C0428D"/>
    <w:rsid w:val="00C14786"/>
    <w:rsid w:val="00C51338"/>
    <w:rsid w:val="00C522E3"/>
    <w:rsid w:val="00C8755C"/>
    <w:rsid w:val="00C94833"/>
    <w:rsid w:val="00C963EF"/>
    <w:rsid w:val="00CB0664"/>
    <w:rsid w:val="00CC4C41"/>
    <w:rsid w:val="00D207CD"/>
    <w:rsid w:val="00D50C7F"/>
    <w:rsid w:val="00D74E2C"/>
    <w:rsid w:val="00D7571F"/>
    <w:rsid w:val="00DB36E0"/>
    <w:rsid w:val="00DD16C8"/>
    <w:rsid w:val="00DD2DD4"/>
    <w:rsid w:val="00DE6355"/>
    <w:rsid w:val="00DF646A"/>
    <w:rsid w:val="00E266B3"/>
    <w:rsid w:val="00E44623"/>
    <w:rsid w:val="00E534AD"/>
    <w:rsid w:val="00E86206"/>
    <w:rsid w:val="00ED2041"/>
    <w:rsid w:val="00EF2BAC"/>
    <w:rsid w:val="00F01E1D"/>
    <w:rsid w:val="00F05E22"/>
    <w:rsid w:val="00F44A19"/>
    <w:rsid w:val="00F64F19"/>
    <w:rsid w:val="00F82011"/>
    <w:rsid w:val="00F87018"/>
    <w:rsid w:val="00F87489"/>
    <w:rsid w:val="00FA0EE8"/>
    <w:rsid w:val="00FC693F"/>
    <w:rsid w:val="00FD366B"/>
    <w:rsid w:val="00FE4E8C"/>
    <w:rsid w:val="00FF55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DD5A9C16-160D-47D6-A6FB-D98569302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FCB"/>
    <w:pPr>
      <w:spacing w:after="120"/>
      <w:ind w:left="360"/>
    </w:pPr>
    <w:rPr>
      <w:rFonts w:ascii="Garamond" w:hAnsi="Garamond"/>
    </w:rPr>
  </w:style>
  <w:style w:type="paragraph" w:styleId="Heading1">
    <w:name w:val="heading 1"/>
    <w:basedOn w:val="Normal"/>
    <w:next w:val="Normal"/>
    <w:link w:val="Heading1Char"/>
    <w:uiPriority w:val="9"/>
    <w:qFormat/>
    <w:rsid w:val="00351D09"/>
    <w:pPr>
      <w:keepNext/>
      <w:keepLines/>
      <w:spacing w:before="720" w:after="360"/>
      <w:outlineLvl w:val="0"/>
    </w:pPr>
    <w:rPr>
      <w:rFonts w:asciiTheme="majorHAnsi" w:eastAsiaTheme="majorEastAsia" w:hAnsiTheme="majorHAnsi" w:cstheme="majorBidi"/>
      <w:b/>
      <w:bCs/>
      <w:color w:val="365F91" w:themeColor="accent1" w:themeShade="BF"/>
      <w:sz w:val="40"/>
      <w:szCs w:val="28"/>
    </w:rPr>
  </w:style>
  <w:style w:type="paragraph" w:styleId="Heading2">
    <w:name w:val="heading 2"/>
    <w:basedOn w:val="Normal"/>
    <w:next w:val="Normal"/>
    <w:link w:val="Heading2Char"/>
    <w:uiPriority w:val="9"/>
    <w:unhideWhenUsed/>
    <w:qFormat/>
    <w:rsid w:val="00722FEB"/>
    <w:pPr>
      <w:keepNext/>
      <w:keepLines/>
      <w:spacing w:before="36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351D09"/>
    <w:rPr>
      <w:rFonts w:asciiTheme="majorHAnsi" w:eastAsiaTheme="majorEastAsia" w:hAnsiTheme="majorHAnsi" w:cstheme="majorBidi"/>
      <w:b/>
      <w:bCs/>
      <w:color w:val="365F91" w:themeColor="accent1" w:themeShade="BF"/>
      <w:sz w:val="40"/>
      <w:szCs w:val="28"/>
    </w:rPr>
  </w:style>
  <w:style w:type="character" w:customStyle="1" w:styleId="Heading2Char">
    <w:name w:val="Heading 2 Char"/>
    <w:basedOn w:val="DefaultParagraphFont"/>
    <w:link w:val="Heading2"/>
    <w:uiPriority w:val="9"/>
    <w:rsid w:val="00722FEB"/>
    <w:rPr>
      <w:rFonts w:asciiTheme="majorHAnsi" w:eastAsiaTheme="majorEastAsia" w:hAnsiTheme="majorHAnsi" w:cstheme="majorBidi"/>
      <w:b/>
      <w:bCs/>
      <w:color w:val="4F81BD" w:themeColor="accent1"/>
      <w:sz w:val="28"/>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left="360"/>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60470E"/>
    <w:pPr>
      <w:spacing w:after="100"/>
    </w:pPr>
  </w:style>
  <w:style w:type="paragraph" w:styleId="TOC3">
    <w:name w:val="toc 3"/>
    <w:basedOn w:val="Normal"/>
    <w:next w:val="Normal"/>
    <w:autoRedefine/>
    <w:uiPriority w:val="39"/>
    <w:unhideWhenUsed/>
    <w:rsid w:val="0060470E"/>
    <w:pPr>
      <w:spacing w:after="100"/>
      <w:ind w:left="440"/>
    </w:pPr>
  </w:style>
  <w:style w:type="paragraph" w:styleId="TOC2">
    <w:name w:val="toc 2"/>
    <w:basedOn w:val="Normal"/>
    <w:next w:val="Normal"/>
    <w:autoRedefine/>
    <w:uiPriority w:val="39"/>
    <w:unhideWhenUsed/>
    <w:rsid w:val="0060470E"/>
    <w:pPr>
      <w:spacing w:after="100"/>
      <w:ind w:left="220"/>
    </w:pPr>
  </w:style>
  <w:style w:type="paragraph" w:styleId="TOC4">
    <w:name w:val="toc 4"/>
    <w:basedOn w:val="Normal"/>
    <w:next w:val="Normal"/>
    <w:autoRedefine/>
    <w:uiPriority w:val="39"/>
    <w:unhideWhenUsed/>
    <w:rsid w:val="0060470E"/>
    <w:pPr>
      <w:spacing w:after="100" w:line="278" w:lineRule="auto"/>
      <w:ind w:left="720"/>
    </w:pPr>
    <w:rPr>
      <w:rFonts w:asciiTheme="minorHAnsi" w:hAnsiTheme="minorHAnsi"/>
      <w:kern w:val="2"/>
      <w:sz w:val="24"/>
      <w:szCs w:val="24"/>
      <w14:ligatures w14:val="standardContextual"/>
    </w:rPr>
  </w:style>
  <w:style w:type="paragraph" w:styleId="TOC5">
    <w:name w:val="toc 5"/>
    <w:basedOn w:val="Normal"/>
    <w:next w:val="Normal"/>
    <w:autoRedefine/>
    <w:uiPriority w:val="39"/>
    <w:unhideWhenUsed/>
    <w:rsid w:val="0060470E"/>
    <w:pPr>
      <w:spacing w:after="100" w:line="278" w:lineRule="auto"/>
      <w:ind w:left="960"/>
    </w:pPr>
    <w:rPr>
      <w:rFonts w:asciiTheme="minorHAnsi" w:hAnsiTheme="minorHAnsi"/>
      <w:kern w:val="2"/>
      <w:sz w:val="24"/>
      <w:szCs w:val="24"/>
      <w14:ligatures w14:val="standardContextual"/>
    </w:rPr>
  </w:style>
  <w:style w:type="paragraph" w:styleId="TOC6">
    <w:name w:val="toc 6"/>
    <w:basedOn w:val="Normal"/>
    <w:next w:val="Normal"/>
    <w:autoRedefine/>
    <w:uiPriority w:val="39"/>
    <w:unhideWhenUsed/>
    <w:rsid w:val="0060470E"/>
    <w:pPr>
      <w:spacing w:after="100" w:line="278" w:lineRule="auto"/>
      <w:ind w:left="1200"/>
    </w:pPr>
    <w:rPr>
      <w:rFonts w:asciiTheme="minorHAnsi" w:hAnsiTheme="minorHAnsi"/>
      <w:kern w:val="2"/>
      <w:sz w:val="24"/>
      <w:szCs w:val="24"/>
      <w14:ligatures w14:val="standardContextual"/>
    </w:rPr>
  </w:style>
  <w:style w:type="paragraph" w:styleId="TOC7">
    <w:name w:val="toc 7"/>
    <w:basedOn w:val="Normal"/>
    <w:next w:val="Normal"/>
    <w:autoRedefine/>
    <w:uiPriority w:val="39"/>
    <w:unhideWhenUsed/>
    <w:rsid w:val="0060470E"/>
    <w:pPr>
      <w:spacing w:after="100" w:line="278" w:lineRule="auto"/>
      <w:ind w:left="1440"/>
    </w:pPr>
    <w:rPr>
      <w:rFonts w:asciiTheme="minorHAnsi" w:hAnsiTheme="minorHAnsi"/>
      <w:kern w:val="2"/>
      <w:sz w:val="24"/>
      <w:szCs w:val="24"/>
      <w14:ligatures w14:val="standardContextual"/>
    </w:rPr>
  </w:style>
  <w:style w:type="paragraph" w:styleId="TOC8">
    <w:name w:val="toc 8"/>
    <w:basedOn w:val="Normal"/>
    <w:next w:val="Normal"/>
    <w:autoRedefine/>
    <w:uiPriority w:val="39"/>
    <w:unhideWhenUsed/>
    <w:rsid w:val="0060470E"/>
    <w:pPr>
      <w:spacing w:after="100" w:line="278" w:lineRule="auto"/>
      <w:ind w:left="1680"/>
    </w:pPr>
    <w:rPr>
      <w:rFonts w:asciiTheme="minorHAnsi" w:hAnsiTheme="minorHAnsi"/>
      <w:kern w:val="2"/>
      <w:sz w:val="24"/>
      <w:szCs w:val="24"/>
      <w14:ligatures w14:val="standardContextual"/>
    </w:rPr>
  </w:style>
  <w:style w:type="paragraph" w:styleId="TOC9">
    <w:name w:val="toc 9"/>
    <w:basedOn w:val="Normal"/>
    <w:next w:val="Normal"/>
    <w:autoRedefine/>
    <w:uiPriority w:val="39"/>
    <w:unhideWhenUsed/>
    <w:rsid w:val="00272253"/>
    <w:pPr>
      <w:spacing w:after="100" w:line="278" w:lineRule="auto"/>
      <w:ind w:left="1920"/>
    </w:pPr>
    <w:rPr>
      <w:rFonts w:asciiTheme="minorHAnsi" w:hAnsiTheme="minorHAnsi"/>
      <w:kern w:val="2"/>
      <w:sz w:val="24"/>
      <w:szCs w:val="24"/>
      <w14:ligatures w14:val="standardContextual"/>
    </w:rPr>
  </w:style>
  <w:style w:type="character" w:styleId="Hyperlink">
    <w:name w:val="Hyperlink"/>
    <w:basedOn w:val="DefaultParagraphFont"/>
    <w:uiPriority w:val="99"/>
    <w:unhideWhenUsed/>
    <w:rsid w:val="0060470E"/>
    <w:rPr>
      <w:color w:val="0000FF" w:themeColor="hyperlink"/>
      <w:u w:val="single"/>
    </w:rPr>
  </w:style>
  <w:style w:type="character" w:styleId="UnresolvedMention">
    <w:name w:val="Unresolved Mention"/>
    <w:basedOn w:val="DefaultParagraphFont"/>
    <w:uiPriority w:val="99"/>
    <w:semiHidden/>
    <w:unhideWhenUsed/>
    <w:rsid w:val="006047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79</Pages>
  <Words>9070</Words>
  <Characters>47714</Characters>
  <Application>Microsoft Office Word</Application>
  <DocSecurity>0</DocSecurity>
  <Lines>1988</Lines>
  <Paragraphs>1419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55365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Raymond Lowe</cp:lastModifiedBy>
  <cp:revision>150</cp:revision>
  <dcterms:created xsi:type="dcterms:W3CDTF">2013-12-23T23:15:00Z</dcterms:created>
  <dcterms:modified xsi:type="dcterms:W3CDTF">2025-11-18T15:21:00Z</dcterms:modified>
  <cp:category/>
</cp:coreProperties>
</file>