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The 100 Day Reset — Rebuilding Life from the Ground Up</w:t>
      </w:r>
    </w:p>
    <w:p>
      <w:r>
        <w:t>by Syreeta Johnson</w:t>
      </w:r>
    </w:p>
    <w:p>
      <w:r>
        <w:br w:type="page"/>
      </w:r>
    </w:p>
    <w:p>
      <w:pPr>
        <w:pStyle w:val="Heading1"/>
      </w:pPr>
      <w:r>
        <w:t>Author’s Note — For the One Who Knows She’s Supposed to Have More</w:t>
      </w:r>
    </w:p>
    <w:p>
      <w:r>
        <w:t>I didn’t write this book to hype you up.</w:t>
        <w:br/>
        <w:t>I wrote it to wake your power up.</w:t>
        <w:br/>
        <w:br/>
        <w:t>Because the life you want isn’t waiting on motivation —</w:t>
        <w:br/>
        <w:t>it’s waiting on alignment.</w:t>
        <w:br/>
        <w:br/>
        <w:t>Manifestation isn’t wishing.</w:t>
        <w:br/>
        <w:t>It’s matching frequency with your future.</w:t>
        <w:br/>
        <w:br/>
        <w:t>You don’t attract what you want.</w:t>
        <w:br/>
        <w:t>You attract what you are in agreement with.</w:t>
        <w:br/>
        <w:br/>
        <w:t>This 100-day reset is not about fixing yourself.</w:t>
        <w:br/>
        <w:t>It’s about becoming so aligned with who you’re meant to be</w:t>
        <w:br/>
        <w:t>that the life you desire has no choice but to find you.</w:t>
        <w:br/>
        <w:br/>
        <w:t>No more performing.</w:t>
        <w:br/>
        <w:t>No more begging life to choose you.</w:t>
        <w:br/>
        <w:t>You become the version life is already aligned to bless.</w:t>
        <w:br/>
        <w:br/>
        <w:t>Master your mind.</w:t>
        <w:br/>
        <w:t>Master your identity.</w:t>
        <w:br/>
        <w:t>Master your energy — and your reality will obey.</w:t>
        <w:br/>
        <w:br/>
        <w:t>You’ve tried survival.</w:t>
        <w:br/>
        <w:t>You’ve tried waiting for a sign.</w:t>
        <w:br/>
        <w:t>This time — you become the sign.</w:t>
        <w:br/>
        <w:br/>
        <w:t>100 days.</w:t>
        <w:br/>
        <w:t>Not to chase. To attract.</w:t>
        <w:br/>
        <w:t>Not to force. To align.</w:t>
        <w:br/>
        <w:t>Not to pretend. To transform.</w:t>
        <w:br/>
        <w:br/>
        <w:t>If you’re ready to magnetize the life God already wrote with your name on it…</w:t>
        <w:br/>
        <w:t>Turn the page.</w:t>
        <w:br/>
        <w:br/>
        <w:t>— Syreeta Johnson</w:t>
        <w:br/>
      </w:r>
    </w:p>
    <w:p>
      <w:r>
        <w:br w:type="page"/>
      </w:r>
    </w:p>
    <w:p>
      <w:pPr>
        <w:pStyle w:val="Heading1"/>
      </w:pPr>
      <w:r>
        <w:t>CHAPTER ONE: BEFORE THE BREAK — BREATH, BONES, BECOMING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TWO: SILENT SHIFT, SACRED START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THREE: BOUNDARIES BEFORE SUNRISE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FOUR: BLOOD DOESN’T MEAN PERMISSION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FIVE: THE HOLY AFTERSHOCK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SIX: WHEN THE UNIVERSE WHISPERS BACK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SEVEN: WHEN THE WORLD NOTICES BEFORE YOU DO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EIGHT: WHEN THE BODY BELIEVES YOU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NINE: THE FIRST PULL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TEN: THE FIRST INSTRUCTION</w:t>
      </w:r>
    </w:p>
    <w:p>
      <w:r>
        <w:t>[Full approved chapter text will appear here — cinematic, narrative, spiritual tone.]</w:t>
      </w:r>
    </w:p>
    <w:p>
      <w:r>
        <w:br w:type="page"/>
      </w:r>
    </w:p>
    <w:p>
      <w:pPr>
        <w:pStyle w:val="Heading1"/>
      </w:pPr>
      <w:r>
        <w:t>CHAPTER ELEVEN: WHEN YOUR VOICE BECOMES THE VIBRATION</w:t>
      </w:r>
    </w:p>
    <w:p>
      <w:r>
        <w:t>[Full approved chapter text will appear here — cinematic, narrative, spiritual tone.]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