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1A7E47" w14:textId="77777777" w:rsidR="00C03725" w:rsidRDefault="00000000">
      <w:pPr>
        <w:pStyle w:val="Title"/>
        <w:jc w:val="center"/>
      </w:pPr>
      <w:r>
        <w:t>One Step Forward - Corrected Edition</w:t>
      </w:r>
    </w:p>
    <w:p w14:paraId="376B6520" w14:textId="77777777" w:rsidR="00C03725" w:rsidRDefault="00000000">
      <w:pPr>
        <w:jc w:val="both"/>
      </w:pPr>
      <w:r>
        <w:t>One Step Forward</w:t>
      </w:r>
    </w:p>
    <w:p w14:paraId="2E1355DE" w14:textId="77777777" w:rsidR="00C03725" w:rsidRDefault="00000000">
      <w:pPr>
        <w:jc w:val="both"/>
      </w:pPr>
      <w:r>
        <w:t>(100) Life Lessons Learned from 100 Marathons</w:t>
      </w:r>
    </w:p>
    <w:p w14:paraId="36D1E5F0" w14:textId="77777777" w:rsidR="00C03725" w:rsidRDefault="00000000">
      <w:pPr>
        <w:jc w:val="both"/>
      </w:pPr>
      <w:r>
        <w:t>Gene Jochen</w:t>
      </w:r>
    </w:p>
    <w:p w14:paraId="2D6EFC2F" w14:textId="77777777" w:rsidR="00C03725" w:rsidRDefault="00000000">
      <w:pPr>
        <w:jc w:val="both"/>
      </w:pPr>
      <w:r>
        <w:t>Dedication</w:t>
      </w:r>
    </w:p>
    <w:p w14:paraId="15CD624E" w14:textId="77777777" w:rsidR="00C03725" w:rsidRDefault="00000000">
      <w:pPr>
        <w:jc w:val="both"/>
      </w:pPr>
      <w:r>
        <w:t>This book is dedicated to all the athletes and leaders that have influenced and inspired me in my running and business career. Ron Longboat, Dean Hebert, Frank Ferrari, Ken Stubbings, Cindy Mount…</w:t>
      </w:r>
    </w:p>
    <w:p w14:paraId="03410BE7" w14:textId="77777777" w:rsidR="00C03725" w:rsidRDefault="00000000">
      <w:pPr>
        <w:jc w:val="both"/>
      </w:pPr>
      <w:r>
        <w:t>Chapter 1</w:t>
      </w:r>
    </w:p>
    <w:p w14:paraId="607846C4" w14:textId="77777777" w:rsidR="00A43F8A" w:rsidRDefault="00A43F8A" w:rsidP="00A43F8A">
      <w:pPr>
        <w:spacing w:after="210" w:line="360" w:lineRule="auto"/>
      </w:pPr>
      <w:r>
        <w:rPr>
          <w:rFonts w:ascii="inter" w:eastAsia="inter" w:hAnsi="inter" w:cs="inter"/>
          <w:color w:val="000000"/>
        </w:rPr>
        <w:t>"If you keep moving forward, one step at a time, no matter the challenges, setbacks, or doubts, you will eventually reach your goals and transform your life."</w:t>
      </w:r>
    </w:p>
    <w:p w14:paraId="308103B7" w14:textId="77777777" w:rsidR="00A43F8A" w:rsidRDefault="00A43F8A">
      <w:pPr>
        <w:jc w:val="both"/>
      </w:pPr>
    </w:p>
    <w:p w14:paraId="71724DEB" w14:textId="77777777" w:rsidR="00C03725" w:rsidRDefault="00000000">
      <w:pPr>
        <w:jc w:val="both"/>
      </w:pPr>
      <w:r>
        <w:t>The Boston Marathon</w:t>
      </w:r>
    </w:p>
    <w:p w14:paraId="492428A2" w14:textId="7CB7B4BA" w:rsidR="00C03725" w:rsidRDefault="00000000">
      <w:pPr>
        <w:jc w:val="both"/>
      </w:pPr>
      <w:r>
        <w:t>My body puls</w:t>
      </w:r>
      <w:r w:rsidR="00A43F8A">
        <w:t>ate</w:t>
      </w:r>
      <w:r>
        <w:t>d with heightened excitement as I stood in the second corral at the 2009 Boston Marathon. This was the closest I had ever been to the front of the field as the marathon was about to start. I was surrounded by other competitive runners, all here because of their hard work and dedication. Runners closer to the start line are some of the fastest in the world. The Boston Marathon is organized so that you are placed into a corral or zone (1,000 runners in each) based on the qualifying time you submit at registration. To qualify, you must run a marathon under a certain time for your sex and age. For my age of 46 in 2009, I had to run a marathon in under 3 hours and 25 minutes. That year, my previous best marathon time was 2:56:17, which was strong enough to get me into the second corral—missing the first by just a minute or less.</w:t>
      </w:r>
    </w:p>
    <w:p w14:paraId="0B37ADCA" w14:textId="77777777" w:rsidR="00C03725" w:rsidRDefault="00000000">
      <w:pPr>
        <w:jc w:val="both"/>
      </w:pPr>
      <w:r>
        <w:t>The energy was high and the spirits of the runners were electric before the start. Everyone was tingling with nervous excitement. For me, one of the coolest things that day was the location of the second corral. It was adjacent to the Hopkinton Korean Presbyterian Church, where the elite runners wait inside until just a few minutes before the race. As I stood near the sideline inside the corral, I watched and waited for the elites to come out and position themselves in their elite corral, just a few hundred feet ahead of me. It was a surreal experience. Here I was, running in the 113th Boston Marathon just behind some of the world’s greatest marathon runners. Of course, the start of the race would be the last time I’d see any of the elite runners.</w:t>
      </w:r>
    </w:p>
    <w:p w14:paraId="7212D72D" w14:textId="77777777" w:rsidR="00C03725" w:rsidRDefault="00000000">
      <w:pPr>
        <w:jc w:val="both"/>
      </w:pPr>
      <w:r>
        <w:lastRenderedPageBreak/>
        <w:t>I could hear the whirring of several media helicopters overhead. There were also media cameras everywhere, as the Boston Marathon is one of the most televised race events in the world. Announcements were made over the PA system, but with the buzz above and the chatter of the crowd, they were almost inaudible. I could see the start line, and the wheelchair athletes were lined up as they are the first group to start. Among those athletes were the father and son team, Dick and Rick Hoyt. Dick had been pushing his son Rick in the Boston Marathon since 1997. Finally, there was the sound of a pistol signaling the start for the wheelchair athletes.</w:t>
      </w:r>
    </w:p>
    <w:p w14:paraId="57D5CD69" w14:textId="77777777" w:rsidR="00C03725" w:rsidRDefault="00000000">
      <w:pPr>
        <w:jc w:val="both"/>
      </w:pPr>
      <w:r>
        <w:t>Next up were the elite women. The world-class elite women are given special preference to start ahead of the elite men and the main field. Another gunshot, and the elite female runners were off.</w:t>
      </w:r>
    </w:p>
    <w:p w14:paraId="40361CEC" w14:textId="77777777" w:rsidR="00C03725" w:rsidRDefault="00000000">
      <w:pPr>
        <w:jc w:val="both"/>
      </w:pPr>
      <w:r>
        <w:t>Soon, there was another ever-increasing buzz and stirring in my corral and throughout the Boston Marathon field. A few more announcements, and then the Star-Spangled Banner was played over the loudspeakers. Runners removed our caps out of respect, and the cheering started well before the end of the last verse. Less than a minute to go now. We were all pacing, stretching, and synchronizing our watches. Then the runners exchanged high fives, nods, smiles, and winks. Three, two, one. And then—the boom of a cannon. We were off to the races.</w:t>
      </w:r>
    </w:p>
    <w:p w14:paraId="77005329" w14:textId="77777777" w:rsidR="00C03725" w:rsidRDefault="00000000">
      <w:pPr>
        <w:jc w:val="both"/>
      </w:pPr>
      <w:r>
        <w:t>Early Inspiration</w:t>
      </w:r>
    </w:p>
    <w:p w14:paraId="62834C65" w14:textId="77777777" w:rsidR="00C03725" w:rsidRDefault="00000000">
      <w:pPr>
        <w:jc w:val="both"/>
      </w:pPr>
      <w:r>
        <w:t>Growing up in Seaford, New York, I was not a runner or an athlete. I was just an average suburban kid, born in Brooklyn and raised in the tranquil suburbs of Long Island. How did I end up running in the Boston Marathon, not once, but ten times? Well, it took lots of hard work, perseverance, and dedicationto the sport of running. It was something so far beyond anything I could have imagined, mentally or physically. In my youth and younger adulthood, I could not comprehend running 26.2 miles—not just once, but over 100 times. I never imagined I could have the motivation or ability to run a marathon, let alone the Boston Marathon.</w:t>
      </w:r>
    </w:p>
    <w:p w14:paraId="6216AC4F" w14:textId="77777777" w:rsidR="00C03725" w:rsidRDefault="00000000">
      <w:pPr>
        <w:jc w:val="both"/>
      </w:pPr>
      <w:r>
        <w:t>I recall being in New York City in 1980 and catching a glimpse of the New York City Marathon. I think I was there with some friends to hang out for a lazy day in Central Park. It was just a coincidence that the New York City Marathon was taking place. I knew vaguely about it. There was a lead pace and media car, and I could see Fred Lebow in the car. The crowds along 59th Street were going crazy for him as if he were a huge celebrity.</w:t>
      </w:r>
    </w:p>
    <w:p w14:paraId="1ADD48F0" w14:textId="77777777" w:rsidR="00C03725" w:rsidRDefault="00000000">
      <w:pPr>
        <w:jc w:val="both"/>
      </w:pPr>
      <w:r>
        <w:t>Then the Norwegian marathon runner Grete Waitz ran past—the lead female runner—and I quickly snapped a few pictures. She was a legend; that much I knew. She was the women’s world record holder, having run a marathon the previous year in under two and a half hours. She would go onto win nine New York City Marathons between 1978 and 1988. Grete was a super runner with seemingly superpowers. She went onto win 12 World Marathon Majors, the most of any runner.</w:t>
      </w:r>
    </w:p>
    <w:p w14:paraId="3643EACB" w14:textId="77777777" w:rsidR="00C03725" w:rsidRDefault="00000000">
      <w:pPr>
        <w:jc w:val="both"/>
      </w:pPr>
      <w:r>
        <w:t xml:space="preserve">I also watched the men’s elite marathon field run past us as well. There is almost nothing more thrilling than watching the male elite marathon runners race by. The field in 1980 was </w:t>
      </w:r>
      <w:r>
        <w:lastRenderedPageBreak/>
        <w:t>being led by Cuban-born and now American runner Alberto Salazar. Salazar would become another marathon legend over the next few years as he went onto win the New York City Marathon three years in a row, from 1980 to 1982.</w:t>
      </w:r>
    </w:p>
    <w:p w14:paraId="66932BC9" w14:textId="77777777" w:rsidR="00C03725" w:rsidRDefault="00000000">
      <w:pPr>
        <w:jc w:val="both"/>
      </w:pPr>
      <w:r>
        <w:t>Watching the New York City Marathon runners whiz by that day was amazing and astonishing. How can anyone run that fast or that far? What would possess someone to even want to try that? And yet there were hundreds and hundreds of other “joggers” running past me that day as I snapped photos with my little Kodak camera. I knew then it was a special sport, but I couldn’t ever imagine that I could—or would—challenge myself to take on running in general, much less a marathon.</w:t>
      </w:r>
    </w:p>
    <w:p w14:paraId="3703A725" w14:textId="77777777" w:rsidR="00C03725" w:rsidRDefault="00000000">
      <w:pPr>
        <w:jc w:val="both"/>
      </w:pPr>
      <w:r>
        <w:t>To me back then, running in the New York City Marathon was the equivalent of traveling to the moon. And running the Boston Marathon was akinto going to Mars. In the words of a former Brooklynite: “Fuggedaboutit.”</w:t>
      </w:r>
    </w:p>
    <w:p w14:paraId="22300A37" w14:textId="77777777" w:rsidR="00C03725" w:rsidRDefault="00000000">
      <w:pPr>
        <w:jc w:val="both"/>
      </w:pPr>
      <w:r>
        <w:t>Lesson Learned: If you dream it, you can be it.</w:t>
      </w:r>
    </w:p>
    <w:p w14:paraId="2804964E" w14:textId="77777777" w:rsidR="00C03725" w:rsidRDefault="00000000">
      <w:pPr>
        <w:jc w:val="both"/>
      </w:pPr>
      <w:r>
        <w:t>Growing Up Fast</w:t>
      </w:r>
    </w:p>
    <w:p w14:paraId="5306FC43" w14:textId="77777777" w:rsidR="00C03725" w:rsidRDefault="00000000">
      <w:pPr>
        <w:jc w:val="both"/>
      </w:pPr>
      <w:r>
        <w:t>Growing up in the town of Seaford, in the pleasant suburbs in Nassau County, Long Island, I was the son of working-class parents who were the quintessential Brooklyn couple – decedents of Ellis Island immigrants. My German/Irish father Eugene Sr. was a New York City Police Officer and my Irish/Italian mother Mary Farace was an Elementary School Teacher. We were a typical, average three child middle class family. I was the oldest and only son, and I have two younger sisters.</w:t>
      </w:r>
    </w:p>
    <w:p w14:paraId="4E086C95" w14:textId="77777777" w:rsidR="00C03725" w:rsidRDefault="00000000">
      <w:pPr>
        <w:jc w:val="both"/>
      </w:pPr>
      <w:r>
        <w:t>I was never a runner in grade school and was never “identified” as a kid with any running or much athletic sports talent. I was thin and wiry and full of energy. I played little league baseball for a few years when I was around nine to twelve years old but I was not a very good player. I was short for my age and my Henry’s Hardware team uniform was always oversized and baggy and made me look like a hobo. I was a bit scared of fastballs and tended to walk a lot. Not because of any strategy but because I was left-handed, didn’t swing much (out of fear), and my strike zone was hard for the pitchers to pitch to me. So I got walked a lot and the rest of the team liked me for that as I would get on base and I was moderately popular. However, I soon gave up on baseball after a few summers.</w:t>
      </w:r>
    </w:p>
    <w:p w14:paraId="343A6C97" w14:textId="77777777" w:rsidR="00C03725" w:rsidRDefault="00000000">
      <w:pPr>
        <w:jc w:val="both"/>
      </w:pPr>
      <w:r>
        <w:t>Another attempt at athleticism was when I was on the Junior High School wrestling squad for a few years. I believe I wrestled around the 116lb class. This was a sport I did not excel at either. I really didn’t enjoy it that much mostly due to the fact that there was another kid in my same weight class, John McGough, that was one of the strongest kids in my grade. He was small and but was wrapped tight with a muscular frame. We had to wrestle each other weekly before a match with another school to see who wrestled “A” (the top tier) and who wrestled “B”.</w:t>
      </w:r>
    </w:p>
    <w:p w14:paraId="4064BC3D" w14:textId="77777777" w:rsidR="00C03725" w:rsidRDefault="00000000">
      <w:pPr>
        <w:jc w:val="both"/>
      </w:pPr>
      <w:r>
        <w:t xml:space="preserve">John would pretty much pin me to the mat in about 6 seconds, so I was always relegated to the “B” squad. It was kind of a demotion and second rate in my mind (I guess I had some </w:t>
      </w:r>
      <w:r>
        <w:lastRenderedPageBreak/>
        <w:t>competitiveness back then) so I decided I wasn’t going to wrestle after two years. So I quit the squad before the end of grade 9.</w:t>
      </w:r>
    </w:p>
    <w:p w14:paraId="739652C3" w14:textId="77777777" w:rsidR="00C03725" w:rsidRDefault="00000000">
      <w:pPr>
        <w:jc w:val="both"/>
      </w:pPr>
      <w:r>
        <w:t>I did play one sport that I really enjoyed and excelled at, Field Lacrosse. Long Island was, and still is, a mecca to that native Indian sport of Lacrosse. The Lacrosse field was also the football field and it involves a lot of running and pivoting. I played both mid-field and attack positions. And as natural leftie, I became a good lacrosse stick handler. I had the ability to switch my stick handling to either left or right playing. And I was fast and agile. Was this an athletic gift? No, not really, at least at the time I didn’t think so. It was more a flight or fight survival instinct. When you’re a five-foot tall scrawny offensive lacrosse player, you had to be quick on your feet and quick with the stick or the massive defensive players would hit you hard. This was a contact sport and although we wore padding, it hurt, it really hurt.</w:t>
      </w:r>
    </w:p>
    <w:p w14:paraId="68F2048A" w14:textId="77777777" w:rsidR="00C03725" w:rsidRDefault="00000000">
      <w:pPr>
        <w:jc w:val="both"/>
      </w:pPr>
      <w:r>
        <w:t>As I mentioned, I played both the offensive attack (or forward) and mid-field positions. The attack position limited players to staying in the forward zone of the field. However, a midfield player had the opportunity to play the entire field, both the offensive and defensive ends. This was the position I played mostly and would run up and down the entire football length of the field through the entire game. And the play was much more continuous, unlike football which stops and resets after every play.</w:t>
      </w:r>
    </w:p>
    <w:p w14:paraId="27A50C28" w14:textId="77777777" w:rsidR="00C03725" w:rsidRDefault="00000000">
      <w:pPr>
        <w:jc w:val="both"/>
      </w:pPr>
      <w:r>
        <w:t>As a mid-field player, running down the field with the ball or waiting for someone to throw the ball to you, everyone on the opposing team is out to stop you or hit you to take the ball away. And being a five-foot tall thin kid being chased by a six-foot tall mean, nasty defenseman trying to kill you (at least in my mind!), you learn to sprint fast.</w:t>
      </w:r>
    </w:p>
    <w:p w14:paraId="01D03533" w14:textId="77777777" w:rsidR="00C03725" w:rsidRDefault="00000000">
      <w:pPr>
        <w:jc w:val="both"/>
      </w:pPr>
      <w:r>
        <w:t>So I would duck and cover and sprint (for my life!). I learned our drills and used picks and dodged around other players to get open to catch the ball and immediately “quick stick” the ball and shoot on the net or pass it to someone else before I got knocked (or rocked) into tomorrow. You learn to be a fast runner that way (and a pretty good stick handler).</w:t>
      </w:r>
    </w:p>
    <w:p w14:paraId="2B9590C3" w14:textId="77777777" w:rsidR="00C03725" w:rsidRDefault="00000000">
      <w:pPr>
        <w:jc w:val="both"/>
      </w:pPr>
      <w:r>
        <w:t>I played on the High School Lacrosse team through grade 12 and still have the letters. But I never really considered myself an athlete. I recall going off to Oswego University the next year and a Junior dorm-mate was playing for their lacrosse team. He invited me out to try outs and one look around at the size of the defensive players at the College level and I was out. I don’t know what the eat between grade 12 and College, but these guys were bigger, meaner and nastier than any of the players I remembered from High School. No thank you.</w:t>
      </w:r>
    </w:p>
    <w:p w14:paraId="23DF5B44" w14:textId="77777777" w:rsidR="00C03725" w:rsidRDefault="00000000">
      <w:pPr>
        <w:jc w:val="both"/>
      </w:pPr>
      <w:r>
        <w:t>Many years later I attended a High School reunion and I met up with one of my old lacrosse teammates. He was praising me for my lacrosse playing ability back in High School. Seriously, I had no idea at the time if I was any good. I never got major praise or encouragement from the coaches that I recalled then, nor from my father. I was just an average kid. Or was I? So if you are a parent or coach, remember to heap praises on them because believe me, I would have pushed harder and faster even if I had the inclination, that I had any sort of athletic “gift”.</w:t>
      </w:r>
    </w:p>
    <w:p w14:paraId="4ABD02B0" w14:textId="77777777" w:rsidR="00C03725" w:rsidRDefault="00000000">
      <w:pPr>
        <w:jc w:val="both"/>
      </w:pPr>
      <w:r>
        <w:t>Lesson learned: Praise your children and anyone you influence.</w:t>
      </w:r>
    </w:p>
    <w:p w14:paraId="501D029D" w14:textId="77777777" w:rsidR="00C03725" w:rsidRDefault="00000000">
      <w:pPr>
        <w:jc w:val="both"/>
      </w:pPr>
      <w:r>
        <w:lastRenderedPageBreak/>
        <w:t>You never know the impact you will have on others in their development.</w:t>
      </w:r>
    </w:p>
    <w:p w14:paraId="03FA115D" w14:textId="77777777" w:rsidR="00C03725" w:rsidRDefault="00000000">
      <w:pPr>
        <w:jc w:val="both"/>
      </w:pPr>
      <w:r>
        <w:t>Running Junkie</w:t>
      </w:r>
    </w:p>
    <w:p w14:paraId="2B78C579" w14:textId="77777777" w:rsidR="00C03725" w:rsidRDefault="00000000">
      <w:pPr>
        <w:jc w:val="both"/>
      </w:pPr>
      <w:r>
        <w:t>One day I decided I wanted to be a runner. No, that’s not exactly true. I never wanted to be a runner and it didn’t happen overnight. There were a series of events that influenced my mindset to start to run. This is how I became a running junky.</w:t>
      </w:r>
    </w:p>
    <w:p w14:paraId="533C7EA2" w14:textId="77777777" w:rsidR="00C03725" w:rsidRDefault="00000000">
      <w:pPr>
        <w:jc w:val="both"/>
      </w:pPr>
      <w:r>
        <w:t>I think there’s a certain truth to a “rule of life” that one must hit rock bottom before waking up and have that “epiphany”, change your direction in life. From an ah-huh moment or sometimes from trauma. Or a combination of both.</w:t>
      </w:r>
    </w:p>
    <w:p w14:paraId="52D2F839" w14:textId="77777777" w:rsidR="00C03725" w:rsidRDefault="00000000">
      <w:pPr>
        <w:jc w:val="both"/>
      </w:pPr>
      <w:r>
        <w:t>Sometimes you need to get hit on the head with a two by four. One day you realize, hopefully not a truly hard way, that you have choices to make with where you are heading or who your friends are. Serious life changing decisions or you may not end up in a good place. Like hanging out with the wrong crowd when they start experimenting with drugs. Or a group of “friends” that could be less-desirable and could lead to a life of crime.</w:t>
      </w:r>
    </w:p>
    <w:p w14:paraId="028987B7" w14:textId="77777777" w:rsidR="00C03725" w:rsidRDefault="00000000">
      <w:pPr>
        <w:jc w:val="both"/>
      </w:pPr>
      <w:r>
        <w:t>My epiphany ah-huh moment was a series of events that took place after a long, lost weekend in Las Vegas with my family. Anyone that has been to Las Vegas and partied too much, slept too little and spent way more money than they should know what I’m about to talk about. Vegas is a fun city - but it’s seedy and dark side is an endless party of excessiveness and often meets its reputation of sin-city.</w:t>
      </w:r>
    </w:p>
    <w:p w14:paraId="71282542" w14:textId="77777777" w:rsidR="00C03725" w:rsidRDefault="00000000">
      <w:pPr>
        <w:jc w:val="both"/>
      </w:pPr>
      <w:r>
        <w:t>But first, let me start by sharing a bit about my family history.</w:t>
      </w:r>
    </w:p>
    <w:p w14:paraId="2C2A5482" w14:textId="77777777" w:rsidR="00C03725" w:rsidRDefault="00000000">
      <w:pPr>
        <w:jc w:val="both"/>
      </w:pPr>
      <w:r>
        <w:t>My family is plagued with alcohol addiction. Both sides of my mom and dad’s lineage have a history of alcohol abuse. My mother’s mother (maternal grandmother) Eleanor was an alcoholic. I remember her as a child, rocking in “her” chair, chain smoking unfiltered Lucky Strike cigarettes and drinking Schaefer Beer. Their marketing jingle was “Schaefer, is the, one beer to have when you’re having more than one”. My grandmother took that to heart literally as she always had more than one. Or two. Or three. Or…</w:t>
      </w:r>
    </w:p>
    <w:p w14:paraId="6EF8CF9F" w14:textId="77777777" w:rsidR="00C03725" w:rsidRDefault="00000000">
      <w:pPr>
        <w:jc w:val="both"/>
      </w:pPr>
      <w:r>
        <w:t>I also fondly (tongue in cheek) recall my grandma lessoning me, at the mature age of six, that there was no such thing as Santa Claus. Ok, cats out of that bag, little boy. “Man up already, won’t you?”, “You’re six for gosh sakes!” oh well, I guess some mild trauma had set in but I was wise enough then not to “tip” off my younger sisters for at least a few more years. Geez, the burdens of being little in a dysfunctional family.</w:t>
      </w:r>
    </w:p>
    <w:p w14:paraId="5A420324" w14:textId="77777777" w:rsidR="00C03725" w:rsidRDefault="00000000">
      <w:pPr>
        <w:jc w:val="both"/>
      </w:pPr>
      <w:r>
        <w:t>My grandma was a beauty alright, all skin and bones with red Irish hair and a downright nasty disposition. Spoiler alert: My grandmother told me there was no Santa Claus when I was six. She died a few years later when I was around the age of 9. She died, as expected, from cirrhosis of the liver, and likely with some early onset brain cognitive impairment. And most likely just before cancer would have ravaged her.</w:t>
      </w:r>
    </w:p>
    <w:p w14:paraId="317F6A00" w14:textId="77777777" w:rsidR="00C03725" w:rsidRDefault="00000000">
      <w:pPr>
        <w:jc w:val="both"/>
      </w:pPr>
      <w:r>
        <w:t xml:space="preserve">The little amount of trauma I experienced is nothing compared to the trauma and emotional abuse my mother experienced growing up. My mother was the only daughter of five siblings, </w:t>
      </w:r>
      <w:r>
        <w:lastRenderedPageBreak/>
        <w:t>smack between two older brothers and three younger ones. My mother was the Cinderella of the family, without the prince charming coming to save her. At least not until my dad showed up after my mother suffered 18 years as the daughter of an abusive alcoholic mother.</w:t>
      </w:r>
    </w:p>
    <w:p w14:paraId="00124763" w14:textId="77777777" w:rsidR="00C03725" w:rsidRDefault="00000000">
      <w:pPr>
        <w:jc w:val="both"/>
      </w:pPr>
      <w:r>
        <w:t>And what about my grandfather, Grandpa Joe? He was the nicest, sweetest man. Never said two words, went off to work all day an accountant somewhere, brought home enough money so the kids wouldn’t starve or have to steal, and was able to support his wife’s smoking and drinking disease. He eventually moved to California and lived to the age of 92.</w:t>
      </w:r>
    </w:p>
    <w:p w14:paraId="58495C15" w14:textId="77777777" w:rsidR="00C03725" w:rsidRDefault="00000000">
      <w:pPr>
        <w:jc w:val="both"/>
      </w:pPr>
      <w:r>
        <w:t>My father’s story wasn’t a idyllic by any means also. His parents (my paternal grandparents) were both alcoholics. Double the pleasure, double the fun! I never met them as they died of the disease before I was born. Dad’s mother died first from alcoholism at the young age 35, leaving behind 5 children in the care of her husband who also took to drink.</w:t>
      </w:r>
    </w:p>
    <w:p w14:paraId="115E7789" w14:textId="77777777" w:rsidR="00C03725" w:rsidRDefault="00000000">
      <w:pPr>
        <w:jc w:val="both"/>
      </w:pPr>
      <w:r>
        <w:t>I was told by an uncle and family historian that my grandfather was a genius – that he was a master watchmaker in Brooklyn, NY who built watches and clocks from scratch. Synchronizing those tiny watch pieces together to tick tock in unison long before digital watches were invented. I guess his steady nerves needed a drink at the end of the day as he was also a raging drunk. So much for the “being” a genius part.</w:t>
      </w:r>
    </w:p>
    <w:p w14:paraId="701C8514" w14:textId="77777777" w:rsidR="00C03725" w:rsidRDefault="00000000">
      <w:pPr>
        <w:jc w:val="both"/>
      </w:pPr>
      <w:r>
        <w:t>As a result of my grandfather’s worsening alcoholism, he couldn’t care for his children and so they became the ward of New York State. The family was then split apart – the two older boys ran away to begin a life of crime, one that would land my second oldest uncle, Ronald in San Quentin Prison.</w:t>
      </w:r>
    </w:p>
    <w:p w14:paraId="112A46F5" w14:textId="77777777" w:rsidR="00C03725" w:rsidRDefault="00000000">
      <w:pPr>
        <w:jc w:val="both"/>
      </w:pPr>
      <w:r>
        <w:t>At the age of three, my father, and his sister Joan, who was one year older, were placed in foster care. The youngest sibling was a brother who was less than one years old at this time and was put up for adoption. All of the children had their share of misfortune, trauma and, to a lesser degree opportunity, all of their stories perhaps worthy of another book.</w:t>
      </w:r>
    </w:p>
    <w:p w14:paraId="1DF0CDB1" w14:textId="77777777" w:rsidR="00C03725" w:rsidRDefault="00000000">
      <w:pPr>
        <w:jc w:val="both"/>
      </w:pPr>
      <w:r>
        <w:t>So as you can see, I have been blessed with alcoholism on both sides of my family lineage. I learned early on that you can laugh or cry you’re your circumstances. I still like to joke with doctors when they ask me about my family health history. I tell them that we have major health issues to speak of, only alcoholism and insanity. “Pick one doc”. My mother to this day, is not a drinker and has a large disdain for drinking and alcohol and drunks. My father, on the other hand, inherited the alcoholic “gene”.</w:t>
      </w:r>
    </w:p>
    <w:p w14:paraId="3A0FCAFB" w14:textId="77777777" w:rsidR="00C03725" w:rsidRDefault="00000000">
      <w:pPr>
        <w:jc w:val="both"/>
      </w:pPr>
      <w:r>
        <w:t>Dad grew up in Brooklyn, NY in the late 1950’s. He was a “greaser” or hoodlum, as miscreant teens of that era and area of New York City were often referred to. Think James Dean in Rebel Without a Cause; leather jacket, pompadour gelled hairstyle, switchblades and smokes. Stealing cars, the usual vandalism, and who knows what other juvenile delinquent antics they got into. Dad told me a few stories over the years of some of the “gang” stuff they did and he was proud of the fact that he was the only one of his friends that didn’t have a police record. He attributed it to him being the fastest runner of his friends who never got caught. Maybe there is some truth to my inheriting a running gene?</w:t>
      </w:r>
    </w:p>
    <w:p w14:paraId="0AEAC432" w14:textId="77777777" w:rsidR="00C03725" w:rsidRDefault="00000000">
      <w:pPr>
        <w:jc w:val="both"/>
      </w:pPr>
      <w:r>
        <w:lastRenderedPageBreak/>
        <w:t>In 1961, my father, at the age of 20, married my mother. She was 19. They were just two typical young kids from Brooklyn, both from dysfunctional families and lives, who were going to try to make a go of it. That was the way out of your dysfunctional family. Like so many other young people from that era and place in life back then did.</w:t>
      </w:r>
    </w:p>
    <w:p w14:paraId="6B7570CD" w14:textId="77777777" w:rsidR="00C03725" w:rsidRDefault="00000000">
      <w:pPr>
        <w:jc w:val="both"/>
      </w:pPr>
      <w:r>
        <w:t>In 1965, the New York City Police Department had a huge hiring blitz. Dad applied, and because he had a clean record, was hired on as an NYPD Police Officer. Shortly after that, we upgraded from our apartment in Flatbush, to a tiny new house in middle class Seaford, Long Island. None of the new breed of cops from Brooklyn and Queens wanted to live in the Police Precinct that they were working in. So there was a mass exodus of newly hired cops moving out to Nassau County, starting families and doing the commute to their shift work jobs.</w:t>
      </w:r>
    </w:p>
    <w:p w14:paraId="137562FC" w14:textId="77777777" w:rsidR="00C03725" w:rsidRDefault="00000000">
      <w:pPr>
        <w:jc w:val="both"/>
      </w:pPr>
      <w:r>
        <w:t>Dad was the atypical patrolman/police officer that you often see in old 1960’s TV dramas; driving around in the cop car, left arm hanging out the window. Or walking the beat, twirling his billy-club baton or nightstick baton, as a preventative measure for would-be criminals, while making small talk with the store owners in their precinct sector. I think my father was a fair and decent cop, and from the secondhand stories I heard over the years from his fellow Police Officers. He most likely was from all accounts.</w:t>
      </w:r>
    </w:p>
    <w:p w14:paraId="1963106D" w14:textId="77777777" w:rsidR="00C03725" w:rsidRDefault="00000000">
      <w:pPr>
        <w:jc w:val="both"/>
      </w:pPr>
      <w:r>
        <w:t>Back in the 60’s and 70’s, back “in the day”, it was the culture for NYPD cops to hang out with other cops. And they especially liked to hang out in bars or pubs after their shift ended to unwind before heading to their middle-class life and families out on “the island”. No matter what shift dad worked, days or nights, when he got off-duty he was always getting home three or four hours later. Always, after having a “few” beers with his fellow Boys in Blue. And on weekends and days off and vacations, we would hang out and visit with other cops and their families. This is where dad and his cop friends talked shop, drank beer and manned the BBQ and the wives chatted and minded the kids. My younger sisters and I were known as “cop’s” kids and there were lots of us on Long Island.</w:t>
      </w:r>
    </w:p>
    <w:p w14:paraId="0879E5E4" w14:textId="77777777" w:rsidR="00C03725" w:rsidRDefault="00000000">
      <w:pPr>
        <w:jc w:val="both"/>
      </w:pPr>
      <w:r>
        <w:t>My dad would always say, with some degree of pride, that he wasn’t an alcoholic. Whenever my mother was upset with his mood swing behaviors and she’d confront him on his over-drinking, he’d say, “I’m not an alcoholic, I only drink beer”. I never did see dad drink hard liquor or even wine, only beer. And thankfully he was never physically or emotionally abusive towards my siblings or I that can recall. But as often happens with an alcoholic parent, my mother got the wrath of his moods and good arguments ensued for most of their marriage from early on. Fortunately I never saw my father ever physically abuse my mother. For that I am grateful.</w:t>
      </w:r>
    </w:p>
    <w:p w14:paraId="47750976" w14:textId="77777777" w:rsidR="00C03725" w:rsidRDefault="00000000">
      <w:pPr>
        <w:jc w:val="both"/>
      </w:pPr>
      <w:r>
        <w:t>Years later, after my father was retired from the police force and divorced from my mom, he moved to sunny Arizona. Dad would spend his days in a local dive bar: a watering hole. He would sit in his usual bar stool in the darkened, smoke filled bar, ever the big shot retired New York cop, “sipping” beer all day, and buying drinks for his alcoholic pretend bar fly friends.</w:t>
      </w:r>
    </w:p>
    <w:p w14:paraId="6FF8BF18" w14:textId="77777777" w:rsidR="00C03725" w:rsidRDefault="00000000">
      <w:pPr>
        <w:jc w:val="both"/>
      </w:pPr>
      <w:r>
        <w:lastRenderedPageBreak/>
        <w:t>When I would visit him in Arizona, I’d stop into see him at “his” bar (as infrequently as possible), and he would always re-introduce me to everyone. “This is my son Gene Jr.” he would say for the tenth time, parading me around the bar to each patron as if I was brought in for show and tell. There was a sense of pride in dad for me at least, but all the while I had a keen sense of dread.</w:t>
      </w:r>
    </w:p>
    <w:p w14:paraId="34C7E3A5" w14:textId="77777777" w:rsidR="00C03725" w:rsidRDefault="00000000">
      <w:pPr>
        <w:jc w:val="both"/>
      </w:pPr>
      <w:r>
        <w:t>Several times over the years, out of concern for his health, I confronted him about his drinking and being an alcoholic. He would always reply with his now famous line, “I’m not an alcoholic, I only drink beer”. “Yes dad”, I would reply, “you only drink beer. But you drink beer every day, ALL DAY!”</w:t>
      </w:r>
    </w:p>
    <w:p w14:paraId="73750861" w14:textId="77777777" w:rsidR="00C03725" w:rsidRDefault="00000000">
      <w:pPr>
        <w:jc w:val="both"/>
      </w:pPr>
      <w:r>
        <w:t>Lesson: You can be an alcoholic and only drink beer.</w:t>
      </w:r>
    </w:p>
    <w:p w14:paraId="6BCF7077" w14:textId="77777777" w:rsidR="00C03725" w:rsidRDefault="00000000">
      <w:pPr>
        <w:jc w:val="both"/>
      </w:pPr>
      <w:r>
        <w:t>Becoming all you can Be</w:t>
      </w:r>
    </w:p>
    <w:p w14:paraId="101A6F8F" w14:textId="77777777" w:rsidR="00C03725" w:rsidRDefault="00000000">
      <w:pPr>
        <w:jc w:val="both"/>
      </w:pPr>
      <w:r>
        <w:t>I turned 37 in March of 1999 and I wondered if I’d ever make it to 40. I weighed over 220 pounds, I had a cheesy moustache that made me look like the Columbian drug lord Pablo Escobar. I was eating and drinking myself in an unhealthy lifestyle. I was working in sales in food distribution and so I was sampling my way through everything I sold. I loved to cook then and I also home brewed my own beer and wine. I would make big vats of wine and beer and we bottled the beer and drink it by the gallon. The wine was awful tasting, but it served its purpose. And my wife at the time and I would have dinner parties with other serious wine drinking couples.</w:t>
      </w:r>
    </w:p>
    <w:p w14:paraId="61366AD5" w14:textId="77777777" w:rsidR="00C03725" w:rsidRDefault="00000000">
      <w:pPr>
        <w:jc w:val="both"/>
      </w:pPr>
      <w:r>
        <w:t>I had a Siberian husky name Misha who was from a real led dog team that we bought at a sled dog race in Northern Ontario. This dog was bred to run and pull. And I had no energy for any of that, let alone a walk. I would get home from work, eat a massive dinner then plop on the couch – can you say, “couch potato?” And my beautiful dog Misha wanted nothing more to run and be outside playing and running all the time. So I would attempt to walk her around a block that was maybe 200 meters distance. It was a short block. And we’d get home and Misha would always look at me as if to say, “that’s it?”, “That’s all you got fat boy?” Even my dog made me feel humiliated and defeated.</w:t>
      </w:r>
    </w:p>
    <w:p w14:paraId="7FAD5BD2" w14:textId="77777777" w:rsidR="00C03725" w:rsidRDefault="00000000">
      <w:pPr>
        <w:jc w:val="both"/>
      </w:pPr>
      <w:r>
        <w:t>Sometimes I would get more ambitious and hitch up my sled dog to a longer lead and let her pull me around the neighborhood on my bike. It felt good to ride fast, even if I wasn’t pedaling. But at least the dog would get a workout.</w:t>
      </w:r>
    </w:p>
    <w:p w14:paraId="38A87D74" w14:textId="77777777" w:rsidR="00C03725" w:rsidRDefault="00000000">
      <w:pPr>
        <w:jc w:val="both"/>
      </w:pPr>
      <w:r>
        <w:t>My Skeletons and Run for my Life</w:t>
      </w:r>
    </w:p>
    <w:p w14:paraId="32E18FDA" w14:textId="77777777" w:rsidR="00C03725" w:rsidRDefault="00000000">
      <w:pPr>
        <w:jc w:val="both"/>
      </w:pPr>
      <w:r>
        <w:t>In the spring of 1999, I had a life altering, out of body experience that caused me to reevaluate my life’s direction. It would shed a light on my bad habits and put things into perspective for me. I was at the pinnacle of many years of not taking care of my health, eating and drinking to excess and was haunted by the demons and skeletons of my upbringing and genetics.</w:t>
      </w:r>
    </w:p>
    <w:p w14:paraId="12586754" w14:textId="77777777" w:rsidR="00C03725" w:rsidRDefault="00000000">
      <w:pPr>
        <w:jc w:val="both"/>
      </w:pPr>
      <w:r>
        <w:t xml:space="preserve">That spring, I was visiting with my father in Phoenix and he asked me to drive with him to Las Vegas to spend a weekend with his brother and nephew who were living there just off the </w:t>
      </w:r>
      <w:r>
        <w:lastRenderedPageBreak/>
        <w:t>“Strip”. I was in my self-loathing overweight, sloth place which was weighing (pun intended) heavily on my emotional state of well-being. So there was nothing I wanted less to do than spend a weekend with my alcoholic, gambling, enabling father and his ex-con brother and their nephew in Las Vegas. But being the good son that I am, the guilt overwhelmed me, and I agreed to go.</w:t>
      </w:r>
    </w:p>
    <w:p w14:paraId="6480BFC7" w14:textId="77777777" w:rsidR="00C03725" w:rsidRDefault="00000000">
      <w:pPr>
        <w:jc w:val="both"/>
      </w:pPr>
      <w:r>
        <w:t>Now as much as I could put back a few beers occasionally, it was pretty evident early on the first night in Vegas that I was a lightweight around these “professional” partiers and drinkers. I couldn’t keep up with them and I didn’t even try. We partied and gambled our way through about a dozen casinos on Friday night. Now when I say we, I figured out a way to dodge the others so I could endure the torture of the casinos and didn’t have to keep up with the three them. I personally do not like casinos – there’s something about the pinging noise that is like nails on a chalkboard to me. And I am cheap. I don’t like spending and losing my hard-earned money so I am usually done after my $20 limit. Which takes approximately 10 minutes. So how do you kill hours in a Vegas casino while the others gambled and partied? I found the sports betting area and watched sports on the large screen tv’s. I held a pencil and a few betting slips in my hand while I sat there for hours. Servers would come by and offer me free beer (with a tip of course) so I could idle away the time before we moved onto the next casino, and the next one and so on.</w:t>
      </w:r>
    </w:p>
    <w:p w14:paraId="3A4A3353" w14:textId="77777777" w:rsidR="00C03725" w:rsidRDefault="00000000">
      <w:pPr>
        <w:jc w:val="both"/>
      </w:pPr>
      <w:r>
        <w:t>On Saturday after a super-sized Denny’s breakfast, we hung out at a few local neighborhood bars where the guys would play the joker poker machines built into the bar top while I played the juke box. I was doing a lot better than they were on the poker machines as at least I was rewarded with a few songs for my money. And what did we do Saturday night? The same as Friday, back to the strip and the casinos. The only highlight was the big steak dinner at Delmonico’s Steak House. It was a memorable meal as we gorged on Texas portioned red meat with all the fixing’s and washed it down with more alcohol. We were out most of the night, but I have no recollection what time we got in – try finding a clock in Las Vegas.</w:t>
      </w:r>
    </w:p>
    <w:p w14:paraId="4B9FBE8F" w14:textId="77777777" w:rsidR="00C03725" w:rsidRDefault="00000000">
      <w:pPr>
        <w:jc w:val="both"/>
      </w:pPr>
      <w:r>
        <w:t>Sunday was still more of the same - when we weren’t in a casino gambling and drinking, we were in a bar, drinking and gambling. After 3 days of this, I was beyond exhausted and had a hangover of the century. I slept at most 2 or 3 hours each night. Mostly I was feeling shame, humiliation and strong sense of self-loathing. I made a pact with myself then that this was not the path for me. I needed to regain my self-control and make a major life direction change or I would end up dead or, at least, become a raging alcoholic and gambler. These character flaws might be in my family DNA, but that doesn’t mean I have to accept that.</w:t>
      </w:r>
    </w:p>
    <w:p w14:paraId="4A5E51C2" w14:textId="77777777" w:rsidR="00C03725" w:rsidRDefault="00000000">
      <w:pPr>
        <w:jc w:val="both"/>
      </w:pPr>
      <w:r>
        <w:t>We drove back to Phoenix and all I could think about was what will I need to do to change my life course and be the best I could be. Time to take charge of my life and reset my course. At that time I was working as Sales Training Manager for a large foodservice company. Part of my training courses included maximizing performance, self-motivation and stress management in some of my courses. Surely, I could practice what I preach and take back my life and reset myself.</w:t>
      </w:r>
    </w:p>
    <w:p w14:paraId="1F736934" w14:textId="77777777" w:rsidR="00C03725" w:rsidRDefault="00000000">
      <w:pPr>
        <w:jc w:val="both"/>
      </w:pPr>
      <w:r>
        <w:lastRenderedPageBreak/>
        <w:t>A few days later I had a flight back to Toronto to my nice quiet comfortable suburban life. While at the Phoenix Sky Harbor Airport, I had some time to kill so I headed to the bookstore. I was still traumatized and almost shaking from Delirium Tremors or DT’s from the lost weekend in Vegas. I was milling around the sports magazine rack looking at the bodies of the models on the covers and thinking what that life must be like. There was Sports Illustrated magazine, Car and Driver and various Football and Baseball magazines. But I was looking for something different – I was looking for a magazine that I wouldn’t be familiar with on a topic that I didn’t know much about.</w:t>
      </w:r>
    </w:p>
    <w:p w14:paraId="2997AEAF" w14:textId="77777777" w:rsidR="00C03725" w:rsidRDefault="00000000">
      <w:pPr>
        <w:jc w:val="both"/>
      </w:pPr>
      <w:r>
        <w:t>Back in the 1990’s, I was a big fan of the sitcom “Seinfeld”. There was an episode called “The Opposite” in which the protagonist character George Costanza, was reflecting on his life with Jerry Seinfeld in a diner that they often met in. George came to the realization that everything he did, every decision that he made, had negative outcomes. He decided that from that moment on, he would do the opposite of every decision he would make. And it worked; he was having positive consequences with every opposite decision. “Maybe I need to do that”, I thought to myself, “maybe I need to do the complete opposite of what I was doing and reinvent myself”.</w:t>
      </w:r>
    </w:p>
    <w:p w14:paraId="3B152B4B" w14:textId="77777777" w:rsidR="00C03725" w:rsidRDefault="00000000">
      <w:pPr>
        <w:jc w:val="both"/>
      </w:pPr>
      <w:r>
        <w:t>As I was scanning through the magazine rack in the airport that day, I stared at a magazine called “Runners World”. There was a picture of a guy in a pair of shorts and t-shirt in amazing shape and he was looking happy. See to non-runners like I was, there’s a joke that you’ve never seen a runner smiling or happy. I liked to say running does make me happy, just not until I finish. But I digress.</w:t>
      </w:r>
    </w:p>
    <w:p w14:paraId="362AAD2B" w14:textId="77777777" w:rsidR="00C03725" w:rsidRDefault="00000000">
      <w:pPr>
        <w:jc w:val="both"/>
      </w:pPr>
      <w:r>
        <w:t>So I picked up the magazine and just holding it was inspiring me already. I flipped through a few pages and thought the headlines were inviting – stories about running your first 5k, nutrition tips for post workouts. How to lose weight by running. So I slipped it under my arm.</w:t>
      </w:r>
    </w:p>
    <w:p w14:paraId="1E422B0E" w14:textId="77777777" w:rsidR="00C03725" w:rsidRDefault="00000000">
      <w:pPr>
        <w:jc w:val="both"/>
      </w:pPr>
      <w:r>
        <w:t>The next magazine that grabbed my attention was “Men’s Health”. Now let me tell you, when I saw the buff model on the cover, then looked down at myself, I felt a wave of shame. How did I let myself get to this place? I felt a twinge of nervous embarrassment and looked around to make sure no one was looking at me as I perused the magazine. My first thought was that I could never look like that, and my second thought was “WHO does look like that”, and finally my stinking/thinking brain said I could never look like that. But something compelled me to keep flipping the pages. There were other fit athlete types profiled but also regular “joe’s”, and stories about how they turned their health and body fitness around. And there were excellent nutrition tips. And vitamin and supplement ads. And more buff guys that I knew I could never look like. But I was intrigued and decided I would buy this one also.</w:t>
      </w:r>
    </w:p>
    <w:p w14:paraId="6B7A8928" w14:textId="77777777" w:rsidR="00C03725" w:rsidRDefault="00000000">
      <w:pPr>
        <w:jc w:val="both"/>
      </w:pPr>
      <w:r>
        <w:t>After reviewing the other magazines, I went over to the book racks and to a healthier section. I was reviewing the titles and one book jumped off the shelf: “Eat Right for Your Blood Type” by Naturopath Peter J. D’Adamo. I knew I had A-Positive blood type and started reviewing the section on my type. The book spoke directly to me and the poor health and shape I was in. I needed this book.</w:t>
      </w:r>
    </w:p>
    <w:p w14:paraId="56ECB1E6" w14:textId="77777777" w:rsidR="00C03725" w:rsidRDefault="00000000">
      <w:pPr>
        <w:jc w:val="both"/>
      </w:pPr>
      <w:r>
        <w:lastRenderedPageBreak/>
        <w:t>I quietly walked up to the counter with my copies of Runners World and Men’s Health magazines and my “Eat Right for My Blood Type” book. I looked around hoping no one I knew would see me nor would anyone look at the magazine and book choices I made. I felt like I was sneaking a chocolate bar. I paid the clerk making sure I didn’t make eye contact. My body language was saying “these aren’t for me”, “they’re for a friend”, feeling as shamed as I might if I were buying a copy of Playboy magazine.</w:t>
      </w:r>
    </w:p>
    <w:p w14:paraId="5171B3D3" w14:textId="77777777" w:rsidR="00C03725" w:rsidRDefault="00000000">
      <w:pPr>
        <w:jc w:val="both"/>
      </w:pPr>
      <w:r>
        <w:t>Sitting on the plane on my return flight, I immediately began to devour this new world in these magazines that I knew nothing about. Running, fitness and eating healthy. As foreign as a foreign language. I worked in the food business, I was trained as a chef in a family run Greek restaurant I worked in through my teen years. It was expected that I would be overweight. My father was overweight. Everyone I knew seemed to be overweight. Everyone I worked with in the food industry was overweight. And what a great industry that is – we got to sample everything we sold. Besides, who could trust a skinny chef or fit foodservice employee?</w:t>
      </w:r>
    </w:p>
    <w:p w14:paraId="120C7561" w14:textId="77777777" w:rsidR="00C03725" w:rsidRDefault="00000000">
      <w:pPr>
        <w:jc w:val="both"/>
      </w:pPr>
      <w:r>
        <w:t>So there I was sitting on the plane with my contraband magazines and new book. And what a new world this was that I was entering. Normal people running for pleasure, fitness and competition. And normal looking guys with bad eating habits, consuming too much alcohol and not exercising telling their stories of how they overcame their obesity, habits and addictions. Sounds familiar. I read both magazines from cover to cover and even filled out the subscription cards that were placed strategically in both publications. I was hooked.</w:t>
      </w:r>
    </w:p>
    <w:p w14:paraId="02FFC7E9" w14:textId="77777777" w:rsidR="00C03725" w:rsidRDefault="00000000">
      <w:pPr>
        <w:jc w:val="both"/>
      </w:pPr>
      <w:r>
        <w:t>As I read the book “How to Eat Right for Your Blood Type”, I was reading about myself. I was a big carnivore and ate very few vegetables. And yet this book was telling me I should mostly be a vegetarian and eat very little meat. This was interesting and was making sense as I always felt sluggish after dinner and a big meal. My poor diet was the traditional meat and potato diet. I would almost immediately retire to the couch and the TV after eating. Didn’t I always feel better after eating a salad with my dinner and more vegetable and less meat? I was onto onto something here. I devoured the book like a 32oz porterhouse steak, garlic mashed potatoes with all the sides. I was obsessed and feeling possessed.</w:t>
      </w:r>
    </w:p>
    <w:p w14:paraId="29A4D591" w14:textId="77777777" w:rsidR="00C03725" w:rsidRDefault="00000000">
      <w:pPr>
        <w:jc w:val="both"/>
      </w:pPr>
      <w:r>
        <w:t>Lesson: Reinvent Yourself</w:t>
      </w:r>
    </w:p>
    <w:p w14:paraId="33A1DDB1" w14:textId="77777777" w:rsidR="00C03725" w:rsidRDefault="00000000">
      <w:pPr>
        <w:jc w:val="both"/>
      </w:pPr>
      <w:r>
        <w:t>When I returned from my “lost weekend” in Vegas, I was overweight and had low personal self-esteem from my body image. I was determined that I was going to get in shape, whatever that was. The first thing I did was to buy a Tony Little “Glider”, one of the first “cross-trainers”, that was advertised on TV and set it up in the basement. I worked out relentlessly on it and started to get some results by losing a few pounds.</w:t>
      </w:r>
    </w:p>
    <w:p w14:paraId="63C29AC0" w14:textId="77777777" w:rsidR="00C03725" w:rsidRDefault="00000000">
      <w:pPr>
        <w:jc w:val="both"/>
      </w:pPr>
      <w:r>
        <w:t>Now what do to with all this new knowledge and this world I knew nothing about except from watching runners go by my window like a puppy watching kids playing outside. I decided I would start “jogging”. I went to my local Walmart and bought a hoodie and jogging outfit, think Rocky when he would go running. Soon I started my training. I decided I was going to reinvent myself.</w:t>
      </w:r>
    </w:p>
    <w:p w14:paraId="3BB7B495" w14:textId="77777777" w:rsidR="00C03725" w:rsidRDefault="00000000">
      <w:pPr>
        <w:jc w:val="both"/>
      </w:pPr>
      <w:r>
        <w:lastRenderedPageBreak/>
        <w:t>Over the next few months, I starting noticing to see more athletic people working out and running and cycling in my hometown. As the spring of 2000 in the new millennium wore on, I was moving more. I added jogging to my healthier lifestyle. Well, it wasn’t exactly jogging. At first I could barely run from hydro pole to the next. I would run one length, then walk to the next pole, then run another. Barely catching my breath.</w:t>
      </w:r>
    </w:p>
    <w:p w14:paraId="11978323" w14:textId="77777777" w:rsidR="00C03725" w:rsidRDefault="00000000">
      <w:pPr>
        <w:jc w:val="both"/>
      </w:pPr>
      <w:r>
        <w:t>Run and walk, run and walk, repeat and rinse. I was fat, sluggish, overweight, heavy and out of breath. But I was determined. After a 20-minute workout I was soaked in sweat but I did it. I was on my way. After a few months I could run around the block. Then I started running further and further from home.</w:t>
      </w:r>
    </w:p>
    <w:p w14:paraId="7C8E825E" w14:textId="77777777" w:rsidR="00C03725" w:rsidRDefault="00000000">
      <w:pPr>
        <w:jc w:val="both"/>
      </w:pPr>
      <w:r>
        <w:t>My next investment was a Polar chronograph watch to track my run/walk time. We had a nice paved waterfront trail near my house that I would run along and keep time on my watch. I would run for 15 minutes out and then back for a total of 30 minutes. I was so proud that I was running 30 minutes! I did these runs every Tuesday and Thursday. On Saturdays I would push myself to run one hour - 30 minutes out, 30 minutes back home. Not bad. I did this for months and months. Then one day I decided to take my bike out to measure my distance on my odometer. I discovered I was running a 5k distance on my 30 minute runs and a 10k distance on my hour run. Something was happening. I was thinking I might be a real runner.</w:t>
      </w:r>
    </w:p>
    <w:p w14:paraId="022C5A3F" w14:textId="77777777" w:rsidR="00C03725" w:rsidRDefault="00000000">
      <w:pPr>
        <w:jc w:val="both"/>
      </w:pPr>
      <w:r>
        <w:t>By June of 2000, we were six months into the new millennium and I was more motivated than ever. I started noticing people cycling, not just on old beater bikes but on road bikes wearing colorful riding outfits. There were people running, not jogging, and they were wearing cool running shoes and dry fit shirts, not the cotton t-shirts I had been wearing. I had been a couch potato. And a very good one at that. But now I was stoked to run and bike.</w:t>
      </w:r>
    </w:p>
    <w:p w14:paraId="7A8ECD5E" w14:textId="77777777" w:rsidR="00C03725" w:rsidRDefault="00000000">
      <w:pPr>
        <w:jc w:val="both"/>
      </w:pPr>
      <w:r>
        <w:t>One local sporting event shook me to my core. There was a triathlon that was held in my local town every August. I didn’t really understand what a triathlon was but did remember seeing fit men and women riding on the main street about a block from my house every year. I watched them that summer and felt dejected, still out of shape and a sense of shame came over me. Surely I could do that? I could do anything I put my mind to, right? That’s what we’re supposed to believe at least.</w:t>
      </w:r>
    </w:p>
    <w:p w14:paraId="53698EFA" w14:textId="77777777" w:rsidR="00C03725" w:rsidRDefault="00000000">
      <w:pPr>
        <w:jc w:val="both"/>
      </w:pPr>
      <w:r>
        <w:t>I rode my bike down to the local lakefront park where they held the triathlon event and watched the cyclists and runners do their transitions and then settled into watch some of the top “athletes” at the finish line. I felt so dejected, out of shape and with an almost shame of myself. But I was intrigued.</w:t>
      </w:r>
    </w:p>
    <w:p w14:paraId="139EF918" w14:textId="77777777" w:rsidR="00C03725" w:rsidRDefault="00000000">
      <w:pPr>
        <w:jc w:val="both"/>
      </w:pPr>
      <w:r>
        <w:t xml:space="preserve">Over the next six months I worked harder and harder lost more weight and was feeling much better about myself. I was still running by myself and sticking to my usual 5k and 10k routes, not deviating too much but I had lost about 20 pounds and felt the best I had in years. Then, in August of 2001, I went back to watch my local triathlon from the start/finish. There were all kinds of fit, athletic looking people everywhere. Everyone seemed to know each other. They never glanced at me. I felt like an outsider to some secret club. I watched the swim and thought that I could never do that! They were wearing wetsuits and swim caps, goggles. So </w:t>
      </w:r>
      <w:r>
        <w:lastRenderedPageBreak/>
        <w:t>foreign to me except from maybe watching summer Olympics or swim racing back in the day on Wide World of Sports. I had heard of Ironman, but it was still so foreign to me.</w:t>
      </w:r>
    </w:p>
    <w:p w14:paraId="54C6D340" w14:textId="77777777" w:rsidR="00C03725" w:rsidRDefault="00000000">
      <w:pPr>
        <w:jc w:val="both"/>
      </w:pPr>
      <w:r>
        <w:t>I watched the transition from the swim to the bike race. The bikes were all sleek and modern and so cool looking. And when the riders tucked into their aero bars, everyone looked serious, focused and competitive. I was drinking the Kool-Aid. As the cyclists charged out as a pack and came back in one by one, I admired all the athletes. And especially the front of the pack who were the leanest and fastest. What a show of athleticism.</w:t>
      </w:r>
    </w:p>
    <w:p w14:paraId="6AA32DAB" w14:textId="77777777" w:rsidR="00C03725" w:rsidRDefault="00000000">
      <w:pPr>
        <w:jc w:val="both"/>
      </w:pPr>
      <w:r>
        <w:t>Once the run section of the triathlon began, there were athletes of all shapes, sizes, ages and fitness started out. Some were sprinting, some were jogging but they all had the look of determination and many had smiles on their face. They were pumped. The energy high. I wanted to be one of them. I found my tribe.</w:t>
      </w:r>
    </w:p>
    <w:p w14:paraId="111BD6C9" w14:textId="77777777" w:rsidR="00C03725" w:rsidRDefault="00000000">
      <w:pPr>
        <w:jc w:val="both"/>
      </w:pPr>
      <w:r>
        <w:t>I watched the running finishers come in, high fiving, kissing loved ones, scooping up their children. Everyone was proud of themselves and I was proud of everyone one of them. I vowed right then that I would be back</w:t>
      </w:r>
    </w:p>
    <w:p w14:paraId="740B9271" w14:textId="77777777" w:rsidR="00C03725" w:rsidRDefault="00000000">
      <w:pPr>
        <w:jc w:val="both"/>
      </w:pPr>
      <w:r>
        <w:t>Lesson: You Can’t Go it Alone</w:t>
      </w:r>
    </w:p>
    <w:p w14:paraId="7AFDE671" w14:textId="77777777" w:rsidR="00C03725" w:rsidRDefault="00000000">
      <w:pPr>
        <w:jc w:val="both"/>
      </w:pPr>
      <w:r>
        <w:t>Lesson: I Got This</w:t>
      </w:r>
    </w:p>
    <w:p w14:paraId="797E84BE" w14:textId="77777777" w:rsidR="00C03725" w:rsidRDefault="00000000">
      <w:pPr>
        <w:jc w:val="both"/>
      </w:pPr>
      <w:r>
        <w:t>In late 2001 I moved to Peterborough Ontario, a small “city” of about 75,000 people. I took a position with a major food distribution company as a “training manager”. Which meant I was going to be training our sales teams and managers putting me on my feet up to 8 hours a day. I had more energy than ever and the role would also contribute to my active lifestyle and fitness.</w:t>
      </w:r>
    </w:p>
    <w:p w14:paraId="05B76B6E" w14:textId="77777777" w:rsidR="00C03725" w:rsidRDefault="00000000">
      <w:pPr>
        <w:jc w:val="both"/>
      </w:pPr>
      <w:r>
        <w:t>By early 2002, I had an annual subscriptionto Runners World and to Men’s Health magazines. I would devour them from cover to cover as soon as they arrived. I was learning all kinds of running technique tricks and was eating ever more healthy meals and seeing and feeling the results. Maybe this “fat guy” could actually become a real runner.</w:t>
      </w:r>
    </w:p>
    <w:p w14:paraId="68A11EEB" w14:textId="77777777" w:rsidR="00C03725" w:rsidRDefault="00000000">
      <w:pPr>
        <w:jc w:val="both"/>
      </w:pPr>
      <w:r>
        <w:t>One of the things I realized early on in my new town was that I couldn’t train by myself. I was losing weight and finally had the “courage” to join the local YMCA. I remember feeling like a fish out of water the first few times I started going. The YMCA was in an older building and the men’s locker room was outdated and dingy, but I liked the fact that lighting was poor and there weren’t a lot of mirrors. My routine would be to do a cross trainer for 30 minutes then walk/run on a treadmill for another 30 minutes. Since I was new to town, the only people I knew at the gym (which we referred the YMCA as) were people from work, most of whom weren’t in much better shape than me so I felt less embarrassed. As time progressed, more and more weight came off and with my new job, I was down to a comfortable 170 lbs. Not bad for a guy that was hovering around 220 just a few years early. I lost 50 pounds just being active, eating healthier and running. Not magic, just hard work and dedication. “I got this”, I would tell myself.</w:t>
      </w:r>
    </w:p>
    <w:p w14:paraId="082C13E9" w14:textId="77777777" w:rsidR="00C03725" w:rsidRDefault="00000000">
      <w:pPr>
        <w:jc w:val="both"/>
      </w:pPr>
      <w:r>
        <w:lastRenderedPageBreak/>
        <w:t>I was working out hard on the treadmill and doing longer trail and road runs outside and was feeling more and more like I could actually get the hang of this running thing. I had more energy than ever and was really in a great place work wise and well balanced with my work, life balance. In late December 2002 I went to visit with my parents and family in Phoenix. I had been reading about all sorts of run events taking place around north America and found a small 5k race in the Phoenix area called “Midnight Madness”. It was held on New Years eve, a non-alcohol event that seemed very positive and inspiring. So I signed up for what would be my first run event.</w:t>
      </w:r>
    </w:p>
    <w:p w14:paraId="1E0492C2" w14:textId="77777777" w:rsidR="00C03725" w:rsidRDefault="00000000">
      <w:pPr>
        <w:jc w:val="both"/>
      </w:pPr>
      <w:r>
        <w:t>The “Midnight Madness” 5k and family 1k fun run was well organized. It was scheduled to start at 9pm, just at dusk. What a great way to spend New Years eve. I brought my mother and sister out to spectate and they had a blast. The organizers put out paper bags with lit candles for spread out for the first 100 meters or so. There was also going to be a special prize of a Runners World Magazine Calendar for the first 50 finishers. I was a big fan of that magazine and I was excited that I might win a calendar! To add to the excitement of the race, they had a lead runner dressed as father time to pace us at the start of the race. This was going to be my first run or “race”. Since there was the extra incentive of the 2003 Calendar, I was ready and set to “go”. I had my bib on and a run chip on my running shoes that is used for electronic timing and accuracy. I felt like a runner.</w:t>
      </w:r>
    </w:p>
    <w:p w14:paraId="307EF066" w14:textId="77777777" w:rsidR="00C03725" w:rsidRDefault="00000000">
      <w:pPr>
        <w:jc w:val="both"/>
      </w:pPr>
      <w:r>
        <w:t>When the race started, I ran my heart out. All that training I had been doing, all the weight loss and having my family there to spectate just ignited a spark in me. Plus there was that calendar! I ran hard as if I was an Olympic athlete competing in 5000-meter event. I felt great and proud that I was now a real runner. I ran as hard as I could and finished in an amazing time (to me!) of 20:48. I had run my first 5k race at a pace of just over 4 minutes per km at a 4:09 per km pace. That was not too shabby for a former flabby.</w:t>
      </w:r>
    </w:p>
    <w:p w14:paraId="10D93D51" w14:textId="77777777" w:rsidR="00C03725" w:rsidRDefault="00000000">
      <w:pPr>
        <w:jc w:val="both"/>
      </w:pPr>
      <w:r>
        <w:t>But the more motivating and inspiring thing happened, I had finished 45th out of 286 participants and therefore won a calendar. Although there was also a finishers medal, I was so exhilarated and overwhelmed. This was the first race I had entered and I was hooked on running.</w:t>
      </w:r>
    </w:p>
    <w:p w14:paraId="7912121B" w14:textId="77777777" w:rsidR="00C03725" w:rsidRDefault="00000000">
      <w:pPr>
        <w:jc w:val="both"/>
      </w:pPr>
      <w:r>
        <w:t>Lesson: You can’t go it alone – join a run club</w:t>
      </w:r>
    </w:p>
    <w:p w14:paraId="454D932A" w14:textId="77777777" w:rsidR="00C03725" w:rsidRDefault="00000000">
      <w:pPr>
        <w:jc w:val="both"/>
      </w:pPr>
      <w:r>
        <w:t>I started keeping my running events and records at the end of 2002 and to date I had run 28 events overall. Looking back, one of the earliest events that I had records kept was for a 5k run called Midnight Madness. It was a family friendly event in Phoenix that was held on New Years eve in 2002. The start time was, I believe 8 or 9pm as I remember that the race volunteers had put out little paper bags with candles in them to light up part of the route as it was dusk. The recollection of that run was that it really motivated me to start 2003 off healthy and fit. The event was highlighted by the challenge that they were offering free Runners World 2003 calendars to top finishers. So that was enough motivation and I recall running my heart out that night. And yes, I won a calendar which was on my office wall to motivate me every day in 2003.</w:t>
      </w:r>
    </w:p>
    <w:p w14:paraId="4C1387C0" w14:textId="77777777" w:rsidR="00C03725" w:rsidRDefault="00000000">
      <w:pPr>
        <w:jc w:val="both"/>
      </w:pPr>
      <w:r>
        <w:lastRenderedPageBreak/>
        <w:t>In early 2003, I finally had enough confidence to think about joining a run club. There was a Running Room store intown and I knew a few women at work that were members of various run club clinics. The Running Room are a chain of run stores owned by John Stanton, an accomplished marathoner and runner for many decades. The run club clinics they offered were basically group running programs, from “learn to run” for new runners with no experience, as well as 5k, 10k, half-marathon and marathon distance clinics. Their training programs are methodical and well-structured and if you followed them to the letter (without getting injured along the way) then you were guaranteed to finish the clinic goal run event. Their programs are so good that they could get most anyone off the couch and “jogging” within 8 - 10 weeks.</w:t>
      </w:r>
    </w:p>
    <w:p w14:paraId="244BB442" w14:textId="77777777" w:rsidR="00C03725" w:rsidRDefault="00000000">
      <w:pPr>
        <w:jc w:val="both"/>
      </w:pPr>
      <w:r>
        <w:t>I had been speaking a lot about running with a coworker, Kim, and she had belonged to one and had completed a few run events as well. Kim had run with the Running Room in various clinics and had gotten me excited about joining one of them with her. Based on my current fitness and growing confidence, we decided we were going to sign up for one of their spring clinics with the intention of Kim signing up for the 10k clinic and I would sign up for the half-marathon clinic. A half-marathon distance was a daunting leap for me, considering just a few years earlier was an accomplished couch potato. When we arrived at clinic sign up night, we were briefed on all the different clinics distances and their goal run/race event. Kim got excited about the half-marathon clinic with a goal of completing the 2003 Ottawa Marathon. She felt that she had the endurance to complete a half-marathon, a new goal for her. I knew from our conversations that her running and fitness levels were not as strong as mine even thought she had more competitive running experience. But since I felt I was a much stronger runner, I felt pressured to step up and sign up for the full Ottawa Marathon clinic.</w:t>
      </w:r>
    </w:p>
    <w:p w14:paraId="074F03D9" w14:textId="77777777" w:rsidR="00C03725" w:rsidRDefault="00000000">
      <w:pPr>
        <w:jc w:val="both"/>
      </w:pPr>
      <w:r>
        <w:t>The race was going to be in May and it was only late January, surely I could get up to speed (no pun intended) and complete a full marathon by then. After all, the clinic training programs were practically fool proof. So I signed up and immediately had buyer’s remorse: What was I thinking? What had I just done? How was I going to train and run a marathon? I really got myself in a jam this time.</w:t>
      </w:r>
    </w:p>
    <w:p w14:paraId="7D535453" w14:textId="77777777" w:rsidR="00C03725" w:rsidRDefault="00000000">
      <w:pPr>
        <w:jc w:val="both"/>
      </w:pPr>
      <w:r>
        <w:t>On the first night of the clinic I was extremely nervous and apprehensive. Looking around at all the athletic looking people as we sat on wooden benches in the basement of the Running Room store, I wondered if I would fit in, would my fraud as a runner be uncovered? When our run clinic instructor Debbie introduced herself and her running and training accomplishments, she started to put me at ease. She had a great coaching manner and explained what we were embarking on and assured us that we could accomplish the goal of finishing our first marathon.</w:t>
      </w:r>
    </w:p>
    <w:p w14:paraId="00D6F2B6" w14:textId="77777777" w:rsidR="00C03725" w:rsidRDefault="00000000">
      <w:pPr>
        <w:jc w:val="both"/>
      </w:pPr>
      <w:r>
        <w:t>There were about 15 people in our clinic, a mix of men and women of various fitness levels and everyone seemed to be as nervous and excited as I was. Debbie handed out the marathon training manual and began to explain the overall program. It was well laid out with week by week training that slowly would build and build until marathon day.</w:t>
      </w:r>
    </w:p>
    <w:p w14:paraId="5129DBA6" w14:textId="77777777" w:rsidR="00C03725" w:rsidRDefault="00000000">
      <w:pPr>
        <w:jc w:val="both"/>
      </w:pPr>
      <w:r>
        <w:lastRenderedPageBreak/>
        <w:t>I had never seen a marathon training plan before and it seemed daunting and overwhelming. There was short easy runs, longer training runs, then something called hill repeats, speed work, something called fartlek's. In addition there was cross training programs. Did I mention it was February and the dead of winter in Ontario? How were we going to run long runs outside in the winter? What had I signed up for?</w:t>
      </w:r>
    </w:p>
    <w:p w14:paraId="4DDC5D9A" w14:textId="77777777" w:rsidR="00C03725" w:rsidRDefault="00000000">
      <w:pPr>
        <w:jc w:val="both"/>
      </w:pPr>
      <w:r>
        <w:t>Since we were going to be running outdoors for our training through the remainder of the winter, I needed new winter running clothes. Anyone that thinks that running is simple sport and all you need is a pair of running shoes, shorts and a T-shirt are sadly mistaken. In this sport the there was a gamut of clothing and accessories that you could buy. I looked around the Running Room store and started to gather my new clothes. I needed long running pants, a winter running jacket, a toque (a Canadian word for hat), thick gloves and of course warmer socks. I also bought a real pair of running shoes, not ones from the mall sports store but running shoes that the clerk sold me that were more ideal to my running gait and level.</w:t>
      </w:r>
    </w:p>
    <w:p w14:paraId="19FFAA46" w14:textId="77777777" w:rsidR="00C03725" w:rsidRDefault="00000000">
      <w:pPr>
        <w:jc w:val="both"/>
      </w:pPr>
      <w:r>
        <w:t>Lastly I needed a good training watch which everyone seemed to have. I liked the Polar watches at the time and bought one with a heart monitor strap and one that would sync up with my computer to give me my running stats.</w:t>
      </w:r>
    </w:p>
    <w:p w14:paraId="0034044B" w14:textId="77777777" w:rsidR="00C03725" w:rsidRDefault="00000000">
      <w:pPr>
        <w:jc w:val="both"/>
      </w:pPr>
      <w:r>
        <w:t>So overall with the expense of the clinic which was about $59, another $400 in new run clothes and running shoes, and a new $200 sports watch, I was in into this running clinic thing well over $600. What started as a simple clinic was now a major investment. John Stanton had quite a business model going with his stores. And not to mention that the Ottawa Marathon race event itself cost around $50 at the time for the full marathon event. Well with an investment like that I was going to have to do this no matter what.</w:t>
      </w:r>
    </w:p>
    <w:p w14:paraId="669561F3" w14:textId="77777777" w:rsidR="00C03725" w:rsidRDefault="00000000">
      <w:pPr>
        <w:jc w:val="both"/>
      </w:pPr>
      <w:r>
        <w:t>Lesson: Start slow and build</w:t>
      </w:r>
    </w:p>
    <w:p w14:paraId="0BDB83AB" w14:textId="77777777" w:rsidR="00C03725" w:rsidRDefault="00000000">
      <w:pPr>
        <w:jc w:val="both"/>
      </w:pPr>
      <w:r>
        <w:t>Just like any training program, we started slow. Well as slow as you could stat when you’re in a marathon clinic. I had no problem running 5k and 10k distances on my own but the effort to build to a full marathon distance, a distance of 26.2 miles or 42.2km in metric, was a huge leap and goal. Our clinic members were bundled up like the old Michelin Man in those commercials. There were about 15 of us to start our training regimen.</w:t>
      </w:r>
    </w:p>
    <w:p w14:paraId="7F56F78E" w14:textId="77777777" w:rsidR="00C03725" w:rsidRDefault="00000000">
      <w:pPr>
        <w:jc w:val="both"/>
      </w:pPr>
      <w:r>
        <w:t>Tuesday nights was our clinic night where we grouped up in the Running Room basement and had training lectures from various topics from nutrition, heart rate training, VO2 max and hill and speed work. All of this was new to me and I devoured it like a sponge. Debbie made sure we followed the clinic training program each week and would explain the progress we were making on clinic nights. After our clinic discussion, we would head out for our Tuesday run together as a group.</w:t>
      </w:r>
    </w:p>
    <w:p w14:paraId="46640AE1" w14:textId="77777777" w:rsidR="00C03725" w:rsidRDefault="00000000">
      <w:pPr>
        <w:jc w:val="both"/>
      </w:pPr>
      <w:r>
        <w:t xml:space="preserve">On Wednesday, we would join the Running Room’s free group runs. These runs were for all of the various clinic members and were split mostly by endurance and fitness with the marathon group and a few other fitter half-marathon runners joining us at the front of the pack. The Wednesday runs were distance runs and we but we were always going the longest and fastest. On Thursday evenings most of our clinic group of us would get together for the </w:t>
      </w:r>
      <w:r>
        <w:lastRenderedPageBreak/>
        <w:t>harder training run works – generally hill training or tempo work. Tempo running is when you run at about 80 - 90% of your projected race pace. Thursday’s always seemed like our running group we would get faster and faster until it would almost became a race. That’s what you get when you have alpha marathon runners training together.</w:t>
      </w:r>
    </w:p>
    <w:p w14:paraId="0702432B" w14:textId="77777777" w:rsidR="00C03725" w:rsidRDefault="00000000">
      <w:pPr>
        <w:jc w:val="both"/>
      </w:pPr>
      <w:r>
        <w:t>For hill training, we had the perfect hill near us called Museum Hill. It was a steep 200 – 300 meter road with a large parking lot at the top for turning around and of course a local history museum. We would congregate at the base of this hill and we would run hill repeats to exhaustion. We would run hard up the hill and jog back down, rest for two minutes and then keep repeating them. In the beginning we would do 6 to 8 repeats and then as we got stronger later into the marthon training we progressed to 10 to 12 hill repeats. They were killer but we always finished with a smile and a high five all around. Today, that hill is still one of my favorite places to train.</w:t>
      </w:r>
    </w:p>
    <w:p w14:paraId="7CD76B89" w14:textId="77777777" w:rsidR="00C03725" w:rsidRDefault="00000000">
      <w:pPr>
        <w:jc w:val="both"/>
      </w:pPr>
      <w:r>
        <w:t>Sunday mornings were our scheduled long runs. We would meet at the Running Room at 8am as a group and we would run whatever distance we were to do that week. We had a great run route out a road called Old Norwood. It was a hilly route that runs East and West. We would typically get a tail wind going out and have a wintery blast of wind in our face coming back. They were tough runs in the dead of winter and our favorite saying was “What doesn’t kill you makes you stronger”. And stronger we got.</w:t>
      </w:r>
    </w:p>
    <w:p w14:paraId="6F455955" w14:textId="77777777" w:rsidR="00C03725" w:rsidRDefault="00000000">
      <w:pPr>
        <w:jc w:val="both"/>
      </w:pPr>
      <w:r>
        <w:t>That clinic was intense. Everyone was competitive and also very supportive. We just got faster and faster and stronger and stronger. I bonded with Bob who was super-fast compared to me. He was so light and his feet barely touched the ground. His feet cadence (how many steps per minute) was incredibly fast. I began to watch and admire his running style and tried to keep up with him as much as possible. We measured and compared everything. We even measured out run cadence and mine was in the 170-180 range of steps per minute range but faster on speed work. Almost at par with Bob. That put Bob and I in the higher almost elite runner bracket and we were soon the fastest runners in our clinic. What was going on?</w:t>
      </w:r>
    </w:p>
    <w:p w14:paraId="528107BE" w14:textId="77777777" w:rsidR="00C03725" w:rsidRDefault="00000000">
      <w:pPr>
        <w:jc w:val="both"/>
      </w:pPr>
      <w:r>
        <w:t>With my Polar heart rate monitor, I started to record and review all my training runs. It had a pace and distance GPS for accuracy built in and I ran all kinds of stats to get benchmarks on my running competency. I was noticing that I could run long and comfortable in the 142-160 bpm heart range zone. A running rate of 120bpm was an easy pace run for me and I was even moving good at 100bpm. I found that I could get up to 165bpm for hard tempo runs. When I did the math on this I was running at heart rate beats per minute closer to what the professional runners were at.</w:t>
      </w:r>
    </w:p>
    <w:p w14:paraId="3B12D339" w14:textId="77777777" w:rsidR="00C03725" w:rsidRDefault="00000000">
      <w:pPr>
        <w:jc w:val="both"/>
      </w:pPr>
      <w:r>
        <w:t>As each week passed, one or more of our clinic members would get injured. Soon we were down to 12. And then 10. But that 10 was a hardcore group of determined run workers We were all going for it and were determined to survive the training and get to the start line of our goal marathon. There was no backing down!</w:t>
      </w:r>
    </w:p>
    <w:p w14:paraId="5C3E0B52" w14:textId="77777777" w:rsidR="00C03725" w:rsidRDefault="00000000">
      <w:pPr>
        <w:jc w:val="both"/>
      </w:pPr>
      <w:r>
        <w:t xml:space="preserve">During the months of our training, I had a doctor appointment. My doctor took my heart rate and I recorded a resting rate of 39 beats per minute. He had already seen my blood work and </w:t>
      </w:r>
      <w:r>
        <w:lastRenderedPageBreak/>
        <w:t>was looking at those numbers, my heart rate, blood pressure and my health chart, which was only one page long. My blood sugar was that of a 12 year old. He told me I had zero cholesterol while he joked that he had never seen a lower heart rate on a living person. Then he told me to leave his office and not come back for a checkup for another 5 years. Not bad health for a 37 year old former all Olympian couch potato!</w:t>
      </w:r>
    </w:p>
    <w:p w14:paraId="53452BEB" w14:textId="77777777" w:rsidR="00C03725" w:rsidRDefault="00000000">
      <w:pPr>
        <w:jc w:val="both"/>
      </w:pPr>
      <w:r>
        <w:t>Back to the training. We ran and worked hard following the training schedule to the letter that frigid winter and into early spring. I also bought several running books during that time that have remained important to my later running prowess: John Stanton’s “Running, Start to Finish”, Pete Pfitzinger and Scott Douglas’s “Advanced Marathoning”, and Jack Daniels’ “Running Formula”. I read these books from cover to cover. The latter two were heavily scientific and theory driven and I started using their statistic based training methods into enhance the clinic training. I learned about VO2 max, serious Heart Rate training methodology and best running techniques for better results and how not to get injured by overtraining. And I started comparing my stats and training results to the charts in the books. I was seeing real results in real time. I was literally obsessive compulsive and hooked on distance running. And I hadn’t even run my first marathon!</w:t>
      </w:r>
    </w:p>
    <w:p w14:paraId="1FB2BC20" w14:textId="77777777" w:rsidR="00C03725" w:rsidRDefault="00000000">
      <w:pPr>
        <w:jc w:val="both"/>
      </w:pPr>
      <w:r>
        <w:t>I entered a 16k (10 mile run/race) fundraiser that supported Diabetes research. I ran in my first half-marathon, a local run called the Gatorade Half that also supported local youth sports programs. I was impressed that most of the organized runs also supported local charities, which is so important.</w:t>
      </w:r>
    </w:p>
    <w:p w14:paraId="26E7E4BA" w14:textId="77777777" w:rsidR="00C03725" w:rsidRDefault="00000000">
      <w:pPr>
        <w:jc w:val="both"/>
      </w:pPr>
      <w:r>
        <w:t>At the time, I had no idea about how shorter run distances and finishing times could be projected out to give a potential marathon distance times. I recall running moderately comfortable and for fun during the Gatorade half and recorded a time of 1:49:49. It didn’t seem so bad for my first half marathon and I felt great afterwards so I thought I could go faster next time.</w:t>
      </w:r>
    </w:p>
    <w:p w14:paraId="293E89E4" w14:textId="77777777" w:rsidR="00C03725" w:rsidRDefault="00000000">
      <w:pPr>
        <w:jc w:val="both"/>
      </w:pPr>
      <w:r>
        <w:t>There was a large group of local runners from the Running Room clinics that had signed up for the historic Around the Bay 30k race in Hamilton Ontario. The Around the Bay is the oldest distance race on the continent, first run in 1894, three years before the Boston Marathon. It is rich in tradition, it has been won by the best runners from around the world, including Boston Marathon winners and Olympic Gold Medalists. The first Around the Bay Road Race, as it was called then, was run on Christmas Day, 1894 making the Around the Bay race older than the Boston Marathon, which was first run in 1897.</w:t>
      </w:r>
    </w:p>
    <w:p w14:paraId="5F3CACE5" w14:textId="77777777" w:rsidR="00C03725" w:rsidRDefault="00000000">
      <w:pPr>
        <w:jc w:val="both"/>
      </w:pPr>
      <w:r>
        <w:t>One of the early winners was Tommy Longboat, an Onondaga native Indian from the Six Nations. Tommy won the “Bay” race in 1906 and then won the Boston Marathon in 1907. I worked for a great nephew of Tommy’s, Ron Longboat for several years. Ron was my Vice President of sales when I was starting out my career in foodservice sales and he was an early mentor to me, instilling the belief that I had untapped potential. Therefore I was extremely motivated and excited to be running in the Around the Bay with its rich running history and my “one degree of separation” to a running legend of the race.</w:t>
      </w:r>
    </w:p>
    <w:p w14:paraId="35C1A874" w14:textId="77777777" w:rsidR="00C03725" w:rsidRDefault="00000000">
      <w:pPr>
        <w:jc w:val="both"/>
      </w:pPr>
      <w:r>
        <w:lastRenderedPageBreak/>
        <w:t>The around the bay race was held on a cold Sunday morning in early March. Our bus load of runners left our town of Peterborough about 5:30am for Hamilton, Ontario. It was dark when we left and arrived to a chilly, sunny morning about an hour before the race. we received our run bibs and our chips for our running shoes that is used for accurate electronic timing. Before I knew it we were off running in my first longer distance 30K race.</w:t>
      </w:r>
    </w:p>
    <w:p w14:paraId="61684D1F" w14:textId="77777777" w:rsidR="00C03725" w:rsidRDefault="00000000">
      <w:pPr>
        <w:jc w:val="both"/>
      </w:pPr>
      <w:r>
        <w:t>I recall running at a moderate pace and enjoying myself immensely. Now I know they say runners never smile, but I was certainly smiling on the inside. I was really feeling like a runner that very cold morning. But you don’t really feel the cold when you’re running fast and I was holding my pace throughout the run. Towards the last few kilometres, there is a down section and then a steep uphill for about 1km. And as we swung onto the main road with about 3km’s left to there, there’s a Grim Reaper on the side of the road cheering us on. At least someone dressed like the Grim Reaper. It is a long tradition of the race and a macabre sort of welcome.</w:t>
      </w:r>
    </w:p>
    <w:p w14:paraId="79637613" w14:textId="77777777" w:rsidR="00C03725" w:rsidRDefault="00000000">
      <w:pPr>
        <w:jc w:val="both"/>
      </w:pPr>
      <w:r>
        <w:t>I finished around the around the bay race in just under 2 ½ hours and my average kilometre pace 4:55km. Not bad for my longest run. Most importantly I had fun and the great group of runners I was with all did as well. We had a bit of a party atmosphere on the bus back home and everyone was equally proud of their accomplishments. I was really enjoying this running thing and other runners were extremely positive and fun! Not to mention the endorphin high you get from running!</w:t>
      </w:r>
    </w:p>
    <w:p w14:paraId="77B5B29B" w14:textId="77777777" w:rsidR="00C03725" w:rsidRDefault="00000000">
      <w:pPr>
        <w:jc w:val="both"/>
      </w:pPr>
      <w:r>
        <w:t>https://bayrace.com/history/</w:t>
      </w:r>
    </w:p>
    <w:p w14:paraId="1091E051" w14:textId="77777777" w:rsidR="00C03725" w:rsidRDefault="00000000">
      <w:pPr>
        <w:jc w:val="both"/>
      </w:pPr>
      <w:r>
        <w:t>A crowd of racers at the starting line in 1896. (Around the Bay Road Race)</w:t>
      </w:r>
    </w:p>
    <w:p w14:paraId="47574E94" w14:textId="77777777" w:rsidR="00C03725" w:rsidRDefault="00000000">
      <w:pPr>
        <w:jc w:val="both"/>
      </w:pPr>
      <w:r>
        <w:t>Lessons Learned: READ BOOKS</w:t>
      </w:r>
    </w:p>
    <w:p w14:paraId="7B6E64B8" w14:textId="77777777" w:rsidR="00C03725" w:rsidRDefault="00000000">
      <w:pPr>
        <w:jc w:val="both"/>
      </w:pPr>
      <w:r>
        <w:t>INVEST IN YOURSELF</w:t>
      </w:r>
    </w:p>
    <w:p w14:paraId="551AE8B2" w14:textId="77777777" w:rsidR="00C03725" w:rsidRDefault="00000000">
      <w:pPr>
        <w:jc w:val="both"/>
      </w:pPr>
      <w:r>
        <w:t>TECHNOLOGY AND TRACKING</w:t>
      </w:r>
    </w:p>
    <w:p w14:paraId="045DC644" w14:textId="77777777" w:rsidR="00C03725" w:rsidRDefault="00000000">
      <w:pPr>
        <w:jc w:val="both"/>
      </w:pPr>
      <w:r>
        <w:t>Our clinic group was getting stronger by the day and week. The Ottawa Marathon was on May 11 and we were already through March training. I felt good. I could run near the front of the pack (I understood why it was called a Wolf pack) and I remained uninjured. My body seemed to withstand the distance and poundings and I didn’t even feel the need to stretch much after runs. However, others in the clinic weren’t so fortunate and one by one people were getting injured and dropping out. From an initial 15 we were down to 8 by mid-April with less than a month to go before “showtime”.</w:t>
      </w:r>
    </w:p>
    <w:p w14:paraId="1C8BCAC3" w14:textId="77777777" w:rsidR="00C03725" w:rsidRDefault="00000000">
      <w:pPr>
        <w:jc w:val="both"/>
      </w:pPr>
      <w:r>
        <w:t>I was literally excelling in mileage, my heart rate training was working. I could run faster and longer and keep my heart rate low and stable. I would suffer on the hill training but was loving it at the same time. Our long runs were up to 32km and my group was running it in under 3 hours. They were long and cold and some mornings blustery but we pushed and plodded our way through the weather and terrain. I was holding a sub 4:00 minute kilometre pace on the tempo run workouts and my speedwork on the track was coming together. I was in the best shape of my life.</w:t>
      </w:r>
    </w:p>
    <w:p w14:paraId="39EE6D30" w14:textId="77777777" w:rsidR="00C03725" w:rsidRDefault="00000000">
      <w:pPr>
        <w:jc w:val="both"/>
      </w:pPr>
      <w:r>
        <w:lastRenderedPageBreak/>
        <w:t>When the Ottawa Marathon finally was upon us, I couldn’t have been any more prepped or conditioned. I was down to 155 lbs, the lightest I’d been since high school. Not only that, but I managed to get through the entire training program injury free and suffice to say that I completed it to near perfection. I followed every part of the training and read and re-read all the information that I could on how to properly run and finish a marathon.</w:t>
      </w:r>
    </w:p>
    <w:p w14:paraId="0ADF95D2" w14:textId="77777777" w:rsidR="00C03725" w:rsidRDefault="00000000">
      <w:pPr>
        <w:jc w:val="both"/>
      </w:pPr>
      <w:r>
        <w:t>The morning of the marathon I was both nervous and excited. It’s hard to describe the feeling of your first marathon; there’s so much positive energy and everyone is pumped and raring to go. My running buddy Bob and I were both as ready as could be. We did the work, we had to finish. And what would be our final results when we did finish? We would know in just a few short hours.</w:t>
      </w:r>
    </w:p>
    <w:p w14:paraId="3E83426D" w14:textId="77777777" w:rsidR="00C03725" w:rsidRDefault="00000000">
      <w:pPr>
        <w:jc w:val="both"/>
      </w:pPr>
      <w:r>
        <w:t>Now I never thought seriously for one minute that I could or would ever qualify for, and much less ever run, the Boston Marathon. We all joked about it in our clinic though as we were all having fantastic training results. Since Ottawa was was going to be the first marathon for any of us, I don’t think any of us set the bar too high. We did have guest speakers at the clinic who had run the Boston marathon and they shared their running history and stories about their Boston experiences. But they were wild tales that was as foreign to me as traveling to China. Did running the Boston Marathon lurk in the back of my mind? Kind of but I really was just going to run at the pace that I thought I could hold and just “go for it” or as our clinic instructor Debbie would say “on race day do the best that you can under the run conditions you experience”. In other words, leave it all out on the run course.</w:t>
      </w:r>
    </w:p>
    <w:p w14:paraId="4C981EB9" w14:textId="77777777" w:rsidR="00C03725" w:rsidRDefault="00000000">
      <w:pPr>
        <w:jc w:val="both"/>
      </w:pPr>
      <w:r>
        <w:t>The morning of my first marathon was glorious. Ottawa, the Capital of Canada is one of the most picturesque cities in the country. I remember the exhuberance of standing at the start line with my friend Bob beside me and 20,000 other strangers, yet we all had a kinship. We had all slogged and suffered and succeeded in our marathon training and were waiting for the starting gun and the run to begin. Was I really standing in the middle of a pack of runners in a marathon?</w:t>
      </w:r>
    </w:p>
    <w:p w14:paraId="02DF71DB" w14:textId="77777777" w:rsidR="00C03725" w:rsidRDefault="00000000">
      <w:pPr>
        <w:jc w:val="both"/>
      </w:pPr>
      <w:r>
        <w:t>I had done the work. It was time to run. I was going for it. And maybe even get a Boston Marathon qualifier. Bob said it could be done. But I didn't really know nor did I have much overconfidence. I was just going to run and do the best I can.</w:t>
      </w:r>
    </w:p>
    <w:p w14:paraId="511F9F72" w14:textId="77777777" w:rsidR="00C03725" w:rsidRDefault="00000000">
      <w:pPr>
        <w:jc w:val="both"/>
      </w:pPr>
      <w:r>
        <w:t>There were announcements over the PA and the playing of the Canadian anthem. And finally the sound of the starting gun and we were “off the races”. Bob and I passed over the starting mat together which would trip our run chips as our official start time were now recorded. Within the first kilometre, Bob and I separated as he was faster and more confident than me and took off with a group of faster runners. I settled in at my goal run pace around 4:45km/hr which clocked me at running a 3 hour and 20 minute marathon, my run goal and coincidently my qualifying time for the Boston Marathon. Although I wasn’t convinced nor focused on seriously qualifying, that was my moderately hard, comfortable pace based on all my training.</w:t>
      </w:r>
    </w:p>
    <w:p w14:paraId="4534BDCB" w14:textId="77777777" w:rsidR="00C03725" w:rsidRDefault="00000000">
      <w:pPr>
        <w:jc w:val="both"/>
      </w:pPr>
      <w:r>
        <w:t xml:space="preserve">During the first half of the race, I was holding my 4:45km pace and checking my average pace on my Polar watch. I was banging out a steady pace and felt good. I am often told that I don’t </w:t>
      </w:r>
      <w:r>
        <w:lastRenderedPageBreak/>
        <w:t>smile when I run, but that’s not entirely true. I was smiling on the inside and was full of confidence and pride. I glided through the half at a time of 1:38:30, slightly ahead of the 1:40:00 half marathon expected split time so I was actually ahead of my goal pace. I was running hard and feeling great. I was still thinking about my needed 3:20 to qualify for the Boston Marathon but really all I wanted to do was survive and finish as best that I could.</w:t>
      </w:r>
    </w:p>
    <w:p w14:paraId="1361FC60" w14:textId="77777777" w:rsidR="00C03725" w:rsidRDefault="00000000">
      <w:pPr>
        <w:jc w:val="both"/>
      </w:pPr>
      <w:r>
        <w:t>When I was about 30km’s into race, I was running through what is known as the experimental farm, an area in downtown Ottawa where the city tests different farm and produce growing methods. Ahead of me about 200 metres was a runner who was weaving in and out and appeared to be running almost sideways. It was the most awkward running method I had ever seen. Who runs like that, is he onto something? Or maybe he has a deformity or injury? As he swaggered back and forth and as I got closer, I realized that he was experiencing something runners refer to as “bonking”. Basically it’s when a runner is experiencing a sugar or nutrition imbalance or severe dehydration. Our brains go into an extreme fog due to a lack of water, nutrition, heat, or salts or all of the above.</w:t>
      </w:r>
    </w:p>
    <w:p w14:paraId="311BAA5F" w14:textId="77777777" w:rsidR="00C03725" w:rsidRDefault="00000000">
      <w:pPr>
        <w:jc w:val="both"/>
      </w:pPr>
      <w:r>
        <w:t>I slowly closed in on the runner who was still weaving and running sideways and at the moment I was starting to pass him, he literally fell backwards to the ground, and I watched helplessly as his he suddenly fell backwards, with his head just missing the curb by inches. I was horrified and was frozen although I was actually running. I turned and realized I had to stop to help him. There would go any chance of qualifying for Boston but I had the compassion and heart to do the right thing and help him. But almost immediately I saw a paramedic on a bicycle that had been almost behind him and stopped immediately to attend to the befallen running comrade and offer him first aid. Funny how things move in slow motion when you’re running a marathon. I had seen the medic on the bike as I passed the runner but didn’t really make any sense out it. But apparently the medic had been following the sideways “bonking” runner for some time as he would have recognized the signs of someone who was struggling.</w:t>
      </w:r>
    </w:p>
    <w:p w14:paraId="0D63BA88" w14:textId="77777777" w:rsidR="00C03725" w:rsidRDefault="00000000">
      <w:pPr>
        <w:jc w:val="both"/>
      </w:pPr>
      <w:r>
        <w:t>So to my relief the runner would get medical attention and I could get back to my marathon. I had only lost seconds but it was an invaluable lesson. Running a marathon is a serious sport and you’ve got to keep your wits about you and know your body, the running conditions of the day in terms of temperature, weather and the run course terrain. Do the training of course to learn what works for you in terms of the proper nutrition and hydration. You cannot “wing it” when it comes to the marathon distance and I had trained properly and had tested different gels, salts and sports drinks. I was fine with the Gatorade they were offering on the course in additionto water, but I had settled for Power Gels (strawberry flavoured with caffeine) and was taking one about every 45 minutes. I was still clear headed and not overheated, even though the temperatures were climbing.</w:t>
      </w:r>
    </w:p>
    <w:p w14:paraId="45F7B9D7" w14:textId="77777777" w:rsidR="00C03725" w:rsidRDefault="00000000">
      <w:pPr>
        <w:jc w:val="both"/>
      </w:pPr>
      <w:r>
        <w:t xml:space="preserve">The last 5 kilometres or so of the Ottawa Marathon is probably my most favourite part of the entire course. It weaves and winds along the Rideau Canal. The canal is famous for Ottawa’s winter carnival when it freezes over and there are kilometres of ice for skating and hockey and street vendors that sell sausages and beaver tails (tasty large flat donut like pastry) up and down the river. As a running river, it is beautiful and the banks are well landscaped and manicured and there are beautiful flowers and of course people everyone. But I have a </w:t>
      </w:r>
      <w:r>
        <w:lastRenderedPageBreak/>
        <w:t>marathonto run so I take it in as I continue by 4:40km pace. Yes, I was still on or close to target for a 3:20:00 marathon finish and maybe even a Boston Qualifier?</w:t>
      </w:r>
    </w:p>
    <w:p w14:paraId="4BA13D0E" w14:textId="77777777" w:rsidR="00C03725" w:rsidRDefault="00000000">
      <w:pPr>
        <w:jc w:val="both"/>
      </w:pPr>
      <w:r>
        <w:t>I was banging off the kilometres one by one and only had about 2 more to go. I passed the 40k flag and looked at my watch. Doing math calculations while 40 kilometres into a marathon is not easy, let me tell you. Although my mind was mostly clear, I was saying to myself “I have this, no wait I don’t” no “yes I do”. I decided to stop thinking so much and just run hard and let the chips fall. When I got to the 42k mark I was just over my 3:20:00 qualifying time and had my goal. But wait, where was the finish line? I was at 42k, just like I predicted. But I missed the part where a marathon is actually 42.2 kilometres, I still had another 200 metres to go! So I mustered up the fastest sprint I could with my legs and ran towards the finish line. I could see hundreds of people on each side of the finish “chute” and the finish line just up ahead. The crowds were cheering us all on and they made me feel like they were there just for me.</w:t>
      </w:r>
    </w:p>
    <w:p w14:paraId="03B014A9" w14:textId="77777777" w:rsidR="00C03725" w:rsidRDefault="00000000">
      <w:pPr>
        <w:jc w:val="both"/>
      </w:pPr>
      <w:r>
        <w:t>And then the moment of truth. I crossed the finish line. I had finished my first marathon. I was feeling good, not great of course. This was the hardest physical feat I had ever achieved. I was beaming on the inside and was congratulating and being congratulated by all the other runners coming through the finish line with me and still coming in after me. Then I suddenly realized I need to find out what my finish time was. I looked at my watch and saw a time of 3:21:21. I had missed the official Boston time for my age of 3:20:59 by 22 seconds.</w:t>
      </w:r>
    </w:p>
    <w:p w14:paraId="15155151" w14:textId="77777777" w:rsidR="00C03725" w:rsidRDefault="00000000">
      <w:pPr>
        <w:jc w:val="both"/>
      </w:pPr>
      <w:r>
        <w:t>Was I disappointed? Absolutely not. I run the best I could that day under the conditions we all had. I had done the training and I had proper nutrition and hydration. I left it all out on the course. It was a monumental achievement and I basked in the glory of running my first marathon injury free and clear headed.</w:t>
      </w:r>
    </w:p>
    <w:p w14:paraId="6DDD538F" w14:textId="77777777" w:rsidR="00C03725" w:rsidRDefault="00000000">
      <w:pPr>
        <w:jc w:val="both"/>
      </w:pPr>
      <w:r>
        <w:t>Montreal Marathon 2003</w:t>
      </w:r>
    </w:p>
    <w:p w14:paraId="5EDB8B8F" w14:textId="77777777" w:rsidR="00C03725" w:rsidRDefault="00000000">
      <w:pPr>
        <w:jc w:val="both"/>
      </w:pPr>
      <w:r>
        <w:t>Proper Planning, Perseverance and Hard Work Pays Off</w:t>
      </w:r>
    </w:p>
    <w:p w14:paraId="2785DB78" w14:textId="77777777" w:rsidR="00C03725" w:rsidRDefault="00000000">
      <w:pPr>
        <w:jc w:val="both"/>
      </w:pPr>
      <w:r>
        <w:t>Soon after we returned from the Ottawa Marathon, Bob and I started running again and plotting how I could possibly get Boston also. I had made a promise I would go if he was successful, but I certainly wasn’t going to the Boston Marathon as Bob’s valet/bag boy or his personal photographer. I needed a plan if I was going to qualify in 2003 to get entry into Boston. There is a date limit when trying to get a qualifying marathon completed for entry for the following year. That year the last date was close to the end of September so it didn’t give me a lot of options as most of the spring marathons were over and the fall marathons don’t start until mid or late September as summers are too hot for most road and Boston marathon qualifying rates.</w:t>
      </w:r>
    </w:p>
    <w:p w14:paraId="5541615C" w14:textId="77777777" w:rsidR="00C03725" w:rsidRDefault="00000000">
      <w:pPr>
        <w:jc w:val="both"/>
      </w:pPr>
      <w:r>
        <w:t>Bob offered to pace me through an entire marathon, meaning he would run alongside me and motivate for the full marathon. We settled on the Montreal Marathon being held on September 14th, giving me a few week buffer to be accepted into Boston if I met the qualifying time for my age which was still 3:20:59.</w:t>
      </w:r>
    </w:p>
    <w:p w14:paraId="4840ED4C" w14:textId="77777777" w:rsidR="00C03725" w:rsidRDefault="00000000">
      <w:pPr>
        <w:jc w:val="both"/>
      </w:pPr>
      <w:r>
        <w:lastRenderedPageBreak/>
        <w:t>I continued on the marathon training plan that the Running Room had given me and Bob was a great trainer and run partner. I was really motivated as Bob proved that it could be done. While he was faster than me, I had that dogged determination and I was not going to let him go without me. We trained hard that summer, doing our weekly track, hills, and LSD (Long Slow Distance) runs. We ran for 3 hours every Sunday, rain or shine and my fitness was staying strong.</w:t>
      </w:r>
    </w:p>
    <w:p w14:paraId="7DDC6581" w14:textId="77777777" w:rsidR="00C03725" w:rsidRDefault="00000000">
      <w:pPr>
        <w:jc w:val="both"/>
      </w:pPr>
      <w:r>
        <w:t>We discovered a great hilly route that was accessible from town. There were two roads that we could choose, either Old Norwood Road or Division Road. Both had great rolling drumlins and were very challenging but great roads for Boston Marathon training. A drumlin, from the Irish word droimnín, is an elongated hill in the shape of an inverted spoon or half-buried egg formed by glacial ice. The area in Ontario where I live is inundated with them. In fact, the city of Peterborough is sometimes referred to as the drumlin capital. These roads are the perfect Boston Marathon training roads as many of the local marathon runners and Boston qualifiers were training on them as they mimic some of the undulation of the actual Boston Marathon, especially that of Heartbreak Hill, the infamous hilly section of that marathon. More on that later.</w:t>
      </w:r>
    </w:p>
    <w:p w14:paraId="0B2F1175" w14:textId="77777777" w:rsidR="00C03725" w:rsidRDefault="00000000">
      <w:pPr>
        <w:jc w:val="both"/>
      </w:pPr>
      <w:r>
        <w:t>Bob was a great pace rabbit and we kept each other entertained with our life stories and strategies for getting me to Boston as we logged Mile after Mile. One thing about a running buddy, you never run out of things to talk about. And you really get to know your partner quite well, especially when you do hear the same stories over and over. But it is a great way to make the time go fast and not focus on the moderate pain and suffering we were going through.</w:t>
      </w:r>
    </w:p>
    <w:p w14:paraId="27BD7844" w14:textId="77777777" w:rsidR="00C03725" w:rsidRDefault="00000000">
      <w:pPr>
        <w:jc w:val="both"/>
      </w:pPr>
      <w:r>
        <w:t>I think Bob really enjoyed running and pacing me on our training runs. One thing that he took great pleasure from, I believe, was putting a final “nail” in my coffin after every long run. After almost 3 hours of hills at a moderate steady pace, Bob would pace me up a hill infamously known as Museum Hill as there is a local museum about half way up to the top. And at the top was a large parking lot with a great view of the surrounding city and country area that we just ran from. It was always very inspiring at the top, but it is not a lot of fun to run it after 3 hours. But how could I refuse? One thing being an A/Alpha personality is means never quit and I have to take any challenge offered. Remember double dog dare in grade school when you could not refuse a dare? Well Bob would “dare” me to follow him up this final punishing hill after every long run like a Labrador retriever who would never give up the chase. I’d get it done swearing under what little breath I had later, but knowing I always felt better and stronger for it after.</w:t>
      </w:r>
    </w:p>
    <w:p w14:paraId="2ABB9C79" w14:textId="77777777" w:rsidR="00C03725" w:rsidRDefault="00000000">
      <w:pPr>
        <w:jc w:val="both"/>
      </w:pPr>
      <w:r>
        <w:t>The Montreal Marathon weekend had finally arrived and I was as excited for this marathon as I was for my first one. We went to the Marathon race expo to pick up our race kits (bibs, timing chips) and other swag including the obligatory T-Shirt. One folklore about running races is that you cannot wear any T-Shirt until you have completed the race. I do see some runners wearing them in the actual event though, but not me. I promptly tucked my shirt away knowing that I would wear it proudly after I finished.</w:t>
      </w:r>
    </w:p>
    <w:p w14:paraId="7A6EAAA4" w14:textId="77777777" w:rsidR="00C03725" w:rsidRDefault="00000000">
      <w:pPr>
        <w:jc w:val="both"/>
      </w:pPr>
      <w:r>
        <w:lastRenderedPageBreak/>
        <w:t>There’s something special and electrifying in any race or run event. First, there are so many motivated and positive people that you meet from the time you arrive intown and go to all the pre and post run events. Not to mention the buzz on race morning where the athletes congregate and at the race start line. Those that know me, know that I am a talker. I talk to everyone. My sister Karen says that about me all the time, “you just go up to strangers and start talking”. Ah, yes. Hello, how do you ever make friends and acquaintances? Someone has to take the initiative. Yes, it’s a burden but I have to do it!</w:t>
      </w:r>
    </w:p>
    <w:p w14:paraId="029549DF" w14:textId="77777777" w:rsidR="00C03725" w:rsidRDefault="00000000">
      <w:pPr>
        <w:jc w:val="both"/>
      </w:pPr>
      <w:r>
        <w:t>Visualization</w:t>
      </w:r>
    </w:p>
    <w:p w14:paraId="343F9FE4" w14:textId="77777777" w:rsidR="00C03725" w:rsidRDefault="00000000">
      <w:pPr>
        <w:jc w:val="both"/>
      </w:pPr>
      <w:r>
        <w:t>One of the things I seem to have is a knack for visualizing my races beforehand. I started to use this technique when I first started running and spend hours literally looking at the maps of a run course, the roads or routes, and the nuances of the race itself. The Montreal Marathon was in 2003 and social media and to a degree, information in general was more sparse, so I would also make a point of spending a lot of time at the run expo, talking to other runners that have raced the course before and making sure I had a really good sense of the course. The other thing I like to do when I have time is to drive the entire course or at least the highlights to get a sense of the terrain and any obstacles and or deviations that might come up. I know, it’s a bit extreme perhaps but it does give me a strong visual of the course and a déjà vu sense that I have seen particular landmarks and other points of interest so it’s more familiar.</w:t>
      </w:r>
    </w:p>
    <w:p w14:paraId="07E5CA4C" w14:textId="77777777" w:rsidR="00C03725" w:rsidRDefault="00000000">
      <w:pPr>
        <w:jc w:val="both"/>
      </w:pPr>
      <w:r>
        <w:t>So I made sure we arrived early enough into Montreal and “made” everyone drive the course with me. I then spent a lot of time extra time at the Expo and had a real feel for what I was about to tackle in the morning. I was juiced and felt as ready as I could be, well trained and conditioned and I had a framed mind for running my first Boston Qualifier or BQ as it’s called in marathon circles.</w:t>
      </w:r>
    </w:p>
    <w:p w14:paraId="158E6F46" w14:textId="77777777" w:rsidR="00C03725" w:rsidRDefault="00000000">
      <w:pPr>
        <w:jc w:val="both"/>
      </w:pPr>
      <w:r>
        <w:t>After a great time at the Expo, our families went out for a pasta dinner. I am strict with my diet the night before any race, and we had the obligatory pasta/carb load pre-meal as we were then following the carb/glycogen approach to running. We settled in for the night with our spouses. Although this was only my second marathon, I had some running and race event experience and have a “night before” ritual to prep for the morning and I am always a bit of a wired basket case the night before a race.</w:t>
      </w:r>
    </w:p>
    <w:p w14:paraId="144F839C" w14:textId="77777777" w:rsidR="00C03725" w:rsidRDefault="00000000">
      <w:pPr>
        <w:jc w:val="both"/>
      </w:pPr>
      <w:r>
        <w:t>Pre-Race Rituals</w:t>
      </w:r>
    </w:p>
    <w:p w14:paraId="4978AD78" w14:textId="77777777" w:rsidR="00C03725" w:rsidRDefault="00000000">
      <w:pPr>
        <w:jc w:val="both"/>
      </w:pPr>
      <w:r>
        <w:t>Race morning was finally upon us. I set the clock to be up about 1 ½ hours before the race so I could shower and eat at least 1 hour before the race. I have a ritual also have laying out my clothes the night before in a semblance of order; race-ready brand run shorts that have 5 small pockets which I pre stuff with my gels, a small ziplock with electrolyte tablets. And I always have an extra secure pocket for my car key or room key.</w:t>
      </w:r>
    </w:p>
    <w:p w14:paraId="35A3BE78" w14:textId="77777777" w:rsidR="00C03725" w:rsidRDefault="00000000">
      <w:pPr>
        <w:jc w:val="both"/>
      </w:pPr>
      <w:r>
        <w:t>I also woke early enough so that could have my morning bowel movement. I’ve been fairly blessed in that department as I am a pretty regular guy and this race morning was no exception.</w:t>
      </w:r>
    </w:p>
    <w:p w14:paraId="65CECE51" w14:textId="77777777" w:rsidR="00C03725" w:rsidRDefault="00000000">
      <w:pPr>
        <w:jc w:val="both"/>
      </w:pPr>
      <w:r>
        <w:lastRenderedPageBreak/>
        <w:t>I ate what would become my traditional pre marathon breakfast: a bagel with butter, sugary flavoured yogurt, black coffee and a banana. I was nourished and comfortable. During my long training runs, I had tested and tried every type of food and drink regime and settled on this early on as it was the least obtrusive on my system.</w:t>
      </w:r>
    </w:p>
    <w:p w14:paraId="49CDF9A1" w14:textId="77777777" w:rsidR="00C03725" w:rsidRDefault="00000000">
      <w:pPr>
        <w:jc w:val="both"/>
      </w:pPr>
      <w:r>
        <w:t>People who are non-runners often ask how we as marathoners can run without having to go to the bathroom during a race. Having trained long-distance with many endurance athletes, It is not easy for many of them. I really feel blessed in a way that my body is well conditioned as I see runners lining up for the porta-johns at race events. And many runners also line up for the porta-john’s along a race route itself. I am sure it is something biological or metabolic for many people that their routines are not set to an earlier clock. And I still know many excellent and seasoned runners that have struggled with this their entire running career.</w:t>
      </w:r>
    </w:p>
    <w:p w14:paraId="7DEE6728" w14:textId="77777777" w:rsidR="00C03725" w:rsidRDefault="00000000">
      <w:pPr>
        <w:jc w:val="both"/>
      </w:pPr>
      <w:r>
        <w:t>Now back to the Marathon. I was very excited to finally have another kick at the can as it were to try to qualify for the Boston Marathon. Bob was ready also as my “pace bunny” as he was going to run alongside me the entire race to encourage and motivate me to my goal time of a sub 3 hour and 20 minute time.</w:t>
      </w:r>
    </w:p>
    <w:p w14:paraId="3DF86949" w14:textId="77777777" w:rsidR="00C03725" w:rsidRDefault="00000000">
      <w:pPr>
        <w:jc w:val="both"/>
      </w:pPr>
      <w:r>
        <w:t>I felt mostly good along the run route. Montreal is an old French Canadian city and there are so many cool things to see along the route that kept my mind mostly occupied. It’s a very historic city and the route was well plotted. I felt clear and Bob and I were running at a steady pace and well on my way to staying on my goal of a 4:45km pace (7:35mile pace). Bob was great making sure I took gels about every 45 minutes as per my training and I glided through the half at around 1hr and 35 minutes giving me about a 5 minute cushion meaning I was on par to complete the marathon well under the 3 hour 20 minute time I goal I needed.</w:t>
      </w:r>
    </w:p>
    <w:p w14:paraId="7DEBE3D1" w14:textId="77777777" w:rsidR="00C03725" w:rsidRDefault="00000000">
      <w:pPr>
        <w:jc w:val="both"/>
      </w:pPr>
      <w:r>
        <w:t>I continued the second half of the course feeling ok but not great. I was starting to slow my pace down slightly and Bob was concerned. “Come on Gene, you can do this”, he’d say along with “you don’t want to carry my bags for me in Boston, do you?”. Which was quite motivating for me. Here was Bob, a strong runner already going to the Boston Marathon and I was a close equal to him in endurance and run strength. “No”, I’d say to myself, “Bob is not going to run Boston without me!”</w:t>
      </w:r>
    </w:p>
    <w:p w14:paraId="5D8FC202" w14:textId="77777777" w:rsidR="00C03725" w:rsidRDefault="00000000">
      <w:pPr>
        <w:jc w:val="both"/>
      </w:pPr>
      <w:r>
        <w:t>With about 3 kilometres to go, I was starting to feel pretty fatigued and was slowing more rapidly. Bob was concerned as I could see him checking his watch and looking at the race markers and back at me. Finally he laid into me, “You have to pick it up if you want to get to Boston”, he said. I was feeling so beat up and not sure I had it in me anymore. Anyone who has run knows that personal feeling as the mind is trying to take over the body. I tried to use my inside voice as I mumbled something that came out like “screw off Bob” and I can see I startled him. I was quite ashamed that it came out that harsh and direct. But there was something motivating also about my directness and the fact I felt so bad that I had a burst of energy and motivation and picked up my pace. I was going to prove to Bob and not just myself that I could do this.</w:t>
      </w:r>
    </w:p>
    <w:p w14:paraId="6F12B4F2" w14:textId="77777777" w:rsidR="00C03725" w:rsidRDefault="00000000">
      <w:pPr>
        <w:jc w:val="both"/>
      </w:pPr>
      <w:r>
        <w:lastRenderedPageBreak/>
        <w:t>I could see the finish line ahead and I looked at my sports watch. I was going to be well under 3 hours and 20 minutes. With about 200 metres to go and the race finish chute lined with people, I picked up my pace, puffed out my chest and gave it the best effort and running form I had. I was now sprinting to the finish and the crowds were cheering me on. One thing that I absolutely love about running any race is the finish area. No matter if you are the last runner, middle of the pack or one of the elite athletes that finish in the top 10, the crowds make you feel like you are an Olympic sprinter going for the Gold. And as I crossed the line in a time of 3 hours, 16 minutes and 23 seconds, I not only won my own personal Gold medal, but I had qualified for the Boston Marathon.</w:t>
      </w:r>
    </w:p>
    <w:p w14:paraId="3BB4892C" w14:textId="77777777" w:rsidR="00C03725" w:rsidRDefault="00000000">
      <w:pPr>
        <w:jc w:val="both"/>
      </w:pPr>
      <w:r>
        <w:t>Choose Your Friends Wisely</w:t>
      </w:r>
    </w:p>
    <w:p w14:paraId="17FF2E22" w14:textId="77777777" w:rsidR="00C03725" w:rsidRDefault="00000000">
      <w:pPr>
        <w:jc w:val="both"/>
      </w:pPr>
      <w:r>
        <w:t>I started to realized that if I was to become a good runner and athlete I needed to was surround myself with good runners and athletes. Now that might sound like a cliché but there’s lots of truth to that. Like in life, whatever you want to be, where, ever you want to go, choose your friends, mentors and training partners wisely. I was still running with Bob and the Running Room but about this time I also starting meeting more serious runners at the local YMCA where I was spending a great deal of my time as well. Heck, I had become some sort of an athlete. The reinvention of myself was happening fast and I was amazing myself every step of the journey.</w:t>
      </w:r>
    </w:p>
    <w:p w14:paraId="33999D54" w14:textId="77777777" w:rsidR="00C03725" w:rsidRDefault="00000000">
      <w:pPr>
        <w:jc w:val="both"/>
      </w:pPr>
      <w:r>
        <w:t>After that first summer of running with the Running Room, I was coaxed by a few serious runners and triathletes I met at the YMCA into joining a multi-sport fitness club. The local club was based out of a downtown running and triathlon storefront Runners Life in my city. The multi-sport club was focused on providing more advanced training for triathletes: swimmers, cyclists and runners. The owner and coach Dave Dame was exceptional and I found him to be super knowledgeable on all three sport disciplines. Especially running. He was a track coach, a Boston marathoner, and an excellent triathlete.</w:t>
      </w:r>
    </w:p>
    <w:p w14:paraId="2735643A" w14:textId="77777777" w:rsidR="00C03725" w:rsidRDefault="00000000">
      <w:pPr>
        <w:jc w:val="both"/>
      </w:pPr>
      <w:r>
        <w:t>I was not at all interested in triathlons (at the time) so found myself running with the running group only. Everyone was positive and encouraging. I finally felt like I found “my people”. Strong runners that were definitely focused on getting better. Most were endurance runners, focusing on training for half or full marathons. But there were also some runners that were shorter distance experts: track runners and those that preferred 5k and 10k distances. I settled in mainly with the endurance runners as my goals were in place for my next two marathon, New York City and then Boston in 2004.</w:t>
      </w:r>
    </w:p>
    <w:p w14:paraId="4652CE33" w14:textId="77777777" w:rsidR="00C03725" w:rsidRDefault="00000000">
      <w:pPr>
        <w:jc w:val="both"/>
      </w:pPr>
      <w:r>
        <w:t>One of the best motivational phrases I heard Coach Dave say early on was that “if you want to be a fast runner, you have to run fast”. Now that sounds simplistic but there’s so much truth to it. You can’t trainto run a 20 minute 5 km race if you don’t run at or below the pace in your training. In order to achieve a 20 minute (or faster) 5 km race you need to be able to run just under a target race pace of 6:25 minutes per mile pace for the full 3.1 mile distance. That's 4 minutes per kilometer for the rest of us. The reality is that there’s no way to run a faster time if you have never trained for it, nor even know what your goal pace feels like. You have to train faster (in smaller increments) to run a faster goal race. Period. There are no shortcuts.</w:t>
      </w:r>
    </w:p>
    <w:p w14:paraId="71BD5F27" w14:textId="77777777" w:rsidR="00C03725" w:rsidRDefault="00000000">
      <w:pPr>
        <w:jc w:val="both"/>
      </w:pPr>
      <w:r>
        <w:lastRenderedPageBreak/>
        <w:t>I started to go to the weekly track workouts on Tuesday nights. These were focused to increase running speed. I had never run track before so this was all new to me. We did pyramids, up and down distances from 200 meters to 1200 or 1600 meters and back down. We ran ladder workouts of 200, 400, 800 and 1200. And we ran 10 to 20 repetitions of either 200’s, 400’s, 800’s, or up to 1600 (which is almost equivalent to one mile. I was always wearing my Polar watch and my heartrate monitor, capturing and logging my distances, paces and times. I would spend hours going over my technical data and comparing it with run charts either online or comparing my statistics to the running charts in the Jack Daniels “Running Formula” book. What gets measured, gets done and I was a firm believer in keeping records and stats consistently.</w:t>
      </w:r>
    </w:p>
    <w:p w14:paraId="08F85933" w14:textId="77777777" w:rsidR="00C03725" w:rsidRDefault="00000000">
      <w:pPr>
        <w:jc w:val="both"/>
      </w:pPr>
      <w:r>
        <w:t>I would also review my heart rate numbers and noticed that my resting heart rate was dropping and I could hold faster and faster times on the track and on longer runs at a lower heart rate. This run stuff was still making me fitter and fitter and I was really seeing some amazing results. I soon realized that I had a very low resting heart rate: it was lowering to 39 beats per minute. To put that in comparison, the average male A normal resting heart rate for males in my age range then was from 60 to 100 beats per minute. Generally, a lower heart rate at rest implies more efficient heart function and better cardiovascular fitness. For example, a well-trained athlete might have a normal resting heart rate closer to 40 beats per minute. And I was resting at 39 bpm!</w:t>
      </w:r>
    </w:p>
    <w:p w14:paraId="3A82C116" w14:textId="77777777" w:rsidR="00C03725" w:rsidRDefault="00000000">
      <w:pPr>
        <w:jc w:val="both"/>
      </w:pPr>
      <w:r>
        <w:t>Also, I noticed that my endurance and energy levels were in almost peak conditioning. During this time I was finishing up an MBA program, working full-time as a corporate trainer (on my feet all day) and then would get home at night and run 5 to 6 days a week. And the biggest benefit was weight loss. I was down to about 155 pounds, the lowest I have been since my late teens. I felt amazing inside and out. Not bad for a former couch potato sloth.</w:t>
      </w:r>
    </w:p>
    <w:p w14:paraId="45362E60" w14:textId="77777777" w:rsidR="00C03725" w:rsidRDefault="00000000">
      <w:pPr>
        <w:jc w:val="both"/>
      </w:pPr>
      <w:r>
        <w:t>As the New York City marathon loomed, I was already guaranteed my entry to the Boston Marathon the next spring so I decided I was really going to enjoy myself in the marathon. I know that seems crazy to more novice runners and non-runners, but to me, running a marathon is fun. It is the reward for all the hard training we put in and I was really going to soak the New York Marathon experience in.</w:t>
      </w:r>
    </w:p>
    <w:p w14:paraId="4A9DFA5B" w14:textId="77777777" w:rsidR="00C03725" w:rsidRDefault="00000000">
      <w:pPr>
        <w:jc w:val="both"/>
      </w:pPr>
      <w:r>
        <w:t>The New York City Marathon</w:t>
      </w:r>
    </w:p>
    <w:p w14:paraId="299A5AF6" w14:textId="77777777" w:rsidR="00C03725" w:rsidRDefault="00000000">
      <w:pPr>
        <w:jc w:val="both"/>
      </w:pPr>
      <w:r>
        <w:t>One of the most prestigious and recognized marathons in the world is the New York City Marathon. Earlier in the year, I had put my name into the New York City Marathon lottery, that was open to about 35,000 runners that year. Having spent a good part of my life in New York, it only seemed fitting that I would attempt to get a spot and low and behold, I had won a spot. So now I had qualified for the 2004 Boston marathon and was gearing up in the fall that year to run the NYC marathon next.</w:t>
      </w:r>
    </w:p>
    <w:p w14:paraId="21A06A68" w14:textId="77777777" w:rsidR="00C03725" w:rsidRDefault="00000000">
      <w:pPr>
        <w:jc w:val="both"/>
      </w:pPr>
      <w:r>
        <w:t xml:space="preserve">I lived in the upper West Side in Manhattan in my early 20’s while working in the publishing industry and attending Pace University. I have such a fond memory of life in the city and would walk to work every day to my job at 45th street and Madison Avenue from my </w:t>
      </w:r>
      <w:r>
        <w:lastRenderedPageBreak/>
        <w:t>apartment at 62nd street and Broadway. I would walk everywhere and had, on several occasions back then walked from Battery Park in lower Manhattan to my apartment. If you’ve lived in New York City or visited it, you would know how easy it was to walk. Not just because the grid system was so easy, but also because there was so much eye candy, things to mesmerize and astonish the senses that time seemed to stand still when on a walking tour.</w:t>
      </w:r>
    </w:p>
    <w:p w14:paraId="221EE5DC" w14:textId="77777777" w:rsidR="00C03725" w:rsidRDefault="00000000">
      <w:pPr>
        <w:jc w:val="both"/>
      </w:pPr>
      <w:r>
        <w:t>I especially loved Central Park. I always think of the Chicago song “Saturday, in the Park” when I am in Central Park and I could get lost in the park for hours and hours on the weekends. Although I wasn’t running back in my early 20’s, I still hadn’t started my career in the food industry so was somewhat fitter and leaner then. I recall watching the runners and joggers, the cyclists and the roller bladders and skaters doing laps along the roads and paths in the park. Who could predict that one day I would be running in the New York City marathon into Central Park where the finish line was set up.</w:t>
      </w:r>
    </w:p>
    <w:p w14:paraId="1664E6BE" w14:textId="77777777" w:rsidR="00C03725" w:rsidRDefault="00000000">
      <w:pPr>
        <w:jc w:val="both"/>
      </w:pPr>
      <w:r>
        <w:t>I arrived with in New York City late afternoon on Thursday, October 31st, Halloween. The marathon wasn’t until the Sunday so that gave me ample time to not feel guilty partaking in the Halloween Parade festivities in Greenwich Village.</w:t>
      </w:r>
    </w:p>
    <w:p w14:paraId="37F4B4E1" w14:textId="77777777" w:rsidR="00C03725" w:rsidRDefault="00000000">
      <w:pPr>
        <w:jc w:val="both"/>
      </w:pPr>
      <w:r>
        <w:t>My spouse Debbie and I had borrowed his and hers cow costumes from some friends back home and made our way to the Village where we met up with my cousin Mike who worked in the city and was going to party with us.</w:t>
      </w:r>
    </w:p>
    <w:p w14:paraId="41CBFBDF" w14:textId="77777777" w:rsidR="00C03725" w:rsidRDefault="00000000">
      <w:pPr>
        <w:jc w:val="both"/>
      </w:pPr>
      <w:r>
        <w:t>Now if you haven’t been to the Halloween Parade, you haven’t experienced everything in life. It is probably the biggest Halloween party and parade in the world, estimates are there are over 2 million people coming out to watch the parade route. And the costumes were amazing. Think LGBTQ Pride, the Rocky Horror Picture Show, Mardi Gras, New Orleans and a Caribbean Festival all rolled up into one big Halloween Parade and party mashup. We had an amazing night and I still had a few days to recover after until marathon day. Ah, the rewards for all the hard training!</w:t>
      </w:r>
    </w:p>
    <w:p w14:paraId="498A7593" w14:textId="77777777" w:rsidR="00C03725" w:rsidRDefault="00000000">
      <w:pPr>
        <w:jc w:val="both"/>
      </w:pPr>
      <w:r>
        <w:t>The next day was the NYC marathon run expo. Once again, New York did not disappoint. The run expo is one of the largest in the world as the marathon hosts over 35,000 runners. It was held at the Jacob Javits Center and we spent hours there taking in just about every booth, sampling every type of run gel and sport drink and spending hundreds of dollars on new run shorts, singlets and other swag I just had to have.</w:t>
      </w:r>
    </w:p>
    <w:p w14:paraId="5FCD60E4" w14:textId="77777777" w:rsidR="00C03725" w:rsidRDefault="00000000">
      <w:pPr>
        <w:jc w:val="both"/>
      </w:pPr>
      <w:r>
        <w:t xml:space="preserve">Now you would think that to be a runner, it should be a relatively cheap sport. Seriously, all you need is a t-shirt, running shorts and a pair of sneakers right? Wrong! I was into this running thing for thousands of dollars in clothing and swag. I already had acquired several pairs of dry fit running shorts, various singles, t-shirts, long sleeve shirts, and fluorescent lined jackets. I had several pairs of $150 running shoes, not sneakers. And as winter approached, I was stocking up on lined winter run pants, a lantern, winter caps or toques as they are called in Canada. And not to mention my sports watch and heart rate monitor, running theory books, the run club and clinic fees and the marathon entry fees. Plus the flights and hotels for New York City and the upcoming Boston Marathon. Yes, you can get away </w:t>
      </w:r>
      <w:r>
        <w:lastRenderedPageBreak/>
        <w:t>spending far less but it can become very addictive and costly. But compared to other sports and hobbies such as golf, it can still be a far less investment for the returns and rewards. And anyone that has taken golf seriously knows how frustrating that sport can be. Running is relatively stress free and actually reduces stress, unlike golf which makes me a wreck and frazzles my nerves every time I played a round of golf.</w:t>
      </w:r>
    </w:p>
    <w:p w14:paraId="650AF885" w14:textId="77777777" w:rsidR="00C03725" w:rsidRDefault="00000000">
      <w:pPr>
        <w:jc w:val="both"/>
      </w:pPr>
      <w:r>
        <w:t>On the Saturday before the marathon race day, there is a tradition that every country that has runners represented in the marathon participate in a 4k friendship run from the United Nations building. We met up with other Canadian runners in the park outside the UN where there were various dignitaries offering well wishes to the marathon participants and families and friends. Then everyone runs with their fellow countrymen (and women) on the 4k run across the city to the finish line area of the marathon on the west side of Central park.</w:t>
      </w:r>
    </w:p>
    <w:p w14:paraId="70ED0385" w14:textId="77777777" w:rsidR="00C03725" w:rsidRDefault="00000000">
      <w:pPr>
        <w:jc w:val="both"/>
      </w:pPr>
      <w:r>
        <w:t>The thrill for me was having dual US/Canadian citizenship, I was offered the honour of carrying the Canadian flag across the city of my home town as we ran to the park. Although the crowds were not near as large as they were to become the next day for the marathon, it was still a great experience, especially as we entered Central Park, one of my favourite places to visit whenever I’m in the city. The other fun thing that we were prepared for was the t-shirt exchange. I had brought some run shirts from some runs I had participated in. I made some trades with several runners from around the world and still have a Paris Marathon t-shirt that I still wear occasionally.</w:t>
      </w:r>
    </w:p>
    <w:p w14:paraId="4FACF329" w14:textId="77777777" w:rsidR="00C03725" w:rsidRDefault="00000000">
      <w:pPr>
        <w:jc w:val="both"/>
      </w:pPr>
      <w:r>
        <w:t>That night I settled into my hotel and went through my ritual of setting out all my run clothes in order of dressing, fastened my bib to my run shirt and made sure all my gels and morning pre marathon breakfast items were spread out and ready to go.</w:t>
      </w:r>
    </w:p>
    <w:p w14:paraId="38F950D3" w14:textId="77777777" w:rsidR="00C03725" w:rsidRDefault="00000000">
      <w:pPr>
        <w:jc w:val="both"/>
      </w:pPr>
      <w:r>
        <w:t>Race morning is always a mix of nervousness and excitement and the NYC marathon is the epitome of nervous excitement. Waking up at 5am, I was showered, dressed and finished my other morning routines and headed out to catch the school buses to the starting area in Staten Island. Probably the coolest thing about the NYC marathon is that the course meanders through all five boroughs of New York City: Staten Island, Brooklyn, Queens, the Bronx and of course Manhattan.</w:t>
      </w:r>
    </w:p>
    <w:p w14:paraId="4F9E7BD4" w14:textId="77777777" w:rsidR="00C03725" w:rsidRDefault="00000000">
      <w:pPr>
        <w:jc w:val="both"/>
      </w:pPr>
      <w:r>
        <w:t>The starting area is located on the Staten Island side of the Verrazano Narrows Bridge. Although the marathon wouldn’t start until 10am, the expectation is to be at the starting area before 7:30am as they close the bridge for the runners to cross. Start dictating here. So that morning I got to the starting area and it was a cool morning and we waited in the athlete’s Village area for the official start of the race. In about an hour before the start of the officials announced over the speakers that we were to make our way to the starting area of the race.</w:t>
      </w:r>
    </w:p>
    <w:p w14:paraId="0E01514E" w14:textId="77777777" w:rsidR="00C03725" w:rsidRDefault="00000000">
      <w:pPr>
        <w:jc w:val="both"/>
      </w:pPr>
      <w:r>
        <w:t>This was my second marathon and it was a thrill to be there. Soon we were waiting on the tarmac in front of the toll booths. There were thousands of runners standing around waiting for the start of the race. And there were bibs which war that had three different colors as two of the race paths we’re going to run in on the upper level of the Verrazano bridge and the third color was to run on the lower level of the bridge. And then the gun went off.</w:t>
      </w:r>
    </w:p>
    <w:p w14:paraId="6398D648" w14:textId="77777777" w:rsidR="00C03725" w:rsidRDefault="00000000">
      <w:pPr>
        <w:jc w:val="both"/>
      </w:pPr>
      <w:r>
        <w:lastRenderedPageBreak/>
        <w:t>I can’t think of anything more exciting than running across the Verrazano Narrows bridge over the Hudson river from Staten Island into Brooklyn it was an amazing thrill and one that I’ll never forget. After we crossed over the bridge then we meander our way through Brooklyn and ran past throngs of crowds along the way. Eventually we made our way into Queens and that’s the other exciting part about this marathon.</w:t>
      </w:r>
    </w:p>
    <w:p w14:paraId="796163CA" w14:textId="77777777" w:rsidR="00C03725" w:rsidRDefault="00000000">
      <w:pPr>
        <w:jc w:val="both"/>
      </w:pPr>
      <w:r>
        <w:t>That’s the other amazing part of this marathon that you get to run and all five of the barrels. Once we started running through queens then we eventually came up to the 59th St. bridge. 59th St. bridge crosses over the East Riverside now and what is cool about it is that you can see Roosevelt Island below and the Roosevelt Island Tram that operates from Manhattan to Roosevelt island. As you cross over the Roosevelt Island bridge with all the other runners it is a very early quiet part of the race. Hundreds and hundreds of runners around me are all contemplating wants to come as we near her way towards Manhattan Island.</w:t>
      </w:r>
    </w:p>
    <w:p w14:paraId="283E4235" w14:textId="77777777" w:rsidR="00C03725" w:rsidRDefault="00000000">
      <w:pPr>
        <w:jc w:val="both"/>
      </w:pPr>
      <w:r>
        <w:t>As we exit off the 59th St. bridge there was a low hum almost like a drone of a beehive. As we take the exit ramp it just got louder and louder and it was an eerie experience and the hair in my arms started to stand up. I realize that it was the crowds that were about to greet us as we exited off the bridge onto first Avenue. It was sight and sound to behold.</w:t>
      </w:r>
    </w:p>
    <w:p w14:paraId="777EAE9D" w14:textId="77777777" w:rsidR="00C03725" w:rsidRDefault="00000000">
      <w:pPr>
        <w:jc w:val="both"/>
      </w:pPr>
      <w:r>
        <w:t>The race then takes us up first Avenue where we run all the way up to the Bronx obviously we started at 59th St. and then you can count off each street as you go higher and higher north in Manhattan. 60 6162 and on and on 120 121 through Harlem and then eventually we crossed over the cask Yusko bridge that takes us into the Bronx. As we went through the Bronx which is now the fourth Burrell no actually the fifth barrel we then circle back and come down fifth Avenue as we cross back into Manhattan. Onto fifth Avenue.</w:t>
      </w:r>
    </w:p>
    <w:p w14:paraId="51FDA230" w14:textId="77777777" w:rsidR="00C03725" w:rsidRDefault="00000000">
      <w:pPr>
        <w:jc w:val="both"/>
      </w:pPr>
      <w:r>
        <w:t>Now we start counting backwards as we run back down on the east side of Central Park and countdown from 120 120 119 etc. etc. and then we end up in the 80s or Manhattan on fifth Avenue running towards Central Park South also known as 59th St. If you’ve been to Manhattan I’ve obviously spent time in central it is one of the most amazing parks in the world central to the city of Manhattan. As we ran along fifth Avenue and the Park which has the upper Eastside beautiful art deco styles of apartment buildings in store fronts on our left and park along the right eventually we passed the Sequoia Park zoo and the Museum of natural history.</w:t>
      </w:r>
    </w:p>
    <w:p w14:paraId="0A43EDAC" w14:textId="77777777" w:rsidR="00C03725" w:rsidRDefault="00000000">
      <w:pPr>
        <w:jc w:val="both"/>
      </w:pPr>
      <w:r>
        <w:t>Soon we were at 59th St. and the marathon was stick with participants of course runners and also the streets were line 10 deep on both sides cheering us on I felt like I was leading the pack of the New York City Marathon that’s how exciting it is to be there. As we turn on 59th St. I knew we only had a few short blocks and will be turning back into the park and towards the finish line with less than 2 km to go. As I ran down Central Park South I tried to take in the last sights and sounds of the city and then we were right before Columbus Circle where we turned into the park. As we ran up the last few hundred metres I could see the finish line ahead. I will finish the New York City Marathon</w:t>
      </w:r>
    </w:p>
    <w:p w14:paraId="6B0197FA" w14:textId="77777777" w:rsidR="00C03725" w:rsidRDefault="00000000">
      <w:pPr>
        <w:jc w:val="both"/>
      </w:pPr>
      <w:r>
        <w:lastRenderedPageBreak/>
        <w:t>I cross the line in a time of 3:28:37 and I did it I nearly wanted to kiss the ground I was so elated in and amazed that I was able to run and finish the New York City Marathon a towel. My second marathon ever and it was New York City. One that I will never forget.</w:t>
      </w:r>
    </w:p>
    <w:p w14:paraId="37305060" w14:textId="77777777" w:rsidR="00C03725" w:rsidRDefault="00000000">
      <w:pPr>
        <w:jc w:val="both"/>
      </w:pPr>
      <w:r>
        <w:t>Life lesson learned if you dream it you can become it.</w:t>
      </w:r>
    </w:p>
    <w:p w14:paraId="538844C5" w14:textId="77777777" w:rsidR="00C03725" w:rsidRDefault="00000000">
      <w:pPr>
        <w:jc w:val="both"/>
      </w:pPr>
      <w:r>
        <w:t>Training for the Boston Marathon</w:t>
      </w:r>
    </w:p>
    <w:p w14:paraId="2DC327DD" w14:textId="77777777" w:rsidR="00C03725" w:rsidRDefault="00000000">
      <w:pPr>
        <w:jc w:val="both"/>
      </w:pPr>
      <w:r>
        <w:t>After completing the New York City Marathon, I was ontop of the world. I had accomplished something that in my wildest dreams I never thought was possible. I had traveled to the moon. Now it was time to start training for my trip to mars!</w:t>
      </w:r>
    </w:p>
    <w:p w14:paraId="32DD0B26" w14:textId="77777777" w:rsidR="00C03725" w:rsidRDefault="00000000">
      <w:pPr>
        <w:jc w:val="both"/>
      </w:pPr>
      <w:r>
        <w:t>After a few weeks of recovery and downtime, I was ready to start training for the 108th Boston Marathon. The Boston Marathon of course is legendary and something like the holy grail of running. It is probably the most prestigious marathon in the world. It’s always run in April and the date of the 108th would be April 19, 2004. I’d only been running a few years and now the Boston was looming. I had an aggressive 16 week training program which wouldn’t kick in for a few weeks after New York City and I was eager to get started. I wanted to do well and also get through the cold and snowy winter months and be 100% prepared. As with most things in life, the 7 P’s of the British Army adage is what is required to have a successful Boston Marathon: Proper Planning and Preparation Prevents Piss Poor Performance. I was going to give it my all.</w:t>
      </w:r>
    </w:p>
    <w:p w14:paraId="65017DAE" w14:textId="77777777" w:rsidR="00C03725" w:rsidRDefault="00000000">
      <w:pPr>
        <w:jc w:val="both"/>
      </w:pPr>
      <w:r>
        <w:t>I started back training with Bob and a few other new running buddies that had all qualified and were accepted into the Boston Marathon that year. We would continue to run speed workouts on Tuesdays, tempo runs Thursdays and our long runs Sunday mornings. And in between we would run almost daily according to our schedules. I tried to take Monday’s off as I knew my body needed one day a week (at that time) to recover and rejuvenate. It made sense to rest on the day after my long runs.</w:t>
      </w:r>
    </w:p>
    <w:p w14:paraId="053F63FE" w14:textId="77777777" w:rsidR="00C03725" w:rsidRDefault="00000000">
      <w:pPr>
        <w:jc w:val="both"/>
      </w:pPr>
      <w:r>
        <w:t>Most of us were members of the local YMCA gym so we would most often meet there and start our runs. I found that I didn’t need to stretch much or at all before a training run, but I did enjoy stretching and sometimes light weight workouts after our group runs. There was a core group of about 6 – 8 of us and we were all committed to working hard.</w:t>
      </w:r>
    </w:p>
    <w:p w14:paraId="6BEBAA56" w14:textId="77777777" w:rsidR="00C03725" w:rsidRDefault="00000000">
      <w:pPr>
        <w:jc w:val="both"/>
      </w:pPr>
      <w:r>
        <w:t>I made it through the hard and cold winter months. If you live in the south and haven’t run in cold blustery weather, you don’t know what hard is. My favourite (and toughest) route was an out and back we would take on two roads – Old Norwood and Division. Both were full of rolling hills that were formed by drumlins. A drumlin, from the Irish word droimnín, first recorded in 1833, in the classical sense is an elongated hill in the shape of an inverted spoon or half-buried egg formed by glacial ice acting on underlying unconsolidated till or ground moraine. The area on Southern Ontario where I live is full of them and probably one reason we have so many strong runners (men and women) from this area.</w:t>
      </w:r>
    </w:p>
    <w:p w14:paraId="4AF2A5BE" w14:textId="77777777" w:rsidR="00C03725" w:rsidRDefault="00000000">
      <w:pPr>
        <w:jc w:val="both"/>
      </w:pPr>
      <w:r>
        <w:t xml:space="preserve">These two roads also ran east out of town so we would get a great tailwind on the out section of our run and then suffer for the back half as we ran straight into a headwind for the </w:t>
      </w:r>
      <w:r>
        <w:lastRenderedPageBreak/>
        <w:t>remainder of the run. And we were running 3 hours each Sunday so it was a tough slog, 1 and ½ hours back into wintery snow, ice, cold and anything else mother nature sent our way. Like I said, you don’t know tough until you run a full winter in those conditions. But we were determined and dedicated and nothing was going to stop us!</w:t>
      </w:r>
    </w:p>
    <w:p w14:paraId="59CD57A4" w14:textId="77777777" w:rsidR="00C03725" w:rsidRDefault="00000000">
      <w:pPr>
        <w:jc w:val="both"/>
      </w:pPr>
      <w:r>
        <w:t>YOU GOT TO BELIEVE</w:t>
      </w:r>
    </w:p>
    <w:p w14:paraId="35A824D1" w14:textId="77777777" w:rsidR="00C03725" w:rsidRDefault="00000000">
      <w:pPr>
        <w:jc w:val="both"/>
      </w:pPr>
      <w:r>
        <w:t>Boston Marathon</w:t>
      </w:r>
    </w:p>
    <w:p w14:paraId="0E993188" w14:textId="77777777" w:rsidR="00C03725" w:rsidRDefault="00000000">
      <w:pPr>
        <w:jc w:val="both"/>
      </w:pPr>
      <w:r>
        <w:t>April finally arrived and my trained running buddies and I were on our way to Boston. We had survived the rigorous winter training and spring was in the air. I can say with almost certainty that I never deviated from the training plan I was on and was as healthy and prepared as I could possibly be. We lost a few guys and ladies along the way due to injuries but most of us were trained and raring to go.</w:t>
      </w:r>
    </w:p>
    <w:p w14:paraId="260DEC73" w14:textId="77777777" w:rsidR="00C03725" w:rsidRDefault="00000000">
      <w:pPr>
        <w:jc w:val="both"/>
      </w:pPr>
      <w:r>
        <w:t>I knew a bit about the Boston marathon but not enough to say I was ever intrigued much more than what I read about in the magazines or newspapers. I had been to Boston once on a vacation and recall walking the Freedom trail and seeing some of the historic sites. But when you’re there, you realize what takes place every Patriots day in that city is a big event. Patriot day is always on the third Monday of April in Massachusetts and our race day was April 19 and it was going to be a scorcher according to the weather charts.</w:t>
      </w:r>
    </w:p>
    <w:p w14:paraId="7F34BA89" w14:textId="77777777" w:rsidR="00C03725" w:rsidRDefault="00000000">
      <w:pPr>
        <w:jc w:val="both"/>
      </w:pPr>
      <w:r>
        <w:t>We arrived two days before the race were staying in a nice area close to the Boston Public Garden park and walking distance to the area where the bus caravan would pick us up on race morning to take us to the start area. We almost immediately went to the race expo as we were so excited. It was overwhelming; here I was picking up my run kit for the Boston Marathon. There were elite athletes everywhere at the expo, signing autographs and just chatting up the runners. Marathons are the one sport where amateur athletes get to compete alongside the pro runners. Somebody pinch me.</w:t>
      </w:r>
    </w:p>
    <w:p w14:paraId="24E513E8" w14:textId="77777777" w:rsidR="00C03725" w:rsidRDefault="00000000">
      <w:pPr>
        <w:jc w:val="both"/>
      </w:pPr>
      <w:r>
        <w:t>The morning of the race, my group of 6 of us all made our way to the bus area for the marathon and were shuttled out to Hopkinton, a small rural town 26.2 miles from Boylston Ave and the finish line of the marathon. Boston (which we’ll call the marathon now) is a “point to point” marathon, meaning it starts and ends at different points, 26.2 miles away. It is pretty much a straight west to east run through some tough undulating roads of the city. More of that to follow.</w:t>
      </w:r>
    </w:p>
    <w:p w14:paraId="033961C2" w14:textId="77777777" w:rsidR="00C03725" w:rsidRDefault="00000000">
      <w:pPr>
        <w:jc w:val="both"/>
      </w:pPr>
      <w:r>
        <w:t>The athletes gather in an area behind the Hopkinton High School called the athlete village. We arrived sometime around 7:30am and the race wouldn’t officially start until 10:00am. So we had a few hours to work through our morning jitters and nerves and rest and relax until the start of the race. Finally around 9:15 we started heading to the corral’s of the race start area.</w:t>
      </w:r>
    </w:p>
    <w:p w14:paraId="4B6804FA" w14:textId="77777777" w:rsidR="00C03725" w:rsidRDefault="00000000">
      <w:pPr>
        <w:jc w:val="both"/>
      </w:pPr>
      <w:r>
        <w:t xml:space="preserve">Boston uses a corral system based on your registered marathon time you submitted. The faster runners had lower numbers and would therefore line up closer to the front of the </w:t>
      </w:r>
      <w:r>
        <w:lastRenderedPageBreak/>
        <w:t>marathon. The very first corral was reserved for the professional runner and wheelchair athletes.</w:t>
      </w:r>
    </w:p>
    <w:p w14:paraId="7093B8D2" w14:textId="77777777" w:rsidR="00C03725" w:rsidRDefault="00000000">
      <w:pPr>
        <w:jc w:val="both"/>
      </w:pPr>
      <w:r>
        <w:t>One of the greatest thing about the Boston is that they have a wheelchair racer category. Wheelchair racing is open to athletes with any qualifying type of disability, amputees, spinal cord injuries, cerebral palsy and partially sighted (when combined with another disability). These athletes are the most inspiring and greatest of all in their determinationto overcome their handicaps and race and compete. If you have never seen this part of the race, they are the most humbling and inspiring group of any run event.</w:t>
      </w:r>
    </w:p>
    <w:p w14:paraId="6E264480" w14:textId="77777777" w:rsidR="00C03725" w:rsidRDefault="00000000">
      <w:pPr>
        <w:jc w:val="both"/>
      </w:pPr>
      <w:r>
        <w:t>As we were gathering near our run corral, there was a large cheer as the wheelchair athletes were off. Their category is the first wave or group to go as they commanded that respect along with the fact that they can take much longer to complete the marathon due to their handicaps. Although there is a group of wheel chair athletes that also have amazing decked out wheel chairs that are powered by arm strength and can race at over 18 miles an hour. These athletes can compete a marathon in some of the fastest will complete the marathon distance in well under 2 hours.</w:t>
      </w:r>
    </w:p>
    <w:p w14:paraId="4D1ED836" w14:textId="77777777" w:rsidR="00C03725" w:rsidRDefault="00000000">
      <w:pPr>
        <w:jc w:val="both"/>
      </w:pPr>
      <w:r>
        <w:t>When the gun went off we were off. There were around 24,000 runners on a warm April day. The first time for anything is amazing and my first Boston was spectacular. The crowds were 10 deep on each side of the roads. As we left Hopkintontowards Boston, I think I had goosebumps the entire race. One by one I knocked out the kms at my goal pace. I was watching my GPS watch and holding steady as I passed through the 5k, 10k and then the half way or half-marathon distance of 21.1km (13.1 miles). I felt light and heady from all the excitement, gliding through the rest stops to grab water on the go. One thing we were taught is that if you want to run Boston in a good time, you have to learn to drink on the run. We had rehearsed and practiced how to run and drink water and I seemed to be making out fine, never having to stop to drink.</w:t>
      </w:r>
    </w:p>
    <w:p w14:paraId="3359773E" w14:textId="77777777" w:rsidR="00C03725" w:rsidRDefault="00000000">
      <w:pPr>
        <w:jc w:val="both"/>
      </w:pPr>
      <w:r>
        <w:t>I had my favourite gels in my wasteband pockets of my run shorts. I had tried just about every gel out there on the market and finally settled on Powergel’s Strawberry flavour. I also had one plain gel for late in the race when I might not want flavour to upset my system after running for 3 to 4 hours. I sure did overthink this but proper planning prevents piss pour performance. I heard myself say that over and over again.</w:t>
      </w:r>
    </w:p>
    <w:p w14:paraId="0A406762" w14:textId="77777777" w:rsidR="00C03725" w:rsidRDefault="00000000">
      <w:pPr>
        <w:jc w:val="both"/>
      </w:pPr>
      <w:r>
        <w:t>The race continues on Comm Ave through the four challenging Newton Hills</w:t>
      </w:r>
    </w:p>
    <w:p w14:paraId="63CAD69E" w14:textId="77777777" w:rsidR="00C03725" w:rsidRDefault="00000000">
      <w:pPr>
        <w:jc w:val="both"/>
      </w:pPr>
      <w:r>
        <w:t>The Boston marathon, the mecca of all marathons was mine for the taking. All that hard work and perseverance was about to pay off. I tried to savor every minute, taking the crowds in and the noise and feel of the race. Runners were everywhere and some would pass me as I would pass others. It’s a real self-battle in any marathon and I was going to win this war. There’s so many special memories but one of the fondest I have is when we approach Wellesley College. Wellesley is an all-girls college (Hillary Clinton attended it) and the girls of the college line up alongside the road with signs and admiration for the runners. They are so loud and wild and it’s such a rush hearing and seeing them all out to greet the runners.</w:t>
      </w:r>
    </w:p>
    <w:p w14:paraId="77985831" w14:textId="77777777" w:rsidR="00C03725" w:rsidRDefault="00000000">
      <w:pPr>
        <w:jc w:val="both"/>
      </w:pPr>
      <w:r>
        <w:lastRenderedPageBreak/>
        <w:t>I was a few miles outside of downtown Boston and could finally see the Citgo gas sign that looms large in the distance, a beacon that is a landmark for the city of Boston and also to the runners. Seeing it signals that we only had a few short miles to go to the finish line. “I got this”, I told myself as I was running my heart out to finish. What an amazing day I was having and I was going to cross that finish line.</w:t>
      </w:r>
    </w:p>
    <w:p w14:paraId="2A7C461D" w14:textId="77777777" w:rsidR="00C03725" w:rsidRDefault="00000000">
      <w:pPr>
        <w:jc w:val="both"/>
      </w:pPr>
      <w:r>
        <w:t>The last two miles are always the toughest but also the point where you know you will make it. I gave it my all as I ran with the pack onto Commonwealth Ave. I knew I had just two more streets to pass through to the finish line. I made the right turn onto the short street Hereford, and then the final left turn onto Boyleston At Hereford Street, the Marathon route turns right (don't ever try this in your car - normally Hereford is a one way street going left), and then turns left onto Boylston Street for the final 4 blocks.</w:t>
      </w:r>
    </w:p>
    <w:p w14:paraId="7C9A992D" w14:textId="77777777" w:rsidR="00C03725" w:rsidRDefault="00000000">
      <w:pPr>
        <w:jc w:val="both"/>
      </w:pPr>
      <w:r>
        <w:t>To me, the final 600 metres of the Boston Marathon is like nothing I could ever imagine. The crowds are 10 deep on each side and there is just pandemonium as I ran along Boylston Street towards the finish line. You can see the finish area looming far off in the distance and as it gets closer and closer. The crowds are frenzied, the other runners beside me are waving their arms and fist pumping in delight as I join them. We all know that we will be Boston Marathon finishers in a matter of minutes.</w:t>
      </w:r>
    </w:p>
    <w:p w14:paraId="51F360F6" w14:textId="77777777" w:rsidR="00C03725" w:rsidRDefault="00000000">
      <w:pPr>
        <w:jc w:val="both"/>
      </w:pPr>
      <w:r>
        <w:t>As I cross the finish line, I hear my race bib # and name announced over the PA. It doesn’t matter that I am the 5030th runner to cross the finish line. My time of 3 hours 49 minutes and 49 seconds which puts me the top 20 percentile overall. No matter where you finish in Boston, everyone is a champion and I’m sure feels the same jubiliation as if we had just broken a world record or won a gold medal in the Olympics. A marathon is a great equalizer and everyone who finishes a marathon is a winner! Finishing Boston for the first time was a glorious feat and one that I never in my wildest imagination thought I would accomplish. Can anyone finish a marathon. I am proof that yes, anyone can finish a marathon!</w:t>
      </w:r>
    </w:p>
    <w:p w14:paraId="00DBA2E6" w14:textId="77777777" w:rsidR="00C03725" w:rsidRDefault="00000000">
      <w:pPr>
        <w:jc w:val="both"/>
      </w:pPr>
      <w:r>
        <w:t>Time for Reflection</w:t>
      </w:r>
    </w:p>
    <w:p w14:paraId="050509C1" w14:textId="77777777" w:rsidR="00C03725" w:rsidRDefault="00000000">
      <w:pPr>
        <w:jc w:val="both"/>
      </w:pPr>
      <w:r>
        <w:t>Help Others to Succeed, Give Back, Givers Gain</w:t>
      </w:r>
    </w:p>
    <w:p w14:paraId="2D53ED6F" w14:textId="77777777" w:rsidR="00C03725" w:rsidRDefault="00000000">
      <w:pPr>
        <w:jc w:val="both"/>
      </w:pPr>
      <w:r>
        <w:t>After my triumphant personal milestone at Boston, I had another run planned the following month. But I also had a plan to “give back” to another runner who had asked me to help pace him to a sub 4 hour marathon, a goal that had alluded him in previous marathons he had run. I had been running with James for a few years and I was really looking forward to our “day in the sun together”. James was a larger framed guy, over 200 lbs and was considered in the Clydesdale category for runners.</w:t>
      </w:r>
    </w:p>
    <w:p w14:paraId="07C882C4" w14:textId="77777777" w:rsidR="00C03725" w:rsidRDefault="00000000">
      <w:pPr>
        <w:jc w:val="both"/>
      </w:pPr>
      <w:r>
        <w:t>The addition of weight categories was relatively new to running back in the 2000’s. The Athena (women’s) category weight cut off ranges from 145 lbs to 160 lbs. The Clydesdale (men’s) category cut off ranges from 200lbs to 220 lbs. Not every race offered the category as a choice and it is optional to register yourself, but suffice that we know that in running, we know that body weight does make a difference.</w:t>
      </w:r>
    </w:p>
    <w:p w14:paraId="324D5FAD" w14:textId="77777777" w:rsidR="00C03725" w:rsidRDefault="00000000">
      <w:pPr>
        <w:jc w:val="both"/>
      </w:pPr>
      <w:r>
        <w:lastRenderedPageBreak/>
        <w:t>When we run, body supplies oxygen and energy to working muscles, so the lighter the load, the better... within reason, of course. If you had two runners, identical in all physiological aspects except their weights, odds are that the lighter runner would finish with a faster time than the heavier runner. There are formulas that predict how much time a runner can pick up in a race by dropping weight, especially over the marathon distance. In that sense, you could refer to weight as a "handicap" of sorts, perhaps similar to a handicap in golf or bowling.</w:t>
      </w:r>
    </w:p>
    <w:p w14:paraId="5D5C3019" w14:textId="77777777" w:rsidR="00C03725" w:rsidRDefault="00000000">
      <w:pPr>
        <w:jc w:val="both"/>
      </w:pPr>
      <w:r>
        <w:t>James and I lined up together at the start line and we were both feeling exuberant. We had both done the proper training needed to complete the marathon distance and James had also worked out extra hard that year. He is one of the toughest, most determined athletes and very inspiring. In fact, he inspired me to pace with him to help him break his sub 4 hour marathon goal.</w:t>
      </w:r>
    </w:p>
    <w:p w14:paraId="34AE12C6" w14:textId="77777777" w:rsidR="00C03725" w:rsidRDefault="00000000">
      <w:pPr>
        <w:jc w:val="both"/>
      </w:pPr>
      <w:r>
        <w:t>Pacing someone is not an easy feat. The role is serious in that the pacer will keep track of the km or mile goal pace, make sure the path is clear to the aid stations for the person being paced and offering a continuous “drip” of motivation and confidence to mentally keep their pace partner in the zone, or on track, to finish at or under the pace.</w:t>
      </w:r>
    </w:p>
    <w:p w14:paraId="15131671" w14:textId="77777777" w:rsidR="00C03725" w:rsidRDefault="00000000">
      <w:pPr>
        <w:jc w:val="both"/>
      </w:pPr>
      <w:r>
        <w:t>Often at races, you might see pace “bunnies” or so called rabbits – holding signs of 3:15, 3:30, 3:45 and so on so that runners in the event can stay with or slightly behind (or ahead) of the pace bunny to help them to achieve their marathon race time goal.</w:t>
      </w:r>
    </w:p>
    <w:p w14:paraId="18509EBB" w14:textId="77777777" w:rsidR="00C03725" w:rsidRDefault="00000000">
      <w:pPr>
        <w:jc w:val="both"/>
      </w:pPr>
      <w:r>
        <w:t>We lined up at start of the race and I knew James was going to succeed with his race goal. I’m not sure he felt that same as I sensed his nervousness. I told him to just keep to the steady pace we had agreed he’d run a 5:30min/km pace and so we were on track to run about a 3:50:00 marathon finish time.</w:t>
      </w:r>
    </w:p>
    <w:p w14:paraId="67E62FD1" w14:textId="77777777" w:rsidR="00C03725" w:rsidRDefault="00000000">
      <w:pPr>
        <w:jc w:val="both"/>
      </w:pPr>
      <w:r>
        <w:t>James ran his heart out that day. I was running beside him, making sure he was taking nutrition/glucose gels. I was also making sure he was hydrated and keeping his head clear. One of the things that can happen to runners in longer distance races is a phenomenon called “Bonking”. It’s basically when we are glucose deprived and we start to get foggy in our heads. It’s a different feeling than being dehydrated. Dehydration is easier (in my opinion) to recognize as extreme thirst is a familiar feeling to us all at one time or another. But with bonking, it sneaks up on our system and first as muscle cramps and then as a fogginess in the brain. I can usually detect it in myself when running as I start to lose my counting if I’m watching my Garmin watch, the kilometre or mile markers along a course while calculating my math. I find I fumble over the numbers so I make sure to recognize that feeling and I will reach for a gel and sports drink as soon as possible which usually settles the feeling and my mind will clear.</w:t>
      </w:r>
    </w:p>
    <w:p w14:paraId="04C5547F" w14:textId="77777777" w:rsidR="00C03725" w:rsidRDefault="00000000">
      <w:pPr>
        <w:jc w:val="both"/>
      </w:pPr>
      <w:r>
        <w:t xml:space="preserve">I ran with James most of the race until the last few kilometers. I was chirping him in a joking way, trying to keep him positive and motivated. I knew he had it in him. As we got towards the finish, I would run ahead and wait for him on the side of the road. I would run up ahead to a telephone pole trying to keep a low profile from the crowds along the road. But people would notice me as a runner since I was wearing a race bib. Our bibs had our first names on </w:t>
      </w:r>
      <w:r>
        <w:lastRenderedPageBreak/>
        <w:t>it so everyone started trying to give me encouragement – “you got this Gene, you can do it!”. Lots of motivational talk which I would have enjoyed if I was running for myself but I was waiting for James.</w:t>
      </w:r>
    </w:p>
    <w:p w14:paraId="2147515F" w14:textId="77777777" w:rsidR="00C03725" w:rsidRDefault="00000000">
      <w:pPr>
        <w:jc w:val="both"/>
      </w:pPr>
      <w:r>
        <w:t>I was half laughing and half frustrated. I was fine, I didn’t need the encouragement. Leave me alone I was thinking. People would almost be yelling in my face to get back into the race, don’t give up, patting me on the back. I finally had to turn my bib inside out so I didn’t have to hear my name constantly. But it was fun nonetheless. And I knew it was James “who has this”.</w:t>
      </w:r>
    </w:p>
    <w:p w14:paraId="48097D0E" w14:textId="77777777" w:rsidR="00C03725" w:rsidRDefault="00000000">
      <w:pPr>
        <w:jc w:val="both"/>
      </w:pPr>
      <w:r>
        <w:t>I was able to keep James motivated and kept pushing him to his limits as I knew he had it in him. The last few kilometres of any race can be the toughest but it’s also the most rewarding. With just two kilometres to go I knew we were going to set a new PR (personal record) for James. He had such a positive attitude and I was so proud to that I was there to help and witness his best marathon time. I ran ahead of James to wait for him at the finish line when he crossed. As he crossed the finish line, I looked up and saw that he was 3 hours and 55 minutes, a full 5 minutes lower than his goal. We were literally 1 minute slower than what I had predicted based on James’s fitness level. To this day we remain close friends and his personal best Marathon time is still his Ottawa marathon. Nothing is more fulfilling than helping someone else to meet and exceed their goal. Well done James.</w:t>
      </w:r>
    </w:p>
    <w:p w14:paraId="2F0F703B" w14:textId="77777777" w:rsidR="00C03725" w:rsidRDefault="00000000">
      <w:pPr>
        <w:jc w:val="both"/>
      </w:pPr>
      <w:r>
        <w:t>And to this day, this is still Jame’s fastest ever marathon and we both laugh and high fiver about that day!</w:t>
      </w:r>
    </w:p>
    <w:p w14:paraId="7E5161B8" w14:textId="77777777" w:rsidR="00C03725" w:rsidRDefault="00000000">
      <w:pPr>
        <w:jc w:val="both"/>
      </w:pPr>
      <w:r>
        <w:t>The main lesson learned for me is giving back. First of all helping somebody else to achieve their goals. It’s not about you when you when you pay somebody else, it's about that other person and you know giving you know so it's a giving back. It's just givers gain. Give back and you get your reward 10 fold.</w:t>
      </w:r>
    </w:p>
    <w:p w14:paraId="131ECB54" w14:textId="77777777" w:rsidR="00C03725" w:rsidRDefault="00000000">
      <w:pPr>
        <w:jc w:val="both"/>
      </w:pPr>
      <w:r>
        <w:t>Toronto International –always strive for a new personal best</w:t>
      </w:r>
    </w:p>
    <w:p w14:paraId="1F6B162E" w14:textId="77777777" w:rsidR="00C03725" w:rsidRDefault="00000000">
      <w:pPr>
        <w:jc w:val="both"/>
      </w:pPr>
      <w:r>
        <w:t>After the Ottawa late spring marathon in 2004, I spent the summer working on my speed training and also participated in just a few shorter distance runs. One was the Liftlock 10k, a local race in my community. We had a vibrant run culture in Peterborough Ontario and this race was organized by the Peterborough Road Runner Club. The Road Runners club was a great organization and there were so many good runners to look up to for inspiration and tips. Although I didn’t set any personal records in the Liftlock 10k, I did average under 4:00 minute Km pace and finished just over 50 minutes. I must say I had a lot of fun and the comradery of the local runners has remained years later as I have many lifelong friends now from those days.</w:t>
      </w:r>
    </w:p>
    <w:p w14:paraId="6A3EB32F" w14:textId="77777777" w:rsidR="00C03725" w:rsidRDefault="00000000">
      <w:pPr>
        <w:jc w:val="both"/>
      </w:pPr>
      <w:r>
        <w:t xml:space="preserve">The other bigger run event that I participated in was the Virginia Beach Rock n Roll half marathon. This was an awesome event that was so well organized, not to mention all the amazing music acts that were performing all weekend. Held over the labor day weekend, I recall an amazing sunny warm day. I ran well and was likely motivated by the beer and music awaiting me at the finish line. Once again I didn’t feel like I was racing but rather I just glided through the event to a very good 1:32:08. I was still learning about pace and what my body </w:t>
      </w:r>
      <w:r>
        <w:lastRenderedPageBreak/>
        <w:t>(and mind) could do so I hadn’t really focused on my half marathon pace. This was my third half marathon and all were at the 1:30 mark.</w:t>
      </w:r>
    </w:p>
    <w:p w14:paraId="026CEF10" w14:textId="77777777" w:rsidR="00C03725" w:rsidRDefault="00000000">
      <w:pPr>
        <w:jc w:val="both"/>
      </w:pPr>
      <w:r>
        <w:t>But the most fun that day at the Virginia Beach half was the music. I got to see perfomances by Earth, Wind and Fire, the B-52’s, and Twisted Sister, among many others. The atmosphere was electric and the music and beer were all first class. What a great event and if I can recommend one run company, it’s the rock and roll marathon organization. They are always first class events and being a music aficionado, they are always entertaining and of course, fun!</w:t>
      </w:r>
    </w:p>
    <w:p w14:paraId="281BFC40" w14:textId="77777777" w:rsidR="00C03725" w:rsidRDefault="00000000">
      <w:pPr>
        <w:jc w:val="both"/>
      </w:pPr>
      <w:r>
        <w:t>Only old people check the weather</w:t>
      </w:r>
    </w:p>
    <w:p w14:paraId="54A8E902" w14:textId="77777777" w:rsidR="00C03725" w:rsidRDefault="00000000">
      <w:pPr>
        <w:jc w:val="both"/>
      </w:pPr>
      <w:r>
        <w:t>The next event on my calendar was the Toronto International marathon. It was just a month after the Virginia Beach half and I was in good shape, having kept up my training regimen. I was signed up with a few close work friends who also were running mates, Tom and Dan. While Tom was a little slower and less competitive, Dan and I worked super hard and were evenly matched for a little bit of a showdown in the marathon. All in good fun of course but guys will be guys and if your more a Type A like me, then it is always seems to be a bit of a race, all in good fun of course!</w:t>
      </w:r>
    </w:p>
    <w:p w14:paraId="6EFFE6B0" w14:textId="77777777" w:rsidR="00C03725" w:rsidRDefault="00000000">
      <w:pPr>
        <w:jc w:val="both"/>
      </w:pPr>
      <w:r>
        <w:t>The day of the race, there was one curveball thrown at us. It was pouring rain and cool. We hadn’t really prepared for that and so there was a lot of apprehension with all the runners that morning. We assembled for the race at Toronto City Hall and we were all huddled inside the building. What was going to happen out there weighed on all of our minds. No matter how much work you do you’re never prepared for bad weather. So it’s important to train in any conditions as you never know what race day will bring.</w:t>
      </w:r>
    </w:p>
    <w:p w14:paraId="6A41DC88" w14:textId="77777777" w:rsidR="00C03725" w:rsidRDefault="00000000">
      <w:pPr>
        <w:jc w:val="both"/>
      </w:pPr>
      <w:r>
        <w:t>As we assembled for the start, it was obvious most people were underprepared. Everyone was shivering and that is not a good sign for starting a marathon. I don’t mind running in the rain if I start out before it starts, but it was pouring rain all morning and there didn’t seem to be any let up. Fortunately one of my fellow running buddies Jeff had brought along some green garbage bags so Dan, Jeff, Tom and I were all covered in glad bag green. But it does keep you warm at the start of the race and many other runners had the same idea. It’s kind of whimsical to me really, especially when people cut out arm/sleeve holes but it does work.</w:t>
      </w:r>
    </w:p>
    <w:p w14:paraId="7BB62B23" w14:textId="77777777" w:rsidR="00C03725" w:rsidRDefault="00000000">
      <w:pPr>
        <w:jc w:val="both"/>
      </w:pPr>
      <w:r>
        <w:t>As the race started, it was a sea of green and we were off. I found after 10 or 15 minutes, I was warm enough and I removed the green bag and tossed it in a garbage bin along the way. Dan and I were keeping pace and of course our competitive spirit was high. We were playing a bit of cat and mouse as the field was rather large and I tend to not like to run too long with someone beside me so I would let Dan go ahead of me and then I’d pass him and be in front of him for a bit. It was like that for most of the first half of the race.</w:t>
      </w:r>
    </w:p>
    <w:p w14:paraId="16A1E6D6" w14:textId="77777777" w:rsidR="00C03725" w:rsidRDefault="00000000">
      <w:pPr>
        <w:jc w:val="both"/>
      </w:pPr>
      <w:r>
        <w:t xml:space="preserve">The Toronto marathon course is a net downhill race but the first half is more undulating as it makes its way down Yonge St towards the Ontario Lake shore. There is some history to Yonge Street also as it is 1896 km (1178 miles) long from the Toronto Lake Shore to Rainy River at </w:t>
      </w:r>
      <w:r>
        <w:lastRenderedPageBreak/>
        <w:t>the Ontario/Minnesota border. It had held the Guinness Book of Records as the long street until 1999.</w:t>
      </w:r>
    </w:p>
    <w:p w14:paraId="5C2162CD" w14:textId="77777777" w:rsidR="00C03725" w:rsidRDefault="00000000">
      <w:pPr>
        <w:jc w:val="both"/>
      </w:pPr>
      <w:r>
        <w:t>At just about the half way mark, Yonge Street has a drastic uphill section, before it begins a gradual descent for the remainder of the street to Lake Ontario. And it was at this halfway mark that Dan decided to “drop the hammer” on me. We had started the race by saying we would pace close to each other and work it together but Dan had changed his mind I guess and was feeling a lot better than I was. So with little more than a smirk which was a “see you later sucker” look, he took off on the uphill. Now for anyone that is in a competitive race against someone, a good strategy is to pick up the pace and put a hurt on the other personto see if they can “hang in” with you. So when Dan decided to sprint up the hill, I had nothing. No gas, no legs and most needed, no motivation. So I had no choice (as my mind/body had decided for me) but to watch him disappear into the future. I was fantasizing that maybe I’ll get lucky and Dan will blow up and I’ll see him later on the side of the road doubled over in pain. Whereby I would run past him having the last laugh. However that was not to be as I never saw Dan again until the finish, where he was waiting for me just beyond the finish line. I still had a great run time of 3:15:37, but it was Dan’s day and he ran a great race in those miserable conditions.</w:t>
      </w:r>
    </w:p>
    <w:p w14:paraId="07D8421F" w14:textId="77777777" w:rsidR="00C03725" w:rsidRDefault="00000000">
      <w:pPr>
        <w:jc w:val="both"/>
      </w:pPr>
      <w:r>
        <w:t>One thing about running is that everyone is euphoric at the end of completing any race, high on endorphins and from the sense of accomplishment, not just of ourselves but of everyone else who finished. From the overall winner to the very last marathoner to cross the finish line, it is an amazing accomplishment and everyone is a winner! And it was reflected in our friend Jeff who finished somewhere around 30 minutes later than me. He ran a great race for himself and we all high fived him and were proud of his hard work as well. Especially in those conditions. And Jeff shared something with Dan and I at the finish that broke us all up. Jeff had run almost the entire marathon in his green garbage bag. But closer to the finish he had finally removed it and meticulously folded it up and stuffed it in his jacket pocket. He then took it out of his pocket and showed it to us. We all laughed out loud and to this day, it’s still one of the funniest things we recall as longstanding running buddies.</w:t>
      </w:r>
    </w:p>
    <w:p w14:paraId="0E6D451B" w14:textId="77777777" w:rsidR="00C03725" w:rsidRDefault="00000000">
      <w:pPr>
        <w:jc w:val="both"/>
      </w:pPr>
      <w:r>
        <w:t>After the race I had bumped into my former run clinic leader, Debbie who had also run the marathon that day. I had asked her how she did and she gave me some great words of wisdom – it wasn’t about the time but it was about finishing. And she summed it up like this: “with the training I did and in those conditions, I did I the best I could.” Wise words that I often tell myself, especially after having a less than stellar performance. Whether it was the weather or other variables, as long as you do the hard work and training, and give it your all, you always do the best you can!</w:t>
      </w:r>
    </w:p>
    <w:p w14:paraId="1100C5DF" w14:textId="77777777" w:rsidR="00C03725" w:rsidRDefault="00000000">
      <w:pPr>
        <w:jc w:val="both"/>
      </w:pPr>
      <w:r>
        <w:t>109th Boston Marathon</w:t>
      </w:r>
    </w:p>
    <w:p w14:paraId="65B3C42A" w14:textId="77777777" w:rsidR="00C03725" w:rsidRDefault="00000000">
      <w:pPr>
        <w:jc w:val="both"/>
      </w:pPr>
      <w:r>
        <w:t>Character building – and we are all characters</w:t>
      </w:r>
    </w:p>
    <w:p w14:paraId="3C797C63" w14:textId="77777777" w:rsidR="00C03725" w:rsidRDefault="00000000">
      <w:pPr>
        <w:jc w:val="both"/>
      </w:pPr>
      <w:r>
        <w:t xml:space="preserve">After the fall Toronto marathon that year I continued running through the winter. I had really started the ‘habit’ of running long every Sunday. I started running with my usual group of </w:t>
      </w:r>
      <w:r>
        <w:lastRenderedPageBreak/>
        <w:t>hardcore runners and we would run a 3-hour out and back from the local YMCA. We had a great route that really conditioned us for hills, distance and speed. Rain, shine, sleet or hail, we were out there. It was real character building and believe me, we were a bunch of characters.</w:t>
      </w:r>
    </w:p>
    <w:p w14:paraId="1BA5C8D8" w14:textId="77777777" w:rsidR="00C03725" w:rsidRDefault="00000000">
      <w:pPr>
        <w:jc w:val="both"/>
      </w:pPr>
      <w:r>
        <w:t>The route took us out of our town to a rolling set of road options. One was our more light rolling usual Old Norwood Road out and back route which ran east into the countryside. We would run past an old apple orchard that still bore fruit as well as an older abandoned ski hill had been donated to our local conservation area by Harold Town, a local landowner. Harold Town, as it is formally called now, has been taken over by our local mountain bike club and is used for mountain biking and trail running. However, I hadn’t quite started to trail run back in 2009 and so we would run past the conservation area, not knowing how precious and what an impact it would have on my training and love of trail running for a few more years to come.</w:t>
      </w:r>
    </w:p>
    <w:p w14:paraId="4216C901" w14:textId="77777777" w:rsidR="00C03725" w:rsidRDefault="00000000">
      <w:pPr>
        <w:jc w:val="both"/>
      </w:pPr>
      <w:r>
        <w:t>Another training route option was to take a cut-off from the Old Norwood route to a much tougher rolling country road, Division Road. Division was to become my favourite (and to this day!), rolling roller-coaster training route. It is one of the toughest around me and really pushes the heart rate and endurance. Not to mention it is an East-West route. 90 percent of the wind that we would get was a West or Northwest wind blowing from the West easterly towards Ottawa. This always made for an easier (ok less difficult!) run on the way out our typically the first 1 and ½ hours and made it grueling for the return back town, especially on cold, snowy, blustery Sunday mornings. It really was super tough and the only crazies that would do this weekly torture were a handful of us, all training for Boston. What doesn’t kill you makes you stronger!</w:t>
      </w:r>
    </w:p>
    <w:p w14:paraId="7F2A1096" w14:textId="77777777" w:rsidR="00C03725" w:rsidRDefault="00000000">
      <w:pPr>
        <w:jc w:val="both"/>
      </w:pPr>
      <w:r>
        <w:t>During the winter of 2009 into 2010, I was training feverishly for my second Boston marathonto come in April. I had realized that the best way for me to train for a marathon was to run shorter distance races as part of the training. That winter we had ta local half marathon put on my our YMCA running in February. This was a winter race that had been held annually over the past 20 plus years. Even though it was a winter race event, it was very competitive and there were a lot of serious runners participating each year. This was to be my first of many YMCA half marathons. In fact I loved the event so much I would eventually become it’s race director. More to follow on that.</w:t>
      </w:r>
    </w:p>
    <w:p w14:paraId="0BCB59E9" w14:textId="77777777" w:rsidR="00C03725" w:rsidRDefault="00000000">
      <w:pPr>
        <w:jc w:val="both"/>
      </w:pPr>
      <w:r>
        <w:t>The annual YMCA marathon is held on the last Sunday in February and weather was guaranteed to be cold. And if we were unlucky, we would have snow, wind, ice. And if we were really unlucky it would be snowing, windy, icy and bitter cold. That year, we were unlucky. We woke race morning to a blizzard, or snow squall, as they are called in Ontario. We gathered inside the YMCA race morning. There would normally be about 1000 runners in the event but we were probably closer to half that due to the weather conditions. The bright spot was that the snow had stopped and road crews had plowed the roads for us so actually the road conditions were not that bad overall.</w:t>
      </w:r>
    </w:p>
    <w:p w14:paraId="1344E63C" w14:textId="77777777" w:rsidR="00C03725" w:rsidRDefault="00000000">
      <w:pPr>
        <w:jc w:val="both"/>
      </w:pPr>
      <w:r>
        <w:t xml:space="preserve">I had a pretty good run in spite of one out and back section that was not plowed. It was in the county area where we had to run single file out and back. In spite of that I ran quite well </w:t>
      </w:r>
      <w:r>
        <w:lastRenderedPageBreak/>
        <w:t>overall considering the brutal weather conditions and managed to come in just under 1:30 setting a new personal half marathon record for myself at 1:29:30. I was really reaping the benefits of long cold winter runs.</w:t>
      </w:r>
    </w:p>
    <w:p w14:paraId="5541542D" w14:textId="77777777" w:rsidR="00C03725" w:rsidRDefault="00000000">
      <w:pPr>
        <w:jc w:val="both"/>
      </w:pPr>
      <w:r>
        <w:t>A few weeks later I ran in a 5k Achilles charity race in Toronto. Achilles International, then known as the Achilles Track Club, was established by Dick Traum in 1983 to encourage people with disabilities to participate in mainstream athletics. Achilles has become an international organization that provides support, training, and technical expertise to people at all levels. It was my first indoctrination in an Achilles event and it would lead to many years of my involvement in the organization. I have met so many wonderful athletes of all abilities and challenges and it continues to be a run organization that I support to this day.</w:t>
      </w:r>
    </w:p>
    <w:p w14:paraId="46472E05" w14:textId="77777777" w:rsidR="00C03725" w:rsidRDefault="00000000">
      <w:pPr>
        <w:jc w:val="both"/>
      </w:pPr>
      <w:r>
        <w:t>I met the race director Brian before the race and I earned a great deal of respect for Brian and the work he does. Brian is sight impaired and a real inspirationto everyone. I also learned that some of my local runners were also big supporters of the Achilles group and our local Achilles club in Peterborough area. I would join and support our local Achilles athletes for many years. There is nothing more humbling than guide running an athlete that has minimal sight or other disabilities.</w:t>
      </w:r>
    </w:p>
    <w:p w14:paraId="33BD5055" w14:textId="77777777" w:rsidR="00C03725" w:rsidRDefault="00000000">
      <w:pPr>
        <w:jc w:val="both"/>
      </w:pPr>
      <w:r>
        <w:t>The Achilles St Patrick’s day run was my first of many of that I continue to run until this day. And that first one was my personal best 5k run up to that time where I coasted in at 18:59. Again, not too shabby but really it was due to the longer runs and hard work I was putting in.</w:t>
      </w:r>
    </w:p>
    <w:p w14:paraId="00BF908B" w14:textId="77777777" w:rsidR="00C03725" w:rsidRDefault="00000000">
      <w:pPr>
        <w:jc w:val="both"/>
      </w:pPr>
      <w:r>
        <w:t>Boston 2005</w:t>
      </w:r>
    </w:p>
    <w:p w14:paraId="5018D8CC" w14:textId="77777777" w:rsidR="00C03725" w:rsidRDefault="00000000">
      <w:pPr>
        <w:jc w:val="both"/>
      </w:pPr>
      <w:r>
        <w:t>The 2005 Boston Marathon was the 109th running of the annual marathon race and I had the privilege of being one of the 20,823 runners. On the build-up to the marathon, I entered a few more local run events to ramp up my distances get the feel for running more “competitively”. I stated competing in smaller races - 5k’s and 10k’s. And I was getting amazing results as well. Under 20 minute 5k’s, under 40 minute 10k’s. I was winning my age category and coming in the top 3 in the races.</w:t>
      </w:r>
    </w:p>
    <w:p w14:paraId="6441DBB5" w14:textId="77777777" w:rsidR="00C03725" w:rsidRDefault="00000000">
      <w:pPr>
        <w:jc w:val="both"/>
      </w:pPr>
      <w:r>
        <w:t>This was to be my second Boston Marathon so now I knew what to expect. At least sort of. Does anyone really know what to expect at Boston as each year, the dramatic weather that can occur really changes the dynamic of the race.</w:t>
      </w:r>
    </w:p>
    <w:p w14:paraId="4D968CA3" w14:textId="77777777" w:rsidR="00C03725" w:rsidRDefault="00000000">
      <w:pPr>
        <w:jc w:val="both"/>
      </w:pPr>
      <w:r>
        <w:t>I came a long way in my training from a year earlier where I had less experience and now I was really putting effort and energies and focus on the Boston marathon.</w:t>
      </w:r>
    </w:p>
    <w:p w14:paraId="239E39E9" w14:textId="77777777" w:rsidR="00C03725" w:rsidRDefault="00000000">
      <w:pPr>
        <w:jc w:val="both"/>
      </w:pPr>
      <w:r>
        <w:t>For the for the next year, which is, you know, something not everyone can do people if they you know a lot of people run it once one and done. You know I could never run in the Boston Marathon. That's so beyond me. And that's and an having grown up in the states, you know it's it's It is, you know, it is the Holy Grail of running for marathon or for anybody really, and you know now I've not only run it once, I've run it twice and now I'm hooked like this.</w:t>
      </w:r>
    </w:p>
    <w:p w14:paraId="08205A51" w14:textId="77777777" w:rsidR="00C03725" w:rsidRDefault="00000000">
      <w:pPr>
        <w:jc w:val="both"/>
      </w:pPr>
      <w:r>
        <w:lastRenderedPageBreak/>
        <w:t>The whole experience of it is just mind-blowing and and you know just being there, it's you know you're with the lead runners. You're with everyone and and the energy and the excitement.</w:t>
      </w:r>
    </w:p>
    <w:p w14:paraId="5C359184" w14:textId="77777777" w:rsidR="00C03725" w:rsidRDefault="00000000">
      <w:pPr>
        <w:jc w:val="both"/>
      </w:pPr>
      <w:r>
        <w:t>As we waited at Athlete's Village in Hopkinton for the start of the 109th Boston Marathon, it became reminiscent of last year's weather. The temps slowly climbed throughout the morning reaching 74 degrees by race time which meant it was going to be a warm day. The race kicked off at noon and within minutes all the excitement of the day finally can be released. We were starting our run as we made it to through start line runners first challenge is the fast, exhilarating descent out of Hopkinton. The first several miles of the race is downhill and it’s very easy for runners to get caught up in the excitement and run way too fast during too early.</w:t>
      </w:r>
    </w:p>
    <w:p w14:paraId="0E1C68B9" w14:textId="77777777" w:rsidR="00C03725" w:rsidRDefault="00000000">
      <w:pPr>
        <w:jc w:val="both"/>
      </w:pPr>
      <w:r>
        <w:t>This being my second Boston, I had some experience now and I also had spent months reading and studying everything I could to learn about the folklore of the Boston marathon as well as how best to run against it. And I say again, it as it really is a personal battle that each runner has to try to run well and not self-destruct. The Boston marathon is such a great event overall and for the second time, I had great respect for this time-honored race event. This year I ran well, even with the higher temperatures and slight breeze. I ran an even 3 hours 19 minutes in my second Boston, having beaten my first Boston time of 3:49:49 by an astounding 30 minutes! I really had progressed amazingly and of course it was due to the hard training I was doing and the amazing group of running friends I had made along the way. Not only was this my fastest Boston time now, but it had also beaten my Boston Marathon qualifying time for my age in Boston. That is an accomplishment in itself. I was now more motivated than ever to see what I was capable of at the marathon distance.</w:t>
      </w:r>
    </w:p>
    <w:p w14:paraId="72EA26AB" w14:textId="77777777" w:rsidR="00C03725" w:rsidRDefault="00000000">
      <w:pPr>
        <w:jc w:val="both"/>
      </w:pPr>
      <w:r>
        <w:t>And when I did complete my second Boston and I actually qualified in Boston for the next year’s Boston. So it was really a quite a feat to be able to not only complete the Boston Marathon in a in a good time, but also to be to complete it in a qualifying time.</w:t>
      </w:r>
    </w:p>
    <w:p w14:paraId="1BDA676F" w14:textId="77777777" w:rsidR="00C03725" w:rsidRDefault="00000000">
      <w:pPr>
        <w:jc w:val="both"/>
      </w:pPr>
      <w:r>
        <w:t>I'm running a second marathon. I'm signed up for the Ottawa Marathon just a little over a month late.</w:t>
      </w:r>
    </w:p>
    <w:p w14:paraId="24BEC3CD" w14:textId="77777777" w:rsidR="00C03725" w:rsidRDefault="00000000">
      <w:pPr>
        <w:jc w:val="both"/>
      </w:pPr>
      <w:r>
        <w:t>LISTEN TO YOUR BODY</w:t>
      </w:r>
    </w:p>
    <w:p w14:paraId="456A44F9" w14:textId="77777777" w:rsidR="00C03725" w:rsidRDefault="00000000">
      <w:pPr>
        <w:jc w:val="both"/>
      </w:pPr>
      <w:r>
        <w:t>So I go from running 3:19 marathon and then a little like 6 weeks later I'm preparing to run another marathon and conventional wisdom says you shouldn't. You should run one good marathon a year and I'm already into my marathon second one that year.</w:t>
      </w:r>
    </w:p>
    <w:p w14:paraId="18E4D276" w14:textId="77777777" w:rsidR="00C03725" w:rsidRDefault="00000000">
      <w:pPr>
        <w:jc w:val="both"/>
      </w:pPr>
      <w:r>
        <w:t>Yeah, so there we go. Conventional running wisdom advice was to take a few months or longer off between marathons. So only I know my body.</w:t>
      </w:r>
    </w:p>
    <w:p w14:paraId="1D6AAFB8" w14:textId="77777777" w:rsidR="00C03725" w:rsidRDefault="00000000">
      <w:pPr>
        <w:jc w:val="both"/>
      </w:pPr>
      <w:r>
        <w:t>I felt I could. I could do it. I felt that my body healed up. So after a few weeks I was back running again back training. Part of it is maybe genetics and having the ability. Heal your body more quickly. Some people will need longer time in between marathons or in between running to heal so. I felt good.</w:t>
      </w:r>
    </w:p>
    <w:p w14:paraId="20E3D7D3" w14:textId="77777777" w:rsidR="00C03725" w:rsidRDefault="00000000">
      <w:pPr>
        <w:jc w:val="both"/>
      </w:pPr>
      <w:r>
        <w:lastRenderedPageBreak/>
        <w:t>If there was anything of significance that I learned it I would be to try pushing your body limits, I think, is important. There you know you don't know what you could do until you push yourself and find out. You can read running books and research online and science says you shouldn't do this or try that, that running distances are going to cripple you, blow your knees out etc. Yes, there's medical science and all that, but really, you're you and your journey not anyone else is so. But we only know our body and we should learn to listen, feel and observe. So the lesson is, listen to your body. If you need more time to heal, you know, take the time. If you feel good, go for it. You have complete control.</w:t>
      </w:r>
    </w:p>
    <w:p w14:paraId="5FDB730C" w14:textId="77777777" w:rsidR="00C03725" w:rsidRDefault="00000000">
      <w:pPr>
        <w:jc w:val="both"/>
      </w:pPr>
      <w:r>
        <w:t>And just like life, things go well and things go bad. After some runs, you feel great and after (or during) others you don’t. But get out there and do it again. Just like anything in life when you get knocked down or you need you know you need some time.</w:t>
      </w:r>
    </w:p>
    <w:p w14:paraId="00D97273" w14:textId="77777777" w:rsidR="00C03725" w:rsidRDefault="00000000">
      <w:pPr>
        <w:jc w:val="both"/>
      </w:pPr>
      <w:r>
        <w:t>It's my journey. Only I decide how much or what I can do.</w:t>
      </w:r>
    </w:p>
    <w:p w14:paraId="31084626" w14:textId="77777777" w:rsidR="00C03725" w:rsidRDefault="00000000">
      <w:pPr>
        <w:jc w:val="both"/>
      </w:pPr>
      <w:r>
        <w:t>Ottawa 2005</w:t>
      </w:r>
    </w:p>
    <w:p w14:paraId="2577E544" w14:textId="77777777" w:rsidR="00C03725" w:rsidRDefault="00000000">
      <w:pPr>
        <w:jc w:val="both"/>
      </w:pPr>
      <w:r>
        <w:t>The next race on my calendar was to be the Ottawa Marathon in May, just 6 weeks after the Boston marathon. As I said, conventional running wisdom was to take a few months or longer off between marathons. Some would even say do one good marathon a year and shorter distances for the remainder of the year. But not this type A over achiever. I had to push my body limits and see what I could do in another marathon this close together.</w:t>
      </w:r>
    </w:p>
    <w:p w14:paraId="03A32F4C" w14:textId="77777777" w:rsidR="00C03725" w:rsidRDefault="00000000">
      <w:pPr>
        <w:jc w:val="both"/>
      </w:pPr>
      <w:r>
        <w:t>I had a real respect and affinity for the Ottawa marathon as it was my first marathon. It was always well run and organized and this year was to be no exception. I would say I was prepared, at least I had one strong long run (well a full marathon distance of 42.2km) so I really just barely recovered from Boston and started to ramp back up for Ottawa. I felt good though, my body healing pretty quickly and within two weeks of the Boston marathon, I felt like I was on track for a good Ottawa race.</w:t>
      </w:r>
    </w:p>
    <w:p w14:paraId="265A1A51" w14:textId="77777777" w:rsidR="00C03725" w:rsidRDefault="00000000">
      <w:pPr>
        <w:jc w:val="both"/>
      </w:pPr>
      <w:r>
        <w:t>I ran a 3:21:59. While not a Boston Qualifier, I was close by just 2 minutes. But</w:t>
      </w:r>
    </w:p>
    <w:p w14:paraId="69B04AE3" w14:textId="77777777" w:rsidR="00C03725" w:rsidRDefault="00000000">
      <w:pPr>
        <w:jc w:val="both"/>
      </w:pPr>
      <w:r>
        <w:t>I already had a 2006 Boston qualifier so the pressure was off. That is when I really started to have more and more fun running.</w:t>
      </w:r>
    </w:p>
    <w:p w14:paraId="2B35C42A" w14:textId="77777777" w:rsidR="00C03725" w:rsidRDefault="00000000">
      <w:pPr>
        <w:jc w:val="both"/>
      </w:pPr>
      <w:r>
        <w:t>Haliburton 50K Ultra Marathon</w:t>
      </w:r>
    </w:p>
    <w:p w14:paraId="48B34B62" w14:textId="77777777" w:rsidR="00C03725" w:rsidRDefault="00000000">
      <w:pPr>
        <w:jc w:val="both"/>
      </w:pPr>
      <w:r>
        <w:t>Trail Running</w:t>
      </w:r>
    </w:p>
    <w:p w14:paraId="215FDD6C" w14:textId="77777777" w:rsidR="00C03725" w:rsidRDefault="00000000">
      <w:pPr>
        <w:jc w:val="both"/>
      </w:pPr>
      <w:r>
        <w:t>During that summer after running a second Boston and the Ottawa Marathon, I was introduced to the world of trail running. When I was taking my first marathon clinic a few years earlier, a running guru, Dave McConkey would often come into speak to us.</w:t>
      </w:r>
    </w:p>
    <w:p w14:paraId="75BE4482" w14:textId="77777777" w:rsidR="00C03725" w:rsidRDefault="00000000">
      <w:pPr>
        <w:jc w:val="both"/>
      </w:pPr>
      <w:r>
        <w:t>Dave was about my height, a few years older but in much better shape. He also had a flowing ponytail that looked great on him. I always wanted to grow my hair long again (hadn’t had long hair since growing up in the 70’s) but it was definitely frowned upon while working in the corporate world.</w:t>
      </w:r>
    </w:p>
    <w:p w14:paraId="1F572BFC" w14:textId="77777777" w:rsidR="00C03725" w:rsidRDefault="00000000">
      <w:pPr>
        <w:jc w:val="both"/>
      </w:pPr>
      <w:r>
        <w:lastRenderedPageBreak/>
        <w:t>I knew Dave was a trail runner but I really had no idea what that was. I grew up in the concrete jungle of New York city and Long Island so just running on roads was exciting for me. Then I heard that Dave was an Ultramarathon runner. At that time I had no idea what ultramarathons were. I didn't know anything about trail running, what that encompassed. And so I asked Dave if I can tag along and I started that summer running some local trails.</w:t>
      </w:r>
    </w:p>
    <w:p w14:paraId="6E3F26A7" w14:textId="77777777" w:rsidR="00C03725" w:rsidRDefault="00000000">
      <w:pPr>
        <w:jc w:val="both"/>
      </w:pPr>
      <w:r>
        <w:t>There was a long flat local trail not far from my home called the Jackson Creek Trail, obviously named after someone named Jackson. I had walked it once or twice. It was part of the Trans Canada Trail. I soon had the epiphany that the Trans Canada trail ran through my town! I realized can run in any direction I can run to Vancouver or I can run through to Halifax, so it's pretty amazing being not fortunate to live that close to this major trail system.</w:t>
      </w:r>
    </w:p>
    <w:p w14:paraId="07BAD925" w14:textId="77777777" w:rsidR="00C03725" w:rsidRDefault="00000000">
      <w:pPr>
        <w:jc w:val="both"/>
      </w:pPr>
      <w:r>
        <w:t>In fact the Trans Canada trail is the longest trail system in the world and stretches 27,000 km (17,000 mi) through every province and territory of Canada connecting the Atlantic, Pacific and Arctic oceans. The Great Trail of Canada's four start points are: Kilometre Zero East - St. John's, Newfoundland; Kilometre Zero West - Victoria, British Columbia; Kilometre Zero North - Tuktoyaktuk, Northwest Territories; Kilometre Zero South - Windsor, Ontario.</w:t>
      </w:r>
    </w:p>
    <w:p w14:paraId="26291950" w14:textId="77777777" w:rsidR="00C03725" w:rsidRDefault="00000000">
      <w:pPr>
        <w:jc w:val="both"/>
      </w:pPr>
      <w:r>
        <w:t>The sections of the trail near me are mostly old rail beds that were taken up since rail travel waned. So the trails are mainly flat to moderate uphills or downhills into each town or village in my region of Canada.</w:t>
      </w:r>
    </w:p>
    <w:p w14:paraId="11BCE6BC" w14:textId="77777777" w:rsidR="00C03725" w:rsidRDefault="00000000">
      <w:pPr>
        <w:jc w:val="both"/>
      </w:pPr>
      <w:r>
        <w:t>So then Dave and a group of runners said they were going to run in the Petroglyph forest, also near me, I tagged along. The Petroglyph Forest, outside of Peterborough, near Stony Lake. It’s a sacred indigenous site, with the largest known concentration of Indigenous rock carvings (petroglyphs) in Canada, depicting turtles, snakes, birds, humans and more; this sacred site is known as “The Teaching Rocks”Indian</w:t>
      </w:r>
    </w:p>
    <w:p w14:paraId="16EC7784" w14:textId="77777777" w:rsidR="00C03725" w:rsidRDefault="00000000">
      <w:pPr>
        <w:jc w:val="both"/>
      </w:pPr>
      <w:r>
        <w:t>And so I started running trails with more contour – longer uphill and downhill stretches with rocks, roots that helped agility. This made your leg muscles stronger. Trail running also boosts a runners maximum VO2 (volume of oxygen intake to the lungs). Longer and steeper up and down grades while running also is great for heart rate training. This all translates to faster running when you move back to running roads and flatter terrain.</w:t>
      </w:r>
    </w:p>
    <w:p w14:paraId="08B1C5CB" w14:textId="77777777" w:rsidR="00C03725" w:rsidRDefault="00000000">
      <w:pPr>
        <w:jc w:val="both"/>
      </w:pPr>
      <w:r>
        <w:t>Ganaraska forest. WHAT IS YOUR GREATNESS?</w:t>
      </w:r>
    </w:p>
    <w:p w14:paraId="26FDB11F" w14:textId="77777777" w:rsidR="00C03725" w:rsidRDefault="00000000">
      <w:pPr>
        <w:jc w:val="both"/>
      </w:pPr>
      <w:r>
        <w:t>Another conservation area I started to enjoy was the Ganaraska forest in Central Ontario. It is over 500km long and part of a large moraine expanse, also in Ontario. A moraine is A moraine is any accumulation of unconsolidated debris, sometimes referred to as glacial till, that occurs in both currently and formerly glaciated regions. Far below the surface of the moraine is also a large region of fresh water which makes a moraine region very valuable to the eco-system of the planet.</w:t>
      </w:r>
    </w:p>
    <w:p w14:paraId="6D80CAD3" w14:textId="77777777" w:rsidR="00C03725" w:rsidRDefault="00000000">
      <w:pPr>
        <w:jc w:val="both"/>
      </w:pPr>
      <w:r>
        <w:t xml:space="preserve">Because this area is protected, it has wide recreational trails that are used for running, walking, horseback riding and snow mobiles in the winter. And the area also boasts hundreds </w:t>
      </w:r>
      <w:r>
        <w:lastRenderedPageBreak/>
        <w:t>of kilometres of single track trail. Single track trail is exactly as it sounds – a trail that is just wide enough for either a mountain biker or runner/hiker.</w:t>
      </w:r>
    </w:p>
    <w:p w14:paraId="00F1F552" w14:textId="77777777" w:rsidR="00C03725" w:rsidRDefault="00000000">
      <w:pPr>
        <w:jc w:val="both"/>
      </w:pPr>
      <w:r>
        <w:t>Single track was exciting and also sometimes a bit more treacherous at ground level. You really had to pay attentionto roots and rocks and also fallen trees and trees overhead. And there’s also poison ivy typically growing along the sides of trails in my region.</w:t>
      </w:r>
    </w:p>
    <w:p w14:paraId="5D5CF738" w14:textId="77777777" w:rsidR="00C03725" w:rsidRDefault="00000000">
      <w:pPr>
        <w:jc w:val="both"/>
      </w:pPr>
      <w:r>
        <w:t>One question I’m often asked by non-trail runners is what do I see when I run trails. Well of course you would see the occasional deer, lots of squirrels and chipmunks. I’ve seen skunks, porcupines, beavers along creeks and rivers. And yes, one bear sighting many years ago. And I’m still waiting for my first Moose sighting. But mainly you’re just focused on looking down at the ground just in front of you so you don’t do what we call “a header”. Headers are just like it sounds – happens in an instant when you are running and you trip over a root or rock and fly through the air trying to protect your head from hitting a tree or a large rock. 99.9% of the time you just dust yourself off and get back up and start running again. But it can be dangerous of course.</w:t>
      </w:r>
    </w:p>
    <w:p w14:paraId="52851488" w14:textId="77777777" w:rsidR="00C03725" w:rsidRDefault="00000000">
      <w:pPr>
        <w:jc w:val="both"/>
      </w:pPr>
      <w:r>
        <w:t>I’ve had many cuts and bruises all over from taking headers and have twisted my ankle a few times, sprained my knee and on and on. I had a friend recently fall and land in poison ivy where she ended up with the rash all over her body. But I and we trail runners would never give this up. It’s what we do as runners and trail runners and a little bit of danger makes it that much more exciting as well. Walking out your front door and crossing a busy street. Hazards of trail running (or any running) but this is what we trail runners do and we would never give it up!</w:t>
      </w:r>
    </w:p>
    <w:p w14:paraId="56718E01" w14:textId="77777777" w:rsidR="00C03725" w:rsidRDefault="00000000">
      <w:pPr>
        <w:jc w:val="both"/>
      </w:pPr>
      <w:r>
        <w:t>So back to the question of what we see when we run? Mainly just the trail in front of you for miles and miles. Until you might happen upon a breath-staking view or vistas – and you actually stop to “smell the roses” and soak in the amazing nature and beauty of where ever it is you are running.</w:t>
      </w:r>
    </w:p>
    <w:p w14:paraId="5D61AC14" w14:textId="77777777" w:rsidR="00C03725" w:rsidRDefault="00000000">
      <w:pPr>
        <w:jc w:val="both"/>
      </w:pPr>
      <w:r>
        <w:t>Running on paved roads and sidewalks can really beat your body up pretty good. Some people endure it for most of their running years, and some can’t. I try to avoid sidewalks at all times, preferring to run on a paved road over concrete. At least there’s some give in the pavement, especially in the summer time when the sun is beating down and softening the pavement up. I will also run along the soft shoulder of a road if it’s not too beaten up with potholes or debris. And if you’re someone who runs and races shorter distance races like 5K’s or 10K’s, then you know roads as well and typically spend a great deal of time running roads.</w:t>
      </w:r>
    </w:p>
    <w:p w14:paraId="071374CE" w14:textId="77777777" w:rsidR="00C03725" w:rsidRDefault="00000000">
      <w:pPr>
        <w:jc w:val="both"/>
      </w:pPr>
      <w:r>
        <w:t xml:space="preserve">In between all of my longer distance running, I was also running other shorter distance running events at that time. I had run another 5K and I also started “dabbling in triathlons. I wasn’t much of a strong swimmer so I started with duathlons. A triathlon is a swim, bike and then run. But for those of us that didn’t like to swim or don’t know how yet (I say yet as I would learn to swim in triathlons a few years later). A duathlon is a run, bike, run. With a Sprint Distance duathlon being a5km run, 20km bike and a 2.5km run to finish. Another </w:t>
      </w:r>
      <w:r>
        <w:lastRenderedPageBreak/>
        <w:t>distance is the Standard Distance which is a 10km run, a 40km bike and a 5km run. I started looking for events around my area and started having fun with these as well.</w:t>
      </w:r>
    </w:p>
    <w:p w14:paraId="1074A7C7" w14:textId="77777777" w:rsidR="00C03725" w:rsidRDefault="00000000">
      <w:pPr>
        <w:jc w:val="both"/>
      </w:pPr>
      <w:r>
        <w:t>As I was getting stronger and fitter with my overall endurance, I started looking at what UItra marathons as a potential next goal. Ultra marathons are running distances beyond the marathon distance of 42.2 kilometres (26.2 miles). I was having some fun with trail running and trail training. I was doing more and more trail runs with friends so I decided to sign up for my first ultra marathon – the Haliburton 50k run, put on by the Ontario Ultra Series or OUS.</w:t>
      </w:r>
    </w:p>
    <w:p w14:paraId="665545D2" w14:textId="77777777" w:rsidR="00C03725" w:rsidRDefault="00000000">
      <w:pPr>
        <w:jc w:val="both"/>
      </w:pPr>
      <w:r>
        <w:t>Ultra’s start at the 50km event and then there are longer runs beyond that: there are 50 mile events, 100 milers and even longer feats of running beyond. These runs are worldwide so this is not a fad sport. There’s one called Badlands Ultra in the US desert, there’s an ultra marathon across the Sahara desert. Another in the Arctic and a here's the UTMB, the Ultra Trail du Mont Blanc in the French alps. At that time I had no idea these “crazy” endurance runs existed. I was intrigued and began to look into more local ultra’s in my area.</w:t>
      </w:r>
    </w:p>
    <w:p w14:paraId="706482E5" w14:textId="77777777" w:rsidR="00C03725" w:rsidRDefault="00000000">
      <w:pPr>
        <w:jc w:val="both"/>
      </w:pPr>
      <w:r>
        <w:t>So I started training longer distances and found out there was a more local ultra run series in the fall in the Haliburton forest about 1 ½ hours away. The race offered a 50km, 50 miler and a 100 miler, a distance that seemed completely off the chart for me! So I signed up for the 50km race.</w:t>
      </w:r>
    </w:p>
    <w:p w14:paraId="5AFE83D3" w14:textId="77777777" w:rsidR="00C03725" w:rsidRDefault="00000000">
      <w:pPr>
        <w:jc w:val="both"/>
      </w:pPr>
      <w:r>
        <w:t>Running longer distances and being in an Ultramarathon event is not only emotional and physical, but it is also spiritual. You’re in the woods. You’re one with nature You're by yourself. I wasn’t running for a time goal, I knew I was looking for an experience. A lesson that I took was to just be in the moment and really enjoy the freedom, the smells, the sights, the sounds and smelling the roses. Something that I was incapable of doing in my daily work/life grind.</w:t>
      </w:r>
    </w:p>
    <w:p w14:paraId="71142093" w14:textId="77777777" w:rsidR="00C03725" w:rsidRDefault="00000000">
      <w:pPr>
        <w:jc w:val="both"/>
      </w:pPr>
      <w:r>
        <w:t>When you’re running on roads, you’re often not too focused on smelling the roses when you're running a road marathon. It's a, you know, if you're on the road you're you know you're whether you're in a city or you're running. It’s not overly stimulating to the senses, but when you're start to run ultramarathons it really does heighten your sense of being with the planet, the universe, both physically and spiritually.</w:t>
      </w:r>
    </w:p>
    <w:p w14:paraId="2C3288F6" w14:textId="77777777" w:rsidR="00C03725" w:rsidRDefault="00000000">
      <w:pPr>
        <w:jc w:val="both"/>
      </w:pPr>
      <w:r>
        <w:t>In my first 50k ultra marathon, I put in a time of five hours and 29 minutes, 30 seconds. So 5 and ½ hours of running, walking, moving. “One Step Forward”. This became my mantra and I had repeated it over and over during this long run. I knew that if I just kept moving forward I would have to finish. Eventually the laws of physics said I would have to reach the finish line. I had all day to do it. Tomorrow I could look back ontoday and be proud of my accomplishment. But in the moment it is just one step forward.</w:t>
      </w:r>
    </w:p>
    <w:p w14:paraId="29BD0C07" w14:textId="77777777" w:rsidR="00C03725" w:rsidRDefault="00000000">
      <w:pPr>
        <w:jc w:val="both"/>
      </w:pPr>
      <w:r>
        <w:t xml:space="preserve">When you’re in an Ultra, it’s a far different feeling and head space. One minute you feel amazing, the next minute you feel the absolute worst. Back and forth with those emotions, feelings of self-doubt, of being ontop of the world, unstoppable. Then you get to an aid station and you do stop. Most ultra-runners walk through the aid station, or stop and “graze” on the </w:t>
      </w:r>
      <w:r>
        <w:lastRenderedPageBreak/>
        <w:t>smorgasbord of food that is spread out – gels of course, but there’s also salted potato chips, sugared gummies, coke, Gatorade or sports drinks, water of course and a cornucopia of other foods that you would never eat during a road marathon.</w:t>
      </w:r>
    </w:p>
    <w:p w14:paraId="54832708" w14:textId="77777777" w:rsidR="00C03725" w:rsidRDefault="00000000">
      <w:pPr>
        <w:jc w:val="both"/>
      </w:pPr>
      <w:r>
        <w:t>One of my favourite foods to see on an ultra is boiled salted potatoes. I can’t tell you how delicious they taste when your 5 hours – 10 hours or longer into an ultra-run. Like a ripe apple picked of a tree. That’s at least what my mind does to me. Another food item that ultra’s love is chicken or bone broth – especially late at night during an all-night run. But more to come about that later.</w:t>
      </w:r>
    </w:p>
    <w:p w14:paraId="467D4A7A" w14:textId="77777777" w:rsidR="00C03725" w:rsidRDefault="00000000">
      <w:pPr>
        <w:jc w:val="both"/>
      </w:pPr>
      <w:r>
        <w:t>And then there are the volunteers at the aid stations. Volunteers are amazing and we could never have an event without them. I’ve volunteered myself many times. If you have any inclination of running an ultra (or any race/run distance for that matter) then one of the best ways to get to see a run event first hand is to volunteer at one.</w:t>
      </w:r>
    </w:p>
    <w:p w14:paraId="4F9F0BBA" w14:textId="77777777" w:rsidR="00C03725" w:rsidRDefault="00000000">
      <w:pPr>
        <w:jc w:val="both"/>
      </w:pPr>
      <w:r>
        <w:t>At these events, you’ll always find a mix—a handful tackling the hundred miler, plenty working through a fifty, and others chasing their own milestones. Friends from Syracuse show up too, turning the race into an impromptu party and reunion. The ultra scene is its own universe; newcomers tend to start with a 25k, and before you know it, they’re hooked. The longer the distance, the deeper the bonds and the wilder the adventures.</w:t>
      </w:r>
    </w:p>
    <w:p w14:paraId="2391BD82" w14:textId="77777777" w:rsidR="00C03725" w:rsidRDefault="00000000">
      <w:pPr>
        <w:jc w:val="both"/>
      </w:pPr>
      <w:r>
        <w:t>Race weekends are all about more than miles. We camp out, especially for those big gatherings like the AT25k. It’s a boys’ weekend in every sense—sure, we’ll have a couple of "krispies" (our term for post-race beers), but mostly, it’s about decompressing and celebrating with the crew. The stories traded around the campsite, the shared effort, and the camaraderie surpass anything I could have possibly envisioned when I first started out. With the right people, running shapes your life in unpredictable, unforgettable ways.</w:t>
      </w:r>
    </w:p>
    <w:p w14:paraId="291FDD06" w14:textId="77777777" w:rsidR="00C03725" w:rsidRDefault="00000000">
      <w:pPr>
        <w:jc w:val="both"/>
      </w:pPr>
      <w:r>
        <w:t>When you’re in the thick of an ultra-run, it’s always a relief with some excitement when you run into an aid station. The volunteers are always so positive and encouraging. No matter how bad you feel or look, they are always there to tell you that “you’re looking good”. That always brings a smile to my face. I might feel like shit and I know I look like shit but that always cheers me up and I thank them profusely. The volunteers in the aid stations are always there to give you motivation. And of course offer aid if you are injured, dehydrated or “bonking”.</w:t>
      </w:r>
    </w:p>
    <w:p w14:paraId="466EFCE1" w14:textId="77777777" w:rsidR="00C03725" w:rsidRDefault="00000000">
      <w:pPr>
        <w:jc w:val="both"/>
      </w:pPr>
      <w:r>
        <w:t>What is bonking? Bonking is a term we runners use to describe almost an out of body experience where we reach a point in our running when we cannot continue. This condition happens when we have fully exerted ourselves beyond our physical limit or in many cases, we are completely dazed and confused from a lack of fuel energy or complete dehydration. In most instances this is a very very bad experience and it can sometimes even require medical attention, intravenous fluids and in severe cases, hospitalization.</w:t>
      </w:r>
    </w:p>
    <w:p w14:paraId="2AE82B71" w14:textId="77777777" w:rsidR="00C03725" w:rsidRDefault="00000000">
      <w:pPr>
        <w:jc w:val="both"/>
      </w:pPr>
      <w:r>
        <w:t xml:space="preserve">The aid station volunteers are there to give a pre-assessment of our conditions. If they see that a runner is experiencing a degree of bonking, often some electrolyte fluids or capsules will help snap a runner back into a more normalized state. Sometimes is food or liquid gel </w:t>
      </w:r>
      <w:r>
        <w:lastRenderedPageBreak/>
        <w:t>nourishment will do it. But in severe cases, the aid volunteers will call for an emergency service to come to the aid station as soon as possible to tend to someone. Fortunately I’ve never found myself in that severe a state, but I have experienced the dehydration, salt depletion and or nourishment depletion state of bonking but have always rallied and was able to continue to run, or in the few times, I have stopped running or DNF’d. An acronym for Did Not Finish, given to runners that were unable to finish any run distance.</w:t>
      </w:r>
    </w:p>
    <w:p w14:paraId="27D75084" w14:textId="77777777" w:rsidR="00C03725" w:rsidRDefault="00000000">
      <w:pPr>
        <w:jc w:val="both"/>
      </w:pPr>
      <w:r>
        <w:t>One other thing about trail running for me is not wearing ear pods or buds. I am a bit of a purest runner that never wears ear buds. Back in the early 2000’s, wearing ear buds or headphones (at that time) were not “legal” or were banned in most events. They still are in many road events and also major run events. I personally feel they do give you a motivating advantage – music or podcasts can give you emotional motivation and is also a good distraction from how your body is feeling during a run event.</w:t>
      </w:r>
    </w:p>
    <w:p w14:paraId="0A388FDA" w14:textId="77777777" w:rsidR="00C03725" w:rsidRDefault="00000000">
      <w:pPr>
        <w:jc w:val="both"/>
      </w:pPr>
      <w:r>
        <w:t>So is it cheating, no, not really if it’s legal but from a safety aspect they can be more dangerous. I’ve found myself many times trying to pass someone wearing ear buds and they can’t hear me. I’ve also startled runners when I ran past them as I ‘snuck’ up on them. It could cause them to trip and fall, or worse, cut me off where I could get hurt. And not to mention not being able to hear an animal nearby. Not hearing a bear for example could be a matter of life and death. I also just enjoy the stillness, and sometimes the natural noises of nature as I run through a forest or trail.</w:t>
      </w:r>
    </w:p>
    <w:p w14:paraId="36F36501" w14:textId="77777777" w:rsidR="00C03725" w:rsidRDefault="00000000">
      <w:pPr>
        <w:jc w:val="both"/>
      </w:pPr>
      <w:r>
        <w:t>Another fun experience on a trail run and Haliburton had this is when a course is either an out and back or figure eight run course. This gives you an opportunity to pass other runners coming at you from the other direction. At the Haliburton forest 50k (and all their distances) there’s a long out and back stretch where you will pass other runners. And everyone is very encouraging and motivating there also. Especially when you see one of your run buddies. Either there’s the exchange of high fives or fist bumps and sometimes we’ll just stop and chat for a few minutes, sharing each other’s stories of what has transpired so far, how we’re feeling and offering words of encouragement that “you got this!”. Everybody is completely inspiring. High fiving each other, motivating each other as we are all in the midst of the same struggle.</w:t>
      </w:r>
    </w:p>
    <w:p w14:paraId="3276A3CB" w14:textId="77777777" w:rsidR="00C03725" w:rsidRDefault="00000000">
      <w:pPr>
        <w:jc w:val="both"/>
      </w:pPr>
      <w:r>
        <w:t>But ultimately it's you. You're fighting the fight, it's you against the elements and you’re up against your body telling you you're crazy. You can't do this. You need to stop. You need to walk. In fact, I recalled a feelng I had a few times when running ultra-marathons where I was running one moment and then I realized I was walking all of a sudden. And I remember telling myself “ok, I guess WE are walking now” and laughing at myself in my self-talk – and realizing my body went into auto pilot and took control. We all have our inner voice and when you're out there by yourself, you do a lot of that self-talking. A very odd sensation at first but one that I realize is actually our body in “self-preservation” mode.</w:t>
      </w:r>
    </w:p>
    <w:p w14:paraId="0C7660B7" w14:textId="77777777" w:rsidR="00C03725" w:rsidRDefault="00000000">
      <w:pPr>
        <w:jc w:val="both"/>
      </w:pPr>
      <w:r>
        <w:t>So there's a lot of self-talk. There's a lot of self-doubt also when you’re out there running by yourself. There's a lot of positive mindset. Your self-motivation, self-doubt, you can do it, one step forward mantra is always chirping away. I know I have the control and it’s very empowering (and some times deflating!). It's only you ultimately. A long run or ultra-</w:t>
      </w:r>
      <w:r>
        <w:lastRenderedPageBreak/>
        <w:t>marathon is a great way to really get to know yourself and learn, in fact, how to spend time alone with your thoughts. Many people struggle with this, but once you learn to experience it and find solace in being alone, you really learn to enjoy the alone time. I love my solo running time.</w:t>
      </w:r>
    </w:p>
    <w:p w14:paraId="34690846" w14:textId="77777777" w:rsidR="00C03725" w:rsidRDefault="00000000">
      <w:pPr>
        <w:jc w:val="both"/>
      </w:pPr>
      <w:r>
        <w:t>Of course you can get the motivation in an ultra marathon trail run from other people as another comes up from behind you and either pats you on the back (verbally) with a “hey man, you can do this”. Maybe it was during a time of self-doubt. And then you know again that you can do that. You're going to get through this. And then there are times you think “what am I doing here?”, “This is the stupidest thing I've ever done”. “This hurts my body”. “I don't know how I'm going to get through this”,</w:t>
      </w:r>
    </w:p>
    <w:p w14:paraId="3C6F3D52" w14:textId="77777777" w:rsidR="00C03725" w:rsidRDefault="00000000">
      <w:pPr>
        <w:jc w:val="both"/>
      </w:pPr>
      <w:r>
        <w:t>And you just keep pushing one step forward. The title of the book. It's just one step forward. What is your mantra? For running? For Life?</w:t>
      </w:r>
    </w:p>
    <w:p w14:paraId="12904F1B" w14:textId="77777777" w:rsidR="00C03725" w:rsidRDefault="00000000">
      <w:pPr>
        <w:jc w:val="both"/>
      </w:pPr>
      <w:r>
        <w:t>That is just one that one of my mantras. “I can do this”, is another one. “Fight the Fight”. “I got this”, and on and on. Usually always in the first person. It’s amazing how we can inspire and motivate ourselves with self-talk.</w:t>
      </w:r>
    </w:p>
    <w:p w14:paraId="453769E4" w14:textId="77777777" w:rsidR="00C03725" w:rsidRDefault="00000000">
      <w:pPr>
        <w:jc w:val="both"/>
      </w:pPr>
      <w:r>
        <w:t>I could describe my first ultramarathon at the Hailburton Forest in a little even more vivid detail. It’s amazing also how looking back on this event, I have so many clear, lucid moments of what transpired, what I was feeling, seeing. I can’t tell you what I had for dinner last night, but I could describe a run event in almost a moment by moment playback.</w:t>
      </w:r>
    </w:p>
    <w:p w14:paraId="79E63AAC" w14:textId="77777777" w:rsidR="00C03725" w:rsidRDefault="00000000">
      <w:pPr>
        <w:jc w:val="both"/>
      </w:pPr>
      <w:r>
        <w:t>I recall that first 50k and the moment when I was finally coming out of the woods after running over 48 kilometres as I turned onto the main dirt road that would take me to the finish. One step forward, I could see the finish line and I can still clearly see the crowd of well-wishers at the finish, making all kinds of noise, clapping, shouting, whooping it up and they're yelling for me and cheering me on and no matter how painful it is and no matter how much I’m hurting, I straighten up, proudly as I shuffle through the finish area. I don't want people to see my internal struggle, how I just suffered in silence in the woods for the last 20 kilometres. But we are all are suffering. So it’s not a woe me, pity party. Suck it up buttercup. Get er done and the reward is always the euphoria of finishing. And that was my feeling of my first 50k ultra-marathon run.</w:t>
      </w:r>
    </w:p>
    <w:p w14:paraId="1065D970" w14:textId="77777777" w:rsidR="00C03725" w:rsidRDefault="00000000">
      <w:pPr>
        <w:jc w:val="both"/>
      </w:pPr>
      <w:r>
        <w:t>The volunteers at the finish line put that medal around your neck. I thank them as I don’t think I could lift my arms up to do it myself, my body shaking, hurt everywhere, but we all have the biggest grin on our face; the sense of accomplishment that I actually did it is unbelievable. I just ran 50 kilometres. Someone who went from the couch to running 5k, 10k a half marathon, to completing a full marathon and to completing an Ultramarathon. This was another level of endurance that was beyond comprehension. This was when I realized that running was not only a sport, it became a lifestyle for me.</w:t>
      </w:r>
    </w:p>
    <w:p w14:paraId="2E536864" w14:textId="77777777" w:rsidR="00C03725" w:rsidRDefault="00000000">
      <w:pPr>
        <w:jc w:val="both"/>
      </w:pPr>
      <w:r>
        <w:t>Another milestone: my first Ultramarathon experience. I was hooked on those as well.</w:t>
      </w:r>
    </w:p>
    <w:p w14:paraId="50D8A1D7" w14:textId="77777777" w:rsidR="00C03725" w:rsidRDefault="00000000">
      <w:pPr>
        <w:jc w:val="both"/>
      </w:pPr>
      <w:r>
        <w:t>Life Lesson for Corporate – You can do it!</w:t>
      </w:r>
    </w:p>
    <w:p w14:paraId="21C582F5" w14:textId="77777777" w:rsidR="00C03725" w:rsidRDefault="00000000">
      <w:pPr>
        <w:jc w:val="both"/>
      </w:pPr>
      <w:r>
        <w:lastRenderedPageBreak/>
        <w:t>A lot of what I learn from each run event I can relate it to the real world, to work. to my daily life, to most everything. We have all had people in our lives, family members, so-called friends, co-workers who will pull us down. Tell us we are no good, we can’t do this or that, that will never work, why would you bother and on and on. A big reason I love the sport of running is that everyone is positive, no one is ever pulling you down saying you can't finish, why are you even bothering. You will never make it. The running community is the most supportive and positive tribe of people you will ever meet.</w:t>
      </w:r>
    </w:p>
    <w:p w14:paraId="313DC047" w14:textId="77777777" w:rsidR="00C03725" w:rsidRDefault="00000000">
      <w:pPr>
        <w:jc w:val="both"/>
      </w:pPr>
      <w:r>
        <w:t>There’s a motivational parable about taking a glass and filling it half way with ants. What will happen? Well if you watch, there’s always that first ant that tries to climb up and out of the glass. The ant will climb on the backs of other ants and try to work it’s way to the top. And if you watch them carefully, other ants will come along and pull that ant back down, back to the bottom of the glass with all the other ants.</w:t>
      </w:r>
    </w:p>
    <w:p w14:paraId="29064461" w14:textId="77777777" w:rsidR="00C03725" w:rsidRDefault="00000000">
      <w:pPr>
        <w:jc w:val="both"/>
      </w:pPr>
      <w:r>
        <w:t>I’ve seen that so many times in business. When a co-worker is looking for an advancement, or a new opportunity, instead of encouragement, their co-workers will try to hold them back. “Why would you want that job?”, “What are you nuts”, “you won’t succeed”, “It’s just a step closer to the door”, besides who are you to think that you can rise above us and leave us ants here.</w:t>
      </w:r>
    </w:p>
    <w:p w14:paraId="7079F5E2" w14:textId="77777777" w:rsidR="00C03725" w:rsidRDefault="00000000">
      <w:pPr>
        <w:jc w:val="both"/>
      </w:pPr>
      <w:r>
        <w:t>Years ago I held a senior position managing Operations for a distribution company. I had a union labour workforce reporting to me. We were looking to promote an employee from the unionto a non-union Supervisor position. I had my eye on someone that I knew could do the job. I approached that person with the opportunity and he said he had to get back to me.</w:t>
      </w:r>
    </w:p>
    <w:p w14:paraId="11DAC53B" w14:textId="77777777" w:rsidR="00C03725" w:rsidRDefault="00000000">
      <w:pPr>
        <w:jc w:val="both"/>
      </w:pPr>
      <w:r>
        <w:t>He went back to his job associates to see what they thought, if they “supported” him, to take a role outside of the union. He came back to see me literally shaking and fearful that if he took the role, we were going to fire him, that he would not last more than 6 months and that was our “master plan” for him. I asked where he would have gotten that idea. He said from his so-called “friends” in the warehouse.</w:t>
      </w:r>
    </w:p>
    <w:p w14:paraId="10CD3217" w14:textId="77777777" w:rsidR="00C03725" w:rsidRDefault="00000000">
      <w:pPr>
        <w:jc w:val="both"/>
      </w:pPr>
      <w:r>
        <w:t>Just like the glass of ants, they told him he couldn’t do it, stay here with us, why would you want to take that job? You will only fail. I was able to convince him that he could do it. I had him speak to other positive leaders in the company and he finally agreed to a life changing opportunity to expand his career. And of course he succeeded and was one of our best supervisors we’d ever had.</w:t>
      </w:r>
    </w:p>
    <w:p w14:paraId="2B07650A" w14:textId="77777777" w:rsidR="00C03725" w:rsidRDefault="00000000">
      <w:pPr>
        <w:jc w:val="both"/>
      </w:pPr>
      <w:r>
        <w:t>There’s a lot of truth to misery loves company. Just listen to the people in your life who are negative and miserable and disappointed with their current lifestyle. Maybe they are extremely overweight, sloven, always sick. Maybe they are fighting depression, anxiety or a whole host of other mental illnesses. These are also people that don't want to see you succeed. They want you to stay down with them and they will even take relish if you try and fail. They are not your friends.</w:t>
      </w:r>
    </w:p>
    <w:p w14:paraId="55BBEB73" w14:textId="77777777" w:rsidR="00C03725" w:rsidRDefault="00000000">
      <w:pPr>
        <w:jc w:val="both"/>
      </w:pPr>
      <w:r>
        <w:t xml:space="preserve">So many people have their own insecurities, misfortunes and their own missed opportunities in life. We all have that family member that is always saying you could never do this, never </w:t>
      </w:r>
      <w:r>
        <w:lastRenderedPageBreak/>
        <w:t>do that. It might be a parent, brother or sister. Maybe a so-called best friend or a work associate. My philosophy - screw you, I'm gonna do it. I’m going to try and see what my own limitations are. It comes down to our own choice – who we let control our lives. When you realize it’s only within you, that is a very liberating feeling, taking control of the choices we make. What is the hockey analogy? You miss 100% of the shots you never take.</w:t>
      </w:r>
    </w:p>
    <w:p w14:paraId="25448B2C" w14:textId="77777777" w:rsidR="00C03725" w:rsidRDefault="00000000">
      <w:pPr>
        <w:jc w:val="both"/>
      </w:pPr>
      <w:r>
        <w:t>Another life lesson - only you will ever know what you can accomplish. Don’t be afraid to face your fears. Don’t listen to negative people, ants that want to drag you down and keep you shackled. Follow your passions, follow your heart and let the positive people in your life be your influence. And listen to your positive judgement. Say no to “stinkin-thinkin”. Because I think I can, I think I can. I know I can.</w:t>
      </w:r>
    </w:p>
    <w:p w14:paraId="519BDC24" w14:textId="77777777" w:rsidR="00C03725" w:rsidRDefault="00000000">
      <w:pPr>
        <w:jc w:val="both"/>
      </w:pPr>
      <w:r>
        <w:t>One of the people that I dedicated this book to is one of my mentors, a VP of Sales whom I worked for, Ron Longboat. Ironically he was a great nephew to Tom Longboat, the famous distance runner from Hamilton, Ontario. I remember Ron saying to me many times that he saw greatness in me. That I could do anything I put my mind to and don’t settle for second best. That always stuck with me. I think we all have greatness in us, but you will never know unless you push yourself to try something new. Find your passion, dedicate yourself 100% to it and you will find your greatness. So I will say it my readers – you are destined for your own greatness. You have it in you. You’ve got this!</w:t>
      </w:r>
    </w:p>
    <w:p w14:paraId="63594404" w14:textId="77777777" w:rsidR="00C03725" w:rsidRDefault="00000000">
      <w:pPr>
        <w:jc w:val="both"/>
      </w:pPr>
      <w:r>
        <w:t>Ask yourself, what is your potential? What is your greatness?</w:t>
      </w:r>
    </w:p>
    <w:p w14:paraId="72933FB7" w14:textId="77777777" w:rsidR="00C03725" w:rsidRDefault="00000000">
      <w:pPr>
        <w:jc w:val="both"/>
      </w:pPr>
      <w:r>
        <w:t>NEW CHAPTER</w:t>
      </w:r>
    </w:p>
    <w:p w14:paraId="16004FC3" w14:textId="77777777" w:rsidR="00C03725" w:rsidRDefault="00000000">
      <w:pPr>
        <w:jc w:val="both"/>
      </w:pPr>
      <w:r>
        <w:t>Ultra Marathons….</w:t>
      </w:r>
    </w:p>
    <w:p w14:paraId="25009E1E" w14:textId="77777777" w:rsidR="00C03725" w:rsidRDefault="00000000">
      <w:pPr>
        <w:jc w:val="both"/>
      </w:pPr>
      <w:r>
        <w:t>So back to Ultra Marathon running…</w:t>
      </w:r>
    </w:p>
    <w:p w14:paraId="23BEBA2B" w14:textId="77777777" w:rsidR="00C03725" w:rsidRDefault="00000000">
      <w:pPr>
        <w:jc w:val="both"/>
      </w:pPr>
      <w:r>
        <w:t>I started running with some serious Ultraman. I found that about.</w:t>
      </w:r>
    </w:p>
    <w:p w14:paraId="66F8D238" w14:textId="77777777" w:rsidR="00C03725" w:rsidRDefault="00000000">
      <w:pPr>
        <w:jc w:val="both"/>
      </w:pPr>
      <w:r>
        <w:t>As I said previously, Ultra Marathons - I had no idea what's this. I had no idea what trail running was. I was a road, you know, road runner and running on you know pavement asphalt and so I was training with some serious ultra marathon runners including Dave McConkey and his partner Tony and others from the local ultra running community and they were trail running and I'm like OK. We would run in the Ganaraska forest which is a large swath of land in Central Ontario. I also remember running in the petroglyph forest for another run one time there's a place called Harold Town in Peterborough.</w:t>
      </w:r>
    </w:p>
    <w:p w14:paraId="72A59CEF" w14:textId="77777777" w:rsidR="00C03725" w:rsidRDefault="00000000">
      <w:pPr>
        <w:jc w:val="both"/>
      </w:pPr>
      <w:r>
        <w:t>So maybe Northumberland far so all these far that I I would drive by and see the signs I've never been in them because I wasn't a hiker and I wasn't a mountain biker and all of a sudden you know I kind of started. We started running these singletrack doubletrack what they called so singletrack is a single track where the bike where mountain bikes.</w:t>
      </w:r>
    </w:p>
    <w:p w14:paraId="568280EC" w14:textId="77777777" w:rsidR="00C03725" w:rsidRDefault="00000000">
      <w:pPr>
        <w:jc w:val="both"/>
      </w:pPr>
      <w:r>
        <w:t>And I loved the Ganaraska Forest, which had a wider trail and you can run beside one or two other runners. So it's you know so. And the trails are marked.</w:t>
      </w:r>
    </w:p>
    <w:p w14:paraId="6798C090" w14:textId="77777777" w:rsidR="00C03725" w:rsidRDefault="00000000">
      <w:pPr>
        <w:jc w:val="both"/>
      </w:pPr>
      <w:r>
        <w:lastRenderedPageBreak/>
        <w:t>And you get into these trails. The more that the hazards and those are going to be like roots and rocks where you really have to watch your footing. I started to enjoy trail running and was putting in some good long distance training mileage which was helping me to become a very good marathon runner. I kept getting faster and faster was making great progress with my training.</w:t>
      </w:r>
    </w:p>
    <w:p w14:paraId="6A20448E" w14:textId="77777777" w:rsidR="00C03725" w:rsidRDefault="00000000">
      <w:pPr>
        <w:jc w:val="both"/>
      </w:pPr>
      <w:r>
        <w:t>It was a lot more fun than even the undulation of running roads and I also found it easier on the body to trail running versus the pounding on pavement or pounding on cement. And you're in the woods but it’s funny that you really don’t see as much as you would think. Yes, you see a lot of nature but half the time you're really not because you're looking down and concentrating on your foot step to make.</w:t>
      </w:r>
    </w:p>
    <w:p w14:paraId="72F2D92B" w14:textId="77777777" w:rsidR="00C03725" w:rsidRDefault="00000000">
      <w:pPr>
        <w:jc w:val="both"/>
      </w:pPr>
      <w:r>
        <w:t>Sure you don't trip over a root or a rock sometime you know in the fall when there's leaves covering things you. Don't see them and so you and you do the occasional header in a in a in a forest it happens.</w:t>
      </w:r>
    </w:p>
    <w:p w14:paraId="698241CD" w14:textId="77777777" w:rsidR="00C03725" w:rsidRDefault="00000000">
      <w:pPr>
        <w:jc w:val="both"/>
      </w:pPr>
      <w:r>
        <w:t>But you're not going to get as hurt as you would unless you smacked into a tree which thankfully never happened to me. I’ve done lots of “headers” running on trails but never got too banged up. Although there was the time I was trail running in South Mountain in Phoenix, Arizona. First I had a coyote run almost right past me while coming down the trail. Afterwards I was a bit dazed from that experience and I slipped and thought I was going to go over a cliff but thankfully fell into a barrel cactus. Fortunately, it wasn’t too prickly and it did stop my fall. I had a bit of a laugh to myself wondering what might have happened if that wasn’t there. But that’s the hazards we face. No different than facing down a bus that’s coming at you when you’re crossing a street.</w:t>
      </w:r>
    </w:p>
    <w:p w14:paraId="452346FD" w14:textId="77777777" w:rsidR="00C03725" w:rsidRDefault="00000000">
      <w:pPr>
        <w:jc w:val="both"/>
      </w:pPr>
      <w:r>
        <w:t>Running With the Bulls</w:t>
      </w:r>
    </w:p>
    <w:p w14:paraId="756738DD" w14:textId="77777777" w:rsidR="00C03725" w:rsidRDefault="00000000">
      <w:pPr>
        <w:jc w:val="both"/>
      </w:pPr>
      <w:r>
        <w:t>By Gene Jochen</w:t>
      </w:r>
    </w:p>
    <w:p w14:paraId="13FD7824" w14:textId="77777777" w:rsidR="00C03725" w:rsidRDefault="00000000">
      <w:pPr>
        <w:jc w:val="both"/>
      </w:pPr>
      <w:r>
        <w:t>There was one memorable training run I had that winter with some friends that I wrote about at the time that I called “Running with the Bulls…</w:t>
      </w:r>
    </w:p>
    <w:p w14:paraId="7DF6A84F" w14:textId="77777777" w:rsidR="00C03725" w:rsidRDefault="00000000">
      <w:pPr>
        <w:jc w:val="both"/>
      </w:pPr>
      <w:r>
        <w:t>Running With the Bulls</w:t>
      </w:r>
    </w:p>
    <w:p w14:paraId="7AA3D77B" w14:textId="77777777" w:rsidR="00C03725" w:rsidRDefault="00000000">
      <w:pPr>
        <w:jc w:val="both"/>
      </w:pPr>
      <w:r>
        <w:t>By Gene Jochen</w:t>
      </w:r>
    </w:p>
    <w:p w14:paraId="7A8E8264" w14:textId="77777777" w:rsidR="00C03725" w:rsidRDefault="00000000">
      <w:pPr>
        <w:jc w:val="both"/>
      </w:pPr>
      <w:r>
        <w:t>Winter running is not for everyone. Okay, not for most. But the dedicated runners in Peterborough, Ontario are a hearty bunch. Thanks to several local run clubs, hundreds of us get out every weekend to run the local roads, trails and tracks, weather permitting - or not.</w:t>
      </w:r>
    </w:p>
    <w:p w14:paraId="482D2825" w14:textId="77777777" w:rsidR="00C03725" w:rsidRDefault="00000000">
      <w:pPr>
        <w:jc w:val="both"/>
      </w:pPr>
      <w:r>
        <w:t>The morning of March 6 was a typical dreary Ontario winter morning; cold, –50 C (200 F), snowy, and windy. What started out as a normal long run, (normal for five marathoners training for Boston), turned into one of those runs one never forgets.</w:t>
      </w:r>
    </w:p>
    <w:p w14:paraId="0769E9FD" w14:textId="77777777" w:rsidR="00C03725" w:rsidRDefault="00000000">
      <w:pPr>
        <w:jc w:val="both"/>
      </w:pPr>
      <w:r>
        <w:t xml:space="preserve">Dave McConkey, Dan Martin, Tony Braithwait, Warren Green and I left at 7:30am from a local Peterborough park to run a 35.5k stretch of a rail trail east to the town of Hastings. With about </w:t>
      </w:r>
      <w:r>
        <w:lastRenderedPageBreak/>
        <w:t>six inches of fresh snow on the trail, it was more suitable for snowmobilers than the five of us. We were going to measure the trail with a GPS while en route, with the intention of including the stretch for a future relay trail run.</w:t>
      </w:r>
    </w:p>
    <w:p w14:paraId="05423A86" w14:textId="77777777" w:rsidR="00C03725" w:rsidRDefault="00000000">
      <w:pPr>
        <w:jc w:val="both"/>
      </w:pPr>
      <w:r>
        <w:t>We were used to running in blustery conditions. We were not used to what laid before us. At about 25k into our run, two large objects appeared on the trail horizon. Dan thought they were rather large for dogs. Dave was a bit more cautious and picked up a tree branch to protect us. Suddenly we all stopped on a dime (snowflake?) when we simultaneously realized we were face to face with not one, but two, rather large, angry Angus bulls (horns and all), most likely father and son.</w:t>
      </w:r>
    </w:p>
    <w:p w14:paraId="58CBCF37" w14:textId="77777777" w:rsidR="00C03725" w:rsidRDefault="00000000">
      <w:pPr>
        <w:jc w:val="both"/>
      </w:pPr>
      <w:r>
        <w:t>Suddenly Dave charged at the bulls yelling the loudest Zulu Warrior chant his 140-pound runner frame could muster. The bulls stared him down. Soon it became apparent that the snorting bovines were more akinto the Billy Goat Gruff in the Grimm Fairy Tale and were not going to let us pass. We stood in awe as Dave threw his stick (twig?) at them and raced back towards us.</w:t>
      </w:r>
    </w:p>
    <w:p w14:paraId="1DD95516" w14:textId="77777777" w:rsidR="00C03725" w:rsidRDefault="00000000">
      <w:pPr>
        <w:jc w:val="both"/>
      </w:pPr>
      <w:r>
        <w:t>“Hey, follow me guys”, shouted Warren as he leapt over a fence into some deep brush. Tony was next, doing a perfect 10-point dive and roll. Soon Dave, Dan and I were in the woods, trudging through knee deep snow. As we tried to meander our way around and past the bulls, they followed us along the trail under watchful eye. This was not going well.</w:t>
      </w:r>
    </w:p>
    <w:p w14:paraId="35A1FA3F" w14:textId="77777777" w:rsidR="00C03725" w:rsidRDefault="00000000">
      <w:pPr>
        <w:jc w:val="both"/>
      </w:pPr>
      <w:r>
        <w:t>Suddenly we heard the drone of three snowmobilers approaching. Safe at last! Their noisy, smoky engines pushed the 1500-pound bulls back a few yards, enough so that we could leap back over the fence and onto the trail, but not enough to get past the fuming creatures. We explained our harried state to the snowmobilers who were eyeing us suspiciously. Dressed in our best winter spandex, toques, running shoes and water bottles, we looked more like mutant aliens than runners. They motioned for us to follow as their snow machines raced down the trail past the bulls. Suddenly the machines sped off and were gone.</w:t>
      </w:r>
    </w:p>
    <w:p w14:paraId="220A00C8" w14:textId="77777777" w:rsidR="00C03725" w:rsidRDefault="00000000">
      <w:pPr>
        <w:jc w:val="both"/>
      </w:pPr>
      <w:r>
        <w:t>“Wait guys”, yelled Dave at the rapidly vanishing sleds. We soon realized we wouldn’t get past the bulls as they started their snorting and charging again. We were not in Ontario; we had been teleported to Pamplona, Spain. “Run away! Run away!” we shouted in our best Monty Pythonesque voices. We could feel the rumble of the bulls in hot pursuit. We leapt back over the fence, this time with a little more grace and poise.</w:t>
      </w:r>
    </w:p>
    <w:p w14:paraId="74CCAD7A" w14:textId="77777777" w:rsidR="00C03725" w:rsidRDefault="00000000">
      <w:pPr>
        <w:jc w:val="both"/>
      </w:pPr>
      <w:r>
        <w:t>In the distance we could hear the snowmobilers racing back to us. Perhaps they had a twinge of guilt or compassion? Or were they just coming back for the laughs? This time they startled the bulls long enough for us to get around them.</w:t>
      </w:r>
    </w:p>
    <w:p w14:paraId="6B2823B1" w14:textId="77777777" w:rsidR="00C03725" w:rsidRDefault="00000000">
      <w:pPr>
        <w:jc w:val="both"/>
      </w:pPr>
      <w:r>
        <w:t>As we worked our way back through the woods and onto the trail, my left leg slipped into a frosty, frigid creek I hadn’t seen, icing my left ankle. At least it was my sore one, I thought. “Look out for the ice Dan”, I yelled as Dan approached the snow covered, frozen creek. It was too late. I watched as he slid into the icy water up to his waist. As Dan climbed and clawed his way out of the creek, I held back the laughter until I was sure he was okay. He was. I laughed. His running pants looked like baggy, icy diapers, his face like a beaten prizefighter.</w:t>
      </w:r>
    </w:p>
    <w:p w14:paraId="7DEE3F99" w14:textId="77777777" w:rsidR="00C03725" w:rsidRDefault="00000000">
      <w:pPr>
        <w:jc w:val="both"/>
      </w:pPr>
      <w:r>
        <w:lastRenderedPageBreak/>
        <w:t>The good news was we had finally gotten past the ghastly beasts and we were shuffling towards our destination with only 10k more to go. Slosh, slosh, slosh went Dan in his soggy running pants. The damage to our bodies and pride was done. For the rest of the run we reverted back to our early running days of running 10 and 1’s, stopping frequently to rest and laugh at ourselves. It was an inspiring run and the five of us all had great moments of self-realization. We had looked fear in the eye and did what we do best - we ran.</w:t>
      </w:r>
    </w:p>
    <w:p w14:paraId="380ACBFD" w14:textId="77777777" w:rsidR="00C03725" w:rsidRDefault="00000000">
      <w:pPr>
        <w:jc w:val="both"/>
      </w:pPr>
      <w:r>
        <w:t>OUS Ontario Ultra Series</w:t>
      </w:r>
    </w:p>
    <w:p w14:paraId="1140890C" w14:textId="77777777" w:rsidR="00C03725" w:rsidRDefault="00000000">
      <w:pPr>
        <w:jc w:val="both"/>
      </w:pPr>
      <w:r>
        <w:t>There's a whole other world of running that I discovered along my journey. The world of ultramarathoning and trail running. In Ontario, Canada, there is the OUS or Ontario Ultra Series, a series of Ultra Marathons that are run all across the Province. This was a new extreme running craze that I began to explore.</w:t>
      </w:r>
    </w:p>
    <w:p w14:paraId="73D6468E" w14:textId="77777777" w:rsidR="00C03725" w:rsidRDefault="00000000">
      <w:pPr>
        <w:jc w:val="both"/>
      </w:pPr>
      <w:r>
        <w:t>So what is an ultra-marathon? It's any distance run that is longer than the marathon distance. So ultramarathons typically are going to be 50 kilometres. 50 milers 100 kilometres, 100 milers and then there's even crazier, longer runs well over 100 miles. There are also timed runs of 6 hours, 12 hours, 24 hours and longer. There is whole community of crazy, fun obsessed people that run these you know 100 milers and and beyond and I had signed up for the Haliburton forest that year.</w:t>
      </w:r>
    </w:p>
    <w:p w14:paraId="7E5DB470" w14:textId="77777777" w:rsidR="00C03725" w:rsidRDefault="00000000">
      <w:pPr>
        <w:jc w:val="both"/>
      </w:pPr>
      <w:r>
        <w:t>Race weekends are all about more than miles. We camp out, especially for those big gatherings like the AT25k. It’s a boys’ weekend in every sense—sure, we’ll have a couple of "krispies" (our term for post-race beers), but mostly, it’s about decompressing and celebrating with the crew. The stories traded around the campsite, the shared effort, and the camaraderie surpass anything I could have possibly envisioned when I first started out. With the right people, running shapes your life in unpredictable, unforgettable ways.</w:t>
      </w:r>
    </w:p>
    <w:p w14:paraId="6BE01A75" w14:textId="77777777" w:rsidR="00C03725" w:rsidRDefault="00000000">
      <w:pPr>
        <w:jc w:val="both"/>
      </w:pPr>
      <w:r>
        <w:t>Trail and ultra-marathon running is such a different community and the people are fantastic. Especially the volunteers at the aid stations during an ultra-marathon event. They are always positive and motivating. No matter how much you're hurting they always bring a smile to your face and some much needed inspiration and motivation.</w:t>
      </w:r>
    </w:p>
    <w:p w14:paraId="0F63D864" w14:textId="77777777" w:rsidR="00C03725" w:rsidRDefault="00000000">
      <w:pPr>
        <w:jc w:val="both"/>
      </w:pPr>
      <w:r>
        <w:t>When you get to an aid stations on an ultra-marathon run, they have all types of food and gels, but they will also have things like Coca-Cola, peanut butter sandwiches. They have all kinds of other goodies like Gummy bears (no, not the CBD, kind).</w:t>
      </w:r>
    </w:p>
    <w:p w14:paraId="04713EBC" w14:textId="77777777" w:rsidR="00C03725" w:rsidRDefault="00000000">
      <w:pPr>
        <w:jc w:val="both"/>
      </w:pPr>
      <w:r>
        <w:t>Haliburton 50k</w:t>
      </w:r>
    </w:p>
    <w:p w14:paraId="078073F0" w14:textId="77777777" w:rsidR="00C03725" w:rsidRDefault="00000000">
      <w:pPr>
        <w:jc w:val="both"/>
      </w:pPr>
      <w:r>
        <w:t>So the Haliburton Forest 50k was my first indoctrination into trail running and they count of course for marathon tracking.</w:t>
      </w:r>
    </w:p>
    <w:p w14:paraId="65EC7628" w14:textId="77777777" w:rsidR="00C03725" w:rsidRDefault="00000000">
      <w:pPr>
        <w:jc w:val="both"/>
      </w:pPr>
      <w:r>
        <w:t>The one thing to know with ultra-marathons is that you’re not you're not going to run them in three or four hours. You're going to run at a much slower pace because you're on trails with roots and rocks and it’s much more difficult in terms of the up and down grade.</w:t>
      </w:r>
    </w:p>
    <w:p w14:paraId="3B7DD0AC" w14:textId="77777777" w:rsidR="00C03725" w:rsidRDefault="00000000">
      <w:pPr>
        <w:jc w:val="both"/>
      </w:pPr>
      <w:r>
        <w:lastRenderedPageBreak/>
        <w:t>There is also something also called the hill climbing “gain” and “pitch”. The gain is the amount of climbing you did in a long ultramarathon – for example 1000 meters of climbing (gain). And the pitch is how steep certain sections are. Can you run them or do you have to walk because the pitch is too steep to run. And some really steep climbs might require holding onto a rope or even bringing walking sticks with you.</w:t>
      </w:r>
    </w:p>
    <w:p w14:paraId="64BB1ECA" w14:textId="77777777" w:rsidR="00C03725" w:rsidRDefault="00000000">
      <w:pPr>
        <w:jc w:val="both"/>
      </w:pPr>
      <w:r>
        <w:t>So how do you prepare for an ultra-marathon race?</w:t>
      </w:r>
    </w:p>
    <w:p w14:paraId="79991015" w14:textId="77777777" w:rsidR="00C03725" w:rsidRDefault="00000000">
      <w:pPr>
        <w:jc w:val="both"/>
      </w:pPr>
      <w:r>
        <w:t>Training for an ultra-marathon is nothing like training for a marathon even. You have to have deep long run “legs” ie. the experience and training of at minimum marathon distance and then do longer runs and cross training to be able to withstand 6, 12 or even 24 hours of a steady run/walk pace.</w:t>
      </w:r>
    </w:p>
    <w:p w14:paraId="000AFAA1" w14:textId="77777777" w:rsidR="00C03725" w:rsidRDefault="00000000">
      <w:pPr>
        <w:jc w:val="both"/>
      </w:pPr>
      <w:r>
        <w:t>I would do a lot of cross training, cycling and weight training, even swimming leading up to an ultra-marathon. You have to also know how to suffer as there's going to be a great deal of suffering. In this game, you do get used to that strain, especially if I’m fit and healthy. I would need to feel good. And I know if I do the work then I'm going to have a good run.</w:t>
      </w:r>
    </w:p>
    <w:p w14:paraId="403DB5D9" w14:textId="77777777" w:rsidR="00C03725" w:rsidRDefault="00000000">
      <w:pPr>
        <w:jc w:val="both"/>
      </w:pPr>
      <w:r>
        <w:t>And yes, there is the physical side of training but training and running distance is also a mental game. We often joke that marathon running is 90% physical and 90% mental. Meaning both are equally hard and equally as important to a successful run.</w:t>
      </w:r>
    </w:p>
    <w:p w14:paraId="1A762AFD" w14:textId="77777777" w:rsidR="00C03725" w:rsidRDefault="00000000">
      <w:pPr>
        <w:jc w:val="both"/>
      </w:pPr>
      <w:r>
        <w:t>And no matter how hard you train and even if you do almost everything perfect, yo always feel like you're not 100% ready, that’s just the nature of the sport. There were times when I would be near perfect in my training completing 90 – 95% of it expertly and perfectly but I still never felt like I was 100%. But you know whether all the training happens or not, I always strive to do the best I can. Life happens, you know, and so, so I feel like I haven't trained hard enough.</w:t>
      </w:r>
    </w:p>
    <w:p w14:paraId="425BF544" w14:textId="77777777" w:rsidR="00C03725" w:rsidRDefault="00000000">
      <w:pPr>
        <w:jc w:val="both"/>
      </w:pPr>
      <w:r>
        <w:t>I find the more marathons I run the more mentally strong I also become. Running is a lot of mental memory and positive affirmations. Distance running is also a great way to mentally work through any problems or issues that I might be having. I get so much clarity when I run and I often am able to solve very difficult work or life problems when I’m out for a long training run working up to a marathon.</w:t>
      </w:r>
    </w:p>
    <w:p w14:paraId="5CDD04DF" w14:textId="77777777" w:rsidR="00C03725" w:rsidRDefault="00000000">
      <w:pPr>
        <w:jc w:val="both"/>
      </w:pPr>
      <w:r>
        <w:t>It's also important that I surround myself with other positive runners and stronger people mentally. Many in my circle of training partners are both professional and successful. My one friend Ted and I often say is that you can’t pray your way to a successful marathon – that is, just going to church on Sunday is not enough to help you accomplish a marathon distance goal. You have to do that long run on the weekend also and Ted and I joke that running is sometimes our church.</w:t>
      </w:r>
    </w:p>
    <w:p w14:paraId="2610D0AE" w14:textId="77777777" w:rsidR="00C03725" w:rsidRDefault="00000000">
      <w:pPr>
        <w:jc w:val="both"/>
      </w:pPr>
      <w:r>
        <w:t xml:space="preserve">There is also a lot of self-talk that goes on for preparations for a long marathon distance run. Hence even the title of this book – “One Step Forward” is a mantra that I always use. And “you can do it”, and “if you think you can, you can” and on and on. Any positive self-talk words of encouragement that works for you will help get through a long run, especially during the </w:t>
      </w:r>
      <w:r>
        <w:lastRenderedPageBreak/>
        <w:t>difficult sections when the body is really aching and you feel like you just can’t go on. Can I do this? Of course you can!</w:t>
      </w:r>
    </w:p>
    <w:p w14:paraId="6E226BBD" w14:textId="77777777" w:rsidR="00C03725" w:rsidRDefault="00000000">
      <w:pPr>
        <w:jc w:val="both"/>
      </w:pPr>
      <w:r>
        <w:t>So positive thinking – no “stinking thinking”! And it’s only up to you. If you did most of the training you will succeed. I often find it funny when I’m in the throes of a long run and someone yells out that “you’re looking good” or “you’re almost there”. I get a chuckle because a) I feel terrible and know I don’t look good and b) I’m not almost there, sometimes I could be 5 or 10k away from the finish. But they were doing their part to lift my spirits and deep down, I can’t thank them enough.</w:t>
      </w:r>
    </w:p>
    <w:p w14:paraId="398C2B45" w14:textId="77777777" w:rsidR="00C03725" w:rsidRDefault="00000000">
      <w:pPr>
        <w:jc w:val="both"/>
      </w:pPr>
      <w:r>
        <w:t>And what if you’re hurting? My run buddies and I all agree that you are always going to hurt, everyone is hurting in one way or another in a long run. But you have to push through the hurt. Of course if you are injured, for example if you twist an ankle or badly pull a muscle than that is a different situation. I always say not to try to run through an injury. Yes DNF stands for Did Not Finish, but it can also stand for “Did Nothing Foolish”. Just like running a marathon is a long distance sport, the sport of running is a life long game. Don’t jeopardise your longevity because you wanted to be a hero (and only to yourself!) and try to run through an injury. That never goes well.</w:t>
      </w:r>
    </w:p>
    <w:p w14:paraId="5164C869" w14:textId="77777777" w:rsidR="00C03725" w:rsidRDefault="00000000">
      <w:pPr>
        <w:jc w:val="both"/>
      </w:pPr>
      <w:r>
        <w:t>The last thing about my mental state during a run is that I (along with most runners) are feeling like I will never ever run another marathon again at some point during the long run. It’s inevitable that we all should feel this way from time to time. I almost always tell myself at some point that I will never run another marathon again.</w:t>
      </w:r>
    </w:p>
    <w:p w14:paraId="226955E3" w14:textId="77777777" w:rsidR="00C03725" w:rsidRDefault="00000000">
      <w:pPr>
        <w:jc w:val="both"/>
      </w:pPr>
      <w:r>
        <w:t>And then something odd happens after I’m back at my hotel or home after a shower and a good recovery meal. I’m usually chatting or texting with my run buddies about what our next marathon could be. Or I’m online googling marathonto sign up for another one. And another. For me, if I don’t have a marathon on my calendar, I feel like I have no purpose, nothing to look forward to. I believe this attitude will keep me going throughout my entire life. Please don't let me sign up for another one and you get through it and that night you're online looking for another one.</w:t>
      </w:r>
    </w:p>
    <w:p w14:paraId="3E10B4F7" w14:textId="77777777" w:rsidR="00C03725" w:rsidRDefault="00000000">
      <w:pPr>
        <w:jc w:val="both"/>
      </w:pPr>
      <w:r>
        <w:t>2005 Recap</w:t>
      </w:r>
    </w:p>
    <w:p w14:paraId="21FB36DB" w14:textId="77777777" w:rsidR="00C03725" w:rsidRDefault="00000000">
      <w:pPr>
        <w:jc w:val="both"/>
      </w:pPr>
      <w:r>
        <w:t>Looking back at my 2005 running races, I realized I had been streaking marathons. I ran the Boston Marathon in April, Ottawa Marathon in May, and then through the summer I trained up to the Haliburton Forest run that September 9, 2005. Looking back I was also running and competing competing locally in small shorter run events, 5K’s and 10k’s and this is when I started to get faster.</w:t>
      </w:r>
    </w:p>
    <w:p w14:paraId="3D744234" w14:textId="77777777" w:rsidR="00C03725" w:rsidRDefault="00000000">
      <w:pPr>
        <w:jc w:val="both"/>
      </w:pPr>
      <w:r>
        <w:t>I really started learning how to run and that’s when I found I had a 5th gear, like a car. When you have to really turn up the dial and go to turbo. Most runners run with what seems like 4 gears. But when you really need to kick it up, not everyone can get that leg turnover. So that’s why I call it a 5th gear.</w:t>
      </w:r>
    </w:p>
    <w:p w14:paraId="301CAC25" w14:textId="77777777" w:rsidR="00C03725" w:rsidRDefault="00000000">
      <w:pPr>
        <w:jc w:val="both"/>
      </w:pPr>
      <w:r>
        <w:lastRenderedPageBreak/>
        <w:t>The interesting thing about running is that no one really ever taught us to run. We just ran naturally as kids or most of us did. However, there’s a subset of people that never really ran much or don’t recall running as a child. So the Running Room franchise stores in Canada have a learn to run program. They teach people how to run one minute, then walk one minute, then run two and walk two-minute run, one minute run and then walk fthree minute, which is great, but they don't they just teach you to jog basically, right?</w:t>
      </w:r>
    </w:p>
    <w:p w14:paraId="5704C674" w14:textId="77777777" w:rsidR="00C03725" w:rsidRDefault="00000000">
      <w:pPr>
        <w:jc w:val="both"/>
      </w:pPr>
      <w:r>
        <w:t>Part of it happened from going to track and I worked with a track club and we started to do train at shorter distance 200 metre, 400 metre, 1600 metre and we started doing specific track workouts. I was never on a track team or identified as a track runner in school so I started late with this. But one of the things we were doing was videotaping ourselves running. I was working with the Runners Life Multi Sport club and we were doing track workouts while being recorded and then we’d watch the playback on our stride and arm and leg movement. We would then make little improvements, try again and see the incremental time improvements that we would make.</w:t>
      </w:r>
    </w:p>
    <w:p w14:paraId="6D3E4720" w14:textId="77777777" w:rsidR="00C03725" w:rsidRDefault="00000000">
      <w:pPr>
        <w:jc w:val="both"/>
      </w:pPr>
      <w:r>
        <w:t>Scotiabank Waterfront Marathon</w:t>
      </w:r>
    </w:p>
    <w:p w14:paraId="093B818D" w14:textId="77777777" w:rsidR="00C03725" w:rsidRDefault="00000000">
      <w:pPr>
        <w:jc w:val="both"/>
      </w:pPr>
      <w:r>
        <w:t>2 weeks after completing my first ultra-marathon, I was back at it in the ScotiaBank Waterfront Marathon in Toronto. Conventional wisdom (and many running “experts”) say that you should run one good marathon a year and take a minimum of 6 to 8 weeks rest after running a marathon. And here I was 2 weeks after running a 50km ultra marathon at the starting line of another marathon. But I started to learn more about my body and my recovery time and I was healing quickly and I had the confidence also to run another marathon.</w:t>
      </w:r>
    </w:p>
    <w:p w14:paraId="4AE5B97E" w14:textId="77777777" w:rsidR="00C03725" w:rsidRDefault="00000000">
      <w:pPr>
        <w:jc w:val="both"/>
      </w:pPr>
      <w:r>
        <w:t>And not only did I run another marathon, I ran another personal best of 3:07:49. So another lesson learned, don’t always listen to the “experts”, listen to yourself as you are the expert of your body. Of course you have to watch yourself and make sure you don’t get injured and there is good anecdotal evidence not to overtax your body, and you need the rest. But it’s like any medical or doctor’s advice, always seek a second opinion. I'm a person that gets a second opinion, so I listen to my body.</w:t>
      </w:r>
    </w:p>
    <w:p w14:paraId="6A09E43F" w14:textId="77777777" w:rsidR="00C03725" w:rsidRDefault="00000000">
      <w:pPr>
        <w:jc w:val="both"/>
      </w:pPr>
      <w:r>
        <w:t>A little about the Scotiabank Marathon – this is a world class marathon. One of the things that stuck out with me that day was on one section of the marathon when I was running out towards the Beaches area of Toronto, I was able to see the lead pack runners at the front of the marathon. They were mostly Kenyans’ and Ethiopians and watching them was like watching thoroughbreds horses run. They were fast, athletic, majestic and a total inspirationto see them running full out at the front of the race. This was my sport but I was running with (ok far behind) some of the world’s greatest runners. What an inspiration!</w:t>
      </w:r>
    </w:p>
    <w:p w14:paraId="18863E0C" w14:textId="77777777" w:rsidR="00C03725" w:rsidRDefault="00000000">
      <w:pPr>
        <w:jc w:val="both"/>
      </w:pPr>
      <w:r>
        <w:t>And running just behind these world class elite runners was a local runner Ted that I recognized. I didn't know Ted personally at the time as he was this local elite runner. So I called out his name when the pack was running back past me and recall him giving me a thumbs up. We laugh still about that as he didn’t really know who I was but he was happy to hear from someone that knew him and for moment, I gave him inspiration.</w:t>
      </w:r>
    </w:p>
    <w:p w14:paraId="7107212E" w14:textId="77777777" w:rsidR="00C03725" w:rsidRDefault="00000000">
      <w:pPr>
        <w:jc w:val="both"/>
      </w:pPr>
      <w:r>
        <w:lastRenderedPageBreak/>
        <w:t>To this day Ted is one of my best running buddies and he is still an inspirationto me. Ted was an 800m track star in Poland running for the Polish Army team in the late 70s, early 80’s. This when Poland was under Soviet occupation. His wife was a 200 metre specialist. And she was ranked 4th in Poland that year. Missed the Olympics by one spot.</w:t>
      </w:r>
    </w:p>
    <w:p w14:paraId="3990E536" w14:textId="77777777" w:rsidR="00C03725" w:rsidRDefault="00000000">
      <w:pPr>
        <w:jc w:val="both"/>
      </w:pPr>
      <w:r>
        <w:t>I learned a lot running with Ted and from Ted. And we had a lot of laughs together. I recall one time there were seven or eight of us guys at the track. And then a woman runner joined us. It was a hot day and all the guys start taking off their shirts, and then Ted takes off his shirt. We all looked at Ted and then at each other. And Ted was ripped, had the real deal 6 pack. And we all looked at each other and shook our heads. and we all put our shirts back on except Ted.</w:t>
      </w:r>
    </w:p>
    <w:p w14:paraId="06B61A11" w14:textId="77777777" w:rsidR="00C03725" w:rsidRDefault="00000000">
      <w:pPr>
        <w:jc w:val="both"/>
      </w:pPr>
      <w:r>
        <w:t>Something else I learned from this marathon. There was another runner friend of mine who also ran it and I asked her afterward how she ran. She didn’t tell me her run time but instead stated that on that day in those conditions, she ran the best she could. And that’s really what running is all about, do the training and do the best you can on race day. Nothing more, nothing less. There's satisfaction, there's disappointment and you can't be overly hard on yourself, but by nature we do, we tend to be hard on ourselves. I I've made a million mistakes in business and I've made a million mistakes running. But at the end of the day, it’s just you.</w:t>
      </w:r>
    </w:p>
    <w:p w14:paraId="1312C2AA" w14:textId="77777777" w:rsidR="00C03725" w:rsidRDefault="00000000">
      <w:pPr>
        <w:jc w:val="both"/>
      </w:pPr>
      <w:r>
        <w:t>And that always stuck with me - anything can happen on race day, right? And I've got I've been in races where we start intorrential rain. I've been in races where it started snowing, where you're getting hit with hail, when it’s hot, cold like 5 degrees Fahrenheit. I’ve run into headwinds, ran with a tailwind. These can all be excuses, but we’re all fighting that same battle at the same time. Equal playing field. And that’s what life is – we all have our own individual baseline, starting point. And what we do with it and what we do to push ourselves and grow and develop and be the best we can be. As the Led Zeppelin lyrics in the song “Stairway to Heaven” state – “yes there are two paths you can go by, but in the long run…There’s still time to change the road you’re on”.</w:t>
      </w:r>
    </w:p>
    <w:p w14:paraId="51C2A7FB" w14:textId="77777777" w:rsidR="00C03725" w:rsidRDefault="00000000">
      <w:pPr>
        <w:jc w:val="both"/>
      </w:pPr>
      <w:r>
        <w:t>Rock n Roll</w:t>
      </w:r>
    </w:p>
    <w:p w14:paraId="33B3392D" w14:textId="77777777" w:rsidR="00C03725" w:rsidRDefault="00000000">
      <w:pPr>
        <w:jc w:val="both"/>
      </w:pPr>
      <w:r>
        <w:t>I was still on a marathon high and realized I needed to stay fit for the final months of the year and heading into 2006. I completed the year of 2005, and had run 10 marathons in my first three years running the marathon and beyond distance. I was having good successes and I was getting faster and faster. As well as running marathons, I was running other races as well along the journey. I ran an 8K race called the Alfie Shrubb, named after the famous English middle and long-disance runner. He raced from 1005 to 1912 and won over 1000 races in his lifetime. He raced against marathoner Tom Longboat, winning all races shorter than 20 miles and losing all longer races.</w:t>
      </w:r>
    </w:p>
    <w:p w14:paraId="7DA549E3" w14:textId="77777777" w:rsidR="00C03725" w:rsidRDefault="00000000">
      <w:pPr>
        <w:jc w:val="both"/>
      </w:pPr>
      <w:r>
        <w:t>I also competed in a short distance triathlon that year in Orillia, Ont. And I ran the Ajax waterfront ten-miler and a local half-marathon put on by my local YMCA. I was a busy runner.</w:t>
      </w:r>
    </w:p>
    <w:p w14:paraId="491081CD" w14:textId="77777777" w:rsidR="00C03725" w:rsidRDefault="00000000">
      <w:pPr>
        <w:jc w:val="both"/>
      </w:pPr>
      <w:r>
        <w:t xml:space="preserve">I had actually requalified for the 2006 Boston Marathon 2005 with a 3:19 marathon. At the time I needed a 3:20:59 for my age group so I had a about a two minute cushion but I wasn’t </w:t>
      </w:r>
      <w:r>
        <w:lastRenderedPageBreak/>
        <w:t>sure if that was going to be enough. Boston was always tough to get into depending on the number of entry request and some years having a two minute advantage still may not get you in. So I decided I was going to keep my marathon distance training regimen going and so I signed up for the Arizona Rock n Roll Marathon in Tempe, AZ in early January 2006.</w:t>
      </w:r>
    </w:p>
    <w:p w14:paraId="19506486" w14:textId="77777777" w:rsidR="00C03725" w:rsidRDefault="00000000">
      <w:pPr>
        <w:jc w:val="both"/>
      </w:pPr>
      <w:r>
        <w:t>There was a method to my madness by training for a January marathon. One of the challenges I struggled with (and many people do) is to watch my diet and alcohol intake during the festive holiday season. I know how we are all conditioned to over indulge and party and eat and drink to excess over the holidays. So this strategy was to keep as clean a diet and lifestyle as possible as I had a marathon looming over me during the holidays that year and it worked.</w:t>
      </w:r>
    </w:p>
    <w:p w14:paraId="3C2D345C" w14:textId="77777777" w:rsidR="00C03725" w:rsidRDefault="00000000">
      <w:pPr>
        <w:jc w:val="both"/>
      </w:pPr>
      <w:r>
        <w:t>With the title of the book and the mantra “one step forward” that’s exactly the strategy I took. If you keep moving forward, you will get there eventually, right? So with any task that you do, anything that you do, you think it's like eating an elephant, one bite at a time. It's no different with running. You've got a vision of of the finish line, and it could be hours away. Just like any work project, it could be months away, it could be anything you are tackling in life. Then as long as you do the work and set your goals you have to complete it. It's inevitable that you will one day get there and it seems so far away. And one day it’s here. When you have a trip planned say, you’re going on a cruise next January and like, that's so far away. The day before you think Oh my God, it's here. It's here. It’s tomorrow!</w:t>
      </w:r>
    </w:p>
    <w:p w14:paraId="2D3E726F" w14:textId="77777777" w:rsidR="00C03725" w:rsidRDefault="00000000">
      <w:pPr>
        <w:jc w:val="both"/>
      </w:pPr>
      <w:r>
        <w:t>That has always been a life goal of mine. To have something to look forward to in the future. There’s a song by the Steve Miller Band, “Fly Like an Eagle” and the takeaway line from that is ‘time keeps on slipping, slipping, into the future’, and that is life for all of us. So eventually that day will be here when you’re on the starting line of a marathon, or sitting in a boardroom presenting your final project to the management team. The future will be here tomorrow.</w:t>
      </w:r>
    </w:p>
    <w:p w14:paraId="4FB8CAF7" w14:textId="77777777" w:rsidR="00C03725" w:rsidRDefault="00000000">
      <w:pPr>
        <w:jc w:val="both"/>
      </w:pPr>
      <w:r>
        <w:t>The day of the 2006 Arizona Rock n Roll marathon was another milestone race for me. I was feeling great that year, having done a solid job of staying away from the junk food and carbs over the holidays and I was ready. The weather was perfect and the crowds were awesome along the run. The fun thinkg about the Rock n Roll marathon events is that there is a band playing every mile along the course. As well, there was the anticipation of seeing the band Collective Soul that night at the post race party at Tempe Beach Park.</w:t>
      </w:r>
    </w:p>
    <w:p w14:paraId="7F4F39DF" w14:textId="77777777" w:rsidR="00C03725" w:rsidRDefault="00000000">
      <w:pPr>
        <w:jc w:val="both"/>
      </w:pPr>
      <w:r>
        <w:t>I had a fantastic run that day, achieving a new personal best of 3:02:47! Yes, I broke all my previous run times and set an unbelievable PR (Personal Record) for myself. And I was only the 118th finisher in a field of over 10,000 runners. That time also not only guaranteed me my Boston Marathon spot that April but would move me up to a lower coral – the starting areas that the Boston runners are in at the start of the race based on your qualifying run times.</w:t>
      </w:r>
    </w:p>
    <w:p w14:paraId="1D6C1F8B" w14:textId="77777777" w:rsidR="00C03725" w:rsidRDefault="00000000">
      <w:pPr>
        <w:jc w:val="both"/>
      </w:pPr>
      <w:r>
        <w:t>I was feeling great the next few months and keeping my run conditioning high. I decided to sign up for another southwest Marathon, the Bataan</w:t>
      </w:r>
    </w:p>
    <w:p w14:paraId="5802D0F7" w14:textId="77777777" w:rsidR="00C03725" w:rsidRDefault="00000000">
      <w:pPr>
        <w:jc w:val="both"/>
      </w:pPr>
      <w:r>
        <w:t xml:space="preserve">Memorial Death March Marathon in March in Las Cruces, New Mexico. Since my parents lived in Arizona, this also gave me an opportunity to take my dad with me to that race on a father/son road trip. He was always proud of my accomplishments but I don’t recall him </w:t>
      </w:r>
      <w:r>
        <w:lastRenderedPageBreak/>
        <w:t>really understanding the magnitude of the marathon distance and what it takes to complete one so this was a great opportunity for him to see one up close.</w:t>
      </w:r>
    </w:p>
    <w:p w14:paraId="7F1779C7" w14:textId="77777777" w:rsidR="00C03725" w:rsidRDefault="00000000">
      <w:pPr>
        <w:jc w:val="both"/>
      </w:pPr>
      <w:r>
        <w:t>My dad was still in good health that year, although in a few years his health would decline due to a lifetime of smoking and drinking. I do recall he was driving us to New Mexico and he confessed that he couldn’t read the highway signs very well. I had an inclination that his health was deteriorating then but didn’t realize the magnitude at that time.</w:t>
      </w:r>
    </w:p>
    <w:p w14:paraId="42A7D6A2" w14:textId="77777777" w:rsidR="00C03725" w:rsidRDefault="00000000">
      <w:pPr>
        <w:jc w:val="both"/>
      </w:pPr>
      <w:r>
        <w:t>The Bataan Marathon was another learning experience for me. Not so much in the race itself but in the humbleness of some of the lessons I learned from that race. The run takes place on the White Sands Missile Base in New Mexico. This was an area that the US military had tested the Atomic Bomb during World War II. So there is a whole historic (positive or negative?) lesson around that of course. But the bigger part of this marathon was that it honoured the US soldiers that were killed in 1942 in World War II in the Battle of Bataan. The death march was where the Japanese forced 60,000 – 80,000 American and Filipino prisoners of war to march along a 65 mile trail to prisoner of war camp. Some of the most horrific war crimes ever were perpetuated on the prisoner soldiers. It was tragic.</w:t>
      </w:r>
    </w:p>
    <w:p w14:paraId="3BE1CAC3" w14:textId="77777777" w:rsidR="00C03725" w:rsidRDefault="00000000">
      <w:pPr>
        <w:jc w:val="both"/>
      </w:pPr>
      <w:r>
        <w:t>The following months deepened my running journey. The Bataan Memorial Death March Marathon in Las Cruces, New Mexico stands out as both a personal and emotional milestone. This marathon, run in tribute to the U.S. Army POWs forced to march under brutal conditions in World War II, mixes ceremony and history into the race, and the presence of actual survivors at the start line is profoundly humbling.</w:t>
      </w:r>
    </w:p>
    <w:p w14:paraId="602C605F" w14:textId="77777777" w:rsidR="00C03725" w:rsidRDefault="00000000">
      <w:pPr>
        <w:jc w:val="both"/>
      </w:pPr>
      <w:r>
        <w:t>I brought my father to that event. Accessing the base itself was an ordeal, but the chance to share the experience—even briefly—with him was meaningful, despite our complicated history. At the start, we passed veterans of the original Bataan march, shaking their hands and honoring their sacrifice. The run traversed trails and desert mountains, and I finished fourth out of over a thousand participants: 3 hours and 37 minutes.</w:t>
      </w:r>
    </w:p>
    <w:p w14:paraId="217A0BEF" w14:textId="77777777" w:rsidR="00C03725" w:rsidRDefault="00000000">
      <w:pPr>
        <w:jc w:val="both"/>
      </w:pPr>
      <w:r>
        <w:t>It was there I encountered runners wearing “Marathon Maniacs” shirts—a club for those obsessed enough to run multiple marathons a year, some even chasing records like “fifty marathons in fifty states.” I joined immediately and became member #312. Eventually, I climbed the ranks to Level 5, alongside friends like Brian—himself a double knee replacement and inspirational marathoner now gravitating toward trail runs.</w:t>
      </w:r>
    </w:p>
    <w:p w14:paraId="6228871F" w14:textId="77777777" w:rsidR="00C03725" w:rsidRDefault="00000000">
      <w:pPr>
        <w:jc w:val="both"/>
      </w:pPr>
      <w:r>
        <w:t>This community has affirmed the importance of seeking out positive, driven people. You can choose your tribe, and the running world is full of those who uplift each other, sharing endorphins and encouragement at every finish line—far from any sense of gloom or defeat.</w:t>
      </w:r>
    </w:p>
    <w:p w14:paraId="47D48C0C" w14:textId="77777777" w:rsidR="00C03725" w:rsidRDefault="00000000">
      <w:pPr>
        <w:jc w:val="both"/>
      </w:pPr>
      <w:r>
        <w:t>Dealing with Canadian winters tested my commitment, but training groups made the difference. Before every Boston Marathon, I’d spend long Sundays running with friends—holding each other accountable, never wanting to be the one who skipped. You find reasons to train through bitter conditions, knowing you’ll benefit both physically and mentally.</w:t>
      </w:r>
    </w:p>
    <w:p w14:paraId="400D95C1" w14:textId="77777777" w:rsidR="00C03725" w:rsidRDefault="00000000">
      <w:pPr>
        <w:jc w:val="both"/>
      </w:pPr>
      <w:r>
        <w:lastRenderedPageBreak/>
        <w:t>Acclimatization became a theme: those who trained through Ontario winters often excelled in southern races. Conversely, those training only in warmth struggled in the cold. Likewise, altitude training is another edge, as evidenced by world-class runners who live and train in the highlands.</w:t>
      </w:r>
    </w:p>
    <w:p w14:paraId="6436EE71" w14:textId="77777777" w:rsidR="00C03725" w:rsidRDefault="00000000">
      <w:pPr>
        <w:jc w:val="both"/>
      </w:pPr>
      <w:r>
        <w:t>My perspective shifted as running became not just something I do, but a core part of who I am. Over the years, what began with a simple pair of Zellers shoes and a sweat suit has evolved into a passion that sees me investing in gear, technology, and research—always looking to master my craft.</w:t>
      </w:r>
    </w:p>
    <w:p w14:paraId="2A666362" w14:textId="77777777" w:rsidR="00C03725" w:rsidRDefault="00000000">
      <w:pPr>
        <w:jc w:val="both"/>
      </w:pPr>
      <w:r>
        <w:t>If there’s a lessonto share, it’s this: Find what you’re good at, and then relentlessly pursue mastery. Your tribe awaits, and the road to betterment—whether in running or in life—is always one step forward.</w:t>
      </w:r>
    </w:p>
    <w:p w14:paraId="34FF6385" w14:textId="77777777" w:rsidR="00C03725" w:rsidRDefault="00000000">
      <w:pPr>
        <w:jc w:val="both"/>
      </w:pPr>
      <w:r>
        <w:t>Let me know if you’d like to keep this voice, add more dialogue, or zero in on specific sections for additional rewriting. Feel free to send the next transcription for the same treatment!</w:t>
      </w:r>
    </w:p>
    <w:p w14:paraId="4499B2A4" w14:textId="77777777" w:rsidR="00C03725" w:rsidRDefault="00000000">
      <w:pPr>
        <w:jc w:val="both"/>
      </w:pPr>
      <w:r>
        <w:t>After our last discussion about the Bataan Memorial Death March Marathon, I took some time to research its history—it’s a story worth telling in this book. In 1942, during World War II, the American and Philippine armies were fighting desperately against the Japanese in the Philippines. The situation grew increasingly dire: the allies were losing ground. Eventually, American and Filipino soldiers were forced back onto the Bataan Peninsula and captured.</w:t>
      </w:r>
    </w:p>
    <w:p w14:paraId="576728CD" w14:textId="77777777" w:rsidR="00C03725" w:rsidRDefault="00000000">
      <w:pPr>
        <w:jc w:val="both"/>
      </w:pPr>
      <w:r>
        <w:t>General Douglas MacArthur was there at the time, promising to return—but was pulled out by Roosevelt, unable to rescue those left behind. The soldiers were told, “We’ll be back,” but that promise was left unfulfilled, and tens of thousands were taken prisoner. There’s even a poem or song from that era with the refrain “No Mama, No Papa”—a line that appears on the back of my Bataan Memorial Death March Marathon hat. Those words haunted me: soldiers alone, with no one coming to save them. It’s chilling to imagine the loneliness and despair.</w:t>
      </w:r>
    </w:p>
    <w:p w14:paraId="2B95178A" w14:textId="77777777" w:rsidR="00C03725" w:rsidRDefault="00000000">
      <w:pPr>
        <w:jc w:val="both"/>
      </w:pPr>
      <w:r>
        <w:t>The Japanese expected to capture only about 15,000 troops, but instead ended up with seventy-five thousand prisoners—far more than they could feed or water. The American commanders attempted to negotiate for transport, offering to send trucks to help move their men to a camp 75 miles away. The Japanese refused. The Americans would march—all 75,000—across the sweltering countryside with almost no supplies. It was called the Death March for good reason.</w:t>
      </w:r>
    </w:p>
    <w:p w14:paraId="11B4E586" w14:textId="77777777" w:rsidR="00C03725" w:rsidRDefault="00000000">
      <w:pPr>
        <w:jc w:val="both"/>
      </w:pPr>
      <w:r>
        <w:t>Connecting this to running is sobering. The Japanese, trained to cover 20-25 miles a day, forced prisoners, whose only training was maybe 10-15 miles a day, to endure unimaginable distances. With little water, food, or rest, many perished from exhaustion, disease, and brutality—the infamous “Buzzard Brigade” of Japanese soldiers at the rear ensured no one fell behind and survived. Of 75,000, only about 15,000 are thought to have survived to liberation.</w:t>
      </w:r>
    </w:p>
    <w:p w14:paraId="63D5F7BB" w14:textId="77777777" w:rsidR="00C03725" w:rsidRDefault="00000000">
      <w:pPr>
        <w:jc w:val="both"/>
      </w:pPr>
      <w:r>
        <w:t xml:space="preserve">Years later, the Bataan Memorial Death March Marathon was created as a tribute to this horrific chapter. When I participated, there were several survivors present—men well into </w:t>
      </w:r>
      <w:r>
        <w:lastRenderedPageBreak/>
        <w:t>their eighties or nineties. To be able to shake their hands at the start line was moving beyond words. As I ran, I thought about what they endured, how little I could compare my race to their unimaginable struggle. It puts everything in perspective.</w:t>
      </w:r>
    </w:p>
    <w:p w14:paraId="228DA7AA" w14:textId="77777777" w:rsidR="00C03725" w:rsidRDefault="00000000">
      <w:pPr>
        <w:jc w:val="both"/>
      </w:pPr>
      <w:r>
        <w:t>Events like these teach humility and deep respect for our elders, for those who’ve suffered and survived. Today, it seems too easy to forget what previous generations endured—especially those who served in war. I’m not pro-war, but I deeply value the sacrifices made for peace and freedom.</w:t>
      </w:r>
    </w:p>
    <w:p w14:paraId="2F65D95C" w14:textId="77777777" w:rsidR="00C03725" w:rsidRDefault="00000000">
      <w:pPr>
        <w:jc w:val="both"/>
      </w:pPr>
      <w:r>
        <w:t>During the marathon, passing soldiers in full gear, rucksacks weighed down, while I wore shorts and a singlet, I felt humbled. They’d call out encouragement, but I felt I couldn’t hold a candle to their sacrifice.</w:t>
      </w:r>
    </w:p>
    <w:p w14:paraId="71506587" w14:textId="77777777" w:rsidR="00C03725" w:rsidRDefault="00000000">
      <w:pPr>
        <w:jc w:val="both"/>
      </w:pPr>
      <w:r>
        <w:t>This generational gap in understanding is real. Watching history fade, veterans dwindle to just a few, I’m struck by the importance of gratitude and perspective. We worry about missing a meal, losing water for a few hours, or facing a challenging run. These are trivial compared to what those men, and so many like them, have experienced.</w:t>
      </w:r>
    </w:p>
    <w:p w14:paraId="3453D458" w14:textId="77777777" w:rsidR="00C03725" w:rsidRDefault="00000000">
      <w:pPr>
        <w:jc w:val="both"/>
      </w:pPr>
      <w:r>
        <w:t>Travel, endurance, and running have shown me how fortunate we are. When I pass a cemetery on a run, I take a moment to remember those who can no longer move through this world. I’m here, alive—able to enjoy the day and move forward.</w:t>
      </w:r>
    </w:p>
    <w:p w14:paraId="0F0607D1" w14:textId="77777777" w:rsidR="00C03725" w:rsidRDefault="00000000">
      <w:pPr>
        <w:jc w:val="both"/>
      </w:pPr>
      <w:r>
        <w:t>The prisoners marched through the jungle, suffering heat exhaustion, starvation and lack of sleep. As prisoners were suffering and not able to march, the Japanese guards would beat, kill and sometimes behead those that couldn’t continue. Of the 80,000 troops that were in the death march, only 54,000 made it to the prison camp.</w:t>
      </w:r>
    </w:p>
    <w:p w14:paraId="75669A37" w14:textId="77777777" w:rsidR="00C03725" w:rsidRDefault="00000000">
      <w:pPr>
        <w:jc w:val="both"/>
      </w:pPr>
      <w:r>
        <w:t>The eye opening part of this marathon for me was the stories that were told in the Las Cruses base museum, with many stories and tributes to the heroic fallen soldiers. However, the most humbling thing that occurred that morning before the race started was the singing of the National Anthem and then us runners walked to the start line while a half dozen Bataan Death March Veterans were along the walk where we could high five and shake their hands. These were true heroes and survivors of one of the most tragic wars in our history. I still get goose bumps to this day when I recall that mornings’ race start.</w:t>
      </w:r>
    </w:p>
    <w:p w14:paraId="7C372025" w14:textId="77777777" w:rsidR="00C03725" w:rsidRDefault="00000000">
      <w:pPr>
        <w:jc w:val="both"/>
      </w:pPr>
      <w:r>
        <w:t>The second humbling lesson learned that day occurred during the run. There were several different run “categories” that you could sign up for. Since this was on a military base, there were two military categories for the soldiers, light and heavy. Light was without gear and heavy was also known as “ruck” and meant that the soldiers would be running/walking the full marathon with 35 pounds of weight in a ruck sack (backpack).</w:t>
      </w:r>
    </w:p>
    <w:p w14:paraId="69D9287F" w14:textId="77777777" w:rsidR="00C03725" w:rsidRDefault="00000000">
      <w:pPr>
        <w:jc w:val="both"/>
      </w:pPr>
      <w:r>
        <w:t>Civilian runners (non-military like myself) could either run/walk light or heavy also. I had signed up to run “light” of course, which had me running in shorts and a singlet (sleeveless) run jersey or shirt.</w:t>
      </w:r>
    </w:p>
    <w:p w14:paraId="4AF3701F" w14:textId="77777777" w:rsidR="00C03725" w:rsidRDefault="00000000">
      <w:pPr>
        <w:jc w:val="both"/>
      </w:pPr>
      <w:r>
        <w:lastRenderedPageBreak/>
        <w:t>After the moving start line ceremony and tribute to the Bataan Death March soldiers, the non-military runners were off. I felt great once again, especially running in the southwest with the crisp warming air and sunshine. I was running quite well on the alternating pavement and dirt course. I was near the front of the pack and I soon realized that the running and walking soldiers had started out earlier than the civilians so I soon started to catch up to various platoons in formation. They were all in uniforms and there were those that were light and those that were heavy, with those 35 pound ruck sacks. As I was passing each platoon the guys would be yelling out words of encouragement to me.</w:t>
      </w:r>
    </w:p>
    <w:p w14:paraId="782122E2" w14:textId="77777777" w:rsidR="00C03725" w:rsidRDefault="00000000">
      <w:pPr>
        <w:jc w:val="both"/>
      </w:pPr>
      <w:r>
        <w:t>Well that was completely humbling and totally undeserving. Here were these soldiers, all dressed in full military outfits and boots, either marching in unison with heavy packs on or or walk/running cheering me on. As the saying from the Wayne and Garth movie goes, “I was not worthy!”. I almost felt insignificant, just this one small guy amongst so many men and women that were preparing to sacrifice themselves to protect the US and our allies around the world. And this was after already feeling the humility of meeting former POW’s from World War II.</w:t>
      </w:r>
    </w:p>
    <w:p w14:paraId="2A443F33" w14:textId="77777777" w:rsidR="00C03725" w:rsidRDefault="00000000">
      <w:pPr>
        <w:jc w:val="both"/>
      </w:pPr>
      <w:r>
        <w:t>I ran the rest of the marathon almost sheepishly and praising each and every soldier I passed telling them how amazing and awesome they were for volunteering their service. It was an experience I would never forget. I also finished 4th overall out of over 1100 runners in the Bataan Death March Marathon. It was event that I would never forget.</w:t>
      </w:r>
    </w:p>
    <w:p w14:paraId="17394E30" w14:textId="77777777" w:rsidR="00C03725" w:rsidRDefault="00000000">
      <w:pPr>
        <w:jc w:val="both"/>
      </w:pPr>
      <w:r>
        <w:t>It was at the Bataan Death March Marathon that I met several of the founders of the online virtual run club called Marathon Maniacs. These were the number one and two members of the club. At the time there were around 300 members. Today there are over 16,000 members worldwide. I found my new tribe. The criteria to become a Marathon maniac required a minimum of 3 marathons in 90 days or 3 months. I now had a new goal for 2006, to become a bonafide maniac! And by June of that year, I would.</w:t>
      </w:r>
    </w:p>
    <w:p w14:paraId="0C7945EE" w14:textId="77777777" w:rsidR="00C03725" w:rsidRDefault="00000000">
      <w:pPr>
        <w:jc w:val="both"/>
      </w:pPr>
      <w:r>
        <w:t>So in 2005 I hit the 3:02 hour mark and I have my sights on breaking 3 hours in a marathon, which basically puts me into a very elite status. At my age (early 40’s)</w:t>
      </w:r>
    </w:p>
    <w:p w14:paraId="237C81AC" w14:textId="77777777" w:rsidR="00C03725" w:rsidRDefault="00000000">
      <w:pPr>
        <w:jc w:val="both"/>
      </w:pPr>
      <w:r>
        <w:t>I can envision breaking 3 hours and start to push my training harder and harder overall. I started looking at other races to run that might be somewhat easier, as if any marathon is ever easy! I was looking at flat, fast courses. And somewhere where weather conditions were probably exceptional for a perfect run day. Everything has to come together, the stars and everything has to align with a goal of breaking 3 hours and I could almost taste it.</w:t>
      </w:r>
    </w:p>
    <w:p w14:paraId="7A875E86" w14:textId="77777777" w:rsidR="00C03725" w:rsidRDefault="00000000">
      <w:pPr>
        <w:jc w:val="both"/>
      </w:pPr>
      <w:r>
        <w:t>Winter training is always a struggle for us in the northeast. But I had instilled great habits, including never missing my 3 hour long run on the weekend. Most of the time my run buds and I would run 30 to 35k depending on the weather conditions. It could be miserable cold and wet and typically we would have good strong westerly winds as well to add to the punishment. We would typically have 10 – 12 runners qualifying for Boston every year in my town so there was always someone to train with on those miserable winter mornings.</w:t>
      </w:r>
    </w:p>
    <w:p w14:paraId="36423FFA" w14:textId="77777777" w:rsidR="00C03725" w:rsidRDefault="00000000">
      <w:pPr>
        <w:jc w:val="both"/>
      </w:pPr>
      <w:r>
        <w:lastRenderedPageBreak/>
        <w:t>We would run every Sunday in the slop – rain, snow, slush, headwinds, tailwinds, you name it. I recall my friend Bob who I trained with for several years. When we set up a run, there was no way I was going to back out of it or Bob would ride my ass all week. You can’t wimp out. So we would hold each other accountable and show up. We were out running and saying we can’t believe we are doing this, we are likely the only two nuts on the planet running in this weather, but we did it.</w:t>
      </w:r>
    </w:p>
    <w:p w14:paraId="269D390E" w14:textId="77777777" w:rsidR="00C03725" w:rsidRDefault="00000000">
      <w:pPr>
        <w:jc w:val="both"/>
      </w:pPr>
      <w:r>
        <w:t>Also adding to the punishment were several other runs I did most winters including the Chilly Willy in February, The YMCA half marathon in February and the Around the Bay 30k race in Hamilton. That run is older than the Boston Marathon and that is one of their marketing promotions.</w:t>
      </w:r>
    </w:p>
    <w:p w14:paraId="78A2A2C0" w14:textId="77777777" w:rsidR="00C03725" w:rsidRDefault="00000000">
      <w:pPr>
        <w:jc w:val="both"/>
      </w:pPr>
      <w:r>
        <w:t>But first I had a few other marathon events on my schedule that year. And the next big one was my 3rd Boston marathon in three years. I had qualified in the 2005 Boston marathon and had bettered my time with that 3:02:47 in the Arizona Rock n Roll marathon so that time gave me a nice position in the 3rd corral at Boston on April 17, 2006.</w:t>
      </w:r>
    </w:p>
    <w:p w14:paraId="124AA9B2" w14:textId="77777777" w:rsidR="00C03725" w:rsidRDefault="00000000">
      <w:pPr>
        <w:jc w:val="both"/>
      </w:pPr>
      <w:r>
        <w:t>Running another Boston Marathon was just another dream it seemed. 3 years in a row! I was really enjoying the entire experience from arriving in Boston, staying in a different hotel and area of the city and enjoying everything Boston Marathon. The expo is always an treat as the vendors carry all sorts of cool swag and running related products from the latest running shoe technology to the latest in sports drink and sports medicine. The crowds are always thick with crazed runners, many whom are first timers. Now that I was a veteran of 2 and about to experience my 3rd Boston, I was somewhat of an expert on the course and the entire Marathon event weekend.</w:t>
      </w:r>
    </w:p>
    <w:p w14:paraId="555CD493" w14:textId="77777777" w:rsidR="00C03725" w:rsidRDefault="00000000">
      <w:pPr>
        <w:jc w:val="both"/>
      </w:pPr>
      <w:r>
        <w:t>I ran another great Boston in 2006 finishing in 3:12:47, my best Boston marathon time of the 3 I’ve run to date and I recall feeling very fresh and elated. The elation is pretty standard for every marathon I finish, but feeling fresh was another thing. I was really in the running groove nd just feeling fitter and fitter. Of course I was working out hard, running hard and working hard. I was in peak condition and couldn’t wait for my next Marathon, the Mississauga Marathon in Mississauga, Ontario.</w:t>
      </w:r>
    </w:p>
    <w:p w14:paraId="6553ED1B" w14:textId="77777777" w:rsidR="00C03725" w:rsidRDefault="00000000">
      <w:pPr>
        <w:jc w:val="both"/>
      </w:pPr>
      <w:r>
        <w:t>Two weeks after Mississauga, I set out for the Sulphur Springs Ultramarathon—my first 50-mile (80 km) race. The course, winding through the Dundas Forest near Burlington, challenged me not just physically but mentally. With each 20-kilometre loop, the temptationto stop grew stronger, but the energy of passing fellow runners and the determinationto finish kept me going. Eight hours and forty-six minutes after starting, I crossed the finish line in sixth place overall, marking another milestone: pushing the edge of what I thought possible.</w:t>
      </w:r>
    </w:p>
    <w:p w14:paraId="5FBC1F9D" w14:textId="77777777" w:rsidR="00C03725" w:rsidRDefault="00000000">
      <w:pPr>
        <w:jc w:val="both"/>
      </w:pPr>
      <w:r>
        <w:t>That momentum carried into Lake Placid just weeks later, where a hilly marathon saw me finish in 3:03—sixth overall, first in my age group, and demonstrating the compounding strength that comes from embracing new distances.</w:t>
      </w:r>
    </w:p>
    <w:p w14:paraId="4F15BF13" w14:textId="77777777" w:rsidR="00C03725" w:rsidRDefault="00000000">
      <w:pPr>
        <w:jc w:val="both"/>
      </w:pPr>
      <w:r>
        <w:lastRenderedPageBreak/>
        <w:t>The Mississauga marathon was one month later after having run the 106th Boston Marathon. I decided to give back a bit in that race and I would pace my partner at the time, Deb. She was not as experienced as I was in the marathon distance and I would say she really enjoyed the half marathon distance much more. As I like to say, a Half Marathon is “half the distance, twice the fun” of a full marathon.</w:t>
      </w:r>
    </w:p>
    <w:p w14:paraId="10500B1B" w14:textId="77777777" w:rsidR="00C03725" w:rsidRDefault="00000000">
      <w:pPr>
        <w:jc w:val="both"/>
      </w:pPr>
      <w:r>
        <w:t>We started out together and I kept pace with Debbie the entire race, giving her motivation and encouragement along the way. Her struggle ebbed and flowed like most everyone and I kept my patience trying to balance motivation with compassion. I was used to running with more serious male runners and we can sometimes be a bit harsher on each other. So I reigned in my “machismo” and we kept a nice slow steady pace, taking enough time at the aid stations as she needed and then trotting back out into the run crowd. We finished together in 4:12:41, a new personal record for Debbie and a nice feeling for both of us finishing together and having a mostly fun time. Yes, marathons are fun, at least when they are over!</w:t>
      </w:r>
    </w:p>
    <w:p w14:paraId="69C6BE0F" w14:textId="77777777" w:rsidR="00C03725" w:rsidRDefault="00000000">
      <w:pPr>
        <w:jc w:val="both"/>
      </w:pPr>
      <w:r>
        <w:t>There was one other sweet moment that I got to partake in at the Mississauga Marathon. One of my local run friends from my town, Darl Sutherland, was the overall winner of that marathon in a time of 2:31:23. That was a remarkable time and it was awesome to be friends with an actual Marathon winner. Of course Darl finished over one and a half hours before we did but we were able to be at the medal ceremony and there was a sense of pride to see “one of our own” as the Podium Winner.</w:t>
      </w:r>
    </w:p>
    <w:p w14:paraId="08762895" w14:textId="77777777" w:rsidR="00C03725" w:rsidRDefault="00000000">
      <w:pPr>
        <w:jc w:val="both"/>
      </w:pPr>
      <w:r>
        <w:t>Two weeks later I was back at it yet again, running a 50 miler in the Sulpher Springs Ultra Marathon in the Dundas Forest in Dundas, Ontario. This was to be my first 50 mile ultra marathon. I do not recall what possessed me to want to do that distance, but suffice, I had accomplished a 50k ultra and was running longer and harder, so I signed up with a few other fanatic friends of mine.</w:t>
      </w:r>
    </w:p>
    <w:p w14:paraId="37FF9B85" w14:textId="77777777" w:rsidR="00C03725" w:rsidRDefault="00000000">
      <w:pPr>
        <w:jc w:val="both"/>
      </w:pPr>
      <w:r>
        <w:t>The Sulphur Springs ultra races included a 50k, 50 miler and a 100 mile event. The course is quite forgiving, extra wide in most places and each loop is approximately 20km long. The 50k runners would do 2 times 20km loops and then they would do a half loop to get to the 50km distance. For us 50 miler runners, that equates to 80km’s so we had to run 4 loops x 20km. The crazies who run the 100 mile event had to run 8 loops. To me that was insane. As if 80km or 50miles was sane.</w:t>
      </w:r>
    </w:p>
    <w:p w14:paraId="63FE0A6A" w14:textId="77777777" w:rsidR="00C03725" w:rsidRDefault="00000000">
      <w:pPr>
        <w:jc w:val="both"/>
      </w:pPr>
      <w:r>
        <w:t>The Sulphur Springs run weekend event is part of the Ontario Ultra Run Series, one of about 12 events they put on across the Province of Ontario. They all are well run and well attended and many of the same people that were at the Haliburton race I ran the previous fall were at this event.</w:t>
      </w:r>
    </w:p>
    <w:p w14:paraId="23E28131" w14:textId="77777777" w:rsidR="00C03725" w:rsidRDefault="00000000">
      <w:pPr>
        <w:jc w:val="both"/>
      </w:pPr>
      <w:r>
        <w:t xml:space="preserve">The morning of the event had the 100 mile runners starting at 6am and then the 50 milers all started out at 7am. Sometime after the 50km runners would be off as well. And there was also a 20km event. So there were runners in every dirction as some of the 20km loop was an out and back section. It was quite exciting with several hundred hardcore runners trotting </w:t>
      </w:r>
      <w:r>
        <w:lastRenderedPageBreak/>
        <w:t>through the forest everywhere. And because the forest wasn’t overly dense, you could see runners through the trees zig zagging in other directions.</w:t>
      </w:r>
    </w:p>
    <w:p w14:paraId="4382F1DE" w14:textId="77777777" w:rsidR="00C03725" w:rsidRDefault="00000000">
      <w:pPr>
        <w:jc w:val="both"/>
      </w:pPr>
      <w:r>
        <w:t>I had a good run, feeling quite in my element. I recall starting out with some of the faster runners and it gave me a strong sense of motivation and of my fitness level. At one point, there was a very experienced ultra marathon woman that I was running with that mentioned how impressed she was at my speed and pace. She went onto tbe first female to finish well ahead of me, so that gave me an extra sense of confidence.</w:t>
      </w:r>
    </w:p>
    <w:p w14:paraId="1185ACEA" w14:textId="77777777" w:rsidR="00C03725" w:rsidRDefault="00000000">
      <w:pPr>
        <w:jc w:val="both"/>
      </w:pPr>
      <w:r>
        <w:t>I finished my first 50 miler in a time of 8 hours and 46 minutes. I could hardly believe I had run the entire event with only stops at the aid stations about every 5km to refuel and rehydrate. I also placed 6 overall for the men’s category that day. I had an awesome run and actually felt in good spirits and my body was not overly tortured. I was now hooked on ultra marathons and trail running in general.</w:t>
      </w:r>
    </w:p>
    <w:p w14:paraId="504749A0" w14:textId="77777777" w:rsidR="00C03725" w:rsidRDefault="00000000">
      <w:pPr>
        <w:jc w:val="both"/>
      </w:pPr>
      <w:r>
        <w:t>Marathon Maniacs</w:t>
      </w:r>
    </w:p>
    <w:p w14:paraId="59E056F1" w14:textId="77777777" w:rsidR="00C03725" w:rsidRDefault="00000000">
      <w:pPr>
        <w:jc w:val="both"/>
      </w:pPr>
      <w:r>
        <w:t>I mentioned previously that I had met the #1 Steven Yee and #3 Tony Phillippi of the Marathon Maniacs at the Bataan Death March Marathon.. They were 2 of the 3 friends that started the Marathon Maniacs club. The way the club worked, was that that they have different levels of criteria to become a member with the minimum criteria of having run 3 marathons in 90 days which puts you at the Bronze level.</w:t>
      </w:r>
    </w:p>
    <w:p w14:paraId="0E7430E6" w14:textId="77777777" w:rsidR="00C03725" w:rsidRDefault="00000000">
      <w:pPr>
        <w:jc w:val="both"/>
      </w:pPr>
      <w:r>
        <w:t>Well I had just completed the 3 marathons in 90 days, having run Bataan Death March Marathon in March, Boston in April and the Mississauga Marathon in May. So I applied and was accepted as #312. I was the 312th marathon maniac, what a proud moment as I had found my maniac tribe. I was a level one marathon maniac and most importantly to me, I was a bona fide maniac.</w:t>
      </w:r>
    </w:p>
    <w:p w14:paraId="1A8496C3" w14:textId="77777777" w:rsidR="00C03725" w:rsidRDefault="00000000">
      <w:pPr>
        <w:jc w:val="both"/>
      </w:pPr>
      <w:r>
        <w:t>Today I am actually at a level 5 Ruthenium Level, but that was to come years later after having run 3 different states or provinces in within 10 days. Also, the Marathon Maniacs membership has grown to over 10,000 members worldwide and I’m proud to have such a low number at 312. But more on all this later. There are other clubs out there for runners including those that aspire to run all 50 US States and those that run consecutive day marathon streaks. And now the marathon maniacs also have a half marathon club.</w:t>
      </w:r>
    </w:p>
    <w:p w14:paraId="6B987AF3" w14:textId="77777777" w:rsidR="00C03725" w:rsidRDefault="00000000">
      <w:pPr>
        <w:jc w:val="both"/>
      </w:pPr>
      <w:r>
        <w:t>Training Books and Motivators:</w:t>
      </w:r>
    </w:p>
    <w:p w14:paraId="53B19A63" w14:textId="77777777" w:rsidR="00C03725" w:rsidRDefault="00000000">
      <w:pPr>
        <w:jc w:val="both"/>
      </w:pPr>
      <w:r>
        <w:t>Another aspect of my training and running was the research I was doing on mastering the Marathon distance and being an overall better runner. I picked up two great books, Jack Daniel’s “Running Formula” and “Advanced Marathoning” by Pete Pfitzinger. Both books are considered Bibles for Marathon and running over-enthusiasts. I read and re-read both books from cover to cover. Each has great ideas and insights into pushing your body to higher levels of running endurance.</w:t>
      </w:r>
    </w:p>
    <w:p w14:paraId="5F7CA732" w14:textId="77777777" w:rsidR="00C03725" w:rsidRDefault="00000000">
      <w:pPr>
        <w:jc w:val="both"/>
      </w:pPr>
      <w:r>
        <w:lastRenderedPageBreak/>
        <w:t>Jack Daniels introduced a running formula where you can calculate your training programs based on your initial output and performance, to determine your different run zones to train in. It is a very scientific formula and took me a few reads to really understand a lot of it. Truth be told, it still is a bit overwhelming because it is so comprehensive.</w:t>
      </w:r>
    </w:p>
    <w:p w14:paraId="4C272432" w14:textId="77777777" w:rsidR="00C03725" w:rsidRDefault="00000000">
      <w:pPr>
        <w:jc w:val="both"/>
      </w:pPr>
      <w:r>
        <w:t>Pfitzingers’ “Advanced Marathoning” book is a little less scientific and more in layman’s terms. I definitely gravited towards this book and all of Pete’s own scientific approach and all that goes into nutrition, hydration, physiology and the science of endurance and Marathon running. I recommend both books to anyone that is serious about running any distance and who wants to improve. As well, following these books and the training regimen will help reduce injuries while maxing out your body’s high end performance.</w:t>
      </w:r>
    </w:p>
    <w:p w14:paraId="14A475BF" w14:textId="77777777" w:rsidR="00C03725" w:rsidRDefault="00000000">
      <w:pPr>
        <w:jc w:val="both"/>
      </w:pPr>
      <w:r>
        <w:t>It's worth mentioning that another book that is also inspiring and motivating is Matt Fitgerald’s “80/20 Running” book. I discovered this one a few years later but it has also been enlightening and I still use a lot of his 80% slow and steady/ 20% high intensity training recommendations. This book has also helped me to stay relatively serious injury free while also improving my overall performance. Matt also has a running formula of his own that is available online. It will calculate your training paces for any run distance you are training for, based on your projected run times. As well, you can put in your current run paces to calculate a 5k, 10k, 21k, or marathon distance projected result. It is really remarkable how close and accurate this is.</w:t>
      </w:r>
    </w:p>
    <w:p w14:paraId="0445E33A" w14:textId="77777777" w:rsidR="00C03725" w:rsidRDefault="00000000">
      <w:pPr>
        <w:jc w:val="both"/>
      </w:pPr>
      <w:r>
        <w:t>One other calculation I used was given to me by the world class runner Bart Yasso called the “Yasso 800”. Basically he predicts if you can run 800 meter repeats in 3:00 minute average, he predicts you can run a 3:00 hour marathon. I have had the pleasure of meeting Bart several times over the years and have had in depth discussions with him on this technique or practice. Eventually I was able to train at that 800m pace and did accomplish that 3:00 hour marathon time. I was quite impressed and told Bart of my results. Of course he wasn’t surprised but he did give me lots of platitudes and he certainly contributed to my run self-confidence.</w:t>
      </w:r>
    </w:p>
    <w:p w14:paraId="082ADC73" w14:textId="77777777" w:rsidR="00C03725" w:rsidRDefault="00000000">
      <w:pPr>
        <w:jc w:val="both"/>
      </w:pPr>
      <w:r>
        <w:t>A question I often ask myself is why I push myself so physically hard? I was streaking multiple marathons in a year and would eventually have one year where I would run 14 marathons. I was a Marathon Maniac. I found my run tribe and was super impressed with other marathon streakers including Dean Karnazas who ran 50 Marathons (all 50 US states) in 50 days. Why was I pushing myself so hard? The simple reason was because I could. I enjoyed the thrill and endorphins I was getting, that runners high, from distance training and running. I am a bit of a high over-achiever, so there was that to contend with. Yes, I own it!</w:t>
      </w:r>
    </w:p>
    <w:p w14:paraId="6F57D9FA" w14:textId="77777777" w:rsidR="00C03725" w:rsidRDefault="00000000">
      <w:pPr>
        <w:jc w:val="both"/>
      </w:pPr>
      <w:r>
        <w:t>I was in the throes of a good career, had a happy lifestyle and this brough meaning and purpose to my life. I was staying relatively uninjured. Sure, I would have the odd setback or muscle straining or pull, but I always backed off and would heal up quickly. My body was in peak condition all the time. I was eating well, kept my weight at a low 155lbs and I wasn’t breaking down, in fact, I was still getting stronger and stronger. I felt I could eat anything as I was never gaining weight. That’s the physical side of my performance.</w:t>
      </w:r>
    </w:p>
    <w:p w14:paraId="1852407D" w14:textId="77777777" w:rsidR="00C03725" w:rsidRDefault="00000000">
      <w:pPr>
        <w:jc w:val="both"/>
      </w:pPr>
      <w:r>
        <w:lastRenderedPageBreak/>
        <w:t>On the mental side, my addictive personality traits were being met. I tend to believe we all have some degree of addictive personality traits. I felt that having a running addiction was far more healthy for both my physical health or mental health than say belonging to a “Beers of the World” club. Or people that are addicted to shopping or gambling. Or worse, people who have addictions to drugs. I would avoid alcohol as much as possible and certainly never over imbibe. And I like to say that the only meds or pills I take are Flintstone vitamins. In fact, I have been taking vitamins and supplements since I was a teen and still continue to this day. I have maintained a level of health and almost never take anything other than a few times where I needed some antibiotics for a sinus infection. Or some heavier meds when I had hernia surgery. Otherwise I treat my body as pure as possible.</w:t>
      </w:r>
    </w:p>
    <w:p w14:paraId="2680A7D8" w14:textId="77777777" w:rsidR="00C03725" w:rsidRDefault="00000000">
      <w:pPr>
        <w:jc w:val="both"/>
      </w:pPr>
      <w:r>
        <w:t>So I channelled my addictions to being a compulsive runner. I was completely focused in my spare time when not working or socializing. Although there was a lot of socializing while running with my run buddies. I was staying mentally alert, motivated and was getting a nice dosage of endorphins and dopamine that you get from running. It was a natural high. There’s a bit of a joke that you would never see a runner smiling while running. But afterwards, we grin from ear to ear. That is because we feel elated mentally from a hard run workout. And if you ever need to escape the mundaneness and drudgery of every-day life, running lifts our spirits and grounds us to a much better place.</w:t>
      </w:r>
    </w:p>
    <w:p w14:paraId="30B3D84B" w14:textId="77777777" w:rsidR="00C03725" w:rsidRDefault="00000000">
      <w:pPr>
        <w:jc w:val="both"/>
      </w:pPr>
      <w:r>
        <w:t>When I reflect back on my early period of marathon running, I’m still dumbfounded on how I accomplished so much as I was extremely non-stop busy it seemed. I was working full-time in the food service (food distribution) sector as a corporate Training Director. I was completing an MBA program part time, I was finding time to travel and I was in a relationship and raising 2 teenage stepsons. And I was training for marathons. And in all honesty, the marathon training actually boosted my energy so I could excel in my personal and professional life at the time. The running also gave me Brain-power and strong mental clarity.</w:t>
      </w:r>
    </w:p>
    <w:p w14:paraId="7E7D9261" w14:textId="77777777" w:rsidR="00C03725" w:rsidRDefault="00000000">
      <w:pPr>
        <w:jc w:val="both"/>
      </w:pPr>
      <w:r>
        <w:t>Gaining mental clarity in my addictionto running really helped me to literally run and work on all cylinders. There's always the weight of life’s extenuating issues to the body, and on your mind So, whether it's just a heavy workload, or if I had a long, hard day, and, obviously, over tired, I have to push myself out the door. I was an evening runner. While some people prefer to run in the morning as it gives you the energy to get through the day.</w:t>
      </w:r>
    </w:p>
    <w:p w14:paraId="32658AFA" w14:textId="77777777" w:rsidR="00C03725" w:rsidRDefault="00000000">
      <w:pPr>
        <w:jc w:val="both"/>
      </w:pPr>
      <w:r>
        <w:t>I find it much harder to run in the evening though after a long hard day. If you miss that morning, run, and then you think, Oh, I'm going to go out for a run tonight, and then you've got a commute home and it’s so easy to hit the couch, because as soon as you sit down, it's over, or as soon as you have a meal, you're not going back out. So the mental fortitude to be able to push through all of that pressure and if you’ve got family, that’s another pressure pulling in different directions. And so, you've got to make time for it.</w:t>
      </w:r>
    </w:p>
    <w:p w14:paraId="7C91567C" w14:textId="77777777" w:rsidR="00C03725" w:rsidRDefault="00000000">
      <w:pPr>
        <w:jc w:val="both"/>
      </w:pPr>
      <w:r>
        <w:t xml:space="preserve">I recall a few years ago meeting someone in Lake Place who was there to compete in the Lake Placid Ironman. He and his wife had four children and the husband who was training would get up at four in the morning to do his Ironman workouts. Not only is that extreme dedication </w:t>
      </w:r>
      <w:r>
        <w:lastRenderedPageBreak/>
        <w:t>but you also need to strong support of your spouse and the understanding even of your children. That is just as hard as the training work itself.</w:t>
      </w:r>
    </w:p>
    <w:p w14:paraId="6EAFBFB1" w14:textId="77777777" w:rsidR="00C03725" w:rsidRDefault="00000000">
      <w:pPr>
        <w:jc w:val="both"/>
      </w:pPr>
      <w:r>
        <w:t>So for me, running is my identity. It’s who I really am, among all of the different roles that I play in life. I am a runner first and I have to meet that obligationto myself. Yes, it can be an addiction and little bit OCD because I'm all in. It's a lifestyle. It what that's I do.</w:t>
      </w:r>
    </w:p>
    <w:p w14:paraId="6759D1D3" w14:textId="77777777" w:rsidR="00C03725" w:rsidRDefault="00000000">
      <w:pPr>
        <w:jc w:val="both"/>
      </w:pPr>
      <w:r>
        <w:t>I don't belong to a dart League. I don't belong to a bowling league. Those are someone else’s community, their tribe. I belong to a much larger tribe, the running community. Whenever I travel, I’m always looking for a race to enter, any distance. Even if it's a local walk/run 5k or a fundraising drive for a local cause, I like to jump in for the fun and I always meet amazing people.</w:t>
      </w:r>
    </w:p>
    <w:p w14:paraId="7BD37479" w14:textId="77777777" w:rsidR="00C03725" w:rsidRDefault="00000000">
      <w:pPr>
        <w:jc w:val="both"/>
      </w:pPr>
      <w:r>
        <w:t>And I can say pretty much every holiday or vacation, I need to do an event, and it’s also a good way to see a city as well. You want to learn about a city and see it up close? Run it when you get there. And I'll always do that, whether or not I'm in a city to participate in a run, or I'll just run it. I was just in New York City a few weeks ago, I ran through the city streets into Central Park. When I went to Warsaw, Poland with a run friend. The first thing we did was to go for a run around the city. And then I have this vivid picture now still on Warsaw</w:t>
      </w:r>
    </w:p>
    <w:p w14:paraId="7A284A94" w14:textId="77777777" w:rsidR="00C03725" w:rsidRDefault="00000000">
      <w:pPr>
        <w:jc w:val="both"/>
      </w:pPr>
      <w:r>
        <w:t>So back to the mental, is my running an addiction? Do I really have an addictive personality disorder? I don't know, I'm undiagnosed, but definitely, there's addictions in my family. But I think that most people have some sort of an addictive type of personality, or at least a laser focus. So is it clinical OCD or just being obsessively, compulsively focused onto something.</w:t>
      </w:r>
    </w:p>
    <w:p w14:paraId="76C1FD15" w14:textId="77777777" w:rsidR="00C03725" w:rsidRDefault="00000000">
      <w:pPr>
        <w:jc w:val="both"/>
      </w:pPr>
      <w:r>
        <w:t>So there's a lot worse things to be addicted to than running. I could be traveling around the world going to pubs and sampling beers of the world as mentioned earlier. And I know people that do that, but that’s not the life for me. I'm looking at it from a physical health, I want to be physically healthy. I want to live a long healthy life. S not taking any meds. I just take my vitamins and supplements and eat healthy and then the other is, you know, the mental.</w:t>
      </w:r>
    </w:p>
    <w:p w14:paraId="0B170F6F" w14:textId="77777777" w:rsidR="00C03725" w:rsidRDefault="00000000">
      <w:pPr>
        <w:jc w:val="both"/>
      </w:pPr>
      <w:r>
        <w:t>Breathing pure oxygen is a necessity of life. And so any daily workout, even 20 to 30 minutes minimum for exercise, even walking keeps us healthy. So running is an even more higher intensity training and you definitely receive a far greater return on time invested. It is a sport where you may get injured from time time. And I can't count how tmany people I've talked to that say things like, I can't run; my knees, I can't run, my back, I can't because of this… I can’t because of that…</w:t>
      </w:r>
    </w:p>
    <w:p w14:paraId="0EB7D218" w14:textId="77777777" w:rsidR="00C03725" w:rsidRDefault="00000000">
      <w:pPr>
        <w:jc w:val="both"/>
      </w:pPr>
      <w:r>
        <w:t>And I feel for them actually and will respond by asking if they can ride a bike. Or go to a gym to spin or set up a bike trainer and cycle, then spin, do something…walk whatever it is, at least you're doing something. But don't give up your physical life. And I've had most injuries that plague runners from Achilles tendinitis to piriformis, back issues to IT band pulls. I've had Patellar Tendonitis.. fortunately I’ve never had a torn meniscus which is a knee injury, but many of my running friends have. But eventually you will heal. So I know when I’m down with an injury, this too shall pass and in a few weeks to a month or two, I am back at it.</w:t>
      </w:r>
    </w:p>
    <w:p w14:paraId="3D03A21C" w14:textId="77777777" w:rsidR="00C03725" w:rsidRDefault="00000000">
      <w:pPr>
        <w:jc w:val="both"/>
      </w:pPr>
      <w:r>
        <w:lastRenderedPageBreak/>
        <w:t>As an OCD runnier, I know I obsess and talk about running and it must drive some people crazy. Especially because I tend to talk about running a lot. I remember during my peak running periods, my Company President was walking around the office introducing somebody and they stopped outside my office. "Oh, this is Gene and he runs marathons." And the person asked me, "how many marathons have you run?" And I answered “this year?”, and I said I’ve run 12. And he looked at me and reiterated “this year?”. And as I shook my head yes, I saw them both glaze over, it did not compute, and they just walked away. I laughed so hard to myself.</w:t>
      </w:r>
    </w:p>
    <w:p w14:paraId="4F6ED946" w14:textId="77777777" w:rsidR="00C03725" w:rsidRDefault="00000000">
      <w:pPr>
        <w:jc w:val="both"/>
      </w:pPr>
      <w:r>
        <w:t>One thing about the mental health benefits of running that I’ve observed. When I was part of the Running Room club in Canada, they were lot of women that just had babies. And would join a “learn to run” clinic or a 5k clinic. It would get them out with other like-minded women, to help get them back into shape and start to regain their confidence perhaps after putting on baby weight. And I believed it really helped them postpartum, as it rebalanced their hormones and mental states. Another option for new parents that I see often as well are husbands and wives purchasing run baby strollers. I love seeing someone pushing a young child. I can’t imagine the thrill the baby must be feeling, the bonding with a parent and the health benefit and fresh air for both the parent and the baby.</w:t>
      </w:r>
    </w:p>
    <w:p w14:paraId="6A9228BF" w14:textId="77777777" w:rsidR="00C03725" w:rsidRDefault="00000000">
      <w:pPr>
        <w:jc w:val="both"/>
      </w:pPr>
      <w:r>
        <w:t>I remember one other lady in my neighborhood who ran every day with two dogs strapped to her waist, one on each side, pushing one on those big running strollers. And when she was expecting, she had her baby bump. And she just had a bigger leash for the dogs, and she was still running.</w:t>
      </w:r>
    </w:p>
    <w:p w14:paraId="04320AD2" w14:textId="77777777" w:rsidR="00C03725" w:rsidRDefault="00000000">
      <w:pPr>
        <w:jc w:val="both"/>
      </w:pPr>
      <w:r>
        <w:t>I also recall a woman that ran eight months into her pregnancy and then I recall within a few weeks of giving birth, her doctor gave her the green light and se was back running. And in my close local tribe of running friends, all of them live athletic lifestyles. And they’ve instilled that in their children as well.</w:t>
      </w:r>
    </w:p>
    <w:p w14:paraId="0ED5CF31" w14:textId="77777777" w:rsidR="00C03725" w:rsidRDefault="00000000">
      <w:pPr>
        <w:jc w:val="both"/>
      </w:pPr>
      <w:r>
        <w:t>Metabolism</w:t>
      </w:r>
    </w:p>
    <w:p w14:paraId="3B7A476B" w14:textId="77777777" w:rsidR="00C03725" w:rsidRDefault="00000000">
      <w:pPr>
        <w:jc w:val="both"/>
      </w:pPr>
      <w:r>
        <w:t>One challenge for runners is that many think that because you run, you can eat all you want. Running does not give you liberty to really eat everything you think you can, but you can certainly consume a lot more food if you're burning calories. But there's also a caveat with that, because I have seen this as well, people running and training at much shorter distances or slower paces and thinking they can eat more because they worked out. Well the fact is if you run slow for 30 minutes, or even walk a 30 minute run-walk, you may burn maybe 200 or 300 calories at that pace, or maybe less,. And then they go to a coffee bar to celebrate their workout. So they’ll order coffee and lattes, frappuccino, mocha, javas and a large muffin and consume 800 calories. And wonder why they never did lose weight or see progress with their fitness or endurance.</w:t>
      </w:r>
    </w:p>
    <w:p w14:paraId="5D12ABB0" w14:textId="77777777" w:rsidR="00C03725" w:rsidRDefault="00000000">
      <w:pPr>
        <w:jc w:val="both"/>
      </w:pPr>
      <w:r>
        <w:t xml:space="preserve">And I see the same thing at the gym. I just recently went back to the gym, and I saw somebody there that I hadn't seen since Covid. He was always a larger guy but he goes to the gym every </w:t>
      </w:r>
      <w:r>
        <w:lastRenderedPageBreak/>
        <w:t>day. And now he looks larger than he did before Covid. So obviously he's not eating the right food. And not working out at any level to get in better fitness shape.</w:t>
      </w:r>
    </w:p>
    <w:p w14:paraId="30515448" w14:textId="77777777" w:rsidR="00C03725" w:rsidRDefault="00000000">
      <w:pPr>
        <w:jc w:val="both"/>
      </w:pPr>
      <w:r>
        <w:t>Miserable Conditions</w:t>
      </w:r>
    </w:p>
    <w:p w14:paraId="3B1B23BA" w14:textId="77777777" w:rsidR="00C03725" w:rsidRDefault="00000000">
      <w:pPr>
        <w:jc w:val="both"/>
      </w:pPr>
      <w:r>
        <w:t>One other thing that works for me to be a stronger physical and mental runner is running in miserable weather. I don't love running in the rain, but I can enjoy a warm rain if it starts raining while I’m out running. And all my years of running and training all winter and running outside, three hours on Sundays,, it takes a lot of mental fortitude and strength.</w:t>
      </w:r>
    </w:p>
    <w:p w14:paraId="1B365AAF" w14:textId="77777777" w:rsidR="00C03725" w:rsidRDefault="00000000">
      <w:pPr>
        <w:jc w:val="both"/>
      </w:pPr>
      <w:r>
        <w:t>And then trying to do long runs on a treadmill, or the “dreadmill” as it’s sometimes referred to., I do sort of enjoy it although many people hate the treadmill. I'm fortunate to have bought a used professional treadmill that had been in a gym. I found someone online that refurbishes them and replaces the motor and the tread. For anyone that is serious about training hard and in your home gym, I would recommend getting the most expensive one you can afford because you'll use it more if it's a good one. But if you’re training for ultras, five, six hours kind of running, you're not going to do it on a treadmill.</w:t>
      </w:r>
    </w:p>
    <w:p w14:paraId="0F41A353" w14:textId="77777777" w:rsidR="00C03725" w:rsidRDefault="00000000">
      <w:pPr>
        <w:jc w:val="both"/>
      </w:pPr>
      <w:r>
        <w:t>Running Hurt</w:t>
      </w:r>
    </w:p>
    <w:p w14:paraId="64236005" w14:textId="77777777" w:rsidR="00C03725" w:rsidRDefault="00000000">
      <w:pPr>
        <w:jc w:val="both"/>
      </w:pPr>
      <w:r>
        <w:t>One of the things that I am a supporter of is never running injured. And if you do feel like you may have seriously injured yourself either in a race or in a run, I suggest stopping and assessing what has happened. I always recommend asking yourself the following - Are you hurt? Or are you injured? If you're hurt, everybody's hurting, don't stop because you're just hurting. Yes it’s painful sometimes in a deep to the bone sort of way, but you know you can still carry on. But if you're injured, absolutely stop. If you've twisted an ankle or broke your foot or something else that may be serious stop. If you fell and you're bleeding profusely, obviously stop and get medical attention. You don't want to run through an injury because it will only compound and will likely lead to an even more serious injury.</w:t>
      </w:r>
    </w:p>
    <w:p w14:paraId="3C279AD9" w14:textId="77777777" w:rsidR="00C03725" w:rsidRDefault="00000000">
      <w:pPr>
        <w:jc w:val="both"/>
      </w:pPr>
      <w:r>
        <w:t>I have done that and I paid for it dearly. I ran two double-double weekends where I ran two ultra-marathons back to back for two weekends in a row. One of the courses was on a very rocky course. And I twisted my ankle. I knew I was injured by kept running. After the two weekends, I realized I had ruptured a tendon on the inside of my left foot. For week’s I wasn't barely able to walk on it. After a few months I was able to start running again. However I couldn’t run fast or it would just inflame and really start to hurt. I joked that it only hurt 50% of the time as it was only my left ankle. I had that injury for about 3 years. It didn’t hurt when I walked or slept so never thought about it until I began to run. I gained weight during that period as I couldn’t work out to a higher intensity. So the extra weight just exacerbated the injury.</w:t>
      </w:r>
    </w:p>
    <w:p w14:paraId="566C5A69" w14:textId="77777777" w:rsidR="00C03725" w:rsidRDefault="00000000">
      <w:pPr>
        <w:jc w:val="both"/>
      </w:pPr>
      <w:r>
        <w:t xml:space="preserve">Years later I still recall that injury but fortunately I was able to heal. But it still lingers in the back of my mind because at the time I thought my serious running career was over. This is who I am, this is what I am, a runner. To not be able to run would have just destroyed by self esteem. Fortunately today I am mostly injury free. And whenever I feel any twinge of a potential injury, I stop running immediately. It happened a few weeks ago about 2 km’s from </w:t>
      </w:r>
      <w:r>
        <w:lastRenderedPageBreak/>
        <w:t>my home. I felt a quad spasm coming on. I immediately stopped, turned off my Garmin watch and leisurely strolled home, smelling the roses and enjoying a nice slow walk.</w:t>
      </w:r>
    </w:p>
    <w:p w14:paraId="15D55759" w14:textId="77777777" w:rsidR="00C03725" w:rsidRDefault="00000000">
      <w:pPr>
        <w:jc w:val="both"/>
      </w:pPr>
      <w:r>
        <w:t>I can say with almost certainty that anyone who pushes through with an injury ends up with a major injury. It's basically stupid anyway, in the moment, you think, Oh, I can finish, I'll get through this, but I've learned the hard way. And in my wisdom, and the lesson is also, if I start running, and if I'm just not feeling it, I’ll just turn around go back home. Because I don't want to be in a place where I can't run ever again.</w:t>
      </w:r>
    </w:p>
    <w:p w14:paraId="3484A5B5" w14:textId="77777777" w:rsidR="00C03725" w:rsidRDefault="00000000">
      <w:pPr>
        <w:jc w:val="both"/>
      </w:pPr>
      <w:r>
        <w:t>Running truly is about learning from every race, every training run, every experience. And listening to your mind and your body. Of course the mind has a lot of control over your body. But again, as I’ve said before, running is 0% mental, 90% physical. Because mentally you can't fake it a marathon or trick yourself into running one. You still have to do the physical work. You've got to do the preparation, you’ve got to do the training, otherwise it’s garbage in, garbage out.</w:t>
      </w:r>
    </w:p>
    <w:p w14:paraId="5FD5E951" w14:textId="77777777" w:rsidR="00C03725" w:rsidRDefault="00000000">
      <w:pPr>
        <w:jc w:val="both"/>
      </w:pPr>
      <w:r>
        <w:t>And so if you aren't trained, and you go out and try to run a marathon, and you're only at a 10k level you will struggle, you may get injured, you most likely won’t finish. Well, you might but you will hurt like hell. I remember a running friend telling me he was going to run a 3:30 marathon. But he was never running a pace anywhere near a pace to run a 3:30 marathon. He was training much closer to a 4 hour pace and of course he finished around the 4 hour mark. So if you are training at a pace, that's a four hour pace. You don't even know what it feels like to run at a 3 and a half hour pace. At the time, that you're running at, like to say a six minute, kilometer run paced. You’ve got to run a steady 530s to run three and a half hours. I said, you've never even you know, I don't want to tell you, what you're capable of, but you've never even trained at that level, you will not be successful.</w:t>
      </w:r>
    </w:p>
    <w:p w14:paraId="2C64BD17" w14:textId="77777777" w:rsidR="00C03725" w:rsidRDefault="00000000">
      <w:pPr>
        <w:jc w:val="both"/>
      </w:pPr>
      <w:r>
        <w:t>Nutrition</w:t>
      </w:r>
    </w:p>
    <w:p w14:paraId="2FB6EE14" w14:textId="77777777" w:rsidR="00C03725" w:rsidRDefault="00000000">
      <w:pPr>
        <w:jc w:val="both"/>
      </w:pPr>
      <w:r>
        <w:t>I was just coaching a runner a years ago. Recently he ran in the Chicago Marathon we had a long chat about nutrition and he said he's had a couple of bad marathon experiences lately and he is like what do I got to do? And so we're like, what went wrong? What did you do the last time? So it's no different with having like a debrief after a board meeting or something, you have a brainstorm session, right? And we're going to, whatever, we're going to create a new sales plan. What did we do before? What worked? What didn't work? How are we going to? What do we need to do to improve it?</w:t>
      </w:r>
    </w:p>
    <w:p w14:paraId="17D83D20" w14:textId="77777777" w:rsidR="00C03725" w:rsidRDefault="00000000">
      <w:pPr>
        <w:jc w:val="both"/>
      </w:pPr>
      <w:r>
        <w:t>And so you're constantly analyzing, and if you're, depends on how heavy you are in your interest. I'm moderately heavy into that, I track everything. And I kind of go back and look, I don't micro, you know, how many grams of carbs am I putting in my body? I'm not that analytical? But I know, my heart rates. I know enough. I think I'm definitely above average, but I'm not an expert.</w:t>
      </w:r>
    </w:p>
    <w:p w14:paraId="5DADAF84" w14:textId="77777777" w:rsidR="00C03725" w:rsidRDefault="00000000">
      <w:pPr>
        <w:jc w:val="both"/>
      </w:pPr>
      <w:r>
        <w:t xml:space="preserve">I've got another run friend that’s had a double knee replacement. And he's running 50k trail runs. And he was telling me someone asked what his doctor said about that. the doctor says, I don't know, can you, do it? He didn’t know anyone that had tried that before. You know, </w:t>
      </w:r>
      <w:r>
        <w:lastRenderedPageBreak/>
        <w:t>there's not a lot of people that have double knee replacements that are runners. Let alone he's an ultra-marathon runner with double knee replaced. So, the doctor said why not, let’s see what happens. And he’s still running 50km ultra marathons.</w:t>
      </w:r>
    </w:p>
    <w:p w14:paraId="6B335250" w14:textId="77777777" w:rsidR="00C03725" w:rsidRDefault="00000000">
      <w:pPr>
        <w:jc w:val="both"/>
      </w:pPr>
      <w:r>
        <w:t>So running is sometimes like the four-minute mile. Years ago everyone said, it’s impossible to run a four-minute mile, you're going to die. Well, we know now that that's not true. But at the time, that's what everybody believed. And Roger Banister worked at it and said, let me try it. And if I die, I die. But we don't know until I try it. And he was the first human to run a four-minute mile. For me, that’s the fun part of running. When somebody says, you can't do it. I love when someone tries to tell me that. Oh, yeah, you want to see me?</w:t>
      </w:r>
    </w:p>
    <w:p w14:paraId="2AE9AE77" w14:textId="77777777" w:rsidR="00C03725" w:rsidRDefault="00000000">
      <w:pPr>
        <w:jc w:val="both"/>
      </w:pPr>
      <w:r>
        <w:t>Coaching</w:t>
      </w:r>
    </w:p>
    <w:p w14:paraId="61D6D82E" w14:textId="77777777" w:rsidR="00C03725" w:rsidRDefault="00000000">
      <w:pPr>
        <w:jc w:val="both"/>
      </w:pPr>
      <w:r>
        <w:t>I mentioned I’ve coached a few runners. Well, likely a lot more than a few with at least giving guidance, support. And a few years back I was asked to present running tips at the local Running Room store at various distance clinics. I trained on run etiquette, nutrition, race preparation – you name it. I presented it. I worked with a couple of guys, I worked with a friend Brian, who I coached to the Boston Marathon. He was a four-and-a-half-hour runner. He was able to get closer to a 3:15 marathon pace and qualified for Boston in a year and a half. I coached him but he was motivated and engaged. He did the hard work of course but it was extremely gratifying to help someone achieve a life long goal of running in the Boston marathon.</w:t>
      </w:r>
    </w:p>
    <w:p w14:paraId="0A304B75" w14:textId="77777777" w:rsidR="00C03725" w:rsidRDefault="00000000">
      <w:pPr>
        <w:jc w:val="both"/>
      </w:pPr>
      <w:r>
        <w:t>The Podium</w:t>
      </w:r>
    </w:p>
    <w:p w14:paraId="79CB8CCF" w14:textId="77777777" w:rsidR="00C03725" w:rsidRDefault="00000000">
      <w:pPr>
        <w:jc w:val="both"/>
      </w:pPr>
      <w:r>
        <w:t>Two weeks after running the Sulpher Springs 50 miler race 2006, I competed in the 2nd annual Lake Placid Marathon. I don’t recall how I even heard about this marathon but something compelled me to run it. It was this marathon also that I fell in love with Lake Placid and the Adirondack mountains and this would be my first trip to the region. It was the start of spending at least one week each summer either racing or training. And I just love Lake Placid to this day. It was one of my most favourite places to run, train, hike…breathe. It is a spectacular place in upstate New York in the heart of the Adirondack Mountains.</w:t>
      </w:r>
    </w:p>
    <w:p w14:paraId="10E5E214" w14:textId="77777777" w:rsidR="00C03725" w:rsidRDefault="00000000">
      <w:pPr>
        <w:jc w:val="both"/>
      </w:pPr>
      <w:r>
        <w:t>The Lake Placid marathon is not an easy race. The course undulates from a downtown start near the Olympic skating rink, out and back. I was just two weeks off of running a 50 mile race so I was in pretty strong condition. I always get an excited nervous energy at the start of any race and recall lining up right at the front. As the start gun rang out, there were 4 or 5 runners who sprinted ahead of me. I settled in at a moderately comfortable pace and stayed in the zone for the entire race, without having anyone pass me. I knew I ran well and was rewarded with a 6th place finish overall.</w:t>
      </w:r>
    </w:p>
    <w:p w14:paraId="5E1EDCED" w14:textId="77777777" w:rsidR="00C03725" w:rsidRDefault="00000000">
      <w:pPr>
        <w:jc w:val="both"/>
      </w:pPr>
      <w:r>
        <w:t xml:space="preserve">I had been on the podium before in other shorter distance races. To “podium” in running is to be in the top 3 of any run category, whether it is the top 3 runners of the race, top 3 men or top 3 women, or top in your age category. And age categories are typically in 5 year increments so ages 20 – 24, 25-29, 30 – 34 and so on. And some races will have top Masters with the Masters age of 50 and over for both men and women. So its always exciting to finish </w:t>
      </w:r>
      <w:r>
        <w:lastRenderedPageBreak/>
        <w:t>1, 2 or 3 in any category. And did I mention there are also prizes? And in big races, there can be money as prizes, free entry to the following years event, and typically an extra special medal or plaque as well.</w:t>
      </w:r>
    </w:p>
    <w:p w14:paraId="610E4AC2" w14:textId="77777777" w:rsidR="00C03725" w:rsidRDefault="00000000">
      <w:pPr>
        <w:jc w:val="both"/>
      </w:pPr>
      <w:r>
        <w:t>So when I finished 6th overall in the Lake Placid marathon, I had also finished 2nd overall in my age group category. Not too shabby! I didn’t podium for being in the top 3 overall, but I did get a plaque for finishing separate in my age group. And there is always a great feeling when they call your name and you step to the podium with the other top runners in your event, being handed your special recognition reward and of course having a photo taken. It is an exhilarating and humbling experience. And it is also a special reward for all the hard work, dedication and perseverance that goes into being a top contender in any run event.</w:t>
      </w:r>
    </w:p>
    <w:p w14:paraId="7C56EC6F" w14:textId="77777777" w:rsidR="00C03725" w:rsidRDefault="00000000">
      <w:pPr>
        <w:jc w:val="both"/>
      </w:pPr>
      <w:r>
        <w:t>Jay Mountain Marathon</w:t>
      </w:r>
    </w:p>
    <w:p w14:paraId="2DB9571C" w14:textId="77777777" w:rsidR="00C03725" w:rsidRDefault="00000000">
      <w:pPr>
        <w:jc w:val="both"/>
      </w:pPr>
      <w:r>
        <w:t>About 6 weeks after having made the podium in the Lake Placid Marathon, I took on another new challenge, the Jay Mountain Marathon. Back in 2006, this was the second year they were running this challenge. The run challenge was an add on from the Jay Mountain mountain bike event – a 12 hour long distance bike race through the mountainous region of Jay, Vermont.</w:t>
      </w:r>
    </w:p>
    <w:p w14:paraId="3A4F9F85" w14:textId="77777777" w:rsidR="00C03725" w:rsidRDefault="00000000">
      <w:pPr>
        <w:jc w:val="both"/>
      </w:pPr>
      <w:r>
        <w:t>Jay, Vermont is a winter paradise for skiers and I had a brother in law that lived in that region year round. We would go skiing at Jay and it was a breath-taking mountain and area. It is a very rustic area, not too far from? Vermont. There were covered bridges in the area, horse farms and of course, an amazing mountain for skiing. It was infamous for having 3 separate weather patterns that converge on the mountain so in the winter, they were guaranteed snow and to be open for skiing, by US Thanksgiving in late November. One of the only ski resorts that can boast and accomplish that.</w:t>
      </w:r>
    </w:p>
    <w:p w14:paraId="1BA77CB2" w14:textId="77777777" w:rsidR="00C03725" w:rsidRDefault="00000000">
      <w:pPr>
        <w:jc w:val="both"/>
      </w:pPr>
      <w:r>
        <w:t>So when I heard about the Jay Mountain Marathon challenge, I was in. I was also able to convince a few other friends of mine, Brian and Greg to join in the torture, I mean fun. I should mention first that this was not actually a marathon, but an ultra marathon as the distance was advertised as 31.6 miles, approximately 50km. However, after having finished it twice, I have distanced on GPS closer to 55km, but I digress.</w:t>
      </w:r>
    </w:p>
    <w:p w14:paraId="0367882B" w14:textId="77777777" w:rsidR="00C03725" w:rsidRDefault="00000000">
      <w:pPr>
        <w:jc w:val="both"/>
      </w:pPr>
      <w:r>
        <w:t>The first cool thing about this marathon was the registration waiver. It was the first marathon that I ran in that actually mentioned how dangerous it might be and it included the words “may cause death” in the registration waiver. Now that was a challenge for me! Who wouldn’t want to run in a race that could actually cause death. Well, at the time I thought it was a fun idea and so we all signed up for the challenge.</w:t>
      </w:r>
    </w:p>
    <w:p w14:paraId="35DF8262" w14:textId="77777777" w:rsidR="00C03725" w:rsidRDefault="00000000">
      <w:pPr>
        <w:jc w:val="both"/>
      </w:pPr>
      <w:r>
        <w:t xml:space="preserve">The race itself only ran for a few years but I was fortunate to have run it twice. So this first time running it was a real eye opener for us all. The race actually started with an uphill and then after a few short kilometres, tightened up to a single track through the forested foothills of Jay Mountain. To say it was a challenge was an understatement. Fortunately Brian and I were both well trained and had deep muscle depth so we were faring pretty well for much of </w:t>
      </w:r>
      <w:r>
        <w:lastRenderedPageBreak/>
        <w:t>the race and would play a lot of cat and mouse, whereby he would be ahead of me for a while and then I would pass him and so on and so on.</w:t>
      </w:r>
    </w:p>
    <w:p w14:paraId="5A99BC3F" w14:textId="77777777" w:rsidR="00C03725" w:rsidRDefault="00000000">
      <w:pPr>
        <w:jc w:val="both"/>
      </w:pPr>
      <w:r>
        <w:t>There were many challenging sections of the race where we had to literally climb along a rock face on the trail and then there were the river sections. Several times we would have to run in the local river upstream for up to 800 metres to get back onto the trail in the other side. Running in a river in running shoes was not easy. It was slimy and slippery and everyone was taking a fall now and again. But it was refreshing and fun in a sadistic way. We were having a blast.</w:t>
      </w:r>
    </w:p>
    <w:p w14:paraId="56D7A423" w14:textId="77777777" w:rsidR="00C03725" w:rsidRDefault="00000000">
      <w:pPr>
        <w:jc w:val="both"/>
      </w:pPr>
      <w:r>
        <w:t>The other cool section of the river run was a spot where the trail ended at the river and there was a rope that we had to use to repel across the river to the other side. I arrived at the river and Brian was just on my tail. We said hello to each other but in our competitive spirit, we were both eyeing each other to assess how the other was doing and feeling, can I beat Brian or is he stronger than me. Well I think I lingered too long because the next thing Brian had sidestepped me and jumped in the river to repel across before me. The bugger passed me and left me in the lurch again. Well that just motivated me to work even harder and soon I was passing him again.</w:t>
      </w:r>
    </w:p>
    <w:p w14:paraId="29C0B818" w14:textId="77777777" w:rsidR="00C03725" w:rsidRDefault="00000000">
      <w:pPr>
        <w:jc w:val="both"/>
      </w:pPr>
      <w:r>
        <w:t>The next challenge was Jay Mountain itself. However, before we would make our way to that part of the race, Greg was having a bigger struggle of his own. He later told us the fate of his race as he was hurting and suffering too much and decided he was going to “pull the pin” and not finish the race. There is one requirement for anyone that DNF’s or does not finish a race, to make sure you either make your way to the finish line to let the race director and staff know you are abandoning the race or tell an official along the course so they can let others know that you have dropped out. This is not just a courtesy, it is required so that the officials all know that you are not on the course and so they don’t send out a search party or think you may have been injured or worse. Especially on a course that has death in the waiver.</w:t>
      </w:r>
    </w:p>
    <w:p w14:paraId="61634157" w14:textId="77777777" w:rsidR="00C03725" w:rsidRDefault="00000000">
      <w:pPr>
        <w:jc w:val="both"/>
      </w:pPr>
      <w:r>
        <w:t>This happened to another friend of mine who was running in the Canadian Death Race a years ago. Yes, a race that actually has Death in the name! Well I have never done that event (yet) but it is world famous as a race through the Rocky Mountains in Alberta, Canada. So a few years ago a friend of mine was running that with another runner as they decided to stay together for safety as well as motivational support. After many hours of running and suffering together, the other runner decided he wanted to run ahead of my friend and just took off ahead of him along the trail. A few hours later, my friend got to the next aid station and inquired about the other runner, when did he pass through, what was his time, what was his condition? Well the aid station had no record of him coming through as they were recording all runners bib numbers to keep track of everyone on the course.</w:t>
      </w:r>
    </w:p>
    <w:p w14:paraId="37CE9187" w14:textId="77777777" w:rsidR="00C03725" w:rsidRDefault="00000000">
      <w:pPr>
        <w:jc w:val="both"/>
      </w:pPr>
      <w:r>
        <w:t xml:space="preserve">So this set off immediate alarm bells. The other runner was either still on the course (or off course) or could have been injured or any number of things could have happened to him. The aid station attendants immediately called the race director and they organized a search party for the other runner. They brought in the Canadian Forces and a helicopter, sent out rescue squads and a massive search was under way. Remember, this race has the words “death” in </w:t>
      </w:r>
      <w:r>
        <w:lastRenderedPageBreak/>
        <w:t>the name, the Canadian Death Race. Hours went by, my friend was frantic, the search party was frantic. And fortunately 4 hours later, the other runner was found safe in a small local town. He had abandoned the course and made his way on another trail to the town. He refreshed and a few hours later, made a call to his wife. And she had already been notified that her husband was missing.</w:t>
      </w:r>
    </w:p>
    <w:p w14:paraId="0AB1C99A" w14:textId="77777777" w:rsidR="00C03725" w:rsidRDefault="00000000">
      <w:pPr>
        <w:jc w:val="both"/>
      </w:pPr>
      <w:r>
        <w:t>What a disaster. My friend was so pissed, to say the least and think of all the other people that were involved in the search and rescue, only to find out he was relaxing comfortably, off the course. My friend’s motivation was quashed and he ended up not finishing and of course his friendship with the other runner ended. I’m not sure if he was fined or not for the cost of the rescue operation, as that often happens if its due to complete stupidity, but if he wasn’t, he should have been, in my opinion.</w:t>
      </w:r>
    </w:p>
    <w:p w14:paraId="618FDF73" w14:textId="77777777" w:rsidR="00C03725" w:rsidRDefault="00000000">
      <w:pPr>
        <w:jc w:val="both"/>
      </w:pPr>
      <w:r>
        <w:t>So back to Greg and his adventure in the Jay Mountain event. Greg was hurting too badly and decided he would make his way to the finish area as there was an opportunity along the course to head “home”. When Greg was getting closer to the finish area, he noticed a large commotion. He figured he would run down the finish chute of course, cross the finish line and immediately advise that he was abandoning, or not finishing the race. As he was running through the area, the early crowds were cheering for him and the race director came out to greet him. They had assumed he was the first runner to cross the finish line, let the celebrations begin. Well Greg realized this was obviously wrong as he had another 10 or 15km still to go if he was to actually continue. So he stopped at the finish and as the race director stuck out a hand to congratulate him, he said, “no, I’m DNF’ng”, “I’m not the winner”. Well with that, the race director pulled his hand away. So Greg had to take the humility of not finishing. But remember, a DNF is “Did Nothing Foolish” and I respect Greg to this day for knowing that it was far better to DNF than to become seriously injured or hurt.</w:t>
      </w:r>
    </w:p>
    <w:p w14:paraId="677C3C0E" w14:textId="77777777" w:rsidR="00C03725" w:rsidRDefault="00000000">
      <w:pPr>
        <w:jc w:val="both"/>
      </w:pPr>
      <w:r>
        <w:t>And back to Brian and I. We had completed a big part of the trail part of the race and we were faced with the biggest challenge, the climb to the Summit of Jay Mountain and back down. Of course, this was the Jay Mountain Marathon and the torture would not be complete with-out the mountain climb. We both arrived around the same time and looked up. The Mountain is one of the tallest and largest in Vermont. It was so high that we couldn’t see the top because it was covered in fog. And of course you cannot actually run that uphill, so we did a fast, hard, long, arduous up-hill slog towards the summit.</w:t>
      </w:r>
    </w:p>
    <w:p w14:paraId="2418D9E7" w14:textId="77777777" w:rsidR="00C03725" w:rsidRDefault="00000000">
      <w:pPr>
        <w:jc w:val="both"/>
      </w:pPr>
      <w:r>
        <w:t>What I do recall is summitting ahead of Brian. It was not easy and it was not a race against each other at all, just a race within ourselves to conquer the mountain. There was an aid station at the top as the gondola was working and it was quite an experience to finally make it. Of course that was only half the battle because we had the downhill to contend with next.</w:t>
      </w:r>
    </w:p>
    <w:p w14:paraId="686C2D36" w14:textId="77777777" w:rsidR="00C03725" w:rsidRDefault="00000000">
      <w:pPr>
        <w:jc w:val="both"/>
      </w:pPr>
      <w:r>
        <w:t xml:space="preserve">Running or even walking downhill is not as easy as you would think either. Your quads are screaming the entire time and it just plain hurts, especially after 25miles or so of already hard, technical trail running. So finishing the downhill section was just as challenging and exhilarating as the uphill mountain climb. I finally made it down through the switchbacks and was into the homestretch. It was just a few more miles to go and I managed to squeak out a </w:t>
      </w:r>
      <w:r>
        <w:lastRenderedPageBreak/>
        <w:t>little faster time than Brian. And there was Greg as well greeting us both at the finish. Greg told us all about his run and finish line fiasco and we all had quite a few laughs. And we continued to tell our Jay Mountain Marathon “war” stories to each other that night over a few beers at dinner. And to this day, we all still laugh and gloat about our first Jay Mountain Marathon challenge.</w:t>
      </w:r>
    </w:p>
    <w:p w14:paraId="190F5699" w14:textId="77777777" w:rsidR="00C03725" w:rsidRDefault="00000000">
      <w:pPr>
        <w:jc w:val="both"/>
      </w:pPr>
      <w:r>
        <w:t>A few months later, I was back at the starting line of my Haliburton Forest Ultra Marathon. I was now going to challenge myself to my longest run event ever, the 50 miler. I was still extremely strong that summer after completing the Jay Mountain Marathon and I kept myself in peak conditioning. I ran longer, harder and faster as I focused my training on the 50 mile distance. I really enjoyed my first experience in the Haliburton Forest of Ontario. The various race distances were organized by the amazing Helen, who was a legend in the ultra-marathon world of Ontario.</w:t>
      </w:r>
    </w:p>
    <w:p w14:paraId="7C79E739" w14:textId="77777777" w:rsidR="00C03725" w:rsidRDefault="00000000">
      <w:pPr>
        <w:jc w:val="both"/>
      </w:pPr>
      <w:r>
        <w:t>The Haliburton Forest area is a vast forest reserve in central Ontario. It is famous for the wolf den, an area of the forest park where they house a large group of wolves. It is quite the experience when camping in the public camping area reserved for the runners and hearing the wolves howling at night. Fortunately we felt safe as they were securely locked up. However, it is a forest and there are lots of other wild animals in the forest to contend with, so running there can be slightly unnerving, especially when running alone.</w:t>
      </w:r>
    </w:p>
    <w:p w14:paraId="6BA86606" w14:textId="77777777" w:rsidR="00C03725" w:rsidRDefault="00000000">
      <w:pPr>
        <w:jc w:val="both"/>
      </w:pPr>
      <w:r>
        <w:t>The way the Haliburton Forest Ultra marathon is set up is similar to most other ultra events. The longest distances start earliest with the 100 milers, the really crazy or really stupid people, I used to think, starting first at 6am. I was “only” running 50 miles so we were off second at 6:30am. Then there would be the 50km runners and some shorter distance (non-ultra) runs of 25km and 10km. Every distance was available, pick your poison.</w:t>
      </w:r>
    </w:p>
    <w:p w14:paraId="365ED8CF" w14:textId="77777777" w:rsidR="00C03725" w:rsidRDefault="00000000">
      <w:pPr>
        <w:jc w:val="both"/>
      </w:pPr>
      <w:r>
        <w:t>Since this was my second time running, I was moderately familiar with the much of the course. The first 25km was somewhat familiar in terms of where we would go out to but for the 50 milers, we ran through the trails to the 50km turnaround and had to keep running for another much longer sectionto our 50 mile turnaround. Coming back was also my first time on that extended section. I do recall there was a bit more wetness and water in sections on the course and it was very slippery in sections. You really had to be careful so I would take it as easy as possible, hoping not to get injured.</w:t>
      </w:r>
    </w:p>
    <w:p w14:paraId="6FB054F0" w14:textId="77777777" w:rsidR="00C03725" w:rsidRDefault="00000000">
      <w:pPr>
        <w:jc w:val="both"/>
      </w:pPr>
      <w:r>
        <w:t>I should also mention that because the 100 miler runners had left ahead of us, they were also on this section of the course. They would have to run the 50 mile course twice and would be taking anywhere from 20 hours to 30 hours to complete their run. Yes, they would be running all day and over-night, with many of them not finishing until the following mid-morning. See why I call them crazy? I only had to run 50 miles so should “only” take me somewhere up to 12 hours to complete. Of course, I wasn’t crazy, ok, maybe half crazy?</w:t>
      </w:r>
    </w:p>
    <w:p w14:paraId="5AB76FED" w14:textId="77777777" w:rsidR="00C03725" w:rsidRDefault="00000000">
      <w:pPr>
        <w:jc w:val="both"/>
      </w:pPr>
      <w:r>
        <w:t xml:space="preserve">Coming back through the 50 miler course in Haliburton really is quite spectacular actually and I really do love it, even if I am suffering and in lots of deep muscle agony. And because now there were the other distances also out on our course, I was seeing other runners coming </w:t>
      </w:r>
      <w:r>
        <w:lastRenderedPageBreak/>
        <w:t>towards me and some running the shorter distances passing me. There’s always respect for every runner on the course and most everyone will say something pleasant like “looking good” or at least a nod or wave out of mutual respect. Of course the odd runner may not say anything, but I always think they are most likely really suffering themselves so I still try to give them an encouraging word or two.</w:t>
      </w:r>
    </w:p>
    <w:p w14:paraId="4A4DB0F0" w14:textId="77777777" w:rsidR="00C03725" w:rsidRDefault="00000000">
      <w:pPr>
        <w:jc w:val="both"/>
      </w:pPr>
      <w:r>
        <w:t>The final section of the Haliburton races is the last run around McDonald Lake. I really enjoy this section and still do every time I’ve run this course. It’s about a 12km run around a beautiful, isolated lake. There are a few cottages or trailers along the roads that circle part of the lake, but for the most part, it’s extremely quiet and pristine. You can’t hear a pin drop, but you can hear the fish jump. The smells, the sun shining on it and the entire experience is always one of complete calmness and inner peace, even after having run over 40 miles already.</w:t>
      </w:r>
    </w:p>
    <w:p w14:paraId="2189B8DD" w14:textId="77777777" w:rsidR="00C03725" w:rsidRDefault="00000000">
      <w:pPr>
        <w:jc w:val="both"/>
      </w:pPr>
      <w:r>
        <w:t>One we have run around the lake, the last section is just as thrilling. There is one last aid station at the lake that at one time had a submarine launch. Yes, there are still railroad like tracks where one of the locals on the lake had kept a small personal submarine. I am having a little trouble recollecting if I had actually seen the submarine or just imagined it. But either way, it is super cool.</w:t>
      </w:r>
    </w:p>
    <w:p w14:paraId="3B85A950" w14:textId="77777777" w:rsidR="00C03725" w:rsidRDefault="00000000">
      <w:pPr>
        <w:jc w:val="both"/>
      </w:pPr>
      <w:r>
        <w:t>The last part of the race includes one last “jog” back into the forest for about 5-6km’s. Again, we are all suffering but also enjoying this run and this section. Partially knowing we are going to finish and also feeling the exhilaration of having run close to 50 miles. After completing the final forest section, the trail winds its way out of the forest onto the main road of the forest and we head back towards the finish line. It’s pretty much a straight road to the finish so you can see the finish line about 1 ½ kilometres ahead. Knowing that us runners can see the finish line also means that the crowd of well wishers waiting for us can see us, almost every runner seems to get a second wind. No matter how bad you are feeling, you certainly don’t want to do a “walk of shame” into the finish area.</w:t>
      </w:r>
    </w:p>
    <w:p w14:paraId="11BD304A" w14:textId="77777777" w:rsidR="00C03725" w:rsidRDefault="00000000">
      <w:pPr>
        <w:jc w:val="both"/>
      </w:pPr>
      <w:r>
        <w:t>So feeling that same resolve, I recall picking up my step ever so slightly and slowly and assuredly start to run (or at least jog) towards the finish. And the crowd of people at an ultra marathon never disappoint. Most either have family or friends running or have just completed the run ahead of me, or have run other ultra events and know the magnitude of the depth that everyone must dig to complete any run distance. And as I cross through the line, I get the biggest smile and feel another sense of pride and accomplishment as race director Helen puts my finishers medal over my head. I am an ultra-marathon runner.</w:t>
      </w:r>
    </w:p>
    <w:p w14:paraId="21F252A3" w14:textId="77777777" w:rsidR="00C03725" w:rsidRDefault="00000000">
      <w:pPr>
        <w:jc w:val="both"/>
      </w:pPr>
      <w:r>
        <w:t>Later that day, after recovering with some food and a nice long, warm shower, I set my folding chair up by the finish area with the other finishers. We shared our own personal stories of much of the drama that unfolded for each of us during our various runs. The good, the bad and the ugly. How we each had to dig deep into our inner self and soul and battle the run in our own personal journey. We cheered on all the other runners as they came through the finish line and those runners would later join us as well.</w:t>
      </w:r>
    </w:p>
    <w:p w14:paraId="68590331" w14:textId="77777777" w:rsidR="00C03725" w:rsidRDefault="00000000">
      <w:pPr>
        <w:jc w:val="both"/>
      </w:pPr>
      <w:r>
        <w:lastRenderedPageBreak/>
        <w:t>Because myself and my other run friends also knew some of the crazy 100 miler runners, we had chosen to camp a second night so we could be up early to cheer on the 100 milers as they made their way through in the early morning, some who would finish in the dark and others as the daylight approached. Being in the finish area of any race to me is always a think of beauty and a humbling experience. As runners come through, each has overcome so much, has trained so hard and has dug so deep. Everyone is a winner to me. And I think that there are two races that being at the finish is the most amazing; being at the finish area close to midnight at any Ironman event, which is close to the 17 hour cutoff time of the full Ironman. Meaning the athletes coming in at the end of the race have been out there for 17 full hours, pushing and persevering.</w:t>
      </w:r>
    </w:p>
    <w:p w14:paraId="39DC4FAF" w14:textId="77777777" w:rsidR="00C03725" w:rsidRDefault="00000000">
      <w:pPr>
        <w:jc w:val="both"/>
      </w:pPr>
      <w:r>
        <w:t>And to witness 100 miler ultra-marathon runners coming into the finish area after having been moving forward anywhere from 18 hours to 30 hours in some events, or even longer.</w:t>
      </w:r>
    </w:p>
    <w:p w14:paraId="53E9C118" w14:textId="77777777" w:rsidR="00C03725" w:rsidRDefault="00000000">
      <w:pPr>
        <w:jc w:val="both"/>
      </w:pPr>
      <w:r>
        <w:t>So as the 100 milers came in through the Haliburton Forest finish area, I don’t know who was prouder, me or each runner. And after each of the 100 milers would finish, they too would freshen up and join us all at the finish to cheer on the stragglers, the back of the packers, the final finishers of this most amazing feat of personal strength.</w:t>
      </w:r>
    </w:p>
    <w:p w14:paraId="49A18B5D" w14:textId="77777777" w:rsidR="00C03725" w:rsidRDefault="00000000">
      <w:pPr>
        <w:jc w:val="both"/>
      </w:pPr>
      <w:r>
        <w:t>There was one particular story that stuck with me that was told to us first hand from one of the 100 miler runners that next morning. Remember that the Haliburton Forest is an open forest preserve in a huge swath of land, there are wild animals in additionto wolves. There are deer of course, racoons, porcupine, rabbits, squirrels, chipmunks and of course an abundance of fish in the lakes. But there are also brown bears.</w:t>
      </w:r>
    </w:p>
    <w:p w14:paraId="556C39DD" w14:textId="77777777" w:rsidR="00C03725" w:rsidRDefault="00000000">
      <w:pPr>
        <w:jc w:val="both"/>
      </w:pPr>
      <w:r>
        <w:t>The brown bears in Ontario are fortunately vegetarian as they forest for nuts and berries. However, they are still bears and are one of earth’s most intimidating creatures. Well one of the women that was running in the 100 milers was telling us of her encounter with one of these nocturnal creatures during her run. She told us how she was running through the night on one of the trails with her headlamp on and she came face to face with a bear. Now we didn’t ask how big or any other details, as any bear is too big to come upon that close. So we asked her what happened. And in a trembling voice, she said that she had stopped and immediately dropped to her knees and start to basically sob, losing all control. Thankfully the bear was likely just as scared as she was and it just sauntered off the trail into the woods. Of course the runner waited a while (probably a long while) and with knees shaking and her adrenaline completely drained, continued through the night on run, acutely aware of every noise and crackle in the woods that she heard. She will never forget her encounter and once again reminds us of some of the danger (and beauty) of running a trail run.</w:t>
      </w:r>
    </w:p>
    <w:p w14:paraId="33F4AD46" w14:textId="77777777" w:rsidR="00C03725" w:rsidRDefault="00000000">
      <w:pPr>
        <w:jc w:val="both"/>
      </w:pPr>
      <w:r>
        <w:t>Respect Your Elders</w:t>
      </w:r>
    </w:p>
    <w:p w14:paraId="4CA8360A" w14:textId="77777777" w:rsidR="00C03725" w:rsidRDefault="00000000">
      <w:pPr>
        <w:jc w:val="both"/>
      </w:pPr>
      <w:r>
        <w:t xml:space="preserve">Two weeks later after running the Haliburton Forest 50 milers, I was back at the starting line for my second Toronto Scotiabank Waterfront Marathon. I was at a place where there wasn’t a marathon or race I didn’t like, so I felt compelled to sign up again and againto the same marathons. And once again, the Scotiabank Marathon didn’t disappoint. I was really feeling </w:t>
      </w:r>
      <w:r>
        <w:lastRenderedPageBreak/>
        <w:t>strong after coming off the 50 miler so a marathon distance didn’t seem quite that long to me at that time.</w:t>
      </w:r>
    </w:p>
    <w:p w14:paraId="6C2DEEC7" w14:textId="77777777" w:rsidR="00C03725" w:rsidRDefault="00000000">
      <w:pPr>
        <w:jc w:val="both"/>
      </w:pPr>
      <w:r>
        <w:t>I had a good solid run and finished 91st out of over 1900 runners with a time of 3:09:26. That was in the top 1% and I was feeling elated. However, there was another runner that I want to talk about that was by far one of the most inspiring runners of all time, Ed Whitlock. Ed Whitlock, was one of the world’s greatest marathon runners who also resided in Toronto. Ed really deserves an entire chapter in this book as he was truly remarkable. Sadly, he is no longer with us. But that day in 2006, I was witness to a world record.</w:t>
      </w:r>
    </w:p>
    <w:p w14:paraId="392E3DA2" w14:textId="77777777" w:rsidR="00C03725" w:rsidRDefault="00000000">
      <w:pPr>
        <w:jc w:val="both"/>
      </w:pPr>
      <w:r>
        <w:t>I felt pretty strong that day and was running at a solid pace. I always tended to go out a bit fast and had a lofty goal of running a 3 hour or better time. I ran through the half at just around 1 and half hours but I started to gradually slow down and settled in for the second half at a more moderate pace. As I was running in the out and back section of the race, I was hearing the crowds cheering for someone of celebrity stature, and soon realized, it was Ed Whitlock coming closer towards me as he was still on the out portion and I was already through the turnaround at around 30k and heading back towards downtown Toronto.</w:t>
      </w:r>
    </w:p>
    <w:p w14:paraId="3DFF34B6" w14:textId="77777777" w:rsidR="00C03725" w:rsidRDefault="00000000">
      <w:pPr>
        <w:jc w:val="both"/>
      </w:pPr>
      <w:r>
        <w:t>I recall thinking that I was pretty proud that I was ahead of Ed, afterall he was 75 years old. Who can’t beat a 75 year old in a run, right? Well, I was about to be seriously humbled by the man, the legend, Ed Whitlock.</w:t>
      </w:r>
    </w:p>
    <w:p w14:paraId="02960130" w14:textId="77777777" w:rsidR="00C03725" w:rsidRDefault="00000000">
      <w:pPr>
        <w:jc w:val="both"/>
      </w:pPr>
      <w:r>
        <w:t>With about 6km’s left in the race, I could hear the noise of the crowds behind me getting louder and closer. Ed was closing in on me. I really had not much more in the tank but did try to step my game up and did the best I really could. But it was to no avail as Ed was soon gaining on me. And then it happened. With only a few kilometres left to go, Ed Whitlock glided past me, almost effortlessly. It was a spectacle to watch and if I wasn’t running myself, I would have bowed in respect to one of the greatest runners of at least, my running career.</w:t>
      </w:r>
    </w:p>
    <w:p w14:paraId="4FB84476" w14:textId="77777777" w:rsidR="00C03725" w:rsidRDefault="00000000">
      <w:pPr>
        <w:jc w:val="both"/>
      </w:pPr>
      <w:r>
        <w:t>To see Ed in person was always inspiring. I had met him a few times at run expos and at other runs, had spoken with him a half dozen times, and was always inspired. He had flowing grey hair, a bit long, a shallow sunken face and was extremely on the thin, almost gaunt, size. But looks are deceiving as he was still one of the fastest runners in the world and had started breaking world records from the age of 60 on. And here is was, in the flesh, literally, passing me.</w:t>
      </w:r>
    </w:p>
    <w:p w14:paraId="6B273B48" w14:textId="77777777" w:rsidR="00C03725" w:rsidRDefault="00000000">
      <w:pPr>
        <w:jc w:val="both"/>
      </w:pPr>
      <w:r>
        <w:t>As Ed glided past me, the crowds were electric. Of course, that gave me a boost and I did my best to keep pace with Ed, albeit, slightly behind him. Of course, I told myself I was giving him space and “letting” him pass me. In reality, he was kicking my ass. Yes, this meek, quiet, unassuming grey haired gentlemen was running his best race ever at 75 years old and was closing in on the finish line. It was funny and ironic in a way as well as I was feeling so proud to witness history. And as Ed crossed the line ahead of me, there was a media scrum that ran towards him as well as the race director and various other dignitaries.</w:t>
      </w:r>
    </w:p>
    <w:p w14:paraId="5B1A36E2" w14:textId="77777777" w:rsidR="00C03725" w:rsidRDefault="00000000">
      <w:pPr>
        <w:jc w:val="both"/>
      </w:pPr>
      <w:r>
        <w:t xml:space="preserve">As I finished just behind Ed, I stepped off to the side of the finish line and lingered for a few minutes watching the media frenzy to take photos and interview greatness. It was an amazing </w:t>
      </w:r>
      <w:r>
        <w:lastRenderedPageBreak/>
        <w:t>moment and I still recall a slight twinge of jealousy almost, what about me? Hey, I’m over here. But I was witness to a world marathon record by 75 year old Ed Whitlock who finished in a time of 3:08:34. My time was 3:09:32, just under 1 minute behind Ed.</w:t>
      </w:r>
    </w:p>
    <w:p w14:paraId="17B87484" w14:textId="77777777" w:rsidR="00C03725" w:rsidRDefault="00000000">
      <w:pPr>
        <w:jc w:val="both"/>
      </w:pPr>
      <w:r>
        <w:t>That was truly a remarkable day and experience to have witnessed greatness. What other sport can you compete in that you get to run with world record holders and such world famous runners and athletes? You don’t get to play basketball with pro basketball players and you don’t get to place baseball or soccer with pro athletes. But as a runner, we get to run in the same field as some of the greatest run athletes of our time.</w:t>
      </w:r>
    </w:p>
    <w:p w14:paraId="1A5A9B76" w14:textId="77777777" w:rsidR="00C03725" w:rsidRDefault="00000000">
      <w:pPr>
        <w:jc w:val="both"/>
      </w:pPr>
      <w:r>
        <w:t>There was one other thing that struck me as remarkable about running with Ed Whitlock and being humbled by the man. His run stride and cadence. I had seen him the first time as I was running back towards downtown Toronto after the turnaround as he was still behind me. He looked solid, his run cadence absolutely perfect and his stride steady and even. And when he caught up to me and passed me, he had that same exact pace, stride and cadence. Just perfect. And watching him for the last several kilometres, it struck me that he had run that entire race at the same tempo, same speed and same cadence. Like a metronome. Perfection.</w:t>
      </w:r>
    </w:p>
    <w:p w14:paraId="210AB77D" w14:textId="77777777" w:rsidR="00C03725" w:rsidRDefault="00000000">
      <w:pPr>
        <w:jc w:val="both"/>
      </w:pPr>
      <w:r>
        <w:t>I recall quite a few years meeting Bill Rodgers in Boston during one of the Boston Marathons that I was running in. Bill Rodgers was also a run legend, having won the Boston marathon 4 times and the New York City Marathon also 4 times. A true legend. And his brother owned a run store in the Boston Commons. I was in there a few days before the marathon and Bill was there. I struck a conversation with Bill Rodgers and asked him for Boston Marathon advice. How do I beat one of the hardest and most competitive marathons in the world. And Bill’s advice was “even splits”. You have to run it perfectly even at the same “per mile or km pace” for every mile of the race. And that was Ed’s secret. Ed ran perfect km pace almost every run.</w:t>
      </w:r>
    </w:p>
    <w:p w14:paraId="332E0409" w14:textId="77777777" w:rsidR="00C03725" w:rsidRDefault="00000000">
      <w:pPr>
        <w:jc w:val="both"/>
      </w:pPr>
      <w:r>
        <w:t>I want to add that Ed Whitlock, who resided in Toronto, also ran his training runs to perfection. It was widely known around Toronto that Ed’s wife had passed a few years prior and he would run loops in the cemetery in Toronto where she was buried. Possibly in part homage to his wife, and also he was able to run a circuit in a busy city without any traffic to contend with. And from those that knew Ed and or had witnessed his training, he ran perfect loops around and around. Hence, why he was such a perfect runner.</w:t>
      </w:r>
    </w:p>
    <w:p w14:paraId="075DAE01" w14:textId="77777777" w:rsidR="00C03725" w:rsidRDefault="00000000">
      <w:pPr>
        <w:jc w:val="both"/>
      </w:pPr>
      <w:r>
        <w:t>Ed Whitlock would go onto set World Marathon Records in the 70-74, 75-79, 80 – 84 and in the 85-89 categories. On October 16, 2016, Whitlock, aged 85, ran the Toronto Marathon in 3:56:38, setting another world record. He died March 13, 2017 of prostate cancer, one week after his 86th Birthday.</w:t>
      </w:r>
    </w:p>
    <w:p w14:paraId="2FE922F2" w14:textId="77777777" w:rsidR="00C03725" w:rsidRDefault="00000000">
      <w:pPr>
        <w:jc w:val="both"/>
      </w:pPr>
      <w:r>
        <w:t>October of 2006 was a very busy marathon month for me. I was signed up for four marathons in Ontario, Canada that month, the Pince Edward County Marathon, the Toronto Fall Colours Marathon, the Toronto International Marathon and the Detroit Free Press Marathon. I had never run 4 marathons that close together so it was going to be another milestone challenge for me.</w:t>
      </w:r>
    </w:p>
    <w:p w14:paraId="1DEE7BCD" w14:textId="77777777" w:rsidR="00C03725" w:rsidRDefault="00000000">
      <w:pPr>
        <w:jc w:val="both"/>
      </w:pPr>
      <w:r>
        <w:lastRenderedPageBreak/>
        <w:t>The Prince Edward County Marathon, or affectionately known as the County Marathon, is in an area of Southern Ontario on Lake Ontario. It is a beautiful area of wineries, sandy beaches and spectacular old homes and estates on the lake and all throughout the county. The roads are pristine as they don’t get quite as much snow in the winter and there is a slight undulationto the marathon course that gives it a challenging, yet mostly flat run that is a favourite for anyone that has run it at least once.</w:t>
      </w:r>
    </w:p>
    <w:p w14:paraId="611031CD" w14:textId="77777777" w:rsidR="00C03725" w:rsidRDefault="00000000">
      <w:pPr>
        <w:jc w:val="both"/>
      </w:pPr>
      <w:r>
        <w:t>There is one personal challenge in the run in that the marathon starts first with a half marathon that starts one and half hours after the start of the marathon along the marathon course. So the goal for the more aggressive runners is to run through the half marathon start area before that race goes off so you do not run into the back end of the half marathon group. I will not say it is easy as that means you have to run better than a 1:30:00 half marathon. Fortunately I was in my element and I was able to make that first goal that day.</w:t>
      </w:r>
    </w:p>
    <w:p w14:paraId="45536681" w14:textId="77777777" w:rsidR="00C03725" w:rsidRDefault="00000000">
      <w:pPr>
        <w:jc w:val="both"/>
      </w:pPr>
      <w:r>
        <w:t>However, I did struggle a bit after the first half of the race and really just settled into a bit of a slower run pace, thinking of what I had just witnessed with Ed Whitlock a week earlier in the Scotiabank marathon and knowing that I really had no major goals other than to run the best I can over the next 4 marathons that October. I finished the Prince Edward County marathon in a time of 3:09:32, just 26 seconds slower than then the Scotiabank marathon the week before.</w:t>
      </w:r>
    </w:p>
    <w:p w14:paraId="2B904552" w14:textId="77777777" w:rsidR="00C03725" w:rsidRDefault="00000000">
      <w:pPr>
        <w:jc w:val="both"/>
      </w:pPr>
      <w:r>
        <w:t>There was one thing that I recall about the finish of that race that day. After the race, they have a recovery area in a beautiful glass building in the Picton fairgrounds. I had taken care of my recovery and was feeling quite refreshed when I glanced over and saw my friend Scott. He was a bit slower than me and had just finished. It was a hot race that day towards the end of the marathon and I could see that Scott was struggling. I looked over at him and he was eating an orange but he was missing his mouth and the juice was running down his chin and onto his shirt. He did not look good.</w:t>
      </w:r>
    </w:p>
    <w:p w14:paraId="58C02830" w14:textId="77777777" w:rsidR="00C03725" w:rsidRDefault="00000000">
      <w:pPr>
        <w:jc w:val="both"/>
      </w:pPr>
      <w:r>
        <w:t>I approached Soctt and asked him how he was. He just answered in some gibberish and I new then that he was experiencing the proverbial “bonking”. Bonking as mentioned earlier is when a runner is completely drained either of water or electrolytes (or both) and the mind starts playing tricks and the runner becomes delirious. Scott was in that state.</w:t>
      </w:r>
    </w:p>
    <w:p w14:paraId="5ED2ABA0" w14:textId="77777777" w:rsidR="00C03725" w:rsidRDefault="00000000">
      <w:pPr>
        <w:jc w:val="both"/>
      </w:pPr>
      <w:r>
        <w:t>I immediately sprung into action as anyone would if you happened on someone who fell on a sidewalk or if you were at the scene of a car accident and grabbed ahold of Scott and started asking him questions. What’s your name? where are you? And when he could barely answer, I knew I had to get him medical attention. I grabbed him by the arm and walked him slowly to the medical tent that is set up at the end of most marathons. I presented Scott to the medics on duty and they took control. I watched as they started doing some tests on him and then had him lie down and they began and intravenous drip. I don’t want to say that I saved his life that day, but I certainly helped my friend to safety and he had a speedy recovery. The marathon distance is a serious distance and is not to be taken lightly. Although “death” may not be in every run waiver, it is not to be taken lightly.</w:t>
      </w:r>
    </w:p>
    <w:p w14:paraId="530F126F" w14:textId="77777777" w:rsidR="00C03725" w:rsidRDefault="00000000">
      <w:pPr>
        <w:jc w:val="both"/>
      </w:pPr>
      <w:r>
        <w:lastRenderedPageBreak/>
        <w:t>A week later I was back at the start line of the Ottawa Fall Colours Marathon. This was a much smaller run event in countryside outside of Canada’s Capital City, Ottawa. There were only 110 runners in the marathon, but it was an official marathon and had been measured to a Boston qualifying standard for accuracy.</w:t>
      </w:r>
    </w:p>
    <w:p w14:paraId="04430917" w14:textId="77777777" w:rsidR="00C03725" w:rsidRDefault="00000000">
      <w:pPr>
        <w:jc w:val="both"/>
      </w:pPr>
      <w:r>
        <w:t>As I lined up, I realized that I was perhaps one of the stronger runners in the field so lined right up at the start line. It’s always fun to be at the front of any race, but of course, when you are running in a Marathon where there is an International field of world class runners, the start line is reserved for the elite runners. So that day, in such a small field, I could feel what it felt like to be elite.</w:t>
      </w:r>
    </w:p>
    <w:p w14:paraId="1AC065E3" w14:textId="77777777" w:rsidR="00C03725" w:rsidRDefault="00000000">
      <w:pPr>
        <w:jc w:val="both"/>
      </w:pPr>
      <w:r>
        <w:t>When the starter announced that the race was on, I took off at about a 4:15km pace, which equates to a 3 hour marathon, at least if I ran the entire 42km’s at that pace. But heck, I wasn’t Ed Whitlock. But I would try nonetheless. I soon realized that I was one of the front runners in the Fall Colours race and it was an odd, yet rewarding sensation. I was one of the top runners in the field. Soon most of the other runners fell behind me other than one other runner. He soon got well ahead of me as he was much, much faster and I started to lose sight of him. Now most major marathon races have what we call pacers, usually someone on a bike that paces with the first 3 male and first 3 female runners. In more international races like the Boston Marathon or the New York City Marathon, there is usually a pace car and possibly a few motorcycles with camera people on them. Not this race. There was no one with me. And the lead runner was gone too.</w:t>
      </w:r>
    </w:p>
    <w:p w14:paraId="62118796" w14:textId="77777777" w:rsidR="00C03725" w:rsidRDefault="00000000">
      <w:pPr>
        <w:jc w:val="both"/>
      </w:pPr>
      <w:r>
        <w:t>I had never been all alone at the front of a race, albeit in second place, and not seeing anyone on the course. Since it was so small also, there weren’t even people out to watch us. I was running down country roads and literally had no idea where I was or where I was going. I just kept running until I saw a cone or arrow painted on the ground to point me in the right direction. I was able to mainly stay on the course with a few moments where I literally had to stop and look carefully at the markings so I would stay on course.</w:t>
      </w:r>
    </w:p>
    <w:p w14:paraId="558B6254" w14:textId="77777777" w:rsidR="00C03725" w:rsidRDefault="00000000">
      <w:pPr>
        <w:jc w:val="both"/>
      </w:pPr>
      <w:r>
        <w:t>I finished that race in a time of 3:04:09 and was second overall. I was elated. I was on another podium and this time finished a full marathon in 2nd place. It wasn’t Boston, New York or Chicago, but it still counts and it was still something that I had never thought I could or would accomplish in my lifetime. And my finish time was my fourth fastest time ever and gave me more confidence towards a secret goal I kept close to my chest, running a sub 3 hour marathon.</w:t>
      </w:r>
    </w:p>
    <w:p w14:paraId="5F480C60" w14:textId="77777777" w:rsidR="00C03725" w:rsidRDefault="00000000">
      <w:pPr>
        <w:jc w:val="both"/>
      </w:pPr>
      <w:r>
        <w:t>Just one week later I was back at the start of yet another southern Ontario marathon, the Toronto International Marathon on October 15th of that year. Back in those days, Toronto had two major races in the fall, the Scotiabank Marathon and the Toronto International. It was a bit of overkill but the International did have somewhat more prestige and did attract more international runners, including Kenyan’s and Ethiopian’s. There were some of the fastest runners on the planet in this race and it was always a thrill to see them at the start line, doing their strides and lining up. And just crushing all us “average” runners.</w:t>
      </w:r>
    </w:p>
    <w:p w14:paraId="6A0FB33D" w14:textId="77777777" w:rsidR="00C03725" w:rsidRDefault="00000000">
      <w:pPr>
        <w:jc w:val="both"/>
      </w:pPr>
      <w:r>
        <w:lastRenderedPageBreak/>
        <w:t>So there I was, lining up not at the start line, but a few rows back and once again getting ready and set to go and run yet another marathon. I felt good, strong and solid as I ran consistently yet again. I started to feel more and more confident at each race and although I was “streaking” or running multiple marathons back to back to back that month, I was staying strong and injury free. I consistently started out at that 3 hour marathon pace of 4 minute 15 seconds, and consistently got a bit slower and slower as the race went on. I managed to come in at a time of 3:08:31, still a very good time considering it was my 3rd marathon in 3 weeks and fourth in a month. I finished that race 69th overall and placed 18 out of 192 runners in my age category.</w:t>
      </w:r>
    </w:p>
    <w:p w14:paraId="775C085E" w14:textId="77777777" w:rsidR="00C03725" w:rsidRDefault="00000000">
      <w:pPr>
        <w:jc w:val="both"/>
      </w:pPr>
      <w:r>
        <w:t>For some reason, I took a week off from marathon running, likely because there were no marathons in my region that following week and set my sights on the Detroit FreePress Marathon in Detroit, Michigan. This was my first and only time running the Detroit Marathon and I was extremely impressed. I have friends that come from the Windsor area of Ontario, just across the bridge from Detroit on the Canada side and they were always talking it up. So a few of us decided to sign up that year and make the 4 hour plus drive to Detriot.</w:t>
      </w:r>
    </w:p>
    <w:p w14:paraId="20B9FCDB" w14:textId="77777777" w:rsidR="00C03725" w:rsidRDefault="00000000">
      <w:pPr>
        <w:jc w:val="both"/>
      </w:pPr>
      <w:r>
        <w:t>The Detroit marathon had a few great marketing gimmicks that make it an unusual and exciting race. First, the marathon starts in Detroit on the US side and it takes you across the Gordie Howe International Bridge from Detroit into Canada. So you get to run in two countries. The second marketing gimmick is that the return into Detroit is through the Detroit-Canada tunnel which is approximately one mile long from portal to portal, so the run gives you the world’s only under water mile split time. And the third, thrilling marketing ploy is that the marathon finished inside Ford Field, the stadium home of the Detroit Lions.</w:t>
      </w:r>
    </w:p>
    <w:p w14:paraId="1A261708" w14:textId="77777777" w:rsidR="00C03725" w:rsidRDefault="00000000">
      <w:pPr>
        <w:jc w:val="both"/>
      </w:pPr>
      <w:r>
        <w:t>Much of the race that day though was actually much tougher than I had presumed. It turned out to be a bit cooler and extremely windy. I recall running over the Gordie Howe bridge whereby a port-a-potty was literally picked up and thrown across the bridge in front of me. This was not going to be fun.</w:t>
      </w:r>
    </w:p>
    <w:p w14:paraId="424E4D98" w14:textId="77777777" w:rsidR="00C03725" w:rsidRDefault="00000000">
      <w:pPr>
        <w:jc w:val="both"/>
      </w:pPr>
      <w:r>
        <w:t>But it was mostly fun after that, for a while at least, having made it safely cross the bridge and running the few miles on the Canadian side until we made our way into the tunnel. I did see the sign that the mile split was to begin and we made our way into the tunnel. I don’t recall much after that although it was a bit of an odd sensation running in a tunnel. And I can’t recall my mile split time either but it was still a pretty neat thing to have been part of. Then the rest of the race and misery set in.</w:t>
      </w:r>
    </w:p>
    <w:p w14:paraId="5103A931" w14:textId="77777777" w:rsidR="00C03725" w:rsidRDefault="00000000">
      <w:pPr>
        <w:jc w:val="both"/>
      </w:pPr>
      <w:r>
        <w:t>The Detroit side of the marathon ran through some very sparse open areas. The wind had picked up and there were times when I was running sideways from a side wind. It was not fun. Then the run would turn straight into the wind and then sideways once again. I don’t recall one moment when it wasn’t a complete struggle with running against the wind (homage to Bob Seger).</w:t>
      </w:r>
    </w:p>
    <w:p w14:paraId="147EA900" w14:textId="77777777" w:rsidR="00C03725" w:rsidRDefault="00000000">
      <w:pPr>
        <w:jc w:val="both"/>
      </w:pPr>
      <w:r>
        <w:t xml:space="preserve">I somehow managed to finish the race that day although the struggle was real. But there was the candy at the end of the race as we turned into the parking area of Ford Field, and before </w:t>
      </w:r>
      <w:r>
        <w:lastRenderedPageBreak/>
        <w:t>us, was an open gate and we ran right through the gate and through the finish line onto the field where the Detroit Lions play. That was fun and quite a thrill and one that I will never forget.</w:t>
      </w:r>
    </w:p>
    <w:p w14:paraId="5A262390" w14:textId="77777777" w:rsidR="00C03725" w:rsidRDefault="00000000">
      <w:pPr>
        <w:jc w:val="both"/>
      </w:pPr>
      <w:r>
        <w:t>I managed a time of 3:15:11 but it might as well have been 5 hours because it was sheer hell. Now I don’t want to slag the Detroit Free Press Marathon one bit. One thing you can’t predict is the weather. And unfortunately for us, it was a terrible, cold day, but at least it hadn’t rained. But that would be the first and last time I would run that marathon. My friends from the area still run it most years and love it and I get that. I just didn’t feel the love myself that day.</w:t>
      </w:r>
    </w:p>
    <w:p w14:paraId="042F3EDB" w14:textId="77777777" w:rsidR="00C03725" w:rsidRDefault="00000000">
      <w:pPr>
        <w:jc w:val="both"/>
      </w:pPr>
      <w:r>
        <w:t>I managed a few weeks off after the Detroit Free Press Marathon and I was registered for my last marathon of the year, the Philadelphia Marathon on November 19. Friends Briand and Jim were going to join me so the three of us took a road trip together to Philly and had a room booked at the Sheraton hotel downtown. Philadelphia is a great city and Jim had run the race before so gave us some first hand intel on what it was all about. We went to the run expo the day before the race and then did a walking tour of parts of the city. We also visited the world famous Philadelphia Museum of Art where the Rocky statue is located. We all took the obligatory turns running up the steps and taking our picture with one of our legendary fictional boxing characters, Rocky Balboa.</w:t>
      </w:r>
    </w:p>
    <w:p w14:paraId="238B0E7C" w14:textId="77777777" w:rsidR="00C03725" w:rsidRDefault="00000000">
      <w:pPr>
        <w:jc w:val="both"/>
      </w:pPr>
      <w:r>
        <w:t>One thing about road trip marathons is the fun we have with our run buddies. Brian and Jim are a blast and we pretty much laugh the entire weekend. Except when we’re running the marathon of course. We had gone out for dinner the night before the race and made our way back to the hotel. I should mention that we had two reserved two beds in the room and Jim and graciously offered to take a blow up mattress with him and he would sleep on that for the night before the marathon. So Jim blew up his mattress and we all slid into our respective beds. Well it wasn’t 5 minutes later when we all heard a loud “pssssssst” sound. We startled out of bed and realized Jim’s mattress had sprung a leak and he was now sleeping on the hard ground. We broke out into hysterical laughter at this.</w:t>
      </w:r>
    </w:p>
    <w:p w14:paraId="28B763FE" w14:textId="77777777" w:rsidR="00C03725" w:rsidRDefault="00000000">
      <w:pPr>
        <w:jc w:val="both"/>
      </w:pPr>
      <w:r>
        <w:t>So Jim decided he would head out to find a local convenience store perhaps where he would buy some duct tape to tape up the hole. He left and returned about 30 minutes with the cheap convenience store tape. He proceeded to tape up the hole, refill his mattress and laid back down. And then there it was again “pssssssst”, the tape didn’t hold had his mattress sprung a leak again. Now we were laughing so hard we were crying. Jim said screw it and just slept on the flattened mattress for the rest of the night.</w:t>
      </w:r>
    </w:p>
    <w:p w14:paraId="1E83E2EA" w14:textId="77777777" w:rsidR="00C03725" w:rsidRDefault="00000000">
      <w:pPr>
        <w:jc w:val="both"/>
      </w:pPr>
      <w:r>
        <w:t>The next morning started with us laughing again at the absurdity of the night before and we then made our way to the race start. Since marathons have runners seeded by either a previous run time or a particular run goal, we all split up with me as the faster runner, heading towards the front of the race, Brian seeded himself a few metres back and Jim, slowest of the three of us further back.</w:t>
      </w:r>
    </w:p>
    <w:p w14:paraId="44A4E41A" w14:textId="77777777" w:rsidR="00C03725" w:rsidRDefault="00000000">
      <w:pPr>
        <w:jc w:val="both"/>
      </w:pPr>
      <w:r>
        <w:t xml:space="preserve">I really enjoyed the Philadelphia marathon and was feeling quite good that day. I had almost a 3 week rest since the Detroit marathon. The Philly marathon is extremely well organized </w:t>
      </w:r>
      <w:r>
        <w:lastRenderedPageBreak/>
        <w:t>and runs through different areas of the city of brotherly love. There’s an Italian section, a Chinatown and a zoo that we run past. But I think the coolest part of the run is running through the park in front of the Museum of Art and circling it to a long out and back section. I was feeling great that day and had managed to run slightly under 1:30:00, and a half hours for the first half. I was running my 4:15km pace evenly, was this the day I was going to break 3 hours?</w:t>
      </w:r>
    </w:p>
    <w:p w14:paraId="04CFA306" w14:textId="77777777" w:rsidR="00C03725" w:rsidRDefault="00000000">
      <w:pPr>
        <w:jc w:val="both"/>
      </w:pPr>
      <w:r>
        <w:t>I ran the out section behind the museum still feeling good, took the turn around and started heading back to towards the back of the museum. I knew we had to circle back around the museum to the finish line in front of it and I was on pace. I was doing the best I could and held pace. It was not easy, all marathons are not easy, but I was clearly moving good and not slowing. As I came up to the back of the museum, did the turn along the side I could see the finish. I looked at my watch I looked at the finish line. I pushed as hard as I could. And I crossed the line. My time was 3:00:53. It was my fastest ever marathon, my personal marathon record and I just missed breaking the 3 hour mark by 54 seconds. I was both elated and just slightly disappointed. Running is a game of inches and seconds. But I did have a personal record and I could almost taste the elusive 3 hour marathon. Was it in reach?</w:t>
      </w:r>
    </w:p>
    <w:p w14:paraId="2CADCE09" w14:textId="77777777" w:rsidR="00C03725" w:rsidRDefault="00000000">
      <w:pPr>
        <w:jc w:val="both"/>
      </w:pPr>
      <w:r>
        <w:t>It Never Rains in Arizona</w:t>
      </w:r>
    </w:p>
    <w:p w14:paraId="22C5F33B" w14:textId="77777777" w:rsidR="00C03725" w:rsidRDefault="00000000">
      <w:pPr>
        <w:jc w:val="both"/>
      </w:pPr>
      <w:r>
        <w:t>I had just had an amazing year of some really good running successes and remained on a high through the holiday season at the end of 2006. My next run would be the Arizona Rock n Roll marathon in January 2007. January in Phoenix, Arizona is always a nice treat. The weather actually is not as warm as people think in the desert in the winter time although summers are stifling hot. Typical weather in January is cool in the morning, maybe just around 3 or 4 degrees Celsius (34 – 36F) but it does get warmer and can get as high as 20c as the sun shines almost every day.</w:t>
      </w:r>
    </w:p>
    <w:p w14:paraId="1F10EE9C" w14:textId="77777777" w:rsidR="00C03725" w:rsidRDefault="00000000">
      <w:pPr>
        <w:jc w:val="both"/>
      </w:pPr>
      <w:r>
        <w:t>I really enjoy a January or February marathon as it really keeps me focused on my run goals during the eating and drinking frenzy that most people experience over the Christmas and New Years holidays. Staying focused and keeping myself in peak condition during that period is really empowering and I continue to work on these good habits every year, even if I don’t have a south destination marathon in January every year.</w:t>
      </w:r>
    </w:p>
    <w:p w14:paraId="679E97C8" w14:textId="77777777" w:rsidR="00C03725" w:rsidRDefault="00000000">
      <w:pPr>
        <w:jc w:val="both"/>
      </w:pPr>
      <w:r>
        <w:t>As I set myself up the morning of the Arizona Rock n Roll marathon that January 14th morning, I was stoked. This was my first Rock n Roll marathon, a series of marathons that are throughout the US that includes live music along the course. This year there would be 26 bands, one at every mile of the course to motivate and entertain the runners. Of course, I wouldn’t be stopping to enjoy the music, but it is a fun novelty as you get closer and closer to the band playing. I recall always getting a big smile when I hear a familiar song and I will sing along for the minute or so that it takes to pass through the band zone.</w:t>
      </w:r>
    </w:p>
    <w:p w14:paraId="4A31CDF0" w14:textId="77777777" w:rsidR="00C03725" w:rsidRDefault="00000000">
      <w:pPr>
        <w:jc w:val="both"/>
      </w:pPr>
      <w:r>
        <w:t xml:space="preserve">I had been running great the previous year and was set to give the sub three hour run goal another shot. My running friend Ted always says that he starts every race with the goal of actually winning. He’s a much faster runner than I and he in fact, has won many races at </w:t>
      </w:r>
      <w:r>
        <w:lastRenderedPageBreak/>
        <w:t>various distances so it is not a pie in the sky goal. For me, a 3 hour goal was doable, if all things lined up perfectly that day.</w:t>
      </w:r>
    </w:p>
    <w:p w14:paraId="73B65ACF" w14:textId="77777777" w:rsidR="00C03725" w:rsidRDefault="00000000">
      <w:pPr>
        <w:jc w:val="both"/>
      </w:pPr>
      <w:r>
        <w:t>It was a brisk, sunny morning as I lined up closer to the start line. I had a lot of confidence and felt like this could be a special day. The weather was going to remain sunny and would be warming up to around 15c around the time I would be finishing, almost perfect conditions. There was a slight westerly breeze also, which would help as we wouldn’t have to fight much head wind.</w:t>
      </w:r>
    </w:p>
    <w:p w14:paraId="35C6A33F" w14:textId="77777777" w:rsidR="00C03725" w:rsidRDefault="00000000">
      <w:pPr>
        <w:jc w:val="both"/>
      </w:pPr>
      <w:r>
        <w:t>I was running fast keeping a sub 4 hour km pace, a few seconds actually below the 4:15km pace I needed to run evenly. I like to put a few minutes or at least seconds “in the bank” early if I’m feeling good. I don’t want to go out too too fast, but at least at a pace that I can maintain and even if I slow a little, I will remain under or at my goal pace. At least that’s the theory.</w:t>
      </w:r>
    </w:p>
    <w:p w14:paraId="20717F08" w14:textId="77777777" w:rsidR="00C03725" w:rsidRDefault="00000000">
      <w:pPr>
        <w:jc w:val="both"/>
      </w:pPr>
      <w:r>
        <w:t>So I ran with all my heart and motivation that I had, I dug deep and I gave it all. I ran through the first 13 miles, passing each band along the way and feeling good. It is a bit of a strange sensationto actually feel good at the half way mark of the marathon, and as I ran through the half and over the timing mat just under 1:30, I did feel good. I might have this.</w:t>
      </w:r>
    </w:p>
    <w:p w14:paraId="3D2312E6" w14:textId="77777777" w:rsidR="00C03725" w:rsidRDefault="00000000">
      <w:pPr>
        <w:jc w:val="both"/>
      </w:pPr>
      <w:r>
        <w:t>I really enjoyed the Rock N Roll marathon experience and as this was my first, I was hooked on it already. I continued my marathon through the meandering Phoenix city streets as we made our way into Tempe. I knew where the race would end as the outdoor expo was held at the Tempe Beach Park, the finish area.</w:t>
      </w:r>
    </w:p>
    <w:p w14:paraId="0598D5DA" w14:textId="77777777" w:rsidR="00C03725" w:rsidRDefault="00000000">
      <w:pPr>
        <w:jc w:val="both"/>
      </w:pPr>
      <w:r>
        <w:t>I continued to run well and never faltered. I was in peak condition, the weather was perfect and if we could see the stars in the sky, they would be all lined up. I could taste a sub 3 hour marathon. And there was the finish chute. I looked at my watch, I looked ahead at the finish line and I was grinning from ear to ear. I had this.</w:t>
      </w:r>
    </w:p>
    <w:p w14:paraId="5350CCEF" w14:textId="77777777" w:rsidR="00C03725" w:rsidRDefault="00000000">
      <w:pPr>
        <w:jc w:val="both"/>
      </w:pPr>
      <w:r>
        <w:t>I ran through with a time of 2:58:47. Not only had I broke the 3 hour mark, I did it by over 1 minute. This is a game of miliseconds and I had won a victory. The sub 3 hour marathon goal is something I had set my sights on a few years early but mainly kept it to myself. It was like taking on the 4 minute mile, would I die, would I succeed, what if I permanently hurt or injure myself. All the self-doubt questions would crop up, but also there was far more positive personal reinforcement. I was doing the work, I was strong, fit and had the mental fortitude to train and keep positive and succeed. Screw the self doubt, my positive true self would persevere.</w:t>
      </w:r>
    </w:p>
    <w:p w14:paraId="5DD2C444" w14:textId="77777777" w:rsidR="00C03725" w:rsidRDefault="00000000">
      <w:pPr>
        <w:jc w:val="both"/>
      </w:pPr>
      <w:r>
        <w:t>That was an awesome day and I felt extreme personal pride. Of course my local run community was supportive and there was a lot of fanfare in my local run club. I had joined an elite group of runners. I wouldn’t take it for granted or get too cocky, it was the hard work and dedicationto the sport that won. Could anyone do it? Maybe, but it does take extreme effort and personal sacrifice.</w:t>
      </w:r>
    </w:p>
    <w:p w14:paraId="79C03D91" w14:textId="77777777" w:rsidR="00C03725" w:rsidRDefault="00000000">
      <w:pPr>
        <w:jc w:val="both"/>
      </w:pPr>
      <w:r>
        <w:t xml:space="preserve">I enjoyed the rest of the winter and decided to take a few months to seriously rest and heal the body. I had a spot already in the 2007 Boston Marathon so I set my goals on that. I would </w:t>
      </w:r>
      <w:r>
        <w:lastRenderedPageBreak/>
        <w:t>rest for a few weeks, then slowly work myself back up to another challenge, breaking 3 hours in Boston.</w:t>
      </w:r>
    </w:p>
    <w:p w14:paraId="5F06CDD9" w14:textId="77777777" w:rsidR="00C03725" w:rsidRDefault="00000000">
      <w:pPr>
        <w:jc w:val="both"/>
      </w:pPr>
      <w:r>
        <w:t>The only run event I ran in early 2007 was the Achilles 5k St Patricks Day run. This is a popular 5k race in Toronto that supports Achilles Canada – a non-profit organization that provides people with various disabilities the opportunity to receive the physical, psychological and communal benefits of running. I was a strong local support of this noble cause and the Toronto 5k event is always a special day.</w:t>
      </w:r>
    </w:p>
    <w:p w14:paraId="2313E682" w14:textId="77777777" w:rsidR="00C03725" w:rsidRDefault="00000000">
      <w:pPr>
        <w:jc w:val="both"/>
      </w:pPr>
      <w:r>
        <w:t>I ran well that day, managing a time of 18:26 in the 5k event. Looking back, this was one of my fastest personal records in the 5k event and may have been my fastest time ever as I don’t have the records saved on much of my shorter event runs. I was focused on the marathon distance as I felt I was more of a stronger endurance runner rather than a short distance sprinter.</w:t>
      </w:r>
    </w:p>
    <w:p w14:paraId="4D7ED98D" w14:textId="77777777" w:rsidR="00C03725" w:rsidRDefault="00000000">
      <w:pPr>
        <w:jc w:val="both"/>
      </w:pPr>
      <w:r>
        <w:t>And just like that, I was back in Boston in 2007 for my the 111th Boston Marathon and my third in a row. I worked hard that winter, continuing to run faster and longer training runs. I would put in hill and speed work through the week and would push myself further and further on my long runs, especially on Sunday when I would push myself to run 3 hours week after week. Depending on the weather, I could run anywhere from 32 – 36km in those long 3 hour winter training runs.</w:t>
      </w:r>
    </w:p>
    <w:p w14:paraId="166CC546" w14:textId="77777777" w:rsidR="00C03725" w:rsidRDefault="00000000">
      <w:pPr>
        <w:jc w:val="both"/>
      </w:pPr>
      <w:r>
        <w:t>As I approached my 3rd Boston Marathon, I was very familiar with the course and knew what I had to do. I studied the course once again and read and re-read anything I could find on how to beat the Boston. I set my goals on breaking the 3 hour mark that day and gave it my all.</w:t>
      </w:r>
    </w:p>
    <w:p w14:paraId="65D8DA1B" w14:textId="77777777" w:rsidR="00C03725" w:rsidRDefault="00000000">
      <w:pPr>
        <w:jc w:val="both"/>
      </w:pPr>
      <w:r>
        <w:t>Now the Boston marathon is not an easy marathon. It starts off with a 3 mile net downhill. My objective is always to try not to go too fast, however it is hard when you are seeded closer to the front of the race with other runners as fast or faster than myself. It takes all the mental fortitude I have to slow down and not over do it. This is a long run and is rolling and undulating much of the way. And then there’s Heartbreak hill to contend with. Well it’s actually not one hill but a serious or 3 longer hills that hit us around the 16 mile mark through the 21 mile mark. It is tough, tough, tough.</w:t>
      </w:r>
    </w:p>
    <w:p w14:paraId="4B34292E" w14:textId="77777777" w:rsidR="00C03725" w:rsidRDefault="00000000">
      <w:pPr>
        <w:jc w:val="both"/>
      </w:pPr>
      <w:r>
        <w:t>I ran well that day. I was holding my close to 4:15km per mile pace, remembering Bill Rodgers’ words of wisdom, run even splits. Now this is not a course to actually run the pace evenly as per the undulating hills. What I realized he was saying is to average a 4:15km pace through each kilometer. That was the goal that day and I would glance at my Garmin watch often and then look for the timing clocks that were set up at 5k intervals. I spent a lot of time during my run doing the math calculations, where was how, how was I feeling, what is my pace, what is my average pace, what are my split times and on and on. It was a good way also to keep my mind sharp and somewhat distracted from what my legs were doing.</w:t>
      </w:r>
    </w:p>
    <w:p w14:paraId="2B1CAEB7" w14:textId="77777777" w:rsidR="00C03725" w:rsidRDefault="00000000">
      <w:pPr>
        <w:jc w:val="both"/>
      </w:pPr>
      <w:r>
        <w:t xml:space="preserve">I also used relied on my mind and the calculations to help me predict when I needed to take a gel or some water or sports drink along the course. I wanted to take a gel about every 45 minutes, so I would factor that in as I was running. And I also knew if I was struggling a bit </w:t>
      </w:r>
      <w:r>
        <w:lastRenderedPageBreak/>
        <w:t>with the time calculations, my mind was not quite alert and therefore I might need to take a gel or sip of sports drink at an aid station a bit earlier.</w:t>
      </w:r>
    </w:p>
    <w:p w14:paraId="066776A1" w14:textId="77777777" w:rsidR="00C03725" w:rsidRDefault="00000000">
      <w:pPr>
        <w:jc w:val="both"/>
      </w:pPr>
      <w:r>
        <w:t>I was feeling great though that day. The weather had also cooperated as it seldom does in Boston. We could have anything from snow to sleet to hail to rainto bright sunshine. Head winds, tail winds and one year, a Noreaster had just blown through – which is an east coast hurricane.</w:t>
      </w:r>
    </w:p>
    <w:p w14:paraId="4A3EB14A" w14:textId="77777777" w:rsidR="00C03725" w:rsidRDefault="00000000">
      <w:pPr>
        <w:jc w:val="both"/>
      </w:pPr>
      <w:r>
        <w:t>I kept my pace as close to the 4:15km average pace goal and was going to be close to breaking the 3 hour mark. There is something about the Boston Marathon though that can cast some self-doubt in many runners. It is just a hard, hard race. The crowds are overwhelming, the noise, the other runners in the field. It’s so intimidating and although this was my 3rd Boston, I was not a master of this marathon. And as I turned onto Boyleston, the last street in the marathon where you can see the finish line, there is a sensation that “objects may look larger than they are”. That last 800 meters is like running in a house of fun mirrors, you can see it, but you can’t get there.</w:t>
      </w:r>
    </w:p>
    <w:p w14:paraId="62244391" w14:textId="77777777" w:rsidR="00C03725" w:rsidRDefault="00000000">
      <w:pPr>
        <w:jc w:val="both"/>
      </w:pPr>
      <w:r>
        <w:t>I almost felt like I was having an out of body experience as I continued to push and push to the finish. I was passing other runners, runners were passing me. Will I ever finish? And with one step forward, eventually you do get there and I finally crossed the line. My time? 3 hours even and 14 seconds. I was so close. I missed breaking the 3 hour mark in Boston by only 15 second. Was I disappointed? Not one bit. I had run my Personal Best Boston Marathon time and was right on the mark, just slightly over. I hadn’t beat Boston, but it hadn’t beat me either.</w:t>
      </w:r>
    </w:p>
    <w:p w14:paraId="2440E9CB" w14:textId="77777777" w:rsidR="00C03725" w:rsidRDefault="00000000">
      <w:pPr>
        <w:jc w:val="both"/>
      </w:pPr>
      <w:r>
        <w:t>Six days later I was signed up for the Seaton Trail Ultra marathon in the 78km distance. I am not sure what possessed me to think I could run 78 kilometres a week after the Boston marathon, but I figured I would give it a go. There were several shorter distances of 26km and 52km.</w:t>
      </w:r>
    </w:p>
    <w:p w14:paraId="6955DB99" w14:textId="77777777" w:rsidR="00C03725" w:rsidRDefault="00000000">
      <w:pPr>
        <w:jc w:val="both"/>
      </w:pPr>
      <w:r>
        <w:t>I started out feeling ok but seriously knew I was way over my head. The trail is relatively flat running along the West Dufins Creek in Pickering, Ontario. It was a small field that day and I found myself mostly alone. As I finished the first 26km, I had decided I would call it at the 52km mark, with only having completed 2 of the 3 legs that I had signed up for. I was exhausted, I was beat up and I was human. I spoke with the race director when I finished and advised that I was going to pull it at 52km and he agreed it was a wise decision. I really had nothing to prove and could seriously injure myself. I had deep muscle fatigue and I had enough. I was still awarded a finishing medal for the 52km distance and was able to get recognition for that distance so I had still had completed another run for the record books.</w:t>
      </w:r>
    </w:p>
    <w:p w14:paraId="1DD66808" w14:textId="77777777" w:rsidR="00C03725" w:rsidRDefault="00000000">
      <w:pPr>
        <w:jc w:val="both"/>
      </w:pPr>
      <w:r>
        <w:t xml:space="preserve">I had not time to feel sorry for myself or to feel deflated or defeated. I dusted myself off and set my sights on my next race, the Vancouver Marathon, just two weeks after Seaton. I managed a full muscle recovery and my body was healed and I was back intop form again. This was my first time in Vancouver and it was exactly as I pictured it. The weather was mild, there was lots of cloud cover and a fine mist of light rain had just passed through the morning </w:t>
      </w:r>
      <w:r>
        <w:lastRenderedPageBreak/>
        <w:t>of the marathon. Conditions were almost perfect as it was moderately cooler than usual and the winds had subsided.</w:t>
      </w:r>
    </w:p>
    <w:p w14:paraId="4561C084" w14:textId="77777777" w:rsidR="00C03725" w:rsidRDefault="00000000">
      <w:pPr>
        <w:jc w:val="both"/>
      </w:pPr>
      <w:r>
        <w:t>I had only been in the city for one day so didn’t know much of the city very well. So I decided I would run hard of course, but also try to enjoy the run as well. This was Vancouver, Canada, a world class city after all. So I relaxed but still ran my heart and soul out. I recall bits and pieces of the city. I do like to say, if you want to see a city, run it. And that’s what I did. The run was picturesque in places and incorporated the modern taller building sights with a nice calmer section through Stanley Park, a magnificent green oasis.</w:t>
      </w:r>
    </w:p>
    <w:p w14:paraId="522357FA" w14:textId="77777777" w:rsidR="00C03725" w:rsidRDefault="00000000">
      <w:pPr>
        <w:jc w:val="both"/>
      </w:pPr>
      <w:r>
        <w:t>I run much better than I had expected that day. I really don’t recall having a goal of breaking 3 hours but I was still able to hold a pace very close to a three hour goal pace. I finished in 3 hours, 1 minute and 30 seconds. Not only did I come extremely close once againto a sub 3 hour run, but I also made the podium. I finished in third place in my age group.</w:t>
      </w:r>
    </w:p>
    <w:p w14:paraId="30F2EB5C" w14:textId="77777777" w:rsidR="00C03725" w:rsidRDefault="00000000">
      <w:pPr>
        <w:jc w:val="both"/>
      </w:pPr>
      <w:r>
        <w:t>And just like that one week later I was back at yet another start line, the Forest City Marathon in London, Ontario. This marathon was another urban run in a smaller, yet busy city in Central Ontario. I went with my run buddy Brian. He had been with me in Philadelphia and he was also very familiar with the Forest City Marathon as he was from that region of Ontario. He encouraged me to run it with him and I was in of course.</w:t>
      </w:r>
    </w:p>
    <w:p w14:paraId="723C0495" w14:textId="77777777" w:rsidR="00C03725" w:rsidRDefault="00000000">
      <w:pPr>
        <w:jc w:val="both"/>
      </w:pPr>
      <w:r>
        <w:t>The run was well organized and had a bit of everything. Long runs along quieter city streets, the obligatory park run and a few nice sections along the Thames River, obviously named of the city’s namesake from London in the UK.</w:t>
      </w:r>
    </w:p>
    <w:p w14:paraId="0388B202" w14:textId="77777777" w:rsidR="00C03725" w:rsidRDefault="00000000">
      <w:pPr>
        <w:jc w:val="both"/>
      </w:pPr>
      <w:r>
        <w:t>And once again, I had a pretty good day. I was just one week off of a 3:01 marathon in Vancouver and managed a strong run of 3:04:39. I wasn’t really expecting much more than that considering how hard I run over the previous month as this was my fourth marathon or longer run in just over a month. But I did manage to once again place 3rd overall in my age group.</w:t>
      </w:r>
    </w:p>
    <w:p w14:paraId="2E219D2B" w14:textId="77777777" w:rsidR="00C03725" w:rsidRDefault="00000000">
      <w:pPr>
        <w:jc w:val="both"/>
      </w:pPr>
      <w:r>
        <w:t>I believe that if you place in any race it’s important to show up for the award ceremony. But even if I don’t place, I try to always be there to cheer for those that did accomplish a worthy goal. Everyone that is running works hard and deserves the accolodes. Brian was pushing me to leave, ignore the medal ceremony and as he wanted to head home, which was about a 3 hour drive for us. But I persevered, I worked hard for my 3rd place finish and I wanted to be part of the celebration. But for whatever reason, the medal ceremony was delayed and delayed. It was almost two hours since I had finished when they finally started to announce the both the women and men winners of the race and then started to announce the “age groupers”.</w:t>
      </w:r>
    </w:p>
    <w:p w14:paraId="5A973510" w14:textId="77777777" w:rsidR="00C03725" w:rsidRDefault="00000000">
      <w:pPr>
        <w:jc w:val="both"/>
      </w:pPr>
      <w:r>
        <w:t xml:space="preserve">Finally they got to my age and called me up to receive my age group 3rd place award. And I was handed a t-shirt. Well Brian and I had a good chuckle as I had waited almost 2 hours for a t-shirt. I don’t want to slam the event as it was well run and organized. But it was funny to say, as people often do when a family member travels somewhere and brings home a gift of a </w:t>
      </w:r>
      <w:r>
        <w:lastRenderedPageBreak/>
        <w:t>t-shirt, is “all I got was a lousy t-shirt”. There I said it. And I only say it with love and affection. Thank you for an amazing day and race.</w:t>
      </w:r>
    </w:p>
    <w:p w14:paraId="75DB9AB9" w14:textId="77777777" w:rsidR="00C03725" w:rsidRDefault="00000000">
      <w:pPr>
        <w:jc w:val="both"/>
      </w:pPr>
      <w:r>
        <w:t>I Can See For Miles and Miles</w:t>
      </w:r>
    </w:p>
    <w:p w14:paraId="04CBAB57" w14:textId="77777777" w:rsidR="00C03725" w:rsidRDefault="00000000">
      <w:pPr>
        <w:jc w:val="both"/>
      </w:pPr>
      <w:r>
        <w:t>I had already run a few good races in 2007 but my biggest event of my life was soonto come to fruition. I was signed up for the Sulphur Springs 100 miler on May 26, just 2 weeks after the Forest City Marathon. Now I don’t really know what possessed me to attempt to run 100 miles except that I had drank some really strong kool-aid I was mixed up with some really crazy marathon maniacs.</w:t>
      </w:r>
    </w:p>
    <w:p w14:paraId="1478CD19" w14:textId="77777777" w:rsidR="00C03725" w:rsidRDefault="00000000">
      <w:pPr>
        <w:jc w:val="both"/>
      </w:pPr>
      <w:r>
        <w:t>I had run the Sulphur Springs 50 miler the year before and had some other ultra marathon experience and met many of the 100 milers that seemed to be regulars of that incredibly long distance. I was comfortable in the marathon distance and enjoyed the 50km distance almost more so I somehow felt compelled to run the 100 mile distance.</w:t>
      </w:r>
    </w:p>
    <w:p w14:paraId="7960FD2A" w14:textId="77777777" w:rsidR="00C03725" w:rsidRDefault="00000000">
      <w:pPr>
        <w:jc w:val="both"/>
      </w:pPr>
      <w:r>
        <w:t>I really enjoy the Sulphur Springs run course as it’s not overly technical, meaning not a lot of roots and rocks to contend with, much of the course is wider and fairly flattened. You get to see other runners that are running other distances that are either running with you or towards you so there is lots of encouragement. Aid stations are well positioned and the 20km legs have you running through “base camp” the start/finish area every 20km. What’s not to like?</w:t>
      </w:r>
    </w:p>
    <w:p w14:paraId="18DD203B" w14:textId="77777777" w:rsidR="00C03725" w:rsidRDefault="00000000">
      <w:pPr>
        <w:jc w:val="both"/>
      </w:pPr>
      <w:r>
        <w:t>Once again Brian was with me and he had offered to “crew” for me for the second half of my run, the last 50 miles. He would meet me at base camp for each of my last 4 legs to give me comfort and aid, literally. As there were other events, Brian was going to run the 50km event so he could recover and be there to support me. He had already completed at least one 100 miler so he was veteran (or survivor?) and he knew how to motivate and encourage me.</w:t>
      </w:r>
    </w:p>
    <w:p w14:paraId="762A4787" w14:textId="77777777" w:rsidR="00C03725" w:rsidRDefault="00000000">
      <w:pPr>
        <w:jc w:val="both"/>
      </w:pPr>
      <w:r>
        <w:t>The 100 milers were the first group to leave bass camp and start out the morning of the Sulphur Springs Ultra events. There was also a 50 mile run, 50km, and a 25km event to start at different time intervals that morning. At 6:00am, in the dark, we were off.</w:t>
      </w:r>
    </w:p>
    <w:p w14:paraId="4F070CEA" w14:textId="77777777" w:rsidR="00C03725" w:rsidRDefault="00000000">
      <w:pPr>
        <w:jc w:val="both"/>
      </w:pPr>
      <w:r>
        <w:t>Now running in the dark is something that does take a bit of practice. Brian, myself and a few others, did a few night runs previously to get acclimated. We work lamps on our heads and made sure to bring extra batteries. It is quite exhilarating really and a lot of fun. Unless, of course, you’re afraid of the sounds of the nocturnal animals. I quite enjoyed it and was really excited about my first 100 miler run.</w:t>
      </w:r>
    </w:p>
    <w:p w14:paraId="5C87450C" w14:textId="77777777" w:rsidR="00C03725" w:rsidRDefault="00000000">
      <w:pPr>
        <w:jc w:val="both"/>
      </w:pPr>
      <w:r>
        <w:t xml:space="preserve">As we headed out, within the first hour, daylight approached and I could take my lamp off and put in my water/back pack. We all carried our own water with us even though there were aid stations at about every 5 kilometres. Running a 100 miler is not like running a 5k or 10k or even a marathon. This is equivalent to running almost 4 full marathons at once. I recall feeling quite good in the early stages of the race and made my way through several of the 20km loops in good time. There’s a saying in the ultra marathon world, “beware of the chair”, meaning </w:t>
      </w:r>
      <w:r>
        <w:lastRenderedPageBreak/>
        <w:t>don’t take too long at aid stations or at bass camp and try not to sit (at least too long) as it is harder and harder to get up and start to run again.</w:t>
      </w:r>
    </w:p>
    <w:p w14:paraId="4C70C79B" w14:textId="77777777" w:rsidR="00C03725" w:rsidRDefault="00000000">
      <w:pPr>
        <w:jc w:val="both"/>
      </w:pPr>
      <w:r>
        <w:t>I managed run the first half of the race under 12 hours so made it through bass camp for the fourth time somewhere around 5pm. I honestly didn’t have a time goal in mind, rather to make sure to finish before the 30 hour cutoff which would be noon the next day. So when I managed to be under 12 hours for the first half, I was feeling fairly confident that I would finish.</w:t>
      </w:r>
    </w:p>
    <w:p w14:paraId="1DA674E1" w14:textId="77777777" w:rsidR="00C03725" w:rsidRDefault="00000000">
      <w:pPr>
        <w:jc w:val="both"/>
      </w:pPr>
      <w:r>
        <w:t>Since dusk wouldn’t be for a few more hours, I was able to squeeze one more 20km loop close to dark. Now the real challenge would begin. I had to run through the night. Brian was going to be there for me of course, and helped me to begin my 6th 20km loop in the dark. I was feeling just ok, not overly good and certainly not great. But I was determined. I knew enough to change into a little bit warmer clothes at that turnaround and there had been some talk of potential rain so I made sure I had small poncho also, just in case.</w:t>
      </w:r>
    </w:p>
    <w:p w14:paraId="15DEA0FA" w14:textId="77777777" w:rsidR="00C03725" w:rsidRDefault="00000000">
      <w:pPr>
        <w:jc w:val="both"/>
      </w:pPr>
      <w:r>
        <w:t>The 20km run course was not on an overly vast land area, you could see through some of the trees during the day and see runners on other trail sections. I would often glance to my left or right to sort of gauge where I was from the other runners. So as I was now running in the dark, I could only really see ahead with my lamp on so I tried to stay focused on the course. However, at one point I decided to glance into the woods to see if I could see other runners somewhere as it was quite lonely and dark. As I glanced to my right with my lamp, a pair of beady red eyes were looking right at me. Did I really see that? So I took another glance and there must have been a dozen pairs of red eyes staring back. OMG! I almost jumped out of my skin. It was something out of a horror movie. In hindsight, I am sure it was just mostly racoons that were up in trees and I also was exaggerating (or hallucinating) how many there really were. But I told myself after that, “Do not look in the woods” for the rest of the night.</w:t>
      </w:r>
    </w:p>
    <w:p w14:paraId="18D24401" w14:textId="77777777" w:rsidR="00C03725" w:rsidRDefault="00000000">
      <w:pPr>
        <w:jc w:val="both"/>
      </w:pPr>
      <w:r>
        <w:t>Later that night, closer to midnight, I met up with another runner at one of the aid stations. He was only in a singlet (short sleeved shirt) and shorts, and had no warmer clothes with him. We decided to stay together and keep each other motivated. At some point it started to rain. And not only was it raining, it was pouring rain in buckets. We could no longer run, so we had to just walk and watch our footing as the trail was now getting muddier and more dangerous and slick. The guy I was running with was shivering now from the cold rain. We finally arrived at one of the aid stations. I asked the people there if they had anything to offer the other runner to keep him warm as I was starting to get worried for him. They said they had nothing.</w:t>
      </w:r>
    </w:p>
    <w:p w14:paraId="5587A225" w14:textId="77777777" w:rsidR="00C03725" w:rsidRDefault="00000000">
      <w:pPr>
        <w:jc w:val="both"/>
      </w:pPr>
      <w:r>
        <w:t>I looked around and saw that they had one unused garbage bag. I grabbed and they tried to tell me that it was their last one. I said I don’t care, this guy needs to be warm. I had them pour him a hot tea, I helped him to put the garbage bag over and through his head and I left him there with the aid crew. I have no idea whatever happened to that guy but I know that I did the best I could for him and I’m sure he survived the night and hopefully was able to finish.</w:t>
      </w:r>
    </w:p>
    <w:p w14:paraId="4F643FBB" w14:textId="77777777" w:rsidR="00C03725" w:rsidRDefault="00000000">
      <w:pPr>
        <w:jc w:val="both"/>
      </w:pPr>
      <w:r>
        <w:t xml:space="preserve">As for myself, I was no longer able to run as I was completely drained, wet and exhausted. Eventually the rain stopped and the moon appeared and there was a light breeze. All was </w:t>
      </w:r>
      <w:r>
        <w:lastRenderedPageBreak/>
        <w:t>calm and I could hear the leaves rustling above me. The moon gave a nice glow and I could almost see without my lamp. And then I could hear the leaves blowing again. At one point, I looked down at my feet and I almost jumped straight up in the air. There were hundreds of mice running between and over my feet. I looked up and down again, and this time all I could see was the shadow of the leaves below me. I had was hallucinating. There were no mice.</w:t>
      </w:r>
    </w:p>
    <w:p w14:paraId="53EDBE0D" w14:textId="77777777" w:rsidR="00C03725" w:rsidRDefault="00000000">
      <w:pPr>
        <w:jc w:val="both"/>
      </w:pPr>
      <w:r>
        <w:t>I remember a run friend, Herve, telling me about his experience in the Mont Blanc, France ultra Marathon. A run that can take up to three days to complete. I had asked him if he had any hallucinations as I knew many ultra marathon runners experience them in the longer events. And he told me his story, that yes he was hallucinating. That he saw penguins, which were actually large rocks. Then he said he had some really bad ones where he had seen witches and goblins. I can’t imagine how scary that might have been. Heck, I only saw mice.</w:t>
      </w:r>
    </w:p>
    <w:p w14:paraId="62A0DFBF" w14:textId="77777777" w:rsidR="00C03725" w:rsidRDefault="00000000">
      <w:pPr>
        <w:jc w:val="both"/>
      </w:pPr>
      <w:r>
        <w:t>As the night wore on, I was only able to walk. I walked my way into the aid station after seven 20km loops and knew I only would have one more to go. However, the bottoms of my feet were killing me and I felt like they were blistering really badly. I couldn’t tell if I was bleeding also, but I thought I could feel some wetness, or was it just from the rain? As I got to the aid station, there was Brian waiting for me. I told him about my feet and he had me sit down and he took off my shoes and socks. I asked if there was blood or no blood. He said no blood, so I was relieved. I had anticipated pulling out if there was blood. So I had Brian slip on a fresh pair of socks and I was off for my last 20km leg.</w:t>
      </w:r>
    </w:p>
    <w:p w14:paraId="50B49939" w14:textId="77777777" w:rsidR="00C03725" w:rsidRDefault="00000000">
      <w:pPr>
        <w:jc w:val="both"/>
      </w:pPr>
      <w:r>
        <w:t>I was still unable to run any longer so walked as fast a pace as I could muster. I had already walked for about 15km and now had another 20km of walking to go. I had no idea how long it would take me. I just kept moving, one step forward. I walked for hours. And hours. And finally I was almost there. Daylight had broken again and I had been moving forward for over 24 hours.</w:t>
      </w:r>
    </w:p>
    <w:p w14:paraId="3B66FCB2" w14:textId="77777777" w:rsidR="00C03725" w:rsidRDefault="00000000">
      <w:pPr>
        <w:jc w:val="both"/>
      </w:pPr>
      <w:r>
        <w:t>I finished that morning at 6:23 am. I had run/walked 100 miles in 24 hours, 23 minutes and 23 seconds. I had finished my first 100 miler. Oh, and I swore it would be my last. This was nothing like I had ever experienced. I do not do well on little to no sleep, so that depravation was the most exhausted I ever felt. But more so was the depth to what I put my body through. My entire body was pulsating. I was shaken literally to my core, my skeleton. I vowed I would never run another 100 miler. I was proud of course, but I was cured. Thank you once againto Brian though, as I could not ever have accomplished that feat (pun intended) with you!</w:t>
      </w:r>
    </w:p>
    <w:p w14:paraId="78F8FC19" w14:textId="77777777" w:rsidR="00C03725" w:rsidRDefault="00000000">
      <w:pPr>
        <w:jc w:val="both"/>
      </w:pPr>
      <w:r>
        <w:t>Adirondacks</w:t>
      </w:r>
    </w:p>
    <w:p w14:paraId="02EC3735" w14:textId="77777777" w:rsidR="00C03725" w:rsidRDefault="00000000">
      <w:pPr>
        <w:jc w:val="both"/>
      </w:pPr>
      <w:r>
        <w:t>Having survived my first, and only, 100 miler, I was determined to recover and had signed up once again for another Lake Placid Marathon. As hard and as deeply painful the 100 miler was, I recovered from it injury free and was back at my marathon strength once again. I felt great that day and once again just loved the crisp, Adirondack air and love all things Lake Placid. I ran quite well once again and finished in third place overall with a time of 3:01:06. Once again I made the podium and this time for being 3rd overall in a marathon. It was quite special and I will always cherish the accolades (and the plaque) I received that day.</w:t>
      </w:r>
    </w:p>
    <w:p w14:paraId="3B0EA3ED" w14:textId="77777777" w:rsidR="00C03725" w:rsidRDefault="00000000">
      <w:pPr>
        <w:jc w:val="both"/>
      </w:pPr>
      <w:r>
        <w:lastRenderedPageBreak/>
        <w:t>As I’ve said before, there are very few marathons or events I did not like and the Jay Challenge Marathon was another event that I had loved the previous year. So once again, I gathered a group of friends and set out to conquer the Jay Challenge again. Unfortunately Greg was “cured” of that event from the previous year. He was they guy that Did Not Finish and was pretty badly beaten up. But Brian was with me and a few others and once again, this race did not disappoint.</w:t>
      </w:r>
    </w:p>
    <w:p w14:paraId="3BB3935E" w14:textId="77777777" w:rsidR="00C03725" w:rsidRDefault="00000000">
      <w:pPr>
        <w:jc w:val="both"/>
      </w:pPr>
      <w:r>
        <w:t>The river run sections were still part of the thrill, the rock faces we had to climb along were still there and of course the summit and downhill switchback of Jay Mountain was still the highlight of the event. I even bettered my time of the previous year by about 12 minutes, finishing in 7:42:47. The Jay Challenge is not an easy day so just finishing impressive enough for anyone. It is still a favourite event of mine, but unfortunately is no longer run.</w:t>
      </w:r>
    </w:p>
    <w:p w14:paraId="73294693" w14:textId="77777777" w:rsidR="00C03725" w:rsidRDefault="00000000">
      <w:pPr>
        <w:jc w:val="both"/>
      </w:pPr>
      <w:r>
        <w:t>Giving Back</w:t>
      </w:r>
    </w:p>
    <w:p w14:paraId="118575E8" w14:textId="77777777" w:rsidR="00C03725" w:rsidRDefault="00000000">
      <w:pPr>
        <w:jc w:val="both"/>
      </w:pPr>
      <w:r>
        <w:t>Late August in 2007, I had offered my services to the Running Room to be a “pace bunny” in the Quebec City Marathon des Deux Rives. This would give me a free entry into the race but more importantly, I wanted to help other runners succeed at the 3:30:00 (3 and a half hour) run goal.</w:t>
      </w:r>
    </w:p>
    <w:p w14:paraId="48090C8A" w14:textId="77777777" w:rsidR="00C03725" w:rsidRDefault="00000000">
      <w:pPr>
        <w:jc w:val="both"/>
      </w:pPr>
      <w:r>
        <w:t>I was just a little bit leary of being a “pace bunny” as I knew that the Running Room wanted you to wear a hat that actually had pink ears pasted on. But it was a nice way to get a free entry into the event and give back as well. I figured I could handle the humility of wearing the ears as I was helping others of course. However, there was one thing I hadn’t factored in on when I had signed up. When I arrived the day before the marathon and went to the pre-meeting for all us volunteer “pace bunny’s”, I was informed that I would have to use the Running Room method of running 10 and 1’s. That is run for 10 minutes and then walk for 1 minute. And so on throughout the marathon. What I factored out quickly was that in order to bring runners in on pace for a 3:30 marathon, we would actually have to run a 3 hour and 15 minute pace during the 10 minute run and then walk for the one minute. I knew right away that this was going to be a problem. But there was something else that was also going cause even more of an issue that I hadn’t thought of. The aid stations and the bridge.</w:t>
      </w:r>
    </w:p>
    <w:p w14:paraId="1E32DA02" w14:textId="77777777" w:rsidR="00C03725" w:rsidRDefault="00000000">
      <w:pPr>
        <w:jc w:val="both"/>
      </w:pPr>
      <w:r>
        <w:t>So as we lined up at the start of the race, we were all seeded by anticipated finish time and I set myself up where the 3:30 marathon runners would need to be positioned. I had my bunny ears on, an ugly colored shirt that also said pace bunny, and a sign that I was going to hold up with the time of 3:30 on it. There were around 30 runners that gathered around me and they were all excited to be joining me as I would pace the survivors in for a 3:30 finish. Quite exciting!</w:t>
      </w:r>
    </w:p>
    <w:p w14:paraId="1FE24A55" w14:textId="77777777" w:rsidR="00C03725" w:rsidRDefault="00000000">
      <w:pPr>
        <w:jc w:val="both"/>
      </w:pPr>
      <w:r>
        <w:t xml:space="preserve">Soon the start gun went off and we were off on our 3:30 marathon journey. Knew that we technically should be running a 4:59 km split if we were running continuously. But since I was instructed to run 10 and 1’s, I started out at a little slower than then 4:37km pace needed to run at during the 10 minute run section if we were going to walk the minute intervals. So we ran pretty tight as a group the first several kilometres but I could sense some of the </w:t>
      </w:r>
      <w:r>
        <w:lastRenderedPageBreak/>
        <w:t>runners were struggling as they had to run slightly faster than what they had also trained at. However, things got really crazy when during the second set of 10 and 1’s, we hit an aid station. So we had just walked for 1 minute less then 4 or 5 minutes prior, and now some of my runners decided to also walk the aid station. So a few had to be dropped because I couldn’t wait for them as we were on a 10 and 1 mission. And this went on through several other aid stations, and more and more of my group would drop off.</w:t>
      </w:r>
    </w:p>
    <w:p w14:paraId="474A5CEB" w14:textId="77777777" w:rsidR="00C03725" w:rsidRDefault="00000000">
      <w:pPr>
        <w:jc w:val="both"/>
      </w:pPr>
      <w:r>
        <w:t>But the fun part was still yet to come. It was when we had to cross over the Quebec Bridge spanning the Saint Lawrence River from the town of Levi, which would take us towards the older city of Quebec. This was another challenge that we hadn’t factored in. So now we had to run a long uphill sectionto get onto the bridge and then we would have a gradual decent on the other side. Well trying to keep pace on the climb was also another challenge for a few of the runners that had managed to stay with me and so I dropped a few more unfortunately.</w:t>
      </w:r>
    </w:p>
    <w:p w14:paraId="0ADB8C80" w14:textId="77777777" w:rsidR="00C03725" w:rsidRDefault="00000000">
      <w:pPr>
        <w:jc w:val="both"/>
      </w:pPr>
      <w:r>
        <w:t>As far as my pacing went, I was precisely on time and target for the 3:30 goal, but one by one, most everyone had been dropped. I was feeling disappointed and frustrated as I really wanted to help as many people as possible to reach their goal time for the race. As I neared the finish line, I had one runner left still with me who latched on and stayed with me the entire race. And as we crossed the line, we gave each other a huge high five. I was able to help one lone runner achieve a goal of 3:30:47. I was right on the mark and met my goal objective.</w:t>
      </w:r>
    </w:p>
    <w:p w14:paraId="23A9B7E9" w14:textId="77777777" w:rsidR="00C03725" w:rsidRDefault="00000000">
      <w:pPr>
        <w:jc w:val="both"/>
      </w:pPr>
      <w:r>
        <w:t>Afterwards, I decided to keep my frustration with the 10 and 1 system to myself. I know it works, it will get most dedicated and trained runners across the finish line, but at much slower pace times. But if you have a faster time goal anywhere under 4 hours, it is near impossible to achieve unless you trained at a faster pace goal than your anticipated time. After the Quebec Marathon, I decided to hang up my pace bunny ears.</w:t>
      </w:r>
    </w:p>
    <w:p w14:paraId="41011BF8" w14:textId="77777777" w:rsidR="00C03725" w:rsidRDefault="00000000">
      <w:pPr>
        <w:jc w:val="both"/>
      </w:pPr>
      <w:r>
        <w:t>Bodily functions</w:t>
      </w:r>
    </w:p>
    <w:p w14:paraId="629AC704" w14:textId="77777777" w:rsidR="00C03725" w:rsidRDefault="00000000">
      <w:pPr>
        <w:jc w:val="both"/>
      </w:pPr>
      <w:r>
        <w:t>There’s a topic that is seldom talked about amongst outsiders but it is often top of mind for runners of any distance, and that is our bodily functions before, during and even after any run event. But it’s especially more of a challenge for longer distances such as the marathon. I think it's kind of a funny humorous thing about running, especially when you get into distance running and the marathon. When you’re out running three, four or five hours, or even longer in ultr-marathons, what you eat the night before can have an impact on what happens to your bodily functions pre-race and during the race. I made the mistake early by eating Thai food the night before the Montreal Marathon. Hot and spicy. I enjoy hot and spicy foods but with Thai food, the next morning, it's still "hot and spicy" let's just say. Fortunately I was fine that day as I have a pretty strong rock gut and I don't run into too many gastrointestinal (GI) issues during running. I do tend to have a tiny bladder, which I call a TB, but that’s another story.</w:t>
      </w:r>
    </w:p>
    <w:p w14:paraId="66D1E10F" w14:textId="77777777" w:rsidR="00C03725" w:rsidRDefault="00000000">
      <w:pPr>
        <w:jc w:val="both"/>
      </w:pPr>
      <w:r>
        <w:t xml:space="preserve">In my earlier days of running, my run buddies and I were still learning all the nuances about running. In fact, I am still learning as there’s always a lessonto learn from every training run and every race. One lesson learned was I thought we needed to top up before the start of a marathon, I would play around with what to eat and drink the night before a race at dinner </w:t>
      </w:r>
      <w:r>
        <w:lastRenderedPageBreak/>
        <w:t>and what to eat pre-race. Don't go to bed too late and most importantly don't go out to dinner at nine o'clock. I would tend to get up about 2 hours before a race, say five o'clock or 5:30 to give my system time to operate and eliminate. digest it. Because usually you're at the race line at 7am. You know if you had a rough night it’s going to be a rough morning and race.</w:t>
      </w:r>
    </w:p>
    <w:p w14:paraId="1CB3D8EA" w14:textId="77777777" w:rsidR="00C03725" w:rsidRDefault="00000000">
      <w:pPr>
        <w:jc w:val="both"/>
      </w:pPr>
      <w:r>
        <w:t>I not a big fan of the European dinner diet where they sit down to dinner at 10pm, although it is fun when you're traveling. But it doesn't work for running. So I er on the side of caution in terms of what I eat the night before. And if you want to see what your body can and cannot endure, test out your meals and nutrition on your long runs, not on race night or race day.</w:t>
      </w:r>
    </w:p>
    <w:p w14:paraId="3A954207" w14:textId="77777777" w:rsidR="00C03725" w:rsidRDefault="00000000">
      <w:pPr>
        <w:jc w:val="both"/>
      </w:pPr>
      <w:r>
        <w:t>So, if you're going to go for a three hour long run and during your training, play around with what you do the night before and when you eat. Traditionally they say you should do a high carb intake the night before a race. I've moved away from the heavy carbs more and more over the years. But in my earlier years, I would run completely in a gluconeogenesis, where my body depends on glucose for run nourishment. So normally I would have a pasta dinner the night before a race. Of course I would lay off the creamy sauces, lay off of spicy sausage and sauces as well. I liked to have more of a plain jane pasta, maybe a little bit of a meat. That worked for me.</w:t>
      </w:r>
    </w:p>
    <w:p w14:paraId="0B12E927" w14:textId="77777777" w:rsidR="00C03725" w:rsidRDefault="00000000">
      <w:pPr>
        <w:jc w:val="both"/>
      </w:pPr>
      <w:r>
        <w:t>I recommend highly to be careful if you have digestion issues, especially when traveling to distance marathons. So when my run buddies and I traveled to another city, we liked to go to one of the chain pasta places like the Olive Garden. The food was always good and consistent. Or we would find a local establishment that had good reviews or one that was recommended. Most of the time it would be Italian food but again, nothing too hot or spicy. One recommendation or something to be aware of though. Some of the big marathons like Boston or New York City can be really tough to find a restaurant. I know that about Boston so I always try to prebook and make reservations weeks ahead and I try to eat by 5 or 5:30pm. I have seen far too many lineups of up to 2 hours and hear of people not eating until 9pm the night before a race. That is not good for your digestive system the night before nor the morning of a major run event.</w:t>
      </w:r>
    </w:p>
    <w:p w14:paraId="6F873224" w14:textId="77777777" w:rsidR="00C03725" w:rsidRDefault="00000000">
      <w:pPr>
        <w:jc w:val="both"/>
      </w:pPr>
      <w:r>
        <w:t>I also used to over eat my earlier marathon days because I thought you had to top up, that was kind of what we were taught. I would top up my food and would drink far too much water or fluids the night before. I stayed away from alcohol as much as possible, but did have maybe one beer on some special marathon dinner nights, but never more than one.</w:t>
      </w:r>
    </w:p>
    <w:p w14:paraId="309B7907" w14:textId="77777777" w:rsidR="00C03725" w:rsidRDefault="00000000">
      <w:pPr>
        <w:jc w:val="both"/>
      </w:pPr>
      <w:r>
        <w:t>Now I’ve learned to not over eat anymore the night before a race. I try to eat about 80% of feeling full, rather than bloat. I tend to eat earlier as I mature as well all year so it’s a lot easier to eat early and lighter as that is what I am acclimated to. Again, why do anything much different before a race that might upset your body or GI system on race day.</w:t>
      </w:r>
    </w:p>
    <w:p w14:paraId="577ED563" w14:textId="77777777" w:rsidR="00C03725" w:rsidRDefault="00000000">
      <w:pPr>
        <w:jc w:val="both"/>
      </w:pPr>
      <w:r>
        <w:t xml:space="preserve">I have one friend, who will remain nameless, that has a terrible GI system. In the morning, he'll do his number two business before he leaves for the race. But it’s inevitable that, almost every race, just before the start, he's got to go again. And he's racing to a porta potty just before the start and he's lining up and if you go to when you're at the start of the race, and </w:t>
      </w:r>
      <w:r>
        <w:lastRenderedPageBreak/>
        <w:t>there's all the porta potties closer to the race, the lineups, it could be 20 minutes, and you could miss the start of the race because you're waiting</w:t>
      </w:r>
    </w:p>
    <w:p w14:paraId="37CD1A9F" w14:textId="77777777" w:rsidR="00C03725" w:rsidRDefault="00000000">
      <w:pPr>
        <w:jc w:val="both"/>
      </w:pPr>
      <w:r>
        <w:t>I have been fortunate and mostly have made good pre-night and pre-race decisions, but I can recall, from over 100 marathons, two experiences that I can remember.</w:t>
      </w:r>
    </w:p>
    <w:p w14:paraId="52830F91" w14:textId="77777777" w:rsidR="00C03725" w:rsidRDefault="00000000">
      <w:pPr>
        <w:jc w:val="both"/>
      </w:pPr>
      <w:r>
        <w:t>The only two marathons where I had GI issues were the Flying Pig race in Cincinnati, Ohio and the Chicago Marathon. I’ll discuss these in more detail in a later chapter. But suffice to say, both were memorable and both had lessons to be learned.</w:t>
      </w:r>
    </w:p>
    <w:p w14:paraId="08F9044C" w14:textId="77777777" w:rsidR="00C03725" w:rsidRDefault="00000000">
      <w:pPr>
        <w:jc w:val="both"/>
      </w:pPr>
      <w:r>
        <w:t>What happens to your body to your functions, to protect yourself, you your body neurologically slows down your organs, bringing it to a lower functioning state because you're exerting all your energy to run, your lungs are running, you're breathing, you're using your legs, your muscles, so it basically shifts the body's focus. Your brain knows subconsciously to minimize your digestionto shift to the functional challenges of the long run.</w:t>
      </w:r>
    </w:p>
    <w:p w14:paraId="54268A2F" w14:textId="77777777" w:rsidR="00C03725" w:rsidRDefault="00000000">
      <w:pPr>
        <w:jc w:val="both"/>
      </w:pPr>
      <w:r>
        <w:t>I know from experience that my body goes to a completely different state the longer I am running or exerting myself. For example, in an Ironman, which is usually around 12-14 hours or energy exertion for me, is that I could go the whole day without excreting. Yes, I’m excreting fluids through sweating, and I'm eating a little bit, but not lots, that I don't have to go to the bathroom at all. And it's kind of scary at first. I remember after one Ironman when I finished, and I finally went to the bathroom and I was like, wow, my peeing. Phew, my system is working again, because I haven't peed all day. Like, when do you go 16 hours without peeing? Almost never.</w:t>
      </w:r>
    </w:p>
    <w:p w14:paraId="65901E37" w14:textId="77777777" w:rsidR="00C03725" w:rsidRDefault="00000000">
      <w:pPr>
        <w:jc w:val="both"/>
      </w:pPr>
      <w:r>
        <w:t>So again, my recommendation is to always eat early in the night before, you don't have to be super topped up, you can start with the glucose left in your liver to start, and metabolize that for energy. Then as you run, you can take gels, or liquids that have sugars and get your energy back. And you don't have to have like a big breakfast either.</w:t>
      </w:r>
    </w:p>
    <w:p w14:paraId="64E40875" w14:textId="77777777" w:rsidR="00C03725" w:rsidRDefault="00000000">
      <w:pPr>
        <w:jc w:val="both"/>
      </w:pPr>
      <w:r>
        <w:t>Actually these days, I don't even try to eat a breakfast or eat before noon. But my typical morning run breakfast would be to eat a bagel with cream cheese and a banana and maybe some yogurt. But I wouldn't overdo it or I might eat just the bagel and the yogurt about maybe two hours before the race start and then maybe an hour before I'll eat the banana. And I don't eat anything within an hour before the race. It’s like the same advice our mothers gave us, don't eat before you go swimming. So once again, your body is going to slow down your digestion when you're running. If you eat too much, you can't shift to pure running because your body's digesting and you're going to lose.</w:t>
      </w:r>
    </w:p>
    <w:p w14:paraId="1B256099" w14:textId="77777777" w:rsidR="00C03725" w:rsidRDefault="00000000">
      <w:pPr>
        <w:jc w:val="both"/>
      </w:pPr>
      <w:r>
        <w:t>These recommendations are things that over time we learn and I am still a work in progress. I'm always learning and trying new things and adjusting things that seems to work. In my early days of running, I made a lot of mistakes because we were conditioned to have a big heavy carb dinner and then a breakfast and run an hour later. But I didn’t feel good. And when your body is off, you don’t want to run to the Porta Potty every 20 minutes during your run. I see people that are suffering and it doesn’t look pleasant.</w:t>
      </w:r>
    </w:p>
    <w:p w14:paraId="03F79D3C" w14:textId="77777777" w:rsidR="00C03725" w:rsidRDefault="00000000">
      <w:pPr>
        <w:jc w:val="both"/>
      </w:pPr>
      <w:r>
        <w:lastRenderedPageBreak/>
        <w:t>Another think I do is try different energy drinks during training runs. I stay away from Gatorade, it's all sugar, and it doesn't have a good balance of electrolytes that work for me. I try use to use sports drinks such as Heed or Hammer. There's a whole bunch of them. Some of the newer ones have stevia now also instead of sugar. If you're going to run more in ketones, you will need to get away from the sugars. I recommend playing around with different sports drinks and powders and gels.</w:t>
      </w:r>
    </w:p>
    <w:p w14:paraId="4D57BD7E" w14:textId="77777777" w:rsidR="00C03725" w:rsidRDefault="00000000">
      <w:pPr>
        <w:jc w:val="both"/>
      </w:pPr>
      <w:r>
        <w:t>I always take samples of products from the run expos. But don't test them during the marathon. Take those samples home and then test them for your next race and see what you like. Don't ever try anything new on race day. If you have a sports drink that works for you, then carry it with you during the run, especially if you don't know what they're going to serve you on the course. Don’t risk being sick or anything else that might affect your race. I always check to see what is the sport drink that they're going to offer on the course.</w:t>
      </w:r>
    </w:p>
    <w:p w14:paraId="3A0D7B8B" w14:textId="77777777" w:rsidR="00C03725" w:rsidRDefault="00000000">
      <w:pPr>
        <w:jc w:val="both"/>
      </w:pPr>
      <w:r>
        <w:t>And if it is Gatorade, I'm more cautious as I find it overwhelmingly sweet. Sometimes I will still take it as I don’t like to carry anything when I’m running or racing, especially for speed. But if your goal is to just finish and you want to carry your own stuff, carry your own stuff and you're much better.</w:t>
      </w:r>
    </w:p>
    <w:p w14:paraId="32494522" w14:textId="77777777" w:rsidR="00C03725" w:rsidRDefault="00000000">
      <w:pPr>
        <w:jc w:val="both"/>
      </w:pPr>
      <w:r>
        <w:t>Don't over carry either though, because they have water on the course. And you can drink the water. I see runners that are wearing large camel packs full of water while running a race, sloshing around and being weighted down. Unless you're running trail races where there's no aid stations, and you have to carry all of your supplies, then definitely carry. And you can wear one of the belts with your special drink if that works for you. Perfect. If you can handle the drink on the race, then you know what you're getting into.</w:t>
      </w:r>
    </w:p>
    <w:p w14:paraId="3FEE07B0" w14:textId="77777777" w:rsidR="00C03725" w:rsidRDefault="00000000">
      <w:pPr>
        <w:jc w:val="both"/>
      </w:pPr>
      <w:r>
        <w:t>Also a lot of the sports powders now come in individual size packets. I have carried them sometimes, especially on ultra-marathons. They look like an instant coffee packets, they're very tiny and slim. Like you must be able to get those little packages of electrolytes. You could just tuck them in your pockets or pack on longer ultra runs and mix your own at aid stations.</w:t>
      </w:r>
    </w:p>
    <w:p w14:paraId="29A9B8B7" w14:textId="77777777" w:rsidR="00C03725" w:rsidRDefault="00000000">
      <w:pPr>
        <w:jc w:val="both"/>
      </w:pPr>
      <w:r>
        <w:t>Also check the weather and race conditions in the morning before the race so you are prepared as much as possible. If it's going to be a really a hot day, it's going to be tough, fluid wise, as you’ll be hot and likely sweating more. A lot of times they offer now Coke with ice which is nice later on in the race. I don't mind it sometimes and I'll take a little bit of Coca Cola. It's not great for your gut, but it does have caffeine and it's a pretty good thirst quencher when you're really suffering. But don't over drink the stuff either because it's not good for you. It's a gut rot for me. Sometimes I will just take ice when it’s given out only and stay away from the sweet carbonated drinks.</w:t>
      </w:r>
    </w:p>
    <w:p w14:paraId="6F200CC9" w14:textId="77777777" w:rsidR="00C03725" w:rsidRDefault="00000000">
      <w:pPr>
        <w:jc w:val="both"/>
      </w:pPr>
      <w:r>
        <w:t xml:space="preserve">So if you don't have a time goal, then just have fun and not over think too much. But if you've got a time goal, the other thing you need to learn is how to grab the paper cups that they give you at aid stations and how to pinch it and drink it while you're running. There's another there's an art to that. There's a technique, some people can't swallow water while they're running. I was running with a club and we actually practiced this. We set tables up on a track </w:t>
      </w:r>
      <w:r>
        <w:lastRenderedPageBreak/>
        <w:t>and practicing “grabbing and going” with paper cups. Last thing you want is to try it for the first time and start to choke or worse while in a race.</w:t>
      </w:r>
    </w:p>
    <w:p w14:paraId="3B975FB9" w14:textId="77777777" w:rsidR="00C03725" w:rsidRDefault="00000000">
      <w:pPr>
        <w:jc w:val="both"/>
      </w:pPr>
      <w:r>
        <w:t>There’s a technique to grab a cup. You pinch it like a triangle, and then that kind of just take a little sip while running. The other thing is it's dangerous when you're running through an aid station, because depending if you're a slower runner, there's more people in front of you that just stop on a dime. So, you can just grab and go, it’s a lot smoother and safer, with just a little meander or zigzag around people to grab it.</w:t>
      </w:r>
    </w:p>
    <w:p w14:paraId="39401AD8" w14:textId="77777777" w:rsidR="00C03725" w:rsidRDefault="00000000">
      <w:pPr>
        <w:jc w:val="both"/>
      </w:pPr>
      <w:r>
        <w:t>The other thing I do is see if there's a lineup of volunteers, and they're all usually be holding one or two cups of water or sports drink. I'll point to the person, I'll make eye contact, as I'm coming up, so they know I want their water and they can hand it to me smoothly, rather than just randomly grabbing it. Otherwise it sometimes startles them and startles you and they’ll drop it and spill it. And then if it's the last person in the water line, you've missed the whole aid stations, you didn't get water, and you could suffer more before the next aid station.</w:t>
      </w:r>
    </w:p>
    <w:p w14:paraId="6B5293C1" w14:textId="77777777" w:rsidR="00C03725" w:rsidRDefault="00000000">
      <w:pPr>
        <w:jc w:val="both"/>
      </w:pPr>
      <w:r>
        <w:t>And always review the course and course map the night before a race and/or in the morning. It’s always the runner’s responsibility to know the course. But also you want to know where the aid stations will be and what will be offered at them. Sometimes they’re every mile, some races every 3 miles and with ultra-marathons, could be 10km or further apart. That’s a long time without aid. sometimes it's every three miles you know, it's a long time, if you miss an aid station, so know what you need. I don't take at every aid station either early in the race, as I don't need to start drinking fluids too early in a race, especially if I’m more topped up before the start. I like to wait about 45 minutes before I have my first drink and or take a gel. I will usually run through several aid stations before I take anything because I know I've got enough in my system.</w:t>
      </w:r>
    </w:p>
    <w:p w14:paraId="59FB314C" w14:textId="77777777" w:rsidR="00C03725" w:rsidRDefault="00000000">
      <w:pPr>
        <w:jc w:val="both"/>
      </w:pPr>
      <w:r>
        <w:t>And then the other thing I forgot to mention is that I always carry electrolyte capsules. They’re capsules form that have extra potassium, salt and magnesium. I use three or four electrolytes, especially when I’m sweating a lot. I usually keep them in a little Ziploc in a pocket, I bought these shorts, I still wear them, called Race Ready shorts. And they have like, these little pockets, seven pockets, you know, or eight even and I can put my gloves in the back, if it's cold morning, I can put and then I can put electrolytes in one pocket. And I can put my gels in a few other pockets and my keys in another.</w:t>
      </w:r>
    </w:p>
    <w:p w14:paraId="149F16E4" w14:textId="77777777" w:rsidR="00C03725" w:rsidRDefault="00000000">
      <w:pPr>
        <w:jc w:val="both"/>
      </w:pPr>
      <w:r>
        <w:t>As I said, I use little plastic Ziploc bags. And I have a bunch of those and I'll put my electrolytes in when I am running. Then I'll carefully take one or two if I know there's an aid station coming up and put them in my mouth just before I’m grabbing water.</w:t>
      </w:r>
    </w:p>
    <w:p w14:paraId="363DD9FB" w14:textId="77777777" w:rsidR="00C03725" w:rsidRDefault="00000000">
      <w:pPr>
        <w:jc w:val="both"/>
      </w:pPr>
      <w:r>
        <w:t xml:space="preserve">I trained myself to run and take those, one at a time and sort of pop up and electrolyte while I'm running. Again it saves time. The worst thing that can happen to you is to bonk, a feeling I mentioned previously where your electrolytes are depleted and now you're getting muscle, strain, and you're going to get muscle spasms, but you're also going to lose your cognition. I see people all the time at races bonking, looking like they’re zombies. And once you cross over into the bonking, most people don't come back like you might come back but most people </w:t>
      </w:r>
      <w:r>
        <w:lastRenderedPageBreak/>
        <w:t>don't recover. You’re either going to be pulled out of the race or you’re going to have a long zombie walk the last five miles because you’re completely depleted. completely depleted their mind to think. So that's the bonking scenario. So that's why you want to take electrolytes. So again, don't put stuff in your stomach that you've never tested. Do not do it during the marathon because the worst thing you want to be sick on the side of the road and you may end up in a hospital. Marathon running is serious. And yes, people die.</w:t>
      </w:r>
    </w:p>
    <w:p w14:paraId="7DE05203" w14:textId="77777777" w:rsidR="00C03725" w:rsidRDefault="00000000">
      <w:pPr>
        <w:jc w:val="both"/>
      </w:pPr>
      <w:r>
        <w:t>You certainly don't want to die of course but you don't want to end up in a hospital, you don't want to end up in a medical tent on intravenous at the end of a race. You don't want to be treated by the medical staff on the side of the road and be picked up and put in an ambulance. But I see that happen in almost every large race as someone is in way over their head and it's because they are not properly trained or nourished. And they don't know what they're doing early and it's completely avoidable.</w:t>
      </w:r>
    </w:p>
    <w:p w14:paraId="21B74982" w14:textId="77777777" w:rsidR="00C03725" w:rsidRDefault="00000000">
      <w:pPr>
        <w:jc w:val="both"/>
      </w:pPr>
      <w:r>
        <w:t>Volunteers are truly the unsung heroes of every endurance event. Every time I pass through an aid station, I make a point to call out, “Thank you for being here!” Many times they respond, “You’re looking strong!” and I’ll answer, “No, thank YOU.” Their presence is the lifeblood of any race. Without their support, organization, and energy, none of these marathons, triathlons, or ultras would happen. Volunteers stand in the rain, the heat, or the early dawn just to hand us water, give directions, and cheer us on. It's easy for runners to focus on their own challenges mid-race, but every word of encouragement, every gel packet, every cup of water handed out—these small acts add up to a powerful force. I try not to take it for granted, pausing even in the toughest moments to offer a genuine thank you, because the sport exists only through their selfless commitment.[1]</w:t>
      </w:r>
    </w:p>
    <w:p w14:paraId="0F8BC2FE" w14:textId="77777777" w:rsidR="00C03725" w:rsidRDefault="00000000">
      <w:pPr>
        <w:jc w:val="both"/>
      </w:pPr>
      <w:r>
        <w:t>I also want to address something I encounter regularly: the criticisms or doubts from non-runners. People will say, “I can’t run—I tried once, hurt my knee.” My response is always the same: don’t quit, adapt. There’s no rule stating you must run a marathon the first time out. Walk a minute, run a minute—try different intervals, find joy in movement in whatever way works for you. It’s not just about running; it applies to any challenge. Too often I hear, “I can’t do it,” before any real effort or experimentation. Discomfort, fear, or past setbacks become barriers that hold people back unnecessarily. The irony is, with a little persistence and creative problem solving, most people could find a way. Eventually, you reach a point where you realize: I can participate. Maybe you need to watch your nutrition, take medication, or modify your activity—but don’t resign yourself to watching others live life from the sidelines.</w:t>
      </w:r>
    </w:p>
    <w:p w14:paraId="7FC437AD" w14:textId="77777777" w:rsidR="00C03725" w:rsidRDefault="00000000">
      <w:pPr>
        <w:jc w:val="both"/>
      </w:pPr>
      <w:r>
        <w:t>There’s also the classic question, “How are your knees after all that running?” My stock reply is to turn it around: “How are your knees after sitting on the couch all day?” Many runners who struggle with knee pain played high-impact pivot sports growing up—hockey, football, basketball. It’s typically those sharp direction changes, not the rhythmic motion of distance running, that lead to chronic knee issues. Staying active in a low-impact way may actually preserve joint health.</w:t>
      </w:r>
    </w:p>
    <w:p w14:paraId="2598EAE6" w14:textId="77777777" w:rsidR="00C03725" w:rsidRDefault="00000000">
      <w:pPr>
        <w:jc w:val="both"/>
      </w:pPr>
      <w:r>
        <w:t xml:space="preserve">Understanding terrain is essential to long-term running success. I never run on sidewalks. Concrete is absolutely brutal on the joints—the hardest surface there is. Pavement is better, </w:t>
      </w:r>
      <w:r>
        <w:lastRenderedPageBreak/>
        <w:t>especially as it warms up in summer and softens a bit. Trails and dirt roads are ideal; softer ground absorbs more shock and cuts down on repetitive strain. Rail trails or packed forest paths are great options, especially if you want to run for years to come. Even then, roots and rocks present their own challenges, requiring vigilance and quick footwork.</w:t>
      </w:r>
    </w:p>
    <w:p w14:paraId="7678478D" w14:textId="77777777" w:rsidR="00C03725" w:rsidRDefault="00000000">
      <w:pPr>
        <w:jc w:val="both"/>
      </w:pPr>
      <w:r>
        <w:t>The "tough it out" mentality leads many runners to misuse pain medication—Advil, Tylenol, whatever gets them through a difficult race. I used to carry some myself, but now I avoid painkillers unless absolutely necessary. Too much can wreak havoc on your stomach and liver; over time, dependence on pain meds is risky and often masks true injuries. Runners with knee pain or similar issues might try compression socks or braces, and these tools help to a point, but nothing replaces attentive self-care. Pay attentionto your quads, calves, knees, and ankles—the cumulative stress of long miles can catch up quickly. Always listen to your body and differentiate between the usual aches and a genuine injury.</w:t>
      </w:r>
    </w:p>
    <w:p w14:paraId="7F5DEFCB" w14:textId="77777777" w:rsidR="00C03725" w:rsidRDefault="00000000">
      <w:pPr>
        <w:jc w:val="both"/>
      </w:pPr>
      <w:r>
        <w:t>During any race, nobody is completely comfortable. Muscles ache, feet swell, and fatigue becomes an ever-present companion. However, there’s a fine line between the ordinary discomfort of pushing your limits and the signal of real damage. Muscle spasms, for example, usually pass, but a twisted ankle or deep strain is a red light. Running through injury may earn you bragging rights in the short term, but the costs can be enormous: months, even years, off the road, or permanent damage that ends your running career altogether.</w:t>
      </w:r>
    </w:p>
    <w:p w14:paraId="51C53D73" w14:textId="77777777" w:rsidR="00C03725" w:rsidRDefault="00000000">
      <w:pPr>
        <w:jc w:val="both"/>
      </w:pPr>
      <w:r>
        <w:t>Elite runners model wise decision-making—when it’s not their day, they pull out rather than risk their future. Watching the best at international races like New York, Chicago, or Berlin is instructive. These athletes run on the edge, pushing towards the two-hour mark, but won’t hesitate to DNF if the body isn’t cooperating. They understand that longevity in the sport depends on making smart choices, not heroic suffering.</w:t>
      </w:r>
    </w:p>
    <w:p w14:paraId="16D3449D" w14:textId="77777777" w:rsidR="00C03725" w:rsidRDefault="00000000">
      <w:pPr>
        <w:jc w:val="both"/>
      </w:pPr>
      <w:r>
        <w:t>Aid stations themselves deserve special attention. For amateurs, they’re lifelines: water, sports drinks, and sometimes gels along the way. For elites, races provide personal tables with custom drinks, planned in advance and maintained by coaches or family. In trail ultras, the aid stations are a world of their own—tables heaped with potato chips, M&amp;Ms, chicken broth, and all manner of comfort food. Near midnight, you might savor a boiled potato with salt, desperate for calories and electrolytes. In major marathons, you can count on water and maybe sports drinks; gels might be present, but never rely solely on race supply. Always carry your own nutritionto avoid disappointment if an aid station runs out.</w:t>
      </w:r>
    </w:p>
    <w:p w14:paraId="41FBFAB9" w14:textId="77777777" w:rsidR="00C03725" w:rsidRDefault="00000000">
      <w:pPr>
        <w:jc w:val="both"/>
      </w:pPr>
      <w:r>
        <w:t>Don’t experiment with new foods or gels in the heat of competition. Test everything in training first; nothing shakes your race confidence faster than an upset stomach or unexpected reactionto a triple-caffeine gel you’ve never tried before.</w:t>
      </w:r>
    </w:p>
    <w:p w14:paraId="7ACE742E" w14:textId="77777777" w:rsidR="00C03725" w:rsidRDefault="00000000">
      <w:pPr>
        <w:jc w:val="both"/>
      </w:pPr>
      <w:r>
        <w:t>Hydration and nutrition missteps can also sabotage your performance—a hot day might tempt you to overdrink, leading to long waits at crowded porta-potties, costing you precious minutes. Be intentional in your planning and self-responsible throughout the race. The marathon isn’t responsible for your preparation; you are.</w:t>
      </w:r>
    </w:p>
    <w:p w14:paraId="5D4BF4E8" w14:textId="77777777" w:rsidR="00C03725" w:rsidRDefault="00000000">
      <w:pPr>
        <w:jc w:val="both"/>
      </w:pPr>
      <w:r>
        <w:lastRenderedPageBreak/>
        <w:t>The privilege of running, and of being part of a race community, brings lessons beyond any finish line. Preparation, adaptability, gratitude, and humility make the journey worthwhile. Thank the volunteers, support each other, be prepared, and above all, listen to your body—these are the habits that keep the joy alive and the miles ahead.</w:t>
      </w:r>
    </w:p>
    <w:p w14:paraId="45FF4D36" w14:textId="77777777" w:rsidR="00C03725" w:rsidRDefault="00000000">
      <w:pPr>
        <w:jc w:val="both"/>
      </w:pPr>
      <w:r>
        <w:t>After the pace bunny fiasco in Quebec City, I took two weeks off and was right back at it for my third time at the Haliburton Forest Ultra Marathon. I had learned my lesson from the 100 miler event back in May, so I was “only” registered for the 50 mile event. This would be my third time running the Haliburton Forest ultra. I really had no aspirations for any time goal, I just wanted to finish. My time was about 20 minutes slower than the previous year, but it was a nice feeling to be out there running on the single track trails and experiencing the beauty of that region of Ontario. Looking back at my remarks for that race and all I had noted was “easy”. Easy? For a 50 miler? I guess that is relative for us all.</w:t>
      </w:r>
    </w:p>
    <w:p w14:paraId="6E41DDCA" w14:textId="77777777" w:rsidR="00C03725" w:rsidRDefault="00000000">
      <w:pPr>
        <w:jc w:val="both"/>
      </w:pPr>
      <w:r>
        <w:t>The highlight event of the year 2007 though was going to be the Chicago Marathon. My friend Ted has been talking this one up to me for a few years as he had his personal best (2:41) at the Chicago Marathon a few years earlier. He kept telling me it was a fun race, flat and easy. There’s that word again.</w:t>
      </w:r>
    </w:p>
    <w:p w14:paraId="6FE69207" w14:textId="77777777" w:rsidR="00C03725" w:rsidRDefault="00000000">
      <w:pPr>
        <w:jc w:val="both"/>
      </w:pPr>
      <w:r>
        <w:t>So Ted, James and I had all registered for Chicago and we set out for a long road trip from Toronto to Chicago. When we arrived and settled in the day prior, we hit the expo and there was a real buzz about the potential warm weather we might experience the next day, race day. We went out that night and enjoyed the thick crust Chicago Pizza, had a cold beer and made it back to our hotel room early as we knew we had a long day ahead of us. That night though, we really didn’t know what was going to happen to the 45,000 runners that were registered in one of the largest marathons in the world.</w:t>
      </w:r>
    </w:p>
    <w:p w14:paraId="7B7D1C49" w14:textId="77777777" w:rsidR="00C03725" w:rsidRDefault="00000000">
      <w:pPr>
        <w:jc w:val="both"/>
      </w:pPr>
      <w:r>
        <w:t>As we were getting ready in the morning, we had gotten a weather update and the temperatures were predicted to go up to close to 90F, or 37c. I recall one of the last things James said to us was that he had his medical card in his bag if something were to happen to him. That’s an odd thing as we never say that before a race. Was it a premonition?</w:t>
      </w:r>
    </w:p>
    <w:p w14:paraId="09B32591" w14:textId="77777777" w:rsidR="00C03725" w:rsidRDefault="00000000">
      <w:pPr>
        <w:jc w:val="both"/>
      </w:pPr>
      <w:r>
        <w:t>Ted and I were both coming off a strong year and we were corralled in the “A” corral. The entire race started with the elite runners, then there were 3 special corrals, A, B and C, and then the remainder of the 35,800 runners. There was a swirl of helicopters overhead as we waited for the singing of the National Anthem and then the starting gun. I soon realized it was already hot at 7am, a warm 80 degrees. As I turned to look around at the crowds in front and then behind me, and with the whirring sounds above, I started to have a dizzy spell. It was the oddest sensation as if I was having an out of body experience. I felt like I was close to passing out and so I just steadied myself and looked down at my run shoes. Soon that feeling mostly subsided and then at that moment, we were off to the races.</w:t>
      </w:r>
    </w:p>
    <w:p w14:paraId="38B4E7B2" w14:textId="77777777" w:rsidR="00C03725" w:rsidRDefault="00000000">
      <w:pPr>
        <w:jc w:val="both"/>
      </w:pPr>
      <w:r>
        <w:t xml:space="preserve">About 2 miles in the race, I was sweating profusely and still feeling a bit dizzy from the minor episode I had at the start line. I also needed a port-a-potty really, really bad. I was always proud of my “system”, I was quite regular in the morning. But the combination of the heat, </w:t>
      </w:r>
      <w:r>
        <w:lastRenderedPageBreak/>
        <w:t>the dizzy feeling I experienced and the excitement combined to cause a major rumbling in my gut. Fortunately I could see an aid station just ahead of me on the right. As I closed in on it, I also noticed there was a medic tent also beside it. My immediate thought was “do not make eye contact” with the medics. I was feeling awful, dizzy, with a major GI challenge and I felt for sure that if I made eye contact, they would have pulled me out of the race. I was a mess.</w:t>
      </w:r>
    </w:p>
    <w:p w14:paraId="0F295E1A" w14:textId="77777777" w:rsidR="00C03725" w:rsidRDefault="00000000">
      <w:pPr>
        <w:jc w:val="both"/>
      </w:pPr>
      <w:r>
        <w:t>Fortunately I made it to the port-a-potty in a nick of time. But the other sensation I had was also unfamiliar. My body started to shake and almost convulse when I entered the john. It was similar to how a car acts when you shut it down on a really, really hot day. My body shook and trembled for maybe 20 seconds. This was not good.</w:t>
      </w:r>
    </w:p>
    <w:p w14:paraId="410BB508" w14:textId="77777777" w:rsidR="00C03725" w:rsidRDefault="00000000">
      <w:pPr>
        <w:jc w:val="both"/>
      </w:pPr>
      <w:r>
        <w:t>Once I finished my business and regrouped myself, I was ready to head back out onto the course. As I opened the door of the port-a-potty, I remembered that the medics were right beside me so I immediately turned out and without making eye contact, jumped back into the race.</w:t>
      </w:r>
    </w:p>
    <w:p w14:paraId="792CC679" w14:textId="77777777" w:rsidR="00C03725" w:rsidRDefault="00000000">
      <w:pPr>
        <w:jc w:val="both"/>
      </w:pPr>
      <w:r>
        <w:t>After that I sort of settled in and was able to pick up speed and run at a fairly moderate pace. But it was hot. And so at every aid station, everyone including myself would grab two waters and pour them over our heads and then grab two more to drink. I can’t recall a marathon ever being this hot and it was unrelenting. And all I can think was Ted’s word, “oh, it’s an easy race”, “oh, it’s a fun race”. There was nothing easy nor fun about it. It was a ‘sufferfest’.</w:t>
      </w:r>
    </w:p>
    <w:p w14:paraId="45C7169A" w14:textId="77777777" w:rsidR="00C03725" w:rsidRDefault="00000000">
      <w:pPr>
        <w:jc w:val="both"/>
      </w:pPr>
      <w:r>
        <w:t>The longer I ran, the hotter it was getting. I saw a bank clock that said it was 85F. I couldn’t drink enough water, and the looming Sears tower, a landmark in Chicago and a point in the horizon that we were heading for, seemed 100’s of miles away. Yes, somehow I kept a good enough pace and was eventually closing in on the finish. It was stifling hot but I calmed down enough to persevere. And as I was within about 2 miles of the finish, I could see Ted off on the side of the road, hunched over and clutching his calves. I could tell that he was in trouble and in a lot of pain.</w:t>
      </w:r>
    </w:p>
    <w:p w14:paraId="01BAFB86" w14:textId="77777777" w:rsidR="00C03725" w:rsidRDefault="00000000">
      <w:pPr>
        <w:jc w:val="both"/>
      </w:pPr>
      <w:r>
        <w:t>I knew how super competitive Ted is and he was always a much faster runner than I. But my competitive nature took over and I thought, hmmm, I could beat Ted today. So I decided I would slink around and past him on the other side, maybe he wouldn’t notice me. I got this. So that’s what I did and I moderately lavished in the thought that I would finally beat him once, even if he was lame with bad calves. Hey, it counts!</w:t>
      </w:r>
    </w:p>
    <w:p w14:paraId="7D4FF488" w14:textId="77777777" w:rsidR="00C03725" w:rsidRDefault="00000000">
      <w:pPr>
        <w:jc w:val="both"/>
      </w:pPr>
      <w:r>
        <w:t>I never saw Ted again and made my way across the finish line in 3:17:28. How did I manage a 3:17 in that heat? Unbelievable really. And just about 4 minutes later, Ted came across. We both high fived and then told our war stories to each other. Then went for a free massage, free beer and wait for Jim to come in.</w:t>
      </w:r>
    </w:p>
    <w:p w14:paraId="7F64EFBA" w14:textId="77777777" w:rsidR="00C03725" w:rsidRDefault="00000000">
      <w:pPr>
        <w:jc w:val="both"/>
      </w:pPr>
      <w:r>
        <w:t xml:space="preserve">While recovering near the famous Chicago fountain, we could hear the faint sounds of ambulances in the distance. And there were soon announcements on the loudspeakers. The race officials had stopped the marathon at the 4 hour mark. It was too hot and dangerous on the course. Many people further back in the marathon were passing out from heat exhaustion, </w:t>
      </w:r>
      <w:r>
        <w:lastRenderedPageBreak/>
        <w:t>they were running out of water and there were literally hundreds of people needing medical attention.</w:t>
      </w:r>
    </w:p>
    <w:p w14:paraId="5E4DC01C" w14:textId="77777777" w:rsidR="00C03725" w:rsidRDefault="00000000">
      <w:pPr>
        <w:jc w:val="both"/>
      </w:pPr>
      <w:r>
        <w:t>Ted and I waited and waited for Jim to come in. Since they had stopped the race, they instructed everyone who had not finished to walk back into the finish taking the shortest route possible. It was a death march. And still no sign of Jim at 4 hours, at 5 hours. I recalled his last words to me that morning that he had his health card in his bag. Was he injured, in the hospital or?</w:t>
      </w:r>
    </w:p>
    <w:p w14:paraId="67CFD0A8" w14:textId="77777777" w:rsidR="00C03725" w:rsidRDefault="00000000">
      <w:pPr>
        <w:jc w:val="both"/>
      </w:pPr>
      <w:r>
        <w:t>Finally at about 5 and a half hours from the start of the race, Jim showed up. Now Jim is always a positive, jovial guy in any situation, and this was no exception. While Ted and I were almost frantic worrying about him, Jim came in with a big smile, laughing and telling us his war story of his run/walk.</w:t>
      </w:r>
    </w:p>
    <w:p w14:paraId="2A8498BF" w14:textId="77777777" w:rsidR="00C03725" w:rsidRDefault="00000000">
      <w:pPr>
        <w:jc w:val="both"/>
      </w:pPr>
      <w:r>
        <w:t>That was a race none of us will ever forget, nor would the other 35,000 runners who suffered through that day. The irony was that they were running out of water because of how much we were all consuming earlier in the day. There were hundreds of runners who went to the hospital that day, and one runner had died. It was extremely serious. And as a result of that, many marathons all started having more frequent aid stations and were more attuned to weather conditions and have better contingencies to cancel or postpone races due to weather conditions.</w:t>
      </w:r>
    </w:p>
    <w:p w14:paraId="3BE49773" w14:textId="77777777" w:rsidR="00C03725" w:rsidRDefault="00000000">
      <w:pPr>
        <w:jc w:val="both"/>
      </w:pPr>
      <w:r>
        <w:t>And on and on it continued for me. One week later, I was back at the Prince Edward County Marathon start line. This time I had offered to run with a friend and pace her through the entire marathon. It was another opportunity to give back and help someone else succeed in a marathon. We ran a nice pace and finished just over the 4 hour mark. It was nice and refreshing not to have to run so hard and have an opportunity to stop and smell the roses.</w:t>
      </w:r>
    </w:p>
    <w:p w14:paraId="4B92FC3B" w14:textId="77777777" w:rsidR="00C03725" w:rsidRDefault="00000000">
      <w:pPr>
        <w:jc w:val="both"/>
      </w:pPr>
      <w:r>
        <w:t>Three weeks later I was back in New York City for my second New York City Marathon. And this time I was there because I had run a faster qualifying time which put me into a lower numbered corral. As I have said many times, New York is a special place for me and running the marathon is more than special. It is an honour and a privilege. I truly love NY as their state slogan states.</w:t>
      </w:r>
    </w:p>
    <w:p w14:paraId="60E33B06" w14:textId="77777777" w:rsidR="00C03725" w:rsidRDefault="00000000">
      <w:pPr>
        <w:jc w:val="both"/>
      </w:pPr>
      <w:r>
        <w:t>Lining up at the start line of the Verrazzano Bridge never gets old. It is such an amazing, exhilarating feeling. And running through each of the boroughs is beyond description. The crowds, the noise, the smells, all your senses are overwhelmed. I was running in my second New York City Marathon.</w:t>
      </w:r>
    </w:p>
    <w:p w14:paraId="085C3BFC" w14:textId="77777777" w:rsidR="00C03725" w:rsidRDefault="00000000">
      <w:pPr>
        <w:jc w:val="both"/>
      </w:pPr>
      <w:r>
        <w:t>I had a great run that day. It is not an easy race as there are at least 4 bridges to cross over as well as the long arduous uphill up first Avenue. I started out strong as per my usual at the time and settled in nicely to a comfortable, yet moderately hard pace. The weather was almost perfect conditions and I finished just under 3 hours and 7 minutes. A solid run and finishing 1204 overall in a field of 38,000 runners. That was about the top 3% overall. Not a bad run whatsoever.</w:t>
      </w:r>
    </w:p>
    <w:p w14:paraId="5575EE1D" w14:textId="77777777" w:rsidR="00C03725" w:rsidRDefault="00000000">
      <w:pPr>
        <w:jc w:val="both"/>
      </w:pPr>
      <w:r>
        <w:lastRenderedPageBreak/>
        <w:t>And the coup de grace that year was running the Philadelphia Marathon for a second time. I had some retributionto make up as the prior year I had just missed breaking the 3 hour mark by 53 seconds. And also, I this was another awesome marathon that I was really into and couldn’t wait to run it again.</w:t>
      </w:r>
    </w:p>
    <w:p w14:paraId="283CB7E3" w14:textId="77777777" w:rsidR="00C03725" w:rsidRDefault="00000000">
      <w:pPr>
        <w:jc w:val="both"/>
      </w:pPr>
      <w:r>
        <w:t>This time the conditions were close to identical to the year before, if just a bit cooler. And although there was the talk of snow, it was dry throughout the race. I settled in and since I knew the course and was feeling stronger than the previous year, I was going for it. I really wanted that second sub 3 hour marathonto be Philadelphia. I ran hard, I ran strong and I ran solid. But I didn’t run fast enough. I was at an almost identical pace as the previous Philly marathon. How can that be? I looked at my watch and predicted that it was possible to break three hours. And as I headed back towards the famous Philadelphia Museum of Art one last time, made the turns and the 180 turn back towards the finish, I clocked in at 3:00:54, exactly one second slower than the previous year. Unbelievable but yet there it was. And that was my second and last Philadelphia marathon. I really love the course, the city, the people and hope one day to go back and take it on just one more time. It is a great marathonto run.</w:t>
      </w:r>
    </w:p>
    <w:p w14:paraId="3C6741C7" w14:textId="77777777" w:rsidR="00C03725" w:rsidRDefault="00000000">
      <w:pPr>
        <w:jc w:val="both"/>
      </w:pPr>
      <w:r>
        <w:t>Rock n Roll</w:t>
      </w:r>
    </w:p>
    <w:p w14:paraId="60533F9D" w14:textId="77777777" w:rsidR="00C03725" w:rsidRDefault="00000000">
      <w:pPr>
        <w:jc w:val="both"/>
      </w:pPr>
      <w:r>
        <w:t>January 2008 came with another opportunity to push my limits in my 3rd Arizona Rock n Roll Marathon. I had my first sub three hour marathon in Tempe the year prior and I was itching to break the hour mark again. Once again the weather was perfect and this time I had a secret weapon, my running buddy Frank was going to pace me. Pacing meant that he was going to start with me and stay with me as long as he could. Hopefully if he made it to the end with me, we both might break the 3 hour mark together.</w:t>
      </w:r>
    </w:p>
    <w:p w14:paraId="74BC5F72" w14:textId="77777777" w:rsidR="00C03725" w:rsidRDefault="00000000">
      <w:pPr>
        <w:jc w:val="both"/>
      </w:pPr>
      <w:r>
        <w:t>We started out strong as we had really focused our training on breaking 3 hours. We set out at a sub 4:15km pace, closer to 4 minute k’s. We hit each kilometre split near perfect and were on target for a 1:25 half marathon split, putting us well under the 3 hour goal. That would give us a few extra minutes in the bank, even if we couldn’t hold the pace totally for the second half.</w:t>
      </w:r>
    </w:p>
    <w:p w14:paraId="79A68A74" w14:textId="77777777" w:rsidR="00C03725" w:rsidRDefault="00000000">
      <w:pPr>
        <w:jc w:val="both"/>
      </w:pPr>
      <w:r>
        <w:t>As we neared the half marathon mark, Frank was starting to fade just slightly. We did manage the 1:25 half split but Frank had had enough and told me he was going to back off, that I was on my own for the second half. I couldn’t thank him enough as he really lifted my spirits and kept me super motivated. I kept my pace steady and ran off ahead of him.</w:t>
      </w:r>
    </w:p>
    <w:p w14:paraId="051A6FAB" w14:textId="77777777" w:rsidR="00C03725" w:rsidRDefault="00000000">
      <w:pPr>
        <w:jc w:val="both"/>
      </w:pPr>
      <w:r>
        <w:t>Everything worked well for me that morning. I was slowing just ever so slightly, but I had such depth in my legs and muscles that I was only slowing by a few seconds per kilometre. At this pace, I felt confident that I could break 3 hours and then some. As I approached the finish line, I glanced at my watch and saw that I was likely going to be several minutes under three hours, possibly breaking my previous sub 3 hour mark. And that I did and then some, I had finished in a time of 2:56:47, besting my previous personal record by 2 minutes. I was elated.</w:t>
      </w:r>
    </w:p>
    <w:p w14:paraId="623A9968" w14:textId="77777777" w:rsidR="00C03725" w:rsidRDefault="00000000">
      <w:pPr>
        <w:jc w:val="both"/>
      </w:pPr>
      <w:r>
        <w:t xml:space="preserve">And just a few minute later Frank came in, just slightly over 3 hours. He ran well and we both celebrated in the finish area. Although Frank didn’t break 3 hours for several more years, he </w:t>
      </w:r>
      <w:r>
        <w:lastRenderedPageBreak/>
        <w:t>did go onto run a 2:50 in the California International Marathon a few years later. I can’t be more proud of him and his accomplishments, but that is for another book.</w:t>
      </w:r>
    </w:p>
    <w:p w14:paraId="7D1C2403" w14:textId="77777777" w:rsidR="00C03725" w:rsidRDefault="00000000">
      <w:pPr>
        <w:jc w:val="both"/>
      </w:pPr>
      <w:r>
        <w:t>And just like that, 4 months later I was back in Boston with a few of my run buddies including Frank. We had all been running seriously all winter and with my having the Rock n Roll marathon personal best under my belt. I was full of vim and vigor, and confidence.</w:t>
      </w:r>
    </w:p>
    <w:p w14:paraId="3B9E833F" w14:textId="77777777" w:rsidR="00C03725" w:rsidRDefault="00000000">
      <w:pPr>
        <w:jc w:val="both"/>
      </w:pPr>
      <w:r>
        <w:t>Once again, we had had very good weather in Boston and a slight westerly tail wind. I knew I was in for something special that day. I felt unstoppable. I pushed hard and kept Bill Rodgers’ words of wisdom, to run even splits, in the back of my mind and that was my target. I actually was able to hold them very steady as I once again started out with a 2:50:00 pace. I knew I wouldn’t hold that but I also knew if I could hold it for most of the race, surely I could break 3 hours in Boston.</w:t>
      </w:r>
    </w:p>
    <w:p w14:paraId="4B1DE0FA" w14:textId="77777777" w:rsidR="00C03725" w:rsidRDefault="00000000">
      <w:pPr>
        <w:jc w:val="both"/>
      </w:pPr>
      <w:r>
        <w:t>Well to my astonishment, and hard hard work, I ran my personal best ever that day. I finished the Boston Marathon in a time of 2:56:17. I could barely believe it. I beat Boston. I finished the 808th runner out of a field of 24,000 runners. I was 46 years old and I ran a sub 3 hour marathon in Boston. I felt elated and amazed. Here was this Olympic couch potato, from a sedentary overweight and with zero motivation or ambitionto run in my twenties, to having conquered the Boston Marathon in my own terms. It was the single most amazing time of my life and one I will cherish forever.</w:t>
      </w:r>
    </w:p>
    <w:p w14:paraId="544CAF89" w14:textId="77777777" w:rsidR="00C03725" w:rsidRDefault="00000000">
      <w:pPr>
        <w:jc w:val="both"/>
      </w:pPr>
      <w:r>
        <w:t>The Flying Pig</w:t>
      </w:r>
    </w:p>
    <w:p w14:paraId="1CF6F702" w14:textId="77777777" w:rsidR="00C03725" w:rsidRDefault="00000000">
      <w:pPr>
        <w:jc w:val="both"/>
      </w:pPr>
      <w:r>
        <w:t>I was still feeling elated from my conquest of the Boston Marathon in April that year, and just a few weeks later, I was running in the Cincinnati Flying Pig Marathon. I can understand why the weekend of events is ranked in the top 10 from Runner’s World Magazine. This event was a first class operation and everyone that I met in Cincinnati was friendly and enthusiastic.</w:t>
      </w:r>
    </w:p>
    <w:p w14:paraId="496ED234" w14:textId="77777777" w:rsidR="00C03725" w:rsidRDefault="00000000">
      <w:pPr>
        <w:jc w:val="both"/>
      </w:pPr>
      <w:r>
        <w:t>I was with a few others from my hometown for the race and we arrived early on Saturday and made our way through the expo. I had the fortune to speak with Dick Beardsley, another impressive runner, known for tying for first place in the in the inaugural 1981 London Marathon and his close finish with Alberto Salazar in the 1982 Boston Marathon. That story is depicted in the book “Duel in the Sun”. I had bought the book in Boston that year and had Dick autograph it for me. I also chatted with my other long distance heroes, Bart Yasso and Henry Rono. I bought Henry’s new book which he signed. He has an amazing story, establishing 4 world records in 81 days in 1978.</w:t>
      </w:r>
    </w:p>
    <w:p w14:paraId="3B8303DC" w14:textId="77777777" w:rsidR="00C03725" w:rsidRDefault="00000000">
      <w:pPr>
        <w:jc w:val="both"/>
      </w:pPr>
      <w:r>
        <w:t>The Pig as it’s affectionately known as is legendary in the Midwest US. And I couldn’t wait for it to start. However, I did have a slight problem. My stomach was rumbling intensely. I had done just about everything perfect nutrition wise for dinner the night before and did not over eat my breakfast. I had my normal morning bathroom rituals so I should not be feeling what I was feeling. Hoping it would subside when the race began, I settled into a solid pace, once again aiming at the 3 hour sub mark. However, the rumbling in my guts got stronger and stronger. I had to find a port-a-potty and quick.</w:t>
      </w:r>
    </w:p>
    <w:p w14:paraId="2C37E923" w14:textId="77777777" w:rsidR="00C03725" w:rsidRDefault="00000000">
      <w:pPr>
        <w:jc w:val="both"/>
      </w:pPr>
      <w:r>
        <w:lastRenderedPageBreak/>
        <w:t>I have heard horror stories of people literally messing themselves on a run and I did not want that to happen. I kept telling myself to hold on, relief will come soon. And then, just ahead there it was, a port-a-potty. Now I had to use my powers of positive thought to make sure that it was empty. What if I got there and there was someone else in it, suffering the same fate as me. I didn’t think I could hold on much longer. And lo and behold, the sign on the door was green, vacant.</w:t>
      </w:r>
    </w:p>
    <w:p w14:paraId="77F7B1DD" w14:textId="77777777" w:rsidR="00C03725" w:rsidRDefault="00000000">
      <w:pPr>
        <w:jc w:val="both"/>
      </w:pPr>
      <w:r>
        <w:t>Well there is nothing more satisfying in the world when you gotta go, you gotta go. I made my business, stuck around for a few extra minutes just to make sure I was empty and I gave myself the all clear. I cleaned up, and immediately shot out and back into the race. I had lost some time though, but it was far worth it.</w:t>
      </w:r>
    </w:p>
    <w:p w14:paraId="746F566E" w14:textId="77777777" w:rsidR="00C03725" w:rsidRDefault="00000000">
      <w:pPr>
        <w:jc w:val="both"/>
      </w:pPr>
      <w:r>
        <w:t>I can tell you that it was a monumental event as I can still count the only 2 times that I needed a port-a-potty in a marathon. But I had a race still to finish and I got back on pace. I figured I would be well off my sub 3 hour goal. But I hadn’t really lost as much time as I had thought. I finished my first and only Flying Pig in 3:02:27.</w:t>
      </w:r>
    </w:p>
    <w:p w14:paraId="6E53B092" w14:textId="77777777" w:rsidR="00C03725" w:rsidRDefault="00000000">
      <w:pPr>
        <w:jc w:val="both"/>
      </w:pPr>
      <w:r>
        <w:t>Don’t Suffer in Sulphur</w:t>
      </w:r>
    </w:p>
    <w:p w14:paraId="1BA9BF90" w14:textId="77777777" w:rsidR="00C03725" w:rsidRDefault="00000000">
      <w:pPr>
        <w:jc w:val="both"/>
      </w:pPr>
      <w:r>
        <w:t>Once again, I kept falling in love, literally with every race I did and felt compelled to keep going back. The problem was that I was adding new events also so I my race to do list was getting larger and larger. And so I found myself back in Ancaster, Ontario at another Sulphur Springs Ultra event. However, I was cured of the 100 miler event so this time registered for the 50 miler. Heck, it was half the distance of a 100, how hard can it be. It was “only” four 20km loops or 80k. I was definitely a bona fide Marathon Maniac.</w:t>
      </w:r>
    </w:p>
    <w:p w14:paraId="5A26A7CA" w14:textId="77777777" w:rsidR="00C03725" w:rsidRDefault="00000000">
      <w:pPr>
        <w:jc w:val="both"/>
      </w:pPr>
      <w:r>
        <w:t>I felt great that day and also that sense of relief that I was not running the 100. However, I had (and still have) the utmost respect and admiration of anyone that runs a 100 miler. Not that I don’t respect the heck out of anyone that runs any distance, even a mile, 5k or 10k is an amazing feat for most people and I applaud each and every runner. But the 100 miler (and even beyond) is so off the charts.</w:t>
      </w:r>
    </w:p>
    <w:p w14:paraId="17FFDE3B" w14:textId="77777777" w:rsidR="00C03725" w:rsidRDefault="00000000">
      <w:pPr>
        <w:jc w:val="both"/>
      </w:pPr>
      <w:r>
        <w:t>So for me that day, running the 50 miler seemed like a breeze. I was actually having fun, in a sadistic way. I was able to continuously run the entire course, with only the stops in the aid stations for a quick refuel and one section near the end of each 20k loop that was an impossible, but short and steep, uphill climb. Everyone walked that. But otherwise I was running solid and ran it in a time of 8:19:56, a new personal best record for the 50miler. Although it was only my second one, it was still a good time and I was quite satisfied.</w:t>
      </w:r>
    </w:p>
    <w:p w14:paraId="4DFD3BD9" w14:textId="77777777" w:rsidR="00C03725" w:rsidRDefault="00000000">
      <w:pPr>
        <w:jc w:val="both"/>
      </w:pPr>
      <w:r>
        <w:t>I Am Ironman</w:t>
      </w:r>
    </w:p>
    <w:p w14:paraId="06EDD970" w14:textId="77777777" w:rsidR="00C03725" w:rsidRDefault="00000000">
      <w:pPr>
        <w:jc w:val="both"/>
      </w:pPr>
      <w:r>
        <w:t xml:space="preserve">Having drank the kool-aid of long distance running, I also was hanging with a group of triathletes. I had started competing in short distance duathalons a few years earlier. The duathalon is a run-bike-run event. It was a lot of fun for me as I had also become an avid cyclist and had bought a serious road bike and a time trial racing bike. So when my friend Frank, who already had graduated to triathlons started to convince me that I should also join </w:t>
      </w:r>
      <w:r>
        <w:lastRenderedPageBreak/>
        <w:t>him and a few other die hard athletes into the world of triathlons, I reluctantly agreed. There was one caveat, I had to swim.</w:t>
      </w:r>
    </w:p>
    <w:p w14:paraId="6DBB5CD9" w14:textId="77777777" w:rsidR="00C03725" w:rsidRDefault="00000000">
      <w:pPr>
        <w:jc w:val="both"/>
      </w:pPr>
      <w:r>
        <w:t>I am not a big fan of swimming but I can swim. When I was in my teens, I was on a swim team one summer. Well actually it was only for a few weeks. My friend Billy had been swimming with the team and sucked me into coming out. We swam early mornings in an outdoor pool at the Wantagh State Park, in Wantagh, Long Island where I grew up. The water was bone chilling at 6:30am and I just hated it. So I was a quitter. But I had no regrets.</w:t>
      </w:r>
    </w:p>
    <w:p w14:paraId="47E5F5C1" w14:textId="77777777" w:rsidR="00C03725" w:rsidRDefault="00000000">
      <w:pPr>
        <w:jc w:val="both"/>
      </w:pPr>
      <w:r>
        <w:t>So when Frank, Jason, Simon and Jeremy (and and a few other running buddies) would fill my head up with stories of their triathlon experiences, I was warming to the idea. But I had to dip my big toe in the water, as Frank kept saying. So I started swimming in the YMCA pool. I bought a wetsuit for open water swimming. I started competing in shorter distance triathlons. And then for some unknown crazy reason, four of us decided to enter a full Ironman event. We had heard about Ironman Louisville in Kentucky, that is was a newer Ironman event and we could get entries if we signed up right away. So my friends Frank, Jason, Simon and myself all signed up.</w:t>
      </w:r>
    </w:p>
    <w:p w14:paraId="5C11CFF1" w14:textId="77777777" w:rsidR="00C03725" w:rsidRDefault="00000000">
      <w:pPr>
        <w:jc w:val="both"/>
      </w:pPr>
      <w:r>
        <w:t>Since I was running quite well, I put more emphasis over that summer on my cycing and swimming. I found I was fairly slow as a swimmer, but I sure made up for it on the bike, and even more so on the run.</w:t>
      </w:r>
    </w:p>
    <w:p w14:paraId="326340CB" w14:textId="77777777" w:rsidR="00C03725" w:rsidRDefault="00000000">
      <w:pPr>
        <w:jc w:val="both"/>
      </w:pPr>
      <w:r>
        <w:t>Arriving in Louisville for my first Ironman was another introductionto a world I never knew existed, nor did I ever think I could or would become a big part of. That of the Ironman (and women) athlete. The Athlete’s village the few days before the race truly was that. These were some of the most fit athlete’s I have seen. The combination and discipline of performing in 3 sports, swim bike and running chiseled everyone’s physique to perfection. I wasn’t quite as perfect, but I was fit and felt strong.</w:t>
      </w:r>
    </w:p>
    <w:p w14:paraId="24B98955" w14:textId="77777777" w:rsidR="00C03725" w:rsidRDefault="00000000">
      <w:pPr>
        <w:jc w:val="both"/>
      </w:pPr>
      <w:r>
        <w:t>The Kentucky morning of the race greeted us with heat and humidity. The swim started in the Ohio River, which meanders through the city. We lined up at the shore of the river in a calm spot with a small island across from us. We were to swim slightly upstream and then make a u-turn on the other side of the island and then we would have a slight downriver advantage, although the river was mostly stagnant. Also because the river temperature on this late August day was so warm, we were not permitted to wear wetsuits. Wetsuits were the norm for most Ironman swim’s as water temps are generally cooler, plus the wetsuit gives you a bit of a buoyancy advantage. We were permitted to wear skin suits, which is a lighter fabric onesy type suit. It gave some buoyancy and was sleek and a bit aero dynamic for a swim.</w:t>
      </w:r>
    </w:p>
    <w:p w14:paraId="7CD656B2" w14:textId="77777777" w:rsidR="00C03725" w:rsidRDefault="00000000">
      <w:pPr>
        <w:jc w:val="both"/>
      </w:pPr>
      <w:r>
        <w:t xml:space="preserve">We lined up and I looked around at the other Ironman competitors. The nervous energy was electric and I could also see the fear in some of the eyes of the participants. And I know if I had a mirror, I would have seen that same fear in myself. We were instructed to stay in line and the we would be dropping into the water 5 or 6 at a time. I lined up a bit further back in </w:t>
      </w:r>
      <w:r>
        <w:lastRenderedPageBreak/>
        <w:t>the pack as this was my first Ironman and I didn’t want to go out to fast or too early, I wanted to ease into the race.</w:t>
      </w:r>
    </w:p>
    <w:p w14:paraId="45C8DC2E" w14:textId="77777777" w:rsidR="00C03725" w:rsidRDefault="00000000">
      <w:pPr>
        <w:jc w:val="both"/>
      </w:pPr>
      <w:r>
        <w:t>As soon as I jumped into the warm, pea-soupy Ohio River, I immediately froze. The water temp was so hot, the water was actually pretty gross and I thought “I can’t do this”, “I have to quit already”. It was the first time I was literally paralyzed with fear. I just floated and then tried to calm myself down. It took a few minutes and then I eventually calmed down enough to start swimming. There were others in the same position as I was in. I decided it was best to not make eye contact with anyone and just put my head down and start my free style stroke. Eventually I found a rhythm and swim cadence and settled in for the 2.4 mile swim downriver. Eventually I would make it into shore and into the transitionto the bike.</w:t>
      </w:r>
    </w:p>
    <w:p w14:paraId="45B3B1BE" w14:textId="77777777" w:rsidR="00C03725" w:rsidRDefault="00000000">
      <w:pPr>
        <w:jc w:val="both"/>
      </w:pPr>
      <w:r>
        <w:t>My swim time was good for me, about one hour and 28 minutes. I had a quick transitionto my bike gear and headed out for the 112 mile bike leg of the Ironman. The double loop bike course was quite exciting. The roads were smooth, well maintained and a pleasure to ride. The course itself took us through rolling Kentucky horse farm country, exquisite ranch homes with large parcels. I was more or less sightseeing as well as it was so pristine and calming. But it was hot.</w:t>
      </w:r>
    </w:p>
    <w:p w14:paraId="19B6A87B" w14:textId="77777777" w:rsidR="00C03725" w:rsidRDefault="00000000">
      <w:pPr>
        <w:jc w:val="both"/>
      </w:pPr>
      <w:r>
        <w:t>Once the bike was over, the real saga began. The run in an Ironman is a full marathon distance. So after a swim of 2.4 miles, a bike ride of 112 miles, we had to run a full 26.2 miles or 42.2km. And the heat that day was getting tortuous. I put my run shoes on in transition and started out.</w:t>
      </w:r>
    </w:p>
    <w:p w14:paraId="0F6A4416" w14:textId="77777777" w:rsidR="00C03725" w:rsidRDefault="00000000">
      <w:pPr>
        <w:jc w:val="both"/>
      </w:pPr>
      <w:r>
        <w:t>I recall a very hot, humid run. I remember at about 3 miles in that I had to open my shirt completely and I was already soaked in sweat. I passed a bank clock that said it was 99F. Almost 100 degrees! It was an oppressive heat so I decided I would take my time and take one step forward at a time and eventually I would finish. After all, it was Kentucky and it was a beautiful city. After about 15 miles more or less, we passed by the Kentucky Downs race track, home of the Kentucky Derby. Pretty cool and once again, running a city is a great way to see all the highlights.</w:t>
      </w:r>
    </w:p>
    <w:p w14:paraId="7AC2CBD1" w14:textId="77777777" w:rsidR="00C03725" w:rsidRDefault="00000000">
      <w:pPr>
        <w:jc w:val="both"/>
      </w:pPr>
      <w:r>
        <w:t>I was also watching my watch and the clock. I had early aspirations of breaking the 12 hour mark in my first Ironman, but my calculations were telling me that I was not going to make that, my run was too slow. So I threw that out the window and decided to just relax and enjoy the heat and try to have some fun. I was walking through the aid stations and would take two cups of water or Gatorade and two cups of ice to suck on. It was hot, hot, hot.</w:t>
      </w:r>
    </w:p>
    <w:p w14:paraId="1E120A3D" w14:textId="77777777" w:rsidR="00C03725" w:rsidRDefault="00000000">
      <w:pPr>
        <w:jc w:val="both"/>
      </w:pPr>
      <w:r>
        <w:t>After a long time running alone, I could my friend Simon just ahead of me. I caught up to him and we ran together to the next aid station. Then he would take off ahead of me and I would have to catch up to him again. And again. We were playing cat and mouse. I suggested we just run together as we could motivate each other and share in the tortuous fun. Also, since I had given up on the 12-hour goal, I had only one goal, to finish.</w:t>
      </w:r>
    </w:p>
    <w:p w14:paraId="351F7CA2" w14:textId="77777777" w:rsidR="00C03725" w:rsidRDefault="00000000">
      <w:pPr>
        <w:jc w:val="both"/>
      </w:pPr>
      <w:r>
        <w:t xml:space="preserve">Simon and I were actually suffering so much we were giddy the entire time. We laughed at each other and helped each other through the aid stations. When we were about 2 km’s from </w:t>
      </w:r>
      <w:r>
        <w:lastRenderedPageBreak/>
        <w:t>the finish, we knew that our spouse’s would be watching for us at a specific spot. We both dug deep and mustered up as much strength as we could and told ourselves we were going to run past them and do our best to look strong, but in reality, we were both completely spent. And sure enough, we could see our partners. We mustered up our best look we could and ran with the best form we could gather. And once we passed them, we turned a corner and both of us stopped and just started laughing out loud. We really had almost nothing left, but we were proud that we fooled them into thinking we were both still running strong.</w:t>
      </w:r>
    </w:p>
    <w:p w14:paraId="13FD2EB7" w14:textId="77777777" w:rsidR="00C03725" w:rsidRDefault="00000000">
      <w:pPr>
        <w:jc w:val="both"/>
      </w:pPr>
      <w:r>
        <w:t>And in a few more minutes, we could see the finish. We did the best we could to once again pick up our pace as the one thing that most real Ironmen athletes do is try to run through the finish. And as we crossed the line, I looked up at the time and the clock said 12:05:07. What? I am sure I was going to be at least 12 and a half hours or slower. I couldn’t believe that I was only 5 minutes over the 12 hour mark. How could that be? And then I realized what happened. The oppressive heat had caused me to miscalculate the math, I hadn’t factored in the that I had started so far back in the swim that I was not actually on the real clock time, but on my actual time I was racing. Well that was a hard lesson as I really felt I could have made up at least 5 minutes somewhere along the course. But I was also extremely elated. I had completed my first full Ironman event with a marathon time of 4:16:22. It was an oppressively hot day and to accomplish a full marathon after a laborious swim and a long hilly bike ride was a satisfaction that only another Ironman athlete can experience. And once again, I was hooked on another sport, the Ironman.</w:t>
      </w:r>
    </w:p>
    <w:p w14:paraId="72F5F07A" w14:textId="77777777" w:rsidR="00C03725" w:rsidRDefault="00000000">
      <w:pPr>
        <w:jc w:val="both"/>
      </w:pPr>
      <w:r>
        <w:t>The Double-Dare – Six Marathons, Six Weeks</w:t>
      </w:r>
    </w:p>
    <w:p w14:paraId="60177BE5" w14:textId="77777777" w:rsidR="00C03725" w:rsidRDefault="00000000">
      <w:pPr>
        <w:jc w:val="both"/>
      </w:pPr>
      <w:r>
        <w:t>What started as casual conversation during a spring trail run in the Ganaraska Forest in central Ontario, Canada, became one of those “I double-dare-you” challenges which occur when two competitive, obsessive-compulsive marathon runners, high on endorphins, spent a morning trail running.</w:t>
      </w:r>
    </w:p>
    <w:p w14:paraId="7FF8D887" w14:textId="77777777" w:rsidR="00C03725" w:rsidRDefault="00000000">
      <w:pPr>
        <w:jc w:val="both"/>
      </w:pPr>
      <w:r>
        <w:t>Earlier that week, I was online looking for a fall marathon challenge or two. As I perused the list of upcoming marathons, it dawned on me that there were six marathons in Ontario on six consecutive Sundays starting in late September.</w:t>
      </w:r>
    </w:p>
    <w:p w14:paraId="0897B92B" w14:textId="77777777" w:rsidR="00C03725" w:rsidRDefault="00000000">
      <w:pPr>
        <w:jc w:val="both"/>
      </w:pPr>
      <w:r>
        <w:t>“Are you thinking what I’m thinking?” I said to my running partner Ken Stubbings, as we huffed and puffed during our friendly, pick-up-the-pace, long run in the forest. Ken an accomplished 2:54 Masters marathoner, looked at me quizzically while doing mental calculations in his head.</w:t>
      </w:r>
    </w:p>
    <w:p w14:paraId="3FA75F7E" w14:textId="77777777" w:rsidR="00C03725" w:rsidRDefault="00000000">
      <w:pPr>
        <w:jc w:val="both"/>
      </w:pPr>
      <w:r>
        <w:t>The song “Age of Aquarius” was playing in my head at that very moment; ‘when the moon is in the Seventh House, and Jupiter Aligns with Mars…” Six marathons in Six Weeks was the double-dare that I proposed.</w:t>
      </w:r>
    </w:p>
    <w:p w14:paraId="13073972" w14:textId="77777777" w:rsidR="00C03725" w:rsidRDefault="00000000">
      <w:pPr>
        <w:jc w:val="both"/>
      </w:pPr>
      <w:r>
        <w:t>It didn’t take Ken long to take the bait. We had both run marathon streaks in the past. Ken had run two marathons in two weeks in 2007, and I had run 4 marathons in 22 days in 2006. Combined we had run over 70 marathons. The gauntlet was raised. The planets lined up.</w:t>
      </w:r>
    </w:p>
    <w:p w14:paraId="173387A2" w14:textId="77777777" w:rsidR="00C03725" w:rsidRDefault="00000000">
      <w:pPr>
        <w:jc w:val="both"/>
      </w:pPr>
      <w:r>
        <w:lastRenderedPageBreak/>
        <w:t>The next conversation was about the wager. After all, this was a friendly challenge, right? We talked about trying to raise money for a worthy charity. We decided that we both do lots of personal charity work and we could do this streak for our own silly pride and self-bragging.</w:t>
      </w:r>
    </w:p>
    <w:p w14:paraId="2EE714B0" w14:textId="77777777" w:rsidR="00C03725" w:rsidRDefault="00000000">
      <w:pPr>
        <w:jc w:val="both"/>
      </w:pPr>
      <w:r>
        <w:t>Ironically, Ken and I are the same age (mid 40’s) and have very similar PR’s and marathon finish times. I had three sub 3-hour marathons on my record with a PR of 2:56:07 in the 2008 Boston Marathon. Ken had a few more sub-3’s than I had and a 2:54 PR, but overall, our finishing times were very close.</w:t>
      </w:r>
    </w:p>
    <w:p w14:paraId="72117EAC" w14:textId="77777777" w:rsidR="00C03725" w:rsidRDefault="00000000">
      <w:pPr>
        <w:jc w:val="both"/>
      </w:pPr>
      <w:r>
        <w:t>“Let’s race each other over the six marathons” I said in my typical put-my-foot-in-my-mouth style. “Loser buys dinner for the winner,” I blurted. “I’m in,” said Ken and that was that.</w:t>
      </w:r>
    </w:p>
    <w:p w14:paraId="24358B6A" w14:textId="77777777" w:rsidR="00C03725" w:rsidRDefault="00000000">
      <w:pPr>
        <w:jc w:val="both"/>
      </w:pPr>
      <w:r>
        <w:t>Of course when you are running multiple events, it has to be a family commitment so we needed to get our wives on board. Ken’s wife Lynn was always participates in other shorter races when Ken runs marathons. Although she was skeptical at first, he convinced her to get into the hype of the challenge. Lynn would race her own six shorter distance events (3 ½ marathons and 3 10k races) during our six-week streak.</w:t>
      </w:r>
    </w:p>
    <w:p w14:paraId="35322FF5" w14:textId="77777777" w:rsidR="00C03725" w:rsidRDefault="00000000">
      <w:pPr>
        <w:jc w:val="both"/>
      </w:pPr>
      <w:r>
        <w:t>Then my partner Debbie, who ha run 4 marathons herself, decided to join in a bit of the ‘folly’ by committing to running one half-marathon and one 10k during our six in six challenge.</w:t>
      </w:r>
    </w:p>
    <w:p w14:paraId="6166AAA9" w14:textId="77777777" w:rsidR="00C03725" w:rsidRDefault="00000000">
      <w:pPr>
        <w:jc w:val="both"/>
      </w:pPr>
      <w:r>
        <w:t>The Training</w:t>
      </w:r>
    </w:p>
    <w:p w14:paraId="3AADFB5F" w14:textId="77777777" w:rsidR="00C03725" w:rsidRDefault="00000000">
      <w:pPr>
        <w:jc w:val="both"/>
      </w:pPr>
      <w:r>
        <w:t>We had about 3 months to go before the first event at the end of September in Toronto. I was in the throes of a summer of intense cross training, preparing for my first Ironman event in Louisville, Kentucky at the end of August. I knew that the cross training was going to help with my endurance for the upcoming marathon streak. But I wasn’t logging the long run mileage that I usually do as I had to modify my training into a grueling swim/bike/run regime. I was putting in long training hours and averaged between 15 and 20 hours of cross-training each week, including up to 6 km of swimming, 200 miles of biking and 40 to 60 miles of running per week.</w:t>
      </w:r>
    </w:p>
    <w:p w14:paraId="3F914D85" w14:textId="77777777" w:rsidR="00C03725" w:rsidRDefault="00000000">
      <w:pPr>
        <w:jc w:val="both"/>
      </w:pPr>
      <w:r>
        <w:t>Ken adjusted his usual marathon-training program by increasing the distance and intensity of his weekly long run. His weekly mileage totaled approximately 90km for a 5 day/week run program. He also lifted weights and did some swimming to maintain his total body fitness. He must have been suspicious of my training as he consulted with a local ½ Ironman Trainer and Nutritionist for some tips on exercise and recovery during long durations of extreme sport events.</w:t>
      </w:r>
    </w:p>
    <w:p w14:paraId="4457B145" w14:textId="77777777" w:rsidR="00C03725" w:rsidRDefault="00000000">
      <w:pPr>
        <w:jc w:val="both"/>
      </w:pPr>
      <w:r>
        <w:t>As September loomed ahead, Ken was to run two other Ontario marathons over the summer – the Sudbury Rocks Marathon (2:58:33) and the Friendly Massey Marathon (3:02:56). I raced a half Ironman in July in preparation for the Ironman and finished the Louisville Ironman in 12:05:07. My marathon time in the race was 4:16:22 – a ‘slog’ of a run for me in the 95 degrees heat. But the Ironman on my resume was a good mental and physical confidence booster.</w:t>
      </w:r>
    </w:p>
    <w:p w14:paraId="7338889E" w14:textId="77777777" w:rsidR="00C03725" w:rsidRDefault="00000000">
      <w:pPr>
        <w:jc w:val="both"/>
      </w:pPr>
      <w:r>
        <w:lastRenderedPageBreak/>
        <w:t>With a month to go before the first marathon, Ken and I were emailing back and forth getting our registrations in order, booking hotels and ordering pasta party tickets. We also were exchanging motivation tips, training schedules, nutrition advice, and positive mental attitude energy. This was to be our biggest personal challenge ever and we were stoked.</w:t>
      </w:r>
    </w:p>
    <w:p w14:paraId="5ADE0C75" w14:textId="77777777" w:rsidR="00C03725" w:rsidRDefault="00000000">
      <w:pPr>
        <w:jc w:val="both"/>
      </w:pPr>
      <w:r>
        <w:t>Scotiabank Toronto Waterfront</w:t>
      </w:r>
    </w:p>
    <w:p w14:paraId="1390D679" w14:textId="77777777" w:rsidR="00C03725" w:rsidRDefault="00000000">
      <w:pPr>
        <w:jc w:val="both"/>
      </w:pPr>
      <w:r>
        <w:t>On Sunday, September 28th, Ken and I met at the start corrals of our first race, the Scotiabank Toronto Waterfront Marathon. We were both fortunate to have sub-elite race status so we were lined up at the start just behind the elite Kenyan’s and Europeans. It was a relatively warm, humid morning with temperatures already above 18 degree’s Celsius (65 degrees F). Joining us in our corral were friends Steve Beasley, (who at the age of 50, ran a 2:46 in Boston), Jim Fullarton (another 2:46 marathoner), and Rory Gilfillan (who has a 2:32 PR on his resume). We were in with the ‘in-crowd’. Awesome motivation for our first race!</w:t>
      </w:r>
    </w:p>
    <w:p w14:paraId="36809E00" w14:textId="77777777" w:rsidR="00C03725" w:rsidRDefault="00000000">
      <w:pPr>
        <w:jc w:val="both"/>
      </w:pPr>
      <w:r>
        <w:t>Ken and I had run this marathon before, so we knew most of the course. The race starts in front of Toronto City Hall and winds its way downtown toward Lake Ontario. We headed west for the first half of the race along Lake Shore Boulevard. It was an out-and-back section on a wide road. We ran past the Toronto Exhibition grounds, famous for its summer Canadian exhibition. Before I got to the first turnaround, I was fixated on the lead runners of Kenyan’s heading back in a full gallop - always an awe-inspiring sight.</w:t>
      </w:r>
    </w:p>
    <w:p w14:paraId="7F3A28C2" w14:textId="77777777" w:rsidR="00C03725" w:rsidRDefault="00000000">
      <w:pPr>
        <w:jc w:val="both"/>
      </w:pPr>
      <w:r>
        <w:t>After the first 20 km’s, we headed out under the Gardner Expressway, an old highway notorious for falling concrete (none this day thankfully). The crowds were sparse, but the water stations were lively as I moved at a steady 4:20 km pace. At about the 25 km mark, the run takes us out onto a long, lonely stretch – a former landfill site called the Leslie Spit. It is an out and back section that gets us through to about 32 km’s of the 42.2 km distance.</w:t>
      </w:r>
    </w:p>
    <w:p w14:paraId="753A949B" w14:textId="77777777" w:rsidR="00C03725" w:rsidRDefault="00000000">
      <w:pPr>
        <w:jc w:val="both"/>
      </w:pPr>
      <w:r>
        <w:t>Running on the ‘spit’ section, I recollected running here in 2005 and getting passed by Canadian Ed Whitlock at about the 32 km mark. Ed had set a world record at this course in 2004 at the young age of 73 in a time of 2:54:48. In 2005, he beat me my by over seven minutes.</w:t>
      </w:r>
    </w:p>
    <w:p w14:paraId="63640182" w14:textId="77777777" w:rsidR="00C03725" w:rsidRDefault="00000000">
      <w:pPr>
        <w:jc w:val="both"/>
      </w:pPr>
      <w:r>
        <w:t>This time I was pacing with a French-Canadian runner, Jean-Michele who went onto run in five of the six marathons Ken and I ran. At about the 32km marker and sticking with the tradition of getting passed, Ken caught up to me. “Hey Gene, jump on”, Ken said, indicating that I could follow him and ‘draft’ if I wanted to conserve some energy. “No, I’ll be fine” I said, faking a smile. I was really ‘feeling my oat’s’ at this time. I think the Ironman I raced only one month earlier was catching up with me as I had no leg turnover and was gradually grinding down. I knew I was losing momentum and was on the verge of losing big to Ken in our first race.</w:t>
      </w:r>
    </w:p>
    <w:p w14:paraId="0E9AB42B" w14:textId="77777777" w:rsidR="00C03725" w:rsidRDefault="00000000">
      <w:pPr>
        <w:jc w:val="both"/>
      </w:pPr>
      <w:r>
        <w:t>The last 10km stretch of the marathon was an out and back towards the Beaches section of Toronto, a trendy part of town. At the turnaround, we ran back toward downtown, towards Bay St. and the finish. I had already conceded defeat to Ken as my legs would not cooperate.</w:t>
      </w:r>
    </w:p>
    <w:p w14:paraId="5FFE843A" w14:textId="77777777" w:rsidR="00C03725" w:rsidRDefault="00000000">
      <w:pPr>
        <w:jc w:val="both"/>
      </w:pPr>
      <w:r>
        <w:lastRenderedPageBreak/>
        <w:t>There was one bright spot at the last water station when my friend, Jeff Hendler of Toronto, jumped out of the aid stationto offer me some motivation. “You look good”, he said, the second biggest lie you hear in a marathon right after “You’re almost there”. But I accepted his motivation in kind and managed a smirk and a faint “thanks bud” as I headed towards the finish.</w:t>
      </w:r>
    </w:p>
    <w:p w14:paraId="42237E29" w14:textId="77777777" w:rsidR="00C03725" w:rsidRDefault="00000000">
      <w:pPr>
        <w:jc w:val="both"/>
      </w:pPr>
      <w:r>
        <w:t>At the finish, Ken was waiting for me, a noble act that we would both repeat with each other after each race. I congratulated him on his 2:56:09 finish. I was satisfied with my 3:04:39, but was now in the ‘hole’ by over 8 minutes on our first race. Should I go ahead and make the dinner reservations?</w:t>
      </w:r>
    </w:p>
    <w:p w14:paraId="66ABC39C" w14:textId="77777777" w:rsidR="00C03725" w:rsidRDefault="00000000">
      <w:pPr>
        <w:jc w:val="both"/>
      </w:pPr>
      <w:r>
        <w:t>Prince Edward County</w:t>
      </w:r>
    </w:p>
    <w:p w14:paraId="667C13E8" w14:textId="77777777" w:rsidR="00C03725" w:rsidRDefault="00000000">
      <w:pPr>
        <w:jc w:val="both"/>
      </w:pPr>
      <w:r>
        <w:t>Week two brought us to the Prince Edward County Marathon, located in a beautiful country setting in area of winery’s and farmland on Lake Ontario, about 2 hours east of Toronto. This race is a point-to-point marathon and another one that both Ken and I had run previously. My father in laws Bob lived in the County so it is always special to me. I was looking forward to a better day than I had the previous Sunday.</w:t>
      </w:r>
    </w:p>
    <w:p w14:paraId="41149C20" w14:textId="77777777" w:rsidR="00C03725" w:rsidRDefault="00000000">
      <w:pPr>
        <w:jc w:val="both"/>
      </w:pPr>
      <w:r>
        <w:t>It was a sunny, cool morning as we lined up at 8:00 a.m. on a tree lined county road in the town of Wellington. The marathon field was much smaller than in Toronto so it had a bit of a family reunion atmosphere at the start area. There were a few other runners that I run with back home in Peterborough, Ontario, including Helen Scissons (running her second marathon in two weeks), Scott Patterson (trying to qualify for Boston), and Jutta Merilainen, an elite runner who ran the 2007 NYC Marathon in 2:51:22. Ken and I were typically quiet with each other, anxious to get started.</w:t>
      </w:r>
    </w:p>
    <w:p w14:paraId="4EB6403B" w14:textId="77777777" w:rsidR="00C03725" w:rsidRDefault="00000000">
      <w:pPr>
        <w:jc w:val="both"/>
      </w:pPr>
      <w:r>
        <w:t>I started out on the rolling course ahead of Ken just as I had the previous week before. I almost always go out a bit fast when I race, but I’m of the belief that I have to ‘go for it’ right from the start. Today was no different as I rolled through the hilly first half in 1:27:00. I had felt remarkably well through all week and knew I was going to do much better as my leg turnover and breathing was nice and steady.</w:t>
      </w:r>
    </w:p>
    <w:p w14:paraId="40CAF1A6" w14:textId="77777777" w:rsidR="00C03725" w:rsidRDefault="00000000">
      <w:pPr>
        <w:jc w:val="both"/>
      </w:pPr>
      <w:r>
        <w:t>I exchanged pacing with a few other runners in my race zone but did not see Ken anywhere. Each time I would hear footfalls catching up to me, I thought it might be him. Instead, it would be a relay runner who was part of the relay team challenge segment of the race. At around the 38 km mark, there is a nice half kilometer climb. I was in a small pack of runners now as we muscled our way up and over the final hill. The last 3 km’s of this race is a gentle downhill into the beautiful town of Picton. I was now running wide open and my legs were still turning over and over. “I’m going to break 3 hours”, I tell myself.</w:t>
      </w:r>
    </w:p>
    <w:p w14:paraId="44A53B74" w14:textId="77777777" w:rsidR="00C03725" w:rsidRDefault="00000000">
      <w:pPr>
        <w:jc w:val="both"/>
      </w:pPr>
      <w:r>
        <w:t>I see the finish line and roll through for my fourth ever sub-three hour run in a finish time of 2:58:35. I wait for Ken and he finishes just behind me in a respectable 3:01:42. I gain back 3 minutes in our challenge, and feel very satisfied with our second marathon.</w:t>
      </w:r>
    </w:p>
    <w:p w14:paraId="11E6BC4B" w14:textId="77777777" w:rsidR="00C03725" w:rsidRDefault="00000000">
      <w:pPr>
        <w:jc w:val="both"/>
      </w:pPr>
      <w:r>
        <w:lastRenderedPageBreak/>
        <w:t>One of the biggest highlights of this race was finding out that my friend Jutta was the first female finisher. She had set a new women’s course record in a fantastic 2:47:51 finish. She came over to me at the finish was electric. We chat over and over about what a great day it was and how much we enjoyed this course.</w:t>
      </w:r>
    </w:p>
    <w:p w14:paraId="5BD232FB" w14:textId="77777777" w:rsidR="00C03725" w:rsidRDefault="00000000">
      <w:pPr>
        <w:jc w:val="both"/>
      </w:pPr>
      <w:r>
        <w:t>While refueling in the post-race area, I notice Scott coming out of the food area. Scott, who was hoping for a sub 3:20:59 Boston Qualifier, had run a solid, but disappointing for him, 3:34:33 race. I notice that he is trying to eat an orange but is instead leaving a trail of pits and juice on his race shirt. He does not look good.</w:t>
      </w:r>
    </w:p>
    <w:p w14:paraId="29FAA7B1" w14:textId="77777777" w:rsidR="00C03725" w:rsidRDefault="00000000">
      <w:pPr>
        <w:jc w:val="both"/>
      </w:pPr>
      <w:r>
        <w:t>“Are you alright, Scott?” I ask as his eyes start rolling back in his head. “Not good, Gene”, he says, “My entire body is vibrating”. I don’t have a lot of experience with that feeling, but I knew it can’t be good and that I better get him to the medical tent. “Too much sodium” the on-duty Medic says. Fortunately for Scott, he comes around after about 30 minutes, but he is also reminded by a tough lesson that marathons are serious business.</w:t>
      </w:r>
    </w:p>
    <w:p w14:paraId="10000958" w14:textId="77777777" w:rsidR="00C03725" w:rsidRDefault="00000000">
      <w:pPr>
        <w:jc w:val="both"/>
      </w:pPr>
      <w:r>
        <w:t>Ottawa Fall Colours</w:t>
      </w:r>
    </w:p>
    <w:p w14:paraId="6C7338DA" w14:textId="77777777" w:rsidR="00C03725" w:rsidRDefault="00000000">
      <w:pPr>
        <w:jc w:val="both"/>
      </w:pPr>
      <w:r>
        <w:t>Marathon three brings us to Cumberland, just outside of our nation’s capital, Ottawa. This is another marathon that I am familiar with, having finished in 2nd place overall in 2006.</w:t>
      </w:r>
    </w:p>
    <w:p w14:paraId="1B58F2C4" w14:textId="77777777" w:rsidR="00C03725" w:rsidRDefault="00000000">
      <w:pPr>
        <w:jc w:val="both"/>
      </w:pPr>
      <w:r>
        <w:t>I had a good week of recovery but wasn’t quite feeling my best. Ken looked great as always so I knew I had my work cut out for me in this race. Of course running another marathon one week after running a 2:58 marathon, I was just feeling great that I could be at another start line. As the race began, I knew that Ken definitely had an advantage over me, plus the motivation of taking some time back from the previous week in Prince Edward County.</w:t>
      </w:r>
    </w:p>
    <w:p w14:paraId="3E660E83" w14:textId="77777777" w:rsidR="00C03725" w:rsidRDefault="00000000">
      <w:pPr>
        <w:jc w:val="both"/>
      </w:pPr>
      <w:r>
        <w:t>The Ottawa Fall Colours is a small marathon, compared to the larger city marathons as there were only 132 runners in the race. I really enjoyed the marathon the year prior when I finished second overall so I was looking forward to another stellar day.</w:t>
      </w:r>
    </w:p>
    <w:p w14:paraId="6C47921A" w14:textId="77777777" w:rsidR="00C03725" w:rsidRDefault="00000000">
      <w:pPr>
        <w:jc w:val="both"/>
      </w:pPr>
      <w:r>
        <w:t>Ken and I started out together but after a few kilometres, I wasn’t feeling quite up to my best and I could sense Ken was on fire. And just like that, Ken started to slowly move ahead of me until he was about 25 metres ahead of me. I tried to stay on his tail and keep him in sight, but unfortunately I had to let him go and I just settled into my pace.</w:t>
      </w:r>
    </w:p>
    <w:p w14:paraId="10BCD979" w14:textId="77777777" w:rsidR="00C03725" w:rsidRDefault="00000000">
      <w:pPr>
        <w:jc w:val="both"/>
      </w:pPr>
      <w:r>
        <w:t>I wasn’t having my best day but I was still maintaining a pace close to a 3 hour goal. As the race wore on, I had no idea where Ken was and what pace he was running. I was still near the front of the race somehow and mostly alone as the small field kept us spread out along the course. And lo and behold, there was the finish line. I managed to run a solid 3:06:01, not my best effort but for my third marathon in three weeks, I felt it was quite remarkable.</w:t>
      </w:r>
    </w:p>
    <w:p w14:paraId="37EFAB55" w14:textId="77777777" w:rsidR="00C03725" w:rsidRDefault="00000000">
      <w:pPr>
        <w:jc w:val="both"/>
      </w:pPr>
      <w:r>
        <w:t xml:space="preserve">And there was Ken waiting for me and greeting me at the finish line. I had to know immediately what his time was. He had run a 2:57:04! Awesome. I was so proud of him and he also finished in 2nd place overall. Exactly the same place I had finished the previous year. Ken was so strong and so impressive. I finished 5th overall in the marathon, not too shabby </w:t>
      </w:r>
      <w:r>
        <w:lastRenderedPageBreak/>
        <w:t>either. We were both on a high and we were half way through our six marathon in six weeks challenge. And Ken now had me by a total of 8 minutes and 57 seconds. I had my work cut out for me if I was going to win the dinner.</w:t>
      </w:r>
    </w:p>
    <w:p w14:paraId="008CB473" w14:textId="77777777" w:rsidR="00C03725" w:rsidRDefault="00000000">
      <w:pPr>
        <w:jc w:val="both"/>
      </w:pPr>
      <w:r>
        <w:t>Toronto Good Life Marathon</w:t>
      </w:r>
    </w:p>
    <w:p w14:paraId="30F347B7" w14:textId="77777777" w:rsidR="00C03725" w:rsidRDefault="00000000">
      <w:pPr>
        <w:jc w:val="both"/>
      </w:pPr>
      <w:r>
        <w:t>One week later, we were at the start line of our 4th Ontario Marathon in 4 weeks. We had a perfect fall day, sunny with a light breeze and a high of about 15c in the forecast. Ken and I drove together to the race and of course went over our previous 3 week’s exploits and our strategy for this race. Ken admitted he had a pretty exhausting week after his amazing 2:57 the week prior. I was feeling a bit more relaxed as I ‘technically’ didn’t work quite as hard as Ken the week before.</w:t>
      </w:r>
    </w:p>
    <w:p w14:paraId="00130A35" w14:textId="77777777" w:rsidR="00C03725" w:rsidRDefault="00000000">
      <w:pPr>
        <w:jc w:val="both"/>
      </w:pPr>
      <w:r>
        <w:t>Ken and I started out together and kept a strong sub 3 hour pace for the first 10km or so. I did notice Ken struggling a bit more and soon we swapped place from the Ottawa Fall Colours Marathon and I soon was pulling slightly ahead of Ken. I soon lost him behind me and figured my best strategy was to run as best I could and do my best not to let Ken pass me. We were both super competitive with each other, like rival brothers and I had the utmost respect for Ken. I felt it was mutual. And I also felt that this race would be my day.</w:t>
      </w:r>
    </w:p>
    <w:p w14:paraId="757B403F" w14:textId="77777777" w:rsidR="00C03725" w:rsidRDefault="00000000">
      <w:pPr>
        <w:jc w:val="both"/>
      </w:pPr>
      <w:r>
        <w:t>As I ran through the half at a solid on hour and 25 minutes, I felt confident that I could run another sub 3 hour marathon. I had been starting most of my marathons at a 2:50 pace which would at least put some time in the bank as my real goal was the sub 3 hour mark.</w:t>
      </w:r>
    </w:p>
    <w:p w14:paraId="145CA0CC" w14:textId="77777777" w:rsidR="00C03725" w:rsidRDefault="00000000">
      <w:pPr>
        <w:jc w:val="both"/>
      </w:pPr>
      <w:r>
        <w:t>I felt good the entire race and also never did see Ken again. I knew that I was going to take a few minutes back from him as I crossed the line at 2:57:05. I just ran my second sub 3 hour marathon in 3 weeks and my third best personal time ever. I was elated as I also soon saw that I was 3rd overall in my age group. Another podium finish.</w:t>
      </w:r>
    </w:p>
    <w:p w14:paraId="40916AD5" w14:textId="77777777" w:rsidR="00C03725" w:rsidRDefault="00000000">
      <w:pPr>
        <w:jc w:val="both"/>
      </w:pPr>
      <w:r>
        <w:t>A few minutes later, Ken came speeding across the finish line at exactly 3 hours and zero seconds. This guy was amazing! I had fortunately gained just under 3 minutes on him but he was still holding a solid 6 minutes or so lead on me overall after 4 marathons in four weeks.</w:t>
      </w:r>
    </w:p>
    <w:p w14:paraId="25BC341D" w14:textId="77777777" w:rsidR="00C03725" w:rsidRDefault="00000000">
      <w:pPr>
        <w:jc w:val="both"/>
      </w:pPr>
      <w:r>
        <w:t>Niagara Falls International</w:t>
      </w:r>
    </w:p>
    <w:p w14:paraId="402801FE" w14:textId="77777777" w:rsidR="00C03725" w:rsidRDefault="00000000">
      <w:pPr>
        <w:jc w:val="both"/>
      </w:pPr>
      <w:r>
        <w:t>One week later on October 26, Ken and I were setting up for the Niagara Falls Marathon. This was a bit of a more unique marathon as we were all to get bussed to the start line on the Niagara Falls US side of the boarder. Runners get cleared by US and Canada immigration the day before at the runners Expo so we wouldn’t need to carry passports with us during the run. The marathon would being in Buffalo, New York at the Albright-Knox Art Gallery. The first 6.5 kilometers (4.0 mi) are along the historic parkways of Buffalo before crossing the Peace Bridge into Fort Erie, Ontario, Canada. The remainder of the route is in Canada and finishes close to the falls.</w:t>
      </w:r>
    </w:p>
    <w:p w14:paraId="59E155B9" w14:textId="77777777" w:rsidR="00C03725" w:rsidRDefault="00000000">
      <w:pPr>
        <w:jc w:val="both"/>
      </w:pPr>
      <w:r>
        <w:t xml:space="preserve">The morning was a much cooler and windier than the previous week. I tried to stay as warm as I could wearing some throwaway clothes at the start line. Just prior to the start gun going </w:t>
      </w:r>
      <w:r>
        <w:lastRenderedPageBreak/>
        <w:t>off, I dropped my extra clothes and started out with Ken by my side. We were both feeling good overall but this time I was feeling not quite as strong as the previous week.</w:t>
      </w:r>
    </w:p>
    <w:p w14:paraId="34A27BFD" w14:textId="77777777" w:rsidR="00C03725" w:rsidRDefault="00000000">
      <w:pPr>
        <w:jc w:val="both"/>
      </w:pPr>
      <w:r>
        <w:t>After the first 6 km’s in New York State, we crossed the Peace Bridge into Canada. It was windy and cold, but we were both running strong so I didn’t feel too cool. As we crossed the bridge, we took the off ramp and were soon running towards Niagara Falls. And soon I was gaining a few steps on Ken. Eventually the course took us along the openness of the Niagara River. It was even windier in the long stretch along the river.</w:t>
      </w:r>
    </w:p>
    <w:p w14:paraId="587B7452" w14:textId="77777777" w:rsidR="00C03725" w:rsidRDefault="00000000">
      <w:pPr>
        <w:jc w:val="both"/>
      </w:pPr>
      <w:r>
        <w:t>I soon found myself well ahead of Ken. I was feeling positive that I was going to pull a victory out, but knowing Ken’s competitive spirit, I couldn’t take it for granted. As I crossed the line, I stopped my Garmin watch at a time of 3:02:51. It was good for 22nd overall in the marathon (5th in my age group) out of 812 runners.</w:t>
      </w:r>
    </w:p>
    <w:p w14:paraId="132A5EB6" w14:textId="77777777" w:rsidR="00C03725" w:rsidRDefault="00000000">
      <w:pPr>
        <w:jc w:val="both"/>
      </w:pPr>
      <w:r>
        <w:t>Just a few minutes later Ken came running through the finish line just 6 runners later. His time of 3:05:07 was good for 22nd overall. It was a good victory for me as I took back about 3 minutes from Ken but I was still more than 9 minutes behind overall. I would have my work cut out for me the next week when we were to run the Hamilton Road 2 Hope marathon.</w:t>
      </w:r>
    </w:p>
    <w:p w14:paraId="5B801554" w14:textId="77777777" w:rsidR="00C03725" w:rsidRDefault="00000000">
      <w:pPr>
        <w:jc w:val="both"/>
      </w:pPr>
      <w:r>
        <w:t>Hamilton Road2Hope</w:t>
      </w:r>
    </w:p>
    <w:p w14:paraId="5BBF0D9B" w14:textId="77777777" w:rsidR="00C03725" w:rsidRDefault="00000000">
      <w:pPr>
        <w:jc w:val="both"/>
      </w:pPr>
      <w:r>
        <w:t>November 2nd, 2008 was the date of our last marathon of our six in six weeks marathon “race”. Ken and I were into the home stretch. I’m fairly certain that we were the only two marathon “racers” who had taken on this challenge, although it was only a personal challenge between the two of us. As we arrived early that morning in Hamilton, Ken had me by just over 9 minutes over the previous 5 marathons. There was only 9 minutes separating us over 5 marathons, that was pretty remarkable looking back.</w:t>
      </w:r>
    </w:p>
    <w:p w14:paraId="4B79E832" w14:textId="77777777" w:rsidR="00C03725" w:rsidRDefault="00000000">
      <w:pPr>
        <w:jc w:val="both"/>
      </w:pPr>
      <w:r>
        <w:t>The Hamilton Road2Hope Marathon was a fairly new Marathon, I believe this being only the second time it was being held. The race course would start at the top of what is known as the Niagara Escarpment, higher ground that runs from the Niagara Region across towards West/Central Ontario. The race would then run south towards Lake Ontario, at one point onto a closed highway and would end along the lakeshore in Stoney Creek, just east of Hamilton.</w:t>
      </w:r>
    </w:p>
    <w:p w14:paraId="1ECDADCB" w14:textId="77777777" w:rsidR="00C03725" w:rsidRDefault="00000000">
      <w:pPr>
        <w:jc w:val="both"/>
      </w:pPr>
      <w:r>
        <w:t>We lined up at the start of the race and waited for the gun to go off. We soon found out there was a delay in the race start. This was a bit concerning to the marathon runners as there was also a half marathon that was to start at the 1 and ½ hour mark after the marathon would start.</w:t>
      </w:r>
    </w:p>
    <w:p w14:paraId="5391003D" w14:textId="77777777" w:rsidR="00C03725" w:rsidRDefault="00000000">
      <w:pPr>
        <w:jc w:val="both"/>
      </w:pPr>
      <w:r>
        <w:t>Finally we started about 20 minutes later than the anticipated start time. Ken and I both wondered whether they would delay the half marathoners or still have them start on time. Our real concern was running into the back of that back as it could potentially slow us down.</w:t>
      </w:r>
    </w:p>
    <w:p w14:paraId="7CC3068A" w14:textId="77777777" w:rsidR="00C03725" w:rsidRDefault="00000000">
      <w:pPr>
        <w:jc w:val="both"/>
      </w:pPr>
      <w:r>
        <w:t xml:space="preserve">Ken and I were running together and keeping a pretty steady pace. As we started the downhill section onto the Hamilton parkway, sure enough, there was the back of the half marathon field. They had started them on time and we were going to have now dodge through the </w:t>
      </w:r>
      <w:r>
        <w:lastRenderedPageBreak/>
        <w:t>slower runners/walkers of that pack. As we made our way to the next aid station, it soon was evident that we could not even get close to the aid station as it was so backed up and busy with the half marathoners. We had to dodge our way around a few large packs of people. We were going to lose time and we were going to suffer more without water or sports drink. Fortunately we had our gels so we were taking those and doing our best to run as straight as possible. Every deviated step would cost us time.</w:t>
      </w:r>
    </w:p>
    <w:p w14:paraId="60DEC8ED" w14:textId="77777777" w:rsidR="00C03725" w:rsidRDefault="00000000">
      <w:pPr>
        <w:jc w:val="both"/>
      </w:pPr>
      <w:r>
        <w:t>Soon Ken and I were passing more and more half marathoners and the field was thinning in front of us. I was not feeling my strongest however. Ken was giving me lots of motivation and encouragement though. I had told him to go on ahead of me. But he was such a gentlemen and he said no, he would stay with me and we would finish together.</w:t>
      </w:r>
    </w:p>
    <w:p w14:paraId="5DCF2268" w14:textId="77777777" w:rsidR="00C03725" w:rsidRDefault="00000000">
      <w:pPr>
        <w:jc w:val="both"/>
      </w:pPr>
      <w:r>
        <w:t>We had less than 1 ½ kilometres left to go when we made it finally to the Ontario lake shore. There was a short boardwalk we had to run before we would finally make our way into the park where the finish line was. We were still dodging a few people here and there on the boardwalk as the end of the race loomed ahead. Ken and I were going to do it, we were going to complete our six marathons in six week challenge.</w:t>
      </w:r>
    </w:p>
    <w:p w14:paraId="6E67E8B7" w14:textId="77777777" w:rsidR="00C03725" w:rsidRDefault="00000000">
      <w:pPr>
        <w:jc w:val="both"/>
      </w:pPr>
      <w:r>
        <w:t>As we neared the line, I wanted Ken to have the glory and I just took one slower step he crossed the line one second ahead of me. He finished in 3 hours even and 49 seconds. I was 3:00:50. We finished and we were finished.</w:t>
      </w:r>
    </w:p>
    <w:p w14:paraId="235794C4" w14:textId="77777777" w:rsidR="00C03725" w:rsidRDefault="00000000">
      <w:pPr>
        <w:jc w:val="both"/>
      </w:pPr>
      <w:r>
        <w:t>After we recovered from our last marathontogether, we were both elated. I asked Ken how he felt about that last marathon and he confided he had more in him. He sacrificed possibly another sub 3 hour marathonto run intogether. What an amazing man and gentlemen.</w:t>
      </w:r>
    </w:p>
    <w:p w14:paraId="71F2E669" w14:textId="77777777" w:rsidR="00C03725" w:rsidRDefault="00000000">
      <w:pPr>
        <w:jc w:val="both"/>
      </w:pPr>
      <w:r>
        <w:t>At the conclusion of our six marathons in six week, Ken had won our dinner bet by an average of 3:00:09. I averaged 3:01:40 over my six marathons. Overall, Ken had beaten me by 1 minute and 39 seconds average. What an amazing feat and journey. One week later Debbie, Lynn, Ken and I had an amazing celebratory dinner that I was proud to pay for. It was an amazing journey and one I will never forget.</w:t>
      </w:r>
    </w:p>
    <w:p w14:paraId="0E7E47BA" w14:textId="77777777" w:rsidR="00C03725" w:rsidRDefault="00000000">
      <w:pPr>
        <w:jc w:val="both"/>
      </w:pPr>
      <w:r>
        <w:t>The 6 marathons in six weeks were the final events for a total of 11 marathons in 2008; and a total of 34 marathons to date (2002 – 2008). My long-term goal is to run my 50th marathon during my 50th year, hopefully that being the Boston Marathon. I also hope to run a marathon in every province.</w:t>
      </w:r>
    </w:p>
    <w:p w14:paraId="1D926E88" w14:textId="77777777" w:rsidR="00C03725" w:rsidRDefault="00000000">
      <w:pPr>
        <w:jc w:val="both"/>
      </w:pPr>
      <w:r>
        <w:t>Gene’s Weekly Regimen During the 6 Marathons</w:t>
      </w:r>
    </w:p>
    <w:p w14:paraId="15A72795" w14:textId="77777777" w:rsidR="00C03725" w:rsidRDefault="00000000">
      <w:pPr>
        <w:jc w:val="both"/>
      </w:pPr>
      <w:r>
        <w:t>Total weekly mileage (including marathon): 70 km</w:t>
      </w:r>
    </w:p>
    <w:p w14:paraId="48A6403E" w14:textId="77777777" w:rsidR="00C03725" w:rsidRDefault="00000000">
      <w:pPr>
        <w:jc w:val="both"/>
      </w:pPr>
      <w:r>
        <w:t>Monday: Rest and walking</w:t>
      </w:r>
    </w:p>
    <w:p w14:paraId="2CFB5E72" w14:textId="77777777" w:rsidR="00C03725" w:rsidRDefault="00000000">
      <w:pPr>
        <w:jc w:val="both"/>
      </w:pPr>
      <w:r>
        <w:t>Tuesday: 6 km steady run for leg turnover</w:t>
      </w:r>
    </w:p>
    <w:p w14:paraId="4262FFAD" w14:textId="77777777" w:rsidR="00C03725" w:rsidRDefault="00000000">
      <w:pPr>
        <w:jc w:val="both"/>
      </w:pPr>
      <w:r>
        <w:t>Wednesday: 12 km moderate pace with pickups</w:t>
      </w:r>
    </w:p>
    <w:p w14:paraId="6AF75587" w14:textId="77777777" w:rsidR="00C03725" w:rsidRDefault="00000000">
      <w:pPr>
        <w:jc w:val="both"/>
      </w:pPr>
      <w:r>
        <w:lastRenderedPageBreak/>
        <w:t>Thursday: 7 km steady run</w:t>
      </w:r>
    </w:p>
    <w:p w14:paraId="2D991966" w14:textId="77777777" w:rsidR="00C03725" w:rsidRDefault="00000000">
      <w:pPr>
        <w:jc w:val="both"/>
      </w:pPr>
      <w:r>
        <w:t>Friday: Rest</w:t>
      </w:r>
    </w:p>
    <w:p w14:paraId="6570338C" w14:textId="77777777" w:rsidR="00C03725" w:rsidRDefault="00000000">
      <w:pPr>
        <w:jc w:val="both"/>
      </w:pPr>
      <w:r>
        <w:t>Saturday: Rest and relaxation</w:t>
      </w:r>
    </w:p>
    <w:p w14:paraId="1C76655E" w14:textId="77777777" w:rsidR="00C03725" w:rsidRDefault="00000000">
      <w:pPr>
        <w:jc w:val="both"/>
      </w:pPr>
      <w:r>
        <w:t>Maintain quality food intake; take extra vitamin C, magnesium/calcium, and proteinto speed recovery and support your immune system.</w:t>
      </w:r>
    </w:p>
    <w:p w14:paraId="051B8305" w14:textId="77777777" w:rsidR="00C03725" w:rsidRDefault="00000000">
      <w:pPr>
        <w:jc w:val="both"/>
      </w:pPr>
      <w:r>
        <w:t>Include cross training, such as weight lifting or swimming, to burn excess calories and improve overall fitness.</w:t>
      </w:r>
    </w:p>
    <w:p w14:paraId="0B7E0F51" w14:textId="77777777" w:rsidR="00C03725" w:rsidRDefault="00000000">
      <w:pPr>
        <w:jc w:val="both"/>
      </w:pPr>
      <w:r>
        <w:t>Ken’s Weekly Regimen During the 6 Marathons</w:t>
      </w:r>
    </w:p>
    <w:p w14:paraId="7E1E4840" w14:textId="77777777" w:rsidR="00C03725" w:rsidRDefault="00000000">
      <w:pPr>
        <w:jc w:val="both"/>
      </w:pPr>
      <w:r>
        <w:t>Total weekly mileage (including marathon): 67 km</w:t>
      </w:r>
    </w:p>
    <w:p w14:paraId="6AC6B76F" w14:textId="77777777" w:rsidR="00C03725" w:rsidRDefault="00000000">
      <w:pPr>
        <w:jc w:val="both"/>
      </w:pPr>
      <w:r>
        <w:t>Monday: 4 km walk to loosen up</w:t>
      </w:r>
    </w:p>
    <w:p w14:paraId="647804A6" w14:textId="77777777" w:rsidR="00C03725" w:rsidRDefault="00000000">
      <w:pPr>
        <w:jc w:val="both"/>
      </w:pPr>
      <w:r>
        <w:t>Tuesday: 7 km easy run to get moving</w:t>
      </w:r>
    </w:p>
    <w:p w14:paraId="6B5740B9" w14:textId="77777777" w:rsidR="00C03725" w:rsidRDefault="00000000">
      <w:pPr>
        <w:jc w:val="both"/>
      </w:pPr>
      <w:r>
        <w:t>Wednesday: 10 km faster, easy run to pick up the pace</w:t>
      </w:r>
    </w:p>
    <w:p w14:paraId="0D5AF30B" w14:textId="77777777" w:rsidR="00C03725" w:rsidRDefault="00000000">
      <w:pPr>
        <w:jc w:val="both"/>
      </w:pPr>
      <w:r>
        <w:t>Thursday: 4 km walk</w:t>
      </w:r>
    </w:p>
    <w:p w14:paraId="752AADF5" w14:textId="77777777" w:rsidR="00C03725" w:rsidRDefault="00000000">
      <w:pPr>
        <w:jc w:val="both"/>
      </w:pPr>
      <w:r>
        <w:t>Friday &amp; Saturday: Recovery days</w:t>
      </w:r>
    </w:p>
    <w:p w14:paraId="01607C5B" w14:textId="77777777" w:rsidR="00C03725" w:rsidRDefault="00000000">
      <w:pPr>
        <w:jc w:val="both"/>
      </w:pPr>
      <w:r>
        <w:t>Stretched after every workout</w:t>
      </w:r>
    </w:p>
    <w:p w14:paraId="6D8F5558" w14:textId="77777777" w:rsidR="00C03725" w:rsidRDefault="00000000">
      <w:pPr>
        <w:jc w:val="both"/>
      </w:pPr>
      <w:r>
        <w:t>Regular massage with “The Stick”</w:t>
      </w:r>
    </w:p>
    <w:p w14:paraId="2ECA0A35" w14:textId="77777777" w:rsidR="00C03725" w:rsidRDefault="00000000">
      <w:pPr>
        <w:jc w:val="both"/>
      </w:pPr>
      <w:r>
        <w:t>10 minutes in the hot tub daily</w:t>
      </w:r>
    </w:p>
    <w:p w14:paraId="17F64E3A" w14:textId="77777777" w:rsidR="00C03725" w:rsidRDefault="00000000">
      <w:pPr>
        <w:jc w:val="both"/>
      </w:pPr>
      <w:r>
        <w:t>Routine visits to the chiropractor helped keep alignment straight</w:t>
      </w:r>
    </w:p>
    <w:p w14:paraId="5F23B8AC" w14:textId="77777777" w:rsidR="00C03725" w:rsidRDefault="00000000">
      <w:pPr>
        <w:jc w:val="both"/>
      </w:pPr>
      <w:r>
        <w:t>Gene’s Lessons Learned</w:t>
      </w:r>
    </w:p>
    <w:p w14:paraId="787081C3" w14:textId="77777777" w:rsidR="00C03725" w:rsidRDefault="00000000">
      <w:pPr>
        <w:jc w:val="both"/>
      </w:pPr>
      <w:r>
        <w:t>The mind and body are capable of truly amazing things.</w:t>
      </w:r>
    </w:p>
    <w:p w14:paraId="0F2F0988" w14:textId="77777777" w:rsidR="00C03725" w:rsidRDefault="00000000">
      <w:pPr>
        <w:jc w:val="both"/>
      </w:pPr>
      <w:r>
        <w:t>Marathon racing is one of the toughest physical tests out there.</w:t>
      </w:r>
    </w:p>
    <w:p w14:paraId="1A8D6B45" w14:textId="77777777" w:rsidR="00C03725" w:rsidRDefault="00000000">
      <w:pPr>
        <w:jc w:val="both"/>
      </w:pPr>
      <w:r>
        <w:t>Mental preparation is every bit as important as physical training.</w:t>
      </w:r>
    </w:p>
    <w:p w14:paraId="3E58E6C5" w14:textId="77777777" w:rsidR="00C03725" w:rsidRDefault="00000000">
      <w:pPr>
        <w:jc w:val="both"/>
      </w:pPr>
      <w:r>
        <w:t>Avoid injuries—listen to your body and back off if you feel unusual pain.</w:t>
      </w:r>
    </w:p>
    <w:p w14:paraId="7399EFF3" w14:textId="77777777" w:rsidR="00C03725" w:rsidRDefault="00000000">
      <w:pPr>
        <w:jc w:val="both"/>
      </w:pPr>
      <w:r>
        <w:t>Never underestimate the connection between body and mind; together, they can far exceed expectations.</w:t>
      </w:r>
    </w:p>
    <w:p w14:paraId="73973C0E" w14:textId="77777777" w:rsidR="00C03725" w:rsidRDefault="00000000">
      <w:pPr>
        <w:jc w:val="both"/>
      </w:pPr>
      <w:r>
        <w:t>Ken’s Lessons Learned</w:t>
      </w:r>
    </w:p>
    <w:p w14:paraId="0BE7CBD1" w14:textId="77777777" w:rsidR="00C03725" w:rsidRDefault="00000000">
      <w:pPr>
        <w:jc w:val="both"/>
      </w:pPr>
      <w:r>
        <w:t>With careful recovery, you can run multiple marathons in a row.</w:t>
      </w:r>
    </w:p>
    <w:p w14:paraId="5682C599" w14:textId="77777777" w:rsidR="00C03725" w:rsidRDefault="00000000">
      <w:pPr>
        <w:jc w:val="both"/>
      </w:pPr>
      <w:r>
        <w:lastRenderedPageBreak/>
        <w:t>A bit of craziness and a good sense of humor go a long way in endurance sports.</w:t>
      </w:r>
    </w:p>
    <w:p w14:paraId="71E37305" w14:textId="77777777" w:rsidR="00C03725" w:rsidRDefault="00000000">
      <w:pPr>
        <w:jc w:val="both"/>
      </w:pPr>
      <w:r>
        <w:t>Marathon running takes financial commitment.</w:t>
      </w:r>
    </w:p>
    <w:p w14:paraId="3DC06AFF" w14:textId="77777777" w:rsidR="00C03725" w:rsidRDefault="00000000">
      <w:pPr>
        <w:jc w:val="both"/>
      </w:pPr>
      <w:r>
        <w:t>It’s the travel to and from races, not the racing itself, that can be most exhausting.</w:t>
      </w:r>
    </w:p>
    <w:p w14:paraId="19D58CEF" w14:textId="77777777" w:rsidR="00C03725" w:rsidRDefault="00000000">
      <w:pPr>
        <w:jc w:val="both"/>
      </w:pPr>
      <w:r>
        <w:t>The final week of any training program won’t make you faster; progress happens in the build-up, not the last-minute push. Running hard during your taper week only increases injury risk.</w:t>
      </w:r>
    </w:p>
    <w:p w14:paraId="308C6D90" w14:textId="77777777" w:rsidR="00C03725" w:rsidRDefault="00000000">
      <w:pPr>
        <w:jc w:val="both"/>
      </w:pPr>
      <w:r>
        <w:t>The only certainty on race day is the distance; train for that, because anything else can change.</w:t>
      </w:r>
    </w:p>
    <w:p w14:paraId="165404C2" w14:textId="77777777" w:rsidR="00C03725" w:rsidRDefault="00000000">
      <w:pPr>
        <w:jc w:val="both"/>
      </w:pPr>
      <w:r>
        <w:t>Recovery is essential—race day excitement will handle the speed.</w:t>
      </w:r>
    </w:p>
    <w:p w14:paraId="304738FB" w14:textId="77777777" w:rsidR="00C03725" w:rsidRDefault="00000000">
      <w:pPr>
        <w:jc w:val="both"/>
      </w:pPr>
      <w:r>
        <w:t>Including the marathon, I ran/walked 67km per week (about 20km less per week than my usual marathon training).</w:t>
      </w:r>
    </w:p>
    <w:p w14:paraId="3761B8FF" w14:textId="77777777" w:rsidR="00C03725" w:rsidRDefault="00000000">
      <w:pPr>
        <w:jc w:val="both"/>
      </w:pPr>
      <w:r>
        <w:t>Muscle stiffness improves with each passing week.</w:t>
      </w:r>
    </w:p>
    <w:p w14:paraId="3B02D0E0" w14:textId="77777777" w:rsidR="00C03725" w:rsidRDefault="00000000">
      <w:pPr>
        <w:jc w:val="both"/>
      </w:pPr>
      <w:r>
        <w:t>My initial theory that I would lose five minutes per marathon did not hold true.</w:t>
      </w:r>
    </w:p>
    <w:p w14:paraId="7613EABA" w14:textId="77777777" w:rsidR="00C03725" w:rsidRDefault="00000000">
      <w:pPr>
        <w:jc w:val="both"/>
      </w:pPr>
      <w:r>
        <w:t>I gained four pounds over six weeks, simply from reduced running and the need to maintain a higher food intake for recovery.</w:t>
      </w:r>
    </w:p>
    <w:p w14:paraId="7520DB1A" w14:textId="77777777" w:rsidR="00C03725" w:rsidRDefault="00000000">
      <w:pPr>
        <w:jc w:val="both"/>
      </w:pPr>
      <w:r>
        <w:t>⁂</w:t>
      </w:r>
    </w:p>
    <w:p w14:paraId="08826644" w14:textId="77777777" w:rsidR="00C03725" w:rsidRDefault="00000000">
      <w:pPr>
        <w:jc w:val="both"/>
      </w:pPr>
      <w:r>
        <w:t>Race Statistics:</w:t>
      </w:r>
    </w:p>
    <w:p w14:paraId="0D99EEE3" w14:textId="77777777" w:rsidR="00C03725" w:rsidRDefault="00000000">
      <w:pPr>
        <w:jc w:val="both"/>
      </w:pPr>
      <w:r>
        <w:t>2009 A New Year, New Challenges</w:t>
      </w:r>
    </w:p>
    <w:p w14:paraId="656E2612" w14:textId="77777777" w:rsidR="00C03725" w:rsidRDefault="00000000">
      <w:pPr>
        <w:jc w:val="both"/>
      </w:pPr>
      <w:r>
        <w:t>Hot after my 6 marathons in 6 weeks a few months earlier, January 2009 brought me to another Arizona Rock n Roll Marathon. I had kept my conditioning high and still felt like I had another sub 3 hour in me. It was a great feeling being in that kind of shape, the weight was under control, I was able to get through the holiday’s without imbibing too much and stayed away from the lure of the Christmas and New Years binge snack and chocolate eating.</w:t>
      </w:r>
    </w:p>
    <w:p w14:paraId="4DB775CD" w14:textId="77777777" w:rsidR="00C03725" w:rsidRDefault="00000000">
      <w:pPr>
        <w:jc w:val="both"/>
      </w:pPr>
      <w:r>
        <w:t>As I lined up that January 18th morning in downtown Phoenix, I felt elated. I worked damn hard and the hardest really was saying no to all those indulgences. And it paid off for me. I had a strong marathon performance. I started near the front of the marathon, and when the gun went off, I tucked in behind some elite American women runners. I knew they were in the 2:20 – 2:40 finishing goal range, pretty hot for me, but it was awesome to “hang” with them at the start and then stay tucked in their little pack for the first few miles. They were young, twenty something and super fit. Olympic fit.</w:t>
      </w:r>
    </w:p>
    <w:p w14:paraId="122F1D94" w14:textId="77777777" w:rsidR="00C03725" w:rsidRDefault="00000000">
      <w:pPr>
        <w:jc w:val="both"/>
      </w:pPr>
      <w:r>
        <w:t>I was able to run in their little pack for about 4 miles but their pace was already too hot to handle and I just slipped back and watched them smoothly run ahead of me. Ah to be young and strong like that. Where else can an amateur athlete get to run and literally compete with some of the best runners in the world. I still held a strong pace that warm Arizona morning and finished quite strong and once again, another sub 3 hour marathon coming in at 2:59:05.</w:t>
      </w:r>
    </w:p>
    <w:p w14:paraId="348E8405" w14:textId="77777777" w:rsidR="00C03725" w:rsidRDefault="00000000">
      <w:pPr>
        <w:jc w:val="both"/>
      </w:pPr>
      <w:r>
        <w:lastRenderedPageBreak/>
        <w:t>Three months later I was once again back in Boston for my fifth Boston marathon in 5 years. 5 years in row I’ve been to Boston. Somebody pinch me. This average Joe, who could barely run from one telephone pole to the next just 10 years or so earlier was standing once again with some of the best and fastest runners on the planet. The experience in Boston never disappoints and once again I was elated to be at the start corral. Since I had such a great run the year before with my 2:56:17, I found myself in Corral #2. This would be the closest I would ever get to the front of the Boston Marathon race and I was relishing in the atmosphere.</w:t>
      </w:r>
    </w:p>
    <w:p w14:paraId="5A6B71B5" w14:textId="77777777" w:rsidR="00C03725" w:rsidRDefault="00000000">
      <w:pPr>
        <w:jc w:val="both"/>
      </w:pPr>
      <w:r>
        <w:t>The cool thing about Corral #2 was not only could I see the start line and I was in the top 2000 of the race, but we were located right beside the Korean Presbyterian Church which is at the start line area. The church is also where the elite runners congregate before the Boston marathonto stay warm and close to the starting line. As the elite marathon run start readied to begin, I watched as all of the men and then the women world class athletes emerged out of the church. These were my sports heroes. I recognized a few of the top athletes including American Ryan Hall who would finish 3rd overall in 2009. There were also Kenyans and Ethiopians in the mix and man, were they ever fit.</w:t>
      </w:r>
    </w:p>
    <w:p w14:paraId="66F607F1" w14:textId="77777777" w:rsidR="00C03725" w:rsidRDefault="00000000">
      <w:pPr>
        <w:jc w:val="both"/>
      </w:pPr>
      <w:r>
        <w:t>I also watched the Women elite athletes emerge. There was Kara Goucher, of Oregon who finished 3rd for the women that year in a time of 2:32:25. Amazing. She missed finishing 1st by only 9 seconds to Salina Kosgai of Kenya. Second place went to Dire Tune of Ethiopa. That must have been a tremendous finish on Boylestonto watch the three ladies battle it out all within 9 seconds of each other.</w:t>
      </w:r>
    </w:p>
    <w:p w14:paraId="079B8491" w14:textId="77777777" w:rsidR="00C03725" w:rsidRDefault="00000000">
      <w:pPr>
        <w:jc w:val="both"/>
      </w:pPr>
      <w:r>
        <w:t>My run was as expected, I felt great and starting near the front of the Boston Marathon gives you an advantage that it motivates you to stay with the strong runners and let that enthusiasm carry you for the first five miles or so. After that, I find I can settle in and find my real groove. That day I ran as well as I could as the weather was not cooperating. We were experiencing a brisk 15 – 20 mph cold westerly wind directly in our faces. Running into cold head winds is not a lot of fun. The only good thing about it was that everyone was feeling it and suffering a bit through it and most everyone, including the elite’s turned in a much slower time than predicted. I ran the 113th Boston Marathon in a time of 3:04:45. It was still a good effort and I wondered what I could have done if we had a tail wind of that magnitude instead of it being a head wind. But in that day, in those conditions, I ran the best that I could.</w:t>
      </w:r>
    </w:p>
    <w:p w14:paraId="7439643F" w14:textId="77777777" w:rsidR="00C03725" w:rsidRDefault="00000000">
      <w:pPr>
        <w:jc w:val="both"/>
      </w:pPr>
      <w:r>
        <w:t>Pick Your Poison</w:t>
      </w:r>
    </w:p>
    <w:p w14:paraId="58C7C038" w14:textId="77777777" w:rsidR="00C03725" w:rsidRDefault="00000000">
      <w:pPr>
        <w:jc w:val="both"/>
      </w:pPr>
      <w:r>
        <w:t>A cool thing about ultra-marathons are some of the creative names the race directors give to them. There’s Tunnel Hill, The Marshal Mangler, Vulture Bait, and the Javalina 100 and on and on. And then there’s Pick Your Poison. This race is actually one that I could say was almost in my backyard. It’s a 50km race that is in the hills of a ski resort area in Central Ontario, Horseshoe Valley. I spent many of my Canadian winters skiing at Horseshoe Valley. It’s not a ski mountain, more of a ski hill but it is fun, especially at night as they night lights on the ski runs. It was a weekly event with a few of my friends who also happened to be teachers. They were a lively bunch of guys and we had many laughs, especially over a cold beer in the lodge after a cold night of skiing.</w:t>
      </w:r>
    </w:p>
    <w:p w14:paraId="0225FD96" w14:textId="77777777" w:rsidR="00C03725" w:rsidRDefault="00000000">
      <w:pPr>
        <w:jc w:val="both"/>
      </w:pPr>
      <w:r>
        <w:lastRenderedPageBreak/>
        <w:t>So when a young local ultra-marathon enthusiast came up with the idea of running on the back trails of the forest area around Horseshoe Valley, I was in. The Pick your Poison part was the option of picking the run distance you wanted. There was a 10k, 25k and 50k event. And there were several things to consider. Even though the race is held in May, the area is a snow belt and it could still get quite cold and even have a storm or two blow in around that time, making the trails either icy, or just as worse, a muddy slog. Which was exactly what we had the May day I ran the 50k n 2009, just 3 weeks after the Boston Marathon that year.</w:t>
      </w:r>
    </w:p>
    <w:p w14:paraId="067E23C9" w14:textId="77777777" w:rsidR="00C03725" w:rsidRDefault="00000000">
      <w:pPr>
        <w:jc w:val="both"/>
      </w:pPr>
      <w:r>
        <w:t>It was cold, but at least it wasn’t raining at the start. But it had rained the night before and so we go the mud right away. Now running in mud sounds like fun, which it can be. But it’s also sloppy and slippery and you really have to watch your footing. The 50k course was actually two times 25k so you ran the course twice. And it wasn’t easy. It was very steep in sections and the “poison” was the climb up the back side of one of the ski areas in the Valley. And then the torrential rain down-poured on us. It was a test of survival: cold, wet, rain and mud. It was all you could do to make the climbs with mud caked on us up to our kneess. I was pushed to my limits as it was one tough “mudder”. But it was fun! Where else do grown adults get to “play” in the mud?</w:t>
      </w:r>
    </w:p>
    <w:p w14:paraId="302F83A8" w14:textId="77777777" w:rsidR="00C03725" w:rsidRDefault="00000000">
      <w:pPr>
        <w:jc w:val="both"/>
      </w:pPr>
      <w:r>
        <w:t>I finished quite well in the field considering. I was 9th overall out of 46 that completed the run. I think there was about a 50% attrition rate that day due to the conditions so I was just happy to complete the event. My time was almost 7 hours, but in those conditions, it was a valiant effort for sure.</w:t>
      </w:r>
    </w:p>
    <w:p w14:paraId="29DA7FE4" w14:textId="77777777" w:rsidR="00C03725" w:rsidRDefault="00000000">
      <w:pPr>
        <w:jc w:val="both"/>
      </w:pPr>
      <w:r>
        <w:t>And two weeks later I was back in Sulphur Springs for another “kick” at another of their ultra-marathon events, the 50k. I had previously completed the Sulphur Springs 50miler twice and the 100 miler the one time, so I had decided to scale down and just have fun with the 50k distance. I know that sounds sadistic, how can a 50km be fun, but it really is. And I found that I felt so much better body wise after a 50k trail run then I would after a 42km road marathon. Something about running on softer trails, more up and down and more variety had a more smooth effect on the body than running a flat, fast marathon on pavement.</w:t>
      </w:r>
    </w:p>
    <w:p w14:paraId="3E691D71" w14:textId="77777777" w:rsidR="00C03725" w:rsidRDefault="00000000">
      <w:pPr>
        <w:jc w:val="both"/>
      </w:pPr>
      <w:r>
        <w:t>Running another Sulphur Springs ultra-marathon was like being home. It was my fourth year there in a row. A few of us went out the night before and set up camp. In the morning, it was nice to not be as stressed having to start so early as a 100miler or 50 miler. We didn’t start our 50k run until 7:30. I was up of course early with the early runners as the run campsite is always an “early to bed – early to rise” environment. Somewhere around 5am I could hear the stirring of the early bird runners up and about, getting ready, stretching, having an early breakfast of sorts and taking care of “business” at the washrooms.</w:t>
      </w:r>
    </w:p>
    <w:p w14:paraId="619B3E72" w14:textId="77777777" w:rsidR="00C03725" w:rsidRDefault="00000000">
      <w:pPr>
        <w:jc w:val="both"/>
      </w:pPr>
      <w:r>
        <w:t xml:space="preserve">After watching the other events kick off, I was off to the races myself in the 50k event. Everyone is on the same 20km course, so with the 50k, we would run the 20k course twice and there was an added 5km out and 5km back stretch to get us to 50km. Easy peasy. Well, it’s not that easy, but Sulphur Springs is just such a much easier course as the trail is wide in much of the course and it’s not very technical at all. There are few roots and rocks to contend with due to the sandier area that it’s in in Southern Ontario. However, there is that one climb </w:t>
      </w:r>
      <w:r>
        <w:lastRenderedPageBreak/>
        <w:t>about 1km before the end of each loop that is very challenging. But it didn’t feel as challenging as it did in past years as I only had to do it twice, not 4 times as the 50 milers must do it and not 8 times as we did when I ran the 100miler back a few years prior.</w:t>
      </w:r>
    </w:p>
    <w:p w14:paraId="1BB77B06" w14:textId="77777777" w:rsidR="00C03725" w:rsidRDefault="00000000">
      <w:pPr>
        <w:jc w:val="both"/>
      </w:pPr>
      <w:r>
        <w:t>I really did feel good in the 50km race. The weather was nearly perfect, a nice cool start to the morning and by the time I finished 4 hours and 42 minutes later, I felt awesome. As I’ve said, there is no greater feeling crossing any finish line of any distance, especially if you gave it your all, yet you are all full of endorphins and just feeling great overall. High fiving the other runners and then staying around for the runner comraderie afterwards. To me, there really is no better group or tribe of like minded, positive, healthy runners. To outsiders we might seem like a bit of a cult, yes spiritual, but more inward within ourselves, pushing ourselves to limits we never thought any of us would ever aspire to.</w:t>
      </w:r>
    </w:p>
    <w:p w14:paraId="68F76653" w14:textId="77777777" w:rsidR="00C03725" w:rsidRDefault="00000000">
      <w:pPr>
        <w:jc w:val="both"/>
      </w:pPr>
      <w:r>
        <w:t>After completing the Sulphur Springs ultra in late May, I took a few months off from distance running and spent the time training and competing in triathalons. I don’t talk a lot about swimming and biking but that is also a big part of my competitive lifestyle. And that year was no exception. I was hard at it training in open water in several of the lakes near my home and riding my road bike through the rolling “drumlins” of Central Ontario. I’m fortunate to live in an area where there are literally hundreds of kilometres of roads (both paved and gravel) just from leaving my house. I’m still situated in a location where I can “roll” out my door on my road bike and be in the country without going through one traffic light. I feel I am truly blessed to not only live in such a great training area, but also to have so many swim, bike and run friends to work out and train with. I still swim at the local YMCA in the winter and I still bike with the Peterborough Cycle Club, Runners Life Multi-Sport and back in 2009, I ran with the Peterborough Road Runners club.</w:t>
      </w:r>
    </w:p>
    <w:p w14:paraId="761D737D" w14:textId="77777777" w:rsidR="00C03725" w:rsidRDefault="00000000">
      <w:pPr>
        <w:jc w:val="both"/>
      </w:pPr>
      <w:r>
        <w:t>So the summer of 2009, I tackled the Ironman Muskoka 70.3 Triathlon. That is always a very tough event as the bike course is extremely hilly. I completed an Olympic Distance Triathlon in Orillia, Ontario, a long course Triathlon in Kingston Ontario. I also raced the Peterborough Half Ironman event which we fortunate to have locally. It was the one event that I could walk to the start from my house as I live about 500 meters from the Little Lake where that event was held. And I also raced a long course triathlon, also in the Muskoka’s. I was busy and all of this was keeping me seriously fit.</w:t>
      </w:r>
    </w:p>
    <w:p w14:paraId="62E46D7B" w14:textId="77777777" w:rsidR="00C03725" w:rsidRDefault="00000000">
      <w:pPr>
        <w:jc w:val="both"/>
      </w:pPr>
      <w:r>
        <w:t>After a good hard summer it felt good to be approaching fall marathon season. I had two marathons and two ultra-marathons on my fall calendar. The first was another kick at the Scotiabank Marathon in Toronto. This was becoming a favourite of mine as it was to be my fourth time running it. I felt good overall and was familiar with the course. The one stretch out and back to the beaches area of Toronto (on Lake Ontario) was always heaviest on my head but once I hit the turnaround and could see the CN Tower looming ahead, it was as if I was already home. I managed a solid 3:05:42 in near perfect fall weather, sunny and slightly cool. That was also strong enough for 8th place in my age category and 76th overall. Although not quite my fastest time at the Scotiabank Marathon, this was my best placing.</w:t>
      </w:r>
    </w:p>
    <w:p w14:paraId="7048F740" w14:textId="77777777" w:rsidR="00C03725" w:rsidRDefault="00000000">
      <w:pPr>
        <w:jc w:val="both"/>
      </w:pPr>
      <w:r>
        <w:lastRenderedPageBreak/>
        <w:t>One week later I was at another ultra-marathon, Run for the Toad. This ultra was part of the Ontario Ultra Series in Paris, Ontario. I was signed up for the 50km race and didn’t really know what to expect other than that I knew the was relatively flat so it should be an “easy” 50km race, if there is such a thing. However there were a few surprises like the swag they gave out to runners – they gave us all an amazing back pack with Run for the Toad splashed on it, one of the best “freebies” offered at a race.</w:t>
      </w:r>
    </w:p>
    <w:p w14:paraId="3A423DD9" w14:textId="77777777" w:rsidR="00C03725" w:rsidRDefault="00000000">
      <w:pPr>
        <w:jc w:val="both"/>
      </w:pPr>
      <w:r>
        <w:t>I was feeling strong once again even after only one week since my last marathon and finished in 4:39:39, my fastest ever 50km, even to this date. So a combination of feeling strong and an “easier” terrain made for a 13th place finish overall. But the real prize was to come after the race. The post race food was the best I had ever seen. There was lasagna and pasta and other hot foods as well as an amazing array of deserts. My friends and I have dubbed this race, “Run for the Food” as it really was an eating event after the run.</w:t>
      </w:r>
    </w:p>
    <w:p w14:paraId="1A4B8161" w14:textId="77777777" w:rsidR="00C03725" w:rsidRDefault="00000000">
      <w:pPr>
        <w:jc w:val="both"/>
      </w:pPr>
      <w:r>
        <w:t>Scranton Steamtown Marathon</w:t>
      </w:r>
    </w:p>
    <w:p w14:paraId="5DAF2E05" w14:textId="77777777" w:rsidR="00C03725" w:rsidRDefault="00000000">
      <w:pPr>
        <w:jc w:val="both"/>
      </w:pPr>
      <w:r>
        <w:t>There’s something funny to me with the name Scranton, Pennsylvania. I’m not sure why “Scranton” sounds like a funny word to me – I think perhaps from a Three Stooges sketch or some other sketch comedy that was burned into my psyche as a kid growing up on Long Island. So when I thought about another “fun” marathon – the Steamtown Marathon in Scranton was one I just had to do.</w:t>
      </w:r>
    </w:p>
    <w:p w14:paraId="2485501B" w14:textId="77777777" w:rsidR="00C03725" w:rsidRDefault="00000000">
      <w:pPr>
        <w:jc w:val="both"/>
      </w:pPr>
      <w:r>
        <w:t>We arrived in Scranton two days before the race and I was immediately over-impressed with the city. All my misconceptions about Scranton were completely fabricated in my head. It was a clean, pleasant town and my spouse and I were staying at the downtown Ramada Inn, formally Scranton’s main rail station. The hotel was modern and yet had an aura of history around it. Our room was spacious and very memorable to this day. As was the city.</w:t>
      </w:r>
    </w:p>
    <w:p w14:paraId="295EF0EE" w14:textId="77777777" w:rsidR="00C03725" w:rsidRDefault="00000000">
      <w:pPr>
        <w:jc w:val="both"/>
      </w:pPr>
      <w:r>
        <w:t>I also had an unexpected treat at the Steamtown Marathon race expo. I met hall of fame Marathon Winner Joan Benoit at the expo. Joan was the first woman’s Marathon Gold Medal Champion when the women’s event was added to the Olympics in 1984. I was fortunate to meet Joan when the expo was relatively quiet and I spent some considerable time with her, asking lots of questions about her Olympic success, her overall marathon journey and other wins and just lots of general questions about running as she was truly a Master. And she was so humble and frank. I cherish the time I had with her and have several pictures with her in my archives.</w:t>
      </w:r>
    </w:p>
    <w:p w14:paraId="3A4D9B20" w14:textId="77777777" w:rsidR="00C03725" w:rsidRDefault="00000000">
      <w:pPr>
        <w:jc w:val="both"/>
      </w:pPr>
      <w:r>
        <w:t>The Steamtown marathon was a blast. For a small town/city, the streets were nicely crowded with spectators. It seemed like the entire city was out on the streets cheering us on. I felt strong and proud to be running in such an esteemed race. All my mis-conceptions about Scranton and even Pennsylvania were thrown out the door. The people were amazing, the support was outstanding and the marathon proved to become one of my top 5 marathon races ever. Not to mention that I ran that marathon in a time of 3:02:34. Not my fastest overall time but extremely good, especially as it was my 3rd marathon or beyond in the past 3 weeks.</w:t>
      </w:r>
    </w:p>
    <w:p w14:paraId="4E44EB19" w14:textId="77777777" w:rsidR="00C03725" w:rsidRDefault="00000000">
      <w:pPr>
        <w:jc w:val="both"/>
      </w:pPr>
      <w:r>
        <w:lastRenderedPageBreak/>
        <w:t>And once again, the post marathon party was another exceptional event. It actually started at the end of the marathon though, when the city towns-folk baked up fresh cookies and pies and offered us just a sugary downhome post recovery food bonanza. It was an amazing array of goods and I stuffed myself accordingly.</w:t>
      </w:r>
    </w:p>
    <w:p w14:paraId="44FBFB11" w14:textId="77777777" w:rsidR="00C03725" w:rsidRDefault="00000000">
      <w:pPr>
        <w:jc w:val="both"/>
      </w:pPr>
      <w:r>
        <w:t>And just when I thought Run for the Toad had surpassed all post race events, The Steamtown Marathon in little old Scranton, Pennsylvania pulled out all the stops for one of the past post-race party events ever later that evening. It was held in a big banquet hall/auditorium with a live 60’s/70’s retro band, unlimited free wine and the local Pennsylvania favorite beer – Yuengling. And a post race hot buffet to end all buffet’s. It was quite the feast and another reason this marathon is ranked so high for myself.</w:t>
      </w:r>
    </w:p>
    <w:p w14:paraId="11DBA4FA" w14:textId="77777777" w:rsidR="00C03725" w:rsidRDefault="00000000">
      <w:pPr>
        <w:jc w:val="both"/>
      </w:pPr>
      <w:r>
        <w:t>And just like that, one week later I was back at another 50km ultra-marathon, Vulture Bait in London, Ontario. This was another 50km race put on by the Ontario Ultra Series group. All of their ultra’s are so well managed and supported and Vulture Bait didn’t disappoint either. As this was my 4th marathon or longer event, my aspirations were slightly lower with the expectation for finishing in a respectable place. The weather was cooling down for this mid October fall classic. I ran as strong as I could and finished just under 4 hours and 45 minutes for the 50km distance. As each ultra-marathon is really different and unique in terms of the terrain and ruggedness, this was good for a 15th place finish. And funny enough, I don’t recall the post race food or festivities as it was definitely overshadowed by the two previous events, Run for the Toad and the Steamtown Marathon, but of course I enjoyed myself as I have never met a marathon or ultra-marathon I truly didn’t love or enjoy.</w:t>
      </w:r>
    </w:p>
    <w:p w14:paraId="3254D094" w14:textId="77777777" w:rsidR="00C03725" w:rsidRDefault="00000000">
      <w:pPr>
        <w:jc w:val="both"/>
      </w:pPr>
      <w:r>
        <w:t>Ironman Arizona</w:t>
      </w:r>
    </w:p>
    <w:p w14:paraId="7AD29BB9" w14:textId="77777777" w:rsidR="00C03725" w:rsidRDefault="00000000">
      <w:pPr>
        <w:jc w:val="both"/>
      </w:pPr>
      <w:r>
        <w:t>Arizona</w:t>
      </w:r>
    </w:p>
    <w:p w14:paraId="7CACFFDD" w14:textId="77777777" w:rsidR="00C03725" w:rsidRDefault="00000000">
      <w:pPr>
        <w:jc w:val="both"/>
      </w:pPr>
      <w:r>
        <w:t>After a strong hard year, I was ready to close out 2009 with a roar. I was still cross training all summer (swimming, cycling, weight training) along with my running and was set up well conditioned for the Ironman Arizona race November 22nd that year. I was feeling as strong as ever and really for the first time in my Ironman racing, I could say that I was well prepared.</w:t>
      </w:r>
    </w:p>
    <w:p w14:paraId="13E0C4A3" w14:textId="77777777" w:rsidR="00C03725" w:rsidRDefault="00000000">
      <w:pPr>
        <w:jc w:val="both"/>
      </w:pPr>
      <w:r>
        <w:t>Conditions were near perfect that morning as we gathered for the 2.4 mile swim in Tempe Beach Park in the man-made lake. I really enjoy this swim as then it was a mass start with everyone (about 2000 athletes) bobbing in the water behind the start line waiting for the canonto go off at 7am. The swim is fairly easy actually as the lake is calm and it is only 1 long loop in the water. One thing I really like also about the swim is that it is easy to sight to swim straight. There are massive high wire electrical poles on the north shore of the lake and I use them as a landmark and for encouragement with the distance. Basically keeping them in sight and then watching ahead for the next one and so on.</w:t>
      </w:r>
    </w:p>
    <w:p w14:paraId="30E464BA" w14:textId="77777777" w:rsidR="00C03725" w:rsidRDefault="00000000">
      <w:pPr>
        <w:jc w:val="both"/>
      </w:pPr>
      <w:r>
        <w:t xml:space="preserve">As I exited the swim in a bit of a slower pace or basically average on the bell curve of about 1 hour 15 minutes, add in another 9 minutes of transitionto the bike and I was off to the bike race. Another enjoyable segment of Ironman Arizona as it is three 60km loops – comprising of a gradual uphill out 30km along the Bee Line Hwy into the desert and back gradually </w:t>
      </w:r>
      <w:r>
        <w:lastRenderedPageBreak/>
        <w:t>downhill for 30km. 3 loops so it gets familiar and again relatively easy as the incline is so gradual and with a modest tailwind, the circuit back was actually also fun.</w:t>
      </w:r>
    </w:p>
    <w:p w14:paraId="44F9004C" w14:textId="77777777" w:rsidR="00C03725" w:rsidRDefault="00000000">
      <w:pPr>
        <w:jc w:val="both"/>
      </w:pPr>
      <w:r>
        <w:t>My bike was around 5 and a half hours and then it was a transitionto my run clothes for the 2 loop 42km marathon distance run. The run is also another fun circuit as it basically is a clockwise loop around Tempe lake and crossing over to the north shore side. The run has very little elevation gain and I was feeling strong that day. As I crossed the run and the Ironman finish, I had managed a strong 3 hour 27 minute marathon. The sweetness of that was that it was actually a Boston Qualifying run time that I had run at the back end of a full Ironman. And my Ironman time of 10:47:05 would be my personal best Ironman record. Although I didn’t get a world Ironman Hawaii spot, it was the closest I had come to achieving that elusive golden ticket. Maybe one day, maybe one day….</w:t>
      </w:r>
    </w:p>
    <w:p w14:paraId="1F8D3D73" w14:textId="77777777" w:rsidR="00C03725" w:rsidRDefault="00000000">
      <w:pPr>
        <w:jc w:val="both"/>
      </w:pPr>
      <w:r>
        <w:t>2010</w:t>
      </w:r>
    </w:p>
    <w:p w14:paraId="087B3674" w14:textId="77777777" w:rsidR="00C03725" w:rsidRDefault="00000000">
      <w:pPr>
        <w:jc w:val="both"/>
      </w:pPr>
      <w:r>
        <w:t>In 2010, I experienced one of the most defining periods of my running journey—a season that truly challenged me, pushed my limits, and ultimately strengthened my resolve. In 2010, I set an ambitious goal and lived out a year of relentless racing, tackling 15 marathon and ultra-distance events across North America. Each race tested me in new ways and contributed an invaluable layer to my journey.</w:t>
      </w:r>
    </w:p>
    <w:p w14:paraId="79E4B32A" w14:textId="77777777" w:rsidR="00C03725" w:rsidRDefault="00000000">
      <w:pPr>
        <w:jc w:val="both"/>
      </w:pPr>
      <w:r>
        <w:t>Well after a great Ironman Arizona, I took the winter off. Well not exactly, I just took it off from running Marathons. But I had my goal race in April to run, another Boston Marathon and my 7th Boston in a row. Not a bad streak!</w:t>
      </w:r>
    </w:p>
    <w:p w14:paraId="55BA46D8" w14:textId="77777777" w:rsidR="00C03725" w:rsidRDefault="00000000">
      <w:pPr>
        <w:jc w:val="both"/>
      </w:pPr>
      <w:r>
        <w:t>After a break over the holidays in 2009, I was now focused on the 114th Boston Marathon and my 7th Boston. My 6th Boston was a strong effort but I needed a plan to break the 3 hour mark again. So my plan was to follow an aggressive Boston Marathon training program. I was determined and motivated.</w:t>
      </w:r>
    </w:p>
    <w:p w14:paraId="663CBE95" w14:textId="77777777" w:rsidR="00C03725" w:rsidRDefault="00000000">
      <w:pPr>
        <w:jc w:val="both"/>
      </w:pPr>
      <w:r>
        <w:t>I did the work and felt great the morning of the marathon. The weather for the Boston Marathon at morning was cool and partly cloudy, which is generally considered favorable. I recall wearing some throw away clothes that morning as it was cool in the run corrals. As the gun time approached, I, along with the other 20,000 or so runners, would throw our clothes over the fencing along the start line. The clothes would then be picked up by volunteers and donated to local homeless shelters and charities. Always a good way to give back while also keeping warm.</w:t>
      </w:r>
    </w:p>
    <w:p w14:paraId="43684C78" w14:textId="77777777" w:rsidR="00C03725" w:rsidRDefault="00000000">
      <w:pPr>
        <w:jc w:val="both"/>
      </w:pPr>
      <w:r>
        <w:t>After the American anthem was played over the PA speakers, the pros were off first, then the rest of the pack. I was in corral 3 which was based on my qualifying time of 2:59:04 I had put in when I registered. There were one thousand runners in each corral so that put me back about two to three thousandth place from the start.</w:t>
      </w:r>
    </w:p>
    <w:p w14:paraId="134A787B" w14:textId="77777777" w:rsidR="00C03725" w:rsidRDefault="00000000">
      <w:pPr>
        <w:jc w:val="both"/>
      </w:pPr>
      <w:r>
        <w:t xml:space="preserve">As I relished another Boston, I was feeling good overall. Looking back at my stats, I had a solid 1:27 half so knowing that I knew already I wouldn’t break the 3 hour mark but it was still impressive and I was going to do really well. No pain, I did the work and I was cruising along </w:t>
      </w:r>
      <w:r>
        <w:lastRenderedPageBreak/>
        <w:t>at a brisk pace crossing the finish line on Boyleston in 2:57:46 for my 2nd sub 3 hour in Boston and my 6th sub 3 marathontotal.</w:t>
      </w:r>
    </w:p>
    <w:p w14:paraId="2AFCB4D7" w14:textId="77777777" w:rsidR="00C03725" w:rsidRDefault="00000000">
      <w:pPr>
        <w:jc w:val="both"/>
      </w:pPr>
      <w:r>
        <w:t>I felt great and it’s still one of my most memorable Boston’s as there were a few other highlights including the Men’s winner, Robert Kiprono Cheruiyot from Kenya won in an astonishing time of 2:05:52, breaking the previous course record by 82 seconds. This was the first time someone ran the Boston course in under 2 hours and 6 minutes, marking a milestone in marathon history.</w:t>
      </w:r>
    </w:p>
    <w:p w14:paraId="3BB271C0" w14:textId="77777777" w:rsidR="00C03725" w:rsidRDefault="00000000">
      <w:pPr>
        <w:jc w:val="both"/>
      </w:pPr>
      <w:r>
        <w:t>Another amazing feat was American Ryan Hall who set a new fastest American time at Boston, finishing in 2:08:41—third overall. And finally the women’s winner, Ethiopia's Teyba Erkesso claimed the women's title in 2:26:11, winning the third-closest women’s finish ever (3 second margin). Erkesso was closely chased by Russia’s Tatyana Pushkareva, who nearly closed a 90-second gap on Boylston Street. Amazing Day!!</w:t>
      </w:r>
    </w:p>
    <w:p w14:paraId="47C29DD4" w14:textId="77777777" w:rsidR="00C03725" w:rsidRDefault="00000000">
      <w:pPr>
        <w:jc w:val="both"/>
      </w:pPr>
      <w:r>
        <w:t>Here are highlights from the 115th Boston Marathon (April 18, 2011)—widely considered one of the most remarkable in history:</w:t>
      </w:r>
    </w:p>
    <w:p w14:paraId="102DA802" w14:textId="77777777" w:rsidR="00C03725" w:rsidRDefault="00000000">
      <w:pPr>
        <w:jc w:val="both"/>
      </w:pPr>
      <w:r>
        <w:t>Geoffrey Mutai (Kenya) won the men's race in 2:03:02, the fastest marathon ever run at the time. However, due to Boston's course setup, this record was not eligible for world record status. Mutai and Moses Mosop (second place) shattered previous Boston records, both finishing well under 2:04.</w:t>
      </w:r>
    </w:p>
    <w:p w14:paraId="42930DF9" w14:textId="77777777" w:rsidR="00C03725" w:rsidRDefault="00000000">
      <w:pPr>
        <w:jc w:val="both"/>
      </w:pPr>
      <w:r>
        <w:t>Ryan Hall (USA) set an American record on the course with a 2:04:58 finish, coming in 4th but pacing the pack early and contributing to the record-breaking speed.</w:t>
      </w:r>
    </w:p>
    <w:p w14:paraId="1E8BDA9B" w14:textId="77777777" w:rsidR="00C03725" w:rsidRDefault="00000000">
      <w:pPr>
        <w:jc w:val="both"/>
      </w:pPr>
      <w:r>
        <w:t>The women’s race was won by Caroline Kilel (Kenya) in 2:22:36, squeezing past Desiree Davila (USA, 2:22:38) in a thrilling final sprint. Davila’s performance set an American best mark for Boston.</w:t>
      </w:r>
    </w:p>
    <w:p w14:paraId="764E3B48" w14:textId="77777777" w:rsidR="00C03725" w:rsidRDefault="00000000">
      <w:pPr>
        <w:jc w:val="both"/>
      </w:pPr>
      <w:r>
        <w:t>Significant tailwinds and optimal weather contributed to the record times and blistering pace, with commentators and elite competitors describing the conditions as near perfect for fast running.</w:t>
      </w:r>
    </w:p>
    <w:p w14:paraId="3245243B" w14:textId="77777777" w:rsidR="00C03725" w:rsidRDefault="00000000">
      <w:pPr>
        <w:jc w:val="both"/>
      </w:pPr>
      <w:r>
        <w:t>The event sold out in record time, with all qualifier spots filled in just eight hours—an indicator of marathon running’s growing popularity.</w:t>
      </w:r>
    </w:p>
    <w:p w14:paraId="218BB4A4" w14:textId="77777777" w:rsidR="00C03725" w:rsidRDefault="00000000">
      <w:pPr>
        <w:jc w:val="both"/>
      </w:pPr>
      <w:r>
        <w:t>Running the 114th Boston Marathon on April 19, 2010, stands as one of my proudest moments. Crossing the finish line in 2:57:46 was a goal realized after years of focused training, sacrifice, and learning from each previous attempt. For me, running sub-three hours at Boston wasn’t just about the time; it was about standing shoulder-to-shoulder with the best and knowing I belonged. The atmosphere on race morning—the buzz of thousands of runners, the hum of helicopters above, and my own surge of anticipation—energized me to dig deeper than ever before. As the race unfolded, every mile reminded me of the power of resilience and preparation. That day, I proved to myself how far I could go with vision and discipline</w:t>
      </w:r>
    </w:p>
    <w:p w14:paraId="079DBCD1" w14:textId="77777777" w:rsidR="00C03725" w:rsidRDefault="00000000">
      <w:pPr>
        <w:jc w:val="both"/>
      </w:pPr>
      <w:r>
        <w:lastRenderedPageBreak/>
        <w:t>A few weeks later, I lined up for the grueling Pick Your Poison 50k in Orillia, Ontario. Even with Boston still fresh in my muscles, I felt a powerful urge to tackle something new—to test my adaptability and endurance on rugged trails. Over five-plus hours of relentless running, I faced the highs and lows that only an ultramarathon can bring. There were moments of exhaustion and doubts, but I kept moving forward, fueled by the realization that growth happens precisely in these tough, unfamiliar spaces. Crossing the finish line after 5:46:00 wasn’t just a testament to physical conditioning; it was proof that embracing discomfort leads to real achievement and personal transformation.[1]</w:t>
      </w:r>
    </w:p>
    <w:p w14:paraId="49614B1B" w14:textId="77777777" w:rsidR="00C03725" w:rsidRDefault="00000000">
      <w:pPr>
        <w:jc w:val="both"/>
      </w:pPr>
      <w:r>
        <w:t>On May 29, I took another leap by entering the Sulphur Springs 50k in Ancaster, Ontario. With each step, I felt the lessons of the season weaving themselves into my mindset. I finished in 4:53:00—faster, smarter, and more self-assured. I reflected on how every race, whether a major marathon or a challenging trail ultra, had taught me something new: the necessity of continual learning, listening to my body, and embracing the support of the running community. Cheering for others, celebrating small victories, and receiving encouragement fueled my positive energy, not just along the course, but in all areas of my life and work.</w:t>
      </w:r>
    </w:p>
    <w:p w14:paraId="348B38F4" w14:textId="77777777" w:rsidR="00C03725" w:rsidRDefault="00000000">
      <w:pPr>
        <w:jc w:val="both"/>
      </w:pPr>
      <w:r>
        <w:t>Lake Placid Ironman was a personal triumph. Crossing the marathon leg in 3:30:46 in this challenging, multi-sport event taught me how to dig deep and manage my energy for maximum efficiency. Crossing the finish of the marathon leg at Lake Placid Ironman felt like overcoming my greatest fears. The Ironman, with its grueling swim and bike before even lacing up for the marathon, demanded every ounce of discipline I could muster. I realized that planning and pacing aren’t just skills—they are survival tools in endurance events.</w:t>
      </w:r>
    </w:p>
    <w:p w14:paraId="5C14C2EE" w14:textId="77777777" w:rsidR="00C03725" w:rsidRDefault="00000000">
      <w:pPr>
        <w:jc w:val="both"/>
      </w:pPr>
      <w:r>
        <w:t>Lake Placid challenged me like few other events ever have. Completing the marathon leg in 3:30:46, after the earlier swim and bike stages, was a testament to all the months of training I’d put in. The scenic Adirondacks, the electric atmosphere around Mirror Lake, and the roaring support from the crowds pushed me through moments of fatigue. I remember that sense of camaraderie at the athlete dinner, where everyone was sharing stories of perseverance and comeback. The Ironman reminded me how careful pacing, focus on nutrition, and relentless positivity can sustain me through hours of adversity. Crossing that finish line meant more than a result—it was proof I could thrive under pressure and adapt my strengths to a multidiscipline challenge.</w:t>
      </w:r>
    </w:p>
    <w:p w14:paraId="2386F995" w14:textId="77777777" w:rsidR="00C03725" w:rsidRDefault="00000000">
      <w:pPr>
        <w:jc w:val="both"/>
      </w:pPr>
      <w:r>
        <w:t>At the 2010 Ironman Lake Placid, I experienced one of the most grueling yet rewarding challenges of my endurance career. The crowded swim in Mirror Lake tested my focus right from the start, but I stayed calm and kept my rhythm, knowing that pacing was everything. As I moved into the bike leg, I became acutely aware of the importance of conserving energy and managing every pedal stroke with care—how gracefully you lose energy determines how strong you’ll feel later. The Adirondacks provided both breathtaking views and relentless climbs that pushed me mentally and physically.</w:t>
      </w:r>
    </w:p>
    <w:p w14:paraId="0C2189CC" w14:textId="77777777" w:rsidR="00C03725" w:rsidRDefault="00000000">
      <w:pPr>
        <w:jc w:val="both"/>
      </w:pPr>
      <w:r>
        <w:t xml:space="preserve">When it came time for the marathon, I knew it would be the ultimate test. With aches and exhaustion already setting in, I refused to walk, instead focusing on steady, even pacing, taking in all the encouragement from fellow racers and supporters who lined the route. The </w:t>
      </w:r>
      <w:r>
        <w:lastRenderedPageBreak/>
        <w:t>camaraderie among athletes, the cheers of family and volunteers, and the personal triumph of overcoming every obstacle made crossing that finish line more than a race result—it was an epic personal victory. The satisfaction I felt in finishing strong, fueled by months of preparation and fueled by the Ironman community’s spirit, is something I carry with me to this day</w:t>
      </w:r>
    </w:p>
    <w:p w14:paraId="7DB00137" w14:textId="77777777" w:rsidR="00C03725" w:rsidRDefault="00000000">
      <w:pPr>
        <w:jc w:val="both"/>
      </w:pPr>
      <w:r>
        <w:t>Just two weeks later, at the Dirty Girls 12 Hr in Mansfield, I endured 80 kilometers of punishing trails over 11 hours. This ultra demanded both mental fortitude and smart pacing. The Dirty Girls Ultra was a true test of mental grit. Running for twelve hours on technical Ontario trails, I learned how to break overwhelming goals into small segments—one lap at a time, one aid station at a time. It proved to me that progress is all about persistence, regardless of fatigue.</w:t>
      </w:r>
    </w:p>
    <w:p w14:paraId="642B9E54" w14:textId="77777777" w:rsidR="00C03725" w:rsidRDefault="00000000">
      <w:pPr>
        <w:jc w:val="both"/>
      </w:pPr>
      <w:r>
        <w:t>The satisfaction of finishing reminded me that persistence trumps comfort.</w:t>
      </w:r>
    </w:p>
    <w:p w14:paraId="7865E663" w14:textId="77777777" w:rsidR="00C03725" w:rsidRDefault="00000000">
      <w:pPr>
        <w:jc w:val="both"/>
      </w:pPr>
      <w:r>
        <w:t>A rapid turnaround led me to Mahlon Mayhem in New Jersey, where I completed 50 kilometers in 5:51:06. Tired but determined, I learned how to listen to my body, pace carefully, and adapt to new terrain. Coming off a week of recovery, Mahlon Mayhem challenged my adaptability. The forested, hilly trails made every step hard-earned, forcing me to manage my effort and keep my mindset positive even when the conditions turned rough.</w:t>
      </w:r>
    </w:p>
    <w:p w14:paraId="7844570D" w14:textId="77777777" w:rsidR="00C03725" w:rsidRDefault="00000000">
      <w:pPr>
        <w:jc w:val="both"/>
      </w:pPr>
      <w:r>
        <w:t>The next day, I ran the Crazy Magic 6 Hour in Schenectady, covering 32.5 miles with aching legs—an effort that reinforced my belief in the importance of recovery and smart race strategies. Running back-to-back ultras, especially the day after Mahlon Mayhem, pushed me beyond my physical limits. I worked through muscle fatigue and mental barriers—focusing on keeping steady, managing nutrition, and staying motivated until the end.</w:t>
      </w:r>
    </w:p>
    <w:p w14:paraId="70CC8DEC" w14:textId="77777777" w:rsidR="00C03725" w:rsidRDefault="00000000">
      <w:pPr>
        <w:jc w:val="both"/>
      </w:pPr>
      <w:r>
        <w:t>Late August brought the Green Lakes Endurance Run in New York. My 4:55:09 finish on trails reaffirmed my love for running amidst nature and the camaraderie found in small ultra communities. The natural beauty of Green Lakes State Park fueled me through the distances. With every loop, I felt re-energized by the scenic trails and the supportive community of ultra runners. This race was a reminder that the right environment and positive people make difficult challenges more enjoyable.</w:t>
      </w:r>
    </w:p>
    <w:p w14:paraId="726D8ED7" w14:textId="77777777" w:rsidR="00C03725" w:rsidRDefault="00000000">
      <w:pPr>
        <w:jc w:val="both"/>
      </w:pPr>
      <w:r>
        <w:t>September tested my endurance at Haliburton Forest’s 50k (5:56:31),</w:t>
      </w:r>
    </w:p>
    <w:p w14:paraId="700DD4E6" w14:textId="77777777" w:rsidR="00C03725" w:rsidRDefault="00000000">
      <w:pPr>
        <w:jc w:val="both"/>
      </w:pPr>
      <w:r>
        <w:t>Haliburton’s technical terrain and remote forests kept me on my toes. Staying focused through relentless ups and downs taught me the value of self-reliance—and the importance of preparation and gear management in wilderness races.</w:t>
      </w:r>
    </w:p>
    <w:p w14:paraId="5DAD7310" w14:textId="77777777" w:rsidR="00C03725" w:rsidRDefault="00000000">
      <w:pPr>
        <w:jc w:val="both"/>
      </w:pPr>
      <w:r>
        <w:t xml:space="preserve">then my speed at the Scotiabank Waterfront Marathon in Toronto (3:05:52). Switching from trail ultras to a flat, fast city marathon drove home the importance of versatility. Running Toronto’s flat, fast course was a chance to push for speed after months of trail races. Passing through vibrant city neighborhoods and hearing the cheers spurred me to my fastest marathon pace of the season, proving the benefit of switching up race environments. At the </w:t>
      </w:r>
      <w:r>
        <w:lastRenderedPageBreak/>
        <w:t>2010 Scotiabank Waterfront Marathon in Toronto, I found a perfect blend of speed and community. The flat course allowed me to push for one of my best times that year—3:05:52—proving that all my months of training and trail races had sharpened my road running. The cheers from the crowd and the well-organized aid stations kept me energized, while running through the city streets brought a motivating buzz that lifted me during the toughest miles. Finishing strong in this marathon reminded me how important it is to balance determination with embracing the race-day atmosphere and connections with fellow runners and supporters.</w:t>
      </w:r>
    </w:p>
    <w:p w14:paraId="62242239" w14:textId="77777777" w:rsidR="00C03725" w:rsidRDefault="00000000">
      <w:pPr>
        <w:jc w:val="both"/>
      </w:pPr>
      <w:r>
        <w:t>As autumn arrived, I ran the Prince Edward County Marathon in Picton in 3:15:57, with the The rural landscapes of Prince Edward County kept me focused and grateful. This race underscored the importance of staying mentally strong and enjoying the scenery, especially when running solo for large stretches.</w:t>
      </w:r>
    </w:p>
    <w:p w14:paraId="1F41D6C0" w14:textId="77777777" w:rsidR="00C03725" w:rsidRDefault="00000000">
      <w:pPr>
        <w:jc w:val="both"/>
      </w:pPr>
      <w:r>
        <w:t>then the Hoover Dam Marathon in Boulder City at 3:48:02—both showcasing my commitment to keep showing up, regardless of fatigue or travel. Nevada’s desert heat and scenic lake vistas made the Hoover Dam Marathon a memorable challenge. I learned to respect climate and hydration more than ever, which required strategic planning and constant self-checks throughout the race.</w:t>
      </w:r>
    </w:p>
    <w:p w14:paraId="3BD848C2" w14:textId="77777777" w:rsidR="00C03725" w:rsidRDefault="00000000">
      <w:pPr>
        <w:jc w:val="both"/>
      </w:pPr>
      <w:r>
        <w:t>In November, the legendary New York City Marathon (3:24:28) was a personal highlight. Running through the streets of Manhattan alongside tens of thousands filled me with pride and gratitude for how far I’d come. Running through all five boroughs of New York City was a lifelong dream. The scale and spirit of this world-class event renewed my drive to chase big goals, reminding me that it’s not just the races but the stories and people behind them that matter most. Running the New York City Marathon always felt like running through the heart of a living tapestry. In 2010, the sea of runners surged across the Verrazano Bridge, and the cheers from thousands lining Brooklyn, Queens, Manhattan, the Bronx, and Staten Island powered me toward the finish. Clocking 3:24:28 in such a massive, world-famous event brought pure elation and gratitude. The near-constant support—seeing my name and club jersey called out by strangers, exchanging nods and encouragement with my fellow runners—reminded me of the global running community I was now part of. The energy and excitement at every borough, every mile marker, taught me the value of staying positive and determined, especially when the going gets tough the tough get going. The 2010 New York City Marathon was an experience unlike any other. Crossing the iconic Verrazano-Narrows Bridge as the race began filled me with exhilaration and purpose. Running through all five boroughs, the energy was electrifying—thousands of strangers cheering for thousands of runners, each of us sharing our own stories of struggle and triumph. I clocked 3:24:28, a time that reflected not just my physical fitness but also the emotional fuel from the crowd’s infectious enthusiasm. The unending support, the diversity of runners, and the rhythm of the city streets taught me the power of positivity and resilience, reinforcing that endurance races are as much about heart and spirit as about pace and distance</w:t>
      </w:r>
    </w:p>
    <w:p w14:paraId="736C1F7A" w14:textId="77777777" w:rsidR="00C03725" w:rsidRDefault="00000000">
      <w:pPr>
        <w:jc w:val="both"/>
      </w:pPr>
      <w:r>
        <w:t xml:space="preserve">Only a week later, I faced the tough trails of Marshall Mangler (6:21:55 for 50k) Marshall Mangler pushed me to test my perseverance over rough terrain and unpredictable weather. </w:t>
      </w:r>
      <w:r>
        <w:lastRenderedPageBreak/>
        <w:t>The camaraderie among runners helped lift me intough moments, teaching me that teamwork and encouragement are essential in long, lonely races. Running the Marshall Mangler 50k in November 2010 was one of the toughest challenges I faced that year. The rough terrain and unpredictable weather pushed me to dig deep both physically and mentally. The course was demanding, with constant elevation changes and technical trails that required total focus. Despite feeling worn from the many races I had already completed that season, I kept reminding myself of why I started this journey—to test my limits and grow stronger through adversity.</w:t>
      </w:r>
    </w:p>
    <w:p w14:paraId="160085D5" w14:textId="77777777" w:rsidR="00C03725" w:rsidRDefault="00000000">
      <w:pPr>
        <w:jc w:val="both"/>
      </w:pPr>
      <w:r>
        <w:t>What stood out most was the incredible camaraderie among runners. We were all battling the same conditions, encouraging and cheering each other on. That shared spirit helped me push through moments of doubt and fatigue. Crossing the finish line in 6:21:55 was not only a personal victory but a testament to perseverance and community. Marshall Mangler taught me that sometimes the hardest races bring the greatest rewards—not just in personal satisfaction but in the bonds forged on the trail.</w:t>
      </w:r>
    </w:p>
    <w:p w14:paraId="2D1AEF42" w14:textId="77777777" w:rsidR="00C03725" w:rsidRDefault="00000000">
      <w:pPr>
        <w:jc w:val="both"/>
      </w:pPr>
      <w:r>
        <w:t>and finished out the month at the Philadelphia Marathon in 3:25:14—proving again my ability to recover quickly and adapt. Closing out the season at Philly was a celebration. Reflecting on everything I’d accomplished, I crossed the finish line in gratitude—recognizing that finishing strong is as much about mindset and reflection as it is about speed. Running the Philadelphia Marathon in 2010 was a memorable and moving finish to my race season. The streets of Philly were lined with enthusiastic supporters, and running past storied landmarks filled me with pride and motivation. Throughout the race, I couldn’t help but think of the iconic “Rocky Steps” at the Philadelphia Museum of Art—a symbol of perseverance and grit. Like Rocky, I felt determined to keep pushing forward, no matter how tired my legs had grown from a year packed with events.</w:t>
      </w:r>
    </w:p>
    <w:p w14:paraId="7D597743" w14:textId="77777777" w:rsidR="00C03725" w:rsidRDefault="00000000">
      <w:pPr>
        <w:jc w:val="both"/>
      </w:pPr>
      <w:r>
        <w:t>I finished in 3:25:14, powered by the energy of the city and those thoughts of legendary endurance. Imagining myself conquering those steps after 26.2 miles reminded me that the strongest victories come from resilience, heart, and an unwillingness to give up, even when the odds seem stacked against you. The Philadelphia Marathon was more than just another finish—it was a celebration of a year’s worth of hard work, inspired by the spirit of Rocky and the people who make Philadelphia great</w:t>
      </w:r>
    </w:p>
    <w:p w14:paraId="6C413FB2" w14:textId="77777777" w:rsidR="00C03725" w:rsidRDefault="00000000">
      <w:pPr>
        <w:jc w:val="both"/>
      </w:pPr>
      <w:r>
        <w:t>Every event in 2010 taught me something new—about focus, grit, adaptability, teamwork, and appreciation for each unique challenge. Together, these marathons and ultramarathons reinforced a lasting belief: my boundaries are defined only by my willingness to pursue, endure, and learn from every experience</w:t>
      </w:r>
    </w:p>
    <w:p w14:paraId="1E358155" w14:textId="77777777" w:rsidR="00C03725" w:rsidRDefault="00000000">
      <w:pPr>
        <w:jc w:val="both"/>
      </w:pPr>
      <w:r>
        <w:t>Completing 15 marathons and ultras in one year taught me resilience, goal-setting, time management, and the value of positive energy. It revealed that the limits are not set by what I can do in a single race, but by my determinationto keep moving forward, race after race, lesson after lesson.[1]</w:t>
      </w:r>
    </w:p>
    <w:p w14:paraId="05AF627D" w14:textId="77777777" w:rsidR="00C03725" w:rsidRDefault="00000000">
      <w:pPr>
        <w:jc w:val="both"/>
      </w:pPr>
      <w:r>
        <w:lastRenderedPageBreak/>
        <w:t>Looking back on 2010, I see a tapestry woven from moments of grit, gratitude, and relentless pursuit. Each finish line offered not just a sense of accomplishment, but a deeper insight into who I am and what I value as a runner, colleague, and leader. These experiences motivate me to help others recognize their own potential and push beyond self-imposed limits—because what matters most isn’t just the result, but the journey that shapes us along the way</w:t>
      </w:r>
    </w:p>
    <w:p w14:paraId="34620943" w14:textId="77777777" w:rsidR="00C03725" w:rsidRDefault="00000000">
      <w:pPr>
        <w:jc w:val="both"/>
      </w:pPr>
      <w:r>
        <w:t>2011</w:t>
      </w:r>
    </w:p>
    <w:p w14:paraId="300A1D7E" w14:textId="77777777" w:rsidR="00C03725" w:rsidRDefault="00000000">
      <w:pPr>
        <w:jc w:val="both"/>
      </w:pPr>
      <w:r>
        <w:t>My first race of 2011 was the Fools Run 50k in Cuyahoga Falls, Ohio, on March 27th—a true early-season test of grit. The course wove through rugged trails and challenging terrain, keeping me on my toes from the opening miles. Even though winter still lingered in Ohio, I embraced the unpredictable weather, knowing that conditions could shift in an instant.</w:t>
      </w:r>
    </w:p>
    <w:p w14:paraId="0F1A2F90" w14:textId="77777777" w:rsidR="00C03725" w:rsidRDefault="00000000">
      <w:pPr>
        <w:jc w:val="both"/>
      </w:pPr>
      <w:r>
        <w:t>Finishing in 6:17:51, I felt accomplished but humbled by the effort required for my first ultra of the year. The Fools Run demanded patience and smart pacing; there were stretches when I struggled, but each hill and muddy section reminded me that endurance is built one step at a time. More than anything, this race was about renewal—starting the year strong, reconnecting with the trail-running community, and setting a positive tone for the challenges and adventures ahead. Crossing the finish line reinforced my belief that consistency, adaptability, and a willingness to embrace difficulty are the keys to both running and life.</w:t>
      </w:r>
    </w:p>
    <w:p w14:paraId="7A9F510B" w14:textId="77777777" w:rsidR="00C03725" w:rsidRDefault="00000000">
      <w:pPr>
        <w:jc w:val="both"/>
      </w:pPr>
      <w:r>
        <w:t>Start here</w:t>
      </w:r>
    </w:p>
    <w:p w14:paraId="4CF519DE" w14:textId="77777777" w:rsidR="00C03725" w:rsidRDefault="00000000">
      <w:pPr>
        <w:jc w:val="both"/>
      </w:pPr>
      <w:r>
        <w:t>Running Boston is always an emotional experience for me, and 2011 was no exception. Running the 115th Boston Marathon on April 18, 2011, in Boston, MA, reminded me just how much this city means to marathoners everywhere. That morning, the air was cool and the anticipation in my corral was electric. I remembered each mile from my previous years and knew where to save energy for the Newton hills. Lining up on Patriots’ Day with thousands of other runners felt like stepping onto the stage of history. The early miles through Hopkinton and Ashland were alive with cheering crowds and boundless energy. I reminded myself to stay disciplined and not get caught up in the excitement too soon. Even as I faced the rolling Newton hills and the notorious Heartbreak Hill, my years of training paid off—I kept a steady pace and fought through fatigue.</w:t>
      </w:r>
    </w:p>
    <w:p w14:paraId="71EE31B0" w14:textId="77777777" w:rsidR="00C03725" w:rsidRDefault="00000000">
      <w:pPr>
        <w:jc w:val="both"/>
      </w:pPr>
      <w:r>
        <w:t>Wellesley’s scream tunnel sent chills down my spine, and the support from the crowds in Brookline pushed me to maintain pace when my legs started to tire. Heartbreak Hill was as tough as ever, but the belief built through months of training gave me the strength to crest it without stopping. With every stride through Kenmore Square and onto Boylston, I drew on memories from past races and on the inspiration from elite runners whose dedication I strive to mirror. I crossed the finish in 3:29:34, carrying pride not just for my time, but for the effort and respect I brought to this legendary event.</w:t>
      </w:r>
    </w:p>
    <w:p w14:paraId="59F5172F" w14:textId="77777777" w:rsidR="00C03725" w:rsidRDefault="00000000">
      <w:pPr>
        <w:jc w:val="both"/>
      </w:pPr>
      <w:r>
        <w:t xml:space="preserve">It’s in the crowd support and camaraderie where Boston shines. Spectators lined the streets, handing out water and encouragement that never seemed to fade. I found extra motivation from the “go Boston!” chants and high-fives from local kids. Crossing the finish on Boylston, a wave of pride hit me. My 3:29:34 finish marked another chapter in my marathon journey </w:t>
      </w:r>
      <w:r>
        <w:lastRenderedPageBreak/>
        <w:t>and reaffirmed my belief that consistent effort, even ontough days, pays off in ways that go far beyond the clock.[1]</w:t>
      </w:r>
    </w:p>
    <w:p w14:paraId="2A8755CB" w14:textId="77777777" w:rsidR="00C03725" w:rsidRDefault="00000000">
      <w:pPr>
        <w:jc w:val="both"/>
      </w:pPr>
      <w:r>
        <w:t>Just a few weeks later, on June 12, 2011, the Lake Placid Marathon had me returning to the sweeping vistas and peaceful roads of upstate New York. The rolling hills and lush forests were familiar, instilling a sense of déjà vu—and motivating me to improve on my strategy from previous years. I focused my efforts on keeping my stride efficient during the climbs and maximizing speed on the descents, learning to judge the balance between caution and boldness. Midway through the race, I shared a brief segment with a fellow runner from a local club, and our exchange of encouragement made the miles fly by. Those social moments, along with shouts from volunteers, truly made Lake Placid a personal favorite. I finished in 3:26:04, grateful for the setting and the chance to reconnect with my roots as a runner conquering the Adirondack terrain.</w:t>
      </w:r>
    </w:p>
    <w:p w14:paraId="24F31FEB" w14:textId="77777777" w:rsidR="00C03725" w:rsidRDefault="00000000">
      <w:pPr>
        <w:jc w:val="both"/>
      </w:pPr>
      <w:r>
        <w:t>Lake Placid always feels like home turf—a place where endless pine forests and mountain air bring out my best. This marathon, nestled in the Adirondacks, is both beautiful and quietly demanding. From the gun, I found myself focusing on the rhythm of my breath and the cadence of my stride. The rolling hills tested my legs, but I took them as opportunities to reaffirm my mental strength.</w:t>
      </w:r>
    </w:p>
    <w:p w14:paraId="1E1C45AD" w14:textId="77777777" w:rsidR="00C03725" w:rsidRDefault="00000000">
      <w:pPr>
        <w:jc w:val="both"/>
      </w:pPr>
      <w:r>
        <w:t>Running through majestic scenery, I realized how much I’d evolved as an athlete—balancing grit with gratitude. Aid stations filled with enthusiastic volunteers and spirited spectators offered moments to refuel both body and soul. My time of 3:26:04 came with a sense of accomplishment and another reminder of the powerful connection between nature, community, and personal achievement. Returning to Lake Placid each year motivates me to keep raising the bar—and enjoying the journey, not just the destination.[1]</w:t>
      </w:r>
    </w:p>
    <w:p w14:paraId="3DA9C661" w14:textId="77777777" w:rsidR="00C03725" w:rsidRDefault="00000000">
      <w:pPr>
        <w:jc w:val="both"/>
      </w:pPr>
      <w:r>
        <w:t>At the Limberlost Challenge in Huntsville, ON, on July 16, 2011, I faced 56 kilometers of relentless and wild trail. The route twisted over singletrack, muddy dips, and through stands of pine and maple. Early in the race, I stumbled on a rocky patch, scraping a knee, and for a moment questioned whether I’d finish strong. But the ultra-running community here is all about lifting each other up—at every aid station, I collected not just fuel, but smiles and stories about previous adventures. Later, I found myself pacing behind a veteran ultra runner who shared advice on handling the final miles when fatigue was overwhelming. The hours ticked by slowly, and I focused on the rhythm—one step at a time, one section of trail at a time. When I finally crossed the line in 7:40:34, it was a testament to perseverance, adaptability, and the camaraderie that turns every ultra into a life lesson.</w:t>
      </w:r>
    </w:p>
    <w:p w14:paraId="352C4A7C" w14:textId="77777777" w:rsidR="00C03725" w:rsidRDefault="00000000">
      <w:pPr>
        <w:jc w:val="both"/>
      </w:pPr>
      <w:r>
        <w:t>Limberlost was less a race and more an adventure. The 56km course wound through dense Ontario forests, technical singletrack, and muddy stretches that seemed never-ending. I quickly learned that patience would be my greatest ally. Physical exertiontook a back seat to mental resilience—navigating rough terrain, staying upright, and keeping a positive outlook when fatigue set in.</w:t>
      </w:r>
    </w:p>
    <w:p w14:paraId="7F324951" w14:textId="77777777" w:rsidR="00C03725" w:rsidRDefault="00000000">
      <w:pPr>
        <w:jc w:val="both"/>
      </w:pPr>
      <w:r>
        <w:lastRenderedPageBreak/>
        <w:t>What made Limberlost special was the sense of camaraderie among ultra runners. We shared stories, encouragement, and even snacks at the aid stations. Moments of laughter cut through long stretches of rugged trail, and it was easy to forget the time as we pushed through the miles together. Crossing the finish after more than seven hours felt like completing a rite of passage—proof that perseverance overcomes every obstacle, and that the toughest conditions bring out the best in all of us.[1]</w:t>
      </w:r>
    </w:p>
    <w:p w14:paraId="47339333" w14:textId="77777777" w:rsidR="00C03725" w:rsidRDefault="00000000">
      <w:pPr>
        <w:jc w:val="both"/>
      </w:pPr>
      <w:r>
        <w:t>Arriving before dawn at Green Lakes Endurance Run in Fayetteville, NY, on August 28, 2011, I could feel a quiet anticipation in the air as I watched the colors of the sunrise reflect off the still lakes. There’s something about those first moments—standing at the trailhead, surrounded by other runners sharing nervous smiles and chatter—that always calms my nerves and sharpens my focus. As we set off for the 50k, I quickly tuned into the rhythms of the soft trails underfoot, letting the beauty of the forest settle me into a metronomic pace. park near Syracuse, NY. It’s a beautiful place cradled by two lakes, full of rugged trails and green views everywhere you look. At the park, the sights are gorgeous. The green—vivid as the calcium of Lake Louise, with the serenity of the landscape often compared to the African Serengeti. On top of the mountain (or is it really a hill?), you get flat stretches for a while, almost like a chalamet, and the vistas open up in ways that stop you mid-stride just to appreciate the beauty. Our typical 50k is made up of four 12.5k loops. It’s simple: run 12.5 km, repeat, repeat, repeat, and you’ve clocked 50k—each loop a new lesson and a fresh challenge. There’s always a mix of races too—some will be running the 100-miler, others the 50-miler, and a good chunk chasing their own goals. I’ve got friends from Syracuse who will be there, making it a party and a reunion all in one. This ultra scene is a whole different world: more and more people get pulled in, usually by stepping into a 25k for starters.</w:t>
      </w:r>
    </w:p>
    <w:p w14:paraId="20A2DF39" w14:textId="77777777" w:rsidR="00C03725" w:rsidRDefault="00000000">
      <w:pPr>
        <w:jc w:val="both"/>
      </w:pPr>
      <w:r>
        <w:t>Before long, they’re hooked and dreaming of the longer distances, the bigger challenges, the lasting friendships that come along with the miles. For us, race weekends are about much more than running. Sometimes, we camp out together for those big events like the AT25k. It’s boys’ time; we’re not chasing nightlife, but we do enjoy a couple of “krispies”—our code for a beer or two—to celebrate our efforts. Afterwards, it’s all about decompressing, enjoying the stories, and cherishing the company. These weekends are a gift, far beyond anything I could have imagined when I started running. They remind me that you truly get out what you put in, and that running—with the right people—can shape your life in incredible, unpredictable ways.</w:t>
      </w:r>
    </w:p>
    <w:p w14:paraId="235A636D" w14:textId="77777777" w:rsidR="00C03725" w:rsidRDefault="00000000">
      <w:pPr>
        <w:jc w:val="both"/>
      </w:pPr>
      <w:r>
        <w:t>The early miles were a chance to get into my groove, dialing in my nutrition and hydration strategy with lessons learned from previous ultras. I took care to stretch regularly at the aid stations, making sure my legs stayed loose and receptive to the ever-changing terrain. There were times when the slant of the sun through the trees made the entire scene feel magical, fueling my energy as well as my spirit.</w:t>
      </w:r>
    </w:p>
    <w:p w14:paraId="5DA51EA5" w14:textId="77777777" w:rsidR="00C03725" w:rsidRDefault="00000000">
      <w:pPr>
        <w:jc w:val="both"/>
      </w:pPr>
      <w:r>
        <w:t xml:space="preserve">One of the things I love about trail ultras—especially at Green Lakes—is the shared camaraderie. I ran alongside a variety of runners throughout the day, from first-timers to seasoned veterans, and the exchanges we had—whether jokes about muddy shoes, encouragement through a tough climb, or swapping advice about pacing—helped chip away </w:t>
      </w:r>
      <w:r>
        <w:lastRenderedPageBreak/>
        <w:t>at the mental fatigue. By the mid-race laps, those small moments with my fellow runners and the volunteers cheering us on lifted my spirits and kept my motivation steady.</w:t>
      </w:r>
    </w:p>
    <w:p w14:paraId="229575D0" w14:textId="77777777" w:rsidR="00C03725" w:rsidRDefault="00000000">
      <w:pPr>
        <w:jc w:val="both"/>
      </w:pPr>
      <w:r>
        <w:t>As the kilometers added up, I found myself reflecting on the deeper reasons we all come to endurance events—from personal goals and fitness, to charity and simply a love for being outdoors. At Green Lakes, attitude and mindset felt just as critical as pace. Every time I finished a lap, I made it a point to celebrate, to appreciate each successful stretch, and acknowledge the positive energy offered by the community. Managing my body and mind over 50 kilometers required flexibility—not just with my pace, but with my thinking—and I became acutely aware of the need for self-management and mental resilience.</w:t>
      </w:r>
    </w:p>
    <w:p w14:paraId="5AD5662E" w14:textId="77777777" w:rsidR="00C03725" w:rsidRDefault="00000000">
      <w:pPr>
        <w:jc w:val="both"/>
      </w:pPr>
      <w:r>
        <w:t>Near the final laps, fatigue was real, but so was the sense of renewal in every step. The quiet beauty and sense of unity among runners filled me with gratitude, and by the finish I knew I’d gained more than just another race result. My 5:36:33 time was rewarding, but it was the renewed sense of purpose, the appreciation for simple running, and the reminder that personal growth and enjoyment are sometimes worth more than any stopwatch.</w:t>
      </w:r>
    </w:p>
    <w:p w14:paraId="47BDE6B3" w14:textId="77777777" w:rsidR="00C03725" w:rsidRDefault="00000000">
      <w:pPr>
        <w:jc w:val="both"/>
      </w:pPr>
      <w:r>
        <w:t>Green Lakes, for me, is now synonymous with balance—balancing effort with enjoyment, pacing with patience, and striving for growth in every step, not just at the finish line</w:t>
      </w:r>
    </w:p>
    <w:p w14:paraId="5B4841C2" w14:textId="77777777" w:rsidR="00C03725" w:rsidRDefault="00000000">
      <w:pPr>
        <w:jc w:val="both"/>
      </w:pPr>
      <w:r>
        <w:t>Finally, the Scotiabank Waterfront Marathon in Toronto, ON, on October 16, 2011, presented a fast, urban finish to my season. From the start, the crowds and energy proved contagious—helping me settle quickly into my marathon pace. I found myself in a small pack of runners aiming for similar times, trading encouragement and drafting off one another when the wind picked up on the Lake Shore. Around mile sixteen, I hit a brief low, but focused on my breathing and visualized successful finishes from years past to push through the rough patch. The city’s neighborhoods were alive with music and motivation, and my resolve only grew as I approached the last 10 kilometers. That final stretch, lined with clapping spectators and inspirational signs, reminded me why I race—not just for results, but for the sense of shared effort and achievement. Crossing the finish in 3:20:00, I felt grateful for another year of racing, personal growth, and the chance to inspire others through the discipline and thrill of marathon running</w:t>
      </w:r>
    </w:p>
    <w:p w14:paraId="7E0F9C6B" w14:textId="77777777" w:rsidR="00C03725" w:rsidRDefault="00000000">
      <w:pPr>
        <w:jc w:val="both"/>
      </w:pPr>
      <w:r>
        <w:t>Toronto was a big-city celebration and a final test for my training cycle. The urban course started fast as I fed off the momentum of thousands of runners and roaring crowds. The flat streets demanded focus—holding race pace was never easy, but years of experience helped me resist the urge to speed up too early. Aid stations were buzzing, and the fall air felt perfect for a strong performance.</w:t>
      </w:r>
    </w:p>
    <w:p w14:paraId="37F0B91F" w14:textId="77777777" w:rsidR="00C03725" w:rsidRDefault="00000000">
      <w:pPr>
        <w:jc w:val="both"/>
      </w:pPr>
      <w:r>
        <w:t>What stood out in Toronto was the blend of businesslike determination and joyful participation. I ran with confidence, thankful for what my body could do after a year of grueling races. Finishing in 3:20:00 was confirmation that discipline and adaptability—traits honed in both running and my professional life—propel me toward success. Celebrating this result in a world-class city reinforced my belief in setting bold goals and appreciating the journey to get there.</w:t>
      </w:r>
    </w:p>
    <w:p w14:paraId="28FAA4AB" w14:textId="77777777" w:rsidR="00C03725" w:rsidRDefault="00000000">
      <w:pPr>
        <w:jc w:val="both"/>
      </w:pPr>
      <w:r>
        <w:lastRenderedPageBreak/>
        <w:t>And something more inspiring occurred that fall day in Toronto – Ed Whitlock…</w:t>
      </w:r>
    </w:p>
    <w:p w14:paraId="328BF5C2" w14:textId="77777777" w:rsidR="00C03725" w:rsidRDefault="00000000">
      <w:pPr>
        <w:jc w:val="both"/>
      </w:pPr>
      <w:r>
        <w:t>Ed Whitlock delivered an unforgettable performance at the 2011 Scotiabank Toronto Waterfront Marathon, inspiring everyone—myself included—with his relentless spirit and remarkable achievements. That day, Ed ran a jaw-dropping 3:15:54 at age 80, shattering the world record for his age group and proving what is possible when persistence meets true passion for running.[1][2][3][4]</w:t>
      </w:r>
    </w:p>
    <w:p w14:paraId="3E5FF1D0" w14:textId="77777777" w:rsidR="00C03725" w:rsidRDefault="00000000">
      <w:pPr>
        <w:jc w:val="both"/>
      </w:pPr>
      <w:r>
        <w:t>I remember watching the excitement build around him on race morning. Fellow runners spoke in awe about his meticulous yet simple training style—no speedwork, no fancy gear, just steady laps around his local cemetery and a love for the sport. Seeing Ed stride past along the course was humbling; every mile he ran reminded us that limitations are often self-imposed.</w:t>
      </w:r>
    </w:p>
    <w:p w14:paraId="01CC8658" w14:textId="77777777" w:rsidR="00C03725" w:rsidRDefault="00000000">
      <w:pPr>
        <w:jc w:val="both"/>
      </w:pPr>
      <w:r>
        <w:t>For me, and for many others that day, Ed’s presence became a powerful motivator. Whenever fatigue crept in, I thought of Ed defying expectations and records. I pushed harder, inspired by the idea that age is just a number, and perseverance can rewrite history. Many runners cheered for him, some ran alongside for a while, drawing energy from his tenacity and his habit of quietly breaking barriers.</w:t>
      </w:r>
    </w:p>
    <w:p w14:paraId="1E4A7FEA" w14:textId="77777777" w:rsidR="00C03725" w:rsidRDefault="00000000">
      <w:pPr>
        <w:jc w:val="both"/>
      </w:pPr>
      <w:r>
        <w:t>Ed Whitlock’s run in Toronto didn’t just set a world record—it lifted the spirits of the entire field and reminded all of us that striving for our personal best, at any stage in life, is what the marathon is truly about.</w:t>
      </w:r>
    </w:p>
    <w:p w14:paraId="2B19F25A" w14:textId="77777777" w:rsidR="00C03725" w:rsidRDefault="00000000">
      <w:pPr>
        <w:jc w:val="both"/>
      </w:pPr>
      <w:r>
        <w:t>Ironman Arizona on November 20, 2011 in Tempe, AZ was one of those races where both anticipation and nerves ran high. The entire Ironman experience tested my endurance and mindset far beyond the marathon distance itself. I still remember getting up well before sunrise to check my gear, mentally rehearsing each stage—the swim, the bike, and finally, the marathon.</w:t>
      </w:r>
    </w:p>
    <w:p w14:paraId="1D7335F9" w14:textId="77777777" w:rsidR="00C03725" w:rsidRDefault="00000000">
      <w:pPr>
        <w:jc w:val="both"/>
      </w:pPr>
      <w:r>
        <w:t>By the time I hit the marathon leg, the sun was high and the desert air was dry. I knew I’d need to dig deep, as fatigue from the swim and bike lingered in every muscle. There were stretches along the canal where the crowd’s encouragement gave me a real boost; their energy provided a surge that carried me through quieter, lonely miles. The flat, open course made it easy to spot other athletes, and I drew inspiration from seeing their determination, reminding myself that Ironman is as much about camaraderie as it is about competition.</w:t>
      </w:r>
    </w:p>
    <w:p w14:paraId="67EA4BAD" w14:textId="77777777" w:rsidR="00C03725" w:rsidRDefault="00000000">
      <w:pPr>
        <w:jc w:val="both"/>
      </w:pPr>
      <w:r>
        <w:t>Every aid station became a checkpoint, both for rehydrating and resetting my mindset. I kept reminding myself to break the distance into smaller goals, paying close attentionto keeping cool and maintaining my nutrition. There were moments when the heat felt relentless and my legs tried to argue with my willpower, but I relied on the discipline built from all the training hours and previous races.</w:t>
      </w:r>
    </w:p>
    <w:p w14:paraId="22660ADC" w14:textId="77777777" w:rsidR="00C03725" w:rsidRDefault="00000000">
      <w:pPr>
        <w:jc w:val="both"/>
      </w:pPr>
      <w:r>
        <w:t xml:space="preserve">Crossing the finish line in 3:46:04 wasn’t just the end of the marathon—it marked the completion of a monumental challenge. Ironman Arizona reinforced for me the importance of adaptability, resilience, and celebrating both the solitary and shared victories that come </w:t>
      </w:r>
      <w:r>
        <w:lastRenderedPageBreak/>
        <w:t>with every step in long-distance racing. The mix of exhaustion and pride I felt at the end is something I’ll never forget, and it has shaped my approach toward tackling challenges both on and off the course.</w:t>
      </w:r>
    </w:p>
    <w:p w14:paraId="3FBB59B0" w14:textId="77777777" w:rsidR="00C03725" w:rsidRDefault="00000000">
      <w:pPr>
        <w:jc w:val="both"/>
      </w:pPr>
      <w:r>
        <w:t>Looking back at 2011, it stands out as a year defined by a relentless pursuit of growth, resilience, and connection through marathon and ultra-distance running. I set out not just to accumulate race finishes, but to deepen my experiences, learn from every challenge, and share the journey with a vibrant community.</w:t>
      </w:r>
    </w:p>
    <w:p w14:paraId="116C7E85" w14:textId="77777777" w:rsidR="00C03725" w:rsidRDefault="00000000">
      <w:pPr>
        <w:jc w:val="both"/>
      </w:pPr>
      <w:r>
        <w:t>Throughout 2011, every race—marathon and beyond—taught me to embrace each challenge, celebrate each victory, and enjoy every connection forged along the way. The physical accomplishments were matched only by the lessons learned and the relationships deepened, shaping not just my running but my approach to life and work.</w:t>
      </w:r>
    </w:p>
    <w:p w14:paraId="0A3E7608" w14:textId="77777777" w:rsidR="00C03725" w:rsidRDefault="00000000">
      <w:pPr>
        <w:jc w:val="both"/>
      </w:pPr>
      <w:r>
        <w:t>The year 2011 meant a profound journey of self-discovery and perseverance for me. It was more than just a schedule of marathons and ultras—it was a year where I tested my limits, refined my mental toughness, and learned to embrace both the highs and the lows that come with endurance racing. Every race challenged me to balance discipline with flexibility, pushing through physical fatigue while staying mentally sharp.</w:t>
      </w:r>
    </w:p>
    <w:p w14:paraId="1942CFD9" w14:textId="77777777" w:rsidR="00C03725" w:rsidRDefault="00000000">
      <w:pPr>
        <w:jc w:val="both"/>
      </w:pPr>
      <w:r>
        <w:t>2011 helped me realize that running is not just a physical endeavor but a way to connect deeply with myself and others. The moments on the trails and course, whether solitary or shared with fellow runners, taught me the value of community, encouragement, and mutual respect. Each finish line wasn’t just a goal achieved but a reminder of the resilience needed to face challenges beyond running—whether in work, relationships, or personal growth.</w:t>
      </w:r>
    </w:p>
    <w:p w14:paraId="332C817D" w14:textId="77777777" w:rsidR="00C03725" w:rsidRDefault="00000000">
      <w:pPr>
        <w:jc w:val="both"/>
      </w:pPr>
      <w:r>
        <w:t>This year also expanded my appreciation for patience and recovery, showing me that progress isn’t always about speed or finishing time, but about how consistently and thoughtfully you move forward. In many ways, 2011 shaped a mindset that celebrates effort, learning, and connection, laying a foundation for all the races—and life adventures—that followed. It reminded me that success is as much about joy in the journey as it is about crossing any finish line.</w:t>
      </w:r>
    </w:p>
    <w:p w14:paraId="4D706117" w14:textId="77777777" w:rsidR="00C03725" w:rsidRDefault="00000000">
      <w:pPr>
        <w:jc w:val="both"/>
      </w:pPr>
      <w:r>
        <w:t>2012</w:t>
      </w:r>
    </w:p>
    <w:p w14:paraId="6B499089" w14:textId="77777777" w:rsidR="00C03725" w:rsidRDefault="00000000">
      <w:pPr>
        <w:jc w:val="both"/>
      </w:pPr>
      <w:r>
        <w:t xml:space="preserve">Starting the year on April 1st with the Fools Run 50k in Cuyahoga Falls, OH gave me the opportunity to reconnect with the spirit of trail running and test my endurance early in the season. The trail was a mixture of mud, tangled roots, and gentle climbs, and I felt a sense of renewal as I moved deeper into the woods. Early on, I reminded myself of the importance of staying present, focusing both on my breath and on efficient footwork. There were stretches where I ran in near silence, listening to the soft rhythm of my feet and the encouragement from fellow runners as we shared struggles and smiles, knowing each of us was fighting our own battles. The aid stations offered short moments of camaraderie as I fueled up and collected snippets of wisdom from other experienced ultrarunners. Finishing in 6:19:33, I felt the familiar exhaustion but also an immense satisfaction—knowing I’d overcome both </w:t>
      </w:r>
      <w:r>
        <w:lastRenderedPageBreak/>
        <w:t>physical and mental hurdles. The experience reaffirmed the value of steady effort and taught me humility in the face of nature’s unpredictability.[1]</w:t>
      </w:r>
    </w:p>
    <w:p w14:paraId="003AC82B" w14:textId="77777777" w:rsidR="00C03725" w:rsidRDefault="00000000">
      <w:pPr>
        <w:jc w:val="both"/>
      </w:pPr>
      <w:r>
        <w:t>Just over two weeks later, on April 16, I toed the line at the 116th Boston Marathon. The energy of the crowd, the history of the race, and the collective anticipation was palpable as I crossed Hopkinton’s start line. Early miles were comfortable, but the day quickly turned warm—demanding mature choices in pacing and hydration. By the halfway mark, fatigue crept in and the sun’s intensity became a test of resilience. Each water stop became an oasis, and I reminded myself of experiences from previous Bostons, focusing on incremental progress toward Boylston Street. As I entered the Newton hills, doubts surfaced, but years of experience encouraged me to manage expectations and focus on the process. Crossing the finish in 3:50:17 was humbling—not my fastest, but one of my smartest efforts, showing me the power of adaptability when plans go sideways. Boston always reminds me that every runner must embrace both triumph and adversity.[1]</w:t>
      </w:r>
    </w:p>
    <w:p w14:paraId="6A1DB86A" w14:textId="77777777" w:rsidR="00C03725" w:rsidRDefault="00000000">
      <w:pPr>
        <w:jc w:val="both"/>
      </w:pPr>
      <w:r>
        <w:t>Running the 116th Boston Marathon on April 16, 2012, marked my ninth consecutive Boston and filled me with a deep sense of accomplishment and belonging unlike any other event that year. The moment I boarded the bus to Hopkinton, it really hit me just what a personal milestone this was—not just crossing the start line again, but carrying forward almost a decade of commitment, discipline, and tradition.</w:t>
      </w:r>
    </w:p>
    <w:p w14:paraId="1138AD74" w14:textId="77777777" w:rsidR="00C03725" w:rsidRDefault="00000000">
      <w:pPr>
        <w:jc w:val="both"/>
      </w:pPr>
      <w:r>
        <w:t>Lining up with the crowd, I felt a mixture of nerves and pride. Nine straight years at Boston says a lot about perseverance and love for the sport—even before the race starts, there’s the knowledge that I’ve weathered injury, tough winters, packed schedules, and all the unpredictable ups and downs of training. As the first miles unfolded, I found myself grateful for the familiarity—the course landmarks, the energy of Wellesley, the challenge and anticipation of Heartbreak Hill. At each stage, I remembered stories and sensations from previous years and tucked them away as sources of strength.</w:t>
      </w:r>
    </w:p>
    <w:p w14:paraId="4662EF11" w14:textId="77777777" w:rsidR="00C03725" w:rsidRDefault="00000000">
      <w:pPr>
        <w:jc w:val="both"/>
      </w:pPr>
      <w:r>
        <w:t>Being part of the Boston community over so many years meant sharing subtle glances and knowing nods with other repeat runners. I realized how meaningful it was to be a part of a tradition that tests everything from physical endurance to willpower and adaptability. The warmth of the spectators, the music, and the collective determination created a powerful sense of unity that carried me through.</w:t>
      </w:r>
    </w:p>
    <w:p w14:paraId="5C7A344B" w14:textId="77777777" w:rsidR="00C03725" w:rsidRDefault="00000000">
      <w:pPr>
        <w:jc w:val="both"/>
      </w:pPr>
      <w:r>
        <w:t>With the heat building through the day and fatigue setting in after the Newton hills, I drew motivation from my streak, reminding myself that every finished Boston adds another layer to my history as a runner. Crossing Boylston, the finish felt especially emotional. My 3:50:17 time that day was secondary to the pride and satisfaction of keeping my streak alive—knowing that the effort, the lessons, and the entire experience shaped me not just for marathon #10, but for every challenge I’d face beyond running. That year’s Boston was proof that consistency, respect for the race, and gratitude for the journey are truly what define a runner—even more than speed or medals.</w:t>
      </w:r>
    </w:p>
    <w:p w14:paraId="57350845" w14:textId="77777777" w:rsidR="00C03725" w:rsidRDefault="00000000">
      <w:pPr>
        <w:jc w:val="both"/>
      </w:pPr>
      <w:r>
        <w:lastRenderedPageBreak/>
        <w:t>The urban energy of the GoodLife Toronto Marathon on May 6 gave me a chance to test my road speed and discipline in a vibrant cityscape. Starting strong, I settled into my goal pace among strangers who quickly became temporary allies—trading encouragement and pacing tips as the kilometers unfolded. Toronto’s diverse neighborhoods were buzzing, and I soaked in both the excitement and the challenge of sticking to my nutrition and water strategy even as fatigue built in the final ten kilometers. When I finished in 3:42:50, the pride came not only from the result, but from knowing I could execute a race plan and adapt to small setbacks. The real take-away was how much energy comes from both the environment and my ability to remain steady under pressure.[1]</w:t>
      </w:r>
    </w:p>
    <w:p w14:paraId="288B35E8" w14:textId="77777777" w:rsidR="00C03725" w:rsidRDefault="00000000">
      <w:pPr>
        <w:jc w:val="both"/>
      </w:pPr>
      <w:r>
        <w:t>On July 22, I returned to the iconic stage of the Lake Placid Ironman. As always, the Ironman is a marathon with a long prelude of swimming and cycling, demanding total focus and careful management of energy reserves. After finishing the bike leg, I started the marathon exhausted but determined; the support from volunteers and the Adirondack scenery became vital sources of motivation. Each lap was a mental battle—breaking the marathon into smaller stretches and rewarding myself at every aid station for staying focused. The 4:28:26 finish felt more triumphant than many of my ‘faster’ marathons, a testament to the tenacity required for multisport races. That day taught me to respect the limits of endurance, rejoice in small victories, and find strength in team spirit with other athletes and volunteers.</w:t>
      </w:r>
    </w:p>
    <w:p w14:paraId="7F9FBBE7" w14:textId="77777777" w:rsidR="00C03725" w:rsidRDefault="00000000">
      <w:pPr>
        <w:jc w:val="both"/>
      </w:pPr>
      <w:r>
        <w:t>Racing in another Lake Placid Ironman on July 22, 2012 was more than just completing yet another endurance event—it felt like coming home to a place and a challenge that truly speaks to my spirit as an athlete. From the moment I arrived intown, the energy of Lake Placid was contagious. The sight of Mirror Lake, the backdrop of the Adirondacks, and the buzz around the town made my anticipation spike in the best way possible.</w:t>
      </w:r>
    </w:p>
    <w:p w14:paraId="2DF876B8" w14:textId="77777777" w:rsidR="00C03725" w:rsidRDefault="00000000">
      <w:pPr>
        <w:jc w:val="both"/>
      </w:pPr>
      <w:r>
        <w:t>As I prepared for race morning, I felt a mix of comforting familiarity and fresh excitement. Having raced here before, I knew the marathon course and transitions inside out, yet every year in Lake Placid brings its own unique vibe and lessons. The community is always so welcoming—other athletes, volunteers, and local spectators seem to genuinely care about everyone’s journey, not just the pros, which creates a sense of camaraderie and belonging you rarely find elsewhere.</w:t>
      </w:r>
    </w:p>
    <w:p w14:paraId="2FEF369A" w14:textId="77777777" w:rsidR="00C03725" w:rsidRDefault="00000000">
      <w:pPr>
        <w:jc w:val="both"/>
      </w:pPr>
      <w:r>
        <w:t>During the marathon leg, I leaned on past experiences to pace myself, recalling tough segments from previous years and drawing strength from the natural beauty around me. When my legs tired after the swim and the bike, a glance at the peaks or cheers from the sidelines reignited my motivation. I found moments to appreciate the details—the sound of shoes on pavement, the lake breeze, volunteers handing out fluids—all reminders of why I keep returning.</w:t>
      </w:r>
    </w:p>
    <w:p w14:paraId="070E8FE9" w14:textId="77777777" w:rsidR="00C03725" w:rsidRDefault="00000000">
      <w:pPr>
        <w:jc w:val="both"/>
      </w:pPr>
      <w:r>
        <w:t xml:space="preserve">Crossing the finish line, completing the race in 4:28:26, was tremendously satisfying. It wasn’t just about numbers or finishing another Ironman; it was about celebrating the place, the community, and the endurance I’d built over years of training and racing. Lake Placid continues to be a race that I love for its challenges, its scenery, and the warmth of the people </w:t>
      </w:r>
      <w:r>
        <w:lastRenderedPageBreak/>
        <w:t>who make it unforgettable. Every time I leave, I’m already looking forward to coming back for more[</w:t>
      </w:r>
    </w:p>
    <w:p w14:paraId="54B38894" w14:textId="77777777" w:rsidR="00C03725" w:rsidRDefault="00000000">
      <w:pPr>
        <w:jc w:val="both"/>
      </w:pPr>
      <w:r>
        <w:t>September brought the Lehigh Valley Marathon in Allentown, PA on September 9. With a more rural course and smaller field, the race fostered personal reflection and quiet determination. The early morning mist and flat stretches offered a chance for pacing strategy—a focus on keeping my heart rate mellow and stride steady. Around the halfway mark, I joined a small group of runners, helping each other through sections of discomfort and fatigue. The experience reinforced how mutual support can make the difference between a tough, solo grind and a satisfying finish. My 3:50:06 time was hard-earned, and the real lesson was appreciating the discipline that running cultivates, carrying it into every aspect of life.</w:t>
      </w:r>
    </w:p>
    <w:p w14:paraId="068B72AE" w14:textId="77777777" w:rsidR="00C03725" w:rsidRDefault="00000000">
      <w:pPr>
        <w:jc w:val="both"/>
      </w:pPr>
      <w:r>
        <w:t>One of the standout highlights from the Lehigh Valley Marathon in Allentown, PA, on September 9, 2012, was the unique bib pickup at the old steel factory. Walking through the historic industrial site, surrounded by reminders of America’s iron and steel heritage, I felt a deeper connection not only to the race, but to the history of hard work and perseverance in the region. It was an inspiring start, setting the tone for a marathon rooted in tradition and resilience.</w:t>
      </w:r>
    </w:p>
    <w:p w14:paraId="2EBB39AE" w14:textId="77777777" w:rsidR="00C03725" w:rsidRDefault="00000000">
      <w:pPr>
        <w:jc w:val="both"/>
      </w:pPr>
      <w:r>
        <w:t>Running alongside the Lehigh River was another beautiful and memorable aspect. As the course wound along the water, the gentle flow and scenic views provided moments of calm and reflection, balancing the exertion of the race with the tranquil beauty of nature. The cool morning air, the glimpses of wildlife, and the peaceful stretches by the river made each mile more enjoyable, and gave me a sense of progress and connection with the landscape.</w:t>
      </w:r>
    </w:p>
    <w:p w14:paraId="5FA09217" w14:textId="77777777" w:rsidR="00C03725" w:rsidRDefault="00000000">
      <w:pPr>
        <w:jc w:val="both"/>
      </w:pPr>
      <w:r>
        <w:t>These details—the historic bib pickup and the river views—made the Lehigh Valley Marathon not just another event, but a truly memorable experience. They added to the spirit of the day, and are part of why that race remains vivid in my memory</w:t>
      </w:r>
    </w:p>
    <w:p w14:paraId="2E1159F1" w14:textId="77777777" w:rsidR="00C03725" w:rsidRDefault="00000000">
      <w:pPr>
        <w:jc w:val="both"/>
      </w:pPr>
      <w:r>
        <w:t>Closing out the year on September 30, the Wineglass Marathon in Corning, The Wineglass Marathon in Corning, NY, on September 30, 2012 left a genuinely lasting impression on me, and it’s easy to see why this race was so enjoyable. From the moment I arrived, the event had a special kind of warmth and charm, blending small-town hospitality with a top-notch marathon experience. The fall weather was perfect—the air crisp and cool, just enough to energize body and mind without weighing me down.</w:t>
      </w:r>
    </w:p>
    <w:p w14:paraId="6AB4475E" w14:textId="77777777" w:rsidR="00C03725" w:rsidRDefault="00000000">
      <w:pPr>
        <w:jc w:val="both"/>
      </w:pPr>
      <w:r>
        <w:t>Running through the scenic countryside, with fields and trees glowing in autumn color, made the miles pass almost effortlessly. I found it surprisingly easy to settle into a comfortable rhythm, soaking in the beauty of the changing season and the peaceful rural stretches. The point-to-point nature of the course added an extra edge of excitement and anticipationto each mile, as the finish always felt like a rewarding destination rather than just a goal to check off.</w:t>
      </w:r>
    </w:p>
    <w:p w14:paraId="2122D2AB" w14:textId="77777777" w:rsidR="00C03725" w:rsidRDefault="00000000">
      <w:pPr>
        <w:jc w:val="both"/>
      </w:pPr>
      <w:r>
        <w:t xml:space="preserve">Even the volunteers and course support added to the enjoyment, always greeting runners with encouraging words and genuine smiles. Their enthusiasm, together with the camaraderie among runners, made the race feel welcoming and celebratory at every turn. I </w:t>
      </w:r>
      <w:r>
        <w:lastRenderedPageBreak/>
        <w:t>appreciated how easy it was to connect with fellow marathoners who shared stories and support, fostering friendships as we rolled toward the finish.</w:t>
      </w:r>
    </w:p>
    <w:p w14:paraId="4FF8A4B7" w14:textId="77777777" w:rsidR="00C03725" w:rsidRDefault="00000000">
      <w:pPr>
        <w:jc w:val="both"/>
      </w:pPr>
      <w:r>
        <w:t>Crossing the line in 3:43:25, I felt more than the satisfaction of a solid run—I felt gratitude for having spent a morning immersed in community, nature, and the sheer joy of running. The Wineglass Marathon stands out because of its picturesque setting, positive energy, and the feeling that, for one perfect day, running could be all about enjoyment and celebration, rather than pure competition. It’s the kind of race that reminds me why I love marathoning so muchEach of these 2012 races deepened my understanding of endurance, adaptability, and the simple but profound joy that comes from running—alone, with others, and always moving forward.</w:t>
      </w:r>
    </w:p>
    <w:p w14:paraId="10D3DBF9" w14:textId="77777777" w:rsidR="00C03725" w:rsidRDefault="00000000">
      <w:pPr>
        <w:jc w:val="both"/>
      </w:pPr>
      <w:r>
        <w:t>First, 2012 reinforced the value of adaptability. Whether it was dealing with unpredictable trail conditions at the Fools Run 50k, managing heat and pacing at Boston, or enduring the fatigue that comes from an Ironman, you learned to adjust your strategies and attitude with each challenge. Recognizing when to tweak your plan or mindset became just as important as physical preparation.</w:t>
      </w:r>
    </w:p>
    <w:p w14:paraId="2AAA8A9E" w14:textId="77777777" w:rsidR="00C03725" w:rsidRDefault="00000000">
      <w:pPr>
        <w:jc w:val="both"/>
      </w:pPr>
      <w:r>
        <w:t>Second, the year deepened your understanding of community and mutual support. The small moments exchanged with volunteers, fellow runners, and even spectators reminded you that running is never a solitary pursuit. The encouragement you both gave and received at aid stations and during tough sections fostered gratitude, humility, and connection—which are vital in sport and in life.</w:t>
      </w:r>
    </w:p>
    <w:p w14:paraId="6B949AD9" w14:textId="77777777" w:rsidR="00C03725" w:rsidRDefault="00000000">
      <w:pPr>
        <w:jc w:val="both"/>
      </w:pPr>
      <w:r>
        <w:t>Third, 2012 was a lesson in the importance of process over outcome. Not every finish was a PR, but every race carried distinct rewards—from the discipline gained through preparation, to the satisfaction of executing a race plan, to the ability to find joy in the simple act of moving forward. By focusing on effort rather than perfection, you found meaning and personal growth that wasn’t dictated by results alone.</w:t>
      </w:r>
    </w:p>
    <w:p w14:paraId="3F0573AA" w14:textId="77777777" w:rsidR="00C03725" w:rsidRDefault="00000000">
      <w:pPr>
        <w:jc w:val="both"/>
      </w:pPr>
      <w:r>
        <w:t>Fourth, your experience solidified the role of self-care and mindful pacing in long-term athletic fulfillment. Listening to your body, respecting limits, and remaining patient on both good and bad days protected your health and allowed for sustained progress throughout the season.</w:t>
      </w:r>
    </w:p>
    <w:p w14:paraId="4F330BE9" w14:textId="77777777" w:rsidR="00C03725" w:rsidRDefault="00000000">
      <w:pPr>
        <w:jc w:val="both"/>
      </w:pPr>
      <w:r>
        <w:t>Finally, the year highlighted the power of reflection. Looking back at each event—the triumphs, tough patches, and small victories—you not only celebrated what you achieved, but renewed your commitment to the journey ahead. You left 2012 with a stronger sense of who you were as an athlete, a volunteer, and a part of the greater running world, ready for the road and trails that lay ahead</w:t>
      </w:r>
    </w:p>
    <w:p w14:paraId="745CCA99" w14:textId="77777777" w:rsidR="00C03725" w:rsidRDefault="00000000">
      <w:pPr>
        <w:jc w:val="both"/>
      </w:pPr>
      <w:r>
        <w:t xml:space="preserve">Starting my 2013 running season with the Bermuda Marathon on January 13 in Hamilton was an adventure in every sense. Arriving on the island, the vibrant colors and gentle ocean breezes set an inspiring tone. The early miles along Hamilton’s picturesque streets and coastline offered both beauty and challenge—humidity changed the dynamic of every step. As I paced myself through winding roads and rolling hills, I found joy in the international </w:t>
      </w:r>
      <w:r>
        <w:lastRenderedPageBreak/>
        <w:t>camaraderie with runners from all over the world. By the second half, every drop of sweat was a reminder of the resilience required for a winter marathon in a warm climate. Finishing in 4:05:43, I felt gratitude—not just for the unique location, but for the ability to adjust and thrive in an unfamiliar environment. Bermuda reminded me that running can be a passport to adventure, blending endurance with exploration.[1]</w:t>
      </w:r>
    </w:p>
    <w:p w14:paraId="26D5516F" w14:textId="77777777" w:rsidR="00C03725" w:rsidRDefault="00000000">
      <w:pPr>
        <w:jc w:val="both"/>
      </w:pPr>
      <w:r>
        <w:t>The Lost Dutchman Marathon on February 17 in Apache Junction, AZ was a return to desert landscapes and big skies. The course started in the heart of the Superstition Mountains at sunrise, filling me with a sense of possibility. The crisp, cool air and gradual warming throughout the morning made pacing key. As the wide open spaces revealed long stretches of highway, I found myself focusing inward—building motivation from the silence, using visual landmarks for steady progress. The camaraderie at aid stations and the rugged beauty of the landscape fueled a strong finish in 3:51:34. Lost Dutchman was a race that underscored the importance of mental focus and appreciating the solitude that distance running offers.</w:t>
      </w:r>
    </w:p>
    <w:p w14:paraId="60A1E0EB" w14:textId="77777777" w:rsidR="00C03725" w:rsidRDefault="00000000">
      <w:pPr>
        <w:jc w:val="both"/>
      </w:pPr>
      <w:r>
        <w:t>A few memorable highlights from the Lost Dutchman Marathon in Apache Junction, AZ, truly set this race apart and make it shine in your running memories.</w:t>
      </w:r>
    </w:p>
    <w:p w14:paraId="3D3E9028" w14:textId="77777777" w:rsidR="00C03725" w:rsidRDefault="00000000">
      <w:pPr>
        <w:jc w:val="both"/>
      </w:pPr>
      <w:r>
        <w:t>Before dawn, the bus ride to the start was its own adventure. Traveling with other runners through pitch-black desert, there was a unique camaraderie—a shared excitement mixed with nerves. Arriving at sunrise in the Superstition Mountains, the sight of campfires burning for warmth and light was both practical and magical. Huddling around those fires under a star-lit sky, waiting for the start, created a sense of togetherness that felt rare and special.</w:t>
      </w:r>
    </w:p>
    <w:p w14:paraId="242D20E1" w14:textId="77777777" w:rsidR="00C03725" w:rsidRDefault="00000000">
      <w:pPr>
        <w:jc w:val="both"/>
      </w:pPr>
      <w:r>
        <w:t>Then, the mass downhill start was an exhilarating rush. The momentum built quickly as everyone set off into the cool morning air, letting gravity pull you forward and enjoying the spectacular desert landscapes as the sun rose. The wide sweep of the course and sense of flying through open desert worked wonders for shaking off nerves and setting a fast, joyful pace.</w:t>
      </w:r>
    </w:p>
    <w:p w14:paraId="7253231D" w14:textId="77777777" w:rsidR="00C03725" w:rsidRDefault="00000000">
      <w:pPr>
        <w:jc w:val="both"/>
      </w:pPr>
      <w:r>
        <w:t>Finally, the finish line energy was unforgettable. The enthusiasm of volunteers and spectators was infectious, providing a much-needed lift after pushing through the last few desert miles. The celebratory atmosphere—complete with cheers, medals, and encouraging words—made the whole experience feel welcoming and triumphant. These moments—from the fires to the finish—are what make the Lost Dutchman Marathon a truly special race, leaving you with vivid memories and a deeper appreciation for the unique running community in Arizona</w:t>
      </w:r>
    </w:p>
    <w:p w14:paraId="7A770565" w14:textId="77777777" w:rsidR="00C03725" w:rsidRDefault="00000000">
      <w:pPr>
        <w:jc w:val="both"/>
      </w:pPr>
      <w:r>
        <w:t>In April 2013, stepping into the Athlete’s Village before the start of the 117th Boston Marathon was a moment unlike any other in my running journey. As I looked around at the sea of athletes, the air was electric with anticipation, and I felt a surge of pride—this was my 10th consecutive Boston, a milestone I had chased for a decade. The energy of marathon morning was layered with tradition; the buzz of laughter and shared nerves, the routine of fueling and stretching, the comforting presence of fellow streak runners and new faces eager to experience Boston’s magic. Every sight and sound reminded me how special it is to be a part of this running family.</w:t>
      </w:r>
    </w:p>
    <w:p w14:paraId="4316E941" w14:textId="77777777" w:rsidR="00C03725" w:rsidRDefault="00000000">
      <w:pPr>
        <w:jc w:val="both"/>
      </w:pPr>
      <w:r>
        <w:lastRenderedPageBreak/>
        <w:t>When the race began in Hopkinton, I settled quickly into the familiar rhythm of the course. Early miles through Ashland and Framingham were alive with enthusiastic crowds and handwritten signs—each landmark bringing a rush of memories from years past. By the time I reached Wellesley, the “scream tunnel” was as thunderous as ever, delivering an adrenaline boost right when I needed it. I felt strong and focused, savoring every step and the perfect spring weather.</w:t>
      </w:r>
    </w:p>
    <w:p w14:paraId="60FF3C4D" w14:textId="77777777" w:rsidR="00C03725" w:rsidRDefault="00000000">
      <w:pPr>
        <w:jc w:val="both"/>
      </w:pPr>
      <w:r>
        <w:t>As I approached Newton and the infamous Heartbreak Hill, the challenge was real but surprisingly welcome; years of experience taught me to respect the climb, to pace myself, and to celebrate getting to the top. Cresting the final hill, I started picturing the finish, excitement building with every stride. The miles ticked away, and soon I was turning onto Hereford, then swinging left onto Boylston—the legendary stretch that every runner dreams about. Running down Boylston that day was unforgettable. The roar of the crowd, the sea of waving arms, the finish line coming into view—it felt like every year, every early morning run, every challenge I’d overcome, had led to this instant.</w:t>
      </w:r>
    </w:p>
    <w:p w14:paraId="3AB94012" w14:textId="77777777" w:rsidR="00C03725" w:rsidRDefault="00000000">
      <w:pPr>
        <w:jc w:val="both"/>
      </w:pPr>
      <w:r>
        <w:t>Crossing the finish in 3:46:13, I felt a wave of accomplishment and gratitude. I paused for a moment to take it all in, the understanding that this tenth finish was a personal triumph, but also a celebration of community and tradition.</w:t>
      </w:r>
    </w:p>
    <w:p w14:paraId="6FDBD42B" w14:textId="77777777" w:rsidR="00C03725" w:rsidRDefault="00000000">
      <w:pPr>
        <w:jc w:val="both"/>
      </w:pPr>
      <w:r>
        <w:t>Shortly afterward, I returned to my room at the Wellesley Copley Square, exhausted and happy, just a block away from the finish. Minutes later, everything changed—the joy of the day was shattered by the sound of two bomb blasts echoing through the city. The initial confusion turned quickly into fear and heartbreak as news of the tragedy spread. From my window and through television coverage, I witnessed emergency responders rushing onto Boylston, the plumes of smoke, and the chaos that engulfed the celebration.</w:t>
      </w:r>
    </w:p>
    <w:p w14:paraId="5F676975" w14:textId="77777777" w:rsidR="00C03725" w:rsidRDefault="00000000">
      <w:pPr>
        <w:jc w:val="both"/>
      </w:pPr>
      <w:r>
        <w:t>The feelings were overwhelming—shock, sorrow, and disbelief. My heart broke for the victims, their families, and everyone whose day was changed in an instant. As I processed what had happened, I felt the bonds that unite the Boston running community tighten even more. The marathon—once a stage for personal achievement—became a symbol of resilience, compassion, and unity. Being so close to the tragedy, knowing I had finished just before the blasts, left me shaken but deeply grateful for safety, and determined to honor the spirit of Boston in every run going forward.</w:t>
      </w:r>
    </w:p>
    <w:p w14:paraId="1D45A6D1" w14:textId="77777777" w:rsidR="00C03725" w:rsidRDefault="00000000">
      <w:pPr>
        <w:jc w:val="both"/>
      </w:pPr>
      <w:r>
        <w:t>Boston 2013 reminded me that running is about much more than times and medals—it’s about the people, the spirit, and the strength we find in coming together, especially in the hardest moments.</w:t>
      </w:r>
    </w:p>
    <w:p w14:paraId="141D5654" w14:textId="77777777" w:rsidR="00C03725" w:rsidRDefault="00000000">
      <w:pPr>
        <w:jc w:val="both"/>
      </w:pPr>
      <w:r>
        <w:t>There are a few more layers you might want to reflect on from your experience at the 2013 Boston Marathon—moments and emotions that add even more depth to your story:</w:t>
      </w:r>
    </w:p>
    <w:p w14:paraId="4485830C" w14:textId="77777777" w:rsidR="00C03725" w:rsidRDefault="00000000">
      <w:pPr>
        <w:jc w:val="both"/>
      </w:pPr>
      <w:r>
        <w:t xml:space="preserve">Community Connections: The post-race atmosphere before the bombing, filled with celebration and reunion at the finish, is worth recalling. Many runners reconnect with friends and marathon “family” at Boston each year, sharing hugs, swapping stories, and savoring the </w:t>
      </w:r>
      <w:r>
        <w:lastRenderedPageBreak/>
        <w:t>accomplishment. That sense of arrival and togetherness was especially powerful as you completed your tenth consecutive.</w:t>
      </w:r>
    </w:p>
    <w:p w14:paraId="5101357B" w14:textId="77777777" w:rsidR="00C03725" w:rsidRDefault="00000000">
      <w:pPr>
        <w:jc w:val="both"/>
      </w:pPr>
      <w:r>
        <w:t>Personal Aftermath: The hours following the blasts must have been surreal and emotionally complex. You may have felt a mix of gratitude for your own safety, acute concern for missing friends, and the strange juxtaposition of personal triumph with public tragedy. The phone calls and texts with loved ones checking in, and the uncertainty about leaving your hotel or moving around the city, might have been uniquely charged.</w:t>
      </w:r>
    </w:p>
    <w:p w14:paraId="366D8C85" w14:textId="77777777" w:rsidR="00C03725" w:rsidRDefault="00000000">
      <w:pPr>
        <w:jc w:val="both"/>
      </w:pPr>
      <w:r>
        <w:t>Lasting Impact: In the days and weeks after, the way the marathon community responded is deeply significant. Perhaps you participated in memorials or connected with other runners online, feeling the collective vow to “run again” and honor those affected. It’s likely your relationship with the Boston Marathon was forever changed—imbued with new meaning about resilience, remembrance, and solidarity.</w:t>
      </w:r>
    </w:p>
    <w:p w14:paraId="23B4A62E" w14:textId="77777777" w:rsidR="00C03725" w:rsidRDefault="00000000">
      <w:pPr>
        <w:jc w:val="both"/>
      </w:pPr>
      <w:r>
        <w:t>Perspective Shift: Returning to the marathon in subsequent years probably carried additional emotion and gravity. The joyful innocence of race day may have multiplied into a sense of responsibility—to hold space for the memory of the tragedy but also to celebrate the continuing spirit that defines Boston.</w:t>
      </w:r>
    </w:p>
    <w:p w14:paraId="645800B6" w14:textId="77777777" w:rsidR="00C03725" w:rsidRDefault="00000000">
      <w:pPr>
        <w:jc w:val="both"/>
      </w:pPr>
      <w:r>
        <w:t>Including these reflections helps paint a fuller, more honest portrait of what that historic and somber day meant—and how it has informed your running, gratitude, and sense of belonging ever since</w:t>
      </w:r>
    </w:p>
    <w:p w14:paraId="1F202355" w14:textId="77777777" w:rsidR="00C03725" w:rsidRDefault="00000000">
      <w:pPr>
        <w:jc w:val="both"/>
      </w:pPr>
      <w:r>
        <w:t>The Mohican Marathon on June 15 in Loudonville, OH was a deep dive into Ohio’s forested terrain. Early morning humidity and winding singletrack trails challenged both my pacing and my patience. Sections of the course felt almost primeval—towering trees, narrow paths, and the smell of earth after rain. As the miles ticked by, I leaned into the rhythm of the woods, learning to be flexible and attentive with every step. By the final miles, fatigue was real, but the energy from volunteers and fellow racers kept me moving. Finishing in 5:28:47, I felt a renewed appreciation for trail running’s power to heal, humble, and teach resilience.[1]</w:t>
      </w:r>
    </w:p>
    <w:p w14:paraId="2EF825DC" w14:textId="77777777" w:rsidR="00C03725" w:rsidRDefault="00000000">
      <w:pPr>
        <w:jc w:val="both"/>
      </w:pPr>
      <w:r>
        <w:t>The Sri Chimnoy Self-Transcendence Marathon in Rockland, NY, on August 24, 2013, stands out not just as a race but as a unique blend of physical challenge and spiritual reflection. From the moment I arrived, the atmosphere was distinctly peaceful—there was less emphasis on competition and more on personal growth, harmony, and self-awareness. Organized by followers of Sri Chinmoy, the event centers on the idea that running is a vehicle for both outer and inner progress, inviting participants to go beyond their perceived limits through mindfulness and positive intention.</w:t>
      </w:r>
    </w:p>
    <w:p w14:paraId="00D12252" w14:textId="77777777" w:rsidR="00C03725" w:rsidRDefault="00000000">
      <w:pPr>
        <w:jc w:val="both"/>
      </w:pPr>
      <w:r>
        <w:t>As I ran the multiple loops of the park, the gentle encouragement from volunteers and race staff helped shift my focus from chasing splits to appreciating each moment on the course. Spiritual music, inspiring quotes, and a sense of quiet camaraderie created an environment where every step became a form of meditation. Rather than feeling pressured by the clock, I found myself tuning into my breath, reflecting on gratitude, and challenging myself to be present with both fatigue and joy.</w:t>
      </w:r>
    </w:p>
    <w:p w14:paraId="721E5C82" w14:textId="77777777" w:rsidR="00C03725" w:rsidRDefault="00000000">
      <w:pPr>
        <w:jc w:val="both"/>
      </w:pPr>
      <w:r>
        <w:lastRenderedPageBreak/>
        <w:t>The race’s philosophy—self-transcendence—means striving to overcome the boundaries you set for yourself, not just physically but mentally and spiritually. Crossing the finish in 5:02:55, I realized the true value of this marathon wasn’t just in distance covered but in the grace and clarity gained. The event taught me to view running as more than a sport; it is a path to self-discovery and renewal, blending strength, spirit, and a deeper connectionto the journey itself.[1]</w:t>
      </w:r>
    </w:p>
    <w:p w14:paraId="11CFD454" w14:textId="77777777" w:rsidR="00C03725" w:rsidRDefault="00000000">
      <w:pPr>
        <w:jc w:val="both"/>
      </w:pPr>
      <w:r>
        <w:t>Ironman Arizona on November 17 in Tempe, AZ closed my year with a challenging multi-sport test. After a demanding swim and bike leg, the marathon felt like both a finish line and a final exam. The Arizona sun was relentless, and the flat course required steadiness and self-discipline. I broke the marathon into small goals—every aid station, every turn along the canal—and reminded myself of how far I’d come since January. Finishing in 4:29:05, I was filled with a sense of accomplishment and gratitude for the year’s journey.</w:t>
      </w:r>
    </w:p>
    <w:p w14:paraId="6D114526" w14:textId="77777777" w:rsidR="00C03725" w:rsidRDefault="00000000">
      <w:pPr>
        <w:jc w:val="both"/>
      </w:pPr>
      <w:r>
        <w:t>A few more meaningful aspects stand out when reflecting on the Lake Placid Ironman marathon in 2013. One is the sheer emotional lift provided by the town itself and the tradition woven into every corner of the race. Lake Placid exudes a sense of Olympic legacy, and running on streets where athletes have chased history adds to the motivation. It’s almost impossible not to absorb that energy while moving through town, especially when you see the Olympic oval and banners lining the route.</w:t>
      </w:r>
    </w:p>
    <w:p w14:paraId="4A96AA35" w14:textId="77777777" w:rsidR="00C03725" w:rsidRDefault="00000000">
      <w:pPr>
        <w:jc w:val="both"/>
      </w:pPr>
      <w:r>
        <w:t>Another highlight is the dynamic atmosphere at the marathon transition. After pushing through the swim and bike, entering the run segment always felt like a renewal—a chance to greet loved ones, connect with volunteers, and receive words of encouragement that made all the difference late in the day. The Ironman crowd is uniquely supportive, with volunteers and spectators knowing just how to motivate tired athletes with cheers, cowbells, and even creative costumed support.</w:t>
      </w:r>
    </w:p>
    <w:p w14:paraId="110C8035" w14:textId="77777777" w:rsidR="00C03725" w:rsidRDefault="00000000">
      <w:pPr>
        <w:jc w:val="both"/>
      </w:pPr>
      <w:r>
        <w:t>There’s also the shifting scenery, with the first miles around Mirror Lake, the rolling hills into the countryside, and the moments of quiet solitude when focus wavers. Many runners break the marathon into segments, and these natural breaks in the Ironman route—contrasts between lively town and peaceful trail—allow for mental resets, refueling, and moments to pace yourself deliberately.</w:t>
      </w:r>
    </w:p>
    <w:p w14:paraId="279F39A3" w14:textId="77777777" w:rsidR="00C03725" w:rsidRDefault="00000000">
      <w:pPr>
        <w:jc w:val="both"/>
      </w:pPr>
      <w:r>
        <w:t>Crossing that Ironman finish is always electric—music pumping, announcers calling each athlete’s name, and the warm embrace of the crowd. Lake Placid’s course, community, legacy, and supportive atmosphere all make it much more than just another marathon at the end of an ultra-endurance day; it’s a celebration that sticks with you long after race weekend ends.[1]</w:t>
      </w:r>
    </w:p>
    <w:p w14:paraId="2272E787" w14:textId="77777777" w:rsidR="00C03725" w:rsidRDefault="00000000">
      <w:pPr>
        <w:jc w:val="both"/>
      </w:pPr>
      <w:r>
        <w:t>Ironman Arizona distilled the lessons of 2013: resilience, adaptability, and the enduring joy of pushing beyond perceived limits.</w:t>
      </w:r>
    </w:p>
    <w:p w14:paraId="2D28DA32" w14:textId="77777777" w:rsidR="00C03725" w:rsidRDefault="00000000">
      <w:pPr>
        <w:jc w:val="both"/>
      </w:pPr>
      <w:r>
        <w:t xml:space="preserve">2013 was a year unlike any I’d experienced in my running journey—marked by adventures, personal milestones, and a profound shift in perspective. The season began on an inspiring note, traveling to Hamilton for the Bermuda Marathon. Surrounded by ocean breezes and </w:t>
      </w:r>
      <w:r>
        <w:lastRenderedPageBreak/>
        <w:t>vibrant scenery, I conquered the tricky climate and finished in 4:05:43, reminded that running can be both a physical feat and a passport to new places.[1]</w:t>
      </w:r>
    </w:p>
    <w:p w14:paraId="134773D4" w14:textId="77777777" w:rsidR="00C03725" w:rsidRDefault="00000000">
      <w:pPr>
        <w:jc w:val="both"/>
      </w:pPr>
      <w:r>
        <w:t>The Lost Dutchman Marathon in the Arizona desert brought magic from the very start—the shared bus ride in predawn darkness, campfires flickering in the chilly air, and the thrill of a mass downhill run as the sun crept above the Superstitions. The scenic openness, camaraderie in quiet miles, and energetic finish kept my spirits high and body strong for a 3:51:34 finish.[1]</w:t>
      </w:r>
    </w:p>
    <w:p w14:paraId="37334051" w14:textId="77777777" w:rsidR="00C03725" w:rsidRDefault="00000000">
      <w:pPr>
        <w:jc w:val="both"/>
      </w:pPr>
      <w:r>
        <w:t>Yet the most defining day, April 15, arrived with the 117th Boston Marathon—my tenth in a row. The Athlete’s Village buzzed with excitement; lining up with other streak runners filled me with pride and gratitude. As I ran through familiar neighborhoods and conquered Heartbreak Hill, I was deeply aware of the tradition, achievement, and joy at the heart of this special race. Running down Boylston and crossing the line in 3:46:13 should have been a personal celebration, but a dark shadow soon fell. The aftermath of the bombing unfolded just a block from my hotel, and the horror of the event left a lasting mark. What should have been a highlight became a source of pain and fear. In the weeks and months after, I struggled with motivation and a sense of loss; there were moments marked by anxiety and emotional exhaustion—a real and lasting echo of PTSD.</w:t>
      </w:r>
    </w:p>
    <w:p w14:paraId="44373506" w14:textId="77777777" w:rsidR="00C03725" w:rsidRDefault="00000000">
      <w:pPr>
        <w:jc w:val="both"/>
      </w:pPr>
      <w:r>
        <w:t>Despite the trauma and the bittersweet end to my Boston streak, the experience became a turning point. The tragedy reminded me of running’s deeper purpose—perseverance and resilience in the face of adversity. With time, I learned to honor my feelings, reach out for support, and rediscover the intrinsic joy that had always driven me forward. One step at a time, I moved through sadness to focus again on what running meant in my life.</w:t>
      </w:r>
    </w:p>
    <w:p w14:paraId="14F9F99B" w14:textId="77777777" w:rsidR="00C03725" w:rsidRDefault="00000000">
      <w:pPr>
        <w:jc w:val="both"/>
      </w:pPr>
      <w:r>
        <w:t>The rest of the year was a journey back to myself. The lush Mohican Marathon in Ohio, the peaceful loops of the Sri Chimnoy Self-Transcendence Marathon in New York (where mindfulness and spirit shaped every mile), and the ultimate test of endurance at Ironman Arizona, all brought lessons in adaptability, inner strength, and gratitude. Each race offered new views, steady friendships, and a reassuring sense of progress even when motivation felt shaky.</w:t>
      </w:r>
    </w:p>
    <w:p w14:paraId="54E95B4A" w14:textId="77777777" w:rsidR="00C03725" w:rsidRDefault="00000000">
      <w:pPr>
        <w:jc w:val="both"/>
      </w:pPr>
      <w:r>
        <w:t>2013 taught me the power of perseverance—not just through finish times or long streaks, but in the act of moving forward, step by step, when the road is hardest. The Boston Marathon bombing will always be a significant, solemn marker in my journey, but it also allowed me to find new meaning and deeper connection with the sport. Above all, the year proved that resilience isn’t about ignoring pain—it’s about honoring it, cultivating hope, and choosing to keep moving on, one stride at a time.[1]</w:t>
      </w:r>
    </w:p>
    <w:p w14:paraId="176017A0" w14:textId="77777777" w:rsidR="00C03725" w:rsidRDefault="00000000">
      <w:pPr>
        <w:jc w:val="both"/>
      </w:pPr>
      <w:r>
        <w:t>In 2014, my sole marathon event reflected a year still marked by the profound impact of the Boston Marathon bombing. That lingering loss of motivation and drive made returning to the Lake Placid Ironman on July 27 feel both daunting and essential—a chance to reconnect with my purpose and test my resolve after a long period of emotional recovery.[1]</w:t>
      </w:r>
    </w:p>
    <w:p w14:paraId="5C77249F" w14:textId="77777777" w:rsidR="00C03725" w:rsidRDefault="00000000">
      <w:pPr>
        <w:jc w:val="both"/>
      </w:pPr>
      <w:r>
        <w:lastRenderedPageBreak/>
        <w:t>Arriving in Lake Placid, I was greeted by the familiar embrace of the Adirondacks and the town’s warm, supportive community. The anticipation and nerves were intensified by knowing how hard it had been to get back to racing. The Ironman atmosphere was a mix of excitement and reflection; the buzz at Mirror Lake, the sight of volunteers and athletes preparing for a grueling day—these details reminded me of what I loved about endurance sports.</w:t>
      </w:r>
    </w:p>
    <w:p w14:paraId="61C4DD3F" w14:textId="77777777" w:rsidR="00C03725" w:rsidRDefault="00000000">
      <w:pPr>
        <w:jc w:val="both"/>
      </w:pPr>
      <w:r>
        <w:t>The marathon segment itself was a true trial. Fatigue from the swim and bike pressed heavily, but every step became a small act of perseverance—each mile a reminder that progress is possible, even when motivation wanes. I moved from town cheer squads to quieter country roads, alternating between stretches of renewed energy and moments where doubts resurfaced.</w:t>
      </w:r>
    </w:p>
    <w:p w14:paraId="5868B2E5" w14:textId="77777777" w:rsidR="00C03725" w:rsidRDefault="00000000">
      <w:pPr>
        <w:jc w:val="both"/>
      </w:pPr>
      <w:r>
        <w:t>Finishing in 5:25:59, the time mattered less than the journey it took to reach the finish. Crossing that line, I felt a mix of relief, gratitude, and tentative hope. The race wasn’t a triumphant comeback—it was a testament to moving forward bit by bit, honoring the entire process of healing. That Lake Placid marathon marked an important transitional point: accepting the shadow that Boston had cast, while also rediscovering some of the joy, strength, and companionship that first drew me to endurance racing. One step forward, even when uncertain, was enough to keep the journey going.</w:t>
      </w:r>
    </w:p>
    <w:p w14:paraId="43A3E271" w14:textId="77777777" w:rsidR="00C03725" w:rsidRDefault="00000000">
      <w:pPr>
        <w:jc w:val="both"/>
      </w:pPr>
      <w:r>
        <w:t>The 2015 race season saw a steady return to form and the opportunity to reconnect with both familiar challenges and new marathon experiences. It began with the Muskoka Ironman on August 25 in Huntsville, Ontario—a memorable test of endurance set in the wild, scenic heart of cottage country. After the physical toll of the swim and bike segments, the marathon portion was a real struggle against heavy legs and mental fatigue. The supportive atmosphere, cool lakeside breezes, and cheers from both locals and vacationers lifted my spirits as I pushed through rough patches. Muskoka’s hills demanded patience and grit, and crossing the finish in 5:24:22 was a triumph in perseverance, reminding me of the beauty of racing in nature and the satisfaction in simply keeping forward momentum.[1]</w:t>
      </w:r>
    </w:p>
    <w:p w14:paraId="0132EE6F" w14:textId="77777777" w:rsidR="00C03725" w:rsidRDefault="00000000">
      <w:pPr>
        <w:jc w:val="both"/>
      </w:pPr>
      <w:r>
        <w:t>The experience surrounding the Berlin Marathon in 2015 was so much more than just a race—it was a true international adventure filled with friendship, exploration, and celebration. Before arriving in Berlin, I spent meaningful days traveling through Poland with my good friend Ted Nagwoski, himself an accomplished runner and a great companion for both running and travel. We journeyed from Lublinto Warsaw to Krakow, absorbing the local culture, enjoying Polish hospitality, and connecting with a vibrant group of local runners.</w:t>
      </w:r>
    </w:p>
    <w:p w14:paraId="19F1C296" w14:textId="77777777" w:rsidR="00C03725" w:rsidRDefault="00000000">
      <w:pPr>
        <w:jc w:val="both"/>
      </w:pPr>
      <w:r>
        <w:t>One of the trip’s highlights was joining those Polish runners for the bus ride across the border to Berlin. The atmosphere on the bus was electric—shared anticipation, stories about past races, and laughter fueling the sense that something special was about to happen. When we arrived in Berlin, we checked into a hostel, immersing ourselves in the pre-race excitement alongside runners from all over the world. The city buzzed with marathon energy, every corner alive with international accents and training rituals.</w:t>
      </w:r>
    </w:p>
    <w:p w14:paraId="6AC2B90D" w14:textId="77777777" w:rsidR="00C03725" w:rsidRDefault="00000000">
      <w:pPr>
        <w:jc w:val="both"/>
      </w:pPr>
      <w:r>
        <w:lastRenderedPageBreak/>
        <w:t>Race morning brought a mix of nerves and exhilaration. The start corrals were packed with thousands, yet I felt at home, lifted by the support of Ted and our Polish friends. The Berlin course is legendary for its flat, fast roads and historic landmarks—running past the Reichstag, through leafy boulevards, and finally arching beneath the iconic Brandenburg Gate felt surreal. The energy of the crowd was infectious, and I managed to maintain a solid, consistent pace throughout, soaking in the international spirit at every mile marker. By the time I finished in 4:09:55, I was not only pleased with my performance but also deeply grateful to have lived such a singular marathon experience in one of the world’s great cities.</w:t>
      </w:r>
    </w:p>
    <w:p w14:paraId="4B4214C8" w14:textId="77777777" w:rsidR="00C03725" w:rsidRDefault="00000000">
      <w:pPr>
        <w:jc w:val="both"/>
      </w:pPr>
      <w:r>
        <w:t>My 2015 Arizona Ironman in Tempe, AZ, on November 15 marked my fourth time competing at this challenging event. Each return to Tempe has brought its own set of expectations, memories, and lessons, but in 2015, I felt a unique mix of routine and honest struggle.</w:t>
      </w:r>
    </w:p>
    <w:p w14:paraId="412411C6" w14:textId="77777777" w:rsidR="00C03725" w:rsidRDefault="00000000">
      <w:pPr>
        <w:jc w:val="both"/>
      </w:pPr>
      <w:r>
        <w:t>Race morning started in the dark, as always—my nerves heightened knowing exactly what lay ahead after so many past Arizona Ironmans. The swim in Tempe Town Lake felt colder than usual, and on the bike course, I had to be patient with some steady winds and focus on not burning out too early. By the time I transitioned to the marathon leg, the fatigue from the day was heavy, but I leaned into my experience to stay focused and determined.</w:t>
      </w:r>
    </w:p>
    <w:p w14:paraId="1FCABFF5" w14:textId="77777777" w:rsidR="00C03725" w:rsidRDefault="00000000">
      <w:pPr>
        <w:jc w:val="both"/>
      </w:pPr>
      <w:r>
        <w:t>One genuine highlight was seeing familiar faces at the aid stations—volunteers calling out my name and handing me ice, water, and encouragement. The crowds along the canals were incredible, and passing other competitors, many fighting their own wall of exhaustion, helped me remember the shared grind and motivation that make Ironman unique.</w:t>
      </w:r>
    </w:p>
    <w:p w14:paraId="4032EA7A" w14:textId="77777777" w:rsidR="00C03725" w:rsidRDefault="00000000">
      <w:pPr>
        <w:jc w:val="both"/>
      </w:pPr>
      <w:r>
        <w:t>Of course, there were low points. The desert sun felt unrelenting, especially in those open stretches with no shade. My pacing slowed in the second half, as I battled cramping and mental fatigue, but I drew on lessons from previous Ironmans. I broke the marathon into smaller goals—just getting to the next aid station, watching my form, and keeping a positive inner dialogue.</w:t>
      </w:r>
    </w:p>
    <w:p w14:paraId="7C5A274E" w14:textId="77777777" w:rsidR="00C03725" w:rsidRDefault="00000000">
      <w:pPr>
        <w:jc w:val="both"/>
      </w:pPr>
      <w:r>
        <w:t>Finishing in 5:06:05 wasn’t my fastest Tempe marathon, but crossing that line added another chapter to my Ironman story. For me, the accomplishment is all about resilience and persistence: battling through my physical limits, adjusting strategies to meet the day’s unique challenges, and refusing to give up. The finish brought relief, satisfaction, and pride—my fourth Arizona Ironman complete, proof of determined effort, and a renewed sense of connectionto a race that always demands the most from me, and always gives something back in return.</w:t>
      </w:r>
    </w:p>
    <w:p w14:paraId="29A2C523" w14:textId="77777777" w:rsidR="00C03725" w:rsidRDefault="00000000">
      <w:pPr>
        <w:jc w:val="both"/>
      </w:pPr>
      <w:r>
        <w:t>Looking back on my 2015 running and racing season, I see a year shaped by resilience, rediscovery, and memorable adventures both close to home and abroad. Kicking off with the Muskoka Ironman in August, I was reminded of the grit needed to persist through a tough marathon at the end of a demanding triathlon. The hills and lakes of Ontario challenged my stamina, but also renewed my appreciation for the beauty of racing outdoors. That finish taught me that progress—no matter the pace—is still progress worth celebrating.[1]</w:t>
      </w:r>
    </w:p>
    <w:p w14:paraId="64719579" w14:textId="77777777" w:rsidR="00C03725" w:rsidRDefault="00000000">
      <w:pPr>
        <w:jc w:val="both"/>
      </w:pPr>
      <w:r>
        <w:lastRenderedPageBreak/>
        <w:t>My trip to Europe for the Berlin Marathon in September was truly special. Traveling through Poland with Ted Nagwoski, joining a group of passionate Polish runners, and feeling the international spirit on the bus ride to Berlin brought a sense of camaraderie and excitement. Running the iconic course, surrounded by historic sights and energized crowds, was exhilarating. Crossing the finish at Brandenburg Gate, then celebrating in Munich at Oktoberfest, underscored how running and friendship go hand in hand—making memories that last far beyond the final mile.[1]</w:t>
      </w:r>
    </w:p>
    <w:p w14:paraId="748020EA" w14:textId="77777777" w:rsidR="00C03725" w:rsidRDefault="00000000">
      <w:pPr>
        <w:jc w:val="both"/>
      </w:pPr>
      <w:r>
        <w:t>Closing the year at Arizona Ironman in November felt like coming full circle. My fourth Tempe marathon was a testament to persistence. Each stage of the race demanded focus, mental strength, and a steady inner dialogue. The finish, though not my fastest, marked another chapter in endurance, teaching me to appreciate every hard-earned milestone and to honor the process over perfection.[1]</w:t>
      </w:r>
    </w:p>
    <w:p w14:paraId="727BA8AA" w14:textId="77777777" w:rsidR="00C03725" w:rsidRDefault="00000000">
      <w:pPr>
        <w:jc w:val="both"/>
      </w:pPr>
      <w:r>
        <w:t>2015 reinforced the importance of community, adaptability, and steady perseverance. Whether on local trails, international streets, or under the desert sun, each event strengthened my resolve to keep showing up, one stride at a time, and to savor the people and places that make the journey worthwhile.</w:t>
      </w:r>
    </w:p>
    <w:p w14:paraId="0D02851C" w14:textId="77777777" w:rsidR="00C03725" w:rsidRDefault="00000000">
      <w:pPr>
        <w:jc w:val="both"/>
      </w:pPr>
      <w:r>
        <w:t>Volunteering:</w:t>
      </w:r>
    </w:p>
    <w:p w14:paraId="34B946AF" w14:textId="77777777" w:rsidR="00C03725" w:rsidRDefault="00000000">
      <w:pPr>
        <w:jc w:val="both"/>
      </w:pPr>
      <w:r>
        <w:t>Volunteering at marathons and running events has become a cornerstone of my running journey, shaping my experiences every bit as much as crossing finish lines. For me, volunteering represents the heartbeat of the sport—a way to give back to the community that has supported and inspired me, and to ensure the events I cherish continue to thrive. It’s a commitment I’ve kept through countless races, sometimes while injured or recovering, and always with a deep sense of purpose.</w:t>
      </w:r>
    </w:p>
    <w:p w14:paraId="42D9744D" w14:textId="77777777" w:rsidR="00C03725" w:rsidRDefault="00000000">
      <w:pPr>
        <w:jc w:val="both"/>
      </w:pPr>
      <w:r>
        <w:t>When I step into a volunteer role, whether at an aid station, guiding runners on course, or cheering from a turn, I witness the real engine of every marathon: the selfless work of everyday people who show up for others. Without volunteers’ enthusiasm and care—from handing out water, offering encouragement, helping with logistics, and providing medical aid—none of these events could exist. Their effort turns roads, parks, and trails into arenas of possibility where runners chase dreams, overcome setbacks, and celebrate victories both big and small.</w:t>
      </w:r>
    </w:p>
    <w:p w14:paraId="2B4F87D0" w14:textId="77777777" w:rsidR="00C03725" w:rsidRDefault="00000000">
      <w:pPr>
        <w:jc w:val="both"/>
      </w:pPr>
      <w:r>
        <w:t>Volunteering brings a unique perspective that deepens my connectionto the running community. When I’m sidelined with injury, not racing, or giving myself recovery time, volunteering keeps me engaged and gives me a chance to renew my energy and spirit. The gratitude I feel from runners crossing a finish line or reaching out for support is genuine, and the friendships I’ve formed on the volunteer side are some of the most lasting and meaningful.</w:t>
      </w:r>
    </w:p>
    <w:p w14:paraId="251A083C" w14:textId="77777777" w:rsidR="00C03725" w:rsidRDefault="00000000">
      <w:pPr>
        <w:jc w:val="both"/>
      </w:pPr>
      <w:r>
        <w:t xml:space="preserve">Standing at an aid table in the early morning, seeing runners struggling and persisting mile after mile, I realize how important a single gesture—a smile, a few encouraging words, a quick refill—can be. It’s in these small but powerful moments that the true spirit of running is lived </w:t>
      </w:r>
      <w:r>
        <w:lastRenderedPageBreak/>
        <w:t>out. Volunteering allows me to support others in their journey, to play a role in their triumphs, and to celebrate the resilience that defines our sport.</w:t>
      </w:r>
    </w:p>
    <w:p w14:paraId="72BABF2F" w14:textId="77777777" w:rsidR="00C03725" w:rsidRDefault="00000000">
      <w:pPr>
        <w:jc w:val="both"/>
      </w:pPr>
      <w:r>
        <w:t>Most of all, volunteering keeps me grounded and grateful. It helps me appreciate not only the logistical work behind organizing events but also the spirit of teamwork and generosity that makes running unique. The lessons I’ve learned while volunteering are just as significant as those gained in training or pushing through the final miles of a race. They remind me that we’re strongest when we lift each other, and that every finish line—mine or someone else’s—is the result of a community coming together.</w:t>
      </w:r>
    </w:p>
    <w:p w14:paraId="014562AB" w14:textId="77777777" w:rsidR="00C03725" w:rsidRDefault="00000000">
      <w:pPr>
        <w:jc w:val="both"/>
      </w:pPr>
      <w:r>
        <w:t>Giving back through volunteering isn’t just a responsibility; it’s a privilege. It’s an opportunity to stay active, heal and inspire, and to ensure the joy and sense of belonging I have found in running is available for generations to come. Without volunteers, races would simply not happen. With volunteers, our running family grows, smiles endure, and every runner’s journey is richer for it.</w:t>
      </w:r>
    </w:p>
    <w:p w14:paraId="5DE6DF82" w14:textId="77777777" w:rsidR="00C03725" w:rsidRDefault="00000000">
      <w:pPr>
        <w:jc w:val="both"/>
      </w:pPr>
      <w:r>
        <w:t>My 2016 running year was truly memorable, marking my 97th, 98th, and 99th marathon and ultra-distance finishes. Each race brought its own flavor of challenge, celebration, and a few lighthearted surprises.</w:t>
      </w:r>
    </w:p>
    <w:p w14:paraId="7D197091" w14:textId="77777777" w:rsidR="00C03725" w:rsidRDefault="00000000">
      <w:pPr>
        <w:jc w:val="both"/>
      </w:pPr>
      <w:r>
        <w:t>The Arizona Rock n Roll Marathon in Phoenix on January 17 was a high-energy kickoff to the year. The crisp desert morning promised better running conditions, and the race was defined by its famously festive atmosphere—live bands at every mile, cheering crowds, and the sunny streets of downtown Phoenix keeping spirits high. I relished the energy boost from the music, and those fun roadside performances powered me through some tough mid-race moments. The finish time of 4:36:52 reflected a steady effort, but it was the joyful vibe and community celebration that made this race especially enjoyable.</w:t>
      </w:r>
    </w:p>
    <w:p w14:paraId="54005705" w14:textId="77777777" w:rsidR="00C03725" w:rsidRDefault="00000000">
      <w:pPr>
        <w:jc w:val="both"/>
      </w:pPr>
      <w:r>
        <w:t>The Arizona Rock n Roll Marathon in 2016 was my third time running this particular event, and every time I return, it feels like revisiting an old friend. Each repeat builds a deeper connection—not only with the marathon itself but with the rhythms of the city, the signature energy from live bands along the course, and the evolving community. That sense of familiarity brings satisfaction; seeing my growth over the years reflected in how I tackle the race, knowing that I’ve made this part of my running tradition.</w:t>
      </w:r>
    </w:p>
    <w:p w14:paraId="2C174DD5" w14:textId="77777777" w:rsidR="00C03725" w:rsidRDefault="00000000">
      <w:pPr>
        <w:jc w:val="both"/>
      </w:pPr>
      <w:r>
        <w:t>In July, I reunited with old favorites at the Lake Placid Ironman on the 24th. As always, the swim and bike laid a tough foundation, making the marathon leg a true test of patience and perseverance. Lake Placid itself is always a highlight—its Olympic heritage and friendly locals create an inspiring environment. I remember the roar from the crowds near Mirror Lake and the thrill of running past the iconic Olympic oval. Despite tired legs, I kept moving thanks to energizing cheers and brief chats with volunteers. The finish time of 5:39:27 was hard-earned, and the satisfaction of completing another Ironman in such a storied location was unforgettable.</w:t>
      </w:r>
    </w:p>
    <w:p w14:paraId="1511B741" w14:textId="77777777" w:rsidR="00C03725" w:rsidRDefault="00000000">
      <w:pPr>
        <w:jc w:val="both"/>
      </w:pPr>
      <w:r>
        <w:t xml:space="preserve">The Lake Placid Ironman in July marked my fifth time completing the Ironman there. Each finish at Lake Placid adds another layer to my appreciation of the race—a place where my </w:t>
      </w:r>
      <w:r>
        <w:lastRenderedPageBreak/>
        <w:t>endurance journey has been shaped by memorable struggles and triumphs. Being able to return year after year and persevere through its unique challenges fills me with pride. The hills, the historic setting, and the unwavering support from the town make every finish feel especially rewarding, but the accumulating number—five times at Lake Placid—reminds me of my persistence, adaptability, and love for this iconic event.</w:t>
      </w:r>
    </w:p>
    <w:p w14:paraId="63AFE80B" w14:textId="77777777" w:rsidR="00C03725" w:rsidRDefault="00000000">
      <w:pPr>
        <w:jc w:val="both"/>
      </w:pPr>
      <w:r>
        <w:t>Reaching the milestones of multiple runs at the Arizona Rock and Roll Marathon and at the Lake Placid Ironman brings a sense of satisfaction, not just because of the numbers, but because of the stories, memories, and personal growth that each race represents. It’s evidence of commitment: showing up, pushing through, learning, and celebrating every finish as part of a much larger journey.</w:t>
      </w:r>
    </w:p>
    <w:p w14:paraId="6E65C702" w14:textId="77777777" w:rsidR="00C03725" w:rsidRDefault="00000000">
      <w:pPr>
        <w:jc w:val="both"/>
      </w:pPr>
      <w:r>
        <w:t>The Creemore Vertical Challenge 50km on August 6 in Creemore, Ontario, was race number 99—a milestone and an adventure rolled into one. This ultra is known among trail runners for its relentless climbs and scenic countryside. I tackled relentless hills and winding forest paths, trading jokes and stories with fellow ultrarunners to fight off fatigue. Aid stations often doubled as mini celebrations with great local treats and spirited volunteers, and the post-race gathering was filled with laughter and the satisfaction of just having survived those brutal hills. I crossed the line in 8:04:57, totally spent but grateful for the camaraderie, natural beauty, and the quirky traditions that make trail ultras so rewarding.[1]</w:t>
      </w:r>
    </w:p>
    <w:p w14:paraId="51908FD6" w14:textId="77777777" w:rsidR="00C03725" w:rsidRDefault="00000000">
      <w:pPr>
        <w:jc w:val="both"/>
      </w:pPr>
      <w:r>
        <w:t>Every race in 2016 reminded me why I love this sport: celebrating with others, discovering new strengths, and collecting memories with every hard-fought mile. 2016 was a year filled with renewed energy, achievement, and a sense of anticipation as I approached my 100th marathon and beyond finish. Each event carried its own special meaning and helped me rediscover both the joy and the challenge of endurance racing. Altogether, 2016 left me grateful for the experiences, friendships, and personal strength that only running can deliver. The year reminded me that persistence, joy, and community make each milestone more meaningful—and brought me ever closer to celebrating my 100th finish.</w:t>
      </w:r>
    </w:p>
    <w:p w14:paraId="31EAE52D" w14:textId="77777777" w:rsidR="00C03725" w:rsidRDefault="00000000">
      <w:pPr>
        <w:jc w:val="both"/>
      </w:pPr>
      <w:r>
        <w:t>#100</w:t>
      </w:r>
    </w:p>
    <w:p w14:paraId="1B66C06C" w14:textId="77777777" w:rsidR="00C03725" w:rsidRDefault="00000000">
      <w:pPr>
        <w:jc w:val="both"/>
      </w:pPr>
      <w:r>
        <w:t>Crossing the finish line at the Ottawa Marathon on May 27, 2018 was one of the most meaningful moments in my running journey—it marked my 100th marathon finish, and the significance was profound, not only for the number but for the story coming full circle. Ottawa had been the site of my very first marathon, years earlier. That fact added a powerful sense of nostalgia and inspirationto every step, filling me with gratitude for where the journey began and everything it had become since.[1]</w:t>
      </w:r>
    </w:p>
    <w:p w14:paraId="4FF0B73D" w14:textId="77777777" w:rsidR="00C03725" w:rsidRDefault="00000000">
      <w:pPr>
        <w:jc w:val="both"/>
      </w:pPr>
      <w:r>
        <w:t>Returning to Ottawa felt like a homecoming—not only to the city’s scenic course winding along the Rideau Canal and through historic streets, but to the roots of my marathon ambition. I remembered the excitement and nerves before my first race, the countless lessons learned, and the friendships forged over the intervening years. The buildup to the 100th marathon was filled with reflection: I thought back to each finish, every challenge overcome, and the growth that came with persistence and resilience.</w:t>
      </w:r>
    </w:p>
    <w:p w14:paraId="60B28E5A" w14:textId="77777777" w:rsidR="00C03725" w:rsidRDefault="00000000">
      <w:pPr>
        <w:jc w:val="both"/>
      </w:pPr>
      <w:r>
        <w:lastRenderedPageBreak/>
        <w:t>On race day, the atmosphere was electric; I ran with a heightened awareness of just how far I’d come. The cheers from spectators, encouragement from fellow runners, and familiar landmarks created a sense of both celebration and closure. Throughout the miles, I found myself soaking in the experience—not chasing a personal best, but cherishing every moment and honoring the story that had brought me back to where it all started.</w:t>
      </w:r>
    </w:p>
    <w:p w14:paraId="3D0C01D1" w14:textId="77777777" w:rsidR="00C03725" w:rsidRDefault="00000000">
      <w:pPr>
        <w:jc w:val="both"/>
      </w:pPr>
      <w:r>
        <w:t>Finishing in 4:42:02, I crossed the line feeling inspired, deeply satisfied, and awed by the journey. The Ottawa Marathon was much more than a race—it was the culmination of years of dedication, setbacks, victories, and thousands of miles. Completing my 100th marathon in the same place where my running story began made this accomplishment all the more meaningful, reminding me of the power of endurance dreams, the significance of coming full circle, and the endless possibilities that lie ahead in every new step.</w:t>
      </w:r>
    </w:p>
    <w:p w14:paraId="10AE70B7" w14:textId="77777777" w:rsidR="00C03725" w:rsidRDefault="00000000">
      <w:pPr>
        <w:jc w:val="both"/>
      </w:pPr>
      <w:r>
        <w:t>Reaching the milestone of 100 marathons is deeply meaningful because it shows that persistence, heart, and the spirit of an "average Joe" can achieve extraordinary things. As someone who started as an underdog—without elite speed, sponsorships, or the spotlight—I learned firsthand that long-term success in distance running isn’t just about talent; it’s about showing up, day after day, and believing in your ability to move forward regardless of circumstance.</w:t>
      </w:r>
    </w:p>
    <w:p w14:paraId="0F26E264" w14:textId="77777777" w:rsidR="00C03725" w:rsidRDefault="00000000">
      <w:pPr>
        <w:jc w:val="both"/>
      </w:pPr>
      <w:r>
        <w:t>The journey to 100 was filled with setbacks, slow races, doubts, and moments where giving up might have seemed easier. But being an everyman in the field of marathoning gave me a unique sense of pride: my story isn’t defined by podiums, but by effort, consistency, and the simple joy of running for personal growth. Each finish line reinforced that big goals are built from small steps anyone can take—even someone with an ordinary background and ordinary beginnings.</w:t>
      </w:r>
    </w:p>
    <w:p w14:paraId="61C7DBDC" w14:textId="77777777" w:rsidR="00C03725" w:rsidRDefault="00000000">
      <w:pPr>
        <w:jc w:val="both"/>
      </w:pPr>
      <w:r>
        <w:t>Along the way, I’ve become a role model for other runners who see themselves as underdogs. My journey tells them that you don’t have to be the fastest or the most gifted to achieve something remarkable—you just have to keep going. The accomplishment of 100 marathons is a testament to the power of resilience, self-belief, and the value of carving your own path. It’s a celebration not just of miles run, but of overcoming, adapting, and embracing the journey as an everyman who chased—and caught—a big dream.</w:t>
      </w:r>
    </w:p>
    <w:p w14:paraId="4B4A7657" w14:textId="77777777" w:rsidR="00C03725" w:rsidRDefault="00000000">
      <w:pPr>
        <w:jc w:val="both"/>
      </w:pPr>
      <w:r>
        <w:t>What is a DNF – when you fail</w:t>
      </w:r>
    </w:p>
    <w:p w14:paraId="02AAC545" w14:textId="77777777" w:rsidR="00C03725" w:rsidRDefault="00000000">
      <w:pPr>
        <w:jc w:val="both"/>
      </w:pPr>
      <w:r>
        <w:t>In marathon and ultra-running circles, “DNF” stands for “Did Not Finish.” It’s the official designation on race results for a runner who starts but doesn’t cross the finish line—whether due to injury, exhaustion, illness, or simply recognizing that continuing isn’t the right choice for them at that moment. For many, a DNF can feel crushing, especially after months of dedicated training, anticipation, and hope. In the culture of endurance sports, it’s often viewed as a setback, a mark of disappointment, or even failure.[1]</w:t>
      </w:r>
    </w:p>
    <w:p w14:paraId="6C5E9D7D" w14:textId="77777777" w:rsidR="00C03725" w:rsidRDefault="00000000">
      <w:pPr>
        <w:jc w:val="both"/>
      </w:pPr>
      <w:r>
        <w:t xml:space="preserve">Yet over time, my perspective on DNFs has transformed dramatically. Today, I choose to see these moments not as “Did Not Finish,” but as “Did Nothing Foolish.” This reframing is so important—not only for myself, but as a message for others in the running world. Choosing </w:t>
      </w:r>
      <w:r>
        <w:lastRenderedPageBreak/>
        <w:t>to stop when my body or mind is sending clear warning signs is actually an act of wisdom, not weakness. The culture that glorifies finishing at any cost misses a deeper truth: powering through pain or serious fatigue can lead to long-term injury, lingering health risks, and the loss of joy that drew us to running in the first place.</w:t>
      </w:r>
    </w:p>
    <w:p w14:paraId="04CCB1D0" w14:textId="77777777" w:rsidR="00C03725" w:rsidRDefault="00000000">
      <w:pPr>
        <w:jc w:val="both"/>
      </w:pPr>
      <w:r>
        <w:t>DNF moments have become powerful lessons in self-awareness and respect for personal limits. They remind me that true endurance is not just about stubbornness or sheer willpower. Real endurance is knowing when to listen to my body, when to put long-term well-being ahead of ego. In practice, making the intelligent decisionto pull out of a race can be far more difficult than pushing on, because it demands discipline and courage—the same qualities we prize in those who cross the finish line.</w:t>
      </w:r>
    </w:p>
    <w:p w14:paraId="3BCE243F" w14:textId="77777777" w:rsidR="00C03725" w:rsidRDefault="00000000">
      <w:pPr>
        <w:jc w:val="both"/>
      </w:pPr>
      <w:r>
        <w:t>When runners reframe DNF as “Did Nothing Foolish,” it shifts the conversation. It minimizes stigma, frees us to care for our own health and, by extension, the health of our running communities. This philosophy is rooted in trust: the understanding that there will be future races, that strength preserved is strength that can serve us later, and that protecting the passion for running is ultimately most important. In this way, a DNF is never the end—it’s a detour, a moment of choice that keeps our running journey going with integrity and self-respect.</w:t>
      </w:r>
    </w:p>
    <w:p w14:paraId="6E515AC1" w14:textId="77777777" w:rsidR="00C03725" w:rsidRDefault="00000000">
      <w:pPr>
        <w:jc w:val="both"/>
      </w:pPr>
      <w:r>
        <w:t>Lessons Beyond the Finish Line</w:t>
      </w:r>
    </w:p>
    <w:p w14:paraId="42137E19" w14:textId="77777777" w:rsidR="00C03725" w:rsidRDefault="00000000">
      <w:pPr>
        <w:jc w:val="both"/>
      </w:pPr>
      <w:r>
        <w:t>Far from a mark of shame, a DNF can be one of the most meaningful milestones in a runner’s journey. Looking beyond “Did Nothing Foolish,” these are the deeper truths a DNF can reveal:</w:t>
      </w:r>
    </w:p>
    <w:p w14:paraId="00D952C9" w14:textId="77777777" w:rsidR="00C03725" w:rsidRDefault="00000000">
      <w:pPr>
        <w:jc w:val="both"/>
      </w:pPr>
      <w:r>
        <w:t>DNF Reveals True Courage: It takes immense courage to stop, especially when others expect you to finish or your own pride is begging you to push through. Prioritizing self-care over ego is a sign of maturity and self-worth, proving that bravery isn’t always found at the finish line.[1]</w:t>
      </w:r>
    </w:p>
    <w:p w14:paraId="2C49AA5C" w14:textId="77777777" w:rsidR="00C03725" w:rsidRDefault="00000000">
      <w:pPr>
        <w:jc w:val="both"/>
      </w:pPr>
      <w:r>
        <w:t>Source of Growth and Resilience: Many runners find that DNFs lead to more personal growth than finishes. Honest feedback—a tough race, unexpected pain, or mental fatigue—forces reevaluation. Training plans, race-day choices, and motivation are all scrutinized, and from this process, resilience is born. These lessons often prepare us better for future races than any medal ever could.[1]</w:t>
      </w:r>
    </w:p>
    <w:p w14:paraId="21194DE3" w14:textId="77777777" w:rsidR="00C03725" w:rsidRDefault="00000000">
      <w:pPr>
        <w:jc w:val="both"/>
      </w:pPr>
      <w:r>
        <w:t>Powerful Reminder to Practice Empathy: Having experienced a DNF firsthand, I am far more understanding of others dealing with tough choices. It instills humility, reminds me how unpredictable endurance racing can be, and encourages genuine support for fellow runners in difficult moments.[1]</w:t>
      </w:r>
    </w:p>
    <w:p w14:paraId="62CDC0DC" w14:textId="77777777" w:rsidR="00C03725" w:rsidRDefault="00000000">
      <w:pPr>
        <w:jc w:val="both"/>
      </w:pPr>
      <w:r>
        <w:t>Part of the Bigger Journey: DNFs reinforce that running isn’t about one event—it’s the sum of a lifetime’s motion, adversity, and discovery. They represent transitions and turning points, not endings. Looking at the long arc of the running journey helps put a single race in perspective, keeping hope and motivation alive.[1]</w:t>
      </w:r>
    </w:p>
    <w:p w14:paraId="0A6CB3BF" w14:textId="77777777" w:rsidR="00C03725" w:rsidRDefault="00000000">
      <w:pPr>
        <w:jc w:val="both"/>
      </w:pPr>
      <w:r>
        <w:lastRenderedPageBreak/>
        <w:t>Redefining Success: When faced with a DNF, I am inspired to reexamine the definition of success; maybe it’s smart decision-making, adaptability, or the willingness to prioritize health and happiness over fleeting glory. In this light, every race becomes valuable, regardless of its outcome.[1]</w:t>
      </w:r>
    </w:p>
    <w:p w14:paraId="07384CE7" w14:textId="77777777" w:rsidR="00C03725" w:rsidRDefault="00000000">
      <w:pPr>
        <w:jc w:val="both"/>
      </w:pPr>
      <w:r>
        <w:t>Embracing the wisdom in a DNF means recognizing that stepping aside, listening, and caring for myself are sometimes the most powerful strides I will ever take. The journey of running is not a straight road to finish lines. It’s a beautiful, winding path, and sometimes the wisest move is to reroute—to ensure that I can run, with joy and purpose, for many years to come.[1]</w:t>
      </w:r>
    </w:p>
    <w:p w14:paraId="15EAFB55" w14:textId="77777777" w:rsidR="00C03725" w:rsidRDefault="00000000">
      <w:pPr>
        <w:jc w:val="both"/>
      </w:pPr>
      <w:r>
        <w:t>Addendum</w:t>
      </w:r>
    </w:p>
    <w:p w14:paraId="72B8B54E" w14:textId="77777777" w:rsidR="00C03725" w:rsidRDefault="00000000">
      <w:pPr>
        <w:jc w:val="both"/>
      </w:pPr>
      <w:r>
        <w:t>From the couch to the finish line…</w:t>
      </w:r>
    </w:p>
    <w:p w14:paraId="331071D7" w14:textId="77777777" w:rsidR="00C03725" w:rsidRDefault="00000000">
      <w:pPr>
        <w:jc w:val="both"/>
      </w:pPr>
      <w:r>
        <w:t>IRONMAN. Just the word alone, for me, is a chapter filled with grit, adventure, self-doubt, and triumph. The spirit of “Go Big or Go Home” runs through my life as much as any finish line—maybe it’s the stubborn streak, maybe it’s just the urge to test myself, but every time I line up for another Ironman or ultra-marathon, I’m reminded that the impossible is just something I haven’t done yet. I am Ironman, as the anthem goes—and at every event, you’re surrounded by others who live the same mantra.</w:t>
      </w:r>
    </w:p>
    <w:p w14:paraId="18EC0C5D" w14:textId="77777777" w:rsidR="00C03725" w:rsidRDefault="00000000">
      <w:pPr>
        <w:jc w:val="both"/>
      </w:pPr>
      <w:r>
        <w:t>But none of this happens in a vacuum. Family sits at the core of everything I do. Their support, their patience, and even their bemused eye-rolls when I sign up for another ridiculous race have kept me grounded. Long nights and early mornings, post-race highs and lows—they’ve been right there through it all, and their love reminds me what really matters.</w:t>
      </w:r>
    </w:p>
    <w:p w14:paraId="32A31BA9" w14:textId="77777777" w:rsidR="00C03725" w:rsidRDefault="00000000">
      <w:pPr>
        <w:jc w:val="both"/>
      </w:pPr>
      <w:r>
        <w:t>My journey has taken me through Ultra Marathons, becoming something of a Marathon Maniac, to pounding out intervals on the track and savoring every step when the hills are alive and calling for more. The lessons I’ve learned are numerous, and some I call “Stinking Thinking”—that old enemy of doubt. I’ve learned that mindset rules the road: “If you think you can you can, if you think you can’t you can’t.” The first time I ran the Boston Marathon in 2004, that phrase echoed through my head from start to finish—not just at Boston, but at every new experience, every start line, and every challenge that seemed bigger than me.</w:t>
      </w:r>
    </w:p>
    <w:p w14:paraId="3668EE00" w14:textId="77777777" w:rsidR="00C03725" w:rsidRDefault="00000000">
      <w:pPr>
        <w:jc w:val="both"/>
      </w:pPr>
      <w:r>
        <w:t>Moving closer to the equator—a new chapter in life—taught me about adapting and embracing change. It wasn’t just a shift in latitude, but a recalibration of everything: routines, goals, the daily rhythm of running, and life itself. Relearning my courage, rediscovering my motivation, that’s how it all starts and restarts, each time.</w:t>
      </w:r>
    </w:p>
    <w:p w14:paraId="727F340A" w14:textId="77777777" w:rsidR="00C03725" w:rsidRDefault="00000000">
      <w:pPr>
        <w:jc w:val="both"/>
      </w:pPr>
      <w:r>
        <w:t>So, how did I get started? The honest answer: from the couch, all the way to the finish line. I was never the fastest, never the most gifted, but I was always determined. Motivation came from somewhere deep—a need to prove something and, over time, to find joy and belonging amid all the struggle and sweat. Running helped me in business, too: the discipline to see a project through, the resilience to face setbacks, and the courage to make tough calls—qualities forged on the road and in the boardroom.</w:t>
      </w:r>
    </w:p>
    <w:p w14:paraId="14FC4CC3" w14:textId="77777777" w:rsidR="00C03725" w:rsidRDefault="00000000">
      <w:pPr>
        <w:jc w:val="both"/>
      </w:pPr>
      <w:r>
        <w:lastRenderedPageBreak/>
        <w:t>What have I learned from all these miles? Countless lessons, yes, but most importantly, to face the pain head-on. Some days it means gritting my teeth through cramps; others it means pushing past the walls in my mind. There have been hard miles and soft miles, victories and DNFs, each carrying its own lesson. Through it all, I’ve kept going—how long have I been running? Long enough to know there’s always another start line.</w:t>
      </w:r>
    </w:p>
    <w:p w14:paraId="2E198253" w14:textId="77777777" w:rsidR="00C03725" w:rsidRDefault="00000000">
      <w:pPr>
        <w:jc w:val="both"/>
      </w:pPr>
      <w:r>
        <w:t>I’ll never forget my years as president of the Peterborough Road Runners Club, or the time spent directing races for the YMCA. Those experiences gave me a deeper understanding of community, leadership, and the delight of watching others discover their own potential.</w:t>
      </w:r>
    </w:p>
    <w:p w14:paraId="23A96772" w14:textId="77777777" w:rsidR="00C03725" w:rsidRDefault="00000000">
      <w:pPr>
        <w:jc w:val="both"/>
      </w:pPr>
      <w:r>
        <w:t>And then there’s Boston—Bill Rodgers once shared his insights on what it takes to beat that storied marathon. His words, and the ECC—Emotionally Charged Connections—I’ve felt at start lines and finish lines everywhere, speak to the heart of the sport. It’s not just physical; it’s emotional, it’s spiritual, a connection deeper than most will ever know.</w:t>
      </w:r>
    </w:p>
    <w:p w14:paraId="34F24A38" w14:textId="77777777" w:rsidR="00C03725" w:rsidRDefault="00000000">
      <w:pPr>
        <w:jc w:val="both"/>
      </w:pPr>
      <w:r>
        <w:t>Ultimately, it’s about transformation—my own personal journey from the couch to the finish line. Every chapter reminds me: if you think you can, you absolutely can. It’s not the medals or records, but the lessons, the connections, and the stories that truly matter.[1]</w:t>
      </w:r>
    </w:p>
    <w:p w14:paraId="4E161CF6" w14:textId="77777777" w:rsidR="00C03725" w:rsidRDefault="00000000">
      <w:pPr>
        <w:jc w:val="both"/>
      </w:pPr>
      <w:r>
        <w:t>Last Chapter (notes)</w:t>
      </w:r>
    </w:p>
    <w:p w14:paraId="4161E24F" w14:textId="77777777" w:rsidR="00C03725" w:rsidRDefault="00000000">
      <w:pPr>
        <w:jc w:val="both"/>
      </w:pPr>
      <w:r>
        <w:t>Let me pause for a moment to reflect on where my running journey has carried me. My passion for long distance and the occasional ultra-marathon is as strong as ever. I keep gravitating toward the 50k distance—there’s a special appeal to that mark, situated perfectly between a classic marathon and the epic territory of hundred milers. It’s not too long, not too short, and always leaves me wanting more. That said, the dream remains alive for a few more 50-milers and maybe, just maybe, another bold attempt at the Javalina 100k. The last time I tackled Javalina, I didn’t finish—serious blisters on both feet forced me to make the tough call. That experience was humbling—a lesson and a story that sticks with me.[1]</w:t>
      </w:r>
    </w:p>
    <w:p w14:paraId="6333BB7A" w14:textId="77777777" w:rsidR="00C03725" w:rsidRDefault="00000000">
      <w:pPr>
        <w:jc w:val="both"/>
      </w:pPr>
      <w:r>
        <w:t>My running circle these days consists of some real veterans and good friends. There’s Dale, who doesn’t mess around—he’s the 100-miler guy—and Brian, a legend in his own right, having run over 100 marathons. So we’re all seasoned, carrying our years well. Ironically, James is 65. Brian is 62. I’m 60. And Dale, the youngest of our crew, is 57. That’s our tribe. When we line up together for a race, it’s four strong souls moving down the trail, all set to tackle another A50 kilometer.</w:t>
      </w:r>
    </w:p>
    <w:p w14:paraId="52AC1BCC" w14:textId="77777777" w:rsidR="00C03725" w:rsidRDefault="00000000">
      <w:pPr>
        <w:jc w:val="both"/>
      </w:pPr>
      <w:r>
        <w:t>Brian’s story is especially remarkable—two knee replacements and he’s still running, still putting in the miles, still inspiring me and everyone else who knows him. These are the people who form my circle, my sounding board, and my encouragement. You might call us nuts, but we’re the sort of company that keeps you going, keeps the laughter coming, and keeps each race meaningful. We know we’re going to have fun no matter what, especially at our favorite races and runs.</w:t>
      </w:r>
    </w:p>
    <w:p w14:paraId="2FB35134" w14:textId="77777777" w:rsidR="00C03725" w:rsidRDefault="00000000">
      <w:pPr>
        <w:jc w:val="both"/>
      </w:pPr>
      <w:r>
        <w:t xml:space="preserve">Ted Nagowski has been more than just a running buddy—he’s a true source of inspiration for me, both on and off the race course. Sharing adventures with Ted, whether it was crossing </w:t>
      </w:r>
      <w:r>
        <w:lastRenderedPageBreak/>
        <w:t>Poland together, lining up for the Berlin Marathon, or swapping stories during long training runs, always reminded me of the joy and camaraderie this sport can offer. Ted’s passion for running is infectious; he approaches every race and challenge with humility and determination, encouraging others—myself included—to keep striving, keep pushing boundaries, and never lose sight of why we started running in the first place.</w:t>
      </w:r>
    </w:p>
    <w:p w14:paraId="0D3F078B" w14:textId="77777777" w:rsidR="00C03725" w:rsidRDefault="00000000">
      <w:pPr>
        <w:jc w:val="both"/>
      </w:pPr>
      <w:r>
        <w:t>It’s not just his impressive record or his relentless consistency that motivates me. Ted’s gift is his ability to make every run, whether it’s a tough marathon or a casual workout, feel special. He finds fun in the grind, strength in setbacks, and connection in the shared struggle. When motivation wanes or self-doubt creeps in, Ted’s support and steady perspective help me remember that our journey is always bigger than any one finish line. Having him as a friend and fellow traveler on this running journey is a blessing.</w:t>
      </w:r>
    </w:p>
    <w:p w14:paraId="46111632" w14:textId="77777777" w:rsidR="00C03725" w:rsidRDefault="00000000">
      <w:pPr>
        <w:jc w:val="both"/>
      </w:pPr>
      <w:r>
        <w:t>His example has shown me what it means to embrace every challenge, savor every milestone, and to measure success by the inspiration we offer each other as we move forward, together.[1] Sometimes inspiration comes from unexpected places. Recently, my friend James said something that struck a chord—how the journey still inspires him, and how we never stop learning. That’s the spirit I hope this book captures: running as an endless lesson.</w:t>
      </w:r>
    </w:p>
    <w:p w14:paraId="188D4692" w14:textId="77777777" w:rsidR="00C03725" w:rsidRDefault="00000000">
      <w:pPr>
        <w:jc w:val="both"/>
      </w:pPr>
      <w:r>
        <w:t>Amid all this, Ted Nagowski stands out as a true inspiration. Ted is more than a reliable running buddy; he lifts up everyone around him, including me. Whether we’re crossing through Poland side by side, lining up together at the Berlin Marathon, or just swapping stories on training days, Ted’s humility, unwavering determination, and infectious enthusiasm remind me why running matters so much. He’s gifted not just in his consistency, but in finding the joy in every step, the lesson in every setback, and the connection at the heart of our sport. Ted’s steady perspective always helps me press on, and I feel lucky to count him as friend and fellow traveler.[1]</w:t>
      </w:r>
    </w:p>
    <w:p w14:paraId="7ED910AC" w14:textId="77777777" w:rsidR="00C03725" w:rsidRDefault="00000000">
      <w:pPr>
        <w:jc w:val="both"/>
      </w:pPr>
      <w:r>
        <w:t>As the years go on, inspiration crops up in unexpected places. Recently, my friend James said something that stuck: the journey is still inspiring, and our learning never stops. That’s the pulse I hope threads through every page of this book—running as a long, endless lesson, filled with growth, challenges, and gratitude at every turn.</w:t>
      </w:r>
    </w:p>
    <w:p w14:paraId="68619B2E" w14:textId="77777777" w:rsidR="00C03725" w:rsidRDefault="00000000">
      <w:pPr>
        <w:jc w:val="both"/>
      </w:pPr>
      <w:r>
        <w:t>A final thought, as life continually brings new chapters. I just attended the funeral for my 96-year-old step father-in-law. He jogged 10 kilometers daily well into his 80s, played golf, retired at 90, and lived with vitality until the last few years of his life. Even when he began to slow down, he kept fit with push-ups and dumbbells—always mindful of health, never overweight. He was a testament to longevity, wellness, and what it means to live a full life. It’s moments like these—seeing the effects of discipline, of healthy choices, of a lifetime lived with purpose—that remind me how important it is to care for our well-being, to eat right, and to keep moving. In a world where so much illness stems from lifestyle, his legacy is fuel for my own journey.</w:t>
      </w:r>
    </w:p>
    <w:p w14:paraId="038B27EE" w14:textId="77777777" w:rsidR="00C03725" w:rsidRDefault="00000000">
      <w:pPr>
        <w:jc w:val="both"/>
      </w:pPr>
      <w:r>
        <w:lastRenderedPageBreak/>
        <w:t>So here’s to running, to good health, to lasting friendships. Here’s to the miles ahead and the lessons they’ll teach. Wherever you are, whatever you do, keep moving forward—and remember to enjoy every step.</w:t>
      </w:r>
    </w:p>
    <w:p w14:paraId="0C877E60" w14:textId="77777777" w:rsidR="00C03725" w:rsidRDefault="00000000">
      <w:pPr>
        <w:jc w:val="both"/>
      </w:pPr>
      <w:r>
        <w:t>Ongoing, not final Chapter:</w:t>
      </w:r>
    </w:p>
    <w:p w14:paraId="4507E318" w14:textId="77777777" w:rsidR="00C03725" w:rsidRDefault="00000000">
      <w:pPr>
        <w:jc w:val="both"/>
      </w:pPr>
      <w:r>
        <w:t>The latest chapter of my running —from Haliburton Forest all the way to the streets of London—are more than just race results on a spreadsheet. They are the living, breathing proof that the desire to move forward, to chase something meaningful, still burns as brightly as ever. I sometimes look at those numbers—101 through 109—and see more than just persistence. I see the evolution of a runner who started out as a complete novice, an everyman with no promise of finishing even a single marathon, now standing among those who’ve completed the Abbot Six Majors.[1]</w:t>
      </w:r>
    </w:p>
    <w:p w14:paraId="5A9FEEBA" w14:textId="77777777" w:rsidR="00C03725" w:rsidRDefault="00000000">
      <w:pPr>
        <w:jc w:val="both"/>
      </w:pPr>
      <w:r>
        <w:t>Haliburton Forest’s 50km on September 11, 2021, set the tone for this era of my running life. Rolling through root-laced trails, sharp descents, and an endless canopy of green, I faced the fears and doubts that always linger on ultra day. The pain was real and fatigue gnawed at my resolve, but the experience was life distilled to its essence—simple, raw, and rewarding. Nothing compares to the clarity that ultra distance brings: stripped of distractions, it’s just you, your breath, and a moving meditation through the forest.</w:t>
      </w:r>
    </w:p>
    <w:p w14:paraId="44963BB3" w14:textId="77777777" w:rsidR="00C03725" w:rsidRDefault="00000000">
      <w:pPr>
        <w:jc w:val="both"/>
      </w:pPr>
      <w:r>
        <w:t>October brought a peculiar twist with the London Marathon Virtual. Running alone in Phoenix, not through the bustling streets of London, gave me time to reflect on what it means to truly persevere in isolation. Community, connection, and the shared struggle of runners all over the globe—those feelings cut through the loneliness, weaving a sense of belonging even when thousands of miles apart.</w:t>
      </w:r>
    </w:p>
    <w:p w14:paraId="527D0B9B" w14:textId="77777777" w:rsidR="00C03725" w:rsidRDefault="00000000">
      <w:pPr>
        <w:jc w:val="both"/>
      </w:pPr>
      <w:r>
        <w:t>Two weeks later, at the Georgina Marathon, I ran one of my strongest performances in years—3:37:07. The day brought that rare alignment when all the training, stubborn will, and luck converge. The satisfaction at the finish line was deeper than the clock. It was a validation that after more than 100 races, the body can still surprise the mind, offering flashes of youthful speed.</w:t>
      </w:r>
    </w:p>
    <w:p w14:paraId="22332163" w14:textId="77777777" w:rsidR="00C03725" w:rsidRDefault="00000000">
      <w:pPr>
        <w:jc w:val="both"/>
      </w:pPr>
      <w:r>
        <w:t>Boston’s 126th running in April 2022 illuminated everything crossing that finish line means to me. Boston was never just a race—it’s a pilgrimage, a moment to honor every previous chapter. Each year is different, yet the spirit is always the same: committed, grateful, and fiercely proud. That 4:09:22 carried the weight of years, memories, and the promise of still more ahead.</w:t>
      </w:r>
    </w:p>
    <w:p w14:paraId="1E9491E8" w14:textId="77777777" w:rsidR="00C03725" w:rsidRDefault="00000000">
      <w:pPr>
        <w:jc w:val="both"/>
      </w:pPr>
      <w:r>
        <w:t>Then came Lake Placid Ironman—my marathon leg clocked at 4:56:11. There’s something special about Lake Placid: history, community, and challenge converge in an environment that forces you to dig deeper and show up as the most honest version of yourself. Every Ironman has been a crucible for growth, but each return to Placid feels like a sacred homecoming.</w:t>
      </w:r>
    </w:p>
    <w:p w14:paraId="44AE3AF0" w14:textId="77777777" w:rsidR="00C03725" w:rsidRDefault="00000000">
      <w:pPr>
        <w:jc w:val="both"/>
      </w:pPr>
      <w:r>
        <w:lastRenderedPageBreak/>
        <w:t>Green Lakes Endurance Run followed, a 50k loop around serene lakes and untamed trails, reminding me of why the allure of ultras never fades. The miles pile up, fatigue sets in, and yet the sense of accomplishment grows with every step. That camaraderie—the quick exchange of encouragement, the shared struggle—shows that every finish is equally about friendship and willpower.</w:t>
      </w:r>
    </w:p>
    <w:p w14:paraId="6B17D1DE" w14:textId="77777777" w:rsidR="00C03725" w:rsidRDefault="00000000">
      <w:pPr>
        <w:jc w:val="both"/>
      </w:pPr>
      <w:r>
        <w:t>October 2023 brought me to Toronto for the Scotiabank Waterfront Marathon, a chance to reconnect with my Canadian roots and revisit the urban energy of one of my favorite cities. Finishing in 4:51:41, I was once again grateful for the way running both connects and reunites us, year after year.</w:t>
      </w:r>
    </w:p>
    <w:p w14:paraId="0BDB12D5" w14:textId="77777777" w:rsidR="00C03725" w:rsidRDefault="00000000">
      <w:pPr>
        <w:jc w:val="both"/>
      </w:pPr>
      <w:r>
        <w:t>2024 arrived with the culmination of a dream: Tokyo in March, London in April, and with these finishes, the coveted Abbot Six Star. Tokyo was a sensory feast—vivid color, endless energy, the buzz of being part of something so much bigger than myself. The time (4:46:18) became secondary to the culture, the atmosphere, and the amazing ocean of runners. London, my 109th finish, carried with it the emotional weight of a lifetime’s pursuit—so many starts, so many finishes, and now, a global journey come full circle.</w:t>
      </w:r>
    </w:p>
    <w:p w14:paraId="6E6E3F7B" w14:textId="77777777" w:rsidR="00C03725" w:rsidRDefault="00000000">
      <w:pPr>
        <w:jc w:val="both"/>
      </w:pPr>
      <w:r>
        <w:t>With these accomplishments, I’m reminded that the numbers matter much less than the feelings that come with them: the deep satisfaction, the hard-earned confidence, and the hope that in persevering, I might inspire others. To be still chasing goals, still learning, and still living this remarkable journey after so many years is a privilege I never take for granted.</w:t>
      </w:r>
    </w:p>
    <w:p w14:paraId="1686442D" w14:textId="77777777" w:rsidR="00C03725" w:rsidRDefault="00000000">
      <w:pPr>
        <w:jc w:val="both"/>
      </w:pPr>
      <w:r>
        <w:t>I am, at heart, still the same underdog who started from the couch. These races prove that ordinary people can reach extraordinary heights through perseverance, self-belief, and community. Completing all six Abbot World Marathon Majors is symbolic—yes, it’s a checkmark in the running world, but more importantly, it’s a celebration of showing up, finding meaning, facing the pain, and moving forward in life just as in running. Today, as I look back and ahead, I know the journey continues. There will always be another race, another finish line, and new lessons waiting with every step.[1]</w:t>
      </w:r>
    </w:p>
    <w:p w14:paraId="37F23ACE" w14:textId="77777777" w:rsidR="00C03725" w:rsidRDefault="00000000">
      <w:pPr>
        <w:jc w:val="both"/>
      </w:pPr>
      <w:r>
        <w:t>NEEDS A PLACE:</w:t>
      </w:r>
    </w:p>
    <w:p w14:paraId="62C6BD1C" w14:textId="77777777" w:rsidR="00C03725" w:rsidRDefault="00000000">
      <w:pPr>
        <w:jc w:val="both"/>
      </w:pPr>
      <w:r>
        <w:t>By the end of 2005, I’d run ten marathons in just three years—my foray into running more than one marathon per year. 2005 was a milestone. That year alone, I not only ran the 8K, a triathlon, and the Ajax Waterfront Ten-Miler, but I quickly found myself plugging into the growing culture and camaraderie of distance running.</w:t>
      </w:r>
    </w:p>
    <w:p w14:paraId="7D51D7ED" w14:textId="77777777" w:rsidR="00C03725" w:rsidRDefault="00000000">
      <w:pPr>
        <w:jc w:val="both"/>
      </w:pPr>
      <w:r>
        <w:t xml:space="preserve">In January 2006, I added the Peterborough Marathonto my record. Soon after came the Arizona Rock’n’Roll Marathon—the inaugural event of what would become a renowned series. The Rock’n’Roll Marathon series, known for placing live bands along a 26.2-mile course, turns every race into a festival. You can hear the music well before you get to each stage, even if, like me, you’re the type to keep your head down and race past. Some runners stop, listen, and dance around. I appreciate that joy, but I’ve always been about the race and the challenge. My fun is a little different: the satisfaction of running hard and aiming for a </w:t>
      </w:r>
      <w:r>
        <w:lastRenderedPageBreak/>
        <w:t>personal best. That’s how my mentor Ted approached things too—work hard in the race, save the fun for the finish line.</w:t>
      </w:r>
    </w:p>
    <w:p w14:paraId="47D5897F" w14:textId="77777777" w:rsidR="00C03725" w:rsidRDefault="00000000">
      <w:pPr>
        <w:jc w:val="both"/>
      </w:pPr>
      <w:r>
        <w:t>The Arizona course itself is flat and fast, making it a favorite for setting records—my own included. That first Rock’n’Roll in Tempe, I broke the 3:02 mark, inching ever closer to that elusive sub-three-hour marathon, which for a runner in his forties, is rarified air. Training through winter in Canada adds to this sense of accomplishment. It’s difficult, but having a January race keeps me motivated through the holidays and gives me a head start on the year.</w:t>
      </w:r>
    </w:p>
    <w:p w14:paraId="6608A447" w14:textId="77777777" w:rsidR="00C03725" w:rsidRDefault="00000000">
      <w:pPr>
        <w:jc w:val="both"/>
      </w:pPr>
      <w:r>
        <w:t>At that race, I met another important mentor, Dean Hiebert, who ran Prescription Running in Arizona. Dean let me join his run club while I was intown, and his advice guided my push for faster times. Each time I hit a new mark, I set a new goal—never settling, always reaching.</w:t>
      </w:r>
    </w:p>
    <w:p w14:paraId="74931B25" w14:textId="77777777" w:rsidR="00C03725" w:rsidRDefault="00000000">
      <w:pPr>
        <w:jc w:val="both"/>
      </w:pPr>
      <w:r>
        <w:t>After that Bataan marathon, I went onto run my third Boston Marathon in as many years. Boston always brings its own challenges, with all possible weather conditions in a decade of races—snow, rain, heat, wind. But I kept qualifying, kept coming back, always striving for improvement.</w:t>
      </w:r>
    </w:p>
    <w:p w14:paraId="4A855519" w14:textId="77777777" w:rsidR="00C03725" w:rsidRDefault="00000000">
      <w:pPr>
        <w:jc w:val="both"/>
      </w:pPr>
      <w:r>
        <w:t>One lesson I’ve embraced is the Japanese concept of “Kaizen”—continual, incremental improvement. After World War II, Japan rebuilt, focusing not on perfection or grand gestures, but on small, consistent progress. I use this approach in running, business, and life. At the end of each day, I reflect: What went well? What can I improve?</w:t>
      </w:r>
    </w:p>
    <w:p w14:paraId="781E8741" w14:textId="77777777" w:rsidR="00C03725" w:rsidRDefault="00000000">
      <w:pPr>
        <w:jc w:val="both"/>
      </w:pPr>
      <w:r>
        <w:t>You’re not out to hit a home run every time. Sometimes you simply advance the runner—move forward, keep improving, step by step. Whether in sports, work, or relationships, aiming for small, positive changes is what shapes a better life.</w:t>
      </w:r>
    </w:p>
    <w:p w14:paraId="4637CD63" w14:textId="77777777" w:rsidR="00C03725" w:rsidRDefault="00000000">
      <w:pPr>
        <w:jc w:val="both"/>
      </w:pPr>
      <w:r>
        <w:t>In the end, most people are just trying to do their best—to improve, to provide for their families, to leave a legacy. The lesson from all of this? Just keep moving forward and do the right thing.</w:t>
      </w:r>
    </w:p>
    <w:p w14:paraId="65CF23B5" w14:textId="77777777" w:rsidR="00C03725" w:rsidRDefault="00000000">
      <w:pPr>
        <w:jc w:val="both"/>
      </w:pPr>
      <w:r>
        <w:t>9 23</w:t>
      </w:r>
    </w:p>
    <w:p w14:paraId="5699C14D" w14:textId="77777777" w:rsidR="00C03725" w:rsidRDefault="00000000">
      <w:pPr>
        <w:jc w:val="both"/>
      </w:pPr>
      <w:r>
        <w:t>Boston Marathon and Elite Company</w:t>
      </w:r>
    </w:p>
    <w:p w14:paraId="63998C0D" w14:textId="77777777" w:rsidR="00C03725" w:rsidRDefault="00000000">
      <w:pPr>
        <w:jc w:val="both"/>
      </w:pPr>
      <w:r>
        <w:t>September 23, 2022—datestamping this for clarity. After racing the Bataan Memorial Death March Marathon in late March, I found myself, just three weeks later, back at the start line for the Boston Marathon—my third Boston in as many years and my third marathon for that stretch.</w:t>
      </w:r>
    </w:p>
    <w:p w14:paraId="149EA9D7" w14:textId="77777777" w:rsidR="00C03725" w:rsidRDefault="00000000">
      <w:pPr>
        <w:jc w:val="both"/>
      </w:pPr>
      <w:r>
        <w:t xml:space="preserve">Participating in Boston always feels special, not just for the challenge but for the thrill of sharing an event with world-class athletes. Unlike most sports, distance running puts amateurs and professionals on the same field. Pro runners—true legends—lead the way, but you share the Expo, the course, and even the celebration with them. In 2006, the men’s winner was Robert Kipkoech Cheruiyot, with several other top athletes from Kenya and the U.S. among the front pack. On the women's side, Rita Jeptoo claimed victory, and I continue to be inspired by trailblazers like Joan Benoit Samuelson. There’s something remarkable about </w:t>
      </w:r>
      <w:r>
        <w:lastRenderedPageBreak/>
        <w:t>meeting your heroes in person, trading a few words, and remembering they’re real people sharing the same pursuit.</w:t>
      </w:r>
    </w:p>
    <w:p w14:paraId="25E64BCA" w14:textId="77777777" w:rsidR="00C03725" w:rsidRDefault="00000000">
      <w:pPr>
        <w:jc w:val="both"/>
      </w:pPr>
      <w:r>
        <w:t>That year, I finished Boston with a time of 3:12:49—my personal best on that legendary course, putting me in the top 10% of more than 22,000 runners. It’s not easy to requalify for Boston on the Boston course, and I narrowly beat the cutoff for the next year’s race.</w:t>
      </w:r>
    </w:p>
    <w:p w14:paraId="0EF63E15" w14:textId="77777777" w:rsidR="00C03725" w:rsidRDefault="00000000">
      <w:pPr>
        <w:jc w:val="both"/>
      </w:pPr>
      <w:r>
        <w:t>Mississauga Marathon: Community and Pacing</w:t>
      </w:r>
    </w:p>
    <w:p w14:paraId="17B859DD" w14:textId="77777777" w:rsidR="00C03725" w:rsidRDefault="00000000">
      <w:pPr>
        <w:jc w:val="both"/>
      </w:pPr>
      <w:r>
        <w:t>A month later, I returned to home turf for the Mississauga Marathon. Out of respect for privacy, I’ll just note that I paced a friend during her first marathon, adjusting my usual pace to support her goal. Finishing together at 4:12 was rewarding in its own way—the spirit of running is as much about helping others achieve their milestones as it is about chasing your own.</w:t>
      </w:r>
    </w:p>
    <w:p w14:paraId="165C2989" w14:textId="77777777" w:rsidR="00C03725" w:rsidRDefault="00000000">
      <w:pPr>
        <w:jc w:val="both"/>
      </w:pPr>
      <w:r>
        <w:t>The Mississauga Marathon, unlike Boston, is a smaller, local event that connects you to the running community in Ontario. Seeing friends like Darryl Sutherland win the overall title, or accomplished athletes like Marilyn (a local pro now doing Ironman), reinforces the camaraderie and respect runners have for each other—even as bodies get worn and ambitions evolve.</w:t>
      </w:r>
    </w:p>
    <w:p w14:paraId="68B233B9" w14:textId="77777777" w:rsidR="00C03725" w:rsidRDefault="00000000">
      <w:pPr>
        <w:jc w:val="both"/>
      </w:pPr>
      <w:r>
        <w:t>Pushing Limits: The Sulphur Springs 50 Miler</w:t>
      </w:r>
    </w:p>
    <w:p w14:paraId="177740F0" w14:textId="77777777" w:rsidR="00C03725" w:rsidRDefault="00000000">
      <w:pPr>
        <w:jc w:val="both"/>
      </w:pPr>
      <w:r>
        <w:t>The Drive to Keep Going</w:t>
      </w:r>
    </w:p>
    <w:p w14:paraId="5502ECE9" w14:textId="77777777" w:rsidR="00C03725" w:rsidRDefault="00000000">
      <w:pPr>
        <w:jc w:val="both"/>
      </w:pPr>
      <w:r>
        <w:t>Why keep pushing? Part of it comes from the tribe I found through running—communities like the Marathon Maniacs and friends like Brian who normalize running one marathon after another. Exposure to others pushing past perceived limits rewrote the script in my own mind, making the impossible seem routine.</w:t>
      </w:r>
    </w:p>
    <w:p w14:paraId="6C47898C" w14:textId="77777777" w:rsidR="00C03725" w:rsidRDefault="00000000">
      <w:pPr>
        <w:jc w:val="both"/>
      </w:pPr>
      <w:r>
        <w:t>Physically, it was about harnessing seasons of good health, strong training, and proper nutrition—stacking up accomplishments while the stars aligned. Mentally, I recognize shades of a compulsive, even addictive personality—one that, mindful of familial alcoholism, found a positive channel in endurance sport. The endorphin high is real; going too long without running brings on a funk. Running isn’t mere exercise for me—it’s part therapy, part meditation, part identity. If days go by without lacing up, I feel mentally and emotionally “off.”</w:t>
      </w:r>
    </w:p>
    <w:p w14:paraId="0F74B713" w14:textId="77777777" w:rsidR="00C03725" w:rsidRDefault="00000000">
      <w:pPr>
        <w:jc w:val="both"/>
      </w:pPr>
      <w:r>
        <w:t>Running has never been just about the finish line. It’s about mental wellness, self-mastery, and connection—with others and with myself. During long runs, thoughts untangle, ideas spark, and clarity settles in ways that no other routine provides. It’s my healthy addiction, my way of escaping and confronting life at once.</w:t>
      </w:r>
    </w:p>
    <w:p w14:paraId="0BA00715" w14:textId="77777777" w:rsidR="00C03725" w:rsidRDefault="00000000">
      <w:pPr>
        <w:jc w:val="both"/>
      </w:pPr>
      <w:r>
        <w:t>Reflecting on all these experiences, one truth emerges: limits are often self-imposed. When you align your mindset, community, and habits in pursuit of something meaningful—running, business, or any passion—a world of possibility opens up, one step at a time.</w:t>
      </w:r>
    </w:p>
    <w:p w14:paraId="153C666E" w14:textId="77777777" w:rsidR="00C03725" w:rsidRDefault="00000000">
      <w:pPr>
        <w:jc w:val="both"/>
      </w:pPr>
      <w:r>
        <w:lastRenderedPageBreak/>
        <w:t xml:space="preserve">There are days when life just piles on—work, family, exhaustion. Amid all those demands, running is my outlet and my reset switch. Morning runs give me the energy to face the day, but if I miss one, I tell myself, “I’ll go tonight.” Yet, after a day of commuting, working, and more commuting, it’s remarkably easy to collapse onto the couch and not move again. Once you sit down or eat, the odds of going back out evaporate. It takes mental fortitude to carve out time for yourself. Family schedules, a spouse, children, responsibilities—everything tugs you in different directions. I’ve met Ironman parents who wake at 4 a.m. just to fit workouts in without sacrificing family life. I relate: running is a core part of my identity, a non-negotiable. It might even be a touch of OCD, but for me, running isn’t just a hobby; it’s a lifestyle I’ve fully adopted. Whereas others join bowling leagues or dart leagues, I plan every trip or vacation around a local running event—whether it’s a 5K fundraiser or a marathon. Traveling means running in new cities; I remember everything better from a run, whether that’s New York’s Central Park or the streets of Warsaw. That’s how deeply running is woven into my experience. Am I addicted? Maybe. There’s a history of addiction in my family, and I think a lot of people share elements of that personality—some focused on healthier outlets than others. At least my compulsive tendencies support my well-being. I aim to be healthy, to keep moving, and to avoid pharmaceuticals. A daily minimum of 20–30 minutes of exercise is essential—walking, cycling, anything. With running, the value is exponential: high-intensity movement delivers both immediate and long-term benefits. Navigating Injury and Obsession Running isn’t risk-free. The injury list for runners is long: Achilles, IT band, back, patellar tendonitis. Personally, I’ve avoided meniscus tears, but chronic tendon issues have haunted me for years, sometimes slowing me down, impacting later marathons. Injuries can sideline you, and I always encourage others—even those who say “I can’t run”—to find another way: cycling, walking, anything to keep active. I admit I talk about running a lot; it’s become my identity to friends and colleagues alike. And while it might seem obsessive, I’ve seen firsthand how running helps people—especially new mothers combatting postpartum challenges, or parents instilling active habits in their kids at community runs. Our family doesn’t have a tradition of running together, but I try to start that with my nephew’s children—inviting them out to join “turkey trots” on holiday mornings. Running with family or friends, whatever the event, always brings a deeper connection and builds healthy routines early on. I’ll run on Christmas morning or New Year’s Eve if that’s what it takes to keep the momentum and joy alive. The Realities Behind the Calories Of course, running does burn calories, but it’s no license to eat whatever you want. I’ve seen plenty of folks finish a short run and then consume more calories at the post-run café than they burned—wondering why they’re not seeing results. Nutrition matters—what you eat is just as important as how far you run. Overcoming Weather, Treadmills, and Worst Days What do I dislike most about running? The winters. Training through cold, rain, and three-hour Sunday runs in Ontario’s chill tests mental stamina. I use a high-end treadmill—the best you can afford is worth it because you’ll actually use it—but running indoors is for short stretches, not for training for ultramarathons. Reflecting on the hardest runs, it’s clear the worst days come from inadequate training or being overwhelmed by work and life stress. Sometimes exhaustion, lack of preparation, or going into a tough race already burned out can turn a marathon or triathlon into a grueling experience. There were years my marathon times suffered, and a handful of times I didn’t </w:t>
      </w:r>
      <w:r>
        <w:lastRenderedPageBreak/>
        <w:t>finish at all. The lesson: don’t try to push through injury just to meet a goal. Wisdom is knowing when to stop, even if your mind is screaming to continue. Life and Business Lessons From the Road Every experience, good or bad, is a teacher. Marathon running—like business—demands preparation: garbage in, garbage out. You can’t fake readiness. If you’ve trained for 10K, you can’t expect a 3:30 marathon, no matter how determined you are. It’s not unlike climbing the career ladder: you must put in time and effort before getting promoted. With every event, I analyze what went well, what didn’t, and what could be improved, both for myself and the runners I coach. That mindset—constant debriefing, pursuing small gains—applies equally to running, work, and life. Some runners, like my friend with double knee replacements, are redefining what’s possible. Whenever someone says, “You can’t do it,” my instinct is to prove them wrong—or at least try, simply to see what’s truly possible. As in business, so in life: learn, adapt, and keep moving forward. On Coaching and Giving Back Coaching others is rewarding, but rarely lucrative. I do it for the impact, not the money. I’ve helped several friends qualify for Boston, seeing them go from four-and-a-half-hour marathons to sub-3:20—an incredible transformation. There’s always the potential to create a new “runner’s bootcamp,” especially for new moms, busy professionals, or even “doctors only” groups for improving mental and physical health. These ideas, like everything meaningful, come from sharing experience and building supportive communities. In the end, every insight on the road—is health, perseverance, or failure—becomes a lesson I’m eager to share, whether in conversation, coaching, or these pages. The journey continues, one mile, one marathon, one lesson at a time.</w:t>
      </w:r>
    </w:p>
    <w:p w14:paraId="49324D79" w14:textId="77777777" w:rsidR="00C03725" w:rsidRDefault="00000000">
      <w:pPr>
        <w:jc w:val="both"/>
      </w:pPr>
      <w:r>
        <w:t>There are days when the weight of life—work, family, exhaustion—presses hard, and running is the outlet that keeps everything in balance. Morning miles reset my mind and fuel me for the day ahead. Miss that window, and suddenly the couch starts calling after work, the motivation drains away, and the chance to lace up slips by. It takes real mental fortitude to carve out that precious time for yourself. With family schedules, work, and countless responsibilities pulling in every direction, keeping running in my life is no small feat. I’ve seen Ironman parents squeeze in gritty 4 a.m. workouts just to keep the promise to themselves and their loved ones. For me, running isn’t simply a habit—it’s woven into who I am, maybe a bit obsessive, but always non-negotiable.</w:t>
      </w:r>
    </w:p>
    <w:p w14:paraId="29D2E7AF" w14:textId="77777777" w:rsidR="00C03725" w:rsidRDefault="00000000">
      <w:pPr>
        <w:jc w:val="both"/>
      </w:pPr>
      <w:r>
        <w:t>For some, hobbies mean bowling leagues or dart clubs; for me, it’s searching out a marathon, a 5K fundraiser, or any race wherever I travel. Every trip, every vacation, is planned around running—and it’s the runs I remember most, whether through Central Park or ancient Warsaw streets. This is my way of connecting to places, people, and the very rhythm of life.</w:t>
      </w:r>
    </w:p>
    <w:p w14:paraId="1B0EFE6A" w14:textId="77777777" w:rsidR="00C03725" w:rsidRDefault="00000000">
      <w:pPr>
        <w:jc w:val="both"/>
      </w:pPr>
      <w:r>
        <w:t>Is it addiction? I won’t deny the family history or the pull of compulsive behaviors, but I’m glad mine supports my health and sense of balance. Running for at least 20–30 minutes each day—walking, cycling, moving—delivers exponential value for body and mind. High-intensity movement, especially, is powerful: it lifts my spirits and benefits me for years to come.</w:t>
      </w:r>
    </w:p>
    <w:p w14:paraId="2942FA2E" w14:textId="77777777" w:rsidR="00C03725" w:rsidRDefault="00000000">
      <w:pPr>
        <w:jc w:val="both"/>
      </w:pPr>
      <w:r>
        <w:t xml:space="preserve">Of course, running isn’t risk-free. Injury waits at the door: Achilles, IT band, chronic tendon trouble. I’ve had my share of aches that slowed down later marathons. Whenever someone </w:t>
      </w:r>
      <w:r>
        <w:lastRenderedPageBreak/>
        <w:t>says, “I can’t run,” I encourage them to find a safe workaround, whether it’s cycling or brisk walking—it’s the regular movement that matters.</w:t>
      </w:r>
    </w:p>
    <w:p w14:paraId="0984901B" w14:textId="77777777" w:rsidR="00C03725" w:rsidRDefault="00000000">
      <w:pPr>
        <w:jc w:val="both"/>
      </w:pPr>
      <w:r>
        <w:t>Running is everywhere in my life, and I talk about it often. It’s impacted friends and colleagues, especially post-partum moms regaining their health or parents getting their kids hooked on community runs. My own family didn’t start with running traditions, so I’m creating them—inviting nephews and their young children to turkey trots, running every Christmas or New Year’s, keeping the joy alive.</w:t>
      </w:r>
    </w:p>
    <w:p w14:paraId="3D9903AC" w14:textId="77777777" w:rsidR="00C03725" w:rsidRDefault="00000000">
      <w:pPr>
        <w:jc w:val="both"/>
      </w:pPr>
      <w:r>
        <w:t>Yes, running burns calories, but it’s not a free pass to overindulge. I’ve watched people burn a few hundred calories on a short run only to load up on muffins and lattes, negating their efforts. Healthy nutrition needs to go hand in hand with mileage.</w:t>
      </w:r>
    </w:p>
    <w:p w14:paraId="322EA93D" w14:textId="77777777" w:rsidR="00C03725" w:rsidRDefault="00000000">
      <w:pPr>
        <w:jc w:val="both"/>
      </w:pPr>
      <w:r>
        <w:t>Honestly, the hardest part is pushing through cold winters or enduring treadmill sessions. Ontario’s winters challenge even the hardiest. I recommend investing in the best treadmill you can afford—you’ll use it more—but nothing replaces outdoor miles for true marathon training.</w:t>
      </w:r>
    </w:p>
    <w:p w14:paraId="431F5523" w14:textId="77777777" w:rsidR="00C03725" w:rsidRDefault="00000000">
      <w:pPr>
        <w:jc w:val="both"/>
      </w:pPr>
      <w:r>
        <w:t>Some of my toughest running experiences stemmed from lack of training or overwhelming stress—times when marathons and Ironman events became grueling tests of mind and body. I’ve learned painful lessons about not pushing through injury. Wisdom is knowing when to stop or adapt, preventing injuries from sidelining you for good.</w:t>
      </w:r>
    </w:p>
    <w:p w14:paraId="24120099" w14:textId="77777777" w:rsidR="00C03725" w:rsidRDefault="00000000">
      <w:pPr>
        <w:jc w:val="both"/>
      </w:pPr>
      <w:r>
        <w:t>The greatest lesson is learning from every run—good or bad. You can’t fake preparation: garbage in, garbage out. Success is built through time, effort, and honest analysis. Every event is a chance to debrief, assess, and improve, just like in business.</w:t>
      </w:r>
    </w:p>
    <w:p w14:paraId="61ADC219" w14:textId="77777777" w:rsidR="00C03725" w:rsidRDefault="00000000">
      <w:pPr>
        <w:jc w:val="both"/>
      </w:pPr>
      <w:r>
        <w:t>Coaching and giving back has become part of my mission. I’ve helped runners qualify for Boston, move past setbacks, and reclaim their health—with no expectation beyond seeing their success. Whether coaching new moms, busy executives, or building runners’ workshops, sharing what I’ve learned inspires and sustains me.</w:t>
      </w:r>
    </w:p>
    <w:p w14:paraId="61FC3516" w14:textId="77777777" w:rsidR="00C03725" w:rsidRDefault="00000000">
      <w:pPr>
        <w:jc w:val="both"/>
      </w:pPr>
      <w:r>
        <w:t>In the end, running has taught me to persevere, adapt, and learn—always analyzing, always moving forward, transforming every lesson from the road into something valuable for life.[1]</w:t>
      </w:r>
    </w:p>
    <w:p w14:paraId="238D7E70" w14:textId="77777777" w:rsidR="00C03725" w:rsidRDefault="00000000">
      <w:pPr>
        <w:jc w:val="both"/>
      </w:pPr>
      <w:r>
        <w:t>Fresh in my mind is the Lake Placid Marathon, June 11, 2006—a formative experience in my running journey. That year, the marathon was brand new, organized by the local community, without the international competitors or prize purses you find elsewhere. For me, that was part of the draw: forging my own path, taking a chance in unfamiliar territory. Out of nowhere, I found myself finishing second overall in 3:03:33—a time that soon became my lucky number. Holding that plaque, I realized the power of benchmarks, the rush of chasing a goal, and the confidence that comes when you simply go for it and surprise yourself. It wasn’t about the money, but the recognition—standing on a podium, getting the nod for hard work, and joining the ranks of those who dared to see what they could do.</w:t>
      </w:r>
    </w:p>
    <w:p w14:paraId="06384251" w14:textId="77777777" w:rsidR="00C03725" w:rsidRDefault="00000000">
      <w:pPr>
        <w:jc w:val="both"/>
      </w:pPr>
      <w:r>
        <w:lastRenderedPageBreak/>
        <w:t>Motivation is a funny thing. In running, as in life, it isn’t just about prizes and accolades. I’ve finished second and third in marathons, stood on plenty of local race podiums, and always took pride in pushing my limits. Early on, I didn’t even know I was fast—and that, I think, is the average runner’s story. We’re all racing against ourselves, slowly raising the bar until we hit our own ceiling. The real magic is in the trying, the raising of benchmarks, and the discovery that you have far more inside you than you imagine.</w:t>
      </w:r>
    </w:p>
    <w:p w14:paraId="3754D6AC" w14:textId="77777777" w:rsidR="00C03725" w:rsidRDefault="00000000">
      <w:pPr>
        <w:jc w:val="both"/>
      </w:pPr>
      <w:r>
        <w:t>That mentality runs deep in my career and life. Whether in corporate leadership, entrepreneurship, or as a sales trainer and manager, taking risks and embracing new challenges has always been central. Self-doubt and uncertainty accompany any leap—into a new role, a public speaking gig, or a stretch marathon. But you do the training, put in the work, and trust that every risk leads to growth. You never know what you’re capable of until you step up and try.</w:t>
      </w:r>
    </w:p>
    <w:p w14:paraId="4CBC55A2" w14:textId="77777777" w:rsidR="00C03725" w:rsidRDefault="00000000">
      <w:pPr>
        <w:jc w:val="both"/>
      </w:pPr>
      <w:r>
        <w:t>J Mountain Marathon in Vermont is a classic example of embracing challenge. Technically an ultra at 31.6 miles, the event threw everything at us—up and over J Peak Mountain, through rivers, rocky climbs, even repelling across a stream with ropes. The registration form warned of “death”—and while no one perished, the disclaimers piqued my interest and tested my appetite for risk. Eight hours of slogging stoked the fire of accomplishment, and twice I returned for the punishment and thrill. Sometimes, the toughest races are the most rewarding.</w:t>
      </w:r>
    </w:p>
    <w:p w14:paraId="702DF6D3" w14:textId="77777777" w:rsidR="00C03725" w:rsidRDefault="00000000">
      <w:pPr>
        <w:jc w:val="both"/>
      </w:pPr>
      <w:r>
        <w:t>Ultra-marathons come with literal peril. During the Halliburton Forest ultra, bears are an honest risk. Once, a fellow runner encountered a bear; the old joke is you don’t need to outrun the bear, just the next slowest runner. Canadian Death Race, held in the Rockies, embraces the very idea of danger—racing through wilderness where anything can happen. These events stoke adrenaline, sharpen your senses, and remind you that living on the edge is sometimes where you find the truest version of yourself.</w:t>
      </w:r>
    </w:p>
    <w:p w14:paraId="2E62E7BA" w14:textId="77777777" w:rsidR="00C03725" w:rsidRDefault="00000000">
      <w:pPr>
        <w:jc w:val="both"/>
      </w:pPr>
      <w:r>
        <w:t>If there’s a guiding principle, it’s commitment: when you say you’ll do something, dig in and follow through. Career changes, travel adventures, and first marathons all demand action, not just intention. I never wanted to sit at life’s finish line full of regrets. The doors are always there—opportunities open daily—you simply have to muster the nerve to pick one and step through it. The world isn’t about waiting for luck; it’s about putting in the effort, buying the ticket as the old joke goes, and claiming your shot at the lottery.</w:t>
      </w:r>
    </w:p>
    <w:p w14:paraId="236093C7" w14:textId="77777777" w:rsidR="00C03725" w:rsidRDefault="00000000">
      <w:pPr>
        <w:jc w:val="both"/>
      </w:pPr>
      <w:r>
        <w:t xml:space="preserve">Whether it’s running that first 5K or standing tall as a sales manager addressing a new team, that sense of “I don’t know if I’m ready” is universal—but if you take the training seriously, and trust the process, you move from uncertainty to accomplishment. Sometimes you shock yourself with what’s possible. The lesson, in running and life, is always the same: train, commit, seize the opportunity, and don’t let the fear of failure hold you back. The miles, the podiums, and the risks have shaped me more than any finish time or medal ever could. And through it all, humor and an occasional bear chas After the extreme test of the Jay Mountain Marathon, my appreciation for high-risk challenges only grew. Events like Tough Mudder and shorter obstacle courses have surged in popularity, but my heart is always with the ultra </w:t>
      </w:r>
      <w:r>
        <w:lastRenderedPageBreak/>
        <w:t>events that demand more—more mental toughness, more physical resilience, more stories etched into memory.</w:t>
      </w:r>
    </w:p>
    <w:p w14:paraId="4B11FE87" w14:textId="77777777" w:rsidR="00C03725" w:rsidRDefault="00000000">
      <w:pPr>
        <w:jc w:val="both"/>
      </w:pPr>
      <w:r>
        <w:t>Risk is part of the thrill. Whether it’s mountain biking, rock climbing, or charging through an ultra-marathon, that edge of danger brings a powerful focus. I can remember nearly every kilometer of a race in crystal detail, even if I can’t recall what I had for breakfast yesterday. There’s something intensely memorable about being so present, so pushed to your limit, that your senses heighten and every emotion etches itself deep into your mind. Certain songs, smells, or places will trigger those memories years later.</w:t>
      </w:r>
    </w:p>
    <w:p w14:paraId="0C5E5497" w14:textId="77777777" w:rsidR="00C03725" w:rsidRDefault="00000000">
      <w:pPr>
        <w:jc w:val="both"/>
      </w:pPr>
      <w:r>
        <w:t>I sometimes feel a twinge of sympathy for anyone who hasn’t experienced this, not because running or racing is the only source of that vitality, but because everyone deserves that sort of passion—something that makes you feel alive and present. Whether it’s running or another pursuit, finding your “thing”—your physical outlet, your community—is the key. The upside is clear: you get healthier, fitter, more flexible, maybe a little banged up, but you’ll live longer and richer.</w:t>
      </w:r>
    </w:p>
    <w:p w14:paraId="19DFECA4" w14:textId="77777777" w:rsidR="00C03725" w:rsidRDefault="00000000">
      <w:pPr>
        <w:jc w:val="both"/>
      </w:pPr>
      <w:r>
        <w:t>That fall, I set another personal record: four marathons in a single month. Old-school wisdom would call that madness. But by 2006, I was regularly running one a month, sometimes more—four in four weeks, then even six in six weeks. That year alone, I completed fourteen marathons and ultras.</w:t>
      </w:r>
    </w:p>
    <w:p w14:paraId="3E860381" w14:textId="77777777" w:rsidR="00C03725" w:rsidRDefault="00000000">
      <w:pPr>
        <w:jc w:val="both"/>
      </w:pPr>
      <w:r>
        <w:t>Halliburton Forest 50 Miler and the Bear Story</w:t>
      </w:r>
    </w:p>
    <w:p w14:paraId="364140FC" w14:textId="77777777" w:rsidR="00C03725" w:rsidRDefault="00000000">
      <w:pPr>
        <w:jc w:val="both"/>
      </w:pPr>
      <w:r>
        <w:t>The Halliburton Forest 50 Miler was my second time tackling the distance—seventy to eighty kilometers, or nearly double a standard marathon. The course, winding through pristine Ontario woods, was beautiful and wild, with an “out and back” structure flanked by lakes and endless trees. I finished just under nine hours, a full day’s endurance adventure.</w:t>
      </w:r>
    </w:p>
    <w:p w14:paraId="0066C437" w14:textId="77777777" w:rsidR="00C03725" w:rsidRDefault="00000000">
      <w:pPr>
        <w:jc w:val="both"/>
      </w:pPr>
      <w:r>
        <w:t>One thing about ultras—especially those run overnight—is wildlife. That particular September, after I finished my race, I stuck around to support friends taking on the 100-miler, who would be running through the night. Around 1:00 a.m., a bear charged out of the woods and hit a crew member’s car at one of the aid stations—not uncommon, given where we were. The next morning, a woman came into the lodge after finishing her run and recounted how, somewhere deep in those dark woods, her headlamp caught the shape of a bear ahead. Her reaction was instinctive: she dropped to her knees and began to cry. The bear, startled by her meltdown, bolted into the forest, and she—adrenaline in her veins—continued on. Thankfully, our Ontario bears are more interested in berries than runners, but any encounter in the dark gets the heart pounding.</w:t>
      </w:r>
    </w:p>
    <w:p w14:paraId="01821C18" w14:textId="77777777" w:rsidR="00C03725" w:rsidRDefault="00000000">
      <w:pPr>
        <w:jc w:val="both"/>
      </w:pPr>
      <w:r>
        <w:t>Bear bells and jokes among the racers lighten the mood. I remember passing two women wearing bear bells during a 25K, teasing them that I hadn’t spotted a chipmunk in hours because of their noisy precaution. Most forest animals clear out when runners come through, but stories like these become legends, passed around campfires at the finish.</w:t>
      </w:r>
    </w:p>
    <w:p w14:paraId="777C7B57" w14:textId="77777777" w:rsidR="00C03725" w:rsidRDefault="00000000">
      <w:pPr>
        <w:jc w:val="both"/>
      </w:pPr>
      <w:r>
        <w:lastRenderedPageBreak/>
        <w:t>The story of Ed Whitlock—the seventy-something marathoner passing me as he set a new age-group world record at the Scotiabank Waterfront Marathon—remains humbling, and a stark reminder of how the running journey is never over, no matter the age.</w:t>
      </w:r>
    </w:p>
    <w:p w14:paraId="7D94B0C6" w14:textId="77777777" w:rsidR="00C03725" w:rsidRDefault="00000000">
      <w:pPr>
        <w:jc w:val="both"/>
      </w:pPr>
      <w:r>
        <w:t>That fall, I pushed myself hard, running four marathons during October 2016 alone. At this point, I’d become what’s known as a “marathon maniac,” plugged into an online world of runners streaking marathons week after week—against all conventional wisdom, which long claimed one per year was the limit. Seeing stories of people like Dean Karnazes, who ran 52 marathons in 52 weeks, or tackled all 50 US states, made me realize that impossibilities are always worth revisiting. Early advice echoed Roger Bannister’s era: “You’ll die if you do that.” But as with Bannister’s sub-four-minute mile, someone always proves the doubters wrong.</w:t>
      </w:r>
    </w:p>
    <w:p w14:paraId="4C4E9E61" w14:textId="77777777" w:rsidR="00C03725" w:rsidRDefault="00000000">
      <w:pPr>
        <w:jc w:val="both"/>
      </w:pPr>
      <w:r>
        <w:t>In running—and in life—you’re surrounded by “crabs in a bucket,” those who try to pull you down the moment you try to climb out. I learned to tune out negativity, to choose my friends and tribe with care, and to align myself with those who support lofty goals, not those who pour skepticism on dreams.</w:t>
      </w:r>
    </w:p>
    <w:p w14:paraId="7F1ED237" w14:textId="77777777" w:rsidR="00C03725" w:rsidRDefault="00000000">
      <w:pPr>
        <w:jc w:val="both"/>
      </w:pPr>
      <w:r>
        <w:t>All of this reinforced a few truths:</w:t>
      </w:r>
    </w:p>
    <w:p w14:paraId="5C738629" w14:textId="77777777" w:rsidR="00C03725" w:rsidRDefault="00000000">
      <w:pPr>
        <w:jc w:val="both"/>
      </w:pPr>
      <w:r>
        <w:t>Don’t let others’ insecurities or skepticism stifle your ambition. Ignore the “crabs in a bucket”—find those who cheer you higher.</w:t>
      </w:r>
    </w:p>
    <w:p w14:paraId="56EEA83D" w14:textId="77777777" w:rsidR="00C03725" w:rsidRDefault="00000000">
      <w:pPr>
        <w:jc w:val="both"/>
      </w:pPr>
      <w:r>
        <w:t>Life’s for experiencing, not spectating. Whether it’s sport, music, craft, or travel, be an active participant, not just a bystander.</w:t>
      </w:r>
    </w:p>
    <w:p w14:paraId="1CB901BB" w14:textId="77777777" w:rsidR="00C03725" w:rsidRDefault="00000000">
      <w:pPr>
        <w:jc w:val="both"/>
      </w:pPr>
      <w:r>
        <w:t>Passion is identity. Work is part of what you do, but your passions—what you “are”—bring lasting fulfillment.</w:t>
      </w:r>
    </w:p>
    <w:p w14:paraId="0084270C" w14:textId="77777777" w:rsidR="00C03725" w:rsidRDefault="00000000">
      <w:pPr>
        <w:jc w:val="both"/>
      </w:pPr>
      <w:r>
        <w:t>Every new best is just another starting line. High achievers—whether in sport, work, or life—never settle; they keep pushing for the next breakthrough.</w:t>
      </w:r>
    </w:p>
    <w:p w14:paraId="68DAAF1B" w14:textId="77777777" w:rsidR="00C03725" w:rsidRDefault="00000000">
      <w:pPr>
        <w:jc w:val="both"/>
      </w:pPr>
      <w:r>
        <w:t>Use your passions to uplift others, too. Coaching, mentoring, and motivating others to break their own barriers is as rewarding as winning yourself.</w:t>
      </w:r>
    </w:p>
    <w:p w14:paraId="287C7E0C" w14:textId="77777777" w:rsidR="00C03725" w:rsidRDefault="00000000">
      <w:pPr>
        <w:jc w:val="both"/>
      </w:pPr>
      <w:r>
        <w:t>As my own story shows—sometimes it’s not about chasing the world record, but about breaking your own, again and again. One step forward, one marathon, one life lesson at a time.</w:t>
      </w:r>
    </w:p>
    <w:p w14:paraId="4AFC4C21" w14:textId="77777777" w:rsidR="00C03725" w:rsidRDefault="00000000">
      <w:pPr>
        <w:jc w:val="both"/>
      </w:pPr>
      <w:r>
        <w:t>Running Legends and Lasting Memories</w:t>
      </w:r>
    </w:p>
    <w:p w14:paraId="4C01698D" w14:textId="77777777" w:rsidR="00C03725" w:rsidRDefault="00000000">
      <w:pPr>
        <w:jc w:val="both"/>
      </w:pPr>
      <w:r>
        <w:t>Halliburton, like many races, is full of unique personalities—octogenarians tackling ultras, world-record streakers running daily for decades, old friends getting lost on the trail. I’ve run alongside the oldest marathoners on earth, seen records set and broken, and met people like Ed Whitlock, who was still marathon racing in his eighties.</w:t>
      </w:r>
    </w:p>
    <w:p w14:paraId="6D3B1EB6" w14:textId="77777777" w:rsidR="00C03725" w:rsidRDefault="00000000">
      <w:pPr>
        <w:jc w:val="both"/>
      </w:pPr>
      <w:r>
        <w:t xml:space="preserve">The point isn’t just the accomplishments, but the file cabinet of memories that each event burns into your mind. Every run is a story. After Halliburton, two weeks later I ran the Scotiabank Waterfront Marathon in Toronto—pouring rain at the start, runners huddled in </w:t>
      </w:r>
      <w:r>
        <w:lastRenderedPageBreak/>
        <w:t>garbage bags for warmth. My friend Dan and I started together but got separated as the race went on, another story that gets retold every time we lace up. It’s those little vignettes—the unexpected weather, the small victories, the laughs with friends—that stick with you long after the medals are put away.</w:t>
      </w:r>
    </w:p>
    <w:p w14:paraId="101619D1" w14:textId="77777777" w:rsidR="00C03725" w:rsidRDefault="00000000">
      <w:pPr>
        <w:jc w:val="both"/>
      </w:pPr>
      <w:r>
        <w:t>That’s the real legacy: the adventure, the camaraderie, the wild encounters—and the deep, vivid memories that only come from pushing beyond your comfort zone, again and again</w:t>
      </w:r>
    </w:p>
    <w:p w14:paraId="3AE91768" w14:textId="77777777" w:rsidR="00C03725" w:rsidRDefault="00000000">
      <w:pPr>
        <w:jc w:val="both"/>
      </w:pPr>
      <w:r>
        <w:t>help keep things in perspective.</w:t>
      </w:r>
    </w:p>
    <w:p w14:paraId="1B33B844" w14:textId="77777777" w:rsidR="00C03725" w:rsidRDefault="00000000">
      <w:pPr>
        <w:jc w:val="both"/>
      </w:pPr>
      <w:r>
        <w:t>Life Lessons from the Finish Line</w:t>
      </w:r>
    </w:p>
    <w:p w14:paraId="2A30C71F" w14:textId="77777777" w:rsidR="00C03725" w:rsidRDefault="00000000">
      <w:pPr>
        <w:jc w:val="both"/>
      </w:pPr>
      <w:r>
        <w:t>Reflecting on these races, the core lesson is about commitment and risk-taking. In running, business, or life, each milestone is proof that progress flows from courage and hard work, not luck or prayers alone. Want to win the lottery? You have to buy a ticket. Want to stand on the podium? You have to train, show up, and risk failing.</w:t>
      </w:r>
    </w:p>
    <w:p w14:paraId="2C53AF81" w14:textId="77777777" w:rsidR="00C03725" w:rsidRDefault="00000000">
      <w:pPr>
        <w:jc w:val="both"/>
      </w:pPr>
      <w:r>
        <w:t>Too often, I see people get promoted based on prior success versus readiness for what’s next. That’s a lesson from the boardroom as much as the race course: you can’t fake your way to the finish line. Preparation, perseverance, and willingness to seize (and survive!) new opportunities—that’s what moves us forward.</w:t>
      </w:r>
    </w:p>
    <w:p w14:paraId="2180A708" w14:textId="77777777" w:rsidR="00C03725" w:rsidRDefault="00000000">
      <w:pPr>
        <w:jc w:val="both"/>
      </w:pPr>
      <w:r>
        <w:t>Above all, don’t let fear of the unknown or self-doubt keep you from starting. Whether it’s hilltop in Vermont, standing at a marathon start line, or stepping into a new leadership role, every achievement begins with a commitment to try. And every mile run—no matter where it leads—proves you’re more capable than you think.</w:t>
      </w:r>
    </w:p>
    <w:p w14:paraId="5F94961A" w14:textId="77777777" w:rsidR="00C03725" w:rsidRDefault="00000000">
      <w:pPr>
        <w:jc w:val="both"/>
      </w:pPr>
      <w:r>
        <w:t>Back Cover</w:t>
      </w:r>
    </w:p>
    <w:p w14:paraId="624F4620" w14:textId="77777777" w:rsidR="00C03725" w:rsidRDefault="00000000">
      <w:pPr>
        <w:jc w:val="both"/>
      </w:pPr>
      <w:r>
        <w:t>One Step Forward Life Lessons Learned from 100 Marathons</w:t>
      </w:r>
    </w:p>
    <w:p w14:paraId="16421BEF" w14:textId="77777777" w:rsidR="00C03725" w:rsidRDefault="00000000">
      <w:pPr>
        <w:jc w:val="both"/>
      </w:pPr>
      <w:r>
        <w:t>A journey from the couch to the finish line. One ordinary runner, one extraordinary goal. 100 marathons, 100 lessons in perseverance, resilience, and hope. Discover how each mile, each challenge, and every finish taught the real truths about running, life, and moving forward—one step at a time.</w:t>
      </w:r>
    </w:p>
    <w:p w14:paraId="01365F4B" w14:textId="77777777" w:rsidR="00C03725" w:rsidRDefault="00000000">
      <w:pPr>
        <w:jc w:val="both"/>
      </w:pPr>
      <w:r>
        <w:t>About the Author</w:t>
      </w:r>
    </w:p>
    <w:p w14:paraId="1DF26DF4" w14:textId="77777777" w:rsidR="00C03725" w:rsidRDefault="00000000">
      <w:pPr>
        <w:jc w:val="both"/>
      </w:pPr>
      <w:r>
        <w:t>Gene Jochen is a lifelong runner and endurance athlete who has completed over 100 marathons—including 25 ultra-marathons and one unforgettable 100-miler. A ten-time Ironman finisher and veteran of 10 consecutive Boston Marathons, Gene has pushed limits on every continent and every course. His personal best of 2:56:17, achieved at Boston, stands as a testament to determination and years of training.</w:t>
      </w:r>
    </w:p>
    <w:p w14:paraId="7870FBD6" w14:textId="77777777" w:rsidR="00C03725" w:rsidRDefault="00000000">
      <w:pPr>
        <w:jc w:val="both"/>
      </w:pPr>
      <w:r>
        <w:t xml:space="preserve">Alongside his athletic accomplishments, Gene balanced his pursuit of excellence with a full-time career in corporate leadership and earned his MBA in Global Management. His entrepreneurial journey has led to founding and co-owning several businesses, from travel </w:t>
      </w:r>
      <w:r>
        <w:lastRenderedPageBreak/>
        <w:t>and consulting to Global Destination Learning—a company specializing in experiential, off-site leadership development for top executives. Whether racing, leading, or mentoring, Gene brings the same resilience and curiosity to all his endeavors. His story exemplifies the power of one step forward, and the remarkable lessons learned from a life on the run.[1]</w:t>
      </w:r>
    </w:p>
    <w:p w14:paraId="217A300D" w14:textId="77777777" w:rsidR="00C03725" w:rsidRDefault="00000000">
      <w:pPr>
        <w:jc w:val="both"/>
      </w:pPr>
      <w:r>
        <w:t>This book is a must-read for anyone searching for work-life balance, seeking motivation, or aiming to get back on track—whether in career, health, or personal growth. It’s packed with insight and inspirationto help you make the changes you truly desire and deserve.</w:t>
      </w:r>
    </w:p>
    <w:p w14:paraId="679222C9" w14:textId="77777777" w:rsidR="00C03725" w:rsidRDefault="00000000">
      <w:pPr>
        <w:jc w:val="both"/>
      </w:pPr>
      <w:r>
        <w:t>Drawing from years of practical experience, the author shares lessons learned from running and competing in over 100 marathons, ultra-marathons, and 10 Ironman races. Each accomplishment unfolds a lesson that applies directly to everyday work and life. Within these pages, you’ll find more than 100 powerful insights and “ah-ha” moments designed to resonate with runners and anyone striving for a better, more active, and fulfilling life.</w:t>
      </w:r>
    </w:p>
    <w:p w14:paraId="6C4D5E78" w14:textId="77777777" w:rsidR="00C03725" w:rsidRDefault="00000000">
      <w:pPr>
        <w:jc w:val="both"/>
      </w:pPr>
      <w:r>
        <w:t>"Find yourself at a crossroads in your professional journey? Feeling stagnant in your physical well-being? This compelling read is your key to transformation. Tapping into years of hands-on experience and drawing parallels from over 100 marathons, ultra marathons, and 10 grueling Ironman races, the author delivers more than just motivation. He presents real-world lessons and “ah-ha” moments tailored to high-achievers like you.</w:t>
      </w:r>
    </w:p>
    <w:p w14:paraId="6F2E1F8C" w14:textId="77777777" w:rsidR="00C03725" w:rsidRDefault="00000000">
      <w:pPr>
        <w:jc w:val="both"/>
      </w:pPr>
      <w:r>
        <w:t>Each chapter unveils a unique insight that directly translates into your daily work and life – insights that resonate not just with runners, but with executives, lawyers, marketers, and anyone striving for excellence. This book is your gateway to unlocking the changes you not only desire but indeed deserve."</w:t>
      </w:r>
    </w:p>
    <w:p w14:paraId="577D24BC" w14:textId="77777777" w:rsidR="00C03725" w:rsidRDefault="00000000">
      <w:pPr>
        <w:jc w:val="both"/>
      </w:pPr>
      <w:r>
        <w:t>Cindy Mount Helping Entrepreneurs Maximize Marketing Budgets</w:t>
      </w:r>
    </w:p>
    <w:sectPr w:rsidR="00C03725" w:rsidSect="00034616">
      <w:footerReference w:type="even" r:id="rId8"/>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EBC425" w14:textId="77777777" w:rsidR="006507A0" w:rsidRDefault="006507A0" w:rsidP="00B04D02">
      <w:pPr>
        <w:spacing w:after="0" w:line="240" w:lineRule="auto"/>
      </w:pPr>
      <w:r>
        <w:separator/>
      </w:r>
    </w:p>
  </w:endnote>
  <w:endnote w:type="continuationSeparator" w:id="0">
    <w:p w14:paraId="10EE2150" w14:textId="77777777" w:rsidR="006507A0" w:rsidRDefault="006507A0" w:rsidP="00B04D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notTrueType/>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inter">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1983386"/>
      <w:docPartObj>
        <w:docPartGallery w:val="Page Numbers (Bottom of Page)"/>
        <w:docPartUnique/>
      </w:docPartObj>
    </w:sdtPr>
    <w:sdtContent>
      <w:p w14:paraId="126513E6" w14:textId="3B6DF221" w:rsidR="00B04D02" w:rsidRDefault="00B04D02" w:rsidP="00FF2DA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F985796" w14:textId="77777777" w:rsidR="00B04D02" w:rsidRDefault="00B04D02" w:rsidP="00B04D0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22707439"/>
      <w:docPartObj>
        <w:docPartGallery w:val="Page Numbers (Bottom of Page)"/>
        <w:docPartUnique/>
      </w:docPartObj>
    </w:sdtPr>
    <w:sdtContent>
      <w:p w14:paraId="5A8C4CE0" w14:textId="07BFD734" w:rsidR="00B04D02" w:rsidRDefault="00B04D02" w:rsidP="00FF2DA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152</w:t>
        </w:r>
        <w:r>
          <w:rPr>
            <w:rStyle w:val="PageNumber"/>
          </w:rPr>
          <w:fldChar w:fldCharType="end"/>
        </w:r>
      </w:p>
    </w:sdtContent>
  </w:sdt>
  <w:p w14:paraId="754105E6" w14:textId="77777777" w:rsidR="00B04D02" w:rsidRDefault="00B04D02" w:rsidP="00B04D0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9706B0" w14:textId="77777777" w:rsidR="006507A0" w:rsidRDefault="006507A0" w:rsidP="00B04D02">
      <w:pPr>
        <w:spacing w:after="0" w:line="240" w:lineRule="auto"/>
      </w:pPr>
      <w:r>
        <w:separator/>
      </w:r>
    </w:p>
  </w:footnote>
  <w:footnote w:type="continuationSeparator" w:id="0">
    <w:p w14:paraId="66DFB19F" w14:textId="77777777" w:rsidR="006507A0" w:rsidRDefault="006507A0" w:rsidP="00B04D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17012904">
    <w:abstractNumId w:val="8"/>
  </w:num>
  <w:num w:numId="2" w16cid:durableId="1035082472">
    <w:abstractNumId w:val="6"/>
  </w:num>
  <w:num w:numId="3" w16cid:durableId="1846436767">
    <w:abstractNumId w:val="5"/>
  </w:num>
  <w:num w:numId="4" w16cid:durableId="1906836370">
    <w:abstractNumId w:val="4"/>
  </w:num>
  <w:num w:numId="5" w16cid:durableId="1513180942">
    <w:abstractNumId w:val="7"/>
  </w:num>
  <w:num w:numId="6" w16cid:durableId="992224425">
    <w:abstractNumId w:val="3"/>
  </w:num>
  <w:num w:numId="7" w16cid:durableId="1974015875">
    <w:abstractNumId w:val="2"/>
  </w:num>
  <w:num w:numId="8" w16cid:durableId="193883829">
    <w:abstractNumId w:val="1"/>
  </w:num>
  <w:num w:numId="9" w16cid:durableId="11395416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4056E0"/>
    <w:rsid w:val="006507A0"/>
    <w:rsid w:val="00875C66"/>
    <w:rsid w:val="00A43F8A"/>
    <w:rsid w:val="00AA1D8D"/>
    <w:rsid w:val="00B04D02"/>
    <w:rsid w:val="00B47730"/>
    <w:rsid w:val="00C03725"/>
    <w:rsid w:val="00CB0664"/>
    <w:rsid w:val="00F7264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E7C5F3E"/>
  <w14:defaultImageDpi w14:val="300"/>
  <w15:docId w15:val="{8BA83A89-11C8-ED45-8876-9CC74B19A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PageNumber">
    <w:name w:val="page number"/>
    <w:basedOn w:val="DefaultParagraphFont"/>
    <w:uiPriority w:val="99"/>
    <w:semiHidden/>
    <w:unhideWhenUsed/>
    <w:rsid w:val="00B04D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166</Pages>
  <Words>96668</Words>
  <Characters>429208</Characters>
  <Application>Microsoft Office Word</Application>
  <DocSecurity>0</DocSecurity>
  <Lines>7664</Lines>
  <Paragraphs>1341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524535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Gene Jochen</cp:lastModifiedBy>
  <cp:revision>4</cp:revision>
  <dcterms:created xsi:type="dcterms:W3CDTF">2025-11-19T22:22:00Z</dcterms:created>
  <dcterms:modified xsi:type="dcterms:W3CDTF">2025-11-20T14:55:00Z</dcterms:modified>
  <cp:category/>
</cp:coreProperties>
</file>