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THE ASSEMBLER</w:t>
      </w:r>
    </w:p>
    <w:p>
      <w:r>
        <w:t>Confessions of a Middle School Nihilist</w:t>
      </w:r>
    </w:p>
    <w:p>
      <w:r>
        <w:t>By Antonio P. White</w:t>
      </w:r>
    </w:p>
    <w:p>
      <w:r>
        <w:br w:type="page"/>
      </w:r>
    </w:p>
    <w:p>
      <w:pPr>
        <w:pStyle w:val="Heading1"/>
      </w:pPr>
      <w:r>
        <w:t>PART 0 — ORIGIN FILES</w:t>
      </w:r>
    </w:p>
    <w:p>
      <w:pPr>
        <w:pStyle w:val="Heading2"/>
      </w:pPr>
      <w:r>
        <w:t>U-1: Underpass Panic</w:t>
      </w:r>
    </w:p>
    <w:p>
      <w:r>
        <w:t>Age 5. In the back of Mom’s hatchback...</w:t>
        <w:br/>
        <w:t>"What if it falls?" I ask...</w:t>
        <w:br/>
        <w:t>That was the first time I remember doubting the system not out of rebellion—but self-preservation.</w:t>
      </w:r>
    </w:p>
    <w:p>
      <w:pPr>
        <w:pStyle w:val="Heading2"/>
      </w:pPr>
      <w:r>
        <w:t>Z-2: Zoo Guilt</w:t>
      </w:r>
    </w:p>
    <w:p>
      <w:r>
        <w:t>The lemur cage smells like dust and sugar...</w:t>
        <w:br/>
        <w:t>The cages look like mistakes. The plaques like apologies...</w:t>
        <w:br/>
        <w:t>Guilt isn’t something adults teach. It’s transmitted.</w:t>
      </w:r>
    </w:p>
    <w:p>
      <w:pPr>
        <w:pStyle w:val="Heading2"/>
      </w:pPr>
      <w:r>
        <w:t>M-3: Mom in Motion</w:t>
      </w:r>
    </w:p>
    <w:p>
      <w:r>
        <w:t>Mom’s back gave out in 1980 and never came back online...</w:t>
        <w:br/>
        <w:t>She gave me her wiring. And her noise.</w:t>
      </w:r>
    </w:p>
    <w:p>
      <w:pPr>
        <w:pStyle w:val="Heading2"/>
      </w:pPr>
      <w:r>
        <w:t>K-4: Kant Damage</w:t>
      </w:r>
    </w:p>
    <w:p>
      <w:r>
        <w:t>Philosophy class, college.</w:t>
        <w:br/>
        <w:t>Categorical imperative...</w:t>
        <w:br/>
        <w:t>Moral overload is not noble. It’s corrosive.</w:t>
      </w:r>
    </w:p>
    <w:p>
      <w:r>
        <w:br w:type="page"/>
      </w:r>
    </w:p>
    <w:p>
      <w:pPr>
        <w:pStyle w:val="Heading1"/>
      </w:pPr>
      <w:r>
        <w:t>PART I — TEXAS // 13 (Selections)</w:t>
      </w:r>
    </w:p>
    <w:p>
      <w:pPr>
        <w:pStyle w:val="Heading2"/>
      </w:pPr>
      <w:r>
        <w:t>Chapter 6: The Mullet Incident</w:t>
      </w:r>
    </w:p>
    <w:p>
      <w:r>
        <w:t>I arrive in a pink polo, sleeves pre-rolled by Mom...</w:t>
        <w:br/>
        <w:t>Thus began the radicalization.</w:t>
      </w:r>
    </w:p>
    <w:p>
      <w:pPr>
        <w:pStyle w:val="Heading2"/>
      </w:pPr>
      <w:r>
        <w:t>Chapter 7: Apartment Logic</w:t>
      </w:r>
    </w:p>
    <w:p>
      <w:r>
        <w:t>The drone said it to the teacher loud enough for the room to catch it: "He lives in an apartment."</w:t>
        <w:br/>
        <w:t>That was the moment I understood how morality was zoned.</w:t>
      </w:r>
    </w:p>
    <w:p>
      <w:pPr>
        <w:pStyle w:val="Heading2"/>
      </w:pPr>
      <w:r>
        <w:t>Chapter 8: No Doors</w:t>
      </w:r>
    </w:p>
    <w:p>
      <w:r>
        <w:t>Boys’ restroom. No stall doors. No way to take a shit without broadcasting your soul...</w:t>
      </w:r>
    </w:p>
    <w:p>
      <w:pPr>
        <w:pStyle w:val="Heading2"/>
      </w:pPr>
      <w:r>
        <w:t>Chapter 9: Assembly Lie</w:t>
      </w:r>
    </w:p>
    <w:p>
      <w:r>
        <w:t>Auditorium. Big banner says WELCOME TO THE BEST YEARS OF YOUR LIFE...</w:t>
        <w:br/>
        <w:t>I write: “THIS IS A LIE.”</w:t>
      </w:r>
    </w:p>
    <w:p>
      <w:r>
        <w:br w:type="page"/>
      </w:r>
    </w:p>
    <w:p>
      <w:pPr>
        <w:pStyle w:val="Heading1"/>
      </w:pPr>
      <w:r>
        <w:t>PART II — SAIGON // 50</w:t>
      </w:r>
    </w:p>
    <w:p>
      <w:pPr>
        <w:pStyle w:val="Heading2"/>
      </w:pPr>
      <w:r>
        <w:t>Entry 1: Diagnosis</w:t>
      </w:r>
    </w:p>
    <w:p>
      <w:r>
        <w:t>Clinic in District 3. White walls, tight corners, soft jazz pretending not to be a symptom...</w:t>
      </w:r>
    </w:p>
    <w:p>
      <w:pPr>
        <w:pStyle w:val="Heading2"/>
      </w:pPr>
      <w:r>
        <w:t>Entry 2: Cafeteria Again</w:t>
      </w:r>
    </w:p>
    <w:p>
      <w:r>
        <w:t>The noise of Vietnam is cafeteria-shaped...</w:t>
        <w:br/>
        <w:t>Scooters instead of trays...</w:t>
      </w:r>
    </w:p>
    <w:p>
      <w:pPr>
        <w:pStyle w:val="Heading2"/>
      </w:pPr>
      <w:r>
        <w:t>Entry 3: Renting Spare Brains</w:t>
      </w:r>
    </w:p>
    <w:p>
      <w:r>
        <w:t>ADHD at fifty isn’t quirky. It’s dangerous in bureaucracies...</w:t>
        <w:br/>
        <w:t>What I am is a rogue engineer with no budget and too many tabs open.</w:t>
      </w:r>
    </w:p>
    <w:p>
      <w:pPr>
        <w:pStyle w:val="Heading2"/>
      </w:pPr>
      <w:r>
        <w:t>Entry 4: Not a Hero</w:t>
      </w:r>
    </w:p>
    <w:p>
      <w:r>
        <w:t>People say Sisyphus is heroic. But they forget: Sisyphus is also the rock.</w:t>
      </w:r>
    </w:p>
    <w:p>
      <w:pPr>
        <w:pStyle w:val="Heading2"/>
      </w:pPr>
      <w:r>
        <w:t>Entry 5: Job Quit / Echo of Mullet</w:t>
      </w:r>
    </w:p>
    <w:p>
      <w:r>
        <w:t>I walked out of another job...</w:t>
        <w:br/>
        <w:t>Same muscle that flared during The Mullet Incident.</w:t>
      </w:r>
    </w:p>
    <w:p>
      <w:pPr>
        <w:pStyle w:val="Heading2"/>
      </w:pPr>
      <w:r>
        <w:t>Entry 6: Re-reading E</w:t>
      </w:r>
    </w:p>
    <w:p>
      <w:r>
        <w:t>E never saved me. They just saw me...</w:t>
        <w:br/>
        <w:t>The schematic runs on confession and witness.</w:t>
      </w:r>
    </w:p>
    <w:p>
      <w:r>
        <w:br w:type="page"/>
      </w:r>
    </w:p>
    <w:p>
      <w:pPr>
        <w:pStyle w:val="Heading1"/>
      </w:pPr>
      <w:r>
        <w:t>PART V — STILL ASSEMBLING</w:t>
      </w:r>
    </w:p>
    <w:p>
      <w:pPr>
        <w:pStyle w:val="Heading2"/>
      </w:pPr>
      <w:r>
        <w:t>Vignette 1: Cruise Ship Static</w:t>
      </w:r>
    </w:p>
    <w:p>
      <w:r>
        <w:t>It’s supposed to be a vacation. But I can’t stop watching the crew...</w:t>
      </w:r>
    </w:p>
    <w:p>
      <w:pPr>
        <w:pStyle w:val="Heading2"/>
      </w:pPr>
      <w:r>
        <w:t>Vignette 2: Meat Guilt</w:t>
      </w:r>
    </w:p>
    <w:p>
      <w:r>
        <w:t>BBQ joint in Saigon. Tourist says 'Best brisket in Asia!'...</w:t>
        <w:br/>
        <w:t>Every bite has a schematic.</w:t>
      </w:r>
    </w:p>
    <w:p>
      <w:pPr>
        <w:pStyle w:val="Heading2"/>
      </w:pPr>
      <w:r>
        <w:t>Vignette 3: Mild GAD</w:t>
      </w:r>
    </w:p>
    <w:p>
      <w:r>
        <w:t>Psych says, “Generalized Anxiety Disorder. Mild.” I laugh so hard I cry.</w:t>
      </w:r>
    </w:p>
    <w:p>
      <w:pPr>
        <w:pStyle w:val="Heading2"/>
      </w:pPr>
      <w:r>
        <w:t>Vignette 4: What Assemblers Are</w:t>
      </w:r>
    </w:p>
    <w:p>
      <w:r>
        <w:t>Assemblers are people like me...</w:t>
        <w:br/>
        <w:t>Some of us were born this way. Some of us were built.</w:t>
      </w:r>
    </w:p>
    <w:p>
      <w:pPr>
        <w:pStyle w:val="Heading2"/>
      </w:pPr>
      <w:r>
        <w:t>Final Augenblick: File 777 — Series-7</w:t>
      </w:r>
    </w:p>
    <w:p>
      <w:r>
        <w:t>I still have it. Folded four times...</w:t>
        <w:br/>
        <w:t>The schematic runs on confession and witness.</w:t>
        <w:br/>
        <w:t>The assembly continues. Now it’s yours too.</w:t>
      </w:r>
    </w:p>
    <w:p>
      <w:r>
        <w:br w:type="page"/>
      </w:r>
    </w:p>
    <w:p>
      <w:pPr>
        <w:pStyle w:val="Heading1"/>
      </w:pPr>
      <w:r>
        <w:t>Author Bio</w:t>
      </w:r>
    </w:p>
    <w:p>
      <w:r>
        <w:t>ANTONIO P. WHITE is a rogue librarian, noise enthusiast, and schematic collector currently based in Saigon. Diagnosed late. Assemblers always are.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Georgia" w:hAnsi="Georgia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