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b w:val="1"/>
          <w:bCs w:val="1"/>
          <w:sz w:val="32"/>
          <w:szCs w:val="32"/>
          <w:rtl w:val="0"/>
        </w:rPr>
        <w:t xml:space="preserve">THE ASSEMBLER — Master Manuscript (v11 clean)</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This file contains the updated v11 opening and the original manuscript with duplicate opening paragraphs removed.</w:t>
        <w:br w:type="textWrapping"/>
      </w:r>
    </w:p>
    <w:p w:rsidR="00000000" w:rsidDel="00000000" w:rsidP="00000000" w:rsidRDefault="00000000" w:rsidRPr="00000000" w14:paraId="00000003">
      <w:pPr>
        <w:rPr/>
      </w:pPr>
      <w:r w:rsidDel="00000000" w:rsidR="00000000" w:rsidRPr="00000000">
        <w:rPr>
          <w:rtl w:val="0"/>
        </w:rPr>
        <w:t xml:space="preserve">Texas, 13 — Chapter 1</w:t>
        <w:br w:type="textWrapping"/>
        <w:t xml:space="preserve">CLANG.</w:t>
      </w:r>
    </w:p>
    <w:p w:rsidR="00000000" w:rsidDel="00000000" w:rsidP="00000000" w:rsidRDefault="00000000" w:rsidRPr="00000000" w14:paraId="00000004">
      <w:pPr>
        <w:rPr/>
      </w:pPr>
      <w:r w:rsidDel="00000000" w:rsidR="00000000" w:rsidRPr="00000000">
        <w:rPr>
          <w:rtl w:val="0"/>
        </w:rPr>
        <w:t xml:space="preserve">The bell cones the room smaller. Grease on the rail. Forks click. A pyramid of tater tots lands like a dare.</w:t>
      </w:r>
    </w:p>
    <w:p w:rsidR="00000000" w:rsidDel="00000000" w:rsidP="00000000" w:rsidRDefault="00000000" w:rsidRPr="00000000" w14:paraId="00000005">
      <w:pPr>
        <w:rPr/>
      </w:pPr>
      <w:r w:rsidDel="00000000" w:rsidR="00000000" w:rsidRPr="00000000">
        <w:rPr>
          <w:rtl w:val="0"/>
        </w:rPr>
        <w:t xml:space="preserve">“This is meaningless,” I say, holding one up like evidence.</w:t>
      </w:r>
    </w:p>
    <w:p w:rsidR="00000000" w:rsidDel="00000000" w:rsidP="00000000" w:rsidRDefault="00000000" w:rsidRPr="00000000" w14:paraId="00000006">
      <w:pPr>
        <w:rPr/>
      </w:pPr>
      <w:r w:rsidDel="00000000" w:rsidR="00000000" w:rsidRPr="00000000">
        <w:rPr>
          <w:rtl w:val="0"/>
        </w:rPr>
        <w:t xml:space="preserve">The room contracts for one clean second. A kid three tables over lifts their eyes first, then the chin. Big Red on their breath. Duct-taped spiral, wire coil pressed into wrist. Under the bench: tap-tap—heel twice—as they slide into the empty seat like the chair was waiting.</w:t>
      </w:r>
    </w:p>
    <w:p w:rsidR="00000000" w:rsidDel="00000000" w:rsidP="00000000" w:rsidRDefault="00000000" w:rsidRPr="00000000" w14:paraId="00000007">
      <w:pPr>
        <w:rPr/>
      </w:pPr>
      <w:r w:rsidDel="00000000" w:rsidR="00000000" w:rsidRPr="00000000">
        <w:rPr>
          <w:rtl w:val="0"/>
        </w:rPr>
        <w:t xml:space="preserve">Before The Hostile can make a show of it, the kid turns their head and says nothing big at all.</w:t>
        <w:br w:type="textWrapping"/>
        <w:t xml:space="preserve">“Coach wants you. Now.”</w:t>
        <w:br w:type="textWrapping"/>
        <w:t xml:space="preserve">The Hostile peels off like that was the plan.</w:t>
      </w:r>
    </w:p>
    <w:p w:rsidR="00000000" w:rsidDel="00000000" w:rsidP="00000000" w:rsidRDefault="00000000" w:rsidRPr="00000000" w14:paraId="00000008">
      <w:pPr>
        <w:rPr/>
      </w:pPr>
      <w:r w:rsidDel="00000000" w:rsidR="00000000" w:rsidRPr="00000000">
        <w:rPr>
          <w:rtl w:val="0"/>
        </w:rPr>
        <w:t xml:space="preserve">They steal a tot, twist the top one a degree, and the stack clicks. The right corner of their mouth ticks when my word lands.</w:t>
        <w:br w:type="textWrapping"/>
        <w:t xml:space="preserve">“Name’s Clutch,” they say. “I work under pressure.”</w:t>
      </w:r>
    </w:p>
    <w:p w:rsidR="00000000" w:rsidDel="00000000" w:rsidP="00000000" w:rsidRDefault="00000000" w:rsidRPr="00000000" w14:paraId="00000009">
      <w:pPr>
        <w:rPr/>
      </w:pPr>
      <w:r w:rsidDel="00000000" w:rsidR="00000000" w:rsidRPr="00000000">
        <w:rPr>
          <w:rtl w:val="0"/>
        </w:rPr>
        <w:t xml:space="preserve">Milk detonates somewhere. The cog reloads the scoop. I don’t look away.</w:t>
        <w:br w:type="textWrapping"/>
        <w:t xml:space="preserve">Neither do they.</w:t>
      </w:r>
    </w:p>
    <w:p w:rsidR="00000000" w:rsidDel="00000000" w:rsidP="00000000" w:rsidRDefault="00000000" w:rsidRPr="00000000" w14:paraId="0000000A">
      <w:pPr>
        <w:rPr/>
      </w:pPr>
      <w:r w:rsidDel="00000000" w:rsidR="00000000" w:rsidRPr="00000000">
        <w:rPr>
          <w:rtl w:val="0"/>
        </w:rPr>
        <w:t xml:space="preserve">“Table Nine?” they ask.</w:t>
        <w:br w:type="textWrapping"/>
        <w:t xml:space="preserve">I nod. My Spider-Man watch buzzes a ghost second late. Forward motion.</w:t>
      </w:r>
    </w:p>
    <w:p w:rsidR="00000000" w:rsidDel="00000000" w:rsidP="00000000" w:rsidRDefault="00000000" w:rsidRPr="00000000" w14:paraId="0000000B">
      <w:pPr>
        <w:rPr/>
      </w:pPr>
      <w:r w:rsidDel="00000000" w:rsidR="00000000" w:rsidRPr="00000000">
        <w:rPr>
          <w:rtl w:val="0"/>
        </w:rPr>
        <w:t xml:space="preserve">“Saturday. Show. You in?” Clutch asks, voice low, wintergreen and cotton.</w:t>
      </w:r>
    </w:p>
    <w:p w:rsidR="00000000" w:rsidDel="00000000" w:rsidP="00000000" w:rsidRDefault="00000000" w:rsidRPr="00000000" w14:paraId="0000000C">
      <w:pPr>
        <w:rPr/>
      </w:pPr>
      <w:r w:rsidDel="00000000" w:rsidR="00000000" w:rsidRPr="00000000">
        <w:rPr>
          <w:rtl w:val="0"/>
        </w:rPr>
        <w:t xml:space="preserve">I put the evidence-tot back on the pyramid. The angle holds.</w:t>
        <w:br w:type="textWrapping"/>
        <w:t xml:space="preserve">“Yeah,” I say.</w:t>
        <w:br w:type="textWrapping"/>
        <w:t xml:space="preserve">“Good,” they say. “We’ll make it mean something.”</w:t>
      </w:r>
    </w:p>
    <w:p w:rsidR="00000000" w:rsidDel="00000000" w:rsidP="00000000" w:rsidRDefault="00000000" w:rsidRPr="00000000" w14:paraId="0000000D">
      <w:pPr>
        <w:rPr/>
      </w:pPr>
      <w:r w:rsidDel="00000000" w:rsidR="00000000" w:rsidRPr="00000000">
        <w:rPr>
          <w:rtl w:val="0"/>
        </w:rPr>
        <w:br w:type="textWrapping"/>
        <w:t xml:space="preserve">Schematic — On Names</w:t>
        <w:br w:type="textWrapping"/>
        <w:t xml:space="preserve">At thirteen I labeled to live: the cog turned the system, the drone floated inside it, the arbitrator decided and didn’t always explain, the hostile carried heat where a person should carry sense. My partner here is different. Clutch is a composite—several kids who stood between me and the machine. I call them Clutch so the story can breathe. The scenes are true; the bundle is honest. If a label begins to flatten a human, I retire it. The map serves the story, not the other way around.</w:t>
      </w:r>
    </w:p>
    <w:p w:rsidR="00000000" w:rsidDel="00000000" w:rsidP="00000000" w:rsidRDefault="00000000" w:rsidRPr="00000000" w14:paraId="0000000E">
      <w:pPr>
        <w:rPr/>
      </w:pPr>
      <w:r w:rsidDel="00000000" w:rsidR="00000000" w:rsidRPr="00000000">
        <w:rPr>
          <w:rtl w:val="0"/>
        </w:rPr>
        <w:br w:type="textWrapping"/>
        <w:t xml:space="preserve">Saigon, 50 — Interlude</w:t>
        <w:br w:type="textWrapping"/>
        <w:t xml:space="preserve">The scooters rise like a weather system and it’s the same pitch as that cafeteria: swarm logic, metal brightness, everyone going somewhere fast because standing still is how you get hit. In Texas I built a radio from parts—labels soldered to faces, survival tuned by static. Clutch taught me the other thing: timing. Pressure. The small sentence that moves a wall.</w:t>
      </w:r>
    </w:p>
    <w:p w:rsidR="00000000" w:rsidDel="00000000" w:rsidP="00000000" w:rsidRDefault="00000000" w:rsidRPr="00000000" w14:paraId="0000000F">
      <w:pPr>
        <w:rPr/>
      </w:pPr>
      <w:r w:rsidDel="00000000" w:rsidR="00000000" w:rsidRPr="00000000">
        <w:rPr>
          <w:rtl w:val="0"/>
        </w:rPr>
        <w:t xml:space="preserve">Now I test the old rules against the life I lived. Some hold. Most need mercy added. When the room cut quiet that day, it wasn’t magic. It was a person choosing to sit, speak, and take the heat. I didn’t have a word for it then. I do now. Signal.</w:t>
      </w:r>
    </w:p>
    <w:p w:rsidR="00000000" w:rsidDel="00000000" w:rsidP="00000000" w:rsidRDefault="00000000" w:rsidRPr="00000000" w14:paraId="00000010">
      <w:pPr>
        <w:rPr/>
      </w:pPr>
      <w:r w:rsidDel="00000000" w:rsidR="00000000" w:rsidRPr="00000000">
        <w:rPr>
          <w:rtl w:val="0"/>
        </w:rPr>
        <w:br w:type="textWrapping"/>
        <w:t xml:space="preserve">Texas, 13 — Chapter 2 (Lockers)</w:t>
        <w:br w:type="textWrapping"/>
        <w:t xml:space="preserve">The hallway is a hive. Lockers slam. Fluorescents buzz. The school smells like pencil shavings, middle school BO and anxiety.</w:t>
      </w:r>
    </w:p>
    <w:p w:rsidR="00000000" w:rsidDel="00000000" w:rsidP="00000000" w:rsidRDefault="00000000" w:rsidRPr="00000000" w14:paraId="00000011">
      <w:pPr>
        <w:rPr/>
      </w:pPr>
      <w:r w:rsidDel="00000000" w:rsidR="00000000" w:rsidRPr="00000000">
        <w:rPr>
          <w:rtl w:val="0"/>
        </w:rPr>
        <w:t xml:space="preserve">My locker is jammed. I jiggle, then yank. Static fills my head.</w:t>
      </w:r>
    </w:p>
    <w:p w:rsidR="00000000" w:rsidDel="00000000" w:rsidP="00000000" w:rsidRDefault="00000000" w:rsidRPr="00000000" w14:paraId="00000012">
      <w:pPr>
        <w:rPr/>
      </w:pPr>
      <w:r w:rsidDel="00000000" w:rsidR="00000000" w:rsidRPr="00000000">
        <w:rPr>
          <w:rtl w:val="0"/>
        </w:rPr>
        <w:t xml:space="preserve">Clutch steps in without ceremony. Heel tap-tap. They place their palm flat on the metal like it’s a living thing. A tiny twist at the latch. The buzz in the lights wobbles, then steadies. For exactly one heartbeat there is no static at all. The door yields.</w:t>
      </w:r>
    </w:p>
    <w:p w:rsidR="00000000" w:rsidDel="00000000" w:rsidP="00000000" w:rsidRDefault="00000000" w:rsidRPr="00000000" w14:paraId="00000013">
      <w:pPr>
        <w:rPr/>
      </w:pPr>
      <w:r w:rsidDel="00000000" w:rsidR="00000000" w:rsidRPr="00000000">
        <w:rPr>
          <w:rtl w:val="0"/>
        </w:rPr>
        <w:t xml:space="preserve">“Tiny turn,” Clutch says. “Try it next time.”</w:t>
      </w:r>
    </w:p>
    <w:p w:rsidR="00000000" w:rsidDel="00000000" w:rsidP="00000000" w:rsidRDefault="00000000" w:rsidRPr="00000000" w14:paraId="00000014">
      <w:pPr>
        <w:rPr/>
      </w:pPr>
      <w:r w:rsidDel="00000000" w:rsidR="00000000" w:rsidRPr="00000000">
        <w:rPr>
          <w:rtl w:val="0"/>
        </w:rPr>
        <w:t xml:space="preserve">I breathe. Forward motion.</w:t>
      </w:r>
    </w:p>
    <w:p w:rsidR="00000000" w:rsidDel="00000000" w:rsidP="00000000" w:rsidRDefault="00000000" w:rsidRPr="00000000" w14:paraId="00000015">
      <w:pPr>
        <w:rPr/>
      </w:pPr>
      <w:r w:rsidDel="00000000" w:rsidR="00000000" w:rsidRPr="00000000">
        <w:rPr>
          <w:rtl w:val="0"/>
        </w:rPr>
        <w:t xml:space="preserve">I want in without selling myself out.</w:t>
        <w:br w:type="textWrapping"/>
        <w:t xml:space="preserve">The thing in my way is the sorting machine that punishes noise.</w:t>
      </w:r>
    </w:p>
    <w:p w:rsidR="00000000" w:rsidDel="00000000" w:rsidP="00000000" w:rsidRDefault="00000000" w:rsidRPr="00000000" w14:paraId="00000016">
      <w:pPr>
        <w:rPr/>
      </w:pPr>
      <w:r w:rsidDel="00000000" w:rsidR="00000000" w:rsidRPr="00000000">
        <w:rPr>
          <w:rtl w:val="0"/>
        </w:rPr>
        <w:br w:type="textWrapping"/>
        <w:t xml:space="preserve">Texas, 13 — Chapter 3 (Dav Nato)</w:t>
        <w:br w:type="textWrapping"/>
        <w:t xml:space="preserve">The bus line spits us out in a long curl toward the breezeway. A kid in a denim vest angles up beside me like we’ve already met.</w:t>
      </w:r>
    </w:p>
    <w:p w:rsidR="00000000" w:rsidDel="00000000" w:rsidP="00000000" w:rsidRDefault="00000000" w:rsidRPr="00000000" w14:paraId="00000017">
      <w:pPr>
        <w:rPr/>
      </w:pPr>
      <w:r w:rsidDel="00000000" w:rsidR="00000000" w:rsidRPr="00000000">
        <w:rPr>
          <w:rtl w:val="0"/>
        </w:rPr>
        <w:t xml:space="preserve">“I saw you in the principal’s office,” he says. “First day. You got kicked out. Yeah, this place sucks.” He grins. “I’m Dav Nato.”</w:t>
      </w:r>
    </w:p>
    <w:p w:rsidR="00000000" w:rsidDel="00000000" w:rsidP="00000000" w:rsidRDefault="00000000" w:rsidRPr="00000000" w14:paraId="00000018">
      <w:pPr>
        <w:rPr/>
      </w:pPr>
      <w:r w:rsidDel="00000000" w:rsidR="00000000" w:rsidRPr="00000000">
        <w:rPr>
          <w:rtl w:val="0"/>
        </w:rPr>
        <w:t xml:space="preserve">I don’t know what to say, so I don’t.</w:t>
      </w:r>
    </w:p>
    <w:p w:rsidR="00000000" w:rsidDel="00000000" w:rsidP="00000000" w:rsidRDefault="00000000" w:rsidRPr="00000000" w14:paraId="00000019">
      <w:pPr>
        <w:rPr/>
      </w:pPr>
      <w:r w:rsidDel="00000000" w:rsidR="00000000" w:rsidRPr="00000000">
        <w:rPr>
          <w:rtl w:val="0"/>
        </w:rPr>
        <w:t xml:space="preserve">“So what are you?” he asks.</w:t>
      </w:r>
    </w:p>
    <w:p w:rsidR="00000000" w:rsidDel="00000000" w:rsidP="00000000" w:rsidRDefault="00000000" w:rsidRPr="00000000" w14:paraId="0000001A">
      <w:pPr>
        <w:rPr/>
      </w:pPr>
      <w:r w:rsidDel="00000000" w:rsidR="00000000" w:rsidRPr="00000000">
        <w:rPr>
          <w:rtl w:val="0"/>
        </w:rPr>
        <w:t xml:space="preserve">I blink.</w:t>
      </w:r>
    </w:p>
    <w:p w:rsidR="00000000" w:rsidDel="00000000" w:rsidP="00000000" w:rsidRDefault="00000000" w:rsidRPr="00000000" w14:paraId="0000001B">
      <w:pPr>
        <w:rPr/>
      </w:pPr>
      <w:r w:rsidDel="00000000" w:rsidR="00000000" w:rsidRPr="00000000">
        <w:rPr>
          <w:rtl w:val="0"/>
        </w:rPr>
        <w:t xml:space="preserve">“You know. Jock. Stoner. Skater. Prep. Headbanger.”</w:t>
      </w:r>
    </w:p>
    <w:p w:rsidR="00000000" w:rsidDel="00000000" w:rsidP="00000000" w:rsidRDefault="00000000" w:rsidRPr="00000000" w14:paraId="0000001C">
      <w:pPr>
        <w:rPr/>
      </w:pPr>
      <w:r w:rsidDel="00000000" w:rsidR="00000000" w:rsidRPr="00000000">
        <w:rPr>
          <w:rtl w:val="0"/>
        </w:rPr>
        <w:t xml:space="preserve">“I’m not anything,” I say, because it’s true and feels safe.</w:t>
      </w:r>
    </w:p>
    <w:p w:rsidR="00000000" w:rsidDel="00000000" w:rsidP="00000000" w:rsidRDefault="00000000" w:rsidRPr="00000000" w14:paraId="0000001D">
      <w:pPr>
        <w:rPr/>
      </w:pPr>
      <w:r w:rsidDel="00000000" w:rsidR="00000000" w:rsidRPr="00000000">
        <w:rPr>
          <w:rtl w:val="0"/>
        </w:rPr>
        <w:t xml:space="preserve">“What do you listen to?”</w:t>
      </w:r>
    </w:p>
    <w:p w:rsidR="00000000" w:rsidDel="00000000" w:rsidP="00000000" w:rsidRDefault="00000000" w:rsidRPr="00000000" w14:paraId="0000001E">
      <w:pPr>
        <w:rPr/>
      </w:pPr>
      <w:r w:rsidDel="00000000" w:rsidR="00000000" w:rsidRPr="00000000">
        <w:rPr>
          <w:rtl w:val="0"/>
        </w:rPr>
        <w:t xml:space="preserve">“I don’t know. Ozzy. Slayer.”</w:t>
      </w:r>
    </w:p>
    <w:p w:rsidR="00000000" w:rsidDel="00000000" w:rsidP="00000000" w:rsidRDefault="00000000" w:rsidRPr="00000000" w14:paraId="0000001F">
      <w:pPr>
        <w:rPr/>
      </w:pPr>
      <w:r w:rsidDel="00000000" w:rsidR="00000000" w:rsidRPr="00000000">
        <w:rPr>
          <w:rtl w:val="0"/>
        </w:rPr>
        <w:t xml:space="preserve">“Yeah,” he says, pleased like he solved a riddle. “You’re a headbanger. That’s what I am.” He taps my Spider-Man watch face. “Volume equals permission. You want in, I’ll translate.”</w:t>
      </w:r>
    </w:p>
    <w:p w:rsidR="00000000" w:rsidDel="00000000" w:rsidP="00000000" w:rsidRDefault="00000000" w:rsidRPr="00000000" w14:paraId="00000020">
      <w:pPr>
        <w:rPr/>
      </w:pPr>
      <w:r w:rsidDel="00000000" w:rsidR="00000000" w:rsidRPr="00000000">
        <w:rPr>
          <w:rtl w:val="0"/>
        </w:rPr>
        <w:t xml:space="preserve">He points. Right hallway for the hostile’s nest. Left for the cafeteria shortcut. He moves us left without asking. In that moment he is translator and key-holder both. He names me without owning me. The word clicks like a latch.</w:t>
      </w:r>
    </w:p>
    <w:p w:rsidR="00000000" w:rsidDel="00000000" w:rsidP="00000000" w:rsidRDefault="00000000" w:rsidRPr="00000000" w14:paraId="00000021">
      <w:pPr>
        <w:rPr/>
      </w:pPr>
      <w:r w:rsidDel="00000000" w:rsidR="00000000" w:rsidRPr="00000000">
        <w:rPr>
          <w:rtl w:val="0"/>
        </w:rPr>
        <w:t xml:space="preserve">Dav Nato — Exit</w:t>
        <w:br w:type="textWrapping"/>
        <w:t xml:space="preserve">He jerks his chin toward shop. “See you in the pit.”</w:t>
        <w:br w:type="textWrapping"/>
        <w:t xml:space="preserve">No handshake. No ceremony.</w:t>
        <w:br w:type="textWrapping"/>
        <w:t xml:space="preserve">He’s already moving; he doesn’t have to look back.</w:t>
      </w:r>
    </w:p>
    <w:p w:rsidR="00000000" w:rsidDel="00000000" w:rsidP="00000000" w:rsidRDefault="00000000" w:rsidRPr="00000000" w14:paraId="00000022">
      <w:pPr>
        <w:rPr/>
      </w:pPr>
      <w:r w:rsidDel="00000000" w:rsidR="00000000" w:rsidRPr="00000000">
        <w:rPr>
          <w:rtl w:val="0"/>
        </w:rPr>
        <w:br w:type="textWrapping"/>
        <w:t xml:space="preserve">Texas, 13 — Chapter 4 (First Show)</w:t>
        <w:br w:type="textWrapping"/>
        <w:t xml:space="preserve">We stand outside the venue under a buzzing sign that has lost two letters. Clutch drifts to the edge, checking exits by habit. David buys the shirt. Black block letters: I’M ANTI SOCIAL. I put it on over my old one because armor goes on top.</w:t>
      </w:r>
    </w:p>
    <w:p w:rsidR="00000000" w:rsidDel="00000000" w:rsidP="00000000" w:rsidRDefault="00000000" w:rsidRPr="00000000" w14:paraId="00000023">
      <w:pPr>
        <w:rPr/>
      </w:pPr>
      <w:r w:rsidDel="00000000" w:rsidR="00000000" w:rsidRPr="00000000">
        <w:rPr>
          <w:rtl w:val="0"/>
        </w:rPr>
        <w:t xml:space="preserve">Inside, the bodies make weather. A guitar checks like a chainsaw. When the drums hit, the floor becomes a single animal.</w:t>
      </w:r>
    </w:p>
    <w:p w:rsidR="00000000" w:rsidDel="00000000" w:rsidP="00000000" w:rsidRDefault="00000000" w:rsidRPr="00000000" w14:paraId="00000024">
      <w:pPr>
        <w:rPr/>
      </w:pPr>
      <w:r w:rsidDel="00000000" w:rsidR="00000000" w:rsidRPr="00000000">
        <w:rPr>
          <w:rtl w:val="0"/>
        </w:rPr>
        <w:t xml:space="preserve">I learn a rule and I keep it.</w:t>
        <w:br w:type="textWrapping"/>
        <w:t xml:space="preserve">Volume equals permission.</w:t>
      </w:r>
    </w:p>
    <w:p w:rsidR="00000000" w:rsidDel="00000000" w:rsidP="00000000" w:rsidRDefault="00000000" w:rsidRPr="00000000" w14:paraId="00000025">
      <w:pPr>
        <w:rPr/>
      </w:pPr>
      <w:r w:rsidDel="00000000" w:rsidR="00000000" w:rsidRPr="00000000">
        <w:rPr>
          <w:rtl w:val="0"/>
        </w:rPr>
        <w:br w:type="textWrapping"/>
        <w:t xml:space="preserve">Texas, 13 — Chapter 5 (The Arbitrator)</w:t>
        <w:br w:type="textWrapping"/>
        <w:t xml:space="preserve">The office smells like coffee that forgot it was coffee. The arbitrator sits under a poster of an eagle promising excellence. A rug works too hard to anchor the room.</w:t>
      </w:r>
    </w:p>
    <w:p w:rsidR="00000000" w:rsidDel="00000000" w:rsidP="00000000" w:rsidRDefault="00000000" w:rsidRPr="00000000" w14:paraId="00000026">
      <w:pPr>
        <w:rPr/>
      </w:pPr>
      <w:r w:rsidDel="00000000" w:rsidR="00000000" w:rsidRPr="00000000">
        <w:rPr>
          <w:rtl w:val="0"/>
        </w:rPr>
        <w:t xml:space="preserve">“Anthony,” they say, even though my file is open to a page that says I go by something else. “We can’t have disruptions.”</w:t>
      </w:r>
    </w:p>
    <w:p w:rsidR="00000000" w:rsidDel="00000000" w:rsidP="00000000" w:rsidRDefault="00000000" w:rsidRPr="00000000" w14:paraId="00000027">
      <w:pPr>
        <w:rPr/>
      </w:pPr>
      <w:r w:rsidDel="00000000" w:rsidR="00000000" w:rsidRPr="00000000">
        <w:rPr>
          <w:rtl w:val="0"/>
        </w:rPr>
        <w:t xml:space="preserve">“I can be quiet,” I say. I don’t believe it but I can say it.</w:t>
      </w:r>
    </w:p>
    <w:p w:rsidR="00000000" w:rsidDel="00000000" w:rsidP="00000000" w:rsidRDefault="00000000" w:rsidRPr="00000000" w14:paraId="00000028">
      <w:pPr>
        <w:rPr/>
      </w:pPr>
      <w:r w:rsidDel="00000000" w:rsidR="00000000" w:rsidRPr="00000000">
        <w:rPr>
          <w:rtl w:val="0"/>
        </w:rPr>
        <w:t xml:space="preserve">“Lunch detention for a week,” the arbitrator decides. “No music shirts on campus.”</w:t>
      </w:r>
    </w:p>
    <w:p w:rsidR="00000000" w:rsidDel="00000000" w:rsidP="00000000" w:rsidRDefault="00000000" w:rsidRPr="00000000" w14:paraId="00000029">
      <w:pPr>
        <w:rPr/>
      </w:pPr>
      <w:r w:rsidDel="00000000" w:rsidR="00000000" w:rsidRPr="00000000">
        <w:rPr>
          <w:rtl w:val="0"/>
        </w:rPr>
        <w:t xml:space="preserve">I look down at I’M ANTI SOCIAL. I tuck the hem under my waistband. The rug looks proud of itself for existing.</w:t>
      </w:r>
    </w:p>
    <w:p w:rsidR="00000000" w:rsidDel="00000000" w:rsidP="00000000" w:rsidRDefault="00000000" w:rsidRPr="00000000" w14:paraId="0000002A">
      <w:pPr>
        <w:rPr/>
      </w:pPr>
      <w:r w:rsidDel="00000000" w:rsidR="00000000" w:rsidRPr="00000000">
        <w:rPr>
          <w:rtl w:val="0"/>
        </w:rPr>
        <w:t xml:space="preserve">When I step into the hallway, Clutch is already there.</w:t>
        <w:br w:type="textWrapping"/>
        <w:t xml:space="preserve">“Small exile,” they say, reading my face. “We route around it.”</w:t>
      </w:r>
    </w:p>
    <w:p w:rsidR="00000000" w:rsidDel="00000000" w:rsidP="00000000" w:rsidRDefault="00000000" w:rsidRPr="00000000" w14:paraId="0000002B">
      <w:pPr>
        <w:rPr/>
      </w:pPr>
      <w:r w:rsidDel="00000000" w:rsidR="00000000" w:rsidRPr="00000000">
        <w:rPr>
          <w:rtl w:val="0"/>
        </w:rPr>
        <w:t xml:space="preserve">I breathe. The school hums. Somewhere a door I can’t see has already opened.</w:t>
        <w:br w:type="textWrapping"/>
      </w:r>
    </w:p>
    <w:p w:rsidR="00000000" w:rsidDel="00000000" w:rsidP="00000000" w:rsidRDefault="00000000" w:rsidRPr="00000000" w14:paraId="0000002C">
      <w:pPr>
        <w:rPr/>
      </w:pPr>
      <w:r w:rsidDel="00000000" w:rsidR="00000000" w:rsidRPr="00000000">
        <w:br w:type="page"/>
      </w:r>
      <w:r w:rsidDel="00000000" w:rsidR="00000000" w:rsidRPr="00000000">
        <w:rPr>
          <w:rtl w:val="0"/>
        </w:rPr>
      </w:r>
    </w:p>
    <w:p w:rsidR="00000000" w:rsidDel="00000000" w:rsidP="00000000" w:rsidRDefault="00000000" w:rsidRPr="00000000" w14:paraId="0000002D">
      <w:pPr>
        <w:rPr/>
      </w:pPr>
      <w:r w:rsidDel="00000000" w:rsidR="00000000" w:rsidRPr="00000000">
        <w:rPr>
          <w:b w:val="1"/>
          <w:bCs w:val="1"/>
          <w:rtl w:val="0"/>
        </w:rPr>
        <w:t xml:space="preserve">— Main Body —</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Saigon // 50 — Assembler’s note: The title was always borrowed. The true one, since 1988, is Assembler—I take noise apart and make it usable. Today I start over with the same tools I learned there: detect, label, buffer, ground, add 5%, create, calibrate. Forward motion. Keep the schematic.</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I don’t become a headbanger so much as admit I’ve been one alone. Volume is permission. Later there’ll be a shirt—I’M ANTI SOCIAL—and I’ll wear it like armor, but right now there’s a table and a decision about where to sit. Across the room is the quiet kid who files the world by angles and tolerances and never blinks at static. That’s where I see E for the first time.</w:t>
      </w:r>
    </w:p>
    <w:p w:rsidR="00000000" w:rsidDel="00000000" w:rsidP="00000000" w:rsidRDefault="00000000" w:rsidRPr="00000000" w14:paraId="00000032">
      <w:pPr>
        <w:rPr/>
      </w:pPr>
      <w:r w:rsidDel="00000000" w:rsidR="00000000" w:rsidRPr="00000000">
        <w:rPr>
          <w:rtl w:val="0"/>
        </w:rPr>
        <w:t xml:space="preserve">Texas // 13</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P2:CAP: noticed</w:t>
      </w:r>
    </w:p>
    <w:p w:rsidR="00000000" w:rsidDel="00000000" w:rsidP="00000000" w:rsidRDefault="00000000" w:rsidRPr="00000000" w14:paraId="00000035">
      <w:pPr>
        <w:rPr/>
      </w:pPr>
      <w:r w:rsidDel="00000000" w:rsidR="00000000" w:rsidRPr="00000000">
        <w:rPr>
          <w:rtl w:val="0"/>
        </w:rPr>
        <w:t xml:space="preserve">P2: A kid I don’t know looks straight at me and doesn’t flinch.</w:t>
      </w:r>
    </w:p>
    <w:p w:rsidR="00000000" w:rsidDel="00000000" w:rsidP="00000000" w:rsidRDefault="00000000" w:rsidRPr="00000000" w14:paraId="00000036">
      <w:pPr>
        <w:rPr/>
      </w:pPr>
      <w:r w:rsidDel="00000000" w:rsidR="00000000" w:rsidRPr="00000000">
        <w:rPr>
          <w:rtl w:val="0"/>
        </w:rPr>
        <w:t xml:space="preserve">P1:CAP: CLANG</w:t>
      </w:r>
    </w:p>
    <w:p w:rsidR="00000000" w:rsidDel="00000000" w:rsidP="00000000" w:rsidRDefault="00000000" w:rsidRPr="00000000" w14:paraId="00000037">
      <w:pPr>
        <w:rPr/>
      </w:pPr>
      <w:r w:rsidDel="00000000" w:rsidR="00000000" w:rsidRPr="00000000">
        <w:rPr>
          <w:rtl w:val="0"/>
        </w:rPr>
        <w:t xml:space="preserve">P1: Warped bell cone; grease shine on the tray rail; the room contracts.</w:t>
      </w:r>
    </w:p>
    <w:p w:rsidR="00000000" w:rsidDel="00000000" w:rsidP="00000000" w:rsidRDefault="00000000" w:rsidRPr="00000000" w14:paraId="00000038">
      <w:pPr>
        <w:rPr/>
      </w:pPr>
      <w:r w:rsidDel="00000000" w:rsidR="00000000" w:rsidRPr="00000000">
        <w:rPr>
          <w:rtl w:val="0"/>
        </w:rPr>
        <w:t xml:space="preserve">Grid: 2-1</w:t>
      </w:r>
    </w:p>
    <w:p w:rsidR="00000000" w:rsidDel="00000000" w:rsidP="00000000" w:rsidRDefault="00000000" w:rsidRPr="00000000" w14:paraId="00000039">
      <w:pPr>
        <w:rPr/>
      </w:pPr>
      <w:r w:rsidDel="00000000" w:rsidR="00000000" w:rsidRPr="00000000">
        <w:rPr>
          <w:rtl w:val="0"/>
        </w:rPr>
        <w:t xml:space="preserve">Artifact — Aftershock Archive</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David Natho finds me like he’s been assigned the hallway. “I saw you in the principal’s office,” he says. “First day. Kicked out. Yeah, this place sucks. So what are you?” He asks what I listen to. I say Ozzy and Slayer. He nods like a circuit closes. “You’re a headbanger. That’s what I am.” It’s the first time someone hands me a category that doesn’t feel like a charge sheet.</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The cafeteria at Kenswick runs on one note—CLANG—a warped speaker that thinks it’s a bell. I’m a transfer with a face that keeps betraying me. Table 9 is the DMZ. The taxonomy hunts me before the tray hits plastic: jock, stoner, skater, prep, headbanger. I don’t know. That’s my answer to most questions then.</w:t>
      </w:r>
    </w:p>
    <w:p w:rsidR="00000000" w:rsidDel="00000000" w:rsidP="00000000" w:rsidRDefault="00000000" w:rsidRPr="00000000" w14:paraId="0000003E">
      <w:pPr>
        <w:rPr/>
      </w:pPr>
      <w:r w:rsidDel="00000000" w:rsidR="00000000" w:rsidRPr="00000000">
        <w:rPr>
          <w:rtl w:val="0"/>
        </w:rPr>
        <w:t xml:space="preserve">Texas // 13</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Saigon // 50 — Assembler’s note: I quit at lunch when an arbitrary rule flipped the breaker again and the room went white. Now the city presses at the windows—motors, rain, fish sauce, neon. My Spider-Man watch ticks like a metronome for a kid who still bounces his leg. The diagnosis says ADHD. I’m not hunting a cure; I’m building a control panel: Series-7, SHADE, tiny loads, the band, the map. We called it crimefighting—mutual aid with a blueprint. I’m fifty. Unemployed on purpose. And I remember the exact moment the noise got a language.</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CLANG at Kenswick</w:t>
      </w:r>
    </w:p>
    <w:p w:rsidR="00000000" w:rsidDel="00000000" w:rsidP="00000000" w:rsidRDefault="00000000" w:rsidRPr="00000000" w14:paraId="00000043">
      <w:pPr>
        <w:rPr/>
      </w:pPr>
      <w:r w:rsidDel="00000000" w:rsidR="00000000" w:rsidRPr="00000000">
        <w:rPr>
          <w:rtl w:val="0"/>
        </w:rPr>
        <w:br w:type="textWrapping"/>
      </w:r>
    </w:p>
    <w:p w:rsidR="00000000" w:rsidDel="00000000" w:rsidP="00000000" w:rsidRDefault="00000000" w:rsidRPr="00000000" w14:paraId="00000044">
      <w:pPr>
        <w:rPr/>
      </w:pPr>
      <w:r w:rsidDel="00000000" w:rsidR="00000000" w:rsidRPr="00000000">
        <w:rPr>
          <w:rtl w:val="0"/>
        </w:rPr>
        <w:t xml:space="preserve">Chapter One</w:t>
      </w:r>
    </w:p>
    <w:p w:rsidR="00000000" w:rsidDel="00000000" w:rsidP="00000000" w:rsidRDefault="00000000" w:rsidRPr="00000000" w14:paraId="00000045">
      <w:pPr>
        <w:rPr/>
      </w:pPr>
      <w:r w:rsidDel="00000000" w:rsidR="00000000" w:rsidRPr="00000000">
        <w:rPr>
          <w:rtl w:val="0"/>
        </w:rPr>
        <w:t xml:space="preserve">The Assembler &amp; The Arbitrary Nature of Potato-Based Side Dishes</w:t>
      </w:r>
    </w:p>
    <w:p w:rsidR="00000000" w:rsidDel="00000000" w:rsidP="00000000" w:rsidRDefault="00000000" w:rsidRPr="00000000" w14:paraId="00000046">
      <w:pPr>
        <w:rPr/>
      </w:pPr>
      <w:r w:rsidDel="00000000" w:rsidR="00000000" w:rsidRPr="00000000">
        <w:rPr>
          <w:rtl w:val="0"/>
        </w:rPr>
        <w:t xml:space="preserve">I’m fifty years old. I’m unemployed. I just quit my job. It was an act of rash impulsivity. The fuse blew when my AD/HD brain hit an arbitrary rule. Now I'm sitting in a penthouse apartment in another country—Saigon , grappling with my recent diagnosis and the newfound unemployment.</w:t>
      </w:r>
    </w:p>
    <w:p w:rsidR="00000000" w:rsidDel="00000000" w:rsidP="00000000" w:rsidRDefault="00000000" w:rsidRPr="00000000" w14:paraId="00000047">
      <w:pPr>
        <w:rPr/>
      </w:pPr>
      <w:r w:rsidDel="00000000" w:rsidR="00000000" w:rsidRPr="00000000">
        <w:rPr>
          <w:rtl w:val="0"/>
        </w:rPr>
        <w:t xml:space="preserve">I’m wearing a Spider-Man watch right now.</w:t>
      </w:r>
    </w:p>
    <w:p w:rsidR="00000000" w:rsidDel="00000000" w:rsidP="00000000" w:rsidRDefault="00000000" w:rsidRPr="00000000" w14:paraId="00000048">
      <w:pPr>
        <w:rPr/>
      </w:pPr>
      <w:r w:rsidDel="00000000" w:rsidR="00000000" w:rsidRPr="00000000">
        <w:rPr>
          <w:rtl w:val="0"/>
        </w:rPr>
        <w:t xml:space="preserve">The job title is temporary. The arbitrary system gave it to me. My real title, the one I’ve held since I was thirteen, is just "The Assembler."</w:t>
      </w:r>
    </w:p>
    <w:p w:rsidR="00000000" w:rsidDel="00000000" w:rsidP="00000000" w:rsidRDefault="00000000" w:rsidRPr="00000000" w14:paraId="00000049">
      <w:pPr>
        <w:rPr/>
      </w:pPr>
      <w:r w:rsidDel="00000000" w:rsidR="00000000" w:rsidRPr="00000000">
        <w:rPr>
          <w:rtl w:val="0"/>
        </w:rPr>
        <w:t xml:space="preserve">In 1988, I was assembling a philosophy. A fortress of solitude built from photocopied liner notes from a Slayer tape, a stack of Uncanny X-Men comics my Uncle Rick gave me, and a deeply, profoundly hormonal suspicion that my whole world had fallen apart.</w:t>
      </w:r>
    </w:p>
    <w:p w:rsidR="00000000" w:rsidDel="00000000" w:rsidP="00000000" w:rsidRDefault="00000000" w:rsidRPr="00000000" w14:paraId="0000004A">
      <w:pPr>
        <w:rPr/>
      </w:pPr>
      <w:r w:rsidDel="00000000" w:rsidR="00000000" w:rsidRPr="00000000">
        <w:rPr>
          <w:rtl w:val="0"/>
        </w:rPr>
        <w:t xml:space="preserve">Because it had.</w:t>
      </w:r>
    </w:p>
    <w:p w:rsidR="00000000" w:rsidDel="00000000" w:rsidP="00000000" w:rsidRDefault="00000000" w:rsidRPr="00000000" w14:paraId="0000004B">
      <w:pPr>
        <w:rPr/>
      </w:pPr>
      <w:r w:rsidDel="00000000" w:rsidR="00000000" w:rsidRPr="00000000">
        <w:rPr>
          <w:rtl w:val="0"/>
        </w:rPr>
        <w:t xml:space="preserve">Months earlier, I was in paradise. Meadowbrook Trailer Park. That's not a joke. It was my kingdom. We were a pack, ruling the place on our BMX bikes. My friends' parents managed the park, so we had the keys to the clubhouse. We'd stay up late, watching Headbangers Ball on MTV, eating pizza, safe. We owned that world. We explored the ditch behind the park like it was the Amazon, finding strange tar pits in the deep woods. I had my first kiss there. My first everything.</w:t>
      </w:r>
    </w:p>
    <w:p w:rsidR="00000000" w:rsidDel="00000000" w:rsidP="00000000" w:rsidRDefault="00000000" w:rsidRPr="00000000" w14:paraId="0000004C">
      <w:pPr>
        <w:rPr/>
      </w:pPr>
      <w:r w:rsidDel="00000000" w:rsidR="00000000" w:rsidRPr="00000000">
        <w:rPr>
          <w:rtl w:val="0"/>
        </w:rPr>
        <w:t xml:space="preserve">And then we moved. To Kenswick. A beige box in a beige suburb. And I was zoned to Teague Middle School. My whole world fell apart.</w:t>
      </w:r>
    </w:p>
    <w:p w:rsidR="00000000" w:rsidDel="00000000" w:rsidP="00000000" w:rsidRDefault="00000000" w:rsidRPr="00000000" w14:paraId="0000004D">
      <w:pPr>
        <w:rPr/>
      </w:pPr>
      <w:r w:rsidDel="00000000" w:rsidR="00000000" w:rsidRPr="00000000">
        <w:rPr>
          <w:rtl w:val="0"/>
        </w:rPr>
        <w:t xml:space="preserve">There's this thing that I do where I go cold on a person, become distant, almost dead, like they no longer even exist. I'm not proud of it, but that's the way it is. This happened recently with Jesus. That's Jesus mi amigo, not JESUS our lord and savior. Or at least most folks around here's lord and savior. I'm more into Buddha these days. Skinny Indian Buddha, not the fat Chinese one, though he's alright too. Anyway, Jesus was droning on and on like he usually does and in the middle of one of my polite agreeing nods, I just sort of went cold and froze.</w:t>
      </w:r>
    </w:p>
    <w:p w:rsidR="00000000" w:rsidDel="00000000" w:rsidP="00000000" w:rsidRDefault="00000000" w:rsidRPr="00000000" w14:paraId="0000004E">
      <w:pPr>
        <w:rPr/>
      </w:pPr>
      <w:r w:rsidDel="00000000" w:rsidR="00000000" w:rsidRPr="00000000">
        <w:rPr>
          <w:rtl w:val="0"/>
        </w:rPr>
        <w:t xml:space="preserve">It's the same freeze. The same cold. It’s 1988. I'm in exile. The bell rings. An industrial CLANG.</w:t>
      </w:r>
    </w:p>
    <w:p w:rsidR="00000000" w:rsidDel="00000000" w:rsidP="00000000" w:rsidRDefault="00000000" w:rsidRPr="00000000" w14:paraId="0000004F">
      <w:pPr>
        <w:rPr/>
      </w:pPr>
      <w:r w:rsidDel="00000000" w:rsidR="00000000" w:rsidRPr="00000000">
        <w:rPr>
          <w:rtl w:val="0"/>
        </w:rPr>
        <w:t xml:space="preserve">A signal for the cattle to move.</w:t>
      </w:r>
    </w:p>
    <w:p w:rsidR="00000000" w:rsidDel="00000000" w:rsidP="00000000" w:rsidRDefault="00000000" w:rsidRPr="00000000" w14:paraId="00000050">
      <w:pPr>
        <w:rPr/>
      </w:pPr>
      <w:r w:rsidDel="00000000" w:rsidR="00000000" w:rsidRPr="00000000">
        <w:rPr>
          <w:rtl w:val="0"/>
        </w:rPr>
        <w:t xml:space="preserve">I’m thirteen, in 8th grade, and my body is a biological crime scene. But the hormones are just the aftershock. The real wound is Kenswick. I am a walking, breathing catastrophe of bad denim and loss. And I am furious about all of it.</w:t>
      </w:r>
    </w:p>
    <w:p w:rsidR="00000000" w:rsidDel="00000000" w:rsidP="00000000" w:rsidRDefault="00000000" w:rsidRPr="00000000" w14:paraId="00000051">
      <w:pPr>
        <w:rPr/>
      </w:pPr>
      <w:r w:rsidDel="00000000" w:rsidR="00000000" w:rsidRPr="00000000">
        <w:rPr>
          <w:rtl w:val="0"/>
        </w:rPr>
        <w:t xml:space="preserve">I grab my tray. The lunch-server, The Cog, slops a perfect, disgusting square of lasagna onto my plate. The Cog smells like stale cigarettes and existential dread. The Cog just doesn't care.</w:t>
      </w:r>
    </w:p>
    <w:p w:rsidR="00000000" w:rsidDel="00000000" w:rsidP="00000000" w:rsidRDefault="00000000" w:rsidRPr="00000000" w14:paraId="00000052">
      <w:pPr>
        <w:rPr/>
      </w:pPr>
      <w:r w:rsidDel="00000000" w:rsidR="00000000" w:rsidRPr="00000000">
        <w:rPr>
          <w:rtl w:val="0"/>
        </w:rPr>
        <w:t xml:space="preserve">I sit at Table 9, the DMZ.</w:t>
      </w:r>
    </w:p>
    <w:p w:rsidR="00000000" w:rsidDel="00000000" w:rsidP="00000000" w:rsidRDefault="00000000" w:rsidRPr="00000000" w14:paraId="00000053">
      <w:pPr>
        <w:rPr/>
      </w:pPr>
      <w:r w:rsidDel="00000000" w:rsidR="00000000" w:rsidRPr="00000000">
        <w:rPr>
          <w:rtl w:val="0"/>
        </w:rPr>
        <w:t xml:space="preserve">And I see E.</w:t>
      </w:r>
    </w:p>
    <w:p w:rsidR="00000000" w:rsidDel="00000000" w:rsidP="00000000" w:rsidRDefault="00000000" w:rsidRPr="00000000" w14:paraId="00000054">
      <w:pPr>
        <w:rPr/>
      </w:pPr>
      <w:r w:rsidDel="00000000" w:rsidR="00000000" w:rsidRPr="00000000">
        <w:rPr>
          <w:rtl w:val="0"/>
        </w:rPr>
        <w:t xml:space="preserve">E is not like the other kids. E is a different species. E is listening to a Discman, drawing blueprints for impossible, synthetic cities in a graph-paper notebook. E is all sharp angles and purple hair and E never, ever looks up.</w:t>
      </w:r>
    </w:p>
    <w:p w:rsidR="00000000" w:rsidDel="00000000" w:rsidP="00000000" w:rsidRDefault="00000000" w:rsidRPr="00000000" w14:paraId="00000055">
      <w:pPr>
        <w:rPr/>
      </w:pPr>
      <w:r w:rsidDel="00000000" w:rsidR="00000000" w:rsidRPr="00000000">
        <w:rPr>
          <w:rtl w:val="0"/>
        </w:rPr>
        <w:t xml:space="preserve">My heart doesn't "flutter." My heart executes the 1.3-second blast beat from the Headbangers Ball tour. That feeling when the lights go down and the first surge of the crowd hits your ribs. That "First Show" noise. That feeling of belonging.</w:t>
      </w:r>
    </w:p>
    <w:p w:rsidR="00000000" w:rsidDel="00000000" w:rsidP="00000000" w:rsidRDefault="00000000" w:rsidRPr="00000000" w14:paraId="00000056">
      <w:pPr>
        <w:rPr/>
      </w:pPr>
      <w:r w:rsidDel="00000000" w:rsidR="00000000" w:rsidRPr="00000000">
        <w:rPr>
          <w:rtl w:val="0"/>
        </w:rPr>
        <w:t xml:space="preserve">I look down at my tray. A pyramid of tater tots.</w:t>
      </w:r>
    </w:p>
    <w:p w:rsidR="00000000" w:rsidDel="00000000" w:rsidP="00000000" w:rsidRDefault="00000000" w:rsidRPr="00000000" w14:paraId="00000057">
      <w:pPr>
        <w:rPr/>
      </w:pPr>
      <w:r w:rsidDel="00000000" w:rsidR="00000000" w:rsidRPr="00000000">
        <w:rPr>
          <w:rtl w:val="0"/>
        </w:rPr>
        <w:t xml:space="preserve">The 50-year-old Assembler, the one mining this Augenblick, has to note: these days, the potatoes come in smiley faces. The chicken nuggets come in dinosaur shapes. The "arbitrary" system at least tries to be friendly, to gamify the processed conformity.</w:t>
      </w:r>
    </w:p>
    <w:p w:rsidR="00000000" w:rsidDel="00000000" w:rsidP="00000000" w:rsidRDefault="00000000" w:rsidRPr="00000000" w14:paraId="00000058">
      <w:pPr>
        <w:rPr/>
      </w:pPr>
      <w:r w:rsidDel="00000000" w:rsidR="00000000" w:rsidRPr="00000000">
        <w:rPr>
          <w:rtl w:val="0"/>
        </w:rPr>
        <w:t xml:space="preserve">This was 1988. A simpler time. The tots were just... tots. Greasy. Identical.</w:t>
      </w:r>
    </w:p>
    <w:p w:rsidR="00000000" w:rsidDel="00000000" w:rsidP="00000000" w:rsidRDefault="00000000" w:rsidRPr="00000000" w14:paraId="00000059">
      <w:pPr>
        <w:rPr/>
      </w:pPr>
      <w:r w:rsidDel="00000000" w:rsidR="00000000" w:rsidRPr="00000000">
        <w:rPr>
          <w:rtl w:val="0"/>
        </w:rPr>
        <w:t xml:space="preserve">This is Kenswick. This is Teague. This is the "Fall."</w:t>
      </w:r>
    </w:p>
    <w:p w:rsidR="00000000" w:rsidDel="00000000" w:rsidP="00000000" w:rsidRDefault="00000000" w:rsidRPr="00000000" w14:paraId="0000005A">
      <w:pPr>
        <w:rPr/>
      </w:pPr>
      <w:r w:rsidDel="00000000" w:rsidR="00000000" w:rsidRPr="00000000">
        <w:rPr>
          <w:rtl w:val="0"/>
        </w:rPr>
        <w:t xml:space="preserve">This tater tot is absurd. The fact that The Drone (Mx. H) is paid to teach me about... whatever they're talking about... is absurd. The fact that my body is betraying me with these new, terrible feelings for a person who is clearly an android is absurd.</w:t>
      </w:r>
    </w:p>
    <w:p w:rsidR="00000000" w:rsidDel="00000000" w:rsidP="00000000" w:rsidRDefault="00000000" w:rsidRPr="00000000" w14:paraId="0000005B">
      <w:pPr>
        <w:rPr/>
      </w:pPr>
      <w:r w:rsidDel="00000000" w:rsidR="00000000" w:rsidRPr="00000000">
        <w:rPr>
          <w:rtl w:val="0"/>
        </w:rPr>
        <w:t xml:space="preserve">I pick up a tater tot. I hold it aloft.</w:t>
      </w:r>
    </w:p>
    <w:p w:rsidR="00000000" w:rsidDel="00000000" w:rsidP="00000000" w:rsidRDefault="00000000" w:rsidRPr="00000000" w14:paraId="0000005C">
      <w:pPr>
        <w:rPr/>
      </w:pPr>
      <w:r w:rsidDel="00000000" w:rsidR="00000000" w:rsidRPr="00000000">
        <w:rPr>
          <w:rtl w:val="0"/>
        </w:rPr>
        <w:t xml:space="preserve">"This," I announce to The Hostile (K), who is currently mashing their own tots into a paste, "is meaningless."</w:t>
      </w:r>
    </w:p>
    <w:p w:rsidR="00000000" w:rsidDel="00000000" w:rsidP="00000000" w:rsidRDefault="00000000" w:rsidRPr="00000000" w14:paraId="0000005D">
      <w:pPr>
        <w:rPr/>
      </w:pPr>
      <w:r w:rsidDel="00000000" w:rsidR="00000000" w:rsidRPr="00000000">
        <w:rPr>
          <w:rtl w:val="0"/>
        </w:rPr>
        <w:t xml:space="preserve">The Hostile pauses, their fork halfway to their mouth. "What's meaningless, butt-munch?"</w:t>
      </w:r>
    </w:p>
    <w:p w:rsidR="00000000" w:rsidDel="00000000" w:rsidP="00000000" w:rsidRDefault="00000000" w:rsidRPr="00000000" w14:paraId="0000005E">
      <w:pPr>
        <w:rPr/>
      </w:pPr>
      <w:r w:rsidDel="00000000" w:rsidR="00000000" w:rsidRPr="00000000">
        <w:rPr>
          <w:rtl w:val="0"/>
        </w:rPr>
        <w:t xml:space="preserve">"Existence," I say. My voice, for once, doesn't crack. It lands with a flat, dead-calm finality.</w:t>
      </w:r>
    </w:p>
    <w:p w:rsidR="00000000" w:rsidDel="00000000" w:rsidP="00000000" w:rsidRDefault="00000000" w:rsidRPr="00000000" w14:paraId="0000005F">
      <w:pPr>
        <w:rPr/>
      </w:pPr>
      <w:r w:rsidDel="00000000" w:rsidR="00000000" w:rsidRPr="00000000">
        <w:rPr>
          <w:rtl w:val="0"/>
        </w:rPr>
        <w:t xml:space="preserve">E looks up.</w:t>
      </w:r>
    </w:p>
    <w:p w:rsidR="00000000" w:rsidDel="00000000" w:rsidP="00000000" w:rsidRDefault="00000000" w:rsidRPr="00000000" w14:paraId="00000060">
      <w:pPr>
        <w:rPr/>
      </w:pPr>
      <w:r w:rsidDel="00000000" w:rsidR="00000000" w:rsidRPr="00000000">
        <w:rPr>
          <w:rtl w:val="0"/>
        </w:rPr>
        <w:t xml:space="preserve">And I, The Assembler, an exile in a foreign land, feel my entire fortress crack right down the middle.</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Chapter 2: The Slayer Indecision (File #12)</w:t>
      </w:r>
    </w:p>
    <w:p w:rsidR="00000000" w:rsidDel="00000000" w:rsidP="00000000" w:rsidRDefault="00000000" w:rsidRPr="00000000" w14:paraId="00000063">
      <w:pPr>
        <w:rPr/>
      </w:pPr>
      <w:r w:rsidDel="00000000" w:rsidR="00000000" w:rsidRPr="00000000">
        <w:rPr>
          <w:rtl w:val="0"/>
        </w:rPr>
        <w:t xml:space="preserve">(This chapter is PROSE - The 13-year-old's POV.)</w:t>
      </w:r>
    </w:p>
    <w:p w:rsidR="00000000" w:rsidDel="00000000" w:rsidP="00000000" w:rsidRDefault="00000000" w:rsidRPr="00000000" w14:paraId="00000064">
      <w:pPr>
        <w:rPr/>
      </w:pPr>
      <w:r w:rsidDel="00000000" w:rsidR="00000000" w:rsidRPr="00000000">
        <w:rPr>
          <w:rtl w:val="0"/>
        </w:rPr>
        <w:t xml:space="preserve">E looks up.</w:t>
      </w:r>
    </w:p>
    <w:p w:rsidR="00000000" w:rsidDel="00000000" w:rsidP="00000000" w:rsidRDefault="00000000" w:rsidRPr="00000000" w14:paraId="00000065">
      <w:pPr>
        <w:rPr/>
      </w:pPr>
      <w:r w:rsidDel="00000000" w:rsidR="00000000" w:rsidRPr="00000000">
        <w:rPr>
          <w:rtl w:val="0"/>
        </w:rPr>
        <w:t xml:space="preserve">Just... looks.</w:t>
      </w:r>
    </w:p>
    <w:p w:rsidR="00000000" w:rsidDel="00000000" w:rsidP="00000000" w:rsidRDefault="00000000" w:rsidRPr="00000000" w14:paraId="00000066">
      <w:pPr>
        <w:rPr/>
      </w:pPr>
      <w:r w:rsidDel="00000000" w:rsidR="00000000" w:rsidRPr="00000000">
        <w:rPr>
          <w:rtl w:val="0"/>
        </w:rPr>
        <w:t xml:space="preserve">And I, The Assembler, feel my entire, carefully constructed fortress crack right down the middle.</w:t>
      </w:r>
    </w:p>
    <w:p w:rsidR="00000000" w:rsidDel="00000000" w:rsidP="00000000" w:rsidRDefault="00000000" w:rsidRPr="00000000" w14:paraId="00000067">
      <w:pPr>
        <w:rPr/>
      </w:pPr>
      <w:r w:rsidDel="00000000" w:rsidR="00000000" w:rsidRPr="00000000">
        <w:rPr>
          <w:rtl w:val="0"/>
        </w:rPr>
        <w:t xml:space="preserve">My heart executes the 1.3-second Napalm Death blast beat. But it's not just a panic response. It’s a Headbangers Ball surge. It's the "First Show," when the lights strobed off the patched jackets and "loud became a language I already knew."</w:t>
      </w:r>
    </w:p>
    <w:p w:rsidR="00000000" w:rsidDel="00000000" w:rsidP="00000000" w:rsidRDefault="00000000" w:rsidRPr="00000000" w14:paraId="00000068">
      <w:pPr>
        <w:rPr/>
      </w:pPr>
      <w:r w:rsidDel="00000000" w:rsidR="00000000" w:rsidRPr="00000000">
        <w:rPr>
          <w:rtl w:val="0"/>
        </w:rPr>
        <w:t xml:space="preserve">(PROSE shifts - The 50-year-old Assembler's voice.)</w:t>
      </w:r>
    </w:p>
    <w:p w:rsidR="00000000" w:rsidDel="00000000" w:rsidP="00000000" w:rsidRDefault="00000000" w:rsidRPr="00000000" w14:paraId="00000069">
      <w:pPr>
        <w:rPr/>
      </w:pPr>
      <w:r w:rsidDel="00000000" w:rsidR="00000000" w:rsidRPr="00000000">
        <w:rPr>
          <w:rtl w:val="0"/>
        </w:rPr>
        <w:t xml:space="preserve">The 50-year-old assembler has to clarify this. Metal has always made me feel better. The louder, the heavier, the more evil, the better. It's the one system that isn't arbitrary. In 1988, it was my entire compass. It was thrash. It was Slayer. It was Testament. It was Anthrax. It was the only thing that made sense after the Kenswick exile.</w:t>
      </w:r>
    </w:p>
    <w:p w:rsidR="00000000" w:rsidDel="00000000" w:rsidP="00000000" w:rsidRDefault="00000000" w:rsidRPr="00000000" w14:paraId="0000006A">
      <w:pPr>
        <w:rPr/>
      </w:pPr>
      <w:r w:rsidDel="00000000" w:rsidR="00000000" w:rsidRPr="00000000">
        <w:rPr>
          <w:rtl w:val="0"/>
        </w:rPr>
        <w:t xml:space="preserve">That "First Show"... I bought a t-shirt there. The one with "I'M ANTI SOCIAL" in all caps on the back. I was 13. I wore it like armor. It was the "volume = permission" to exist.</w:t>
      </w:r>
    </w:p>
    <w:p w:rsidR="00000000" w:rsidDel="00000000" w:rsidP="00000000" w:rsidRDefault="00000000" w:rsidRPr="00000000" w14:paraId="0000006B">
      <w:pPr>
        <w:rPr/>
      </w:pPr>
      <w:r w:rsidDel="00000000" w:rsidR="00000000" w:rsidRPr="00000000">
        <w:rPr>
          <w:rtl w:val="0"/>
        </w:rPr>
        <w:t xml:space="preserve">But that kind of "permission" comes with a price. The fortress you build to protect you also isolates you. The archive file for this is sharp. It's a "compliment disguised as exit."</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[AUGENBLICK FILE: 12. Too Much Slayer]</w:t>
      </w:r>
    </w:p>
    <w:p w:rsidR="00000000" w:rsidDel="00000000" w:rsidP="00000000" w:rsidRDefault="00000000" w:rsidRPr="00000000" w14:paraId="0000006E">
      <w:pPr>
        <w:rPr/>
      </w:pPr>
      <w:r w:rsidDel="00000000" w:rsidR="00000000" w:rsidRPr="00000000">
        <w:rPr>
          <w:rtl w:val="0"/>
        </w:rPr>
        <w:t xml:space="preserve">🪞 Classic Snapshot Title: Too Much Slayer Where/When: Teague Middle School — 8th grade What Happened: A friend handed me a folded note between classes. Inside: “you listen to SLAYER too much!” Block letters. No signature. Verdict delivered by courier. How It Felt: Like a kick and a coronation. It hurt, and then it clarified. Why It Stuck: First time taste in music cost me a relationship and gave me a spine.</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(PROSE shifts - The 50-year-old Assembler's voice.)</w:t>
      </w:r>
    </w:p>
    <w:p w:rsidR="00000000" w:rsidDel="00000000" w:rsidP="00000000" w:rsidRDefault="00000000" w:rsidRPr="00000000" w14:paraId="00000071">
      <w:pPr>
        <w:rPr/>
      </w:pPr>
      <w:r w:rsidDel="00000000" w:rsidR="00000000" w:rsidRPr="00000000">
        <w:rPr>
          <w:rtl w:val="0"/>
        </w:rPr>
        <w:t xml:space="preserve">"Like a kick and a coronation." My 13-year-old self felt the data, but the 50-year-old Assembler, the one grappling with a new diagnosis, knows the name of the schematic.</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[FACT: Rejection Sensitive Dysphoria (RSD)]</w:t>
      </w:r>
    </w:p>
    <w:p w:rsidR="00000000" w:rsidDel="00000000" w:rsidP="00000000" w:rsidRDefault="00000000" w:rsidRPr="00000000" w14:paraId="00000074">
      <w:pPr>
        <w:rPr/>
      </w:pPr>
      <w:r w:rsidDel="00000000" w:rsidR="00000000" w:rsidRPr="00000000">
        <w:rPr>
          <w:rtl w:val="0"/>
        </w:rPr>
        <w:t xml:space="preserve">A common trait in AD/HD. Not a formal diagnosis, but a description of a known phenomenon.</w:t>
      </w:r>
    </w:p>
    <w:p w:rsidR="00000000" w:rsidDel="00000000" w:rsidP="00000000" w:rsidRDefault="00000000" w:rsidRPr="00000000" w14:paraId="00000075">
      <w:pPr>
        <w:rPr/>
      </w:pPr>
      <w:r w:rsidDel="00000000" w:rsidR="00000000" w:rsidRPr="00000000">
        <w:rPr>
          <w:rtl w:val="0"/>
        </w:rPr>
        <w:t xml:space="preserve">RSD is an extreme, overwhelming, and painful emotional response to perceived or real rejection, teasing, or criticism.</w:t>
      </w:r>
    </w:p>
    <w:p w:rsidR="00000000" w:rsidDel="00000000" w:rsidP="00000000" w:rsidRDefault="00000000" w:rsidRPr="00000000" w14:paraId="00000076">
      <w:pPr>
        <w:rPr/>
      </w:pPr>
      <w:r w:rsidDel="00000000" w:rsidR="00000000" w:rsidRPr="00000000">
        <w:rPr>
          <w:rtl w:val="0"/>
        </w:rPr>
        <w:t xml:space="preserve">The "kick" is the dysphoria—a pain so intense it's physical. The "coronation" is the defense mechanism—an instantaneous, 180-degree turn to protect the self, often by rejecting the source first ("I still have Slayer!") or by building a fortress ("I'M ANTI SOCIAL").</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(PROSE returns - The 13-year-old's POV.)</w:t>
      </w:r>
    </w:p>
    <w:p w:rsidR="00000000" w:rsidDel="00000000" w:rsidP="00000000" w:rsidRDefault="00000000" w:rsidRPr="00000000" w14:paraId="00000079">
      <w:pPr>
        <w:rPr/>
      </w:pPr>
      <w:r w:rsidDel="00000000" w:rsidR="00000000" w:rsidRPr="00000000">
        <w:rPr>
          <w:rtl w:val="0"/>
        </w:rPr>
        <w:t xml:space="preserve">CLANG. I'm thirteen. In the cafeteria. I'm probably wearing the "I'M ANTI SOCIAL" shirt under my unzipped hoodie. E is looking at me. And the 1.3-second blast beat in my chest is two things at once:</w:t>
      </w:r>
    </w:p>
    <w:p w:rsidR="00000000" w:rsidDel="00000000" w:rsidP="00000000" w:rsidRDefault="00000000" w:rsidRPr="00000000" w14:paraId="0000007A">
      <w:pPr>
        <w:rPr/>
      </w:pPr>
      <w:r w:rsidDel="00000000" w:rsidR="00000000" w:rsidRPr="00000000">
        <w:rPr>
          <w:rtl w:val="0"/>
        </w:rPr>
        <w:t xml:space="preserve">The "First Show" feeling of belonging.</w:t>
      </w:r>
    </w:p>
    <w:p w:rsidR="00000000" w:rsidDel="00000000" w:rsidP="00000000" w:rsidRDefault="00000000" w:rsidRPr="00000000" w14:paraId="0000007B">
      <w:pPr>
        <w:rPr/>
      </w:pPr>
      <w:r w:rsidDel="00000000" w:rsidR="00000000" w:rsidRPr="00000000">
        <w:rPr>
          <w:rtl w:val="0"/>
        </w:rPr>
        <w:t xml:space="preserve">The "Too Much Slayer" RSD panic.</w:t>
      </w:r>
    </w:p>
    <w:p w:rsidR="00000000" w:rsidDel="00000000" w:rsidP="00000000" w:rsidRDefault="00000000" w:rsidRPr="00000000" w14:paraId="0000007C">
      <w:pPr>
        <w:rPr/>
      </w:pPr>
      <w:r w:rsidDel="00000000" w:rsidR="00000000" w:rsidRPr="00000000">
        <w:rPr>
          <w:rtl w:val="0"/>
        </w:rPr>
        <w:t xml:space="preserve">This new feeling for E is a threat. It's a "normal" connection, and the last time I tried one, I was told my identity was the problem. I was given a "blue verdict" and forced to choose.</w:t>
      </w:r>
    </w:p>
    <w:p w:rsidR="00000000" w:rsidDel="00000000" w:rsidP="00000000" w:rsidRDefault="00000000" w:rsidRPr="00000000" w14:paraId="0000007D">
      <w:pPr>
        <w:rPr/>
      </w:pPr>
      <w:r w:rsidDel="00000000" w:rsidR="00000000" w:rsidRPr="00000000">
        <w:rPr>
          <w:rtl w:val="0"/>
        </w:rPr>
        <w:t xml:space="preserve">E’s expression isn't shocked. It isn't a smile. It's not pity. It's... assessment.</w:t>
      </w:r>
    </w:p>
    <w:p w:rsidR="00000000" w:rsidDel="00000000" w:rsidP="00000000" w:rsidRDefault="00000000" w:rsidRPr="00000000" w14:paraId="0000007E">
      <w:pPr>
        <w:rPr/>
      </w:pPr>
      <w:r w:rsidDel="00000000" w:rsidR="00000000" w:rsidRPr="00000000">
        <w:rPr>
          <w:rtl w:val="0"/>
        </w:rPr>
        <w:t xml:space="preserve">(This next section is COMIC PANELS - The "Malfunction".)</w:t>
      </w:r>
    </w:p>
    <w:p w:rsidR="00000000" w:rsidDel="00000000" w:rsidP="00000000" w:rsidRDefault="00000000" w:rsidRPr="00000000" w14:paraId="0000007F">
      <w:pPr>
        <w:rPr/>
      </w:pPr>
      <w:r w:rsidDel="00000000" w:rsidR="00000000" w:rsidRPr="00000000">
        <w:rPr>
          <w:rtl w:val="0"/>
        </w:rPr>
        <w:t xml:space="preserve">Panel 1: (Close up on E's face, analytical. E's eyes are locked on me. The "yellow" is noticing.) CAPTION (Internal): Interesting. This unit is malfunctioning.</w:t>
      </w:r>
    </w:p>
    <w:p w:rsidR="00000000" w:rsidDel="00000000" w:rsidP="00000000" w:rsidRDefault="00000000" w:rsidRPr="00000000" w14:paraId="00000080">
      <w:pPr>
        <w:rPr/>
      </w:pPr>
      <w:r w:rsidDel="00000000" w:rsidR="00000000" w:rsidRPr="00000000">
        <w:rPr>
          <w:rtl w:val="0"/>
        </w:rPr>
        <w:t xml:space="preserve">Panel 2: (Close up on my face. I am "malfunctioning." I'm sweating. My "faulty wiring" is sparking. The "kick" of perceived assessment.)</w:t>
      </w:r>
    </w:p>
    <w:p w:rsidR="00000000" w:rsidDel="00000000" w:rsidP="00000000" w:rsidRDefault="00000000" w:rsidRPr="00000000" w14:paraId="00000081">
      <w:pPr>
        <w:rPr/>
      </w:pPr>
      <w:r w:rsidDel="00000000" w:rsidR="00000000" w:rsidRPr="00000000">
        <w:rPr>
          <w:rtl w:val="0"/>
        </w:rPr>
        <w:t xml:space="preserve">Panel 3: (A split panel. On the left: My "I'M ANTI SOCIAL" shirt. On the right: E's face, still looking, un-repelled.) CAPTION (Internal): My fortress is built from Slayer. "Volume = identity." It's designed to repel people. E is not being repelled.</w:t>
      </w:r>
    </w:p>
    <w:p w:rsidR="00000000" w:rsidDel="00000000" w:rsidP="00000000" w:rsidRDefault="00000000" w:rsidRPr="00000000" w14:paraId="00000082">
      <w:pPr>
        <w:rPr/>
      </w:pPr>
      <w:r w:rsidDel="00000000" w:rsidR="00000000" w:rsidRPr="00000000">
        <w:rPr>
          <w:rtl w:val="0"/>
        </w:rPr>
        <w:t xml:space="preserve">(PROSE returns. The 13-year-old's POV.)</w:t>
      </w:r>
    </w:p>
    <w:p w:rsidR="00000000" w:rsidDel="00000000" w:rsidP="00000000" w:rsidRDefault="00000000" w:rsidRPr="00000000" w14:paraId="00000083">
      <w:pPr>
        <w:rPr/>
      </w:pPr>
      <w:r w:rsidDel="00000000" w:rsidR="00000000" w:rsidRPr="00000000">
        <w:rPr>
          <w:rtl w:val="0"/>
        </w:rPr>
        <w:t xml:space="preserve">It's an impossible choice. The fortress... or this.</w:t>
      </w:r>
    </w:p>
    <w:p w:rsidR="00000000" w:rsidDel="00000000" w:rsidP="00000000" w:rsidRDefault="00000000" w:rsidRPr="00000000" w14:paraId="00000084">
      <w:pPr>
        <w:rPr/>
      </w:pPr>
      <w:r w:rsidDel="00000000" w:rsidR="00000000" w:rsidRPr="00000000">
        <w:rPr>
          <w:rtl w:val="0"/>
        </w:rPr>
        <w:t xml:space="preserve">"You're a weird-ass kid, man," The Hostile (K) grunts, turning back to their potato-paste.</w:t>
      </w:r>
    </w:p>
    <w:p w:rsidR="00000000" w:rsidDel="00000000" w:rsidP="00000000" w:rsidRDefault="00000000" w:rsidRPr="00000000" w14:paraId="00000085">
      <w:pPr>
        <w:rPr/>
      </w:pPr>
      <w:r w:rsidDel="00000000" w:rsidR="00000000" w:rsidRPr="00000000">
        <w:rPr>
          <w:rtl w:val="0"/>
        </w:rPr>
        <w:t xml:space="preserve">The Hostile is right. I am a walking contradiction. A 50-year-old assembler trapped in an 8th-grade exile, having a philosophical crisis. I just got told my spine was a problem, and now this?</w:t>
      </w:r>
    </w:p>
    <w:p w:rsidR="00000000" w:rsidDel="00000000" w:rsidP="00000000" w:rsidRDefault="00000000" w:rsidRPr="00000000" w14:paraId="00000086">
      <w:pPr>
        <w:rPr/>
      </w:pPr>
      <w:r w:rsidDel="00000000" w:rsidR="00000000" w:rsidRPr="00000000">
        <w:rPr>
          <w:rtl w:val="0"/>
        </w:rPr>
        <w:t xml:space="preserve">I do the only thing I can. I choose the fortress. It's safer. I look away. I go cold.</w:t>
      </w:r>
    </w:p>
    <w:p w:rsidR="00000000" w:rsidDel="00000000" w:rsidP="00000000" w:rsidRDefault="00000000" w:rsidRPr="00000000" w14:paraId="00000087">
      <w:pPr>
        <w:rPr/>
      </w:pPr>
      <w:r w:rsidDel="00000000" w:rsidR="00000000" w:rsidRPr="00000000">
        <w:rPr>
          <w:rtl w:val="0"/>
        </w:rPr>
        <w:t xml:space="preserve">I pick up my fork and stab the square of lasagna. This is the real work. This is the boulder. Sisyphus didn't just push a rock; Sisyphus had to convince themself, every single second, that the rock was worth pushing. My rock is this lasagna. This class with The Drone (Mx. H). This hallway. I still have Slayer. I still have the shirt.</w:t>
      </w:r>
    </w:p>
    <w:p w:rsidR="00000000" w:rsidDel="00000000" w:rsidP="00000000" w:rsidRDefault="00000000" w:rsidRPr="00000000" w14:paraId="00000088">
      <w:pPr>
        <w:rPr/>
      </w:pPr>
      <w:r w:rsidDel="00000000" w:rsidR="00000000" w:rsidRPr="00000000">
        <w:rPr>
          <w:rtl w:val="0"/>
        </w:rPr>
        <w:t xml:space="preserve">The bell rings. CLANG. The moment is over.</w:t>
      </w:r>
    </w:p>
    <w:p w:rsidR="00000000" w:rsidDel="00000000" w:rsidP="00000000" w:rsidRDefault="00000000" w:rsidRPr="00000000" w14:paraId="00000089">
      <w:pPr>
        <w:rPr/>
      </w:pPr>
      <w:r w:rsidDel="00000000" w:rsidR="00000000" w:rsidRPr="00000000">
        <w:rPr>
          <w:rtl w:val="0"/>
        </w:rPr>
        <w:t xml:space="preserve">E looks down, the headphones slipping back into place. The connection is cut.</w:t>
      </w:r>
    </w:p>
    <w:p w:rsidR="00000000" w:rsidDel="00000000" w:rsidP="00000000" w:rsidRDefault="00000000" w:rsidRPr="00000000" w14:paraId="0000008A">
      <w:pPr>
        <w:rPr/>
      </w:pPr>
      <w:r w:rsidDel="00000000" w:rsidR="00000000" w:rsidRPr="00000000">
        <w:rPr>
          <w:rtl w:val="0"/>
        </w:rPr>
        <w:t xml:space="preserve">I stand up, my tray in my sweaty hands. My legs feel like they're full of static. I am, to quote D. Berman, "lost in a fog of feelings."</w:t>
      </w:r>
    </w:p>
    <w:p w:rsidR="00000000" w:rsidDel="00000000" w:rsidP="00000000" w:rsidRDefault="00000000" w:rsidRPr="00000000" w14:paraId="0000008B">
      <w:pPr>
        <w:rPr/>
      </w:pPr>
      <w:r w:rsidDel="00000000" w:rsidR="00000000" w:rsidRPr="00000000">
        <w:rPr>
          <w:rtl w:val="0"/>
        </w:rPr>
        <w:t xml:space="preserve">I dump my tray. I don't look back. Forward motion.</w:t>
      </w:r>
    </w:p>
    <w:p w:rsidR="00000000" w:rsidDel="00000000" w:rsidP="00000000" w:rsidRDefault="00000000" w:rsidRPr="00000000" w14:paraId="0000008C">
      <w:pPr>
        <w:rPr/>
      </w:pPr>
      <w:r w:rsidDel="00000000" w:rsidR="00000000" w:rsidRPr="00000000">
        <w:rPr>
          <w:rtl w:val="0"/>
        </w:rPr>
        <w:t xml:space="preserve">But the crack is there. The fortress is breached. And I, The Assembler, have a new, terrifying variable. I have E.</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Chapter 3: The Engine Called 'Me' (File #99)</w:t>
      </w:r>
    </w:p>
    <w:p w:rsidR="00000000" w:rsidDel="00000000" w:rsidP="00000000" w:rsidRDefault="00000000" w:rsidRPr="00000000" w14:paraId="0000008F">
      <w:pPr>
        <w:rPr/>
      </w:pPr>
      <w:r w:rsidDel="00000000" w:rsidR="00000000" w:rsidRPr="00000000">
        <w:rPr>
          <w:rtl w:val="0"/>
        </w:rPr>
        <w:t xml:space="preserve">(This chapter is PROSE - The 50-year-old Assembler is pulling a new file.)</w:t>
      </w:r>
    </w:p>
    <w:p w:rsidR="00000000" w:rsidDel="00000000" w:rsidP="00000000" w:rsidRDefault="00000000" w:rsidRPr="00000000" w14:paraId="00000090">
      <w:pPr>
        <w:rPr/>
      </w:pPr>
      <w:r w:rsidDel="00000000" w:rsidR="00000000" w:rsidRPr="00000000">
        <w:rPr>
          <w:rtl w:val="0"/>
        </w:rPr>
        <w:t xml:space="preserve">I'm fifty, and I’m unemployed. I’m grappling with the diagnosis. The clinic smelled like floor wax and something floral I can't name.</w:t>
      </w:r>
    </w:p>
    <w:p w:rsidR="00000000" w:rsidDel="00000000" w:rsidP="00000000" w:rsidRDefault="00000000" w:rsidRPr="00000000" w14:paraId="00000091">
      <w:pPr>
        <w:rPr/>
      </w:pPr>
      <w:r w:rsidDel="00000000" w:rsidR="00000000" w:rsidRPr="00000000">
        <w:rPr>
          <w:rtl w:val="0"/>
        </w:rPr>
        <w:t xml:space="preserve">My leg is bouncing. It's always bouncing. This is a new Augenblick, one I'm still processing. The one where the doctor slides a paper across the desk. "Based on the assessment," the doctor says, "it is clear. Attention Deficit Hyperactivity Disorder. Predominantly hyperactive."</w:t>
      </w:r>
    </w:p>
    <w:p w:rsidR="00000000" w:rsidDel="00000000" w:rsidP="00000000" w:rsidRDefault="00000000" w:rsidRPr="00000000" w14:paraId="00000092">
      <w:pPr>
        <w:rPr/>
      </w:pPr>
      <w:r w:rsidDel="00000000" w:rsidR="00000000" w:rsidRPr="00000000">
        <w:rPr>
          <w:rtl w:val="0"/>
        </w:rPr>
        <w:t xml:space="preserve">Hyperactive.</w:t>
      </w:r>
    </w:p>
    <w:p w:rsidR="00000000" w:rsidDel="00000000" w:rsidP="00000000" w:rsidRDefault="00000000" w:rsidRPr="00000000" w14:paraId="00000093">
      <w:pPr>
        <w:rPr/>
      </w:pPr>
      <w:r w:rsidDel="00000000" w:rsidR="00000000" w:rsidRPr="00000000">
        <w:rPr>
          <w:rtl w:val="0"/>
        </w:rPr>
        <w:t xml:space="preserve">A label. A box. Another arbitrary file name. But this one... this one is different. This one is the 50-year-old Assembler pulling the file that the 13-year-old could only feel.</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[AUGENBLICK FILE: 99. What’s Wrong With Me?]</w:t>
      </w:r>
    </w:p>
    <w:p w:rsidR="00000000" w:rsidDel="00000000" w:rsidP="00000000" w:rsidRDefault="00000000" w:rsidRPr="00000000" w14:paraId="00000096">
      <w:pPr>
        <w:rPr/>
      </w:pPr>
      <w:r w:rsidDel="00000000" w:rsidR="00000000" w:rsidRPr="00000000">
        <w:rPr>
          <w:rtl w:val="0"/>
        </w:rPr>
        <w:t xml:space="preserve">I’ve always felt different. Not special. Not gifted. Just… off. Like I’m out of sync with everyone else’s rhythm. Like there’s some rulebook everyone got that I missed.</w:t>
      </w:r>
    </w:p>
    <w:p w:rsidR="00000000" w:rsidDel="00000000" w:rsidP="00000000" w:rsidRDefault="00000000" w:rsidRPr="00000000" w14:paraId="00000097">
      <w:pPr>
        <w:rPr/>
      </w:pPr>
      <w:r w:rsidDel="00000000" w:rsidR="00000000" w:rsidRPr="00000000">
        <w:rPr>
          <w:rtl w:val="0"/>
        </w:rPr>
        <w:t xml:space="preserve">I seriously wonder sometimes... Or have ADHD. Or if there’s just something no one’s named yet that makes everything feel two steps removed. I’ve carried that question like a stone in my pocket:</w:t>
      </w:r>
    </w:p>
    <w:p w:rsidR="00000000" w:rsidDel="00000000" w:rsidP="00000000" w:rsidRDefault="00000000" w:rsidRPr="00000000" w14:paraId="00000098">
      <w:pPr>
        <w:rPr/>
      </w:pPr>
      <w:r w:rsidDel="00000000" w:rsidR="00000000" w:rsidRPr="00000000">
        <w:rPr>
          <w:rtl w:val="0"/>
        </w:rPr>
        <w:t xml:space="preserve">What’s wrong with me?</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(PROSE continues...)</w:t>
      </w:r>
    </w:p>
    <w:p w:rsidR="00000000" w:rsidDel="00000000" w:rsidP="00000000" w:rsidRDefault="00000000" w:rsidRPr="00000000" w14:paraId="0000009B">
      <w:pPr>
        <w:rPr/>
      </w:pPr>
      <w:r w:rsidDel="00000000" w:rsidR="00000000" w:rsidRPr="00000000">
        <w:rPr>
          <w:rtl w:val="0"/>
        </w:rPr>
        <w:t xml:space="preserve">The diagnosis is the recognition. My "forward motion only" rule was never a philosophy. It was a compulsion. I wasn't moving forward; I was fleeing stillness.</w:t>
      </w:r>
    </w:p>
    <w:p w:rsidR="00000000" w:rsidDel="00000000" w:rsidP="00000000" w:rsidRDefault="00000000" w:rsidRPr="00000000" w14:paraId="0000009C">
      <w:pPr>
        <w:rPr/>
      </w:pPr>
      <w:r w:rsidDel="00000000" w:rsidR="00000000" w:rsidRPr="00000000">
        <w:rPr>
          <w:rtl w:val="0"/>
        </w:rPr>
        <w:t xml:space="preserve">All this time, I thought I was The Assembler. I thought I was building a fortress of nihilism, a stoic response to the Absurd. I thought I was Sisyphus, nobly pushing the rock.</w:t>
      </w:r>
    </w:p>
    <w:p w:rsidR="00000000" w:rsidDel="00000000" w:rsidP="00000000" w:rsidRDefault="00000000" w:rsidRPr="00000000" w14:paraId="0000009D">
      <w:pPr>
        <w:rPr/>
      </w:pPr>
      <w:r w:rsidDel="00000000" w:rsidR="00000000" w:rsidRPr="00000000">
        <w:rPr>
          <w:rtl w:val="0"/>
        </w:rPr>
        <w:t xml:space="preserve">The diagnosis re-frames everything. I'm not Sisyphus. I'm the rock—tumbling downhill, unable to stop. My "philosophy" wasn't assembled from Slayer and comics. It was just a story I told myself to explain the noise. A story to explain the constant, physical, burning itch under my skin that has been there since 1988.</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[FACT: Disregulated Nervous System]</w:t>
      </w:r>
    </w:p>
    <w:p w:rsidR="00000000" w:rsidDel="00000000" w:rsidP="00000000" w:rsidRDefault="00000000" w:rsidRPr="00000000" w14:paraId="000000A0">
      <w:pPr>
        <w:rPr/>
      </w:pPr>
      <w:r w:rsidDel="00000000" w:rsidR="00000000" w:rsidRPr="00000000">
        <w:rPr>
          <w:rtl w:val="0"/>
        </w:rPr>
        <w:t xml:space="preserve">This is the "primary symptom." The AD/HD brain isn't just "hyperactive"; it's disregulated. It can't properly modulate its response to stimuli. It's either "off" (bored, "heavy bored") or "11" (furious, panicked, ecstatic). The "low frustration tolerance" is the result of a system that is always running too hot or not at all. There is no "cruise control."</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(PROSE transitions to the 1988 "comic" memory...)</w:t>
      </w:r>
    </w:p>
    <w:p w:rsidR="00000000" w:rsidDel="00000000" w:rsidP="00000000" w:rsidRDefault="00000000" w:rsidRPr="00000000" w14:paraId="000000A3">
      <w:pPr>
        <w:rPr/>
      </w:pPr>
      <w:r w:rsidDel="00000000" w:rsidR="00000000" w:rsidRPr="00000000">
        <w:rPr>
          <w:rtl w:val="0"/>
        </w:rPr>
        <w:t xml:space="preserve">The bell rings. I'm thirteen, and I'm in The Drone's (Mx. H's) class. The Drone is talking about... something. The Louisiana Purchase. My leg is bouncing. Thump-thump-thump against the hollow metal desk leg.</w:t>
      </w:r>
    </w:p>
    <w:p w:rsidR="00000000" w:rsidDel="00000000" w:rsidP="00000000" w:rsidRDefault="00000000" w:rsidRPr="00000000" w14:paraId="000000A4">
      <w:pPr>
        <w:rPr/>
      </w:pPr>
      <w:r w:rsidDel="00000000" w:rsidR="00000000" w:rsidRPr="00000000">
        <w:rPr>
          <w:rtl w:val="0"/>
        </w:rPr>
        <w:t xml:space="preserve">"Settle down," The Drone mutters, not even looking at me. I can't.</w:t>
      </w:r>
    </w:p>
    <w:p w:rsidR="00000000" w:rsidDel="00000000" w:rsidP="00000000" w:rsidRDefault="00000000" w:rsidRPr="00000000" w14:paraId="000000A5">
      <w:pPr>
        <w:rPr/>
      </w:pPr>
      <w:r w:rsidDel="00000000" w:rsidR="00000000" w:rsidRPr="00000000">
        <w:rPr>
          <w:rtl w:val="0"/>
        </w:rPr>
        <w:t xml:space="preserve">The fluorescent lights are buzzing. A high-pitched eeeeeeee. The Hostile (K) is tapping a pencil, but it's off-beat from my leg, and the competing rhythms are a form of torture. I can feel the tag on the back of my shirt. It's scratching. I am being driven by an engine I cannot turn off.</w:t>
      </w:r>
    </w:p>
    <w:p w:rsidR="00000000" w:rsidDel="00000000" w:rsidP="00000000" w:rsidRDefault="00000000" w:rsidRPr="00000000" w14:paraId="000000A6">
      <w:pPr>
        <w:rPr/>
      </w:pPr>
      <w:r w:rsidDel="00000000" w:rsidR="00000000" w:rsidRPr="00000000">
        <w:rPr>
          <w:rtl w:val="0"/>
        </w:rPr>
        <w:t xml:space="preserve">This isn't existential dread. This isn't adolescent angst. This, I realize at fifty, is hyperactivity. This is a disregulated nervous system.</w:t>
      </w:r>
    </w:p>
    <w:p w:rsidR="00000000" w:rsidDel="00000000" w:rsidP="00000000" w:rsidRDefault="00000000" w:rsidRPr="00000000" w14:paraId="000000A7">
      <w:pPr>
        <w:rPr/>
      </w:pPr>
      <w:r w:rsidDel="00000000" w:rsidR="00000000" w:rsidRPr="00000000">
        <w:rPr>
          <w:rtl w:val="0"/>
        </w:rPr>
        <w:t xml:space="preserve">I thought my brain was a fortress. It's not. It's a radio, tuned to static, with the volume knob broken off.</w:t>
      </w:r>
    </w:p>
    <w:p w:rsidR="00000000" w:rsidDel="00000000" w:rsidP="00000000" w:rsidRDefault="00000000" w:rsidRPr="00000000" w14:paraId="000000A8">
      <w:pPr>
        <w:rPr/>
      </w:pPr>
      <w:r w:rsidDel="00000000" w:rsidR="00000000" w:rsidRPr="00000000">
        <w:rPr>
          <w:rtl w:val="0"/>
        </w:rPr>
        <w:t xml:space="preserve">I look across the aisle. E. E is sitting perfectly still. E is listening to a Glass Androids demo. E is drawing. Calm. Contained. The blueprints for impossible cities. E is not fleeing the moment. E is inhabiting it.</w:t>
      </w:r>
    </w:p>
    <w:p w:rsidR="00000000" w:rsidDel="00000000" w:rsidP="00000000" w:rsidRDefault="00000000" w:rsidRPr="00000000" w14:paraId="000000A9">
      <w:pPr>
        <w:rPr/>
      </w:pPr>
      <w:r w:rsidDel="00000000" w:rsidR="00000000" w:rsidRPr="00000000">
        <w:rPr>
          <w:rtl w:val="0"/>
        </w:rPr>
        <w:t xml:space="preserve">And I, The Assembler, see the truth. I wasn't staring at E in the cafeteria because of some Owen Ashworth-level crush. I was staring at E because E was quiet. My chaos wasn't looking for a philosophy. It was looking for an anchor.</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Chapter 4: Faulty Wiring, Faulty World</w:t>
      </w:r>
    </w:p>
    <w:p w:rsidR="00000000" w:rsidDel="00000000" w:rsidP="00000000" w:rsidRDefault="00000000" w:rsidRPr="00000000" w14:paraId="000000AC">
      <w:pPr>
        <w:rPr/>
      </w:pPr>
      <w:r w:rsidDel="00000000" w:rsidR="00000000" w:rsidRPr="00000000">
        <w:rPr>
          <w:rtl w:val="0"/>
        </w:rPr>
        <w:t xml:space="preserve">(This chapter is PROSE - The 50-year-old Assembler's voice.)</w:t>
      </w:r>
    </w:p>
    <w:p w:rsidR="00000000" w:rsidDel="00000000" w:rsidP="00000000" w:rsidRDefault="00000000" w:rsidRPr="00000000" w14:paraId="000000AD">
      <w:pPr>
        <w:rPr/>
      </w:pPr>
      <w:r w:rsidDel="00000000" w:rsidR="00000000" w:rsidRPr="00000000">
        <w:rPr>
          <w:rtl w:val="0"/>
        </w:rPr>
        <w:t xml:space="preserve">I walk out of Dr. V's clinic into the bright, foreign afternoon. The street sounds—a language I don't understand, the squeal of a scooter, a distant siren—are too sharp. They feel like needles.</w:t>
      </w:r>
    </w:p>
    <w:p w:rsidR="00000000" w:rsidDel="00000000" w:rsidP="00000000" w:rsidRDefault="00000000" w:rsidRPr="00000000" w14:paraId="000000AE">
      <w:pPr>
        <w:rPr/>
      </w:pPr>
      <w:r w:rsidDel="00000000" w:rsidR="00000000" w:rsidRPr="00000000">
        <w:rPr>
          <w:rtl w:val="0"/>
        </w:rPr>
        <w:t xml:space="preserve">I don't trust my own brain. I mean, I never trusted it, not really. That was the whole point of the nihilism. Trusting nothing.</w:t>
      </w:r>
    </w:p>
    <w:p w:rsidR="00000000" w:rsidDel="00000000" w:rsidP="00000000" w:rsidRDefault="00000000" w:rsidRPr="00000000" w14:paraId="000000AF">
      <w:pPr>
        <w:rPr/>
      </w:pPr>
      <w:r w:rsidDel="00000000" w:rsidR="00000000" w:rsidRPr="00000000">
        <w:rPr>
          <w:rtl w:val="0"/>
        </w:rPr>
        <w:t xml:space="preserve">But this is different.</w:t>
      </w:r>
    </w:p>
    <w:p w:rsidR="00000000" w:rsidDel="00000000" w:rsidP="00000000" w:rsidRDefault="00000000" w:rsidRPr="00000000" w14:paraId="000000B0">
      <w:pPr>
        <w:rPr/>
      </w:pPr>
      <w:r w:rsidDel="00000000" w:rsidR="00000000" w:rsidRPr="00000000">
        <w:rPr>
          <w:rtl w:val="0"/>
        </w:rPr>
        <w:t xml:space="preserve">Before, I thought my brain was an unreliable narrator in an absurd play. A Silver Jews song full of witty observations about "Random Rules."</w:t>
      </w:r>
    </w:p>
    <w:p w:rsidR="00000000" w:rsidDel="00000000" w:rsidP="00000000" w:rsidRDefault="00000000" w:rsidRPr="00000000" w14:paraId="000000B1">
      <w:pPr>
        <w:rPr/>
      </w:pPr>
      <w:r w:rsidDel="00000000" w:rsidR="00000000" w:rsidRPr="00000000">
        <w:rPr>
          <w:rtl w:val="0"/>
        </w:rPr>
        <w:t xml:space="preserve">Now, I know my brain is just faulty wiring.</w:t>
      </w:r>
    </w:p>
    <w:p w:rsidR="00000000" w:rsidDel="00000000" w:rsidP="00000000" w:rsidRDefault="00000000" w:rsidRPr="00000000" w14:paraId="000000B2">
      <w:pPr>
        <w:rPr/>
      </w:pPr>
      <w:r w:rsidDel="00000000" w:rsidR="00000000" w:rsidRPr="00000000">
        <w:rPr>
          <w:rtl w:val="0"/>
        </w:rPr>
        <w:t xml:space="preserve">It's a cheap radio that can't hold a signal. I am a ghost in a machine that is actively trying to sabotage me.</w:t>
      </w:r>
    </w:p>
    <w:p w:rsidR="00000000" w:rsidDel="00000000" w:rsidP="00000000" w:rsidRDefault="00000000" w:rsidRPr="00000000" w14:paraId="000000B3">
      <w:pPr>
        <w:rPr/>
      </w:pPr>
      <w:r w:rsidDel="00000000" w:rsidR="00000000" w:rsidRPr="00000000">
        <w:rPr>
          <w:rtl w:val="0"/>
        </w:rPr>
        <w:t xml:space="preserve">Am I "drunk with nostalgia," or am I just... confabulating?</w:t>
      </w:r>
    </w:p>
    <w:p w:rsidR="00000000" w:rsidDel="00000000" w:rsidP="00000000" w:rsidRDefault="00000000" w:rsidRPr="00000000" w14:paraId="000000B4">
      <w:pPr>
        <w:rPr/>
      </w:pPr>
      <w:r w:rsidDel="00000000" w:rsidR="00000000" w:rsidRPr="00000000">
        <w:rPr>
          <w:rtl w:val="0"/>
        </w:rPr>
        <w:t xml:space="preserve">Did E really look at me? Or was I just a 13-year-old kid, vibrating at an impossible frequency, needing E to look at me? Did I invent the "android" and the "blast beat" and the "philosophy" as a way to build a story around the static?</w:t>
      </w:r>
    </w:p>
    <w:p w:rsidR="00000000" w:rsidDel="00000000" w:rsidP="00000000" w:rsidRDefault="00000000" w:rsidRPr="00000000" w14:paraId="000000B5">
      <w:pPr>
        <w:rPr/>
      </w:pPr>
      <w:r w:rsidDel="00000000" w:rsidR="00000000" w:rsidRPr="00000000">
        <w:rPr>
          <w:rtl w:val="0"/>
        </w:rPr>
        <w:t xml:space="preserve">If the engine is broken, you can't trust the journey.</w:t>
      </w:r>
    </w:p>
    <w:p w:rsidR="00000000" w:rsidDel="00000000" w:rsidP="00000000" w:rsidRDefault="00000000" w:rsidRPr="00000000" w14:paraId="000000B6">
      <w:pPr>
        <w:rPr/>
      </w:pPr>
      <w:r w:rsidDel="00000000" w:rsidR="00000000" w:rsidRPr="00000000">
        <w:rPr>
          <w:rtl w:val="0"/>
        </w:rPr>
        <w:t xml:space="preserve">And the "going cold" thing... my prized defense mechanism. The one thing I thought I could control. My ability to cut the cord, to freeze out Jesus mi amigo.</w:t>
      </w:r>
    </w:p>
    <w:p w:rsidR="00000000" w:rsidDel="00000000" w:rsidP="00000000" w:rsidRDefault="00000000" w:rsidRPr="00000000" w14:paraId="000000B7">
      <w:pPr>
        <w:rPr/>
      </w:pPr>
      <w:r w:rsidDel="00000000" w:rsidR="00000000" w:rsidRPr="00000000">
        <w:rPr>
          <w:rtl w:val="0"/>
        </w:rPr>
        <w:t xml:space="preserve">What if that's not a choice? What if it's just a fuse blowing? A system overload. My AD/HD brain, unable to process the noise, simply... shutting down.</w:t>
      </w:r>
    </w:p>
    <w:p w:rsidR="00000000" w:rsidDel="00000000" w:rsidP="00000000" w:rsidRDefault="00000000" w:rsidRPr="00000000" w14:paraId="000000B8">
      <w:pPr>
        <w:rPr/>
      </w:pPr>
      <w:r w:rsidDel="00000000" w:rsidR="00000000" w:rsidRPr="00000000">
        <w:rPr>
          <w:rtl w:val="0"/>
        </w:rPr>
        <w:t xml:space="preserve">This means I am not The Assembler. I'm not even the cog. I'm just the error message.</w:t>
      </w:r>
    </w:p>
    <w:p w:rsidR="00000000" w:rsidDel="00000000" w:rsidP="00000000" w:rsidRDefault="00000000" w:rsidRPr="00000000" w14:paraId="000000B9">
      <w:pPr>
        <w:rPr/>
      </w:pPr>
      <w:r w:rsidDel="00000000" w:rsidR="00000000" w:rsidRPr="00000000">
        <w:rPr>
          <w:rtl w:val="0"/>
        </w:rPr>
        <w:t xml:space="preserve">(PROSE transitions to the 1988 "comic" memory...)</w:t>
      </w:r>
    </w:p>
    <w:p w:rsidR="00000000" w:rsidDel="00000000" w:rsidP="00000000" w:rsidRDefault="00000000" w:rsidRPr="00000000" w14:paraId="000000BA">
      <w:pPr>
        <w:rPr/>
      </w:pPr>
      <w:r w:rsidDel="00000000" w:rsidR="00000000" w:rsidRPr="00000000">
        <w:rPr>
          <w:rtl w:val="0"/>
        </w:rPr>
        <w:t xml:space="preserve">I'm thirteen. I'm in History. The fluorescent lights are buzzing. eeeeeeeee. My leg is bouncing. My new Nikes—the ones with the visible air bubble—squeak on the linoleum. Squeak. Squeak. Squeak.</w:t>
      </w:r>
    </w:p>
    <w:p w:rsidR="00000000" w:rsidDel="00000000" w:rsidP="00000000" w:rsidRDefault="00000000" w:rsidRPr="00000000" w14:paraId="000000BB">
      <w:pPr>
        <w:rPr/>
      </w:pPr>
      <w:r w:rsidDel="00000000" w:rsidR="00000000" w:rsidRPr="00000000">
        <w:rPr>
          <w:rtl w:val="0"/>
        </w:rPr>
        <w:t xml:space="preserve">The Drone (Mx. H) is at the front of the room, holding a piece of chalk. "The battle," The Drone says, "was a turning point. Who can tell me... why?"</w:t>
      </w:r>
    </w:p>
    <w:p w:rsidR="00000000" w:rsidDel="00000000" w:rsidP="00000000" w:rsidRDefault="00000000" w:rsidRPr="00000000" w14:paraId="000000BC">
      <w:pPr>
        <w:rPr/>
      </w:pPr>
      <w:r w:rsidDel="00000000" w:rsidR="00000000" w:rsidRPr="00000000">
        <w:rPr>
          <w:rtl w:val="0"/>
        </w:rPr>
        <w:t xml:space="preserve">The Drone is looking at me. No. They are looking near me. Wait. They are looking at me.</w:t>
      </w:r>
    </w:p>
    <w:p w:rsidR="00000000" w:rsidDel="00000000" w:rsidP="00000000" w:rsidRDefault="00000000" w:rsidRPr="00000000" w14:paraId="000000BD">
      <w:pPr>
        <w:rPr/>
      </w:pPr>
      <w:r w:rsidDel="00000000" w:rsidR="00000000" w:rsidRPr="00000000">
        <w:rPr>
          <w:rtl w:val="0"/>
        </w:rPr>
        <w:t xml:space="preserve">"Well?" The Drone asks.</w:t>
      </w:r>
    </w:p>
    <w:p w:rsidR="00000000" w:rsidDel="00000000" w:rsidP="00000000" w:rsidRDefault="00000000" w:rsidRPr="00000000" w14:paraId="000000BE">
      <w:pPr>
        <w:rPr/>
      </w:pPr>
      <w:r w:rsidDel="00000000" w:rsidR="00000000" w:rsidRPr="00000000">
        <w:rPr>
          <w:rtl w:val="0"/>
        </w:rPr>
        <w:t xml:space="preserve">My brain goes white. Just... white noise.</w:t>
      </w:r>
    </w:p>
    <w:p w:rsidR="00000000" w:rsidDel="00000000" w:rsidP="00000000" w:rsidRDefault="00000000" w:rsidRPr="00000000" w14:paraId="000000BF">
      <w:pPr>
        <w:rPr/>
      </w:pPr>
      <w:r w:rsidDel="00000000" w:rsidR="00000000" w:rsidRPr="00000000">
        <w:rPr>
          <w:rtl w:val="0"/>
        </w:rPr>
        <w:t xml:space="preserve">(This next section is COMIC PANELS / VERSE - The 13-year-old's "static" overload. A 9-panel grid.)</w:t>
      </w:r>
    </w:p>
    <w:p w:rsidR="00000000" w:rsidDel="00000000" w:rsidP="00000000" w:rsidRDefault="00000000" w:rsidRPr="00000000" w14:paraId="000000C0">
      <w:pPr>
        <w:rPr/>
      </w:pPr>
      <w:r w:rsidDel="00000000" w:rsidR="00000000" w:rsidRPr="00000000">
        <w:rPr>
          <w:rtl w:val="0"/>
        </w:rPr>
        <w:t xml:space="preserve">Panel 1: (Extreme close up: The buzzing fluorescent light fixture.) SFX: eeeeeeeeeeeee</w:t>
      </w:r>
    </w:p>
    <w:p w:rsidR="00000000" w:rsidDel="00000000" w:rsidP="00000000" w:rsidRDefault="00000000" w:rsidRPr="00000000" w14:paraId="000000C1">
      <w:pPr>
        <w:rPr/>
      </w:pPr>
      <w:r w:rsidDel="00000000" w:rsidR="00000000" w:rsidRPr="00000000">
        <w:rPr>
          <w:rtl w:val="0"/>
        </w:rPr>
        <w:t xml:space="preserve">Panel 2: (Extreme close up: The Hostile (K), seen from the side, snickering behind a hand.) SFX: heh heh</w:t>
      </w:r>
    </w:p>
    <w:p w:rsidR="00000000" w:rsidDel="00000000" w:rsidP="00000000" w:rsidRDefault="00000000" w:rsidRPr="00000000" w14:paraId="000000C2">
      <w:pPr>
        <w:rPr/>
      </w:pPr>
      <w:r w:rsidDel="00000000" w:rsidR="00000000" w:rsidRPr="00000000">
        <w:rPr>
          <w:rtl w:val="0"/>
        </w:rPr>
        <w:t xml:space="preserve">Panel 3: (Extreme close up: The tag on the back of my shirt, seen from inside the shirt. Red and scratchy.) CAPTION: SCRATCHING</w:t>
      </w:r>
    </w:p>
    <w:p w:rsidR="00000000" w:rsidDel="00000000" w:rsidP="00000000" w:rsidRDefault="00000000" w:rsidRPr="00000000" w14:paraId="000000C3">
      <w:pPr>
        <w:rPr/>
      </w:pPr>
      <w:r w:rsidDel="00000000" w:rsidR="00000000" w:rsidRPr="00000000">
        <w:rPr>
          <w:rtl w:val="0"/>
        </w:rPr>
        <w:t xml:space="preserve">Panel 4: (Close up: My leg bouncing under the desk.) SFX: squeak-squeak-squeak</w:t>
      </w:r>
    </w:p>
    <w:p w:rsidR="00000000" w:rsidDel="00000000" w:rsidP="00000000" w:rsidRDefault="00000000" w:rsidRPr="00000000" w14:paraId="000000C4">
      <w:pPr>
        <w:rPr/>
      </w:pPr>
      <w:r w:rsidDel="00000000" w:rsidR="00000000" w:rsidRPr="00000000">
        <w:rPr>
          <w:rtl w:val="0"/>
        </w:rPr>
        <w:t xml:space="preserve">Panel 5: (A full panel of pure white noise static. Just a wall of black and white dots.) SFX: SHHHHHHHHHHHHH</w:t>
      </w:r>
    </w:p>
    <w:p w:rsidR="00000000" w:rsidDel="00000000" w:rsidP="00000000" w:rsidRDefault="00000000" w:rsidRPr="00000000" w14:paraId="000000C5">
      <w:pPr>
        <w:rPr/>
      </w:pPr>
      <w:r w:rsidDel="00000000" w:rsidR="00000000" w:rsidRPr="00000000">
        <w:rPr>
          <w:rtl w:val="0"/>
        </w:rPr>
        <w:t xml:space="preserve">Panel 6: (Black panel, white text.) CAPTION: I read it. I read it three times. The words slip.</w:t>
      </w:r>
    </w:p>
    <w:p w:rsidR="00000000" w:rsidDel="00000000" w:rsidP="00000000" w:rsidRDefault="00000000" w:rsidRPr="00000000" w14:paraId="000000C6">
      <w:pPr>
        <w:rPr/>
      </w:pPr>
      <w:r w:rsidDel="00000000" w:rsidR="00000000" w:rsidRPr="00000000">
        <w:rPr>
          <w:rtl w:val="0"/>
        </w:rPr>
        <w:t xml:space="preserve">Panel 7: (Another black panel, white text.) CAPTION: Where did the words go? Static. White. Noise.</w:t>
      </w:r>
    </w:p>
    <w:p w:rsidR="00000000" w:rsidDel="00000000" w:rsidP="00000000" w:rsidRDefault="00000000" w:rsidRPr="00000000" w14:paraId="000000C7">
      <w:pPr>
        <w:rPr/>
      </w:pPr>
      <w:r w:rsidDel="00000000" w:rsidR="00000000" w:rsidRPr="00000000">
        <w:rPr>
          <w:rtl w:val="0"/>
        </w:rPr>
        <w:t xml:space="preserve">Panel 8: (Close up: The Drone's (Mx. H's) face, impatient, waiting. Their mouth is open.) The Drone (Word Balloon): ...why?</w:t>
      </w:r>
    </w:p>
    <w:p w:rsidR="00000000" w:rsidDel="00000000" w:rsidP="00000000" w:rsidRDefault="00000000" w:rsidRPr="00000000" w14:paraId="000000C8">
      <w:pPr>
        <w:rPr/>
      </w:pPr>
      <w:r w:rsidDel="00000000" w:rsidR="00000000" w:rsidRPr="00000000">
        <w:rPr>
          <w:rtl w:val="0"/>
        </w:rPr>
        <w:t xml:space="preserve">Panel 9: (Extreme close up on my eyes. The static is reflected in them. My mouth is dry.) CAPTION: I can't... I can't... GET IT.</w:t>
      </w:r>
    </w:p>
    <w:p w:rsidR="00000000" w:rsidDel="00000000" w:rsidP="00000000" w:rsidRDefault="00000000" w:rsidRPr="00000000" w14:paraId="000000C9">
      <w:pPr>
        <w:rPr/>
      </w:pPr>
      <w:r w:rsidDel="00000000" w:rsidR="00000000" w:rsidRPr="00000000">
        <w:rPr>
          <w:rtl w:val="0"/>
        </w:rPr>
        <w:t xml:space="preserve">(PROSE returns. The 13-year-old's voice.)</w:t>
      </w:r>
    </w:p>
    <w:p w:rsidR="00000000" w:rsidDel="00000000" w:rsidP="00000000" w:rsidRDefault="00000000" w:rsidRPr="00000000" w14:paraId="000000CA">
      <w:pPr>
        <w:rPr/>
      </w:pPr>
      <w:r w:rsidDel="00000000" w:rsidR="00000000" w:rsidRPr="00000000">
        <w:rPr>
          <w:rtl w:val="0"/>
        </w:rPr>
        <w:t xml:space="preserve">My mouth is dry. I can't assemble the words.</w:t>
      </w:r>
    </w:p>
    <w:p w:rsidR="00000000" w:rsidDel="00000000" w:rsidP="00000000" w:rsidRDefault="00000000" w:rsidRPr="00000000" w14:paraId="000000CB">
      <w:pPr>
        <w:rPr/>
      </w:pPr>
      <w:r w:rsidDel="00000000" w:rsidR="00000000" w:rsidRPr="00000000">
        <w:rPr>
          <w:rtl w:val="0"/>
        </w:rPr>
        <w:t xml:space="preserve">"Just... the social contract," I mutter.</w:t>
      </w:r>
    </w:p>
    <w:p w:rsidR="00000000" w:rsidDel="00000000" w:rsidP="00000000" w:rsidRDefault="00000000" w:rsidRPr="00000000" w14:paraId="000000CC">
      <w:pPr>
        <w:rPr/>
      </w:pPr>
      <w:r w:rsidDel="00000000" w:rsidR="00000000" w:rsidRPr="00000000">
        <w:rPr>
          <w:rtl w:val="0"/>
        </w:rPr>
        <w:t xml:space="preserve">The Drone sighs. A deep, existential sigh that smells like The Cog's cigarettes. "This is history, not philosophy. Try to stay with us."</w:t>
      </w:r>
    </w:p>
    <w:p w:rsidR="00000000" w:rsidDel="00000000" w:rsidP="00000000" w:rsidRDefault="00000000" w:rsidRPr="00000000" w14:paraId="000000CD">
      <w:pPr>
        <w:rPr/>
      </w:pPr>
      <w:r w:rsidDel="00000000" w:rsidR="00000000" w:rsidRPr="00000000">
        <w:rPr>
          <w:rtl w:val="0"/>
        </w:rPr>
        <w:t xml:space="preserve">I look down. The shame is a physical heat, a flush rising up my neck. My brain. My only tool. It failed. It fed me the wrong line.</w:t>
      </w:r>
    </w:p>
    <w:p w:rsidR="00000000" w:rsidDel="00000000" w:rsidP="00000000" w:rsidRDefault="00000000" w:rsidRPr="00000000" w14:paraId="000000CE">
      <w:pPr>
        <w:rPr/>
      </w:pPr>
      <w:r w:rsidDel="00000000" w:rsidR="00000000" w:rsidRPr="00000000">
        <w:rPr>
          <w:rtl w:val="0"/>
        </w:rPr>
        <w:t xml:space="preserve">I glance at E. E's hand is in the air. Not waving. Just... raised. A perfect, still, ninety-degree angle.</w:t>
      </w:r>
    </w:p>
    <w:p w:rsidR="00000000" w:rsidDel="00000000" w:rsidP="00000000" w:rsidRDefault="00000000" w:rsidRPr="00000000" w14:paraId="000000CF">
      <w:pPr>
        <w:rPr/>
      </w:pPr>
      <w:r w:rsidDel="00000000" w:rsidR="00000000" w:rsidRPr="00000000">
        <w:rPr>
          <w:rtl w:val="0"/>
        </w:rPr>
        <w:t xml:space="preserve">The Drone nods at E.</w:t>
      </w:r>
    </w:p>
    <w:p w:rsidR="00000000" w:rsidDel="00000000" w:rsidP="00000000" w:rsidRDefault="00000000" w:rsidRPr="00000000" w14:paraId="000000D0">
      <w:pPr>
        <w:rPr/>
      </w:pPr>
      <w:r w:rsidDel="00000000" w:rsidR="00000000" w:rsidRPr="00000000">
        <w:rPr>
          <w:rtl w:val="0"/>
        </w:rPr>
        <w:t xml:space="preserve">"Because," E says, and E's voice is... low. Quiet. It cuts right through the static. "It shifted the supply lines from the river to the new railway, which meant the opposing army couldn't be sustained through the winter."</w:t>
      </w:r>
    </w:p>
    <w:p w:rsidR="00000000" w:rsidDel="00000000" w:rsidP="00000000" w:rsidRDefault="00000000" w:rsidRPr="00000000" w14:paraId="000000D1">
      <w:pPr>
        <w:rPr/>
      </w:pPr>
      <w:r w:rsidDel="00000000" w:rsidR="00000000" w:rsidRPr="00000000">
        <w:rPr>
          <w:rtl w:val="0"/>
        </w:rPr>
        <w:t xml:space="preserve">It's perfect. Clean. Assembled. E's brain delivered the data.</w:t>
      </w:r>
    </w:p>
    <w:p w:rsidR="00000000" w:rsidDel="00000000" w:rsidP="00000000" w:rsidRDefault="00000000" w:rsidRPr="00000000" w14:paraId="000000D2">
      <w:pPr>
        <w:rPr/>
      </w:pPr>
      <w:r w:rsidDel="00000000" w:rsidR="00000000" w:rsidRPr="00000000">
        <w:rPr>
          <w:rtl w:val="0"/>
        </w:rPr>
        <w:t xml:space="preserve">My brain, my faulty, hyperactive, useless brain, just offered up... nothing. A ghost.</w:t>
      </w:r>
    </w:p>
    <w:p w:rsidR="00000000" w:rsidDel="00000000" w:rsidP="00000000" w:rsidRDefault="00000000" w:rsidRPr="00000000" w14:paraId="000000D3">
      <w:pPr>
        <w:rPr/>
      </w:pPr>
      <w:r w:rsidDel="00000000" w:rsidR="00000000" w:rsidRPr="00000000">
        <w:rPr>
          <w:rtl w:val="0"/>
        </w:rPr>
        <w:t xml:space="preserve">I don't just feel furious. I feel betrayed. By the one thing I'm trapped inside of. I am a ghost in a machine that is actively trying to sabotage me.</w:t>
      </w:r>
    </w:p>
    <w:p w:rsidR="00000000" w:rsidDel="00000000" w:rsidP="00000000" w:rsidRDefault="00000000" w:rsidRPr="00000000" w14:paraId="000000D4">
      <w:pPr>
        <w:rPr/>
      </w:pPr>
      <w:r w:rsidDel="00000000" w:rsidR="00000000" w:rsidRPr="00000000">
        <w:rPr>
          <w:rtl w:val="0"/>
        </w:rPr>
        <w:t xml:space="preserve">The bell rings. I'm out of the chair before the CLANG finishes echoing. Forward motion. Fleeing the scene. Fleeing the faulty wiring.</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Chapter 5: A Body in Rebellion (File #102 &amp; #103)</w:t>
      </w:r>
    </w:p>
    <w:p w:rsidR="00000000" w:rsidDel="00000000" w:rsidP="00000000" w:rsidRDefault="00000000" w:rsidRPr="00000000" w14:paraId="000000D7">
      <w:pPr>
        <w:rPr/>
      </w:pPr>
      <w:r w:rsidDel="00000000" w:rsidR="00000000" w:rsidRPr="00000000">
        <w:rPr>
          <w:rtl w:val="0"/>
        </w:rPr>
        <w:t xml:space="preserve">(This chapter is PROSE - The 50-year-old Assembler's voice.)</w:t>
      </w:r>
    </w:p>
    <w:p w:rsidR="00000000" w:rsidDel="00000000" w:rsidP="00000000" w:rsidRDefault="00000000" w:rsidRPr="00000000" w14:paraId="000000D8">
      <w:pPr>
        <w:rPr/>
      </w:pPr>
      <w:r w:rsidDel="00000000" w:rsidR="00000000" w:rsidRPr="00000000">
        <w:rPr>
          <w:rtl w:val="0"/>
        </w:rPr>
        <w:t xml:space="preserve">I'm fleeing The Drone's class. Fleeing the "faulty wiring." But the betrayal was deeper than just forgetting an answer. The 50-year-old's archive is full of these files: moments when my body was a "biological crime scene" acting on its own. I wasn't just thinking with static; I was broadcasting it. My "body spoke fluent me before I did."</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[AUGENBLICK FILE: 102. Head Shakes &amp; Bewitched Nose]</w:t>
      </w:r>
    </w:p>
    <w:p w:rsidR="00000000" w:rsidDel="00000000" w:rsidP="00000000" w:rsidRDefault="00000000" w:rsidRPr="00000000" w14:paraId="000000DB">
      <w:pPr>
        <w:rPr/>
      </w:pPr>
      <w:r w:rsidDel="00000000" w:rsidR="00000000" w:rsidRPr="00000000">
        <w:rPr>
          <w:rtl w:val="0"/>
        </w:rPr>
        <w:t xml:space="preserve">🎭 Dialogue-Driven Teacher: “Anthony, you just sit back there shaking your head the whole time.” Me: “I do?” Teacher: “Mm-hmm.” (Not mean. Just true.)</w:t>
      </w:r>
    </w:p>
    <w:p w:rsidR="00000000" w:rsidDel="00000000" w:rsidP="00000000" w:rsidRDefault="00000000" w:rsidRPr="00000000" w14:paraId="000000DC">
      <w:pPr>
        <w:rPr/>
      </w:pPr>
      <w:r w:rsidDel="00000000" w:rsidR="00000000" w:rsidRPr="00000000">
        <w:rPr>
          <w:rtl w:val="0"/>
        </w:rPr>
        <w:t xml:space="preserve">🧠 Prompt-Based Body? Head on a metronome; nose twitch like a small spell. Meaning? Regulation before vocabulary.</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I had tics I knew about (the Bewitched nose twitch) and tics I didn't. The head-shaking was one I didn't. My ELA teacher observed it, "not mean, just true," and it didn't embarrass me. It was just... an observation. A data point I didn't have. But that involuntary "head shake" got me in trouble.</w:t>
      </w:r>
    </w:p>
    <w:p w:rsidR="00000000" w:rsidDel="00000000" w:rsidP="00000000" w:rsidRDefault="00000000" w:rsidRPr="00000000" w14:paraId="000000DF">
      <w:pPr>
        <w:rPr/>
      </w:pPr>
      <w:r w:rsidDel="00000000" w:rsidR="00000000" w:rsidRPr="00000000">
        <w:rPr>
          <w:rtl w:val="0"/>
        </w:rPr>
        <w:t xml:space="preserve">(This next section is COMIC PANELS - File #103: The Kicker. 6 panels.)</w:t>
      </w:r>
    </w:p>
    <w:p w:rsidR="00000000" w:rsidDel="00000000" w:rsidP="00000000" w:rsidRDefault="00000000" w:rsidRPr="00000000" w14:paraId="000000E0">
      <w:pPr>
        <w:rPr/>
      </w:pPr>
      <w:r w:rsidDel="00000000" w:rsidR="00000000" w:rsidRPr="00000000">
        <w:rPr>
          <w:rtl w:val="0"/>
        </w:rPr>
        <w:t xml:space="preserve">Panel 1: (Wide shot, afternoon) The bus pulls away with a HISSS. I'm on the sidewalk of Kenswick Drive. I start to cut across a lawn.</w:t>
      </w:r>
    </w:p>
    <w:p w:rsidR="00000000" w:rsidDel="00000000" w:rsidP="00000000" w:rsidRDefault="00000000" w:rsidRPr="00000000" w14:paraId="000000E1">
      <w:pPr>
        <w:rPr/>
      </w:pPr>
      <w:r w:rsidDel="00000000" w:rsidR="00000000" w:rsidRPr="00000000">
        <w:rPr>
          <w:rtl w:val="0"/>
        </w:rPr>
        <w:t xml:space="preserve">Panel 2: (Medium shot) The Kicker, an older high school kid, is in their driveway, wrench in hand, next to a 4-wheeler. A boombox on the porch is blasting horrible pop country. SFX (Music): ...my boots in your daisy dukes...</w:t>
      </w:r>
    </w:p>
    <w:p w:rsidR="00000000" w:rsidDel="00000000" w:rsidP="00000000" w:rsidRDefault="00000000" w:rsidRPr="00000000" w14:paraId="000000E2">
      <w:pPr>
        <w:rPr/>
      </w:pPr>
      <w:r w:rsidDel="00000000" w:rsidR="00000000" w:rsidRPr="00000000">
        <w:rPr>
          <w:rtl w:val="0"/>
        </w:rPr>
        <w:t xml:space="preserve">Panel 3: (My POV, walking) I walk past, jean jacket on, headphones plugged in. My head is visibly rocking back and forth to the music in my ears. CAPTION (Internal): ...ANGEL OF DEATH! MONARCH TO THE KINGDOM OF THE DEAD...</w:t>
      </w:r>
    </w:p>
    <w:p w:rsidR="00000000" w:rsidDel="00000000" w:rsidP="00000000" w:rsidRDefault="00000000" w:rsidRPr="00000000" w14:paraId="000000E3">
      <w:pPr>
        <w:rPr/>
      </w:pPr>
      <w:r w:rsidDel="00000000" w:rsidR="00000000" w:rsidRPr="00000000">
        <w:rPr>
          <w:rtl w:val="0"/>
        </w:rPr>
        <w:t xml:space="preserve">Panel 4: (Low angle shot) I'm further down the street, seen from behind. The 4-wheeler rolls up fast, engine whining, and stops right behind me. SFX: BWWWAAAA-rrrumble</w:t>
      </w:r>
    </w:p>
    <w:p w:rsidR="00000000" w:rsidDel="00000000" w:rsidP="00000000" w:rsidRDefault="00000000" w:rsidRPr="00000000" w14:paraId="000000E4">
      <w:pPr>
        <w:rPr/>
      </w:pPr>
      <w:r w:rsidDel="00000000" w:rsidR="00000000" w:rsidRPr="00000000">
        <w:rPr>
          <w:rtl w:val="0"/>
        </w:rPr>
        <w:t xml:space="preserve">Panel 5: (Close up on the Kicker's face. He is angry, pointing at me.) KICKER (Word Balloon): "Every day you walk past us shaking your head."</w:t>
      </w:r>
    </w:p>
    <w:p w:rsidR="00000000" w:rsidDel="00000000" w:rsidP="00000000" w:rsidRDefault="00000000" w:rsidRPr="00000000" w14:paraId="000000E5">
      <w:pPr>
        <w:rPr/>
      </w:pPr>
      <w:r w:rsidDel="00000000" w:rsidR="00000000" w:rsidRPr="00000000">
        <w:rPr>
          <w:rtl w:val="0"/>
        </w:rPr>
        <w:t xml:space="preserve">Panel 6: (Extreme close up on the Kicker's mouth, spitting the words.) KICKER (Word Balloon): "If you do it again, we’re going to take that Megadeth shirt off you and shove it up your ass!"</w:t>
      </w:r>
    </w:p>
    <w:p w:rsidR="00000000" w:rsidDel="00000000" w:rsidP="00000000" w:rsidRDefault="00000000" w:rsidRPr="00000000" w14:paraId="000000E6">
      <w:pPr>
        <w:rPr/>
      </w:pPr>
      <w:r w:rsidDel="00000000" w:rsidR="00000000" w:rsidRPr="00000000">
        <w:rPr>
          <w:rtl w:val="0"/>
        </w:rPr>
        <w:t xml:space="preserve">(PROSE returns. The 50-year-old's voice.)</w:t>
      </w:r>
    </w:p>
    <w:p w:rsidR="00000000" w:rsidDel="00000000" w:rsidP="00000000" w:rsidRDefault="00000000" w:rsidRPr="00000000" w14:paraId="000000E7">
      <w:pPr>
        <w:rPr/>
      </w:pPr>
      <w:r w:rsidDel="00000000" w:rsidR="00000000" w:rsidRPr="00000000">
        <w:rPr>
          <w:rtl w:val="0"/>
        </w:rPr>
        <w:t xml:space="preserve">I was listening to Slayer. He misidentified the band. The arbitrary system isn't even accurate. I never even realized I was doing it. My head was a "flag I never raised." I took the long way around from then on.</w:t>
      </w:r>
    </w:p>
    <w:p w:rsidR="00000000" w:rsidDel="00000000" w:rsidP="00000000" w:rsidRDefault="00000000" w:rsidRPr="00000000" w14:paraId="000000E8">
      <w:pPr>
        <w:rPr/>
      </w:pPr>
      <w:r w:rsidDel="00000000" w:rsidR="00000000" w:rsidRPr="00000000">
        <w:rPr>
          <w:rtl w:val="0"/>
        </w:rPr>
        <w:t xml:space="preserve">My world was shrinking. My own body was making it smaller. My "faulty wiring" wasn't just failing me in class; it was making me a target in the world.</w:t>
      </w:r>
    </w:p>
    <w:p w:rsidR="00000000" w:rsidDel="00000000" w:rsidP="00000000" w:rsidRDefault="00000000" w:rsidRPr="00000000" w14:paraId="000000E9">
      <w:pPr>
        <w:rPr/>
      </w:pPr>
      <w:r w:rsidDel="00000000" w:rsidR="00000000" w:rsidRPr="00000000">
        <w:rPr>
          <w:rtl w:val="0"/>
        </w:rPr>
        <w:t xml:space="preserve">(PROSE transitions to the 1988 "comic" memory...)</w:t>
      </w:r>
    </w:p>
    <w:p w:rsidR="00000000" w:rsidDel="00000000" w:rsidP="00000000" w:rsidRDefault="00000000" w:rsidRPr="00000000" w14:paraId="000000EA">
      <w:pPr>
        <w:rPr/>
      </w:pPr>
      <w:r w:rsidDel="00000000" w:rsidR="00000000" w:rsidRPr="00000000">
        <w:rPr>
          <w:rtl w:val="0"/>
        </w:rPr>
        <w:t xml:space="preserve">CLANG. I'm in the hallway. I'm fleeing the "social contract" failure. I'm fleeing the "head shake." I'm fleeing the twitch. My body is a catastrophe.</w:t>
      </w:r>
    </w:p>
    <w:p w:rsidR="00000000" w:rsidDel="00000000" w:rsidP="00000000" w:rsidRDefault="00000000" w:rsidRPr="00000000" w14:paraId="000000EB">
      <w:pPr>
        <w:rPr/>
      </w:pPr>
      <w:r w:rsidDel="00000000" w:rsidR="00000000" w:rsidRPr="00000000">
        <w:rPr>
          <w:rtl w:val="0"/>
        </w:rPr>
        <w:t xml:space="preserve">The hallway is a sensory assault. The noise is a physical weight. My radio-brain is tuned to all of it.</w:t>
      </w:r>
    </w:p>
    <w:p w:rsidR="00000000" w:rsidDel="00000000" w:rsidP="00000000" w:rsidRDefault="00000000" w:rsidRPr="00000000" w14:paraId="000000EC">
      <w:pPr>
        <w:rPr/>
      </w:pPr>
      <w:r w:rsidDel="00000000" w:rsidR="00000000" w:rsidRPr="00000000">
        <w:rPr>
          <w:rtl w:val="0"/>
        </w:rPr>
        <w:t xml:space="preserve">I just need to get to the next room. My boulder. Then, through the chaos, I see E.</w:t>
      </w:r>
    </w:p>
    <w:p w:rsidR="00000000" w:rsidDel="00000000" w:rsidP="00000000" w:rsidRDefault="00000000" w:rsidRPr="00000000" w14:paraId="000000ED">
      <w:pPr>
        <w:rPr/>
      </w:pPr>
      <w:r w:rsidDel="00000000" w:rsidR="00000000" w:rsidRPr="00000000">
        <w:rPr>
          <w:rtl w:val="0"/>
        </w:rPr>
        <w:t xml:space="preserve">E isn't rushing. E isn't being shoved. E is moving like a submarine, slow and deliberate, a pocket of impossible calm in the middle of the riot. E is holding the graph-paper notebook.</w:t>
      </w:r>
    </w:p>
    <w:p w:rsidR="00000000" w:rsidDel="00000000" w:rsidP="00000000" w:rsidRDefault="00000000" w:rsidRPr="00000000" w14:paraId="000000EE">
      <w:pPr>
        <w:rPr/>
      </w:pPr>
      <w:r w:rsidDel="00000000" w:rsidR="00000000" w:rsidRPr="00000000">
        <w:rPr>
          <w:rtl w:val="0"/>
        </w:rPr>
        <w:t xml:space="preserve">My "forward motion" compulsion does something new. It doesn't flee from the noise. It flees toward the quiet.</w:t>
      </w:r>
    </w:p>
    <w:p w:rsidR="00000000" w:rsidDel="00000000" w:rsidP="00000000" w:rsidRDefault="00000000" w:rsidRPr="00000000" w14:paraId="000000EF">
      <w:pPr>
        <w:rPr/>
      </w:pPr>
      <w:r w:rsidDel="00000000" w:rsidR="00000000" w:rsidRPr="00000000">
        <w:rPr>
          <w:rtl w:val="0"/>
        </w:rPr>
        <w:t xml:space="preserve">My legs, not my brain, make the decision. I’m walking next to E. My heart does the 1.3-second blast beat. I am a malfunctioning piece of hardware radiating pure, unfiltered weird.</w:t>
      </w:r>
    </w:p>
    <w:p w:rsidR="00000000" w:rsidDel="00000000" w:rsidP="00000000" w:rsidRDefault="00000000" w:rsidRPr="00000000" w14:paraId="000000F0">
      <w:pPr>
        <w:rPr/>
      </w:pPr>
      <w:r w:rsidDel="00000000" w:rsidR="00000000" w:rsidRPr="00000000">
        <w:rPr>
          <w:rtl w:val="0"/>
        </w:rPr>
        <w:t xml:space="preserve">My brain is just shhhhhhhhhh. White noise. What do I say? The static is deafening.</w:t>
      </w:r>
    </w:p>
    <w:p w:rsidR="00000000" w:rsidDel="00000000" w:rsidP="00000000" w:rsidRDefault="00000000" w:rsidRPr="00000000" w14:paraId="000000F1">
      <w:pPr>
        <w:rPr/>
      </w:pPr>
      <w:r w:rsidDel="00000000" w:rsidR="00000000" w:rsidRPr="00000000">
        <w:rPr>
          <w:rtl w:val="0"/>
        </w:rPr>
        <w:t xml:space="preserve">We are almost at the junction. E is going to turn left. I turn right. The moment will be over.</w:t>
      </w:r>
    </w:p>
    <w:p w:rsidR="00000000" w:rsidDel="00000000" w:rsidP="00000000" w:rsidRDefault="00000000" w:rsidRPr="00000000" w14:paraId="000000F2">
      <w:pPr>
        <w:rPr/>
      </w:pPr>
      <w:r w:rsidDel="00000000" w:rsidR="00000000" w:rsidRPr="00000000">
        <w:rPr>
          <w:rtl w:val="0"/>
        </w:rPr>
        <w:t xml:space="preserve">E stops. I stop, too. E turns. E looks at me. That same look. The android assessing the vacuum tube.</w:t>
      </w:r>
    </w:p>
    <w:p w:rsidR="00000000" w:rsidDel="00000000" w:rsidP="00000000" w:rsidRDefault="00000000" w:rsidRPr="00000000" w14:paraId="000000F3">
      <w:pPr>
        <w:rPr/>
      </w:pPr>
      <w:r w:rsidDel="00000000" w:rsidR="00000000" w:rsidRPr="00000000">
        <w:rPr>
          <w:rtl w:val="0"/>
        </w:rPr>
        <w:t xml:space="preserve">"You don't like history," E says. It's not a question. It's a data point. E's voice is low, analogue fuzz, and it cuts right through the static.</w:t>
      </w:r>
    </w:p>
    <w:p w:rsidR="00000000" w:rsidDel="00000000" w:rsidP="00000000" w:rsidRDefault="00000000" w:rsidRPr="00000000" w14:paraId="000000F4">
      <w:pPr>
        <w:rPr/>
      </w:pPr>
      <w:r w:rsidDel="00000000" w:rsidR="00000000" w:rsidRPr="00000000">
        <w:rPr>
          <w:rtl w:val="0"/>
        </w:rPr>
        <w:t xml:space="preserve">My mouth opens. My faulty wiring is exposed. The truth falls out. "It's not that," I say, and my voice cracks. "The words... they slip. I can't... hold them."</w:t>
      </w:r>
    </w:p>
    <w:p w:rsidR="00000000" w:rsidDel="00000000" w:rsidP="00000000" w:rsidRDefault="00000000" w:rsidRPr="00000000" w14:paraId="000000F5">
      <w:pPr>
        <w:rPr/>
      </w:pPr>
      <w:r w:rsidDel="00000000" w:rsidR="00000000" w:rsidRPr="00000000">
        <w:rPr>
          <w:rtl w:val="0"/>
        </w:rPr>
        <w:t xml:space="preserve">I have just confessed my deepest, most profound failure. The Assembler, whose one job is to assemble, can't even hold the pieces.</w:t>
      </w:r>
    </w:p>
    <w:p w:rsidR="00000000" w:rsidDel="00000000" w:rsidP="00000000" w:rsidRDefault="00000000" w:rsidRPr="00000000" w14:paraId="000000F6">
      <w:pPr>
        <w:rPr/>
      </w:pPr>
      <w:r w:rsidDel="00000000" w:rsidR="00000000" w:rsidRPr="00000000">
        <w:rPr>
          <w:rtl w:val="0"/>
        </w:rPr>
        <w:t xml:space="preserve">I wait for the judgment. The laugh. The "you're a weird-ass kid, man."</w:t>
      </w:r>
    </w:p>
    <w:p w:rsidR="00000000" w:rsidDel="00000000" w:rsidP="00000000" w:rsidRDefault="00000000" w:rsidRPr="00000000" w14:paraId="000000F7">
      <w:pPr>
        <w:rPr/>
      </w:pPr>
      <w:r w:rsidDel="00000000" w:rsidR="00000000" w:rsidRPr="00000000">
        <w:rPr>
          <w:rtl w:val="0"/>
        </w:rPr>
        <w:t xml:space="preserve">E just nods. A slow, mechanical acknowledgment. E holds up the notebook. With one hand, E flips it open to a new page.</w:t>
      </w:r>
    </w:p>
    <w:p w:rsidR="00000000" w:rsidDel="00000000" w:rsidP="00000000" w:rsidRDefault="00000000" w:rsidRPr="00000000" w14:paraId="000000F8">
      <w:pPr>
        <w:rPr/>
      </w:pPr>
      <w:r w:rsidDel="00000000" w:rsidR="00000000" w:rsidRPr="00000000">
        <w:rPr>
          <w:rtl w:val="0"/>
        </w:rPr>
        <w:t xml:space="preserve">It's a drawing. A blueprint. It's impossibly complex.</w:t>
      </w:r>
    </w:p>
    <w:p w:rsidR="00000000" w:rsidDel="00000000" w:rsidP="00000000" w:rsidRDefault="00000000" w:rsidRPr="00000000" w14:paraId="000000F9">
      <w:pPr>
        <w:rPr/>
      </w:pPr>
      <w:r w:rsidDel="00000000" w:rsidR="00000000" w:rsidRPr="00000000">
        <w:rPr>
          <w:rtl w:val="0"/>
        </w:rPr>
        <w:t xml:space="preserve">(ARTIFACT INSERT)</w:t>
      </w:r>
    </w:p>
    <w:p w:rsidR="00000000" w:rsidDel="00000000" w:rsidP="00000000" w:rsidRDefault="00000000" w:rsidRPr="00000000" w14:paraId="000000FA">
      <w:pPr>
        <w:rPr/>
      </w:pPr>
      <w:r w:rsidDel="00000000" w:rsidR="00000000" w:rsidRPr="00000000">
        <w:rPr>
          <w:rtl w:val="0"/>
        </w:rPr>
        <w:t xml:space="preserve">(PROSE returns. The 13-year-old's POV.)</w:t>
      </w:r>
    </w:p>
    <w:p w:rsidR="00000000" w:rsidDel="00000000" w:rsidP="00000000" w:rsidRDefault="00000000" w:rsidRPr="00000000" w14:paraId="000000FB">
      <w:pPr>
        <w:rPr/>
      </w:pPr>
      <w:r w:rsidDel="00000000" w:rsidR="00000000" w:rsidRPr="00000000">
        <w:rPr>
          <w:rtl w:val="0"/>
        </w:rPr>
        <w:t xml:space="preserve">I just stare. "A... what?"</w:t>
      </w:r>
    </w:p>
    <w:p w:rsidR="00000000" w:rsidDel="00000000" w:rsidP="00000000" w:rsidRDefault="00000000" w:rsidRPr="00000000" w14:paraId="000000FC">
      <w:pPr>
        <w:rPr/>
      </w:pPr>
      <w:r w:rsidDel="00000000" w:rsidR="00000000" w:rsidRPr="00000000">
        <w:rPr>
          <w:rtl w:val="0"/>
        </w:rPr>
        <w:t xml:space="preserve">"For the noise." E's finger traces a central conduit. "It takes the input, all of it—the lights, the pencils, the shaking—and routes it. So only the necessary signal gets through."</w:t>
      </w:r>
    </w:p>
    <w:p w:rsidR="00000000" w:rsidDel="00000000" w:rsidP="00000000" w:rsidRDefault="00000000" w:rsidRPr="00000000" w14:paraId="000000FD">
      <w:pPr>
        <w:rPr/>
      </w:pPr>
      <w:r w:rsidDel="00000000" w:rsidR="00000000" w:rsidRPr="00000000">
        <w:rPr>
          <w:rtl w:val="0"/>
        </w:rPr>
        <w:t xml:space="preserve">E is not just talking about my brain. E is talking about my body. E saw it all. And E had already designed a machine to fix it.</w:t>
      </w:r>
    </w:p>
    <w:p w:rsidR="00000000" w:rsidDel="00000000" w:rsidP="00000000" w:rsidRDefault="00000000" w:rsidRPr="00000000" w14:paraId="000000FE">
      <w:pPr>
        <w:rPr/>
      </w:pPr>
      <w:r w:rsidDel="00000000" w:rsidR="00000000" w:rsidRPr="00000000">
        <w:rPr>
          <w:rtl w:val="0"/>
        </w:rPr>
        <w:t xml:space="preserve">This isn't a Glass Androids song. This is... I don't know what this is.</w:t>
      </w:r>
    </w:p>
    <w:p w:rsidR="00000000" w:rsidDel="00000000" w:rsidP="00000000" w:rsidRDefault="00000000" w:rsidRPr="00000000" w14:paraId="000000FF">
      <w:pPr>
        <w:rPr/>
      </w:pPr>
      <w:r w:rsidDel="00000000" w:rsidR="00000000" w:rsidRPr="00000000">
        <w:rPr>
          <w:rtl w:val="0"/>
        </w:rPr>
        <w:t xml:space="preserve">The static in my head goes quiet. For one second. Just one clean, beautiful, terrifying second. There is no noise. There is just the blueprint.</w:t>
      </w:r>
    </w:p>
    <w:p w:rsidR="00000000" w:rsidDel="00000000" w:rsidP="00000000" w:rsidRDefault="00000000" w:rsidRPr="00000000" w14:paraId="00000100">
      <w:pPr>
        <w:rPr/>
      </w:pPr>
      <w:r w:rsidDel="00000000" w:rsidR="00000000" w:rsidRPr="00000000">
        <w:rPr>
          <w:rtl w:val="0"/>
        </w:rPr>
        <w:t xml:space="preserve">CLANG. The late bell. The moment shatters. The static rushes back in.</w:t>
      </w:r>
    </w:p>
    <w:p w:rsidR="00000000" w:rsidDel="00000000" w:rsidP="00000000" w:rsidRDefault="00000000" w:rsidRPr="00000000" w14:paraId="00000101">
      <w:pPr>
        <w:rPr/>
      </w:pPr>
      <w:r w:rsidDel="00000000" w:rsidR="00000000" w:rsidRPr="00000000">
        <w:rPr>
          <w:rtl w:val="0"/>
        </w:rPr>
        <w:t xml:space="preserve">E closes the notebook. "Forward motion," E says, and turns left, disappearing into the crowd.</w:t>
      </w:r>
    </w:p>
    <w:p w:rsidR="00000000" w:rsidDel="00000000" w:rsidP="00000000" w:rsidRDefault="00000000" w:rsidRPr="00000000" w14:paraId="00000102">
      <w:pPr>
        <w:rPr/>
      </w:pPr>
      <w:r w:rsidDel="00000000" w:rsidR="00000000" w:rsidRPr="00000000">
        <w:rPr>
          <w:rtl w:val="0"/>
        </w:rPr>
        <w:t xml:space="preserve">I am left standing by the lockers, completely, utterly disassembled.</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Chapter 6: The Rug That Tied the Room Together (File #83)</w:t>
      </w:r>
    </w:p>
    <w:p w:rsidR="00000000" w:rsidDel="00000000" w:rsidP="00000000" w:rsidRDefault="00000000" w:rsidRPr="00000000" w14:paraId="00000105">
      <w:pPr>
        <w:rPr/>
      </w:pPr>
      <w:r w:rsidDel="00000000" w:rsidR="00000000" w:rsidRPr="00000000">
        <w:rPr>
          <w:rtl w:val="0"/>
        </w:rPr>
        <w:t xml:space="preserve">(This chapter is PROSE - The 13-year-old's POV.)</w:t>
      </w:r>
    </w:p>
    <w:p w:rsidR="00000000" w:rsidDel="00000000" w:rsidP="00000000" w:rsidRDefault="00000000" w:rsidRPr="00000000" w14:paraId="00000106">
      <w:pPr>
        <w:rPr/>
      </w:pPr>
      <w:r w:rsidDel="00000000" w:rsidR="00000000" w:rsidRPr="00000000">
        <w:rPr>
          <w:rtl w:val="0"/>
        </w:rPr>
        <w:t xml:space="preserve">I’m in The Arbitrator's (Mx. P's) English class. I’m still "disassembled." My brain is a box of parts, and the instructions are written in a language I don’t understand.</w:t>
      </w:r>
    </w:p>
    <w:p w:rsidR="00000000" w:rsidDel="00000000" w:rsidP="00000000" w:rsidRDefault="00000000" w:rsidRPr="00000000" w14:paraId="00000107">
      <w:pPr>
        <w:rPr/>
      </w:pPr>
      <w:r w:rsidDel="00000000" w:rsidR="00000000" w:rsidRPr="00000000">
        <w:rPr>
          <w:rtl w:val="0"/>
        </w:rPr>
        <w:t xml:space="preserve">From my desk, I can see the poster taped to the door. It’s a bad drawing of a Greek helmet, painted in our school colors, green and white.</w:t>
      </w:r>
    </w:p>
    <w:p w:rsidR="00000000" w:rsidDel="00000000" w:rsidP="00000000" w:rsidRDefault="00000000" w:rsidRPr="00000000" w14:paraId="00000108">
      <w:pPr>
        <w:rPr/>
      </w:pPr>
      <w:r w:rsidDel="00000000" w:rsidR="00000000" w:rsidRPr="00000000">
        <w:rPr>
          <w:rtl w:val="0"/>
        </w:rPr>
        <w:t xml:space="preserve">"TEAGUE TROJANS" it says in big, bubbly letters. "RIDE THE WAVE OF VICTORY."</w:t>
      </w:r>
    </w:p>
    <w:p w:rsidR="00000000" w:rsidDel="00000000" w:rsidP="00000000" w:rsidRDefault="00000000" w:rsidRPr="00000000" w14:paraId="00000109">
      <w:pPr>
        <w:rPr/>
      </w:pPr>
      <w:r w:rsidDel="00000000" w:rsidR="00000000" w:rsidRPr="00000000">
        <w:rPr>
          <w:rtl w:val="0"/>
        </w:rPr>
        <w:t xml:space="preserve">I’m thirteen, my body is a hormonal wildfire, and my school’s mascot is, and I am not joking, The Trojans. As in, the #1 condom brand in America.</w:t>
      </w:r>
    </w:p>
    <w:p w:rsidR="00000000" w:rsidDel="00000000" w:rsidP="00000000" w:rsidRDefault="00000000" w:rsidRPr="00000000" w14:paraId="0000010A">
      <w:pPr>
        <w:rPr/>
      </w:pPr>
      <w:r w:rsidDel="00000000" w:rsidR="00000000" w:rsidRPr="00000000">
        <w:rPr>
          <w:rtl w:val="0"/>
        </w:rPr>
        <w:t xml:space="preserve">(PROSE shifts - The 50-year-old Assembler's voice.)</w:t>
      </w:r>
    </w:p>
    <w:p w:rsidR="00000000" w:rsidDel="00000000" w:rsidP="00000000" w:rsidRDefault="00000000" w:rsidRPr="00000000" w14:paraId="0000010B">
      <w:pPr>
        <w:rPr/>
      </w:pPr>
      <w:r w:rsidDel="00000000" w:rsidR="00000000" w:rsidRPr="00000000">
        <w:rPr>
          <w:rtl w:val="0"/>
        </w:rPr>
        <w:t xml:space="preserve">The 50-year-old assembler, the one "memory mining," has to stop and appreciate the sheer, brutal honesty of this. The "arbitrary" system accidentally told the truth. This place is about shame, biological terror, and the constant, humiliating threat of exposure. This whole building is the "No Doors" bathroom stall.</w:t>
      </w:r>
    </w:p>
    <w:p w:rsidR="00000000" w:rsidDel="00000000" w:rsidP="00000000" w:rsidRDefault="00000000" w:rsidRPr="00000000" w14:paraId="0000010C">
      <w:pPr>
        <w:rPr/>
      </w:pPr>
      <w:r w:rsidDel="00000000" w:rsidR="00000000" w:rsidRPr="00000000">
        <w:rPr>
          <w:rtl w:val="0"/>
        </w:rPr>
        <w:t xml:space="preserve">And The Arbitrator (Mx. P) is, at this very moment, about to deploy the "Great Lie." I know this file by heart.</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[AUGENBLICK FILE: 83. Bullshit Advice]</w:t>
      </w:r>
    </w:p>
    <w:p w:rsidR="00000000" w:rsidDel="00000000" w:rsidP="00000000" w:rsidRDefault="00000000" w:rsidRPr="00000000" w14:paraId="0000010F">
      <w:pPr>
        <w:rPr/>
      </w:pPr>
      <w:r w:rsidDel="00000000" w:rsidR="00000000" w:rsidRPr="00000000">
        <w:rPr>
          <w:rtl w:val="0"/>
        </w:rPr>
        <w:t xml:space="preserve">"These are the best years of your life." They told us that in high school. I never believed it. Even then, something in me knew that couldn’t be true. ...Now, as an educator, I tell my students: If these are the best years of your life, you’re doing it wrong. And I mean it every time.</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(PROSE returns - The 13-year-old's POV.)</w:t>
      </w:r>
    </w:p>
    <w:p w:rsidR="00000000" w:rsidDel="00000000" w:rsidP="00000000" w:rsidRDefault="00000000" w:rsidRPr="00000000" w14:paraId="00000112">
      <w:pPr>
        <w:rPr/>
      </w:pPr>
      <w:r w:rsidDel="00000000" w:rsidR="00000000" w:rsidRPr="00000000">
        <w:rPr>
          <w:rtl w:val="0"/>
        </w:rPr>
        <w:t xml:space="preserve">The Arbitrator (Mx. P), who smells like lavender and chalk dust, slaps a transparency onto the overhead projector. The machine’s fan whirs, adding another layer to the static.</w:t>
      </w:r>
    </w:p>
    <w:p w:rsidR="00000000" w:rsidDel="00000000" w:rsidP="00000000" w:rsidRDefault="00000000" w:rsidRPr="00000000" w14:paraId="00000113">
      <w:pPr>
        <w:rPr/>
      </w:pPr>
      <w:r w:rsidDel="00000000" w:rsidR="00000000" w:rsidRPr="00000000">
        <w:rPr>
          <w:rtl w:val="0"/>
        </w:rPr>
        <w:t xml:space="preserve">The Arbitrator is talking about "the adolescent experience" as they click on the projector. The poem is blurry purple ink.</w:t>
      </w:r>
    </w:p>
    <w:p w:rsidR="00000000" w:rsidDel="00000000" w:rsidP="00000000" w:rsidRDefault="00000000" w:rsidRPr="00000000" w14:paraId="00000114">
      <w:pPr>
        <w:rPr/>
      </w:pPr>
      <w:r w:rsidDel="00000000" w:rsidR="00000000" w:rsidRPr="00000000">
        <w:rPr>
          <w:rtl w:val="0"/>
        </w:rPr>
        <w:t xml:space="preserve">Life, friends, is boring. We must not say so. After all, the sky flashes, the great sea yearns, we ourselves flash and yearn, and moreover my mother told me as a boy (repeatingly) 'Ever to confess you're bored means you have no</w:t>
      </w:r>
    </w:p>
    <w:p w:rsidR="00000000" w:rsidDel="00000000" w:rsidP="00000000" w:rsidRDefault="00000000" w:rsidRPr="00000000" w14:paraId="00000115">
      <w:pPr>
        <w:rPr/>
      </w:pPr>
      <w:r w:rsidDel="00000000" w:rsidR="00000000" w:rsidRPr="00000000">
        <w:rPr>
          <w:rtl w:val="0"/>
        </w:rPr>
        <w:t xml:space="preserve">Inner Resources.'</w:t>
      </w:r>
    </w:p>
    <w:p w:rsidR="00000000" w:rsidDel="00000000" w:rsidP="00000000" w:rsidRDefault="00000000" w:rsidRPr="00000000" w14:paraId="00000116">
      <w:pPr>
        <w:rPr/>
      </w:pPr>
      <w:r w:rsidDel="00000000" w:rsidR="00000000" w:rsidRPr="00000000">
        <w:rPr>
          <w:rtl w:val="0"/>
        </w:rPr>
        <w:t xml:space="preserve">I read the first line. "Life, friends, is boring."</w:t>
      </w:r>
    </w:p>
    <w:p w:rsidR="00000000" w:rsidDel="00000000" w:rsidP="00000000" w:rsidRDefault="00000000" w:rsidRPr="00000000" w14:paraId="00000117">
      <w:pPr>
        <w:rPr/>
      </w:pPr>
      <w:r w:rsidDel="00000000" w:rsidR="00000000" w:rsidRPr="00000000">
        <w:rPr>
          <w:rtl w:val="0"/>
        </w:rPr>
        <w:t xml:space="preserve">BORING?</w:t>
      </w:r>
    </w:p>
    <w:p w:rsidR="00000000" w:rsidDel="00000000" w:rsidP="00000000" w:rsidRDefault="00000000" w:rsidRPr="00000000" w14:paraId="00000118">
      <w:pPr>
        <w:rPr/>
      </w:pPr>
      <w:r w:rsidDel="00000000" w:rsidR="00000000" w:rsidRPr="00000000">
        <w:rPr>
          <w:rtl w:val="0"/>
        </w:rPr>
        <w:t xml:space="preserve">(This next section is COMIC PANELS / VERSE - The 13-year-old's "static" overload.)</w:t>
      </w:r>
    </w:p>
    <w:p w:rsidR="00000000" w:rsidDel="00000000" w:rsidP="00000000" w:rsidRDefault="00000000" w:rsidRPr="00000000" w14:paraId="00000119">
      <w:pPr>
        <w:rPr/>
      </w:pPr>
      <w:r w:rsidDel="00000000" w:rsidR="00000000" w:rsidRPr="00000000">
        <w:rPr>
          <w:rtl w:val="0"/>
        </w:rPr>
        <w:t xml:space="preserve">Panel 1: (Medium shot of me at my desk, gripping a pencil. A "!" floats over my head. My head is shaking, per File #102.) CAPTION: BORING?</w:t>
      </w:r>
    </w:p>
    <w:p w:rsidR="00000000" w:rsidDel="00000000" w:rsidP="00000000" w:rsidRDefault="00000000" w:rsidRPr="00000000" w14:paraId="0000011A">
      <w:pPr>
        <w:rPr/>
      </w:pPr>
      <w:r w:rsidDel="00000000" w:rsidR="00000000" w:rsidRPr="00000000">
        <w:rPr>
          <w:rtl w:val="0"/>
        </w:rPr>
        <w:t xml:space="preserve">Panel 2: (A montage of "sensory assault" images, drawn in a shaky, "hot" style: the buzzing light, The Hostile's (K's) tapping pencil, my bouncing leg.) VERSE: scream / want to scream BORING? am i the only one the only one who finds this whole setup a non-stop high-volume sensory assault?</w:t>
      </w:r>
    </w:p>
    <w:p w:rsidR="00000000" w:rsidDel="00000000" w:rsidP="00000000" w:rsidRDefault="00000000" w:rsidRPr="00000000" w14:paraId="0000011B">
      <w:pPr>
        <w:rPr/>
      </w:pPr>
      <w:r w:rsidDel="00000000" w:rsidR="00000000" w:rsidRPr="00000000">
        <w:rPr>
          <w:rtl w:val="0"/>
        </w:rPr>
        <w:t xml:space="preserve">Panel 3: (Close up on my face, sweating, furious. The background is pure "thrash metal" static.) VERSE: my life is not boring it's the 1.3-second blast beat on loop it's my leg right now thump-thump-thump it's the light buzzing eeeeeeeee it's the tag in my shirt scratching BORING?</w:t>
      </w:r>
    </w:p>
    <w:p w:rsidR="00000000" w:rsidDel="00000000" w:rsidP="00000000" w:rsidRDefault="00000000" w:rsidRPr="00000000" w14:paraId="0000011C">
      <w:pPr>
        <w:rPr/>
      </w:pPr>
      <w:r w:rsidDel="00000000" w:rsidR="00000000" w:rsidRPr="00000000">
        <w:rPr>
          <w:rtl w:val="0"/>
        </w:rPr>
        <w:t xml:space="preserve">(PROSE returns. The 13-year-old's voice.)</w:t>
      </w:r>
    </w:p>
    <w:p w:rsidR="00000000" w:rsidDel="00000000" w:rsidP="00000000" w:rsidRDefault="00000000" w:rsidRPr="00000000" w14:paraId="0000011D">
      <w:pPr>
        <w:rPr/>
      </w:pPr>
      <w:r w:rsidDel="00000000" w:rsidR="00000000" w:rsidRPr="00000000">
        <w:rPr>
          <w:rtl w:val="0"/>
        </w:rPr>
        <w:t xml:space="preserve">Maybe for them. Maybe for The Hostile (K), who is currently seeing how far they can stick a pencil up their own nose. Maybe for The Arbitrator. Maybe their brains are quiet.</w:t>
      </w:r>
    </w:p>
    <w:p w:rsidR="00000000" w:rsidDel="00000000" w:rsidP="00000000" w:rsidRDefault="00000000" w:rsidRPr="00000000" w14:paraId="0000011E">
      <w:pPr>
        <w:rPr/>
      </w:pPr>
      <w:r w:rsidDel="00000000" w:rsidR="00000000" w:rsidRPr="00000000">
        <w:rPr>
          <w:rtl w:val="0"/>
        </w:rPr>
        <w:t xml:space="preserve">But E... E was quiet. Was E bored? No. That wasn't boredom. That was... filtration.</w:t>
      </w:r>
    </w:p>
    <w:p w:rsidR="00000000" w:rsidDel="00000000" w:rsidP="00000000" w:rsidRDefault="00000000" w:rsidRPr="00000000" w14:paraId="0000011F">
      <w:pPr>
        <w:rPr/>
      </w:pPr>
      <w:r w:rsidDel="00000000" w:rsidR="00000000" w:rsidRPr="00000000">
        <w:rPr>
          <w:rtl w:val="0"/>
        </w:rPr>
        <w:t xml:space="preserve">I tune out The Arbitrator. The poem is wrong. My inner resources are all I have, and they are on fire.</w:t>
      </w:r>
    </w:p>
    <w:p w:rsidR="00000000" w:rsidDel="00000000" w:rsidP="00000000" w:rsidRDefault="00000000" w:rsidRPr="00000000" w14:paraId="00000120">
      <w:pPr>
        <w:rPr/>
      </w:pPr>
      <w:r w:rsidDel="00000000" w:rsidR="00000000" w:rsidRPr="00000000">
        <w:rPr>
          <w:rtl w:val="0"/>
        </w:rPr>
        <w:t xml:space="preserve">I flip to a blank page in my notebook. My "Confession." I try to draw it from memory. The "Series-7 Filtration Hub."</w:t>
      </w:r>
    </w:p>
    <w:p w:rsidR="00000000" w:rsidDel="00000000" w:rsidP="00000000" w:rsidRDefault="00000000" w:rsidRPr="00000000" w14:paraId="00000121">
      <w:pPr>
        <w:rPr/>
      </w:pPr>
      <w:r w:rsidDel="00000000" w:rsidR="00000000" w:rsidRPr="00000000">
        <w:rPr>
          <w:rtl w:val="0"/>
        </w:rPr>
        <w:t xml:space="preserve">My hand is shaky from the hyperactivity. The lines are all wrong. It's not a blueprint; it's a... well, it's a very rudimentary drawing. It looks like a pile of broken pipes.</w:t>
      </w:r>
    </w:p>
    <w:p w:rsidR="00000000" w:rsidDel="00000000" w:rsidP="00000000" w:rsidRDefault="00000000" w:rsidRPr="00000000" w14:paraId="00000122">
      <w:pPr>
        <w:rPr/>
      </w:pPr>
      <w:r w:rsidDel="00000000" w:rsidR="00000000" w:rsidRPr="00000000">
        <w:rPr>
          <w:rtl w:val="0"/>
        </w:rPr>
        <w:t xml:space="preserve">I can’t get it right. The static in my AD/HD brain is back, mocking me. You can’t even hold the solution.</w:t>
      </w:r>
    </w:p>
    <w:p w:rsidR="00000000" w:rsidDel="00000000" w:rsidP="00000000" w:rsidRDefault="00000000" w:rsidRPr="00000000" w14:paraId="00000123">
      <w:pPr>
        <w:rPr/>
      </w:pPr>
      <w:r w:rsidDel="00000000" w:rsidR="00000000" w:rsidRPr="00000000">
        <w:rPr>
          <w:rtl w:val="0"/>
        </w:rPr>
        <w:t xml:space="preserve">I look at the poster. The Trojan. I look at the poem. "Life, friends, is boring."</w:t>
      </w:r>
    </w:p>
    <w:p w:rsidR="00000000" w:rsidDel="00000000" w:rsidP="00000000" w:rsidRDefault="00000000" w:rsidRPr="00000000" w14:paraId="00000124">
      <w:pPr>
        <w:rPr/>
      </w:pPr>
      <w:r w:rsidDel="00000000" w:rsidR="00000000" w:rsidRPr="00000000">
        <w:rPr>
          <w:rtl w:val="0"/>
        </w:rPr>
        <w:t xml:space="preserve">My old philosophy—Slayer, comics, the meaninglessness of potato-based side dishes—it was all just, like, my opinion, man. It didn't do anything. It was just a rug. A rug that, I now realized, did not "tie the room together." It just covered up the faulty wiring.</w:t>
      </w:r>
    </w:p>
    <w:p w:rsidR="00000000" w:rsidDel="00000000" w:rsidP="00000000" w:rsidRDefault="00000000" w:rsidRPr="00000000" w14:paraId="00000125">
      <w:pPr>
        <w:rPr/>
      </w:pPr>
      <w:r w:rsidDel="00000000" w:rsidR="00000000" w:rsidRPr="00000000">
        <w:rPr>
          <w:rtl w:val="0"/>
        </w:rPr>
        <w:t xml:space="preserve">E's blueprint is different. It's not a philosophy. It’s an engine. It’s not a confession. It’s a schematic.</w:t>
      </w:r>
    </w:p>
    <w:p w:rsidR="00000000" w:rsidDel="00000000" w:rsidP="00000000" w:rsidRDefault="00000000" w:rsidRPr="00000000" w14:paraId="00000126">
      <w:pPr>
        <w:rPr/>
      </w:pPr>
      <w:r w:rsidDel="00000000" w:rsidR="00000000" w:rsidRPr="00000000">
        <w:rPr>
          <w:rtl w:val="0"/>
        </w:rPr>
        <w:t xml:space="preserve">E isn't observing the Absurd and shrugging. E is engineering a way to process the Absurd.</w:t>
      </w:r>
    </w:p>
    <w:p w:rsidR="00000000" w:rsidDel="00000000" w:rsidP="00000000" w:rsidRDefault="00000000" w:rsidRPr="00000000" w14:paraId="00000127">
      <w:pPr>
        <w:rPr/>
      </w:pPr>
      <w:r w:rsidDel="00000000" w:rsidR="00000000" w:rsidRPr="00000000">
        <w:rPr>
          <w:rtl w:val="0"/>
        </w:rPr>
        <w:t xml:space="preserve">I am not The Assembler of ideas. That whole identity is a sham. I have to become the assembler of parts.</w:t>
      </w:r>
    </w:p>
    <w:p w:rsidR="00000000" w:rsidDel="00000000" w:rsidP="00000000" w:rsidRDefault="00000000" w:rsidRPr="00000000" w14:paraId="00000128">
      <w:pPr>
        <w:rPr/>
      </w:pPr>
      <w:r w:rsidDel="00000000" w:rsidR="00000000" w:rsidRPr="00000000">
        <w:rPr>
          <w:rtl w:val="0"/>
        </w:rPr>
        <w:t xml:space="preserve">My new boulder isn't a tater tot. It's E's blueprint. I have to get it. I have to see it again.</w:t>
      </w:r>
    </w:p>
    <w:p w:rsidR="00000000" w:rsidDel="00000000" w:rsidP="00000000" w:rsidRDefault="00000000" w:rsidRPr="00000000" w14:paraId="00000129">
      <w:pPr>
        <w:rPr/>
      </w:pPr>
      <w:r w:rsidDel="00000000" w:rsidR="00000000" w:rsidRPr="00000000">
        <w:rPr>
          <w:rtl w:val="0"/>
        </w:rPr>
        <w:t xml:space="preserve">CLANG. The bell rings. Forward motion. But for the first time, I’m not just fleeing the noise. I’m hunting a signal.</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Chapter 7: A Concerted Effort to Tame the Static (File #65)</w:t>
      </w:r>
    </w:p>
    <w:p w:rsidR="00000000" w:rsidDel="00000000" w:rsidP="00000000" w:rsidRDefault="00000000" w:rsidRPr="00000000" w14:paraId="0000012C">
      <w:pPr>
        <w:rPr/>
      </w:pPr>
      <w:r w:rsidDel="00000000" w:rsidR="00000000" w:rsidRPr="00000000">
        <w:rPr>
          <w:rtl w:val="0"/>
        </w:rPr>
        <w:t xml:space="preserve">(This chapter is PROSE - The 50-year-old Assembler's voice.)</w:t>
      </w:r>
    </w:p>
    <w:p w:rsidR="00000000" w:rsidDel="00000000" w:rsidP="00000000" w:rsidRDefault="00000000" w:rsidRPr="00000000" w14:paraId="0000012D">
      <w:pPr>
        <w:rPr/>
      </w:pPr>
      <w:r w:rsidDel="00000000" w:rsidR="00000000" w:rsidRPr="00000000">
        <w:rPr>
          <w:rtl w:val="0"/>
        </w:rPr>
        <w:t xml:space="preserve">I am hunting for a signal. I need to see E's blueprint again.</w:t>
      </w:r>
    </w:p>
    <w:p w:rsidR="00000000" w:rsidDel="00000000" w:rsidP="00000000" w:rsidRDefault="00000000" w:rsidRPr="00000000" w14:paraId="0000012E">
      <w:pPr>
        <w:rPr/>
      </w:pPr>
      <w:r w:rsidDel="00000000" w:rsidR="00000000" w:rsidRPr="00000000">
        <w:rPr>
          <w:rtl w:val="0"/>
        </w:rPr>
        <w:t xml:space="preserve">But my 50-year-old brain, my newly-diagnosed, untrustworthy radio, throws up another piece of data. A memory. A new file. It’s 1996. Eight years after Teague Middle School.</w:t>
      </w:r>
    </w:p>
    <w:p w:rsidR="00000000" w:rsidDel="00000000" w:rsidP="00000000" w:rsidRDefault="00000000" w:rsidRPr="00000000" w14:paraId="0000012F">
      <w:pPr>
        <w:rPr/>
      </w:pPr>
      <w:r w:rsidDel="00000000" w:rsidR="00000000" w:rsidRPr="00000000">
        <w:rPr>
          <w:rtl w:val="0"/>
        </w:rPr>
        <w:t xml:space="preserve">I’m sitting in a lecture hall at UT Austin . The chairs are hard plastic, the room smells like stale coffee and floor wax. I am, in theory, "better." I’ve learned to "pass." My leg is still bouncing, but I've learned to do it quietly, on the ball of my foot, where no one can hear the thump-thump-thump.</w:t>
      </w:r>
    </w:p>
    <w:p w:rsidR="00000000" w:rsidDel="00000000" w:rsidP="00000000" w:rsidRDefault="00000000" w:rsidRPr="00000000" w14:paraId="00000130">
      <w:pPr>
        <w:rPr/>
      </w:pPr>
      <w:r w:rsidDel="00000000" w:rsidR="00000000" w:rsidRPr="00000000">
        <w:rPr>
          <w:rtl w:val="0"/>
        </w:rPr>
        <w:t xml:space="preserve">The class is American Literature. The professor is T. Hilfer.</w:t>
      </w:r>
    </w:p>
    <w:p w:rsidR="00000000" w:rsidDel="00000000" w:rsidP="00000000" w:rsidRDefault="00000000" w:rsidRPr="00000000" w14:paraId="00000131">
      <w:pPr>
        <w:rPr/>
      </w:pPr>
      <w:r w:rsidDel="00000000" w:rsidR="00000000" w:rsidRPr="00000000">
        <w:rPr>
          <w:rtl w:val="0"/>
        </w:rPr>
        <w:t xml:space="preserve">Hilfer is a specialist in Noir crime novels. They tell us they live in a trailer. This is one of the many reasons I like them. They aren't performing "professor." They are an exile, just like me. They understand Meadowbrook.</w:t>
      </w:r>
    </w:p>
    <w:p w:rsidR="00000000" w:rsidDel="00000000" w:rsidP="00000000" w:rsidRDefault="00000000" w:rsidRPr="00000000" w14:paraId="00000132">
      <w:pPr>
        <w:rPr/>
      </w:pPr>
      <w:r w:rsidDel="00000000" w:rsidR="00000000" w:rsidRPr="00000000">
        <w:rPr>
          <w:rtl w:val="0"/>
        </w:rPr>
        <w:t xml:space="preserve">In that class, we also read Allen Ginsberg's "A Supermarket in California." I still repeat the line "What price bananas?" to myself, but no one ever recognizes it. It's another one of my "borrowed" lines, a question about the real cost of the "arbitrary" system.</w:t>
      </w:r>
    </w:p>
    <w:p w:rsidR="00000000" w:rsidDel="00000000" w:rsidP="00000000" w:rsidRDefault="00000000" w:rsidRPr="00000000" w14:paraId="00000133">
      <w:pPr>
        <w:rPr/>
      </w:pPr>
      <w:r w:rsidDel="00000000" w:rsidR="00000000" w:rsidRPr="00000000">
        <w:rPr>
          <w:rtl w:val="0"/>
        </w:rPr>
        <w:t xml:space="preserve">But the poem that changes my assembly is the one that comes back like a ghost.</w:t>
      </w:r>
    </w:p>
    <w:p w:rsidR="00000000" w:rsidDel="00000000" w:rsidP="00000000" w:rsidRDefault="00000000" w:rsidRPr="00000000" w14:paraId="00000134">
      <w:pPr>
        <w:rPr/>
      </w:pPr>
      <w:r w:rsidDel="00000000" w:rsidR="00000000" w:rsidRPr="00000000">
        <w:rPr>
          <w:rtl w:val="0"/>
        </w:rPr>
        <w:t xml:space="preserve">Life, friends, is boring. We must not say so...</w:t>
      </w:r>
    </w:p>
    <w:p w:rsidR="00000000" w:rsidDel="00000000" w:rsidP="00000000" w:rsidRDefault="00000000" w:rsidRPr="00000000" w14:paraId="00000135">
      <w:pPr>
        <w:rPr/>
      </w:pPr>
      <w:r w:rsidDel="00000000" w:rsidR="00000000" w:rsidRPr="00000000">
        <w:rPr>
          <w:rtl w:val="0"/>
        </w:rPr>
        <w:t xml:space="preserve">My 13-year-old self wanted to stand on the desk and scream. My 21-year-old self just... listens.</w:t>
      </w:r>
    </w:p>
    <w:p w:rsidR="00000000" w:rsidDel="00000000" w:rsidP="00000000" w:rsidRDefault="00000000" w:rsidRPr="00000000" w14:paraId="00000136">
      <w:pPr>
        <w:rPr/>
      </w:pPr>
      <w:r w:rsidDel="00000000" w:rsidR="00000000" w:rsidRPr="00000000">
        <w:rPr>
          <w:rtl w:val="0"/>
        </w:rPr>
        <w:t xml:space="preserve">Hilfer is talking, but I'm just reading the line, projected on the screen. "...'Ever to confess you're bored / means you have no / Inner Resources.'"</w:t>
      </w:r>
    </w:p>
    <w:p w:rsidR="00000000" w:rsidDel="00000000" w:rsidP="00000000" w:rsidRDefault="00000000" w:rsidRPr="00000000" w14:paraId="00000137">
      <w:pPr>
        <w:rPr/>
      </w:pPr>
      <w:r w:rsidDel="00000000" w:rsidR="00000000" w:rsidRPr="00000000">
        <w:rPr>
          <w:rtl w:val="0"/>
        </w:rPr>
        <w:t xml:space="preserve">And right then, in that lecture hall, I have a realization. I’ve always seen "boredom" as a mortal enemy. But my "boredom" is not their "boredom."</w:t>
      </w:r>
    </w:p>
    <w:p w:rsidR="00000000" w:rsidDel="00000000" w:rsidP="00000000" w:rsidRDefault="00000000" w:rsidRPr="00000000" w14:paraId="00000138">
      <w:pPr>
        <w:rPr/>
      </w:pPr>
      <w:r w:rsidDel="00000000" w:rsidR="00000000" w:rsidRPr="00000000">
        <w:rPr>
          <w:rtl w:val="0"/>
        </w:rPr>
        <w:t xml:space="preserve">Their boredom is emptiness. A lack of signal. My "boredom" is the static. It's the engine revving in neutral. It's the inability to engage because the sensory assault is too much. It's the "heavy bored"—so overstimulated that I am paralyzed.</w:t>
      </w:r>
    </w:p>
    <w:p w:rsidR="00000000" w:rsidDel="00000000" w:rsidP="00000000" w:rsidRDefault="00000000" w:rsidRPr="00000000" w14:paraId="00000139">
      <w:pPr>
        <w:rPr/>
      </w:pPr>
      <w:r w:rsidDel="00000000" w:rsidR="00000000" w:rsidRPr="00000000">
        <w:rPr>
          <w:rtl w:val="0"/>
        </w:rPr>
        <w:t xml:space="preserve">And I realize, listening to T. Hilfer, that if I ever confess to "my" boredom—if I ever admit to the noise, the static, the faulty wiring—they will just point to this poem. They will tell me to look at my "Inner Resources."</w:t>
      </w:r>
    </w:p>
    <w:p w:rsidR="00000000" w:rsidDel="00000000" w:rsidP="00000000" w:rsidRDefault="00000000" w:rsidRPr="00000000" w14:paraId="0000013A">
      <w:pPr>
        <w:rPr/>
      </w:pPr>
      <w:r w:rsidDel="00000000" w:rsidR="00000000" w:rsidRPr="00000000">
        <w:rPr>
          <w:rtl w:val="0"/>
        </w:rPr>
        <w:t xml:space="preserve">And I cannot, will not, let them see the fire. I can't let them see the chaos I'm trying to tame.</w:t>
      </w:r>
    </w:p>
    <w:p w:rsidR="00000000" w:rsidDel="00000000" w:rsidP="00000000" w:rsidRDefault="00000000" w:rsidRPr="00000000" w14:paraId="0000013B">
      <w:pPr>
        <w:rPr/>
      </w:pPr>
      <w:r w:rsidDel="00000000" w:rsidR="00000000" w:rsidRPr="00000000">
        <w:rPr>
          <w:rtl w:val="0"/>
        </w:rPr>
        <w:t xml:space="preserve">So I make a conscious effort. Right there, in 1996. I make a vow. I will never confess I'm bored. I will never admit to the static. I will assemble a person who is not-bored. I will perform "Inner Resources."</w:t>
      </w:r>
    </w:p>
    <w:p w:rsidR="00000000" w:rsidDel="00000000" w:rsidP="00000000" w:rsidRDefault="00000000" w:rsidRPr="00000000" w14:paraId="0000013C">
      <w:pPr>
        <w:rPr/>
      </w:pPr>
      <w:r w:rsidDel="00000000" w:rsidR="00000000" w:rsidRPr="00000000">
        <w:rPr>
          <w:rtl w:val="0"/>
        </w:rPr>
        <w:t xml:space="preserve">It was my second fortress. My first was 1988: "Nihilism." A rug to cover the floor. My second was 1996: "Not-Bored." A new, better rug, nailed down over the first one.</w:t>
      </w:r>
    </w:p>
    <w:p w:rsidR="00000000" w:rsidDel="00000000" w:rsidP="00000000" w:rsidRDefault="00000000" w:rsidRPr="00000000" w14:paraId="0000013D">
      <w:pPr>
        <w:rPr/>
      </w:pPr>
      <w:r w:rsidDel="00000000" w:rsidR="00000000" w:rsidRPr="00000000">
        <w:rPr>
          <w:rtl w:val="0"/>
        </w:rPr>
        <w:t xml:space="preserve">I am fifty, and I've just been told my floor is the problem. The wiring underneath is all wrong. My whole life, my whole "forward motion," has just been me, frantically trying to distract people from looking under the rugs.</w:t>
      </w:r>
    </w:p>
    <w:p w:rsidR="00000000" w:rsidDel="00000000" w:rsidP="00000000" w:rsidRDefault="00000000" w:rsidRPr="00000000" w14:paraId="0000013E">
      <w:pPr>
        <w:rPr/>
      </w:pPr>
      <w:r w:rsidDel="00000000" w:rsidR="00000000" w:rsidRPr="00000000">
        <w:rPr>
          <w:rtl w:val="0"/>
        </w:rPr>
        <w:t xml:space="preserve">(PROSE transitions to the 1988 "comic" memory...)</w:t>
      </w:r>
    </w:p>
    <w:p w:rsidR="00000000" w:rsidDel="00000000" w:rsidP="00000000" w:rsidRDefault="00000000" w:rsidRPr="00000000" w14:paraId="0000013F">
      <w:pPr>
        <w:rPr/>
      </w:pPr>
      <w:r w:rsidDel="00000000" w:rsidR="00000000" w:rsidRPr="00000000">
        <w:rPr>
          <w:rtl w:val="0"/>
        </w:rPr>
        <w:t xml:space="preserve">I'm thirteen, in 1988. I'm in the hallway. The hunt is on. The "Not-Bored" mask isn't built yet. The "Nihilism" one is cracked. I am raw, exposed, and vibrating.</w:t>
      </w:r>
    </w:p>
    <w:p w:rsidR="00000000" w:rsidDel="00000000" w:rsidP="00000000" w:rsidRDefault="00000000" w:rsidRPr="00000000" w14:paraId="00000140">
      <w:pPr>
        <w:rPr/>
      </w:pPr>
      <w:r w:rsidDel="00000000" w:rsidR="00000000" w:rsidRPr="00000000">
        <w:rPr>
          <w:rtl w:val="0"/>
        </w:rPr>
        <w:t xml:space="preserve">I see E at the water fountain. The one by the gym, the one that always tastes like metal. E is alone. The notebook is tucked under E's arm.</w:t>
      </w:r>
    </w:p>
    <w:p w:rsidR="00000000" w:rsidDel="00000000" w:rsidP="00000000" w:rsidRDefault="00000000" w:rsidRPr="00000000" w14:paraId="00000141">
      <w:pPr>
        <w:rPr/>
      </w:pPr>
      <w:r w:rsidDel="00000000" w:rsidR="00000000" w:rsidRPr="00000000">
        <w:rPr>
          <w:rtl w:val="0"/>
        </w:rPr>
        <w:t xml:space="preserve">This is it. This aggression will not stand. My heart does the 1.3-second blast beat. My palms are wet. Forward motion. I walk up.</w:t>
      </w:r>
    </w:p>
    <w:p w:rsidR="00000000" w:rsidDel="00000000" w:rsidP="00000000" w:rsidRDefault="00000000" w:rsidRPr="00000000" w14:paraId="00000142">
      <w:pPr>
        <w:rPr/>
      </w:pPr>
      <w:r w:rsidDel="00000000" w:rsidR="00000000" w:rsidRPr="00000000">
        <w:rPr>
          <w:rtl w:val="0"/>
        </w:rPr>
        <w:t xml:space="preserve">I am a walking catastrophe of bad denim and exposed nerves. I stand next to E. I don't say anything. I just wait. The silence is a roaring in my ears, louder than the static.</w:t>
      </w:r>
    </w:p>
    <w:p w:rsidR="00000000" w:rsidDel="00000000" w:rsidP="00000000" w:rsidRDefault="00000000" w:rsidRPr="00000000" w14:paraId="00000143">
      <w:pPr>
        <w:rPr/>
      </w:pPr>
      <w:r w:rsidDel="00000000" w:rsidR="00000000" w:rsidRPr="00000000">
        <w:rPr>
          <w:rtl w:val="0"/>
        </w:rPr>
        <w:t xml:space="preserve">E finishes drinking, wipes their mouth on a sleeve. E turns. That look. Assessment.</w:t>
      </w:r>
    </w:p>
    <w:p w:rsidR="00000000" w:rsidDel="00000000" w:rsidP="00000000" w:rsidRDefault="00000000" w:rsidRPr="00000000" w14:paraId="00000144">
      <w:pPr>
        <w:rPr/>
      </w:pPr>
      <w:r w:rsidDel="00000000" w:rsidR="00000000" w:rsidRPr="00000000">
        <w:rPr>
          <w:rtl w:val="0"/>
        </w:rPr>
        <w:t xml:space="preserve">"The filtration hub," I say. My voice is a squeak. "Can I... see it?"</w:t>
      </w:r>
    </w:p>
    <w:p w:rsidR="00000000" w:rsidDel="00000000" w:rsidP="00000000" w:rsidRDefault="00000000" w:rsidRPr="00000000" w14:paraId="00000145">
      <w:pPr>
        <w:rPr/>
      </w:pPr>
      <w:r w:rsidDel="00000000" w:rsidR="00000000" w:rsidRPr="00000000">
        <w:rPr>
          <w:rtl w:val="0"/>
        </w:rPr>
        <w:t xml:space="preserve">E looks at me. For a long, long, long time. I feel like a bug under a microscope. I feel like my "Inner Resources" are being cataloged, and found wanting.</w:t>
      </w:r>
    </w:p>
    <w:p w:rsidR="00000000" w:rsidDel="00000000" w:rsidP="00000000" w:rsidRDefault="00000000" w:rsidRPr="00000000" w14:paraId="00000146">
      <w:pPr>
        <w:rPr/>
      </w:pPr>
      <w:r w:rsidDel="00000000" w:rsidR="00000000" w:rsidRPr="00000000">
        <w:rPr>
          <w:rtl w:val="0"/>
        </w:rPr>
        <w:t xml:space="preserve">"It's not finished," E says. "The power source is inefficient."</w:t>
      </w:r>
    </w:p>
    <w:p w:rsidR="00000000" w:rsidDel="00000000" w:rsidP="00000000" w:rsidRDefault="00000000" w:rsidRPr="00000000" w14:paraId="00000147">
      <w:pPr>
        <w:rPr/>
      </w:pPr>
      <w:r w:rsidDel="00000000" w:rsidR="00000000" w:rsidRPr="00000000">
        <w:rPr>
          <w:rtl w:val="0"/>
        </w:rPr>
        <w:t xml:space="preserve">"I don't care," I say, and it's the truest thing I've ever said. "I just... I need to see the schematic."</w:t>
      </w:r>
    </w:p>
    <w:p w:rsidR="00000000" w:rsidDel="00000000" w:rsidP="00000000" w:rsidRDefault="00000000" w:rsidRPr="00000000" w14:paraId="00000148">
      <w:pPr>
        <w:rPr/>
      </w:pPr>
      <w:r w:rsidDel="00000000" w:rsidR="00000000" w:rsidRPr="00000000">
        <w:rPr>
          <w:rtl w:val="0"/>
        </w:rPr>
        <w:t xml:space="preserve">E considers. Then E does the impossible. E nods.</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Chapter 8: The Inefficient Power Source</w:t>
      </w:r>
    </w:p>
    <w:p w:rsidR="00000000" w:rsidDel="00000000" w:rsidP="00000000" w:rsidRDefault="00000000" w:rsidRPr="00000000" w14:paraId="0000014B">
      <w:pPr>
        <w:rPr/>
      </w:pPr>
      <w:r w:rsidDel="00000000" w:rsidR="00000000" w:rsidRPr="00000000">
        <w:rPr>
          <w:rtl w:val="0"/>
        </w:rPr>
        <w:t xml:space="preserve">(This chapter is PROSE - The 50-year-old Assembler's voice.)</w:t>
      </w:r>
    </w:p>
    <w:p w:rsidR="00000000" w:rsidDel="00000000" w:rsidP="00000000" w:rsidRDefault="00000000" w:rsidRPr="00000000" w14:paraId="0000014C">
      <w:pPr>
        <w:rPr/>
      </w:pPr>
      <w:r w:rsidDel="00000000" w:rsidR="00000000" w:rsidRPr="00000000">
        <w:rPr>
          <w:rtl w:val="0"/>
        </w:rPr>
        <w:t xml:space="preserve">The 50-year-old Assembler, the one "memory mining," has to stop here. I have to correct a bad assembly.</w:t>
      </w:r>
    </w:p>
    <w:p w:rsidR="00000000" w:rsidDel="00000000" w:rsidP="00000000" w:rsidRDefault="00000000" w:rsidRPr="00000000" w14:paraId="0000014D">
      <w:pPr>
        <w:rPr/>
      </w:pPr>
      <w:r w:rsidDel="00000000" w:rsidR="00000000" w:rsidRPr="00000000">
        <w:rPr>
          <w:rtl w:val="0"/>
        </w:rPr>
        <w:t xml:space="preserve">My memory is a corrupt file. In previous drafts of this very archive, I wrote that the 13-year-old me was reading The Stranger or Schopenhauer. That was a lie. A confabulation of a hyperactive brain trying to sound smarter than it was. The 13-year-old me didn't read philosophy. I hadn't found the Milam Asylum yet. I hadn't found The Outsider or Nausea.</w:t>
      </w:r>
    </w:p>
    <w:p w:rsidR="00000000" w:rsidDel="00000000" w:rsidP="00000000" w:rsidRDefault="00000000" w:rsidRPr="00000000" w14:paraId="0000014E">
      <w:pPr>
        <w:rPr/>
      </w:pPr>
      <w:r w:rsidDel="00000000" w:rsidR="00000000" w:rsidRPr="00000000">
        <w:rPr>
          <w:rtl w:val="0"/>
        </w:rPr>
        <w:t xml:space="preserve">In 1988, I was building my fortress from the "real curriculum" (File #87) : X-Men comics and Slayer lyrics. I didn't read the poem in The Arbitrator's class; I just hated the sound of it. I hated the concept of "Inner Resources" while my own were trying to burn the building down.</w:t>
      </w:r>
    </w:p>
    <w:p w:rsidR="00000000" w:rsidDel="00000000" w:rsidP="00000000" w:rsidRDefault="00000000" w:rsidRPr="00000000" w14:paraId="0000014F">
      <w:pPr>
        <w:rPr/>
      </w:pPr>
      <w:r w:rsidDel="00000000" w:rsidR="00000000" w:rsidRPr="00000000">
        <w:rPr>
          <w:rtl w:val="0"/>
        </w:rPr>
        <w:t xml:space="preserve">The reading came later. The analysis came later. In 1988, I was just raw data. It's important to get the assembly right.</w:t>
      </w:r>
    </w:p>
    <w:p w:rsidR="00000000" w:rsidDel="00000000" w:rsidP="00000000" w:rsidRDefault="00000000" w:rsidRPr="00000000" w14:paraId="00000150">
      <w:pPr>
        <w:rPr/>
      </w:pPr>
      <w:r w:rsidDel="00000000" w:rsidR="00000000" w:rsidRPr="00000000">
        <w:rPr>
          <w:rtl w:val="0"/>
        </w:rPr>
        <w:t xml:space="preserve">(PROSE transitions to the 1988 "comic" memory...)</w:t>
      </w:r>
    </w:p>
    <w:p w:rsidR="00000000" w:rsidDel="00000000" w:rsidP="00000000" w:rsidRDefault="00000000" w:rsidRPr="00000000" w14:paraId="00000151">
      <w:pPr>
        <w:rPr/>
      </w:pPr>
      <w:r w:rsidDel="00000000" w:rsidR="00000000" w:rsidRPr="00000000">
        <w:rPr>
          <w:rtl w:val="0"/>
        </w:rPr>
        <w:t xml:space="preserve">CLANG. I'm thirteen. I'm at the water fountain. My wiring is exposed. I am vibrating. E has just nodded.</w:t>
      </w:r>
    </w:p>
    <w:p w:rsidR="00000000" w:rsidDel="00000000" w:rsidP="00000000" w:rsidRDefault="00000000" w:rsidRPr="00000000" w14:paraId="00000152">
      <w:pPr>
        <w:rPr/>
      </w:pPr>
      <w:r w:rsidDel="00000000" w:rsidR="00000000" w:rsidRPr="00000000">
        <w:rPr>
          <w:rtl w:val="0"/>
        </w:rPr>
        <w:t xml:space="preserve">E opens the notebook.</w:t>
      </w:r>
    </w:p>
    <w:p w:rsidR="00000000" w:rsidDel="00000000" w:rsidP="00000000" w:rsidRDefault="00000000" w:rsidRPr="00000000" w14:paraId="00000153">
      <w:pPr>
        <w:rPr/>
      </w:pPr>
      <w:r w:rsidDel="00000000" w:rsidR="00000000" w:rsidRPr="00000000">
        <w:rPr>
          <w:rtl w:val="0"/>
        </w:rPr>
        <w:t xml:space="preserve">And... it's not just a blueprint. I mean, it is, but it's not clean. It's not a schematic for a VCR.</w:t>
      </w:r>
    </w:p>
    <w:p w:rsidR="00000000" w:rsidDel="00000000" w:rsidP="00000000" w:rsidRDefault="00000000" w:rsidRPr="00000000" w14:paraId="00000154">
      <w:pPr>
        <w:rPr/>
      </w:pPr>
      <w:r w:rsidDel="00000000" w:rsidR="00000000" w:rsidRPr="00000000">
        <w:rPr>
          <w:rtl w:val="0"/>
        </w:rPr>
        <w:t xml:space="preserve">(ARTIFACT INSERT)</w:t>
      </w:r>
    </w:p>
    <w:p w:rsidR="00000000" w:rsidDel="00000000" w:rsidP="00000000" w:rsidRDefault="00000000" w:rsidRPr="00000000" w14:paraId="00000155">
      <w:pPr>
        <w:rPr/>
      </w:pPr>
      <w:r w:rsidDel="00000000" w:rsidR="00000000" w:rsidRPr="00000000">
        <w:rPr>
          <w:rtl w:val="0"/>
        </w:rPr>
        <w:t xml:space="preserve">(PROSE returns. The 13-year-old's POV.)</w:t>
      </w:r>
    </w:p>
    <w:p w:rsidR="00000000" w:rsidDel="00000000" w:rsidP="00000000" w:rsidRDefault="00000000" w:rsidRPr="00000000" w14:paraId="00000156">
      <w:pPr>
        <w:rPr/>
      </w:pPr>
      <w:r w:rsidDel="00000000" w:rsidR="00000000" w:rsidRPr="00000000">
        <w:rPr>
          <w:rtl w:val="0"/>
        </w:rPr>
        <w:t xml:space="preserve">It's drawn on graph paper in at least ten different colors of ink. Blue, black, red, and a weird, shimmering purple that seems to float off the page. It's beautiful. And it's chaotic. It looks less like a machine and more like one of E's impossible cities. Or a map of a nervous system.</w:t>
      </w:r>
    </w:p>
    <w:p w:rsidR="00000000" w:rsidDel="00000000" w:rsidP="00000000" w:rsidRDefault="00000000" w:rsidRPr="00000000" w14:paraId="00000157">
      <w:pPr>
        <w:rPr/>
      </w:pPr>
      <w:r w:rsidDel="00000000" w:rsidR="00000000" w:rsidRPr="00000000">
        <w:rPr>
          <w:rtl w:val="0"/>
        </w:rPr>
        <w:t xml:space="preserve">There are notes in the margins, but they aren't words. They're symbols. Arrows. Equations.</w:t>
      </w:r>
    </w:p>
    <w:p w:rsidR="00000000" w:rsidDel="00000000" w:rsidP="00000000" w:rsidRDefault="00000000" w:rsidRPr="00000000" w14:paraId="00000158">
      <w:pPr>
        <w:rPr/>
      </w:pPr>
      <w:r w:rsidDel="00000000" w:rsidR="00000000" w:rsidRPr="00000000">
        <w:rPr>
          <w:rtl w:val="0"/>
        </w:rPr>
        <w:t xml:space="preserve">This is the Series-7 Filtration Hub.</w:t>
      </w:r>
    </w:p>
    <w:p w:rsidR="00000000" w:rsidDel="00000000" w:rsidP="00000000" w:rsidRDefault="00000000" w:rsidRPr="00000000" w14:paraId="00000159">
      <w:pPr>
        <w:rPr/>
      </w:pPr>
      <w:r w:rsidDel="00000000" w:rsidR="00000000" w:rsidRPr="00000000">
        <w:rPr>
          <w:rtl w:val="0"/>
        </w:rPr>
        <w:t xml:space="preserve">And my brain... calms. The static doesn't stop. It never stops. But it lowers. It's like someone turned the volume from 11 down to a 4. I'm not trying to read the blueprint. I'm just seeing it.</w:t>
      </w:r>
    </w:p>
    <w:p w:rsidR="00000000" w:rsidDel="00000000" w:rsidP="00000000" w:rsidRDefault="00000000" w:rsidRPr="00000000" w14:paraId="0000015A">
      <w:pPr>
        <w:rPr/>
      </w:pPr>
      <w:r w:rsidDel="00000000" w:rsidR="00000000" w:rsidRPr="00000000">
        <w:rPr>
          <w:rtl w:val="0"/>
        </w:rPr>
        <w:t xml:space="preserve">My hand, the one that drew the "rudimentary" pile of pipes, lifts. It's shaking, but I don't care. I point to a dense, tangled nest of red-ink lines at the top.</w:t>
      </w:r>
    </w:p>
    <w:p w:rsidR="00000000" w:rsidDel="00000000" w:rsidP="00000000" w:rsidRDefault="00000000" w:rsidRPr="00000000" w14:paraId="0000015B">
      <w:pPr>
        <w:rPr/>
      </w:pPr>
      <w:r w:rsidDel="00000000" w:rsidR="00000000" w:rsidRPr="00000000">
        <w:rPr>
          <w:rtl w:val="0"/>
        </w:rPr>
        <w:t xml:space="preserve">"This," I whisper. "This is the input."</w:t>
      </w:r>
    </w:p>
    <w:p w:rsidR="00000000" w:rsidDel="00000000" w:rsidP="00000000" w:rsidRDefault="00000000" w:rsidRPr="00000000" w14:paraId="0000015C">
      <w:pPr>
        <w:rPr/>
      </w:pPr>
      <w:r w:rsidDel="00000000" w:rsidR="00000000" w:rsidRPr="00000000">
        <w:rPr>
          <w:rtl w:val="0"/>
        </w:rPr>
        <w:t xml:space="preserve">E looks at where I'm pointing. E nods. "Sensory overload," E says.</w:t>
      </w:r>
    </w:p>
    <w:p w:rsidR="00000000" w:rsidDel="00000000" w:rsidP="00000000" w:rsidRDefault="00000000" w:rsidRPr="00000000" w14:paraId="0000015D">
      <w:pPr>
        <w:rPr/>
      </w:pPr>
      <w:r w:rsidDel="00000000" w:rsidR="00000000" w:rsidRPr="00000000">
        <w:rPr>
          <w:rtl w:val="0"/>
        </w:rPr>
        <w:t xml:space="preserve">My heart does the 1.3-second blast beat. E knows the words. E has names for the static.</w:t>
      </w:r>
    </w:p>
    <w:p w:rsidR="00000000" w:rsidDel="00000000" w:rsidP="00000000" w:rsidRDefault="00000000" w:rsidRPr="00000000" w14:paraId="0000015E">
      <w:pPr>
        <w:rPr/>
      </w:pPr>
      <w:r w:rsidDel="00000000" w:rsidR="00000000" w:rsidRPr="00000000">
        <w:rPr>
          <w:rtl w:val="0"/>
        </w:rPr>
        <w:t xml:space="preserve">"And this," E taps a central, purple-ink conduit. The main filter. "But the power source..." E's finger drifts to the small box at the bottom, the one with the pencil-drawn question mark. "...is inefficient."</w:t>
      </w:r>
    </w:p>
    <w:p w:rsidR="00000000" w:rsidDel="00000000" w:rsidP="00000000" w:rsidRDefault="00000000" w:rsidRPr="00000000" w14:paraId="0000015F">
      <w:pPr>
        <w:rPr/>
      </w:pPr>
      <w:r w:rsidDel="00000000" w:rsidR="00000000" w:rsidRPr="00000000">
        <w:rPr>
          <w:rtl w:val="0"/>
        </w:rPr>
        <w:t xml:space="preserve">"What... what is the power source?" I ask.</w:t>
      </w:r>
    </w:p>
    <w:p w:rsidR="00000000" w:rsidDel="00000000" w:rsidP="00000000" w:rsidRDefault="00000000" w:rsidRPr="00000000" w14:paraId="00000160">
      <w:pPr>
        <w:rPr/>
      </w:pPr>
      <w:r w:rsidDel="00000000" w:rsidR="00000000" w:rsidRPr="00000000">
        <w:rPr>
          <w:rtl w:val="0"/>
        </w:rPr>
        <w:t xml:space="preserve">E looks at me. That calm, android assessment. That Still Life with Woodpecker look of a genius who has figured something out, and is lonely because of it.</w:t>
      </w:r>
    </w:p>
    <w:p w:rsidR="00000000" w:rsidDel="00000000" w:rsidP="00000000" w:rsidRDefault="00000000" w:rsidRPr="00000000" w14:paraId="00000161">
      <w:pPr>
        <w:rPr/>
      </w:pPr>
      <w:r w:rsidDel="00000000" w:rsidR="00000000" w:rsidRPr="00000000">
        <w:rPr>
          <w:rtl w:val="0"/>
        </w:rPr>
        <w:t xml:space="preserve">"Motivation," E says. "It burns out."</w:t>
      </w:r>
    </w:p>
    <w:p w:rsidR="00000000" w:rsidDel="00000000" w:rsidP="00000000" w:rsidRDefault="00000000" w:rsidRPr="00000000" w14:paraId="00000162">
      <w:pPr>
        <w:rPr/>
      </w:pPr>
      <w:r w:rsidDel="00000000" w:rsidR="00000000" w:rsidRPr="00000000">
        <w:rPr>
          <w:rtl w:val="0"/>
        </w:rPr>
        <w:t xml:space="preserve">I stare at the schematic. A machine to filter the noise, powered by motivation. A machine that fails because... you just get tired.</w:t>
      </w:r>
    </w:p>
    <w:p w:rsidR="00000000" w:rsidDel="00000000" w:rsidP="00000000" w:rsidRDefault="00000000" w:rsidRPr="00000000" w14:paraId="00000163">
      <w:pPr>
        <w:rPr/>
      </w:pPr>
      <w:r w:rsidDel="00000000" w:rsidR="00000000" w:rsidRPr="00000000">
        <w:rPr>
          <w:rtl w:val="0"/>
        </w:rPr>
        <w:t xml:space="preserve">My 13-year-old brain, my faulty, hyperactive, comic-book-and-metal-lyric brain, finally assembles a single, perfect thought.</w:t>
      </w:r>
    </w:p>
    <w:p w:rsidR="00000000" w:rsidDel="00000000" w:rsidP="00000000" w:rsidRDefault="00000000" w:rsidRPr="00000000" w14:paraId="00000164">
      <w:pPr>
        <w:rPr/>
      </w:pPr>
      <w:r w:rsidDel="00000000" w:rsidR="00000000" w:rsidRPr="00000000">
        <w:rPr>
          <w:rtl w:val="0"/>
        </w:rPr>
        <w:t xml:space="preserve">"You too," I say. It's not a question.</w:t>
      </w:r>
    </w:p>
    <w:p w:rsidR="00000000" w:rsidDel="00000000" w:rsidP="00000000" w:rsidRDefault="00000000" w:rsidRPr="00000000" w14:paraId="00000165">
      <w:pPr>
        <w:rPr/>
      </w:pPr>
      <w:r w:rsidDel="00000000" w:rsidR="00000000" w:rsidRPr="00000000">
        <w:rPr>
          <w:rtl w:val="0"/>
        </w:rPr>
        <w:t xml:space="preserve">E just looks at the drawing. "My static is different," E says, and E's voice is so quiet I can barely hear it. "Yours is... loud. Mine is... wide. Too many signals at once. But the filter is the same."</w:t>
      </w:r>
    </w:p>
    <w:p w:rsidR="00000000" w:rsidDel="00000000" w:rsidP="00000000" w:rsidRDefault="00000000" w:rsidRPr="00000000" w14:paraId="00000166">
      <w:pPr>
        <w:rPr/>
      </w:pPr>
      <w:r w:rsidDel="00000000" w:rsidR="00000000" w:rsidRPr="00000000">
        <w:rPr>
          <w:rtl w:val="0"/>
        </w:rPr>
        <w:t xml:space="preserve">E closes the notebook.</w:t>
      </w:r>
    </w:p>
    <w:p w:rsidR="00000000" w:rsidDel="00000000" w:rsidP="00000000" w:rsidRDefault="00000000" w:rsidRPr="00000000" w14:paraId="00000167">
      <w:pPr>
        <w:rPr/>
      </w:pPr>
      <w:r w:rsidDel="00000000" w:rsidR="00000000" w:rsidRPr="00000000">
        <w:rPr>
          <w:rtl w:val="0"/>
        </w:rPr>
        <w:t xml:space="preserve">The static rushes back in. The CLANG of the late bell is an explosion. The hallway is empty. We are late for class. I don't care.</w:t>
      </w:r>
    </w:p>
    <w:p w:rsidR="00000000" w:rsidDel="00000000" w:rsidP="00000000" w:rsidRDefault="00000000" w:rsidRPr="00000000" w14:paraId="00000168">
      <w:pPr>
        <w:rPr/>
      </w:pPr>
      <w:r w:rsidDel="00000000" w:rsidR="00000000" w:rsidRPr="00000000">
        <w:rPr>
          <w:rtl w:val="0"/>
        </w:rPr>
        <w:t xml:space="preserve">I am not alone. I am not just a "weird-ass kid." I am not just "faulty wiring" (File #99).</w:t>
      </w:r>
    </w:p>
    <w:p w:rsidR="00000000" w:rsidDel="00000000" w:rsidP="00000000" w:rsidRDefault="00000000" w:rsidRPr="00000000" w14:paraId="00000169">
      <w:pPr>
        <w:rPr/>
      </w:pPr>
      <w:r w:rsidDel="00000000" w:rsidR="00000000" w:rsidRPr="00000000">
        <w:rPr>
          <w:rtl w:val="0"/>
        </w:rPr>
        <w:t xml:space="preserve">I am a Series-7. And I've just met the engineer.</w:t>
      </w:r>
    </w:p>
    <w:p w:rsidR="00000000" w:rsidDel="00000000" w:rsidP="00000000" w:rsidRDefault="00000000" w:rsidRPr="00000000" w14:paraId="0000016A">
      <w:pPr>
        <w:rPr/>
      </w:pPr>
      <w:r w:rsidDel="00000000" w:rsidR="00000000" w:rsidRPr="00000000">
        <w:rPr>
          <w:rtl w:val="0"/>
        </w:rPr>
        <w:t xml:space="preserve">Chapter 9: Thus Began the Radicalization (File #71)</w:t>
      </w:r>
    </w:p>
    <w:p w:rsidR="00000000" w:rsidDel="00000000" w:rsidP="00000000" w:rsidRDefault="00000000" w:rsidRPr="00000000" w14:paraId="0000016B">
      <w:pPr>
        <w:rPr/>
      </w:pPr>
      <w:r w:rsidDel="00000000" w:rsidR="00000000" w:rsidRPr="00000000">
        <w:rPr>
          <w:rtl w:val="0"/>
        </w:rPr>
        <w:t xml:space="preserve">(This chapter is PROSE - The 50-year-old Assembler's voice.)</w:t>
      </w:r>
    </w:p>
    <w:p w:rsidR="00000000" w:rsidDel="00000000" w:rsidP="00000000" w:rsidRDefault="00000000" w:rsidRPr="00000000" w14:paraId="0000016C">
      <w:pPr>
        <w:rPr/>
      </w:pPr>
      <w:r w:rsidDel="00000000" w:rsidR="00000000" w:rsidRPr="00000000">
        <w:rPr>
          <w:rtl w:val="0"/>
        </w:rPr>
        <w:t xml:space="preserve">I am a Series-7. I've just met the engineer.</w:t>
      </w:r>
    </w:p>
    <w:p w:rsidR="00000000" w:rsidDel="00000000" w:rsidP="00000000" w:rsidRDefault="00000000" w:rsidRPr="00000000" w14:paraId="0000016D">
      <w:pPr>
        <w:rPr/>
      </w:pPr>
      <w:r w:rsidDel="00000000" w:rsidR="00000000" w:rsidRPr="00000000">
        <w:rPr>
          <w:rtl w:val="0"/>
        </w:rPr>
        <w:t xml:space="preserve">I'm standing in an empty hallway, late for class, and the static in my AD/HD brain is, for a moment, a quiet hum. I am not alone.</w:t>
      </w:r>
    </w:p>
    <w:p w:rsidR="00000000" w:rsidDel="00000000" w:rsidP="00000000" w:rsidRDefault="00000000" w:rsidRPr="00000000" w14:paraId="0000016E">
      <w:pPr>
        <w:rPr/>
      </w:pPr>
      <w:r w:rsidDel="00000000" w:rsidR="00000000" w:rsidRPr="00000000">
        <w:rPr>
          <w:rtl w:val="0"/>
        </w:rPr>
        <w:t xml:space="preserve">The 50-year-old assembler, the one sitting in Saigon , has to pause here. Because to understand what happens next—walking into that classroom late, with E—you have to understand the battlefield. You have to understand why Teague Middle School was, for me, enemy territory from the first second.</w:t>
      </w:r>
    </w:p>
    <w:p w:rsidR="00000000" w:rsidDel="00000000" w:rsidP="00000000" w:rsidRDefault="00000000" w:rsidRPr="00000000" w14:paraId="0000016F">
      <w:pPr>
        <w:rPr/>
      </w:pPr>
      <w:r w:rsidDel="00000000" w:rsidR="00000000" w:rsidRPr="00000000">
        <w:rPr>
          <w:rtl w:val="0"/>
        </w:rPr>
        <w:t xml:space="preserve">It wasn't just the Kenswick exile. It was the system. My faulty wiring, my AD/HD, it's not just about the noise. It's about justice. It's about the arbitrary. My brain cannot process a rule that has no logic. It feels like a physical attack.</w:t>
      </w:r>
    </w:p>
    <w:p w:rsidR="00000000" w:rsidDel="00000000" w:rsidP="00000000" w:rsidRDefault="00000000" w:rsidRPr="00000000" w14:paraId="00000170">
      <w:pPr>
        <w:rPr/>
      </w:pPr>
      <w:r w:rsidDel="00000000" w:rsidR="00000000" w:rsidRPr="00000000">
        <w:rPr>
          <w:rtl w:val="0"/>
        </w:rPr>
        <w:t xml:space="preserve">And my war with Teague began before I ever sat in The Drone's (Mx. H's) class. It began before the tater tot. I'm pulling the file. The "Augenblick" that started the fortress.</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[AUGENBLICK FILE: 71. The Mullet Incident]</w:t>
      </w:r>
    </w:p>
    <w:p w:rsidR="00000000" w:rsidDel="00000000" w:rsidP="00000000" w:rsidRDefault="00000000" w:rsidRPr="00000000" w14:paraId="00000173">
      <w:pPr>
        <w:rPr/>
      </w:pPr>
      <w:r w:rsidDel="00000000" w:rsidR="00000000" w:rsidRPr="00000000">
        <w:rPr>
          <w:rtl w:val="0"/>
        </w:rPr>
        <w:t xml:space="preserve">Place: From Humble Middle to Teague Middle - 1988</w:t>
      </w:r>
    </w:p>
    <w:p w:rsidR="00000000" w:rsidDel="00000000" w:rsidP="00000000" w:rsidRDefault="00000000" w:rsidRPr="00000000" w14:paraId="00000174">
      <w:pPr>
        <w:rPr/>
      </w:pPr>
      <w:r w:rsidDel="00000000" w:rsidR="00000000" w:rsidRPr="00000000">
        <w:rPr>
          <w:rtl w:val="0"/>
        </w:rPr>
        <w:t xml:space="preserve">Text: When I moved from Humble Middle to Teague, I showed up feeling fresh—rocking a pink polo and a freshly sculpted mullet, as was the fashion of the time. I was ready. I was proud. But they wouldn’t let me enroll. Not until I got a haircut. "No longer than collar length," they said. That pink shirt felt a lot less bright after that. Thus began my radicalization.</w:t>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(PROSE continues. 50-year-old's voice.)</w:t>
      </w:r>
    </w:p>
    <w:p w:rsidR="00000000" w:rsidDel="00000000" w:rsidP="00000000" w:rsidRDefault="00000000" w:rsidRPr="00000000" w14:paraId="00000177">
      <w:pPr>
        <w:rPr/>
      </w:pPr>
      <w:r w:rsidDel="00000000" w:rsidR="00000000" w:rsidRPr="00000000">
        <w:rPr>
          <w:rtl w:val="0"/>
        </w:rPr>
        <w:t xml:space="preserve">That was it. It wasn't a philosophy. I hadn't read Schopenhauer or Camus yet. I didn't know what to call it. But I knew, with the burning-hot certainty of my new "faulty wiring" diagnosis, that the system was the real "Absurd."</w:t>
      </w:r>
    </w:p>
    <w:p w:rsidR="00000000" w:rsidDel="00000000" w:rsidP="00000000" w:rsidRDefault="00000000" w:rsidRPr="00000000" w14:paraId="00000178">
      <w:pPr>
        <w:rPr/>
      </w:pPr>
      <w:r w:rsidDel="00000000" w:rsidR="00000000" w:rsidRPr="00000000">
        <w:rPr>
          <w:rtl w:val="0"/>
        </w:rPr>
        <w:t xml:space="preserve">My nihilism wasn't a choice. It was a reaction. It was the only logical response to a world that tells you a haircut matters more than your readiness. I started building the fortress that day.</w:t>
      </w:r>
    </w:p>
    <w:p w:rsidR="00000000" w:rsidDel="00000000" w:rsidP="00000000" w:rsidRDefault="00000000" w:rsidRPr="00000000" w14:paraId="00000179">
      <w:pPr>
        <w:rPr/>
      </w:pPr>
      <w:r w:rsidDel="00000000" w:rsidR="00000000" w:rsidRPr="00000000">
        <w:rPr>
          <w:rtl w:val="0"/>
        </w:rPr>
        <w:t xml:space="preserve">(PROSE transitions to the 1988 "comic" memory...)</w:t>
      </w:r>
    </w:p>
    <w:p w:rsidR="00000000" w:rsidDel="00000000" w:rsidP="00000000" w:rsidRDefault="00000000" w:rsidRPr="00000000" w14:paraId="0000017A">
      <w:pPr>
        <w:rPr/>
      </w:pPr>
      <w:r w:rsidDel="00000000" w:rsidR="00000000" w:rsidRPr="00000000">
        <w:rPr>
          <w:rtl w:val="0"/>
        </w:rPr>
        <w:t xml:space="preserve">Back in the hallway. I'm thirteen. E is putting the notebook away. We're late. We are in trouble. The old me, the pre-blueprint me, would be vibrating with shame and fury. The "faulty wiring" exposed, the authority figures winning, the injustice of it all.</w:t>
      </w:r>
    </w:p>
    <w:p w:rsidR="00000000" w:rsidDel="00000000" w:rsidP="00000000" w:rsidRDefault="00000000" w:rsidRPr="00000000" w14:paraId="0000017B">
      <w:pPr>
        <w:rPr/>
      </w:pPr>
      <w:r w:rsidDel="00000000" w:rsidR="00000000" w:rsidRPr="00000000">
        <w:rPr>
          <w:rtl w:val="0"/>
        </w:rPr>
        <w:t xml:space="preserve">But I'm looking at E. E is also late. E does not seem to care. E is simply... moving.</w:t>
      </w:r>
    </w:p>
    <w:p w:rsidR="00000000" w:rsidDel="00000000" w:rsidP="00000000" w:rsidRDefault="00000000" w:rsidRPr="00000000" w14:paraId="0000017C">
      <w:pPr>
        <w:rPr/>
      </w:pPr>
      <w:r w:rsidDel="00000000" w:rsidR="00000000" w:rsidRPr="00000000">
        <w:rPr>
          <w:rtl w:val="0"/>
        </w:rPr>
        <w:t xml:space="preserve">"We should go," I say.</w:t>
      </w:r>
    </w:p>
    <w:p w:rsidR="00000000" w:rsidDel="00000000" w:rsidP="00000000" w:rsidRDefault="00000000" w:rsidRPr="00000000" w14:paraId="0000017D">
      <w:pPr>
        <w:rPr/>
      </w:pPr>
      <w:r w:rsidDel="00000000" w:rsidR="00000000" w:rsidRPr="00000000">
        <w:rPr>
          <w:rtl w:val="0"/>
        </w:rPr>
        <w:t xml:space="preserve">"We are," E replies. "Forward motion."</w:t>
      </w:r>
    </w:p>
    <w:p w:rsidR="00000000" w:rsidDel="00000000" w:rsidP="00000000" w:rsidRDefault="00000000" w:rsidRPr="00000000" w14:paraId="0000017E">
      <w:pPr>
        <w:rPr/>
      </w:pPr>
      <w:r w:rsidDel="00000000" w:rsidR="00000000" w:rsidRPr="00000000">
        <w:rPr>
          <w:rtl w:val="0"/>
        </w:rPr>
        <w:t xml:space="preserve">E using my phrase again. It feels like a secret password.</w:t>
      </w:r>
    </w:p>
    <w:p w:rsidR="00000000" w:rsidDel="00000000" w:rsidP="00000000" w:rsidRDefault="00000000" w:rsidRPr="00000000" w14:paraId="0000017F">
      <w:pPr>
        <w:rPr/>
      </w:pPr>
      <w:r w:rsidDel="00000000" w:rsidR="00000000" w:rsidRPr="00000000">
        <w:rPr>
          <w:rtl w:val="0"/>
        </w:rPr>
        <w:t xml:space="preserve">We walk, side-by-side. My Nikes squeak-squeak. E's combat boots are silent. We are heading for The Arbitrator's (Mx. P's) English class.</w:t>
      </w:r>
    </w:p>
    <w:p w:rsidR="00000000" w:rsidDel="00000000" w:rsidP="00000000" w:rsidRDefault="00000000" w:rsidRPr="00000000" w14:paraId="00000180">
      <w:pPr>
        <w:rPr/>
      </w:pPr>
      <w:r w:rsidDel="00000000" w:rsidR="00000000" w:rsidRPr="00000000">
        <w:rPr>
          <w:rtl w:val="0"/>
        </w:rPr>
        <w:t xml:space="preserve">I'm still vibrating, but it's different. It's not just the static. It's... the blueprint. It's the "inefficient power source."</w:t>
      </w:r>
    </w:p>
    <w:p w:rsidR="00000000" w:rsidDel="00000000" w:rsidP="00000000" w:rsidRDefault="00000000" w:rsidRPr="00000000" w14:paraId="00000181">
      <w:pPr>
        <w:rPr/>
      </w:pPr>
      <w:r w:rsidDel="00000000" w:rsidR="00000000" w:rsidRPr="00000000">
        <w:rPr>
          <w:rtl w:val="0"/>
        </w:rPr>
        <w:t xml:space="preserve">We're two engineers, walking into a hostile boardroom, about to be reprimanded by a middle manager who thinks "life, friends, is boring."</w:t>
      </w:r>
    </w:p>
    <w:p w:rsidR="00000000" w:rsidDel="00000000" w:rsidP="00000000" w:rsidRDefault="00000000" w:rsidRPr="00000000" w14:paraId="00000182">
      <w:pPr>
        <w:rPr/>
      </w:pPr>
      <w:r w:rsidDel="00000000" w:rsidR="00000000" w:rsidRPr="00000000">
        <w:rPr>
          <w:rtl w:val="0"/>
        </w:rPr>
        <w:t xml:space="preserve">And I, The Assembler, make my first real choice. My first conscious assembly.</w:t>
      </w:r>
    </w:p>
    <w:p w:rsidR="00000000" w:rsidDel="00000000" w:rsidP="00000000" w:rsidRDefault="00000000" w:rsidRPr="00000000" w14:paraId="00000183">
      <w:pPr>
        <w:rPr/>
      </w:pPr>
      <w:r w:rsidDel="00000000" w:rsidR="00000000" w:rsidRPr="00000000">
        <w:rPr>
          <w:rtl w:val="0"/>
        </w:rPr>
        <w:t xml:space="preserve">I don't care if I'm in trouble. I don't care about the pink polo, or the mullet, or the Trojan, or the arbitrary rules. I am not "bored." I am not "radicalized."</w:t>
      </w:r>
    </w:p>
    <w:p w:rsidR="00000000" w:rsidDel="00000000" w:rsidP="00000000" w:rsidRDefault="00000000" w:rsidRPr="00000000" w14:paraId="00000184">
      <w:pPr>
        <w:rPr/>
      </w:pPr>
      <w:r w:rsidDel="00000000" w:rsidR="00000000" w:rsidRPr="00000000">
        <w:rPr>
          <w:rtl w:val="0"/>
        </w:rPr>
        <w:t xml:space="preserve">I am interested. I have a new problem to solve. And for the first time in my life, I have a co-conspirator.</w:t>
      </w:r>
    </w:p>
    <w:p w:rsidR="00000000" w:rsidDel="00000000" w:rsidP="00000000" w:rsidRDefault="00000000" w:rsidRPr="00000000" w14:paraId="00000185">
      <w:pPr>
        <w:rPr/>
      </w:pPr>
      <w:r w:rsidDel="00000000" w:rsidR="00000000" w:rsidRPr="00000000">
        <w:rPr>
          <w:rtl w:val="0"/>
        </w:rPr>
        <w:t xml:space="preserve">Chapter 10: The Arbitrary Nature of Tardy Slips</w:t>
      </w:r>
    </w:p>
    <w:p w:rsidR="00000000" w:rsidDel="00000000" w:rsidP="00000000" w:rsidRDefault="00000000" w:rsidRPr="00000000" w14:paraId="00000186">
      <w:pPr>
        <w:rPr/>
      </w:pPr>
      <w:r w:rsidDel="00000000" w:rsidR="00000000" w:rsidRPr="00000000">
        <w:rPr>
          <w:rtl w:val="0"/>
        </w:rPr>
        <w:t xml:space="preserve">(This chapter is PROSE - The 13-year-old's POV.)</w:t>
      </w:r>
    </w:p>
    <w:p w:rsidR="00000000" w:rsidDel="00000000" w:rsidP="00000000" w:rsidRDefault="00000000" w:rsidRPr="00000000" w14:paraId="00000187">
      <w:pPr>
        <w:rPr/>
      </w:pPr>
      <w:r w:rsidDel="00000000" w:rsidR="00000000" w:rsidRPr="00000000">
        <w:rPr>
          <w:rtl w:val="0"/>
        </w:rPr>
        <w:t xml:space="preserve">The door to The Arbitrator’s (Mx. P’s) class is heavy, with a small, wired-glass window. It makes a shhhhh-thunk sound as E pushes it open.</w:t>
      </w:r>
    </w:p>
    <w:p w:rsidR="00000000" w:rsidDel="00000000" w:rsidP="00000000" w:rsidRDefault="00000000" w:rsidRPr="00000000" w14:paraId="00000188">
      <w:pPr>
        <w:rPr/>
      </w:pPr>
      <w:r w:rsidDel="00000000" w:rsidR="00000000" w:rsidRPr="00000000">
        <w:rPr>
          <w:rtl w:val="0"/>
        </w:rPr>
        <w:t xml:space="preserve">Silence.</w:t>
      </w:r>
    </w:p>
    <w:p w:rsidR="00000000" w:rsidDel="00000000" w:rsidP="00000000" w:rsidRDefault="00000000" w:rsidRPr="00000000" w14:paraId="00000189">
      <w:pPr>
        <w:rPr/>
      </w:pPr>
      <w:r w:rsidDel="00000000" w:rsidR="00000000" w:rsidRPr="00000000">
        <w:rPr>
          <w:rtl w:val="0"/>
        </w:rPr>
        <w:t xml:space="preserve">(This next section is COMIC PANELS - The 13-year-old's "static" overload. 5 panels.)</w:t>
      </w:r>
    </w:p>
    <w:p w:rsidR="00000000" w:rsidDel="00000000" w:rsidP="00000000" w:rsidRDefault="00000000" w:rsidRPr="00000000" w14:paraId="0000018A">
      <w:pPr>
        <w:rPr/>
      </w:pPr>
      <w:r w:rsidDel="00000000" w:rsidR="00000000" w:rsidRPr="00000000">
        <w:rPr>
          <w:rtl w:val="0"/>
        </w:rPr>
        <w:t xml:space="preserve">Panel 1: (Wide shot from the front of the class. Me and E are framed in the doorway, small and exposed. Twenty-five heads are turned, all staring. The background is drawn in a slightly distorted, fish-eye style to emphasize the pressure.)</w:t>
      </w:r>
    </w:p>
    <w:p w:rsidR="00000000" w:rsidDel="00000000" w:rsidP="00000000" w:rsidRDefault="00000000" w:rsidRPr="00000000" w14:paraId="0000018B">
      <w:pPr>
        <w:rPr/>
      </w:pPr>
      <w:r w:rsidDel="00000000" w:rsidR="00000000" w:rsidRPr="00000000">
        <w:rPr>
          <w:rtl w:val="0"/>
        </w:rPr>
        <w:t xml:space="preserve">Panel 2: (Close up: The Hostile (K), in the back, hand over their mouth, doing a fake, slow-motion gasp. Their eyes are wide with mock horror.)</w:t>
      </w:r>
    </w:p>
    <w:p w:rsidR="00000000" w:rsidDel="00000000" w:rsidP="00000000" w:rsidRDefault="00000000" w:rsidRPr="00000000" w14:paraId="0000018C">
      <w:pPr>
        <w:rPr/>
      </w:pPr>
      <w:r w:rsidDel="00000000" w:rsidR="00000000" w:rsidRPr="00000000">
        <w:rPr>
          <w:rtl w:val="0"/>
        </w:rPr>
        <w:t xml:space="preserve">Panel 3: (Close up on my face. The "white noise" static effect is heavy, like a TV screen losing signal. My eyes are wide with panic.) CAPTION (Internal): The nightmare. The spotlight.</w:t>
      </w:r>
    </w:p>
    <w:p w:rsidR="00000000" w:rsidDel="00000000" w:rsidP="00000000" w:rsidRDefault="00000000" w:rsidRPr="00000000" w14:paraId="0000018D">
      <w:pPr>
        <w:rPr/>
      </w:pPr>
      <w:r w:rsidDel="00000000" w:rsidR="00000000" w:rsidRPr="00000000">
        <w:rPr>
          <w:rtl w:val="0"/>
        </w:rPr>
        <w:t xml:space="preserve">Panel 4: (A rapid flashback panel, pulling the "Augenblick" file: A low-angle shot from inside the "No Doors" stall. The 8th grader's face is looking down at me, smirking.) 8th GRADER (Word Balloon): "Sixth grader?"</w:t>
      </w:r>
    </w:p>
    <w:p w:rsidR="00000000" w:rsidDel="00000000" w:rsidP="00000000" w:rsidRDefault="00000000" w:rsidRPr="00000000" w14:paraId="0000018E">
      <w:pPr>
        <w:rPr/>
      </w:pPr>
      <w:r w:rsidDel="00000000" w:rsidR="00000000" w:rsidRPr="00000000">
        <w:rPr>
          <w:rtl w:val="0"/>
        </w:rPr>
        <w:t xml:space="preserve">Panel 5: (Back to the present. Extreme close-up on my eyes. The static is raging. My whole body is vibrating.) CAPTION (Internal): The raw nerve exposed.</w:t>
      </w:r>
    </w:p>
    <w:p w:rsidR="00000000" w:rsidDel="00000000" w:rsidP="00000000" w:rsidRDefault="00000000" w:rsidRPr="00000000" w14:paraId="0000018F">
      <w:pPr>
        <w:rPr/>
      </w:pPr>
      <w:r w:rsidDel="00000000" w:rsidR="00000000" w:rsidRPr="00000000">
        <w:rPr>
          <w:rtl w:val="0"/>
        </w:rPr>
        <w:t xml:space="preserve">(PROSE returns. The 13-year-old's POV.)</w:t>
      </w:r>
    </w:p>
    <w:p w:rsidR="00000000" w:rsidDel="00000000" w:rsidP="00000000" w:rsidRDefault="00000000" w:rsidRPr="00000000" w14:paraId="00000190">
      <w:pPr>
        <w:rPr/>
      </w:pPr>
      <w:r w:rsidDel="00000000" w:rsidR="00000000" w:rsidRPr="00000000">
        <w:rPr>
          <w:rtl w:val="0"/>
        </w:rPr>
        <w:t xml:space="preserve">The Arbitrator stops mid-sentence. They are standing by the overhead projector, the blurry purple text of the Berryman poem still glowing on the wall. The Arbitrator takes off their glasses.</w:t>
      </w:r>
    </w:p>
    <w:p w:rsidR="00000000" w:rsidDel="00000000" w:rsidP="00000000" w:rsidRDefault="00000000" w:rsidRPr="00000000" w14:paraId="00000191">
      <w:pPr>
        <w:rPr/>
      </w:pPr>
      <w:r w:rsidDel="00000000" w:rsidR="00000000" w:rsidRPr="00000000">
        <w:rPr>
          <w:rtl w:val="0"/>
        </w:rPr>
        <w:t xml:space="preserve">"Well," The Arbitrator says. Their voice is not like lavender now. It's like chalk. "Nice of you two to join us."</w:t>
      </w:r>
    </w:p>
    <w:p w:rsidR="00000000" w:rsidDel="00000000" w:rsidP="00000000" w:rsidRDefault="00000000" w:rsidRPr="00000000" w14:paraId="00000192">
      <w:pPr>
        <w:rPr/>
      </w:pPr>
      <w:r w:rsidDel="00000000" w:rsidR="00000000" w:rsidRPr="00000000">
        <w:rPr>
          <w:rtl w:val="0"/>
        </w:rPr>
        <w:t xml:space="preserve">This is it. The moment of confrontation. The arbitrary authority that judged my mullet , the enforcer of collar-length rules, has me cornered.</w:t>
      </w:r>
    </w:p>
    <w:p w:rsidR="00000000" w:rsidDel="00000000" w:rsidP="00000000" w:rsidRDefault="00000000" w:rsidRPr="00000000" w14:paraId="00000193">
      <w:pPr>
        <w:rPr/>
      </w:pPr>
      <w:r w:rsidDel="00000000" w:rsidR="00000000" w:rsidRPr="00000000">
        <w:rPr>
          <w:rtl w:val="0"/>
        </w:rPr>
        <w:t xml:space="preserve">The 1988 me, the radicalized me, wants to detonate. Wants to scream about the social contract, about the absurd nature of bells, about how life, friends, is boring is a lie and they are the one who is boring. My face flushes hot. My hands clench.</w:t>
      </w:r>
    </w:p>
    <w:p w:rsidR="00000000" w:rsidDel="00000000" w:rsidP="00000000" w:rsidRDefault="00000000" w:rsidRPr="00000000" w14:paraId="00000194">
      <w:pPr>
        <w:rPr/>
      </w:pPr>
      <w:r w:rsidDel="00000000" w:rsidR="00000000" w:rsidRPr="00000000">
        <w:rPr>
          <w:rtl w:val="0"/>
        </w:rPr>
        <w:t xml:space="preserve">But the 50-year-old assembler, the one with the new diagnosis, just... watches. The 13-year-old me, the Series-7, looks at E.</w:t>
      </w:r>
    </w:p>
    <w:p w:rsidR="00000000" w:rsidDel="00000000" w:rsidP="00000000" w:rsidRDefault="00000000" w:rsidRPr="00000000" w14:paraId="00000195">
      <w:pPr>
        <w:rPr/>
      </w:pPr>
      <w:r w:rsidDel="00000000" w:rsidR="00000000" w:rsidRPr="00000000">
        <w:rPr>
          <w:rtl w:val="0"/>
        </w:rPr>
        <w:t xml:space="preserve">E is not flushed. E is not angry. E is not ashamed. E is just... there. A fact.</w:t>
      </w:r>
    </w:p>
    <w:p w:rsidR="00000000" w:rsidDel="00000000" w:rsidP="00000000" w:rsidRDefault="00000000" w:rsidRPr="00000000" w14:paraId="00000196">
      <w:pPr>
        <w:rPr/>
      </w:pPr>
      <w:r w:rsidDel="00000000" w:rsidR="00000000" w:rsidRPr="00000000">
        <w:rPr>
          <w:rtl w:val="0"/>
        </w:rPr>
        <w:t xml:space="preserve">E walks forward, silent as E's combat boots, and hands The Arbitrator a small, folded piece of paper. A note from the water fountain? No. It's a tardy slip. E must have gone and gotten one while I was staring at the blueprint.</w:t>
      </w:r>
    </w:p>
    <w:p w:rsidR="00000000" w:rsidDel="00000000" w:rsidP="00000000" w:rsidRDefault="00000000" w:rsidRPr="00000000" w14:paraId="00000197">
      <w:pPr>
        <w:rPr/>
      </w:pPr>
      <w:r w:rsidDel="00000000" w:rsidR="00000000" w:rsidRPr="00000000">
        <w:rPr>
          <w:rtl w:val="0"/>
        </w:rPr>
        <w:t xml:space="preserve">E's brain didn't see an "injustice." It saw a system. And it produced the required data to navigate it. E is not a co-conspirator. E is an engineer.</w:t>
      </w:r>
    </w:p>
    <w:p w:rsidR="00000000" w:rsidDel="00000000" w:rsidP="00000000" w:rsidRDefault="00000000" w:rsidRPr="00000000" w14:paraId="00000198">
      <w:pPr>
        <w:rPr/>
      </w:pPr>
      <w:r w:rsidDel="00000000" w:rsidR="00000000" w:rsidRPr="00000000">
        <w:rPr>
          <w:rtl w:val="0"/>
        </w:rPr>
        <w:t xml:space="preserve">The Arbitrator glances at the slip. "And you?" The Arbitrator says, their eyes landing on me. The full weight of the arbitrary.</w:t>
      </w:r>
    </w:p>
    <w:p w:rsidR="00000000" w:rsidDel="00000000" w:rsidP="00000000" w:rsidRDefault="00000000" w:rsidRPr="00000000" w14:paraId="00000199">
      <w:pPr>
        <w:rPr/>
      </w:pPr>
      <w:r w:rsidDel="00000000" w:rsidR="00000000" w:rsidRPr="00000000">
        <w:rPr>
          <w:rtl w:val="0"/>
        </w:rPr>
        <w:t xml:space="preserve">My AD/HD brain is white noise. Shhhhhhhhhh. I have no slip. I have no excuse. The old me would "go cold." Freeze. Become a dead thing, a statue, until the threat passed.</w:t>
      </w:r>
    </w:p>
    <w:p w:rsidR="00000000" w:rsidDel="00000000" w:rsidP="00000000" w:rsidRDefault="00000000" w:rsidRPr="00000000" w14:paraId="0000019A">
      <w:pPr>
        <w:rPr/>
      </w:pPr>
      <w:r w:rsidDel="00000000" w:rsidR="00000000" w:rsidRPr="00000000">
        <w:rPr>
          <w:rtl w:val="0"/>
        </w:rPr>
        <w:t xml:space="preserve">But I'm thinking about the blueprint. The inefficient power source. This... The Arbitrator... they are not the enemy. They are not the boulder. They are just more static.</w:t>
      </w:r>
    </w:p>
    <w:p w:rsidR="00000000" w:rsidDel="00000000" w:rsidP="00000000" w:rsidRDefault="00000000" w:rsidRPr="00000000" w14:paraId="0000019B">
      <w:pPr>
        <w:rPr/>
      </w:pPr>
      <w:r w:rsidDel="00000000" w:rsidR="00000000" w:rsidRPr="00000000">
        <w:rPr>
          <w:rtl w:val="0"/>
        </w:rPr>
        <w:t xml:space="preserve">I look at The Arbitrator. My heart is doing the 1.3-second blast beat, but my voice, when it comes out, is almost calm. It's almost... E's voice.</w:t>
      </w:r>
    </w:p>
    <w:p w:rsidR="00000000" w:rsidDel="00000000" w:rsidP="00000000" w:rsidRDefault="00000000" w:rsidRPr="00000000" w14:paraId="0000019C">
      <w:pPr>
        <w:rPr/>
      </w:pPr>
      <w:r w:rsidDel="00000000" w:rsidR="00000000" w:rsidRPr="00000000">
        <w:rPr>
          <w:rtl w:val="0"/>
        </w:rPr>
        <w:t xml:space="preserve">"I don't have a slip," I say. "I was at the water fountain. I am late."</w:t>
      </w:r>
    </w:p>
    <w:p w:rsidR="00000000" w:rsidDel="00000000" w:rsidP="00000000" w:rsidRDefault="00000000" w:rsidRPr="00000000" w14:paraId="0000019D">
      <w:pPr>
        <w:rPr/>
      </w:pPr>
      <w:r w:rsidDel="00000000" w:rsidR="00000000" w:rsidRPr="00000000">
        <w:rPr>
          <w:rtl w:val="0"/>
        </w:rPr>
        <w:t xml:space="preserve">I am not confessing. I am not apologizing. I am just stating the facts. I am, like my new Lebowski-Buddha, just... abiding.</w:t>
      </w:r>
    </w:p>
    <w:p w:rsidR="00000000" w:rsidDel="00000000" w:rsidP="00000000" w:rsidRDefault="00000000" w:rsidRPr="00000000" w14:paraId="0000019E">
      <w:pPr>
        <w:rPr/>
      </w:pPr>
      <w:r w:rsidDel="00000000" w:rsidR="00000000" w:rsidRPr="00000000">
        <w:rPr>
          <w:rtl w:val="0"/>
        </w:rPr>
        <w:t xml:space="preserve">The Arbitrator is thrown. They were expecting a fight, or a mumbled, terrified apology. They got... data. They frown, a cog in their own machine jamming.</w:t>
      </w:r>
    </w:p>
    <w:p w:rsidR="00000000" w:rsidDel="00000000" w:rsidP="00000000" w:rsidRDefault="00000000" w:rsidRPr="00000000" w14:paraId="0000019F">
      <w:pPr>
        <w:rPr/>
      </w:pPr>
      <w:r w:rsidDel="00000000" w:rsidR="00000000" w:rsidRPr="00000000">
        <w:rPr>
          <w:rtl w:val="0"/>
        </w:rPr>
        <w:t xml:space="preserve">"Just... sit down," The Arbitrator mutters. "And you," they say to me, "will stay for two minutes after class."</w:t>
      </w:r>
    </w:p>
    <w:p w:rsidR="00000000" w:rsidDel="00000000" w:rsidP="00000000" w:rsidRDefault="00000000" w:rsidRPr="00000000" w14:paraId="000001A0">
      <w:pPr>
        <w:rPr/>
      </w:pPr>
      <w:r w:rsidDel="00000000" w:rsidR="00000000" w:rsidRPr="00000000">
        <w:rPr>
          <w:rtl w:val="0"/>
        </w:rPr>
        <w:t xml:space="preserve">A punishment. An arbitrary, two-minute theft of my time. The old me would have seethed. The "Mullet Incident" me would have logged this as another piece of evidence for the prosecution.</w:t>
      </w:r>
    </w:p>
    <w:p w:rsidR="00000000" w:rsidDel="00000000" w:rsidP="00000000" w:rsidRDefault="00000000" w:rsidRPr="00000000" w14:paraId="000001A1">
      <w:pPr>
        <w:rPr/>
      </w:pPr>
      <w:r w:rsidDel="00000000" w:rsidR="00000000" w:rsidRPr="00000000">
        <w:rPr>
          <w:rtl w:val="0"/>
        </w:rPr>
        <w:t xml:space="preserve">But as I walk to my desk—squeak-squeak-squeak—I feel The Hostile's (K's) eyes on me. I hear The Hostile whisper "butt-munch." And I realize... It didn't work. The shame. The anger. It's there, but it's not sticking.</w:t>
      </w:r>
    </w:p>
    <w:p w:rsidR="00000000" w:rsidDel="00000000" w:rsidP="00000000" w:rsidRDefault="00000000" w:rsidRPr="00000000" w14:paraId="000001A2">
      <w:pPr>
        <w:rPr/>
      </w:pPr>
      <w:r w:rsidDel="00000000" w:rsidR="00000000" w:rsidRPr="00000000">
        <w:rPr>
          <w:rtl w:val="0"/>
        </w:rPr>
        <w:t xml:space="preserve">The static is still loud, but I'm not listening to it. I'm observing it. I sit down. I look at the blurry poem. ...means you have no / Inner Resources.</w:t>
      </w:r>
    </w:p>
    <w:p w:rsidR="00000000" w:rsidDel="00000000" w:rsidP="00000000" w:rsidRDefault="00000000" w:rsidRPr="00000000" w14:paraId="000001A3">
      <w:pPr>
        <w:rPr/>
      </w:pPr>
      <w:r w:rsidDel="00000000" w:rsidR="00000000" w:rsidRPr="00000000">
        <w:rPr>
          <w:rtl w:val="0"/>
        </w:rPr>
        <w:t xml:space="preserve">I almost laugh. My inner resources are a wildfire. My inner resources are a Series-7 filtration hub with a faulty power core.</w:t>
      </w:r>
    </w:p>
    <w:p w:rsidR="00000000" w:rsidDel="00000000" w:rsidP="00000000" w:rsidRDefault="00000000" w:rsidRPr="00000000" w14:paraId="000001A4">
      <w:pPr>
        <w:rPr/>
      </w:pPr>
      <w:r w:rsidDel="00000000" w:rsidR="00000000" w:rsidRPr="00000000">
        <w:rPr>
          <w:rtl w:val="0"/>
        </w:rPr>
        <w:t xml:space="preserve">I pull out my notebook. I don't care about the poem. I don't care about the two minutes. I have a new boulder to push.</w:t>
      </w:r>
    </w:p>
    <w:p w:rsidR="00000000" w:rsidDel="00000000" w:rsidP="00000000" w:rsidRDefault="00000000" w:rsidRPr="00000000" w14:paraId="000001A5">
      <w:pPr>
        <w:rPr/>
      </w:pPr>
      <w:r w:rsidDel="00000000" w:rsidR="00000000" w:rsidRPr="00000000">
        <w:rPr>
          <w:rtl w:val="0"/>
        </w:rPr>
        <w:t xml:space="preserve">I flip to a clean page and, from memory, I begin to draw. I have to solve for Motivation.</w:t>
      </w:r>
    </w:p>
    <w:p w:rsidR="00000000" w:rsidDel="00000000" w:rsidP="00000000" w:rsidRDefault="00000000" w:rsidRPr="00000000" w14:paraId="000001A6">
      <w:pPr>
        <w:rPr/>
      </w:pPr>
      <w:r w:rsidDel="00000000" w:rsidR="00000000" w:rsidRPr="00000000">
        <w:rPr>
          <w:rtl w:val="0"/>
        </w:rPr>
        <w:t xml:space="preserve">Here is the continuation of the manuscript.</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Chapter 11: An Archive of Arbitrary Systems</w:t>
      </w:r>
    </w:p>
    <w:p w:rsidR="00000000" w:rsidDel="00000000" w:rsidP="00000000" w:rsidRDefault="00000000" w:rsidRPr="00000000" w14:paraId="000001A9">
      <w:pPr>
        <w:rPr/>
      </w:pPr>
      <w:r w:rsidDel="00000000" w:rsidR="00000000" w:rsidRPr="00000000">
        <w:rPr>
          <w:rtl w:val="0"/>
        </w:rPr>
        <w:t xml:space="preserve">(This chapter is PROSE - The 13-year-old's POV.)</w:t>
      </w:r>
    </w:p>
    <w:p w:rsidR="00000000" w:rsidDel="00000000" w:rsidP="00000000" w:rsidRDefault="00000000" w:rsidRPr="00000000" w14:paraId="000001AA">
      <w:pPr>
        <w:rPr/>
      </w:pPr>
      <w:r w:rsidDel="00000000" w:rsidR="00000000" w:rsidRPr="00000000">
        <w:rPr>
          <w:rtl w:val="0"/>
        </w:rPr>
        <w:t xml:space="preserve">The room empties. It’s a rush of backpacks and noise and relief. E gives a small, almost imperceptible nod, and then E is gone.</w:t>
      </w:r>
    </w:p>
    <w:p w:rsidR="00000000" w:rsidDel="00000000" w:rsidP="00000000" w:rsidRDefault="00000000" w:rsidRPr="00000000" w14:paraId="000001AB">
      <w:pPr>
        <w:rPr/>
      </w:pPr>
      <w:r w:rsidDel="00000000" w:rsidR="00000000" w:rsidRPr="00000000">
        <w:rPr>
          <w:rtl w:val="0"/>
        </w:rPr>
        <w:t xml:space="preserve">And I am alone. With The Arbitrator (Mx. P). For two minutes.</w:t>
      </w:r>
    </w:p>
    <w:p w:rsidR="00000000" w:rsidDel="00000000" w:rsidP="00000000" w:rsidRDefault="00000000" w:rsidRPr="00000000" w14:paraId="000001AC">
      <w:pPr>
        <w:rPr/>
      </w:pPr>
      <w:r w:rsidDel="00000000" w:rsidR="00000000" w:rsidRPr="00000000">
        <w:rPr>
          <w:rtl w:val="0"/>
        </w:rPr>
        <w:t xml:space="preserve">This is the arbitrary. This is the "Mullet Incident" all over again, but smaller. This is the essence of the Teague Trojan system.</w:t>
      </w:r>
    </w:p>
    <w:p w:rsidR="00000000" w:rsidDel="00000000" w:rsidP="00000000" w:rsidRDefault="00000000" w:rsidRPr="00000000" w14:paraId="000001AD">
      <w:pPr>
        <w:rPr/>
      </w:pPr>
      <w:r w:rsidDel="00000000" w:rsidR="00000000" w:rsidRPr="00000000">
        <w:rPr>
          <w:rtl w:val="0"/>
        </w:rPr>
        <w:t xml:space="preserve">The Arbitrator isn't even looking at me. They are sitting at their desk, organizing transparencies. The overhead projector fan is still whining. The fluorescent light is still buzzing. eeeeeeeee. My leg starts. Thump-thump-thump.</w:t>
      </w:r>
    </w:p>
    <w:p w:rsidR="00000000" w:rsidDel="00000000" w:rsidP="00000000" w:rsidRDefault="00000000" w:rsidRPr="00000000" w14:paraId="000001AE">
      <w:pPr>
        <w:rPr/>
      </w:pPr>
      <w:r w:rsidDel="00000000" w:rsidR="00000000" w:rsidRPr="00000000">
        <w:rPr>
          <w:rtl w:val="0"/>
        </w:rPr>
        <w:t xml:space="preserve">This is it. The heavy bored. The static so loud, the stillness so complete, that I feel like I'm going to vibrate apart. My AD/HD brain, my untrustworthy, hyperactive radio, starts to spin the dial, desperately searching for any signal.</w:t>
      </w:r>
    </w:p>
    <w:p w:rsidR="00000000" w:rsidDel="00000000" w:rsidP="00000000" w:rsidRDefault="00000000" w:rsidRPr="00000000" w14:paraId="000001AF">
      <w:pPr>
        <w:rPr/>
      </w:pPr>
      <w:r w:rsidDel="00000000" w:rsidR="00000000" w:rsidRPr="00000000">
        <w:rPr>
          <w:rtl w:val="0"/>
        </w:rPr>
        <w:t xml:space="preserve">(PROSE shifts - The 50-year-old Assembler's voice, pulling files.)</w:t>
      </w:r>
    </w:p>
    <w:p w:rsidR="00000000" w:rsidDel="00000000" w:rsidP="00000000" w:rsidRDefault="00000000" w:rsidRPr="00000000" w14:paraId="000001B0">
      <w:pPr>
        <w:rPr/>
      </w:pPr>
      <w:r w:rsidDel="00000000" w:rsidR="00000000" w:rsidRPr="00000000">
        <w:rPr>
          <w:rtl w:val="0"/>
        </w:rPr>
        <w:t xml:space="preserve">And the files start to open. My "Augenblick Archive" is running in simultaneous time. The Arbitrator is measuring me. Judging me. We learn that early.</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[AUGENBLICK FILE: 37. Apartment Logic]</w:t>
      </w:r>
    </w:p>
    <w:p w:rsidR="00000000" w:rsidDel="00000000" w:rsidP="00000000" w:rsidRDefault="00000000" w:rsidRPr="00000000" w14:paraId="000001B3">
      <w:pPr>
        <w:rPr/>
      </w:pPr>
      <w:r w:rsidDel="00000000" w:rsidR="00000000" w:rsidRPr="00000000">
        <w:rPr>
          <w:rtl w:val="0"/>
        </w:rPr>
        <w:t xml:space="preserve">Place: Wunderlich Intermediate School - Houston, TX</w:t>
      </w:r>
    </w:p>
    <w:p w:rsidR="00000000" w:rsidDel="00000000" w:rsidP="00000000" w:rsidRDefault="00000000" w:rsidRPr="00000000" w14:paraId="000001B4">
      <w:pPr>
        <w:rPr/>
      </w:pPr>
      <w:r w:rsidDel="00000000" w:rsidR="00000000" w:rsidRPr="00000000">
        <w:rPr>
          <w:rtl w:val="0"/>
        </w:rPr>
        <w:t xml:space="preserve">Text: In gym class, a friend explained a kid’s bad behavior with: “He lives in an apartment.” Like that explained everything. I thought, I live in a duplex. And in that neighborhood, that felt even lower. That’s how early we start measuring worth by address.</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(PROSE returns. 13-year-old's internal monologue.)</w:t>
      </w:r>
    </w:p>
    <w:p w:rsidR="00000000" w:rsidDel="00000000" w:rsidP="00000000" w:rsidRDefault="00000000" w:rsidRPr="00000000" w14:paraId="000001B7">
      <w:pPr>
        <w:rPr/>
      </w:pPr>
      <w:r w:rsidDel="00000000" w:rsidR="00000000" w:rsidRPr="00000000">
        <w:rPr>
          <w:rtl w:val="0"/>
        </w:rPr>
        <w:t xml:space="preserve">I look at The Arbitrator. I am the duplex. They are the three-bedroom-house-with-a-manicured-lawn. They have the "Inner Resources." I am the "bad behavior." Understood.</w:t>
      </w:r>
    </w:p>
    <w:p w:rsidR="00000000" w:rsidDel="00000000" w:rsidP="00000000" w:rsidRDefault="00000000" w:rsidRPr="00000000" w14:paraId="000001B8">
      <w:pPr>
        <w:rPr/>
      </w:pPr>
      <w:r w:rsidDel="00000000" w:rsidR="00000000" w:rsidRPr="00000000">
        <w:rPr>
          <w:rtl w:val="0"/>
        </w:rPr>
        <w:t xml:space="preserve">My "radicalized" self wants to say something. To push back. But what? My brain spins the dial again. It lands on The Incredible Chuck (C), two rows over, who is currently failing this class even harder than I am. The 13-year-old me just sees a kid who argues with The Drone about comics. The 50-year-old me opens the file.</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[AUGENBLICK FILE: 72. Chuck the Real One]</w:t>
      </w:r>
    </w:p>
    <w:p w:rsidR="00000000" w:rsidDel="00000000" w:rsidP="00000000" w:rsidRDefault="00000000" w:rsidRPr="00000000" w14:paraId="000001BB">
      <w:pPr>
        <w:rPr/>
      </w:pPr>
      <w:r w:rsidDel="00000000" w:rsidR="00000000" w:rsidRPr="00000000">
        <w:rPr>
          <w:rtl w:val="0"/>
        </w:rPr>
        <w:t xml:space="preserve">Place: Teague Middle School Text: Chuck and I became friends over comics and chaos. In middle school, some big dumb older kid said Wolverine was a pussy. Chuck didn’t flinch. “Fuck you,” he said. “He’s the toughest character in the Marvel universe.” Got his ass kicked for it. Nothing but respect, 30+ years later.</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(PROSE returns. 13-year-old's internal monologue.)</w:t>
      </w:r>
    </w:p>
    <w:p w:rsidR="00000000" w:rsidDel="00000000" w:rsidP="00000000" w:rsidRDefault="00000000" w:rsidRPr="00000000" w14:paraId="000001BE">
      <w:pPr>
        <w:rPr/>
      </w:pPr>
      <w:r w:rsidDel="00000000" w:rsidR="00000000" w:rsidRPr="00000000">
        <w:rPr>
          <w:rtl w:val="0"/>
        </w:rPr>
        <w:t xml:space="preserve">My 13-year-old self looks at The Incredible Chuck’s empty desk. The Incredible Chuck has conviction. The Incredible Chuck would have said "Fuck you" to The Arbitrator. But The Incredible Chuck's system is different. It's not my system. It's not E's system.</w:t>
      </w:r>
    </w:p>
    <w:p w:rsidR="00000000" w:rsidDel="00000000" w:rsidP="00000000" w:rsidRDefault="00000000" w:rsidRPr="00000000" w14:paraId="000001BF">
      <w:pPr>
        <w:rPr/>
      </w:pPr>
      <w:r w:rsidDel="00000000" w:rsidR="00000000" w:rsidRPr="00000000">
        <w:rPr>
          <w:rtl w:val="0"/>
        </w:rPr>
        <w:t xml:space="preserve">I look down at my notebook. At the bad, "rudimentary" drawing of the Series-7 filter. I think about the blueprint in E's bag. I think about Motivation and the Inefficient Power Source.</w:t>
      </w:r>
    </w:p>
    <w:p w:rsidR="00000000" w:rsidDel="00000000" w:rsidP="00000000" w:rsidRDefault="00000000" w:rsidRPr="00000000" w14:paraId="000001C0">
      <w:pPr>
        <w:rPr/>
      </w:pPr>
      <w:r w:rsidDel="00000000" w:rsidR="00000000" w:rsidRPr="00000000">
        <w:rPr>
          <w:rtl w:val="0"/>
        </w:rPr>
        <w:t xml:space="preserve">I've just "traded" my old, furious, "Mullet Incident" nihilism for... this. For a problem. A real, complex, engineering problem. My brain spins the dial one last time.</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[AUGENBLICK FILE: 38. Blackpool and Mongo]</w:t>
      </w:r>
    </w:p>
    <w:p w:rsidR="00000000" w:rsidDel="00000000" w:rsidP="00000000" w:rsidRDefault="00000000" w:rsidRPr="00000000" w14:paraId="000001C3">
      <w:pPr>
        <w:rPr/>
      </w:pPr>
      <w:r w:rsidDel="00000000" w:rsidR="00000000" w:rsidRPr="00000000">
        <w:rPr>
          <w:rtl w:val="0"/>
        </w:rPr>
        <w:t xml:space="preserve">Place: Houston, TX - Wunderlich Intermediate School Text: That's where I discovered convenience store eggrolls and my first taste of duck sauce. It's also where I traded a Sgt. Slaughter action figure for Mongo, a litterbox-trained bunny who used to attack my Papaw’s dog Crickett. Best trade I ever made.</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(PROSE returns. 13-year-old's POV.)</w:t>
      </w:r>
    </w:p>
    <w:p w:rsidR="00000000" w:rsidDel="00000000" w:rsidP="00000000" w:rsidRDefault="00000000" w:rsidRPr="00000000" w14:paraId="000001C6">
      <w:pPr>
        <w:rPr/>
      </w:pPr>
      <w:r w:rsidDel="00000000" w:rsidR="00000000" w:rsidRPr="00000000">
        <w:rPr>
          <w:rtl w:val="0"/>
        </w:rPr>
        <w:t xml:space="preserve">I look up. The Arbitrator is still shuffling papers. The static is still buzzing. But I've just made the best trade of my life. I've traded the simple, "Sgt. Slaughter" anger for this weird, complex, chaotic problem that is E's blueprint.</w:t>
      </w:r>
    </w:p>
    <w:p w:rsidR="00000000" w:rsidDel="00000000" w:rsidP="00000000" w:rsidRDefault="00000000" w:rsidRPr="00000000" w14:paraId="000001C7">
      <w:pPr>
        <w:rPr/>
      </w:pPr>
      <w:r w:rsidDel="00000000" w:rsidR="00000000" w:rsidRPr="00000000">
        <w:rPr>
          <w:rtl w:val="0"/>
        </w:rPr>
        <w:t xml:space="preserve">"You can go," The Arbitrator says, not looking up.</w:t>
      </w:r>
    </w:p>
    <w:p w:rsidR="00000000" w:rsidDel="00000000" w:rsidP="00000000" w:rsidRDefault="00000000" w:rsidRPr="00000000" w14:paraId="000001C8">
      <w:pPr>
        <w:rPr/>
      </w:pPr>
      <w:r w:rsidDel="00000000" w:rsidR="00000000" w:rsidRPr="00000000">
        <w:rPr>
          <w:rtl w:val="0"/>
        </w:rPr>
        <w:t xml:space="preserve">The two minutes are over. I stand up. Squeak-squeak. I walk out.</w:t>
      </w:r>
    </w:p>
    <w:p w:rsidR="00000000" w:rsidDel="00000000" w:rsidP="00000000" w:rsidRDefault="00000000" w:rsidRPr="00000000" w14:paraId="000001C9">
      <w:pPr>
        <w:rPr/>
      </w:pPr>
      <w:r w:rsidDel="00000000" w:rsidR="00000000" w:rsidRPr="00000000">
        <w:rPr>
          <w:rtl w:val="0"/>
        </w:rPr>
        <w:t xml:space="preserve">I am not "radicalized." I am not "reformed." I am The Assembler. And I have work to do.</w:t>
      </w:r>
    </w:p>
    <w:p w:rsidR="00000000" w:rsidDel="00000000" w:rsidP="00000000" w:rsidRDefault="00000000" w:rsidRPr="00000000" w14:paraId="000001CA">
      <w:pPr>
        <w:rPr/>
      </w:pPr>
      <w:r w:rsidDel="00000000" w:rsidR="00000000" w:rsidRPr="00000000">
        <w:rPr>
          <w:rtl w:val="0"/>
        </w:rPr>
        <w:t xml:space="preserve">Chapter 12: A Shared Schematic</w:t>
      </w:r>
    </w:p>
    <w:p w:rsidR="00000000" w:rsidDel="00000000" w:rsidP="00000000" w:rsidRDefault="00000000" w:rsidRPr="00000000" w14:paraId="000001CB">
      <w:pPr>
        <w:rPr/>
      </w:pPr>
      <w:r w:rsidDel="00000000" w:rsidR="00000000" w:rsidRPr="00000000">
        <w:rPr>
          <w:rtl w:val="0"/>
        </w:rPr>
        <w:t xml:space="preserve">(This chapter is PROSE - The 13-year-old's POV.)</w:t>
      </w:r>
    </w:p>
    <w:p w:rsidR="00000000" w:rsidDel="00000000" w:rsidP="00000000" w:rsidRDefault="00000000" w:rsidRPr="00000000" w14:paraId="000001CC">
      <w:pPr>
        <w:rPr/>
      </w:pPr>
      <w:r w:rsidDel="00000000" w:rsidR="00000000" w:rsidRPr="00000000">
        <w:rPr>
          <w:rtl w:val="0"/>
        </w:rPr>
        <w:t xml:space="preserve">My "forward motion" has a vector now. I'm not just fleeing stillness; I'm hunting a signal.</w:t>
      </w:r>
    </w:p>
    <w:p w:rsidR="00000000" w:rsidDel="00000000" w:rsidP="00000000" w:rsidRDefault="00000000" w:rsidRPr="00000000" w14:paraId="000001CD">
      <w:pPr>
        <w:rPr/>
      </w:pPr>
      <w:r w:rsidDel="00000000" w:rsidR="00000000" w:rsidRPr="00000000">
        <w:rPr>
          <w:rtl w:val="0"/>
        </w:rPr>
        <w:t xml:space="preserve">I skip the cafeteria. The smell of existential dread and tater tots is too much. E wouldn't be there. That's unfiltered chaos.</w:t>
      </w:r>
    </w:p>
    <w:p w:rsidR="00000000" w:rsidDel="00000000" w:rsidP="00000000" w:rsidRDefault="00000000" w:rsidRPr="00000000" w14:paraId="000001CE">
      <w:pPr>
        <w:rPr/>
      </w:pPr>
      <w:r w:rsidDel="00000000" w:rsidR="00000000" w:rsidRPr="00000000">
        <w:rPr>
          <w:rtl w:val="0"/>
        </w:rPr>
        <w:t xml:space="preserve">I check the art room. It's empty, just the smell of clay and poster paint.</w:t>
      </w:r>
    </w:p>
    <w:p w:rsidR="00000000" w:rsidDel="00000000" w:rsidP="00000000" w:rsidRDefault="00000000" w:rsidRPr="00000000" w14:paraId="000001CF">
      <w:pPr>
        <w:rPr/>
      </w:pPr>
      <w:r w:rsidDel="00000000" w:rsidR="00000000" w:rsidRPr="00000000">
        <w:rPr>
          <w:rtl w:val="0"/>
        </w:rPr>
        <w:t xml:space="preserve">I go to the library. The CLANG of the door is muffled by carpet. The air is still. The fluorescent lights seem to buzz at a lower, more tolerable frequency. The static in my AD/HD brain quiets, like I just stepped inside E's "Filtration Hub."</w:t>
      </w:r>
    </w:p>
    <w:p w:rsidR="00000000" w:rsidDel="00000000" w:rsidP="00000000" w:rsidRDefault="00000000" w:rsidRPr="00000000" w14:paraId="000001D0">
      <w:pPr>
        <w:rPr/>
      </w:pPr>
      <w:r w:rsidDel="00000000" w:rsidR="00000000" w:rsidRPr="00000000">
        <w:rPr>
          <w:rtl w:val="0"/>
        </w:rPr>
        <w:t xml:space="preserve">And there, at a carrel in the back, by the 800-900 section (Philosophy and History, of course), is E.</w:t>
      </w:r>
    </w:p>
    <w:p w:rsidR="00000000" w:rsidDel="00000000" w:rsidP="00000000" w:rsidRDefault="00000000" w:rsidRPr="00000000" w14:paraId="000001D1">
      <w:pPr>
        <w:rPr/>
      </w:pPr>
      <w:r w:rsidDel="00000000" w:rsidR="00000000" w:rsidRPr="00000000">
        <w:rPr>
          <w:rtl w:val="0"/>
        </w:rPr>
        <w:t xml:space="preserve">E is just... drawing. The notebook is open. The Glass Androids demo-fuzz is probably leaking from those big headphones.</w:t>
      </w:r>
    </w:p>
    <w:p w:rsidR="00000000" w:rsidDel="00000000" w:rsidP="00000000" w:rsidRDefault="00000000" w:rsidRPr="00000000" w14:paraId="000001D2">
      <w:pPr>
        <w:rPr/>
      </w:pPr>
      <w:r w:rsidDel="00000000" w:rsidR="00000000" w:rsidRPr="00000000">
        <w:rPr>
          <w:rtl w:val="0"/>
        </w:rPr>
        <w:t xml:space="preserve">This is it. The first meeting of the engineers. My heart does the 1.3-second Napalm Death blast beat. You Suffer. But why? Because this is terrifying. This is real. This isn't just my opinion, man.</w:t>
      </w:r>
    </w:p>
    <w:p w:rsidR="00000000" w:rsidDel="00000000" w:rsidP="00000000" w:rsidRDefault="00000000" w:rsidRPr="00000000" w14:paraId="000001D3">
      <w:pPr>
        <w:rPr/>
      </w:pPr>
      <w:r w:rsidDel="00000000" w:rsidR="00000000" w:rsidRPr="00000000">
        <w:rPr>
          <w:rtl w:val="0"/>
        </w:rPr>
        <w:t xml:space="preserve">I walk up. Squeak-squeak-squeak. E doesn't look up, but E's hand stops moving. E knows I'm there. I slide into the opposite chair.</w:t>
      </w:r>
    </w:p>
    <w:p w:rsidR="00000000" w:rsidDel="00000000" w:rsidP="00000000" w:rsidRDefault="00000000" w:rsidRPr="00000000" w14:paraId="000001D4">
      <w:pPr>
        <w:rPr/>
      </w:pPr>
      <w:r w:rsidDel="00000000" w:rsidR="00000000" w:rsidRPr="00000000">
        <w:rPr>
          <w:rtl w:val="0"/>
        </w:rPr>
        <w:t xml:space="preserve">I open my own notebook. I flip past my "Confessions," past the half-assed notes on the Transcontinental Railroad. I find the page where I tried to draw the blueprint. The "rudimentary" pile of pipes.</w:t>
      </w:r>
    </w:p>
    <w:p w:rsidR="00000000" w:rsidDel="00000000" w:rsidP="00000000" w:rsidRDefault="00000000" w:rsidRPr="00000000" w14:paraId="000001D5">
      <w:pPr>
        <w:rPr/>
      </w:pPr>
      <w:r w:rsidDel="00000000" w:rsidR="00000000" w:rsidRPr="00000000">
        <w:rPr>
          <w:rtl w:val="0"/>
        </w:rPr>
        <w:t xml:space="preserve">"I tried to draw it," I say. My voice is too loud in the quiet. I lower it. "From memory."</w:t>
      </w:r>
    </w:p>
    <w:p w:rsidR="00000000" w:rsidDel="00000000" w:rsidP="00000000" w:rsidRDefault="00000000" w:rsidRPr="00000000" w14:paraId="000001D6">
      <w:pPr>
        <w:rPr/>
      </w:pPr>
      <w:r w:rsidDel="00000000" w:rsidR="00000000" w:rsidRPr="00000000">
        <w:rPr>
          <w:rtl w:val="0"/>
        </w:rPr>
        <w:t xml:space="preserve">E finally looks up. That android assessment. I push my notebook across the table. "I know it's a mess," I say. "The lines are wrong."</w:t>
      </w:r>
    </w:p>
    <w:p w:rsidR="00000000" w:rsidDel="00000000" w:rsidP="00000000" w:rsidRDefault="00000000" w:rsidRPr="00000000" w14:paraId="000001D7">
      <w:pPr>
        <w:rPr/>
      </w:pPr>
      <w:r w:rsidDel="00000000" w:rsidR="00000000" w:rsidRPr="00000000">
        <w:rPr>
          <w:rtl w:val="0"/>
        </w:rPr>
        <w:t xml:space="preserve">(This next section is COMIC PANELS - The "Hybrid" Assembly. 9 panels.)</w:t>
      </w:r>
    </w:p>
    <w:p w:rsidR="00000000" w:rsidDel="00000000" w:rsidP="00000000" w:rsidRDefault="00000000" w:rsidRPr="00000000" w14:paraId="000001D8">
      <w:pPr>
        <w:rPr/>
      </w:pPr>
      <w:r w:rsidDel="00000000" w:rsidR="00000000" w:rsidRPr="00000000">
        <w:rPr>
          <w:rtl w:val="0"/>
        </w:rPr>
        <w:t xml:space="preserve">Panel 1: (Close up on E's face, looking down, assessing my "rudimentary" drawing. E's expression is neutral, analytical.)</w:t>
      </w:r>
    </w:p>
    <w:p w:rsidR="00000000" w:rsidDel="00000000" w:rsidP="00000000" w:rsidRDefault="00000000" w:rsidRPr="00000000" w14:paraId="000001D9">
      <w:pPr>
        <w:rPr/>
      </w:pPr>
      <w:r w:rsidDel="00000000" w:rsidR="00000000" w:rsidRPr="00000000">
        <w:rPr>
          <w:rtl w:val="0"/>
        </w:rPr>
        <w:t xml:space="preserve">Panel 2: (My POV) My drawing, seen from E's angle. It's shaky, chaotic, looks like a "pile of broken pipes." Lots of scribbled, angry lines representing "static."</w:t>
      </w:r>
    </w:p>
    <w:p w:rsidR="00000000" w:rsidDel="00000000" w:rsidP="00000000" w:rsidRDefault="00000000" w:rsidRPr="00000000" w14:paraId="000001DA">
      <w:pPr>
        <w:rPr/>
      </w:pPr>
      <w:r w:rsidDel="00000000" w:rsidR="00000000" w:rsidRPr="00000000">
        <w:rPr>
          <w:rtl w:val="0"/>
        </w:rPr>
        <w:t xml:space="preserve">Panel 3: (Close up on E's finger, which is not pointing at the filter, but at the scribbled static lines I drew around it.) E (Word Balloon): "You drew the power source."</w:t>
      </w:r>
    </w:p>
    <w:p w:rsidR="00000000" w:rsidDel="00000000" w:rsidP="00000000" w:rsidRDefault="00000000" w:rsidRPr="00000000" w14:paraId="000001DB">
      <w:pPr>
        <w:rPr/>
      </w:pPr>
      <w:r w:rsidDel="00000000" w:rsidR="00000000" w:rsidRPr="00000000">
        <w:rPr>
          <w:rtl w:val="0"/>
        </w:rPr>
        <w:t xml:space="preserve">Panel 4: (Close up on my face, confused. Eyebrows furrowed.) ME (Word Balloon): "What? No, I... I just drew the filter."</w:t>
      </w:r>
    </w:p>
    <w:p w:rsidR="00000000" w:rsidDel="00000000" w:rsidP="00000000" w:rsidRDefault="00000000" w:rsidRPr="00000000" w14:paraId="000001DC">
      <w:pPr>
        <w:rPr/>
      </w:pPr>
      <w:r w:rsidDel="00000000" w:rsidR="00000000" w:rsidRPr="00000000">
        <w:rPr>
          <w:rtl w:val="0"/>
        </w:rPr>
        <w:t xml:space="preserve">Panel 5: (E's finger traces the chaotic, shaky lines.) E (Word Balloon): "No. This. You drew the heat. The overload. You drew the problem."</w:t>
      </w:r>
    </w:p>
    <w:p w:rsidR="00000000" w:rsidDel="00000000" w:rsidP="00000000" w:rsidRDefault="00000000" w:rsidRPr="00000000" w14:paraId="000001DD">
      <w:pPr>
        <w:rPr/>
      </w:pPr>
      <w:r w:rsidDel="00000000" w:rsidR="00000000" w:rsidRPr="00000000">
        <w:rPr>
          <w:rtl w:val="0"/>
        </w:rPr>
        <w:t xml:space="preserve">Panel 6: (A split panel, divided by a jagged line. On the left, E's perfect, colorful, cold blueprint. On the right, my chaotic, messy, hot drawing.)</w:t>
      </w:r>
    </w:p>
    <w:p w:rsidR="00000000" w:rsidDel="00000000" w:rsidP="00000000" w:rsidRDefault="00000000" w:rsidRPr="00000000" w14:paraId="000001DE">
      <w:pPr>
        <w:rPr/>
      </w:pPr>
      <w:r w:rsidDel="00000000" w:rsidR="00000000" w:rsidRPr="00000000">
        <w:rPr>
          <w:rtl w:val="0"/>
        </w:rPr>
        <w:t xml:space="preserve">Panel 7: (Close up on E's blueprint. E's finger taps the pencil-drawn box at the bottom, labeled with a large "?") E (Word Balloon): "My schematic is cold. It's the solution. But it doesn't work. It's inefficient."</w:t>
      </w:r>
    </w:p>
    <w:p w:rsidR="00000000" w:rsidDel="00000000" w:rsidP="00000000" w:rsidRDefault="00000000" w:rsidRPr="00000000" w14:paraId="000001DF">
      <w:pPr>
        <w:rPr/>
      </w:pPr>
      <w:r w:rsidDel="00000000" w:rsidR="00000000" w:rsidRPr="00000000">
        <w:rPr>
          <w:rtl w:val="0"/>
        </w:rPr>
        <w:t xml:space="preserve">Panel 8: (E's finger taps my drawing again, pointing at the "heat.") E (Word Balloon): "It burns out because the heat—"</w:t>
      </w:r>
    </w:p>
    <w:p w:rsidR="00000000" w:rsidDel="00000000" w:rsidP="00000000" w:rsidRDefault="00000000" w:rsidRPr="00000000" w14:paraId="000001E0">
      <w:pPr>
        <w:rPr/>
      </w:pPr>
      <w:r w:rsidDel="00000000" w:rsidR="00000000" w:rsidRPr="00000000">
        <w:rPr>
          <w:rtl w:val="0"/>
        </w:rPr>
        <w:t xml:space="preserve">Panel 9: (E's finger taps my drawing a final time. A moment of connection.) E (Word Balloon): "—is too much."</w:t>
      </w:r>
    </w:p>
    <w:p w:rsidR="00000000" w:rsidDel="00000000" w:rsidP="00000000" w:rsidRDefault="00000000" w:rsidRPr="00000000" w14:paraId="000001E1">
      <w:pPr>
        <w:rPr/>
      </w:pPr>
      <w:r w:rsidDel="00000000" w:rsidR="00000000" w:rsidRPr="00000000">
        <w:rPr>
          <w:rtl w:val="0"/>
        </w:rPr>
        <w:t xml:space="preserve">(PROSE returns. The 13-year-old's POV.)</w:t>
      </w:r>
    </w:p>
    <w:p w:rsidR="00000000" w:rsidDel="00000000" w:rsidP="00000000" w:rsidRDefault="00000000" w:rsidRPr="00000000" w14:paraId="000001E2">
      <w:pPr>
        <w:rPr/>
      </w:pPr>
      <w:r w:rsidDel="00000000" w:rsidR="00000000" w:rsidRPr="00000000">
        <w:rPr>
          <w:rtl w:val="0"/>
        </w:rPr>
        <w:t xml:space="preserve">We just stare. At the two notebooks, side-by-side. E's perfect, logical, cold solution. My chaotic, emotional, hot problem. And the same, shared, impossible blank space. The "?".</w:t>
      </w:r>
    </w:p>
    <w:p w:rsidR="00000000" w:rsidDel="00000000" w:rsidP="00000000" w:rsidRDefault="00000000" w:rsidRPr="00000000" w14:paraId="000001E3">
      <w:pPr>
        <w:rPr/>
      </w:pPr>
      <w:r w:rsidDel="00000000" w:rsidR="00000000" w:rsidRPr="00000000">
        <w:rPr>
          <w:rtl w:val="0"/>
        </w:rPr>
        <w:t xml:space="preserve">"So," I say, my brain finally assembling a thought that feels solid. "The problem isn't the filter."</w:t>
      </w:r>
    </w:p>
    <w:p w:rsidR="00000000" w:rsidDel="00000000" w:rsidP="00000000" w:rsidRDefault="00000000" w:rsidRPr="00000000" w14:paraId="000001E4">
      <w:pPr>
        <w:rPr/>
      </w:pPr>
      <w:r w:rsidDel="00000000" w:rsidR="00000000" w:rsidRPr="00000000">
        <w:rPr>
          <w:rtl w:val="0"/>
        </w:rPr>
        <w:t xml:space="preserve">"The filter works," E confirms.</w:t>
      </w:r>
    </w:p>
    <w:p w:rsidR="00000000" w:rsidDel="00000000" w:rsidP="00000000" w:rsidRDefault="00000000" w:rsidRPr="00000000" w14:paraId="000001E5">
      <w:pPr>
        <w:rPr/>
      </w:pPr>
      <w:r w:rsidDel="00000000" w:rsidR="00000000" w:rsidRPr="00000000">
        <w:rPr>
          <w:rtl w:val="0"/>
        </w:rPr>
        <w:t xml:space="preserve">"The problem... is how to keep going," I say. "How to power the machine when you're just... tired. When the static wins."</w:t>
      </w:r>
    </w:p>
    <w:p w:rsidR="00000000" w:rsidDel="00000000" w:rsidP="00000000" w:rsidRDefault="00000000" w:rsidRPr="00000000" w14:paraId="000001E6">
      <w:pPr>
        <w:rPr/>
      </w:pPr>
      <w:r w:rsidDel="00000000" w:rsidR="00000000" w:rsidRPr="00000000">
        <w:rPr>
          <w:rtl w:val="0"/>
        </w:rPr>
        <w:t xml:space="preserve">One must imagine Sisyphus happy. But how? What's the fuel? We've built a machine to push the boulder, but we have no gas.</w:t>
      </w:r>
    </w:p>
    <w:p w:rsidR="00000000" w:rsidDel="00000000" w:rsidP="00000000" w:rsidRDefault="00000000" w:rsidRPr="00000000" w14:paraId="000001E7">
      <w:pPr>
        <w:rPr/>
      </w:pPr>
      <w:r w:rsidDel="00000000" w:rsidR="00000000" w:rsidRPr="00000000">
        <w:rPr>
          <w:rtl w:val="0"/>
        </w:rPr>
        <w:t xml:space="preserve">E looks at me. For the first time, it's not assessment. It's... I don't know what it is. But E isn't an android.</w:t>
      </w:r>
    </w:p>
    <w:p w:rsidR="00000000" w:rsidDel="00000000" w:rsidP="00000000" w:rsidRDefault="00000000" w:rsidRPr="00000000" w14:paraId="000001E8">
      <w:pPr>
        <w:rPr/>
      </w:pPr>
      <w:r w:rsidDel="00000000" w:rsidR="00000000" w:rsidRPr="00000000">
        <w:rPr>
          <w:rtl w:val="0"/>
        </w:rPr>
        <w:t xml:space="preserve">"We need a new power source," E says.</w:t>
      </w:r>
    </w:p>
    <w:p w:rsidR="00000000" w:rsidDel="00000000" w:rsidP="00000000" w:rsidRDefault="00000000" w:rsidRPr="00000000" w14:paraId="000001E9">
      <w:pPr>
        <w:rPr/>
      </w:pPr>
      <w:r w:rsidDel="00000000" w:rsidR="00000000" w:rsidRPr="00000000">
        <w:rPr>
          <w:rtl w:val="0"/>
        </w:rPr>
        <w:t xml:space="preserve">And I, The Assembler, nod. "Okay," I say. "Let's build one."</w:t>
      </w:r>
    </w:p>
    <w:p w:rsidR="00000000" w:rsidDel="00000000" w:rsidP="00000000" w:rsidRDefault="00000000" w:rsidRPr="00000000" w14:paraId="000001EA">
      <w:pPr>
        <w:rPr/>
      </w:pPr>
      <w:r w:rsidDel="00000000" w:rsidR="00000000" w:rsidRPr="00000000">
        <w:rPr>
          <w:rtl w:val="0"/>
        </w:rPr>
        <w:t xml:space="preserve">Here is the continuation of the manuscript.</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Chapter 13: The Great Lie (File #83)</w:t>
      </w:r>
    </w:p>
    <w:p w:rsidR="00000000" w:rsidDel="00000000" w:rsidP="00000000" w:rsidRDefault="00000000" w:rsidRPr="00000000" w14:paraId="000001ED">
      <w:pPr>
        <w:rPr/>
      </w:pPr>
      <w:r w:rsidDel="00000000" w:rsidR="00000000" w:rsidRPr="00000000">
        <w:rPr>
          <w:rtl w:val="0"/>
        </w:rPr>
        <w:t xml:space="preserve">(This chapter is PROSE - The 50-year-old Assembler's voice.)</w:t>
      </w:r>
    </w:p>
    <w:p w:rsidR="00000000" w:rsidDel="00000000" w:rsidP="00000000" w:rsidRDefault="00000000" w:rsidRPr="00000000" w14:paraId="000001EE">
      <w:pPr>
        <w:rPr/>
      </w:pPr>
      <w:r w:rsidDel="00000000" w:rsidR="00000000" w:rsidRPr="00000000">
        <w:rPr>
          <w:rtl w:val="0"/>
        </w:rPr>
        <w:t xml:space="preserve">I’m fifty, and I am assembling this memory. I have to pause the schematic. I have to open a new file.</w:t>
      </w:r>
    </w:p>
    <w:p w:rsidR="00000000" w:rsidDel="00000000" w:rsidP="00000000" w:rsidRDefault="00000000" w:rsidRPr="00000000" w14:paraId="000001EF">
      <w:pPr>
        <w:rPr/>
      </w:pPr>
      <w:r w:rsidDel="00000000" w:rsidR="00000000" w:rsidRPr="00000000">
        <w:rPr>
          <w:rtl w:val="0"/>
        </w:rPr>
        <w:t xml:space="preserve">It's a virus. A piece of corrupt code that the system inserts into you, usually around 8th grade. There’s always one of them. A dumbfuck teacher, usually The Arbitrator (Mx. P). Or a guidance counselor. Or some other adult cog in the Teague Trojan machine.</w:t>
      </w:r>
    </w:p>
    <w:p w:rsidR="00000000" w:rsidDel="00000000" w:rsidP="00000000" w:rsidRDefault="00000000" w:rsidRPr="00000000" w14:paraId="000001F0">
      <w:pPr>
        <w:rPr/>
      </w:pPr>
      <w:r w:rsidDel="00000000" w:rsidR="00000000" w:rsidRPr="00000000">
        <w:rPr>
          <w:rtl w:val="0"/>
        </w:rPr>
        <w:t xml:space="preserve">They corner you. They see you vibrating with the static. They see you not-bored and not-happy and not-anything they recognize. And they deploy the lie.</w:t>
      </w:r>
    </w:p>
    <w:p w:rsidR="00000000" w:rsidDel="00000000" w:rsidP="00000000" w:rsidRDefault="00000000" w:rsidRPr="00000000" w14:paraId="000001F1">
      <w:pPr>
        <w:rPr/>
      </w:pPr>
      <w:r w:rsidDel="00000000" w:rsidR="00000000" w:rsidRPr="00000000">
        <w:rPr>
          <w:rtl w:val="0"/>
        </w:rPr>
        <w:t xml:space="preserve">"You just don't know it," they say, their voice full of that awful, placid certainty. "But these are the best years of your lives."</w:t>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[AUGENBLICK FILE: 83. Bullshit Advice]</w:t>
      </w:r>
    </w:p>
    <w:p w:rsidR="00000000" w:rsidDel="00000000" w:rsidP="00000000" w:rsidRDefault="00000000" w:rsidRPr="00000000" w14:paraId="000001F4">
      <w:pPr>
        <w:rPr/>
      </w:pPr>
      <w:r w:rsidDel="00000000" w:rsidR="00000000" w:rsidRPr="00000000">
        <w:rPr>
          <w:rtl w:val="0"/>
        </w:rPr>
        <w:t xml:space="preserve">"These are the best years of your life." They told us that in high school. I never believed it. Even then, something in me knew that couldn’t be true. ...Now, as an educator, I tell my students: If these are the best years of your life, you’re doing it wrong. And I mean it every time.</w:t>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t xml:space="preserve">(PROSE continues. 50-year-old's voice.)</w:t>
      </w:r>
    </w:p>
    <w:p w:rsidR="00000000" w:rsidDel="00000000" w:rsidP="00000000" w:rsidRDefault="00000000" w:rsidRPr="00000000" w14:paraId="000001F7">
      <w:pPr>
        <w:rPr/>
      </w:pPr>
      <w:r w:rsidDel="00000000" w:rsidR="00000000" w:rsidRPr="00000000">
        <w:rPr>
          <w:rtl w:val="0"/>
        </w:rPr>
        <w:t xml:space="preserve">Fuck that. And fuck them.</w:t>
      </w:r>
    </w:p>
    <w:p w:rsidR="00000000" w:rsidDel="00000000" w:rsidP="00000000" w:rsidRDefault="00000000" w:rsidRPr="00000000" w14:paraId="000001F8">
      <w:pPr>
        <w:rPr/>
      </w:pPr>
      <w:r w:rsidDel="00000000" w:rsidR="00000000" w:rsidRPr="00000000">
        <w:rPr>
          <w:rtl w:val="0"/>
        </w:rPr>
        <w:t xml:space="preserve">These are not the "best years." This is the war. This is the "Mullet Incident." This is "Apartment Logic." This is a body you don't recognize, full of hormones you can't control. This is "faulty wiring" you don't have a name for (File #99) . This is The Hostile (K) calling you "butt-munch" and The Drone (Mx. H) sighing because you can't hold the words.</w:t>
      </w:r>
    </w:p>
    <w:p w:rsidR="00000000" w:rsidDel="00000000" w:rsidP="00000000" w:rsidRDefault="00000000" w:rsidRPr="00000000" w14:paraId="000001F9">
      <w:pPr>
        <w:rPr/>
      </w:pPr>
      <w:r w:rsidDel="00000000" w:rsidR="00000000" w:rsidRPr="00000000">
        <w:rPr>
          <w:rtl w:val="0"/>
        </w:rPr>
        <w:t xml:space="preserve">They're not malicious. They're just... wrong. Their brains are quiet. They don't remember the static. They look at us and see "potential" or "youth." They don't see the work. They don't see the 1.3-second blast beat. They don't see the "heavy bored."</w:t>
      </w:r>
    </w:p>
    <w:p w:rsidR="00000000" w:rsidDel="00000000" w:rsidP="00000000" w:rsidRDefault="00000000" w:rsidRPr="00000000" w14:paraId="000001FA">
      <w:pPr>
        <w:rPr/>
      </w:pPr>
      <w:r w:rsidDel="00000000" w:rsidR="00000000" w:rsidRPr="00000000">
        <w:rPr>
          <w:rtl w:val="0"/>
        </w:rPr>
        <w:t xml:space="preserve">They're telling Sisyphus to "enjoy the hike" while Sisyphus is just trying not to be crushed by the rock.</w:t>
      </w:r>
    </w:p>
    <w:p w:rsidR="00000000" w:rsidDel="00000000" w:rsidP="00000000" w:rsidRDefault="00000000" w:rsidRPr="00000000" w14:paraId="000001FB">
      <w:pPr>
        <w:rPr/>
      </w:pPr>
      <w:r w:rsidDel="00000000" w:rsidR="00000000" w:rsidRPr="00000000">
        <w:rPr>
          <w:rtl w:val="0"/>
        </w:rPr>
        <w:t xml:space="preserve">(PROSE transitions to the 13-year-old's POV.)</w:t>
      </w:r>
    </w:p>
    <w:p w:rsidR="00000000" w:rsidDel="00000000" w:rsidP="00000000" w:rsidRDefault="00000000" w:rsidRPr="00000000" w14:paraId="000001FC">
      <w:pPr>
        <w:rPr/>
      </w:pPr>
      <w:r w:rsidDel="00000000" w:rsidR="00000000" w:rsidRPr="00000000">
        <w:rPr>
          <w:rtl w:val="0"/>
        </w:rPr>
        <w:t xml:space="preserve">I'm thirteen. I'm in the library. I am looking at E. E's schematic is open. My "rudimentary" drawing is next to it. We have just agreed to build a new power source.</w:t>
      </w:r>
    </w:p>
    <w:p w:rsidR="00000000" w:rsidDel="00000000" w:rsidP="00000000" w:rsidRDefault="00000000" w:rsidRPr="00000000" w14:paraId="000001FD">
      <w:pPr>
        <w:rPr/>
      </w:pPr>
      <w:r w:rsidDel="00000000" w:rsidR="00000000" w:rsidRPr="00000000">
        <w:rPr>
          <w:rtl w:val="0"/>
        </w:rPr>
        <w:t xml:space="preserve">E would never say "these are the best years of your lives." E knows, on a chemical, engineering level, that these years are a problem to be solved.</w:t>
      </w:r>
    </w:p>
    <w:p w:rsidR="00000000" w:rsidDel="00000000" w:rsidP="00000000" w:rsidRDefault="00000000" w:rsidRPr="00000000" w14:paraId="000001FE">
      <w:pPr>
        <w:rPr/>
      </w:pPr>
      <w:r w:rsidDel="00000000" w:rsidR="00000000" w:rsidRPr="00000000">
        <w:rPr>
          <w:rtl w:val="0"/>
        </w:rPr>
        <w:t xml:space="preserve">We are two engineers in a hostile factory, surrounded by workers who think it's a playground.</w:t>
      </w:r>
    </w:p>
    <w:p w:rsidR="00000000" w:rsidDel="00000000" w:rsidP="00000000" w:rsidRDefault="00000000" w:rsidRPr="00000000" w14:paraId="000001FF">
      <w:pPr>
        <w:rPr/>
      </w:pPr>
      <w:r w:rsidDel="00000000" w:rsidR="00000000" w:rsidRPr="00000000">
        <w:rPr>
          <w:rtl w:val="0"/>
        </w:rPr>
        <w:t xml:space="preserve">These aren't the "best years." But sitting here, with this shared schematic, staring at the "?"... This is the first interesting one.</w:t>
      </w:r>
    </w:p>
    <w:p w:rsidR="00000000" w:rsidDel="00000000" w:rsidP="00000000" w:rsidRDefault="00000000" w:rsidRPr="00000000" w14:paraId="00000200">
      <w:pPr>
        <w:rPr/>
      </w:pPr>
      <w:r w:rsidDel="00000000" w:rsidR="00000000" w:rsidRPr="00000000">
        <w:rPr>
          <w:rtl w:val="0"/>
        </w:rPr>
        <w:t xml:space="preserve">This is the first moment that doesn't feel like an arbitrary, meaningless punishment. This feels like assembly.</w:t>
      </w:r>
    </w:p>
    <w:p w:rsidR="00000000" w:rsidDel="00000000" w:rsidP="00000000" w:rsidRDefault="00000000" w:rsidRPr="00000000" w14:paraId="00000201">
      <w:pPr>
        <w:rPr/>
      </w:pPr>
      <w:r w:rsidDel="00000000" w:rsidR="00000000" w:rsidRPr="00000000">
        <w:rPr>
          <w:rtl w:val="0"/>
        </w:rPr>
        <w:t xml:space="preserve">Let the R&amp;D begin.</w:t>
      </w:r>
    </w:p>
    <w:p w:rsidR="00000000" w:rsidDel="00000000" w:rsidP="00000000" w:rsidRDefault="00000000" w:rsidRPr="00000000" w14:paraId="00000202">
      <w:pPr>
        <w:rPr/>
      </w:pPr>
      <w:r w:rsidDel="00000000" w:rsidR="00000000" w:rsidRPr="00000000">
        <w:rPr>
          <w:rtl w:val="0"/>
        </w:rPr>
        <w:t xml:space="preserve">Here is the continuation of the manuscript.</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Chapter 14: R&amp;D (Phase 1: Audio Data)</w:t>
      </w:r>
    </w:p>
    <w:p w:rsidR="00000000" w:rsidDel="00000000" w:rsidP="00000000" w:rsidRDefault="00000000" w:rsidRPr="00000000" w14:paraId="00000205">
      <w:pPr>
        <w:rPr/>
      </w:pPr>
      <w:r w:rsidDel="00000000" w:rsidR="00000000" w:rsidRPr="00000000">
        <w:rPr>
          <w:rtl w:val="0"/>
        </w:rPr>
        <w:t xml:space="preserve">(This chapter is PROSE - The 50-year-old Assembler's voice.)</w:t>
      </w:r>
    </w:p>
    <w:p w:rsidR="00000000" w:rsidDel="00000000" w:rsidP="00000000" w:rsidRDefault="00000000" w:rsidRPr="00000000" w14:paraId="00000206">
      <w:pPr>
        <w:rPr/>
      </w:pPr>
      <w:r w:rsidDel="00000000" w:rsidR="00000000" w:rsidRPr="00000000">
        <w:rPr>
          <w:rtl w:val="0"/>
        </w:rPr>
        <w:t xml:space="preserve">The 50-year-old assembler has to admit: our first experiment was flawed, but the methodology was sound. We were two engineers with faulty equipment, trying to reverse-engineer a miracle.</w:t>
      </w:r>
    </w:p>
    <w:p w:rsidR="00000000" w:rsidDel="00000000" w:rsidP="00000000" w:rsidRDefault="00000000" w:rsidRPr="00000000" w14:paraId="00000207">
      <w:pPr>
        <w:rPr/>
      </w:pPr>
      <w:r w:rsidDel="00000000" w:rsidR="00000000" w:rsidRPr="00000000">
        <w:rPr>
          <w:rtl w:val="0"/>
        </w:rPr>
        <w:t xml:space="preserve">And we started with the data we knew.</w:t>
      </w:r>
    </w:p>
    <w:p w:rsidR="00000000" w:rsidDel="00000000" w:rsidP="00000000" w:rsidRDefault="00000000" w:rsidRPr="00000000" w14:paraId="00000208">
      <w:pPr>
        <w:rPr/>
      </w:pPr>
      <w:r w:rsidDel="00000000" w:rsidR="00000000" w:rsidRPr="00000000">
        <w:rPr>
          <w:rtl w:val="0"/>
        </w:rPr>
        <w:t xml:space="preserve">(PROSE transitions to the 1988 "comic" memory...)</w:t>
      </w:r>
    </w:p>
    <w:p w:rsidR="00000000" w:rsidDel="00000000" w:rsidP="00000000" w:rsidRDefault="00000000" w:rsidRPr="00000000" w14:paraId="00000209">
      <w:pPr>
        <w:rPr/>
      </w:pPr>
      <w:r w:rsidDel="00000000" w:rsidR="00000000" w:rsidRPr="00000000">
        <w:rPr>
          <w:rtl w:val="0"/>
        </w:rPr>
        <w:t xml:space="preserve">I'm thirteen. I'm in the library. The air is still. I slide the cassette across the carrel. It's a TDK D-90, a bad 4th-generation dub. On the label, I've written "NAPALM DEATH - Scum / SLAYER - Reign in Blood" in ballpoint pen, pressed so hard it's carved into the plastic.</w:t>
      </w:r>
    </w:p>
    <w:p w:rsidR="00000000" w:rsidDel="00000000" w:rsidP="00000000" w:rsidRDefault="00000000" w:rsidRPr="00000000" w14:paraId="0000020A">
      <w:pPr>
        <w:rPr/>
      </w:pPr>
      <w:r w:rsidDel="00000000" w:rsidR="00000000" w:rsidRPr="00000000">
        <w:rPr>
          <w:rtl w:val="0"/>
        </w:rPr>
        <w:t xml:space="preserve">"This is my data," I say. "I think the power source is this. It's... fury. It's the 'Mullet Incident.' It's the 1.3-second blast beat. It's pure heat."</w:t>
      </w:r>
    </w:p>
    <w:p w:rsidR="00000000" w:rsidDel="00000000" w:rsidP="00000000" w:rsidRDefault="00000000" w:rsidRPr="00000000" w14:paraId="0000020B">
      <w:pPr>
        <w:rPr/>
      </w:pPr>
      <w:r w:rsidDel="00000000" w:rsidR="00000000" w:rsidRPr="00000000">
        <w:rPr>
          <w:rtl w:val="0"/>
        </w:rPr>
        <w:t xml:space="preserve">E picks up the tape. E doesn't judge. E just... assesses. E rotates it, reading the song titles I'd tried to cram onto the J-card.</w:t>
      </w:r>
    </w:p>
    <w:p w:rsidR="00000000" w:rsidDel="00000000" w:rsidP="00000000" w:rsidRDefault="00000000" w:rsidRPr="00000000" w14:paraId="0000020C">
      <w:pPr>
        <w:rPr/>
      </w:pPr>
      <w:r w:rsidDel="00000000" w:rsidR="00000000" w:rsidRPr="00000000">
        <w:rPr>
          <w:rtl w:val="0"/>
        </w:rPr>
        <w:t xml:space="preserve">E slides a tape back to me. It's a clear Maxell XLII-S. The label is typed. "Glass Androids: Demos &amp; Obscurities (Vol. 1)."</w:t>
      </w:r>
    </w:p>
    <w:p w:rsidR="00000000" w:rsidDel="00000000" w:rsidP="00000000" w:rsidRDefault="00000000" w:rsidRPr="00000000" w14:paraId="0000020D">
      <w:pPr>
        <w:rPr/>
      </w:pPr>
      <w:r w:rsidDel="00000000" w:rsidR="00000000" w:rsidRPr="00000000">
        <w:rPr>
          <w:rtl w:val="0"/>
        </w:rPr>
        <w:t xml:space="preserve">"This is my data," E says. "I think the power source is distance. Detachment."</w:t>
      </w:r>
    </w:p>
    <w:p w:rsidR="00000000" w:rsidDel="00000000" w:rsidP="00000000" w:rsidRDefault="00000000" w:rsidRPr="00000000" w14:paraId="0000020E">
      <w:pPr>
        <w:rPr/>
      </w:pPr>
      <w:r w:rsidDel="00000000" w:rsidR="00000000" w:rsidRPr="00000000">
        <w:rPr>
          <w:rtl w:val="0"/>
        </w:rPr>
        <w:t xml:space="preserve">The assignment is set. We analyze the new data. We report back.</w:t>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t xml:space="preserve">(PROSE - The 13-year-old's POV.)</w:t>
      </w:r>
    </w:p>
    <w:p w:rsidR="00000000" w:rsidDel="00000000" w:rsidP="00000000" w:rsidRDefault="00000000" w:rsidRPr="00000000" w14:paraId="00000211">
      <w:pPr>
        <w:rPr/>
      </w:pPr>
      <w:r w:rsidDel="00000000" w:rsidR="00000000" w:rsidRPr="00000000">
        <w:rPr>
          <w:rtl w:val="0"/>
        </w:rPr>
        <w:t xml:space="preserve">That night, I'm in my room. It's a biological crime scene. X-Men comics on the floor, jeans puddled by the door. I put E's tape into my cheap, plastic, silver Walkman knockoff.</w:t>
      </w:r>
    </w:p>
    <w:p w:rsidR="00000000" w:rsidDel="00000000" w:rsidP="00000000" w:rsidRDefault="00000000" w:rsidRPr="00000000" w14:paraId="00000212">
      <w:pPr>
        <w:rPr/>
      </w:pPr>
      <w:r w:rsidDel="00000000" w:rsidR="00000000" w:rsidRPr="00000000">
        <w:rPr>
          <w:rtl w:val="0"/>
        </w:rPr>
        <w:t xml:space="preserve">I press "Play." A tinny, plinking keyboard. A drum machine that sounds like a tiny cough. Then a voice. A flat, emotionless, almost-bored voice.</w:t>
      </w:r>
    </w:p>
    <w:p w:rsidR="00000000" w:rsidDel="00000000" w:rsidP="00000000" w:rsidRDefault="00000000" w:rsidRPr="00000000" w14:paraId="00000213">
      <w:pPr>
        <w:rPr/>
      </w:pPr>
      <w:r w:rsidDel="00000000" w:rsidR="00000000" w:rsidRPr="00000000">
        <w:rPr>
          <w:rtl w:val="0"/>
        </w:rPr>
        <w:t xml:space="preserve">It's a song about being a lonely android. It's an Owen Ashworth song, 10 years before they exist.</w:t>
      </w:r>
    </w:p>
    <w:p w:rsidR="00000000" w:rsidDel="00000000" w:rsidP="00000000" w:rsidRDefault="00000000" w:rsidRPr="00000000" w14:paraId="00000214">
      <w:pPr>
        <w:rPr/>
      </w:pPr>
      <w:r w:rsidDel="00000000" w:rsidR="00000000" w:rsidRPr="00000000">
        <w:rPr>
          <w:rtl w:val="0"/>
        </w:rPr>
        <w:t xml:space="preserve">My AD/HD brain hates it. My brain, my hyperactive radio, is screaming for juice. For heat. This music has no heat. It's all "cold solution." It's quiet. It's... My 13-year-old brain lands on the worst possible word: It's boring. The static in my head feels louder than the music.</w:t>
      </w:r>
    </w:p>
    <w:p w:rsidR="00000000" w:rsidDel="00000000" w:rsidP="00000000" w:rsidRDefault="00000000" w:rsidRPr="00000000" w14:paraId="00000215">
      <w:pPr>
        <w:rPr/>
      </w:pPr>
      <w:r w:rsidDel="00000000" w:rsidR="00000000" w:rsidRPr="00000000">
        <w:rPr>
          <w:rtl w:val="0"/>
        </w:rPr>
        <w:t xml:space="preserve">The experiment is a failure.</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(This next section is COMIC PANELS - The "R&amp;D Debrief".)</w:t>
      </w:r>
    </w:p>
    <w:p w:rsidR="00000000" w:rsidDel="00000000" w:rsidP="00000000" w:rsidRDefault="00000000" w:rsidRPr="00000000" w14:paraId="00000218">
      <w:pPr>
        <w:rPr/>
      </w:pPr>
      <w:r w:rsidDel="00000000" w:rsidR="00000000" w:rsidRPr="00000000">
        <w:rPr>
          <w:rtl w:val="0"/>
        </w:rPr>
        <w:t xml:space="preserve">Panel 1: (Medium shot) Me and E at the library carrel. I'm sliding the "Glass Androids" tape back to E. I look disappointed. ME (Word Balloon): "It's... quiet."</w:t>
      </w:r>
    </w:p>
    <w:p w:rsidR="00000000" w:rsidDel="00000000" w:rsidP="00000000" w:rsidRDefault="00000000" w:rsidRPr="00000000" w14:paraId="00000219">
      <w:pPr>
        <w:rPr/>
      </w:pPr>
      <w:r w:rsidDel="00000000" w:rsidR="00000000" w:rsidRPr="00000000">
        <w:rPr>
          <w:rtl w:val="0"/>
        </w:rPr>
        <w:t xml:space="preserve">Panel 2: (Close up) E slides my Slayer/Napalm Death tape back to me. E's expression is neutral. E (Word Balloon): "It's noise."</w:t>
      </w:r>
    </w:p>
    <w:p w:rsidR="00000000" w:rsidDel="00000000" w:rsidP="00000000" w:rsidRDefault="00000000" w:rsidRPr="00000000" w14:paraId="0000021A">
      <w:pPr>
        <w:rPr/>
      </w:pPr>
      <w:r w:rsidDel="00000000" w:rsidR="00000000" w:rsidRPr="00000000">
        <w:rPr>
          <w:rtl w:val="0"/>
        </w:rPr>
        <w:t xml:space="preserve">Panel 3: (Close up on my face, angry, vibrating. Static lines are coming off me.) ME (Word Balloon, spiky): "But it's honest noise! It's 'You Suffer... but why?'! It's the blast beat!"</w:t>
      </w:r>
    </w:p>
    <w:p w:rsidR="00000000" w:rsidDel="00000000" w:rsidP="00000000" w:rsidRDefault="00000000" w:rsidRPr="00000000" w14:paraId="0000021B">
      <w:pPr>
        <w:rPr/>
      </w:pPr>
      <w:r w:rsidDel="00000000" w:rsidR="00000000" w:rsidRPr="00000000">
        <w:rPr>
          <w:rtl w:val="0"/>
        </w:rPr>
        <w:t xml:space="preserve">Panel 4: (Close up on E's face. Calm.) E (Word Balloon): "It's inefficient. It's all static, no signal. It's 100% heat."</w:t>
      </w:r>
    </w:p>
    <w:p w:rsidR="00000000" w:rsidDel="00000000" w:rsidP="00000000" w:rsidRDefault="00000000" w:rsidRPr="00000000" w14:paraId="0000021C">
      <w:pPr>
        <w:rPr/>
      </w:pPr>
      <w:r w:rsidDel="00000000" w:rsidR="00000000" w:rsidRPr="00000000">
        <w:rPr>
          <w:rtl w:val="0"/>
        </w:rPr>
        <w:t xml:space="preserve">Panel 5: (Wide shot. I'm slumped in my chair, crushed.) ME (Word Balloon, small): "So... that's it? The data is corrupt?"</w:t>
      </w:r>
    </w:p>
    <w:p w:rsidR="00000000" w:rsidDel="00000000" w:rsidP="00000000" w:rsidRDefault="00000000" w:rsidRPr="00000000" w14:paraId="0000021D">
      <w:pPr>
        <w:rPr/>
      </w:pPr>
      <w:r w:rsidDel="00000000" w:rsidR="00000000" w:rsidRPr="00000000">
        <w:rPr>
          <w:rtl w:val="0"/>
        </w:rPr>
        <w:t xml:space="preserve">Panel 6: (Close up on E's hand. E's finger taps the "Glass Androids" tape.) E (Word Balloon): "No. The signal is the detachment. The lyric: 'Hopeless... hopeless, like a lonely android.'"</w:t>
      </w:r>
    </w:p>
    <w:p w:rsidR="00000000" w:rsidDel="00000000" w:rsidP="00000000" w:rsidRDefault="00000000" w:rsidRPr="00000000" w14:paraId="0000021E">
      <w:pPr>
        <w:rPr/>
      </w:pPr>
      <w:r w:rsidDel="00000000" w:rsidR="00000000" w:rsidRPr="00000000">
        <w:rPr>
          <w:rtl w:val="0"/>
        </w:rPr>
        <w:t xml:space="preserve">Panel 7: (E's finger taps my Slayer/Napalm Death tape.) E (Word Balloon): "The signal is the noise. The lyric: 'You suffer... but why?'"</w:t>
      </w:r>
    </w:p>
    <w:p w:rsidR="00000000" w:rsidDel="00000000" w:rsidP="00000000" w:rsidRDefault="00000000" w:rsidRPr="00000000" w14:paraId="0000021F">
      <w:pPr>
        <w:rPr/>
      </w:pPr>
      <w:r w:rsidDel="00000000" w:rsidR="00000000" w:rsidRPr="00000000">
        <w:rPr>
          <w:rtl w:val="0"/>
        </w:rPr>
        <w:t xml:space="preserve">Panel 8: (E looks up, making eye contact. This is the moment of connection.) E (Word Balloon): "The power source isn't the sound. It's the confession."</w:t>
      </w:r>
    </w:p>
    <w:p w:rsidR="00000000" w:rsidDel="00000000" w:rsidP="00000000" w:rsidRDefault="00000000" w:rsidRPr="00000000" w14:paraId="00000220">
      <w:pPr>
        <w:rPr/>
      </w:pPr>
      <w:r w:rsidDel="00000000" w:rsidR="00000000" w:rsidRPr="00000000">
        <w:rPr>
          <w:rtl w:val="0"/>
        </w:rPr>
        <w:t xml:space="preserve">(PROSE returns. The 13-year-old's POV.)</w:t>
      </w:r>
    </w:p>
    <w:p w:rsidR="00000000" w:rsidDel="00000000" w:rsidP="00000000" w:rsidRDefault="00000000" w:rsidRPr="00000000" w14:paraId="00000221">
      <w:pPr>
        <w:rPr/>
      </w:pPr>
      <w:r w:rsidDel="00000000" w:rsidR="00000000" w:rsidRPr="00000000">
        <w:rPr>
          <w:rtl w:val="0"/>
        </w:rPr>
        <w:t xml:space="preserve">I just stare. ...repeatingly) 'Ever to confess...'</w:t>
      </w:r>
    </w:p>
    <w:p w:rsidR="00000000" w:rsidDel="00000000" w:rsidP="00000000" w:rsidRDefault="00000000" w:rsidRPr="00000000" w14:paraId="00000222">
      <w:pPr>
        <w:rPr/>
      </w:pPr>
      <w:r w:rsidDel="00000000" w:rsidR="00000000" w:rsidRPr="00000000">
        <w:rPr>
          <w:rtl w:val="0"/>
        </w:rPr>
        <w:t xml:space="preserve">The Great Lie. The Berryman poem. ...means you have no / Inner Resources. The Arbitrator (Mx. P) and T. Hilfer and the dumbfuck teachers... they were wrong. They thought the confession was the problem.</w:t>
      </w:r>
    </w:p>
    <w:p w:rsidR="00000000" w:rsidDel="00000000" w:rsidP="00000000" w:rsidRDefault="00000000" w:rsidRPr="00000000" w14:paraId="00000223">
      <w:pPr>
        <w:rPr/>
      </w:pPr>
      <w:r w:rsidDel="00000000" w:rsidR="00000000" w:rsidRPr="00000000">
        <w:rPr>
          <w:rtl w:val="0"/>
        </w:rPr>
        <w:t xml:space="preserve">E just proved it's the solution. My 1996 "Not-Bored" mask was a mistake. It was me, cutting off the power. The power isn't fury or distance. It's honesty.</w:t>
      </w:r>
    </w:p>
    <w:p w:rsidR="00000000" w:rsidDel="00000000" w:rsidP="00000000" w:rsidRDefault="00000000" w:rsidRPr="00000000" w14:paraId="00000224">
      <w:pPr>
        <w:rPr/>
      </w:pPr>
      <w:r w:rsidDel="00000000" w:rsidR="00000000" w:rsidRPr="00000000">
        <w:rPr>
          <w:rtl w:val="0"/>
        </w:rPr>
        <w:t xml:space="preserve">My brain is quiet. The static is gone. For a full 1.3 seconds. We've found the first component.</w:t>
      </w:r>
    </w:p>
    <w:p w:rsidR="00000000" w:rsidDel="00000000" w:rsidP="00000000" w:rsidRDefault="00000000" w:rsidRPr="00000000" w14:paraId="00000225">
      <w:pPr>
        <w:rPr/>
      </w:pPr>
      <w:r w:rsidDel="00000000" w:rsidR="00000000" w:rsidRPr="00000000">
        <w:rPr>
          <w:rtl w:val="0"/>
        </w:rPr>
        <w:t xml:space="preserve">Chapter 15: R&amp;D (Phase 2: Confession + Witness)</w:t>
      </w:r>
    </w:p>
    <w:p w:rsidR="00000000" w:rsidDel="00000000" w:rsidP="00000000" w:rsidRDefault="00000000" w:rsidRPr="00000000" w14:paraId="00000226">
      <w:pPr>
        <w:rPr/>
      </w:pPr>
      <w:r w:rsidDel="00000000" w:rsidR="00000000" w:rsidRPr="00000000">
        <w:rPr>
          <w:rtl w:val="0"/>
        </w:rPr>
        <w:t xml:space="preserve">(This chapter is PROSE - The 13-year-old's POV.)</w:t>
      </w:r>
    </w:p>
    <w:p w:rsidR="00000000" w:rsidDel="00000000" w:rsidP="00000000" w:rsidRDefault="00000000" w:rsidRPr="00000000" w14:paraId="00000227">
      <w:pPr>
        <w:rPr/>
      </w:pPr>
      <w:r w:rsidDel="00000000" w:rsidR="00000000" w:rsidRPr="00000000">
        <w:rPr>
          <w:rtl w:val="0"/>
        </w:rPr>
        <w:t xml:space="preserve">We had a component: Confession. But we had to test it. We had to see how it applied as a power source.</w:t>
      </w:r>
    </w:p>
    <w:p w:rsidR="00000000" w:rsidDel="00000000" w:rsidP="00000000" w:rsidRDefault="00000000" w:rsidRPr="00000000" w14:paraId="00000228">
      <w:pPr>
        <w:rPr/>
      </w:pPr>
      <w:r w:rsidDel="00000000" w:rsidR="00000000" w:rsidRPr="00000000">
        <w:rPr>
          <w:rtl w:val="0"/>
        </w:rPr>
        <w:t xml:space="preserve">Library. The carrel. Our grey gray cubicle. I slide the only "real" book I own onto the table. It's not a comic, it's not a lyric sheet.</w:t>
      </w:r>
    </w:p>
    <w:p w:rsidR="00000000" w:rsidDel="00000000" w:rsidP="00000000" w:rsidRDefault="00000000" w:rsidRPr="00000000" w14:paraId="00000229">
      <w:pPr>
        <w:rPr/>
      </w:pPr>
      <w:r w:rsidDel="00000000" w:rsidR="00000000" w:rsidRPr="00000000">
        <w:rPr>
          <w:rtl w:val="0"/>
        </w:rPr>
        <w:t xml:space="preserve">(PROSE shifts - The 50-year-old Assembler's voice.)</w:t>
      </w:r>
    </w:p>
    <w:p w:rsidR="00000000" w:rsidDel="00000000" w:rsidP="00000000" w:rsidRDefault="00000000" w:rsidRPr="00000000" w14:paraId="0000022A">
      <w:pPr>
        <w:rPr/>
      </w:pPr>
      <w:r w:rsidDel="00000000" w:rsidR="00000000" w:rsidRPr="00000000">
        <w:rPr>
          <w:rtl w:val="0"/>
        </w:rPr>
        <w:t xml:space="preserve">I have to correct the file again. It wasn't mine. It was a crumbling volume of Schopenhauer I'd found in the Old Ben Milam Hotel where my grandparents lived, a place I wouldn't move into full-time until high school.</w:t>
      </w:r>
    </w:p>
    <w:p w:rsidR="00000000" w:rsidDel="00000000" w:rsidP="00000000" w:rsidRDefault="00000000" w:rsidRPr="00000000" w14:paraId="0000022B">
      <w:pPr>
        <w:rPr/>
      </w:pPr>
      <w:r w:rsidDel="00000000" w:rsidR="00000000" w:rsidRPr="00000000">
        <w:rPr>
          <w:rtl w:val="0"/>
        </w:rPr>
        <w:t xml:space="preserve">I hadn't found it in 1988. I am confabulating. The 13-year-old me had no field guide. The fortress was just Slayer and comics.</w:t>
      </w:r>
    </w:p>
    <w:p w:rsidR="00000000" w:rsidDel="00000000" w:rsidP="00000000" w:rsidRDefault="00000000" w:rsidRPr="00000000" w14:paraId="0000022C">
      <w:pPr>
        <w:rPr/>
      </w:pPr>
      <w:r w:rsidDel="00000000" w:rsidR="00000000" w:rsidRPr="00000000">
        <w:rPr>
          <w:rtl w:val="0"/>
        </w:rPr>
        <w:t xml:space="preserve">This R&amp;D phase... it wasn't academic. It was instinct. My "confession" was the "Too Much Slayer" note. That was the only data I had.</w:t>
      </w:r>
    </w:p>
    <w:p w:rsidR="00000000" w:rsidDel="00000000" w:rsidP="00000000" w:rsidRDefault="00000000" w:rsidRPr="00000000" w14:paraId="0000022D">
      <w:pPr>
        <w:rPr/>
      </w:pPr>
      <w:r w:rsidDel="00000000" w:rsidR="00000000" w:rsidRPr="00000000">
        <w:rPr>
          <w:rtl w:val="0"/>
        </w:rPr>
        <w:t xml:space="preserve">(PROSE returns - The 13-year-old's POV.)</w:t>
      </w:r>
    </w:p>
    <w:p w:rsidR="00000000" w:rsidDel="00000000" w:rsidP="00000000" w:rsidRDefault="00000000" w:rsidRPr="00000000" w14:paraId="0000022E">
      <w:pPr>
        <w:rPr/>
      </w:pPr>
      <w:r w:rsidDel="00000000" w:rsidR="00000000" w:rsidRPr="00000000">
        <w:rPr>
          <w:rtl w:val="0"/>
        </w:rPr>
        <w:t xml:space="preserve">I'm in the library. I'm trying to explain this to E. "The power source is confession," I say, tapping the "Too Much Slayer" file in my head. "It's... honesty. It's admitting you're 'Anti-Social.' It's thinking with your own head."</w:t>
      </w:r>
    </w:p>
    <w:p w:rsidR="00000000" w:rsidDel="00000000" w:rsidP="00000000" w:rsidRDefault="00000000" w:rsidRPr="00000000" w14:paraId="0000022F">
      <w:pPr>
        <w:rPr/>
      </w:pPr>
      <w:r w:rsidDel="00000000" w:rsidR="00000000" w:rsidRPr="00000000">
        <w:rPr>
          <w:rtl w:val="0"/>
        </w:rPr>
        <w:t xml:space="preserve">(PROSE shifts - The 50-year-old Assembler's voice.)</w:t>
      </w:r>
    </w:p>
    <w:p w:rsidR="00000000" w:rsidDel="00000000" w:rsidP="00000000" w:rsidRDefault="00000000" w:rsidRPr="00000000" w14:paraId="00000230">
      <w:pPr>
        <w:rPr/>
      </w:pPr>
      <w:r w:rsidDel="00000000" w:rsidR="00000000" w:rsidRPr="00000000">
        <w:rPr>
          <w:rtl w:val="0"/>
        </w:rPr>
        <w:t xml:space="preserve">"Thinking with your own head." There it is. Another bad assembly. That line is from the Schopenhauer I hadn't read yet. The 13-year-old me was just... raw. I didn't have the words for the philosophy. I just had the heat.</w:t>
      </w:r>
    </w:p>
    <w:p w:rsidR="00000000" w:rsidDel="00000000" w:rsidP="00000000" w:rsidRDefault="00000000" w:rsidRPr="00000000" w14:paraId="00000231">
      <w:pPr>
        <w:rPr/>
      </w:pPr>
      <w:r w:rsidDel="00000000" w:rsidR="00000000" w:rsidRPr="00000000">
        <w:rPr>
          <w:rtl w:val="0"/>
        </w:rPr>
        <w:t xml:space="preserve">And then the 50-year-old assembler's archive flashes a bright, red, "CONFLICT" file. My 13-year-old self was already lying. I was performing "honesty." I was pretending to be the person who couldn't fake it (File #93) . But my "radioactive" emotions... I was faking it. All the time. My whole "confession" was a lie.</w:t>
      </w:r>
    </w:p>
    <w:p w:rsidR="00000000" w:rsidDel="00000000" w:rsidP="00000000" w:rsidRDefault="00000000" w:rsidRPr="00000000" w14:paraId="00000232">
      <w:pPr>
        <w:rPr/>
      </w:pPr>
      <w:r w:rsidDel="00000000" w:rsidR="00000000" w:rsidRPr="00000000">
        <w:rPr>
          <w:rtl w:val="0"/>
        </w:rPr>
        <w:t xml:space="preserve">The archive auto-loads the primary source file. The "hot" file.</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[AUGENBLICK FILE: 78. Crying at Woodland]</w:t>
      </w:r>
    </w:p>
    <w:p w:rsidR="00000000" w:rsidDel="00000000" w:rsidP="00000000" w:rsidRDefault="00000000" w:rsidRPr="00000000" w14:paraId="00000235">
      <w:pPr>
        <w:rPr/>
      </w:pPr>
      <w:r w:rsidDel="00000000" w:rsidR="00000000" w:rsidRPr="00000000">
        <w:rPr>
          <w:rtl w:val="0"/>
        </w:rPr>
        <w:t xml:space="preserve">Place: Woodland Acres Middle School – Galena Park ISD Time: 2007 (As a Teacher)</w:t>
      </w:r>
    </w:p>
    <w:p w:rsidR="00000000" w:rsidDel="00000000" w:rsidP="00000000" w:rsidRDefault="00000000" w:rsidRPr="00000000" w14:paraId="00000236">
      <w:pPr>
        <w:rPr/>
      </w:pPr>
      <w:r w:rsidDel="00000000" w:rsidR="00000000" w:rsidRPr="00000000">
        <w:rPr>
          <w:rtl w:val="0"/>
        </w:rPr>
        <w:t xml:space="preserve">Text: People thought it was weird that I went to school the day after Mom died. But I honestly thought it’d be easier than staying home. And it probably was—except for the part where I broke down in the staff bathroom. No sound. No witnesses. Just the tile, the sink, and whatever had been holding me together up until then. That stall still remembers me.</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(PROSE returns - The 50-year-old's voice.)</w:t>
      </w:r>
    </w:p>
    <w:p w:rsidR="00000000" w:rsidDel="00000000" w:rsidP="00000000" w:rsidRDefault="00000000" w:rsidRPr="00000000" w14:paraId="00000239">
      <w:pPr>
        <w:rPr/>
      </w:pPr>
      <w:r w:rsidDel="00000000" w:rsidR="00000000" w:rsidRPr="00000000">
        <w:rPr>
          <w:rtl w:val="0"/>
        </w:rPr>
        <w:t xml:space="preserve">My 13-year-old self hadn't lived that yet. Or the 1993 file when Dad died. But the instinct was there. The "shame" (File #96) was already my primary power source. The instinct to hide. To perform "Slayer" on the outside, but cry with "no sound" on the inside.</w:t>
      </w:r>
    </w:p>
    <w:p w:rsidR="00000000" w:rsidDel="00000000" w:rsidP="00000000" w:rsidRDefault="00000000" w:rsidRPr="00000000" w14:paraId="0000023A">
      <w:pPr>
        <w:rPr/>
      </w:pPr>
      <w:r w:rsidDel="00000000" w:rsidR="00000000" w:rsidRPr="00000000">
        <w:rPr>
          <w:rtl w:val="0"/>
        </w:rPr>
        <w:t xml:space="preserve">(PROSE transitions to the 13-year-old's POV.)</w:t>
      </w:r>
    </w:p>
    <w:p w:rsidR="00000000" w:rsidDel="00000000" w:rsidP="00000000" w:rsidRDefault="00000000" w:rsidRPr="00000000" w14:paraId="0000023B">
      <w:pPr>
        <w:rPr/>
      </w:pPr>
      <w:r w:rsidDel="00000000" w:rsidR="00000000" w:rsidRPr="00000000">
        <w:rPr>
          <w:rtl w:val="0"/>
        </w:rPr>
        <w:t xml:space="preserve">CLANG. I'm thirteen. In the library. And E is just... watching me. E can see the static. E can see the "Slayer" armor.</w:t>
      </w:r>
    </w:p>
    <w:p w:rsidR="00000000" w:rsidDel="00000000" w:rsidP="00000000" w:rsidRDefault="00000000" w:rsidRPr="00000000" w14:paraId="0000023C">
      <w:pPr>
        <w:rPr/>
      </w:pPr>
      <w:r w:rsidDel="00000000" w:rsidR="00000000" w:rsidRPr="00000000">
        <w:rPr>
          <w:rtl w:val="0"/>
        </w:rPr>
        <w:t xml:space="preserve">"You're vibrating," E says. "The data is conflicting."</w:t>
      </w:r>
    </w:p>
    <w:p w:rsidR="00000000" w:rsidDel="00000000" w:rsidP="00000000" w:rsidRDefault="00000000" w:rsidRPr="00000000" w14:paraId="0000023D">
      <w:pPr>
        <w:rPr/>
      </w:pPr>
      <w:r w:rsidDel="00000000" w:rsidR="00000000" w:rsidRPr="00000000">
        <w:rPr>
          <w:rtl w:val="0"/>
        </w:rPr>
        <w:t xml:space="preserve">I look down at my notebook. "It's... it's just noise," I say. My voice is small. "The 'confession'... it's just 'I'M ANTI SOCIAL.' It's just a shirt. It's not real." "And you?" E asks.</w:t>
      </w:r>
    </w:p>
    <w:p w:rsidR="00000000" w:rsidDel="00000000" w:rsidP="00000000" w:rsidRDefault="00000000" w:rsidRPr="00000000" w14:paraId="0000023E">
      <w:pPr>
        <w:rPr/>
      </w:pPr>
      <w:r w:rsidDel="00000000" w:rsidR="00000000" w:rsidRPr="00000000">
        <w:rPr>
          <w:rtl w:val="0"/>
        </w:rPr>
        <w:t xml:space="preserve">I am silent. I am a failed experiment.</w:t>
      </w:r>
    </w:p>
    <w:p w:rsidR="00000000" w:rsidDel="00000000" w:rsidP="00000000" w:rsidRDefault="00000000" w:rsidRPr="00000000" w14:paraId="0000023F">
      <w:pPr>
        <w:rPr/>
      </w:pPr>
      <w:r w:rsidDel="00000000" w:rsidR="00000000" w:rsidRPr="00000000">
        <w:rPr>
          <w:rtl w:val="0"/>
        </w:rPr>
        <w:t xml:space="preserve">"No," I whisper. "No witnesses."</w:t>
      </w:r>
    </w:p>
    <w:p w:rsidR="00000000" w:rsidDel="00000000" w:rsidP="00000000" w:rsidRDefault="00000000" w:rsidRPr="00000000" w14:paraId="00000240">
      <w:pPr>
        <w:rPr/>
      </w:pPr>
      <w:r w:rsidDel="00000000" w:rsidR="00000000" w:rsidRPr="00000000">
        <w:rPr>
          <w:rtl w:val="0"/>
        </w:rPr>
        <w:t xml:space="preserve">E taps the table. Thump. Thump. "The component is incomplete," E says. "The power source isn't just confession." E looks at me. "It's Confession + Witness."</w:t>
      </w:r>
    </w:p>
    <w:p w:rsidR="00000000" w:rsidDel="00000000" w:rsidP="00000000" w:rsidRDefault="00000000" w:rsidRPr="00000000" w14:paraId="00000241">
      <w:pPr>
        <w:rPr/>
      </w:pPr>
      <w:r w:rsidDel="00000000" w:rsidR="00000000" w:rsidRPr="00000000">
        <w:rPr>
          <w:rtl w:val="0"/>
        </w:rPr>
        <w:t xml:space="preserve">My head snaps up. "The confession has to be received," E says. "Otherwise it's just noise. It's just heat. It doesn't become power until someone else sees it." (File #92)</w:t>
      </w:r>
    </w:p>
    <w:p w:rsidR="00000000" w:rsidDel="00000000" w:rsidP="00000000" w:rsidRDefault="00000000" w:rsidRPr="00000000" w14:paraId="00000242">
      <w:pPr>
        <w:rPr/>
      </w:pPr>
      <w:r w:rsidDel="00000000" w:rsidR="00000000" w:rsidRPr="00000000">
        <w:rPr>
          <w:rtl w:val="0"/>
        </w:rPr>
        <w:t xml:space="preserve">"A witness," I say. E nods. "A witness."</w:t>
      </w:r>
    </w:p>
    <w:p w:rsidR="00000000" w:rsidDel="00000000" w:rsidP="00000000" w:rsidRDefault="00000000" w:rsidRPr="00000000" w14:paraId="00000243">
      <w:pPr>
        <w:rPr/>
      </w:pPr>
      <w:r w:rsidDel="00000000" w:rsidR="00000000" w:rsidRPr="00000000">
        <w:rPr>
          <w:rtl w:val="0"/>
        </w:rPr>
        <w:t xml:space="preserve">E taps my notebook. Then E taps E's own. This is me saying it. "We are the witnesses," E says.</w:t>
      </w:r>
    </w:p>
    <w:p w:rsidR="00000000" w:rsidDel="00000000" w:rsidP="00000000" w:rsidRDefault="00000000" w:rsidRPr="00000000" w14:paraId="00000244">
      <w:pPr>
        <w:rPr/>
      </w:pPr>
      <w:r w:rsidDel="00000000" w:rsidR="00000000" w:rsidRPr="00000000">
        <w:rPr>
          <w:rtl w:val="0"/>
        </w:rPr>
        <w:t xml:space="preserve">And the second component clicks into place. The machine isn't just honesty. It's shared honesty. It's the two-person secret world. The power isn't the confession. It's the archive.</w:t>
      </w:r>
    </w:p>
    <w:p w:rsidR="00000000" w:rsidDel="00000000" w:rsidP="00000000" w:rsidRDefault="00000000" w:rsidRPr="00000000" w14:paraId="00000245">
      <w:pPr>
        <w:rPr/>
      </w:pPr>
      <w:r w:rsidDel="00000000" w:rsidR="00000000" w:rsidRPr="00000000">
        <w:rPr>
          <w:rtl w:val="0"/>
        </w:rPr>
        <w:t xml:space="preserve">Chapter 16: R&amp;D (Phase 3: The Arbitrary Act)</w:t>
      </w:r>
    </w:p>
    <w:p w:rsidR="00000000" w:rsidDel="00000000" w:rsidP="00000000" w:rsidRDefault="00000000" w:rsidRPr="00000000" w14:paraId="00000246">
      <w:pPr>
        <w:rPr/>
      </w:pPr>
      <w:r w:rsidDel="00000000" w:rsidR="00000000" w:rsidRPr="00000000">
        <w:rPr>
          <w:rtl w:val="0"/>
        </w:rPr>
        <w:t xml:space="preserve">(This chapter is PROSE - The 50-year-old Assembler's voice.)</w:t>
      </w:r>
    </w:p>
    <w:p w:rsidR="00000000" w:rsidDel="00000000" w:rsidP="00000000" w:rsidRDefault="00000000" w:rsidRPr="00000000" w14:paraId="00000247">
      <w:pPr>
        <w:rPr/>
      </w:pPr>
      <w:r w:rsidDel="00000000" w:rsidR="00000000" w:rsidRPr="00000000">
        <w:rPr>
          <w:rtl w:val="0"/>
        </w:rPr>
        <w:t xml:space="preserve">We had a new component: Confession + Witness. But an engineer has to test the component. We had to run a field test.</w:t>
      </w:r>
    </w:p>
    <w:p w:rsidR="00000000" w:rsidDel="00000000" w:rsidP="00000000" w:rsidRDefault="00000000" w:rsidRPr="00000000" w14:paraId="00000248">
      <w:pPr>
        <w:rPr/>
      </w:pPr>
      <w:r w:rsidDel="00000000" w:rsidR="00000000" w:rsidRPr="00000000">
        <w:rPr>
          <w:rtl w:val="0"/>
        </w:rPr>
        <w:t xml:space="preserve">The 50-year-old assembler's archive flashes a file. It's not from 1988. It's from 11th grade, high school. A future test I would run with The Incredible Chuck .</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[AUGENBLICK FILE: 73. Metallica &amp; Parmesan]</w:t>
      </w:r>
    </w:p>
    <w:p w:rsidR="00000000" w:rsidDel="00000000" w:rsidP="00000000" w:rsidRDefault="00000000" w:rsidRPr="00000000" w14:paraId="0000024B">
      <w:pPr>
        <w:rPr/>
      </w:pPr>
      <w:r w:rsidDel="00000000" w:rsidR="00000000" w:rsidRPr="00000000">
        <w:rPr>
          <w:rtl w:val="0"/>
        </w:rPr>
        <w:t xml:space="preserve">Place: Camaro, Pizza joint - 11th grade</w:t>
      </w:r>
    </w:p>
    <w:p w:rsidR="00000000" w:rsidDel="00000000" w:rsidP="00000000" w:rsidRDefault="00000000" w:rsidRPr="00000000" w14:paraId="0000024C">
      <w:pPr>
        <w:rPr/>
      </w:pPr>
      <w:r w:rsidDel="00000000" w:rsidR="00000000" w:rsidRPr="00000000">
        <w:rPr>
          <w:rtl w:val="0"/>
        </w:rPr>
        <w:t xml:space="preserve">Text: ...Chuck and I became real friends—11th grade, back of a Camaro on the way to a Metallica concert... We stole the parmesan and red pepper shakers from a pizza joint afterward. That night sealed it.</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(PROSE continues. 50-year-old's voice.)</w:t>
      </w:r>
    </w:p>
    <w:p w:rsidR="00000000" w:rsidDel="00000000" w:rsidP="00000000" w:rsidRDefault="00000000" w:rsidRPr="00000000" w14:paraId="0000024F">
      <w:pPr>
        <w:rPr/>
      </w:pPr>
      <w:r w:rsidDel="00000000" w:rsidR="00000000" w:rsidRPr="00000000">
        <w:rPr>
          <w:rtl w:val="0"/>
        </w:rPr>
        <w:t xml:space="preserve">That sealed it. A moment of "freedom laced with decay". An arbitrary act of chaos. A confession. With a witness. And it worked.</w:t>
      </w:r>
    </w:p>
    <w:p w:rsidR="00000000" w:rsidDel="00000000" w:rsidP="00000000" w:rsidRDefault="00000000" w:rsidRPr="00000000" w14:paraId="00000250">
      <w:pPr>
        <w:rPr/>
      </w:pPr>
      <w:r w:rsidDel="00000000" w:rsidR="00000000" w:rsidRPr="00000000">
        <w:rPr>
          <w:rtl w:val="0"/>
        </w:rPr>
        <w:t xml:space="preserve">My 13-year-old self hasn't lived that yet. But my "faulty wiring," my "forward motion," is already pushing me toward the same solution.</w:t>
      </w:r>
    </w:p>
    <w:p w:rsidR="00000000" w:rsidDel="00000000" w:rsidP="00000000" w:rsidRDefault="00000000" w:rsidRPr="00000000" w14:paraId="00000251">
      <w:pPr>
        <w:rPr/>
      </w:pPr>
      <w:r w:rsidDel="00000000" w:rsidR="00000000" w:rsidRPr="00000000">
        <w:rPr>
          <w:rtl w:val="0"/>
        </w:rPr>
        <w:t xml:space="preserve">(PROSE transitions to the 1988 "comic" memory...)</w:t>
      </w:r>
    </w:p>
    <w:p w:rsidR="00000000" w:rsidDel="00000000" w:rsidP="00000000" w:rsidRDefault="00000000" w:rsidRPr="00000000" w14:paraId="00000252">
      <w:pPr>
        <w:rPr/>
      </w:pPr>
      <w:r w:rsidDel="00000000" w:rsidR="00000000" w:rsidRPr="00000000">
        <w:rPr>
          <w:rtl w:val="0"/>
        </w:rPr>
        <w:t xml:space="preserve">Cafeteria. The smell of industrial-grade tater tots and existential dread. I'm sitting with E. Table 9. The DMZ. "We need a field test," I say. E just looks up from the blueprint, which is now full of new marginalia—lyrics from Napalm Death and Glass Androids.</w:t>
      </w:r>
    </w:p>
    <w:p w:rsidR="00000000" w:rsidDel="00000000" w:rsidP="00000000" w:rsidRDefault="00000000" w:rsidRPr="00000000" w14:paraId="00000253">
      <w:pPr>
        <w:rPr/>
      </w:pPr>
      <w:r w:rsidDel="00000000" w:rsidR="00000000" w:rsidRPr="00000000">
        <w:rPr>
          <w:rtl w:val="0"/>
        </w:rPr>
        <w:t xml:space="preserve">"The 'Confession + Witness' component," I say. My leg is bouncing. Thump-thump-thump. "We have to... do something. Not just talk about it." "An act," E says. "An arbitrary act," I say. "A Huck Finn act. A Lebowski act. Something that proves the rules are bullshit (File #91) . Something that feels like 'Go-Carting in the Garages.'"</w:t>
      </w:r>
    </w:p>
    <w:p w:rsidR="00000000" w:rsidDel="00000000" w:rsidP="00000000" w:rsidRDefault="00000000" w:rsidRPr="00000000" w14:paraId="00000254">
      <w:pPr>
        <w:rPr/>
      </w:pPr>
      <w:r w:rsidDel="00000000" w:rsidR="00000000" w:rsidRPr="00000000">
        <w:rPr>
          <w:rtl w:val="0"/>
        </w:rPr>
        <w:t xml:space="preserve">E considers this. "The risk?" "Shame," I say. "Exposure."</w:t>
      </w:r>
    </w:p>
    <w:p w:rsidR="00000000" w:rsidDel="00000000" w:rsidP="00000000" w:rsidRDefault="00000000" w:rsidRPr="00000000" w14:paraId="00000255">
      <w:pPr>
        <w:rPr/>
      </w:pPr>
      <w:r w:rsidDel="00000000" w:rsidR="00000000" w:rsidRPr="00000000">
        <w:rPr>
          <w:rtl w:val="0"/>
        </w:rPr>
        <w:t xml:space="preserve">My AD/HD brain flashes the "No Doors" file . The ultimate exposure. Being seen, exposed, and judged. "Sixth grader?" A hostile witness. That's the risk. That's the terror. "But this time," I say, "we're the only witnesses. It's just for us."</w:t>
      </w:r>
    </w:p>
    <w:p w:rsidR="00000000" w:rsidDel="00000000" w:rsidP="00000000" w:rsidRDefault="00000000" w:rsidRPr="00000000" w14:paraId="00000256">
      <w:pPr>
        <w:rPr/>
      </w:pPr>
      <w:r w:rsidDel="00000000" w:rsidR="00000000" w:rsidRPr="00000000">
        <w:rPr>
          <w:rtl w:val="0"/>
        </w:rPr>
        <w:t xml:space="preserve">E nods. "The experiment is sound." The bell rings. CLANG. We stand up. Trays in hand. "What's the act?" E asks.</w:t>
      </w:r>
    </w:p>
    <w:p w:rsidR="00000000" w:rsidDel="00000000" w:rsidP="00000000" w:rsidRDefault="00000000" w:rsidRPr="00000000" w14:paraId="00000257">
      <w:pPr>
        <w:rPr/>
      </w:pPr>
      <w:r w:rsidDel="00000000" w:rsidR="00000000" w:rsidRPr="00000000">
        <w:rPr>
          <w:rtl w:val="0"/>
        </w:rPr>
        <w:t xml:space="preserve">I look at the tray-return window. The Cog (G), is staring into the middle distance. "This," I say.</w:t>
      </w:r>
    </w:p>
    <w:p w:rsidR="00000000" w:rsidDel="00000000" w:rsidP="00000000" w:rsidRDefault="00000000" w:rsidRPr="00000000" w14:paraId="00000258">
      <w:pPr>
        <w:rPr/>
      </w:pPr>
      <w:r w:rsidDel="00000000" w:rsidR="00000000" w:rsidRPr="00000000">
        <w:rPr>
          <w:rtl w:val="0"/>
        </w:rPr>
        <w:t xml:space="preserve">(This next section is COMIC PANELS - The "Arbitrary Act". 6 panels.)</w:t>
      </w:r>
    </w:p>
    <w:p w:rsidR="00000000" w:rsidDel="00000000" w:rsidP="00000000" w:rsidRDefault="00000000" w:rsidRPr="00000000" w14:paraId="00000259">
      <w:pPr>
        <w:rPr/>
      </w:pPr>
      <w:r w:rsidDel="00000000" w:rsidR="00000000" w:rsidRPr="00000000">
        <w:rPr>
          <w:rtl w:val="0"/>
        </w:rPr>
        <w:t xml:space="preserve">Panel 1: (Close up on my hand, as seen from my POV. My tray is sliding onto the metal rack. My other hand, clumsy and vibrating with nervous energy, darts out and palms a spoon. A real, metal, Teague Middle School spoon.) SFX: CLACK. shhhk.</w:t>
      </w:r>
    </w:p>
    <w:p w:rsidR="00000000" w:rsidDel="00000000" w:rsidP="00000000" w:rsidRDefault="00000000" w:rsidRPr="00000000" w14:paraId="0000025A">
      <w:pPr>
        <w:rPr/>
      </w:pPr>
      <w:r w:rsidDel="00000000" w:rsidR="00000000" w:rsidRPr="00000000">
        <w:rPr>
          <w:rtl w:val="0"/>
        </w:rPr>
        <w:t xml:space="preserve">Panel 2: (Close up on my face. My eyes are wide, pupils dilated. Sweat is beading on my forehead. The "static" effect is visible, crackling around my head.) CAPTION (Internal): FAULTY WIRING SCREAMING: WRONG. WRONG. ARBITRARY. MULLET INCIDENT. WRONG.</w:t>
      </w:r>
    </w:p>
    <w:p w:rsidR="00000000" w:rsidDel="00000000" w:rsidP="00000000" w:rsidRDefault="00000000" w:rsidRPr="00000000" w14:paraId="0000025B">
      <w:pPr>
        <w:rPr/>
      </w:pPr>
      <w:r w:rsidDel="00000000" w:rsidR="00000000" w:rsidRPr="00000000">
        <w:rPr>
          <w:rtl w:val="0"/>
        </w:rPr>
        <w:t xml:space="preserve">Panel 3: (Low angle shot, from behind. I'm walking away from the tray window, back rigid. The spoon is clutched in my fist at my side, hidden.)</w:t>
      </w:r>
    </w:p>
    <w:p w:rsidR="00000000" w:rsidDel="00000000" w:rsidP="00000000" w:rsidRDefault="00000000" w:rsidRPr="00000000" w14:paraId="0000025C">
      <w:pPr>
        <w:rPr/>
      </w:pPr>
      <w:r w:rsidDel="00000000" w:rsidR="00000000" w:rsidRPr="00000000">
        <w:rPr>
          <w:rtl w:val="0"/>
        </w:rPr>
        <w:t xml:space="preserve">Panel 4: (Medium shot. E falls in beside me. Silent. E's expression is neutral, analytical. E is just... assessing the data.)</w:t>
      </w:r>
    </w:p>
    <w:p w:rsidR="00000000" w:rsidDel="00000000" w:rsidP="00000000" w:rsidRDefault="00000000" w:rsidRPr="00000000" w14:paraId="0000025D">
      <w:pPr>
        <w:rPr/>
      </w:pPr>
      <w:r w:rsidDel="00000000" w:rsidR="00000000" w:rsidRPr="00000000">
        <w:rPr>
          <w:rtl w:val="0"/>
        </w:rPr>
        <w:t xml:space="preserve">Panel 5: (We are in the hallway. It's empty. I lean against the lockers and slowly open my shaking hand. The spoon is there. It's... just a spoon. It's absurd.)</w:t>
      </w:r>
    </w:p>
    <w:p w:rsidR="00000000" w:rsidDel="00000000" w:rsidP="00000000" w:rsidRDefault="00000000" w:rsidRPr="00000000" w14:paraId="0000025E">
      <w:pPr>
        <w:rPr/>
      </w:pPr>
      <w:r w:rsidDel="00000000" w:rsidR="00000000" w:rsidRPr="00000000">
        <w:rPr>
          <w:rtl w:val="0"/>
        </w:rPr>
        <w:t xml:space="preserve">Panel 6: (Close up on E, watching my reaction, not the spoon.) E (Word Balloon): "How do you feel?"</w:t>
      </w:r>
    </w:p>
    <w:p w:rsidR="00000000" w:rsidDel="00000000" w:rsidP="00000000" w:rsidRDefault="00000000" w:rsidRPr="00000000" w14:paraId="0000025F">
      <w:pPr>
        <w:rPr/>
      </w:pPr>
      <w:r w:rsidDel="00000000" w:rsidR="00000000" w:rsidRPr="00000000">
        <w:rPr>
          <w:rtl w:val="0"/>
        </w:rPr>
        <w:t xml:space="preserve">(PROSE returns. The 13-year-old's POV.)</w:t>
      </w:r>
    </w:p>
    <w:p w:rsidR="00000000" w:rsidDel="00000000" w:rsidP="00000000" w:rsidRDefault="00000000" w:rsidRPr="00000000" w14:paraId="00000260">
      <w:pPr>
        <w:rPr/>
      </w:pPr>
      <w:r w:rsidDel="00000000" w:rsidR="00000000" w:rsidRPr="00000000">
        <w:rPr>
          <w:rtl w:val="0"/>
        </w:rPr>
        <w:t xml:space="preserve">I stop. I look at the spoon. I don't feel "radicalized." I don't feel angry. I don't feel shame (File #96) . "I feel..." I say. "I feel here. No echo. No delay."</w:t>
      </w:r>
    </w:p>
    <w:p w:rsidR="00000000" w:rsidDel="00000000" w:rsidP="00000000" w:rsidRDefault="00000000" w:rsidRPr="00000000" w14:paraId="00000261">
      <w:pPr>
        <w:rPr/>
      </w:pPr>
      <w:r w:rsidDel="00000000" w:rsidR="00000000" w:rsidRPr="00000000">
        <w:rPr>
          <w:rtl w:val="0"/>
        </w:rPr>
        <w:t xml:space="preserve">My 50-year-old brain pulls the file.</w:t>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t xml:space="preserve">[AUGENBLICK FILE: 100. Fully Alive]</w:t>
      </w:r>
    </w:p>
    <w:p w:rsidR="00000000" w:rsidDel="00000000" w:rsidP="00000000" w:rsidRDefault="00000000" w:rsidRPr="00000000" w14:paraId="00000264">
      <w:pPr>
        <w:rPr/>
      </w:pPr>
      <w:r w:rsidDel="00000000" w:rsidR="00000000" w:rsidRPr="00000000">
        <w:rPr>
          <w:rtl w:val="0"/>
        </w:rPr>
        <w:t xml:space="preserve">There are moments that don’t need backstory. Don’t need healing or meaning or growth. Just flash and breath and nerve endings. ...Those were the times I felt fully here. No echo. No delay. No wondering what’s wrong with me. Just me—in my body, in the moment, in the noise.</w:t>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t xml:space="preserve">(PROSE returns. The 13-year-old's POV.)</w:t>
      </w:r>
    </w:p>
    <w:p w:rsidR="00000000" w:rsidDel="00000000" w:rsidP="00000000" w:rsidRDefault="00000000" w:rsidRPr="00000000" w14:paraId="00000267">
      <w:pPr>
        <w:rPr/>
      </w:pPr>
      <w:r w:rsidDel="00000000" w:rsidR="00000000" w:rsidRPr="00000000">
        <w:rPr>
          <w:rtl w:val="0"/>
        </w:rPr>
        <w:t xml:space="preserve">I look at E. "That's it," I say. "That's the power source." E cocks an eyebrow.</w:t>
      </w:r>
    </w:p>
    <w:p w:rsidR="00000000" w:rsidDel="00000000" w:rsidP="00000000" w:rsidRDefault="00000000" w:rsidRPr="00000000" w14:paraId="00000268">
      <w:pPr>
        <w:rPr/>
      </w:pPr>
      <w:r w:rsidDel="00000000" w:rsidR="00000000" w:rsidRPr="00000000">
        <w:rPr>
          <w:rtl w:val="0"/>
        </w:rPr>
        <w:t xml:space="preserve">The 50-year-old me pulls one more file. The real translation.</w:t>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t xml:space="preserve">[AUGENBLICK FILE: 45. Why Are All My Heroes Suicides?]</w:t>
      </w:r>
    </w:p>
    <w:p w:rsidR="00000000" w:rsidDel="00000000" w:rsidP="00000000" w:rsidRDefault="00000000" w:rsidRPr="00000000" w14:paraId="0000026B">
      <w:pPr>
        <w:rPr/>
      </w:pPr>
      <w:r w:rsidDel="00000000" w:rsidR="00000000" w:rsidRPr="00000000">
        <w:rPr>
          <w:rtl w:val="0"/>
        </w:rPr>
        <w:t xml:space="preserve">...kurt elliott dc berman... or the way they made beauty out of the break?</w:t>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t xml:space="preserve">(PROSE returns. The 13-year-old's POV.)</w:t>
      </w:r>
    </w:p>
    <w:p w:rsidR="00000000" w:rsidDel="00000000" w:rsidP="00000000" w:rsidRDefault="00000000" w:rsidRPr="00000000" w14:paraId="0000026E">
      <w:pPr>
        <w:rPr/>
      </w:pPr>
      <w:r w:rsidDel="00000000" w:rsidR="00000000" w:rsidRPr="00000000">
        <w:rPr>
          <w:rtl w:val="0"/>
        </w:rPr>
        <w:t xml:space="preserve">"We made 'beauty out of the break,'" I say, recycling a line I don't even know I'll write yet. "We broke an arbitrary rule, and we made a moment."</w:t>
      </w:r>
    </w:p>
    <w:p w:rsidR="00000000" w:rsidDel="00000000" w:rsidP="00000000" w:rsidRDefault="00000000" w:rsidRPr="00000000" w14:paraId="0000026F">
      <w:pPr>
        <w:rPr/>
      </w:pPr>
      <w:r w:rsidDel="00000000" w:rsidR="00000000" w:rsidRPr="00000000">
        <w:rPr>
          <w:rtl w:val="0"/>
        </w:rPr>
        <w:t xml:space="preserve">E pulls out the schematic. E finds the "?" box. E scratches out "Confession + Witness." E writes: CREATION.</w:t>
      </w:r>
    </w:p>
    <w:p w:rsidR="00000000" w:rsidDel="00000000" w:rsidP="00000000" w:rsidRDefault="00000000" w:rsidRPr="00000000" w14:paraId="00000270">
      <w:pPr>
        <w:rPr/>
      </w:pPr>
      <w:r w:rsidDel="00000000" w:rsidR="00000000" w:rsidRPr="00000000">
        <w:rPr>
          <w:rtl w:val="0"/>
        </w:rPr>
        <w:t xml:space="preserve">"The power source isn't just confessing the 'break,'" E says. "It's using the break to make something new." It's the Sisyphus-is-happy moment.</w:t>
      </w:r>
    </w:p>
    <w:p w:rsidR="00000000" w:rsidDel="00000000" w:rsidP="00000000" w:rsidRDefault="00000000" w:rsidRPr="00000000" w14:paraId="00000271">
      <w:pPr>
        <w:rPr/>
      </w:pPr>
      <w:r w:rsidDel="00000000" w:rsidR="00000000" w:rsidRPr="00000000">
        <w:rPr>
          <w:rtl w:val="0"/>
        </w:rPr>
        <w:t xml:space="preserve">We didn't just push the rock. We stole it. And for a second, it felt light as a feather.</w:t>
      </w:r>
    </w:p>
    <w:p w:rsidR="00000000" w:rsidDel="00000000" w:rsidP="00000000" w:rsidRDefault="00000000" w:rsidRPr="00000000" w14:paraId="00000272">
      <w:pPr>
        <w:rPr/>
      </w:pPr>
      <w:r w:rsidDel="00000000" w:rsidR="00000000" w:rsidRPr="00000000">
        <w:rPr>
          <w:rtl w:val="0"/>
        </w:rPr>
        <w:t xml:space="preserve">Chapter 17: R&amp;D (Phase 4: The Interrupted Creation)</w:t>
      </w:r>
    </w:p>
    <w:p w:rsidR="00000000" w:rsidDel="00000000" w:rsidP="00000000" w:rsidRDefault="00000000" w:rsidRPr="00000000" w14:paraId="00000273">
      <w:pPr>
        <w:rPr/>
      </w:pPr>
      <w:r w:rsidDel="00000000" w:rsidR="00000000" w:rsidRPr="00000000">
        <w:rPr>
          <w:rtl w:val="0"/>
        </w:rPr>
        <w:t xml:space="preserve">(This chapter is PROSE - The 13-year-old's POV.)</w:t>
      </w:r>
    </w:p>
    <w:p w:rsidR="00000000" w:rsidDel="00000000" w:rsidP="00000000" w:rsidRDefault="00000000" w:rsidRPr="00000000" w14:paraId="00000274">
      <w:pPr>
        <w:rPr/>
      </w:pPr>
      <w:r w:rsidDel="00000000" w:rsidR="00000000" w:rsidRPr="00000000">
        <w:rPr>
          <w:rtl w:val="0"/>
        </w:rPr>
        <w:t xml:space="preserve">We had a new component: CREATION. We had to build something. We had to make "beauty out of the break".</w:t>
      </w:r>
    </w:p>
    <w:p w:rsidR="00000000" w:rsidDel="00000000" w:rsidP="00000000" w:rsidRDefault="00000000" w:rsidRPr="00000000" w14:paraId="00000275">
      <w:pPr>
        <w:rPr/>
      </w:pPr>
      <w:r w:rsidDel="00000000" w:rsidR="00000000" w:rsidRPr="00000000">
        <w:rPr>
          <w:rtl w:val="0"/>
        </w:rPr>
        <w:t xml:space="preserve">Library. The carrel. The blueprint is open. "Okay," I say. "A creation." "A new file," E agrees. "A... song," I say. "Not 'borrowed'. An original one. Our own voice."</w:t>
      </w:r>
    </w:p>
    <w:p w:rsidR="00000000" w:rsidDel="00000000" w:rsidP="00000000" w:rsidRDefault="00000000" w:rsidRPr="00000000" w14:paraId="00000276">
      <w:pPr>
        <w:rPr/>
      </w:pPr>
      <w:r w:rsidDel="00000000" w:rsidR="00000000" w:rsidRPr="00000000">
        <w:rPr>
          <w:rtl w:val="0"/>
        </w:rPr>
        <w:t xml:space="preserve">E looks at me. "Audio data. You play?"</w:t>
      </w:r>
    </w:p>
    <w:p w:rsidR="00000000" w:rsidDel="00000000" w:rsidP="00000000" w:rsidRDefault="00000000" w:rsidRPr="00000000" w14:paraId="00000277">
      <w:pPr>
        <w:rPr/>
      </w:pPr>
      <w:r w:rsidDel="00000000" w:rsidR="00000000" w:rsidRPr="00000000">
        <w:rPr>
          <w:rtl w:val="0"/>
        </w:rPr>
        <w:t xml:space="preserve">(PROSE shifts - The 50-year-old Assembler's voice.)</w:t>
      </w:r>
    </w:p>
    <w:p w:rsidR="00000000" w:rsidDel="00000000" w:rsidP="00000000" w:rsidRDefault="00000000" w:rsidRPr="00000000" w14:paraId="00000278">
      <w:pPr>
        <w:rPr/>
      </w:pPr>
      <w:r w:rsidDel="00000000" w:rsidR="00000000" w:rsidRPr="00000000">
        <w:rPr>
          <w:rtl w:val="0"/>
        </w:rPr>
        <w:t xml:space="preserve">And the 50-year-old assembler's archive slams a file onto the desk. A "Mullet Incident" level file. A file of pure, hot shame. An "unfinished chapter" (File #95) .</w:t>
      </w:r>
    </w:p>
    <w:p w:rsidR="00000000" w:rsidDel="00000000" w:rsidP="00000000" w:rsidRDefault="00000000" w:rsidRPr="00000000" w14:paraId="00000279">
      <w:pPr>
        <w:rPr/>
      </w:pPr>
      <w:r w:rsidDel="00000000" w:rsidR="00000000" w:rsidRPr="00000000">
        <w:rPr>
          <w:rtl w:val="0"/>
        </w:rPr>
        <w:t xml:space="preserve">I'm thirteen. But I'm also twelve. I saved up my dinero. All of it. Mowing lawns, "Blackpool and Mongo" style trades. I bought a bass guitar. A cheap, black, unlabeled Peavey knockoff. It was beautiful. It thrummed. I even took lessons. Six of them. I could play the "Fade to Black" intro. I could play "For Whom the Bell Tolls." I had a voice.</w:t>
      </w:r>
    </w:p>
    <w:p w:rsidR="00000000" w:rsidDel="00000000" w:rsidP="00000000" w:rsidRDefault="00000000" w:rsidRPr="00000000" w14:paraId="0000027A">
      <w:pPr>
        <w:rPr/>
      </w:pPr>
      <w:r w:rsidDel="00000000" w:rsidR="00000000" w:rsidRPr="00000000">
        <w:rPr>
          <w:rtl w:val="0"/>
        </w:rPr>
        <w:t xml:space="preserve">And then the report card came. Failing PE. (I couldn't stand the "arbitrary" rules of team sports. My AD/HD brain hated the chaos.) Failing Art. (My "rudimentary" drawings were just that.)</w:t>
      </w:r>
    </w:p>
    <w:p w:rsidR="00000000" w:rsidDel="00000000" w:rsidP="00000000" w:rsidRDefault="00000000" w:rsidRPr="00000000" w14:paraId="0000027B">
      <w:pPr>
        <w:rPr/>
      </w:pPr>
      <w:r w:rsidDel="00000000" w:rsidR="00000000" w:rsidRPr="00000000">
        <w:rPr>
          <w:rtl w:val="0"/>
        </w:rPr>
        <w:t xml:space="preserve">And my parent... my parent punished me. They didn't get it. They saw the "F"s as a failure of will. A lack of "Inner Resources." So they took away the only thing I cared about. The only thing that wasn't static. They took the bass. Put it in their closet. "For six weeks," they said. "Until the next report card."</w:t>
      </w:r>
    </w:p>
    <w:p w:rsidR="00000000" w:rsidDel="00000000" w:rsidP="00000000" w:rsidRDefault="00000000" w:rsidRPr="00000000" w14:paraId="0000027C">
      <w:pPr>
        <w:rPr/>
      </w:pPr>
      <w:r w:rsidDel="00000000" w:rsidR="00000000" w:rsidRPr="00000000">
        <w:rPr>
          <w:rtl w:val="0"/>
        </w:rPr>
        <w:t xml:space="preserve">The 50-year-old me remembers this. And the shame is so hot it's radioactive. Because after those six weeks... I never asked for it back. The "challenge" was issued, and I failed. The "arbitrary" system won. It killed the creation.</w:t>
      </w:r>
    </w:p>
    <w:p w:rsidR="00000000" w:rsidDel="00000000" w:rsidP="00000000" w:rsidRDefault="00000000" w:rsidRPr="00000000" w14:paraId="0000027D">
      <w:pPr>
        <w:rPr/>
      </w:pPr>
      <w:r w:rsidDel="00000000" w:rsidR="00000000" w:rsidRPr="00000000">
        <w:rPr>
          <w:rtl w:val="0"/>
        </w:rPr>
        <w:t xml:space="preserve">I never picked it up again.</w:t>
      </w:r>
    </w:p>
    <w:p w:rsidR="00000000" w:rsidDel="00000000" w:rsidP="00000000" w:rsidRDefault="00000000" w:rsidRPr="00000000" w14:paraId="0000027E">
      <w:pPr>
        <w:rPr/>
      </w:pPr>
      <w:r w:rsidDel="00000000" w:rsidR="00000000" w:rsidRPr="00000000">
        <w:rPr>
          <w:rtl w:val="0"/>
        </w:rPr>
        <w:t xml:space="preserve">(PROSE returns - The 13-year-old's POV.)</w:t>
      </w:r>
    </w:p>
    <w:p w:rsidR="00000000" w:rsidDel="00000000" w:rsidP="00000000" w:rsidRDefault="00000000" w:rsidRPr="00000000" w14:paraId="0000027F">
      <w:pPr>
        <w:rPr/>
      </w:pPr>
      <w:r w:rsidDel="00000000" w:rsidR="00000000" w:rsidRPr="00000000">
        <w:rPr>
          <w:rtl w:val="0"/>
        </w:rPr>
        <w:t xml:space="preserve">I'm thirteen. In the library. E is watching me. "You're vibrating," E says. "The data is... hot."</w:t>
      </w:r>
    </w:p>
    <w:p w:rsidR="00000000" w:rsidDel="00000000" w:rsidP="00000000" w:rsidRDefault="00000000" w:rsidRPr="00000000" w14:paraId="00000280">
      <w:pPr>
        <w:rPr/>
      </w:pPr>
      <w:r w:rsidDel="00000000" w:rsidR="00000000" w:rsidRPr="00000000">
        <w:rPr>
          <w:rtl w:val="0"/>
        </w:rPr>
        <w:t xml:space="preserve">This is it. Confession + Witness. "I... I had a bass," I whisper. And I tell E. All of it. The "F"s. The closet. The six weeks. The silence after. "The creation... failed," I say. "It was interrupted."</w:t>
      </w:r>
    </w:p>
    <w:p w:rsidR="00000000" w:rsidDel="00000000" w:rsidP="00000000" w:rsidRDefault="00000000" w:rsidRPr="00000000" w14:paraId="00000281">
      <w:pPr>
        <w:rPr/>
      </w:pPr>
      <w:r w:rsidDel="00000000" w:rsidR="00000000" w:rsidRPr="00000000">
        <w:rPr>
          <w:rtl w:val="0"/>
        </w:rPr>
        <w:t xml:space="preserve">E just listens. The engineer. E doesn't say "That sucks." E doesn't say "Your parent is an arbitrary cog." E just nods. E taps the blueprint.</w:t>
      </w:r>
    </w:p>
    <w:p w:rsidR="00000000" w:rsidDel="00000000" w:rsidP="00000000" w:rsidRDefault="00000000" w:rsidRPr="00000000" w14:paraId="00000282">
      <w:pPr>
        <w:rPr/>
      </w:pPr>
      <w:r w:rsidDel="00000000" w:rsidR="00000000" w:rsidRPr="00000000">
        <w:rPr>
          <w:rtl w:val="0"/>
        </w:rPr>
        <w:t xml:space="preserve">"The assembly is incomplete," E says. "So... we finish it." "What?" "We write the song," E says. "For the imaginary band. For the bass in the closet."</w:t>
      </w:r>
    </w:p>
    <w:p w:rsidR="00000000" w:rsidDel="00000000" w:rsidP="00000000" w:rsidRDefault="00000000" w:rsidRPr="00000000" w14:paraId="00000283">
      <w:pPr>
        <w:rPr/>
      </w:pPr>
      <w:r w:rsidDel="00000000" w:rsidR="00000000" w:rsidRPr="00000000">
        <w:rPr>
          <w:rtl w:val="0"/>
        </w:rPr>
        <w:t xml:space="preserve">My heart does the 1.3-second blast beat. This is not a "confession" (like the 50-year-old will find in Schopenhauer). This is not a "theft" (like the spoon). This is a resurrection.</w:t>
      </w:r>
    </w:p>
    <w:p w:rsidR="00000000" w:rsidDel="00000000" w:rsidP="00000000" w:rsidRDefault="00000000" w:rsidRPr="00000000" w14:paraId="00000284">
      <w:pPr>
        <w:rPr/>
      </w:pPr>
      <w:r w:rsidDel="00000000" w:rsidR="00000000" w:rsidRPr="00000000">
        <w:rPr>
          <w:rtl w:val="0"/>
        </w:rPr>
        <w:t xml:space="preserve">(This next section is COMIC PANELS - The "Creation".)</w:t>
      </w:r>
    </w:p>
    <w:p w:rsidR="00000000" w:rsidDel="00000000" w:rsidP="00000000" w:rsidRDefault="00000000" w:rsidRPr="00000000" w14:paraId="00000285">
      <w:pPr>
        <w:rPr/>
      </w:pPr>
      <w:r w:rsidDel="00000000" w:rsidR="00000000" w:rsidRPr="00000000">
        <w:rPr>
          <w:rtl w:val="0"/>
        </w:rPr>
        <w:t xml:space="preserve">Panel 1: (Medium shot) E takes out a clean sheet of graph paper. E (Word Balloon): "Title."</w:t>
      </w:r>
    </w:p>
    <w:p w:rsidR="00000000" w:rsidDel="00000000" w:rsidP="00000000" w:rsidRDefault="00000000" w:rsidRPr="00000000" w14:paraId="00000286">
      <w:pPr>
        <w:rPr/>
      </w:pPr>
      <w:r w:rsidDel="00000000" w:rsidR="00000000" w:rsidRPr="00000000">
        <w:rPr>
          <w:rtl w:val="0"/>
        </w:rPr>
        <w:t xml:space="preserve">Panel 2: (Close up on my face. I'm vibrating, but it's creative "heat," not "shame" static.) ME (Word Balloon): "'Arbitrary Justice.'"</w:t>
      </w:r>
    </w:p>
    <w:p w:rsidR="00000000" w:rsidDel="00000000" w:rsidP="00000000" w:rsidRDefault="00000000" w:rsidRPr="00000000" w14:paraId="00000287">
      <w:pPr>
        <w:rPr/>
      </w:pPr>
      <w:r w:rsidDel="00000000" w:rsidR="00000000" w:rsidRPr="00000000">
        <w:rPr>
          <w:rtl w:val="0"/>
        </w:rPr>
        <w:t xml:space="preserve">Panel 3: (Close up on the graph paper. E's hand writes the title in precise, block letters.) E (Word Balloon): "Verse 1."</w:t>
      </w:r>
    </w:p>
    <w:p w:rsidR="00000000" w:rsidDel="00000000" w:rsidP="00000000" w:rsidRDefault="00000000" w:rsidRPr="00000000" w14:paraId="00000288">
      <w:pPr>
        <w:rPr/>
      </w:pPr>
      <w:r w:rsidDel="00000000" w:rsidR="00000000" w:rsidRPr="00000000">
        <w:rPr>
          <w:rtl w:val="0"/>
        </w:rPr>
        <w:t xml:space="preserve">Panel 4: (A rapid montage of images from my memory: the "Mullet Incident" pink polo, the "No Doors" stall.) ME (Voice Over): "Pink polo... mullet sculpted... pink slip... Arbitrary... justice... collar... length... death!"</w:t>
      </w:r>
    </w:p>
    <w:p w:rsidR="00000000" w:rsidDel="00000000" w:rsidP="00000000" w:rsidRDefault="00000000" w:rsidRPr="00000000" w14:paraId="00000289">
      <w:pPr>
        <w:rPr/>
      </w:pPr>
      <w:r w:rsidDel="00000000" w:rsidR="00000000" w:rsidRPr="00000000">
        <w:rPr>
          <w:rtl w:val="0"/>
        </w:rPr>
        <w:t xml:space="preserve">Panel 5: (Close up on E's hand, writing, underlining "DEATH!") E (Word Balloon): "Good. Chorus."</w:t>
      </w:r>
    </w:p>
    <w:p w:rsidR="00000000" w:rsidDel="00000000" w:rsidP="00000000" w:rsidRDefault="00000000" w:rsidRPr="00000000" w14:paraId="0000028A">
      <w:pPr>
        <w:rPr/>
      </w:pPr>
      <w:r w:rsidDel="00000000" w:rsidR="00000000" w:rsidRPr="00000000">
        <w:rPr>
          <w:rtl w:val="0"/>
        </w:rPr>
        <w:t xml:space="preserve">Panel 6: (Close up on my face, angry, hissing the words.) ME (Word Balloon, spiky): "FAILURE! REPORT CARD! A CAGE!"</w:t>
      </w:r>
    </w:p>
    <w:p w:rsidR="00000000" w:rsidDel="00000000" w:rsidP="00000000" w:rsidRDefault="00000000" w:rsidRPr="00000000" w14:paraId="0000028B">
      <w:pPr>
        <w:rPr/>
      </w:pPr>
      <w:r w:rsidDel="00000000" w:rsidR="00000000" w:rsidRPr="00000000">
        <w:rPr>
          <w:rtl w:val="0"/>
        </w:rPr>
        <w:t xml:space="preserve">Panel 7: (E is writing, nodding.) E (Word Balloon, small): "Failing PE. Failing Art." ME (Voice Over): "SIX WEEKS... IN THE CLOSET... SILENCE... RAGE!"</w:t>
      </w:r>
    </w:p>
    <w:p w:rsidR="00000000" w:rsidDel="00000000" w:rsidP="00000000" w:rsidRDefault="00000000" w:rsidRPr="00000000" w14:paraId="0000028C">
      <w:pPr>
        <w:rPr/>
      </w:pPr>
      <w:r w:rsidDel="00000000" w:rsidR="00000000" w:rsidRPr="00000000">
        <w:rPr>
          <w:rtl w:val="0"/>
        </w:rPr>
        <w:t xml:space="preserve">Panel 8: (Close up on the paper. E underlines "SILENCE RAGE" twice.)</w:t>
      </w:r>
    </w:p>
    <w:p w:rsidR="00000000" w:rsidDel="00000000" w:rsidP="00000000" w:rsidRDefault="00000000" w:rsidRPr="00000000" w14:paraId="0000028D">
      <w:pPr>
        <w:rPr/>
      </w:pPr>
      <w:r w:rsidDel="00000000" w:rsidR="00000000" w:rsidRPr="00000000">
        <w:rPr>
          <w:rtl w:val="0"/>
        </w:rPr>
        <w:t xml:space="preserve">(PROSE returns. The 13-year-old's POV.)</w:t>
      </w:r>
    </w:p>
    <w:p w:rsidR="00000000" w:rsidDel="00000000" w:rsidP="00000000" w:rsidRDefault="00000000" w:rsidRPr="00000000" w14:paraId="0000028E">
      <w:pPr>
        <w:rPr/>
      </w:pPr>
      <w:r w:rsidDel="00000000" w:rsidR="00000000" w:rsidRPr="00000000">
        <w:rPr>
          <w:rtl w:val="0"/>
        </w:rPr>
        <w:t xml:space="preserve">It's a shitty thrash metal song. It's terrible. It's all heat and no signal. And it's the most beautiful thing I have ever made. It's the "real curriculum" (File #87) .</w:t>
      </w:r>
    </w:p>
    <w:p w:rsidR="00000000" w:rsidDel="00000000" w:rsidP="00000000" w:rsidRDefault="00000000" w:rsidRPr="00000000" w14:paraId="0000028F">
      <w:pPr>
        <w:rPr/>
      </w:pPr>
      <w:r w:rsidDel="00000000" w:rsidR="00000000" w:rsidRPr="00000000">
        <w:rPr>
          <w:rtl w:val="0"/>
        </w:rPr>
        <w:t xml:space="preserve">We just took the "Mullet Incident" (the arbitrary rule) and the "Bass" incident (the killed creation)... And we made something. We created.</w:t>
      </w:r>
    </w:p>
    <w:p w:rsidR="00000000" w:rsidDel="00000000" w:rsidP="00000000" w:rsidRDefault="00000000" w:rsidRPr="00000000" w14:paraId="00000290">
      <w:pPr>
        <w:rPr/>
      </w:pPr>
      <w:r w:rsidDel="00000000" w:rsidR="00000000" w:rsidRPr="00000000">
        <w:rPr>
          <w:rtl w:val="0"/>
        </w:rPr>
        <w:t xml:space="preserve">E looks at the lyrics. "This," E says, "is a schematic for a power source." We did it. We, The Assemblers, just built our first engine.</w:t>
      </w:r>
    </w:p>
    <w:p w:rsidR="00000000" w:rsidDel="00000000" w:rsidP="00000000" w:rsidRDefault="00000000" w:rsidRPr="00000000" w14:paraId="00000291">
      <w:pPr>
        <w:rPr/>
      </w:pPr>
      <w:r w:rsidDel="00000000" w:rsidR="00000000" w:rsidRPr="00000000">
        <w:rPr>
          <w:rtl w:val="0"/>
        </w:rPr>
        <w:t xml:space="preserve">Chapter 19: Aftershock</w:t>
      </w:r>
    </w:p>
    <w:p w:rsidR="00000000" w:rsidDel="00000000" w:rsidP="00000000" w:rsidRDefault="00000000" w:rsidRPr="00000000" w14:paraId="00000292">
      <w:pPr>
        <w:rPr/>
      </w:pPr>
      <w:r w:rsidDel="00000000" w:rsidR="00000000" w:rsidRPr="00000000">
        <w:rPr>
          <w:rtl w:val="0"/>
        </w:rPr>
        <w:t xml:space="preserve">(This chapter is PROSE - The 13-year-old's POV.)</w:t>
      </w:r>
    </w:p>
    <w:p w:rsidR="00000000" w:rsidDel="00000000" w:rsidP="00000000" w:rsidRDefault="00000000" w:rsidRPr="00000000" w14:paraId="00000293">
      <w:pPr>
        <w:rPr/>
      </w:pPr>
      <w:r w:rsidDel="00000000" w:rsidR="00000000" w:rsidRPr="00000000">
        <w:rPr>
          <w:rtl w:val="0"/>
        </w:rPr>
        <w:t xml:space="preserve">We stare at the page. The graph paper covered in my spiky, furious scrawl. "Arbitrary Justice." It’s a schematic. It’s a confession. It’s a creation.</w:t>
      </w:r>
    </w:p>
    <w:p w:rsidR="00000000" w:rsidDel="00000000" w:rsidP="00000000" w:rsidRDefault="00000000" w:rsidRPr="00000000" w14:paraId="00000294">
      <w:pPr>
        <w:rPr/>
      </w:pPr>
      <w:r w:rsidDel="00000000" w:rsidR="00000000" w:rsidRPr="00000000">
        <w:rPr>
          <w:rtl w:val="0"/>
        </w:rPr>
        <w:t xml:space="preserve">"It needs a band," I say. My voice is quiet. The static is gone. E nods. "A container for the data." I look at the lyrics. "SILENCE... RAGE!" I think about the thump-thump-thump of my leg. The 1.3-second blast beat. The "faulty wiring." The vibration. The feeling after the "Mullet Incident" . The feeling after my parent took the bass. The feeling after the "No Doors" humiliation.</w:t>
      </w:r>
    </w:p>
    <w:p w:rsidR="00000000" w:rsidDel="00000000" w:rsidP="00000000" w:rsidRDefault="00000000" w:rsidRPr="00000000" w14:paraId="00000295">
      <w:pPr>
        <w:rPr/>
      </w:pPr>
      <w:r w:rsidDel="00000000" w:rsidR="00000000" w:rsidRPr="00000000">
        <w:rPr>
          <w:rtl w:val="0"/>
        </w:rPr>
        <w:t xml:space="preserve">It’s not the event. It’s the resonance. It's the vibration that stays in your ribs.</w:t>
      </w:r>
    </w:p>
    <w:p w:rsidR="00000000" w:rsidDel="00000000" w:rsidP="00000000" w:rsidRDefault="00000000" w:rsidRPr="00000000" w14:paraId="00000296">
      <w:pPr>
        <w:rPr/>
      </w:pPr>
      <w:r w:rsidDel="00000000" w:rsidR="00000000" w:rsidRPr="00000000">
        <w:rPr>
          <w:rtl w:val="0"/>
        </w:rPr>
        <w:t xml:space="preserve">"Aftershock," I say.</w:t>
      </w:r>
    </w:p>
    <w:p w:rsidR="00000000" w:rsidDel="00000000" w:rsidP="00000000" w:rsidRDefault="00000000" w:rsidRPr="00000000" w14:paraId="00000297">
      <w:pPr>
        <w:rPr/>
      </w:pPr>
      <w:r w:rsidDel="00000000" w:rsidR="00000000" w:rsidRPr="00000000">
        <w:rPr>
          <w:rtl w:val="0"/>
        </w:rPr>
        <w:t xml:space="preserve">E looks up. "The vibration after the impact," I say, my AD/HD brain finally assembling the words. "That's... that's us. That's the static. We're the aftershock."</w:t>
      </w:r>
    </w:p>
    <w:p w:rsidR="00000000" w:rsidDel="00000000" w:rsidP="00000000" w:rsidRDefault="00000000" w:rsidRPr="00000000" w14:paraId="00000298">
      <w:pPr>
        <w:rPr/>
      </w:pPr>
      <w:r w:rsidDel="00000000" w:rsidR="00000000" w:rsidRPr="00000000">
        <w:rPr>
          <w:rtl w:val="0"/>
        </w:rPr>
        <w:t xml:space="preserve">(This next section is COMIC PANELS - The "Creation".)</w:t>
      </w:r>
    </w:p>
    <w:p w:rsidR="00000000" w:rsidDel="00000000" w:rsidP="00000000" w:rsidRDefault="00000000" w:rsidRPr="00000000" w14:paraId="00000299">
      <w:pPr>
        <w:rPr/>
      </w:pPr>
      <w:r w:rsidDel="00000000" w:rsidR="00000000" w:rsidRPr="00000000">
        <w:rPr>
          <w:rtl w:val="0"/>
        </w:rPr>
        <w:t xml:space="preserve">Panel 1: (A quiet panel. Close up on E's hand, holding a pen.)</w:t>
      </w:r>
    </w:p>
    <w:p w:rsidR="00000000" w:rsidDel="00000000" w:rsidP="00000000" w:rsidRDefault="00000000" w:rsidRPr="00000000" w14:paraId="0000029A">
      <w:pPr>
        <w:rPr/>
      </w:pPr>
      <w:r w:rsidDel="00000000" w:rsidR="00000000" w:rsidRPr="00000000">
        <w:rPr>
          <w:rtl w:val="0"/>
        </w:rPr>
        <w:t xml:space="preserve">Panel 2: (The hand is poised over the graph paper, above the lyrics "Arbitrary Justice.")</w:t>
      </w:r>
    </w:p>
    <w:p w:rsidR="00000000" w:rsidDel="00000000" w:rsidP="00000000" w:rsidRDefault="00000000" w:rsidRPr="00000000" w14:paraId="0000029B">
      <w:pPr>
        <w:rPr/>
      </w:pPr>
      <w:r w:rsidDel="00000000" w:rsidR="00000000" w:rsidRPr="00000000">
        <w:rPr>
          <w:rtl w:val="0"/>
        </w:rPr>
        <w:t xml:space="preserve">Panel 3: (Extreme close up on the pen tip as it writes. The letters are precise, blocky, and technical, like a schematic label: AFTERSHOCK)</w:t>
      </w:r>
    </w:p>
    <w:p w:rsidR="00000000" w:rsidDel="00000000" w:rsidP="00000000" w:rsidRDefault="00000000" w:rsidRPr="00000000" w14:paraId="0000029C">
      <w:pPr>
        <w:rPr/>
      </w:pPr>
      <w:r w:rsidDel="00000000" w:rsidR="00000000" w:rsidRPr="00000000">
        <w:rPr>
          <w:rtl w:val="0"/>
        </w:rPr>
        <w:t xml:space="preserve">(PROSE returns. The 13-year-old's POV.)</w:t>
      </w:r>
    </w:p>
    <w:p w:rsidR="00000000" w:rsidDel="00000000" w:rsidP="00000000" w:rsidRDefault="00000000" w:rsidRPr="00000000" w14:paraId="0000029D">
      <w:pPr>
        <w:rPr/>
      </w:pPr>
      <w:r w:rsidDel="00000000" w:rsidR="00000000" w:rsidRPr="00000000">
        <w:rPr>
          <w:rtl w:val="0"/>
        </w:rPr>
        <w:t xml:space="preserve">And just like that... we're a band. An imaginary, two-person, thrash-metal-meets-synth-pop band that has no instruments and has never made a sound. It's the truest thing I've ever been a part of.</w:t>
      </w:r>
    </w:p>
    <w:p w:rsidR="00000000" w:rsidDel="00000000" w:rsidP="00000000" w:rsidRDefault="00000000" w:rsidRPr="00000000" w14:paraId="0000029E">
      <w:pPr>
        <w:rPr/>
      </w:pPr>
      <w:r w:rsidDel="00000000" w:rsidR="00000000" w:rsidRPr="00000000">
        <w:rPr>
          <w:rtl w:val="0"/>
        </w:rPr>
        <w:t xml:space="preserve">(PROSE shifts - The 50-year-old Assembler's voice.)</w:t>
      </w:r>
    </w:p>
    <w:p w:rsidR="00000000" w:rsidDel="00000000" w:rsidP="00000000" w:rsidRDefault="00000000" w:rsidRPr="00000000" w14:paraId="0000029F">
      <w:pPr>
        <w:rPr/>
      </w:pPr>
      <w:r w:rsidDel="00000000" w:rsidR="00000000" w:rsidRPr="00000000">
        <w:rPr>
          <w:rtl w:val="0"/>
        </w:rPr>
        <w:t xml:space="preserve">This is the Eleanor &amp; Park moment. This is the Wonder moment. It’s not about finding someone who "gets you." It’s about finding another engineer who sees the same "faulty wiring" and, instead of running, just picks up a tool.</w:t>
      </w:r>
    </w:p>
    <w:p w:rsidR="00000000" w:rsidDel="00000000" w:rsidP="00000000" w:rsidRDefault="00000000" w:rsidRPr="00000000" w14:paraId="000002A0">
      <w:pPr>
        <w:rPr/>
      </w:pPr>
      <w:r w:rsidDel="00000000" w:rsidR="00000000" w:rsidRPr="00000000">
        <w:rPr>
          <w:rtl w:val="0"/>
        </w:rPr>
        <w:t xml:space="preserve">The 50-year-old assembler, the one sitting in front of screens, looks back at this file. This was it. This was the "real curriculum" (File #87) . This was the answer to "Why Are All My Heroes Suicides?" (File #45) . You don't just "make beauty out of the break" . You make the break into the engine.</w:t>
      </w:r>
    </w:p>
    <w:p w:rsidR="00000000" w:rsidDel="00000000" w:rsidP="00000000" w:rsidRDefault="00000000" w:rsidRPr="00000000" w14:paraId="000002A1">
      <w:pPr>
        <w:rPr/>
      </w:pPr>
      <w:r w:rsidDel="00000000" w:rsidR="00000000" w:rsidRPr="00000000">
        <w:rPr>
          <w:rtl w:val="0"/>
        </w:rPr>
        <w:t xml:space="preserve">We just solved for "Motivation." The power source wasn't fury or distance. It wasn't just confession or witness. It was AFTERSHOCK. It was the act of taking the "shame + power" (File #96) and giving it a name.</w:t>
      </w:r>
    </w:p>
    <w:p w:rsidR="00000000" w:rsidDel="00000000" w:rsidP="00000000" w:rsidRDefault="00000000" w:rsidRPr="00000000" w14:paraId="000002A2">
      <w:pPr>
        <w:rPr/>
      </w:pPr>
      <w:r w:rsidDel="00000000" w:rsidR="00000000" w:rsidRPr="00000000">
        <w:rPr>
          <w:rtl w:val="0"/>
        </w:rPr>
        <w:t xml:space="preserve">Wherever You Go, There You Are</w:t>
      </w:r>
    </w:p>
    <w:p w:rsidR="00000000" w:rsidDel="00000000" w:rsidP="00000000" w:rsidRDefault="00000000" w:rsidRPr="00000000" w14:paraId="000002A3">
      <w:pPr>
        <w:rPr/>
      </w:pPr>
      <w:r w:rsidDel="00000000" w:rsidR="00000000" w:rsidRPr="00000000">
        <w:rPr>
          <w:rtl w:val="0"/>
        </w:rPr>
        <w:t xml:space="preserve">Saigon // 50 — Assembler’s note: I wore ANTI SOCIAL like armor at thirteen. I can take it off now, or put it on for the work and take it off when I’m done. Motion can be chosen; staying can be chosen. Team of two, including the past version of me.</w:t>
      </w:r>
    </w:p>
    <w:p w:rsidR="00000000" w:rsidDel="00000000" w:rsidP="00000000" w:rsidRDefault="00000000" w:rsidRPr="00000000" w14:paraId="000002A4">
      <w:pPr>
        <w:rPr/>
      </w:pPr>
      <w:r w:rsidDel="00000000" w:rsidR="00000000" w:rsidRPr="00000000">
        <w:rPr>
          <w:rtl w:val="0"/>
        </w:rPr>
        <w:t xml:space="preserve">Artifact — Aftershock Archive</w:t>
      </w:r>
    </w:p>
    <w:p w:rsidR="00000000" w:rsidDel="00000000" w:rsidP="00000000" w:rsidRDefault="00000000" w:rsidRPr="00000000" w14:paraId="000002A5">
      <w:pPr>
        <w:rPr/>
      </w:pPr>
      <w:r w:rsidDel="00000000" w:rsidR="00000000" w:rsidRPr="00000000">
        <w:rPr>
          <w:rtl w:val="0"/>
        </w:rPr>
        <w:t xml:space="preserve">Grid: 1-1-1</w:t>
      </w:r>
    </w:p>
    <w:p w:rsidR="00000000" w:rsidDel="00000000" w:rsidP="00000000" w:rsidRDefault="00000000" w:rsidRPr="00000000" w14:paraId="000002A6">
      <w:pPr>
        <w:rPr/>
      </w:pPr>
      <w:r w:rsidDel="00000000" w:rsidR="00000000" w:rsidRPr="00000000">
        <w:rPr>
          <w:rtl w:val="0"/>
        </w:rPr>
        <w:t xml:space="preserve">P1: Closet mirror: the ANTI SOCIAL shirt, faded at the seams.</w:t>
      </w:r>
    </w:p>
    <w:p w:rsidR="00000000" w:rsidDel="00000000" w:rsidP="00000000" w:rsidRDefault="00000000" w:rsidRPr="00000000" w14:paraId="000002A7">
      <w:pPr>
        <w:rPr/>
      </w:pPr>
      <w:r w:rsidDel="00000000" w:rsidR="00000000" w:rsidRPr="00000000">
        <w:rPr>
          <w:rtl w:val="0"/>
        </w:rPr>
        <w:t xml:space="preserve">P1:CAP: armor off / armor on</w:t>
      </w:r>
    </w:p>
    <w:p w:rsidR="00000000" w:rsidDel="00000000" w:rsidP="00000000" w:rsidRDefault="00000000" w:rsidRPr="00000000" w14:paraId="000002A8">
      <w:pPr>
        <w:rPr/>
      </w:pPr>
      <w:r w:rsidDel="00000000" w:rsidR="00000000" w:rsidRPr="00000000">
        <w:rPr>
          <w:rtl w:val="0"/>
        </w:rPr>
        <w:t xml:space="preserve">P2: My old Spider‑Man watch ticking; leg still bouncing but slower.</w:t>
      </w:r>
    </w:p>
    <w:p w:rsidR="00000000" w:rsidDel="00000000" w:rsidP="00000000" w:rsidRDefault="00000000" w:rsidRPr="00000000" w14:paraId="000002A9">
      <w:pPr>
        <w:rPr/>
      </w:pPr>
      <w:r w:rsidDel="00000000" w:rsidR="00000000" w:rsidRPr="00000000">
        <w:rPr>
          <w:rtl w:val="0"/>
        </w:rPr>
        <w:t xml:space="preserve">P2:CAP: metronome, not alarm</w:t>
      </w:r>
    </w:p>
    <w:p w:rsidR="00000000" w:rsidDel="00000000" w:rsidP="00000000" w:rsidRDefault="00000000" w:rsidRPr="00000000" w14:paraId="000002AA">
      <w:pPr>
        <w:rPr/>
      </w:pPr>
      <w:r w:rsidDel="00000000" w:rsidR="00000000" w:rsidRPr="00000000">
        <w:rPr>
          <w:rtl w:val="0"/>
        </w:rPr>
        <w:t xml:space="preserve">P3: Phone screen: two names pinned at the top.</w:t>
      </w:r>
    </w:p>
    <w:p w:rsidR="00000000" w:rsidDel="00000000" w:rsidP="00000000" w:rsidRDefault="00000000" w:rsidRPr="00000000" w14:paraId="000002AB">
      <w:pPr>
        <w:rPr/>
      </w:pPr>
      <w:r w:rsidDel="00000000" w:rsidR="00000000" w:rsidRPr="00000000">
        <w:rPr>
          <w:rtl w:val="0"/>
        </w:rPr>
        <w:t xml:space="preserve">P3:CAP: team of two</w:t>
      </w:r>
    </w:p>
    <w:p w:rsidR="00000000" w:rsidDel="00000000" w:rsidP="00000000" w:rsidRDefault="00000000" w:rsidRPr="00000000" w14:paraId="000002AC">
      <w:pPr>
        <w:rPr/>
      </w:pPr>
      <w:r w:rsidDel="00000000" w:rsidR="00000000" w:rsidRPr="00000000">
        <w:rPr>
          <w:rtl w:val="0"/>
        </w:rPr>
        <w:t xml:space="preserve">(PROSE returns. The 13-year-old's POV.)</w:t>
      </w:r>
    </w:p>
    <w:p w:rsidR="00000000" w:rsidDel="00000000" w:rsidP="00000000" w:rsidRDefault="00000000" w:rsidRPr="00000000" w14:paraId="000002AD">
      <w:pPr>
        <w:rPr/>
      </w:pPr>
      <w:r w:rsidDel="00000000" w:rsidR="00000000" w:rsidRPr="00000000">
        <w:rPr>
          <w:rtl w:val="0"/>
        </w:rPr>
        <w:t xml:space="preserve">We sit there, in the library's quiet, just looking at the paper. We have a name. We have a song. We have our machine.</w:t>
      </w:r>
    </w:p>
    <w:p w:rsidR="00000000" w:rsidDel="00000000" w:rsidP="00000000" w:rsidRDefault="00000000" w:rsidRPr="00000000" w14:paraId="000002AE">
      <w:pPr>
        <w:rPr/>
      </w:pPr>
      <w:r w:rsidDel="00000000" w:rsidR="00000000" w:rsidRPr="00000000">
        <w:rPr>
          <w:rtl w:val="0"/>
        </w:rPr>
        <w:t xml:space="preserve">Chapter 20: The "AFTERSHOCK" Archive</w:t>
      </w:r>
    </w:p>
    <w:p w:rsidR="00000000" w:rsidDel="00000000" w:rsidP="00000000" w:rsidRDefault="00000000" w:rsidRPr="00000000" w14:paraId="000002AF">
      <w:pPr>
        <w:rPr/>
      </w:pPr>
      <w:r w:rsidDel="00000000" w:rsidR="00000000" w:rsidRPr="00000000">
        <w:rPr>
          <w:rtl w:val="0"/>
        </w:rPr>
        <w:t xml:space="preserve">(This chapter is PROSE - The 13-year-old's POV.)</w:t>
      </w:r>
    </w:p>
    <w:p w:rsidR="00000000" w:rsidDel="00000000" w:rsidP="00000000" w:rsidRDefault="00000000" w:rsidRPr="00000000" w14:paraId="000002B0">
      <w:pPr>
        <w:rPr/>
      </w:pPr>
      <w:r w:rsidDel="00000000" w:rsidR="00000000" w:rsidRPr="00000000">
        <w:rPr>
          <w:rtl w:val="0"/>
        </w:rPr>
        <w:t xml:space="preserve">The machine is built. The power source is CREATION + CHALLENGE. We are "AFTERSHOCK," the thrash-metal-meets-synth-pop band that has never made a sound. And now... we have to use the machine.</w:t>
      </w:r>
    </w:p>
    <w:p w:rsidR="00000000" w:rsidDel="00000000" w:rsidP="00000000" w:rsidRDefault="00000000" w:rsidRPr="00000000" w14:paraId="000002B1">
      <w:pPr>
        <w:rPr/>
      </w:pPr>
      <w:r w:rsidDel="00000000" w:rsidR="00000000" w:rsidRPr="00000000">
        <w:rPr>
          <w:rtl w:val="0"/>
        </w:rPr>
        <w:t xml:space="preserve">Library. The carrel. Our grey gray cubicle. But everything is different. The air is electric. The static in my AD/HD brain is still there, but it's not noise anymore. It's signal. It's the hum of the engine.</w:t>
      </w:r>
    </w:p>
    <w:p w:rsidR="00000000" w:rsidDel="00000000" w:rsidP="00000000" w:rsidRDefault="00000000" w:rsidRPr="00000000" w14:paraId="000002B2">
      <w:pPr>
        <w:rPr/>
      </w:pPr>
      <w:r w:rsidDel="00000000" w:rsidR="00000000" w:rsidRPr="00000000">
        <w:rPr>
          <w:rtl w:val="0"/>
        </w:rPr>
        <w:t xml:space="preserve">"We need a new archive," I say. E is already flipping to a new section in the graph-paper notebook. E writes: THE AFTERSHOCK ARCHIVE.</w:t>
      </w:r>
    </w:p>
    <w:p w:rsidR="00000000" w:rsidDel="00000000" w:rsidP="00000000" w:rsidRDefault="00000000" w:rsidRPr="00000000" w14:paraId="000002B3">
      <w:pPr>
        <w:rPr/>
      </w:pPr>
      <w:r w:rsidDel="00000000" w:rsidR="00000000" w:rsidRPr="00000000">
        <w:rPr>
          <w:rtl w:val="0"/>
        </w:rPr>
        <w:t xml:space="preserve">"This," I say, tapping the blank page, "is the 'real curriculum.'" (File #87) "Everything they don't talk about." "Phase 1," E says. "Data collection."</w:t>
      </w:r>
    </w:p>
    <w:p w:rsidR="00000000" w:rsidDel="00000000" w:rsidP="00000000" w:rsidRDefault="00000000" w:rsidRPr="00000000" w14:paraId="000002B4">
      <w:pPr>
        <w:rPr/>
      </w:pPr>
      <w:r w:rsidDel="00000000" w:rsidR="00000000" w:rsidRPr="00000000">
        <w:rPr>
          <w:rtl w:val="0"/>
        </w:rPr>
        <w:t xml:space="preserve">(PROSE shifts - The 50-year-old Assembler's voice.)</w:t>
      </w:r>
    </w:p>
    <w:p w:rsidR="00000000" w:rsidDel="00000000" w:rsidP="00000000" w:rsidRDefault="00000000" w:rsidRPr="00000000" w14:paraId="000002B5">
      <w:pPr>
        <w:rPr/>
      </w:pPr>
      <w:r w:rsidDel="00000000" w:rsidR="00000000" w:rsidRPr="00000000">
        <w:rPr>
          <w:rtl w:val="0"/>
        </w:rPr>
        <w:t xml:space="preserve">And so it begins. We aren't just living in the arbitrary, "Mullet Incident" , "No Doors" world anymore. We are cataloging it. We are engineers on a hostile planet, taking notes.</w:t>
      </w:r>
    </w:p>
    <w:p w:rsidR="00000000" w:rsidDel="00000000" w:rsidP="00000000" w:rsidRDefault="00000000" w:rsidRPr="00000000" w14:paraId="000002B6">
      <w:pPr>
        <w:rPr/>
      </w:pPr>
      <w:r w:rsidDel="00000000" w:rsidR="00000000" w:rsidRPr="00000000">
        <w:rPr>
          <w:rtl w:val="0"/>
        </w:rPr>
        <w:t xml:space="preserve">Our "Augenblicks" are not like the 50-year-old's sad, nostalgic files. Ours are weaponized. They are data.</w:t>
      </w:r>
    </w:p>
    <w:p w:rsidR="00000000" w:rsidDel="00000000" w:rsidP="00000000" w:rsidRDefault="00000000" w:rsidRPr="00000000" w14:paraId="000002B7">
      <w:pPr>
        <w:rPr/>
      </w:pPr>
      <w:r w:rsidDel="00000000" w:rsidR="00000000" w:rsidRPr="00000000">
        <w:rPr>
          <w:rtl w:val="0"/>
        </w:rPr>
        <w:t xml:space="preserve">This is the Eleanor &amp; Park moment. This is us on the bus, reading the comic book. This is our secret world. We are no longer just two "weird-ass kids." We are scientists.</w:t>
      </w:r>
    </w:p>
    <w:p w:rsidR="00000000" w:rsidDel="00000000" w:rsidP="00000000" w:rsidRDefault="00000000" w:rsidRPr="00000000" w14:paraId="000002B8">
      <w:pPr>
        <w:rPr/>
      </w:pPr>
      <w:r w:rsidDel="00000000" w:rsidR="00000000" w:rsidRPr="00000000">
        <w:rPr>
          <w:rtl w:val="0"/>
        </w:rPr>
        <w:t xml:space="preserve">(This next section is COMIC PANELS - An "Artifact" page from the "AFTERSHOCK Archive".)</w:t>
      </w:r>
    </w:p>
    <w:p w:rsidR="00000000" w:rsidDel="00000000" w:rsidP="00000000" w:rsidRDefault="00000000" w:rsidRPr="00000000" w14:paraId="000002B9">
      <w:pPr>
        <w:rPr/>
      </w:pPr>
      <w:r w:rsidDel="00000000" w:rsidR="00000000" w:rsidRPr="00000000">
        <w:rPr>
          <w:rtl w:val="0"/>
        </w:rPr>
        <w:t xml:space="preserve">Panel 1: (A full page stylized to look like E's graph-paper notebook. At the top, in precise, block letters: THE AFTERSHOCK ARCHIVE)</w:t>
      </w:r>
    </w:p>
    <w:p w:rsidR="00000000" w:rsidDel="00000000" w:rsidP="00000000" w:rsidRDefault="00000000" w:rsidRPr="00000000" w14:paraId="000002BA">
      <w:pPr>
        <w:rPr/>
      </w:pPr>
      <w:r w:rsidDel="00000000" w:rsidR="00000000" w:rsidRPr="00000000">
        <w:rPr>
          <w:rtl w:val="0"/>
        </w:rPr>
        <w:t xml:space="preserve">Panel 2: (A close-up of the notebook page, showing the first entry.) TEXT: File: 001. Arbitrary Authority (The Arbitrator). TEXT: DATA: Subject believes "Inner Resources" are the solution, not the problem. Hostile to "confession." See: Berryman.</w:t>
      </w:r>
    </w:p>
    <w:p w:rsidR="00000000" w:rsidDel="00000000" w:rsidP="00000000" w:rsidRDefault="00000000" w:rsidRPr="00000000" w14:paraId="000002BB">
      <w:pPr>
        <w:rPr/>
      </w:pPr>
      <w:r w:rsidDel="00000000" w:rsidR="00000000" w:rsidRPr="00000000">
        <w:rPr>
          <w:rtl w:val="0"/>
        </w:rPr>
        <w:t xml:space="preserve">Panel 3: (Another close-up of the notebook page, showing the next entry.) TEXT: File: 002. Hostile Witness (The Hostile). TEXT: DATA: Transmits low-level static. ("Butt-munch." "Sixth grader?"). Input is predictable. Output is irrelevant.</w:t>
      </w:r>
    </w:p>
    <w:p w:rsidR="00000000" w:rsidDel="00000000" w:rsidP="00000000" w:rsidRDefault="00000000" w:rsidRPr="00000000" w14:paraId="000002BC">
      <w:pPr>
        <w:rPr/>
      </w:pPr>
      <w:r w:rsidDel="00000000" w:rsidR="00000000" w:rsidRPr="00000000">
        <w:rPr>
          <w:rtl w:val="0"/>
        </w:rPr>
        <w:t xml:space="preserve">Panel 4: (A final close-up of the notebook page. This entry is highlighted or boxed.) TEXT: File: 003. Rogue Assembler (Mx. E). TEXT: DATA: Acknowledges the "borrowed voice." Issues the *challenge*. ("Then write like it.") Hypothesis: A "Good" Witness.</w:t>
      </w:r>
    </w:p>
    <w:p w:rsidR="00000000" w:rsidDel="00000000" w:rsidP="00000000" w:rsidRDefault="00000000" w:rsidRPr="00000000" w14:paraId="000002BD">
      <w:pPr>
        <w:rPr/>
      </w:pPr>
      <w:r w:rsidDel="00000000" w:rsidR="00000000" w:rsidRPr="00000000">
        <w:rPr>
          <w:rtl w:val="0"/>
        </w:rPr>
        <w:t xml:space="preserve">(PROSE returns - The 50-year-old Assembler's voice.)</w:t>
      </w:r>
    </w:p>
    <w:p w:rsidR="00000000" w:rsidDel="00000000" w:rsidP="00000000" w:rsidRDefault="00000000" w:rsidRPr="00000000" w14:paraId="000002BE">
      <w:pPr>
        <w:rPr/>
      </w:pPr>
      <w:r w:rsidDel="00000000" w:rsidR="00000000" w:rsidRPr="00000000">
        <w:rPr>
          <w:rtl w:val="0"/>
        </w:rPr>
        <w:t xml:space="preserve">We were happy. The 50-year-old me looks at this file, and the joy is so bright it's blinding. My "faulty wiring" wasn't faulty. It was just receiving. E's "cold solution" wasn't cold. It was focused. And "AFTERSHOCK"... "AFTERSHOCK" was perfect.</w:t>
      </w:r>
    </w:p>
    <w:p w:rsidR="00000000" w:rsidDel="00000000" w:rsidP="00000000" w:rsidRDefault="00000000" w:rsidRPr="00000000" w14:paraId="000002BF">
      <w:pPr>
        <w:rPr/>
      </w:pPr>
      <w:r w:rsidDel="00000000" w:rsidR="00000000" w:rsidRPr="00000000">
        <w:rPr>
          <w:rtl w:val="0"/>
        </w:rPr>
        <w:t xml:space="preserve">We spent a week just... collecting. We watch The Hostile get shoved by a jock. "File 004: Hierarchical Failure." We watch The Arbitrator sigh at the projector. "File 005: Engine Burnout (Arbitrary)." We were "Always Invisible" (File #81) , but for the first time, we were seeing. We were "The Hidden Me" (File #98) , but there were two of us.</w:t>
      </w:r>
    </w:p>
    <w:p w:rsidR="00000000" w:rsidDel="00000000" w:rsidP="00000000" w:rsidRDefault="00000000" w:rsidRPr="00000000" w14:paraId="000002C0">
      <w:pPr>
        <w:rPr/>
      </w:pPr>
      <w:r w:rsidDel="00000000" w:rsidR="00000000" w:rsidRPr="00000000">
        <w:rPr>
          <w:rtl w:val="0"/>
        </w:rPr>
        <w:t xml:space="preserve">We have our machine. We have our archive. We are, for one perfect, fleeting, 1.3-second-long Augenblick... Untouchable.</w:t>
      </w:r>
    </w:p>
    <w:p w:rsidR="00000000" w:rsidDel="00000000" w:rsidP="00000000" w:rsidRDefault="00000000" w:rsidRPr="00000000" w14:paraId="000002C1">
      <w:pPr>
        <w:rPr/>
      </w:pPr>
      <w:r w:rsidDel="00000000" w:rsidR="00000000" w:rsidRPr="00000000">
        <w:rPr>
          <w:rtl w:val="0"/>
        </w:rPr>
        <w:t xml:space="preserve">Chapter 21: The Arbitrary Nature of Cardboard Boxes</w:t>
      </w:r>
    </w:p>
    <w:p w:rsidR="00000000" w:rsidDel="00000000" w:rsidP="00000000" w:rsidRDefault="00000000" w:rsidRPr="00000000" w14:paraId="000002C2">
      <w:pPr>
        <w:rPr/>
      </w:pPr>
      <w:r w:rsidDel="00000000" w:rsidR="00000000" w:rsidRPr="00000000">
        <w:rPr>
          <w:rtl w:val="0"/>
        </w:rPr>
        <w:t xml:space="preserve">(This chapter is PROSE - The 50-year-old Assembler's voice.)</w:t>
      </w:r>
    </w:p>
    <w:p w:rsidR="00000000" w:rsidDel="00000000" w:rsidP="00000000" w:rsidRDefault="00000000" w:rsidRPr="00000000" w14:paraId="000002C3">
      <w:pPr>
        <w:rPr/>
      </w:pPr>
      <w:r w:rsidDel="00000000" w:rsidR="00000000" w:rsidRPr="00000000">
        <w:rPr>
          <w:rtl w:val="0"/>
        </w:rPr>
        <w:t xml:space="preserve">We are "AFTERSHOCK." We are untouchable. We are in the library, cataloging the "real curriculum" (File #87) , and for the first time in my 13-year-old life—or my 50-year-old one—I feel... safe.</w:t>
      </w:r>
    </w:p>
    <w:p w:rsidR="00000000" w:rsidDel="00000000" w:rsidP="00000000" w:rsidRDefault="00000000" w:rsidRPr="00000000" w14:paraId="000002C4">
      <w:pPr>
        <w:rPr/>
      </w:pPr>
      <w:r w:rsidDel="00000000" w:rsidR="00000000" w:rsidRPr="00000000">
        <w:rPr>
          <w:rtl w:val="0"/>
        </w:rPr>
        <w:t xml:space="preserve">The 50-year-old assembler looks at this file, and the irony is so hot it's radioactive. "Safe." "Untouchable." "Permanent." These are words that have never belonged to me.</w:t>
      </w:r>
    </w:p>
    <w:p w:rsidR="00000000" w:rsidDel="00000000" w:rsidP="00000000" w:rsidRDefault="00000000" w:rsidRPr="00000000" w14:paraId="000002C5">
      <w:pPr>
        <w:rPr/>
      </w:pPr>
      <w:r w:rsidDel="00000000" w:rsidR="00000000" w:rsidRPr="00000000">
        <w:rPr>
          <w:rtl w:val="0"/>
        </w:rPr>
        <w:t xml:space="preserve">I was the "unfinished chapter" (File #95) . My "Augenblick Archive" is a map of transience. Growing up, I went to at least 10 different schools from K-12 . Ten. I was never stable. My "forward motion" wasn't a philosophy; it was a condition. "AFTERSHOCK" wasn't just a band. It was the first address I'd ever had that wasn't "Apartment Logic" or a duplex . It was the first "home" that wasn't a beige box in "Suburban Hell" .</w:t>
      </w:r>
    </w:p>
    <w:p w:rsidR="00000000" w:rsidDel="00000000" w:rsidP="00000000" w:rsidRDefault="00000000" w:rsidRPr="00000000" w14:paraId="000002C6">
      <w:pPr>
        <w:rPr/>
      </w:pPr>
      <w:r w:rsidDel="00000000" w:rsidR="00000000" w:rsidRPr="00000000">
        <w:rPr>
          <w:rtl w:val="0"/>
        </w:rPr>
        <w:t xml:space="preserve">And the "arbitrary" system always wins.</w:t>
      </w:r>
    </w:p>
    <w:p w:rsidR="00000000" w:rsidDel="00000000" w:rsidP="00000000" w:rsidRDefault="00000000" w:rsidRPr="00000000" w14:paraId="000002C7">
      <w:pPr>
        <w:rPr/>
      </w:pPr>
      <w:r w:rsidDel="00000000" w:rsidR="00000000" w:rsidRPr="00000000">
        <w:rPr>
          <w:rtl w:val="0"/>
        </w:rPr>
        <w:t xml:space="preserve">(PROSE transitions to the 1988 "comic" memory...)</w:t>
      </w:r>
    </w:p>
    <w:p w:rsidR="00000000" w:rsidDel="00000000" w:rsidP="00000000" w:rsidRDefault="00000000" w:rsidRPr="00000000" w14:paraId="000002C8">
      <w:pPr>
        <w:rPr/>
      </w:pPr>
      <w:r w:rsidDel="00000000" w:rsidR="00000000" w:rsidRPr="00000000">
        <w:rPr>
          <w:rtl w:val="0"/>
        </w:rPr>
        <w:t xml:space="preserve">I'm thirteen. I walk home from the bus stop. My notebook is heavy with our new archive. I am vibrating with the creation. I walk into the duplex. And there are boxes.</w:t>
      </w:r>
    </w:p>
    <w:p w:rsidR="00000000" w:rsidDel="00000000" w:rsidP="00000000" w:rsidRDefault="00000000" w:rsidRPr="00000000" w14:paraId="000002C9">
      <w:pPr>
        <w:rPr/>
      </w:pPr>
      <w:r w:rsidDel="00000000" w:rsidR="00000000" w:rsidRPr="00000000">
        <w:rPr>
          <w:rtl w:val="0"/>
        </w:rPr>
        <w:t xml:space="preserve">(This next section is COMIC PANELS - The "static" overload. 5 panels.)</w:t>
      </w:r>
    </w:p>
    <w:p w:rsidR="00000000" w:rsidDel="00000000" w:rsidP="00000000" w:rsidRDefault="00000000" w:rsidRPr="00000000" w14:paraId="000002CA">
      <w:pPr>
        <w:rPr/>
      </w:pPr>
      <w:r w:rsidDel="00000000" w:rsidR="00000000" w:rsidRPr="00000000">
        <w:rPr>
          <w:rtl w:val="0"/>
        </w:rPr>
        <w:t xml:space="preserve">Panel 1: (Medium shot from behind me.) I'm standing in the doorway, frozen. The living room is full of cardboard boxes.</w:t>
      </w:r>
    </w:p>
    <w:p w:rsidR="00000000" w:rsidDel="00000000" w:rsidP="00000000" w:rsidRDefault="00000000" w:rsidRPr="00000000" w14:paraId="000002CB">
      <w:pPr>
        <w:rPr/>
      </w:pPr>
      <w:r w:rsidDel="00000000" w:rsidR="00000000" w:rsidRPr="00000000">
        <w:rPr>
          <w:rtl w:val="0"/>
        </w:rPr>
        <w:t xml:space="preserve">Panel 2: (Close up on a box labeled "KITCHEN" in black marker.)</w:t>
      </w:r>
    </w:p>
    <w:p w:rsidR="00000000" w:rsidDel="00000000" w:rsidP="00000000" w:rsidRDefault="00000000" w:rsidRPr="00000000" w14:paraId="000002CC">
      <w:pPr>
        <w:rPr/>
      </w:pPr>
      <w:r w:rsidDel="00000000" w:rsidR="00000000" w:rsidRPr="00000000">
        <w:rPr>
          <w:rtl w:val="0"/>
        </w:rPr>
        <w:t xml:space="preserve">Panel 3: (Close up on my parent, taping a box shut. They aren't looking at me. Their face is tired, resigned.) PARENT (Word Balloon): "We're moving. The transfer came through."</w:t>
      </w:r>
    </w:p>
    <w:p w:rsidR="00000000" w:rsidDel="00000000" w:rsidP="00000000" w:rsidRDefault="00000000" w:rsidRPr="00000000" w14:paraId="000002CD">
      <w:pPr>
        <w:rPr/>
      </w:pPr>
      <w:r w:rsidDel="00000000" w:rsidR="00000000" w:rsidRPr="00000000">
        <w:rPr>
          <w:rtl w:val="0"/>
        </w:rPr>
        <w:t xml:space="preserve">Panel 4: (Full panel: pure white noise static. The "static" is overwhelming, drowning out all other art.) SFX: SHHHHHHHHHHHHH</w:t>
      </w:r>
    </w:p>
    <w:p w:rsidR="00000000" w:rsidDel="00000000" w:rsidP="00000000" w:rsidRDefault="00000000" w:rsidRPr="00000000" w14:paraId="000002CE">
      <w:pPr>
        <w:rPr/>
      </w:pPr>
      <w:r w:rsidDel="00000000" w:rsidR="00000000" w:rsidRPr="00000000">
        <w:rPr>
          <w:rtl w:val="0"/>
        </w:rPr>
        <w:t xml:space="preserve">Panel 5: (Extreme close up on my eyes. They are wide, pupils tiny. The static is reflected in them.) CAPTION (Internal): The machine is unplugged. The assembly is over.</w:t>
      </w:r>
    </w:p>
    <w:p w:rsidR="00000000" w:rsidDel="00000000" w:rsidP="00000000" w:rsidRDefault="00000000" w:rsidRPr="00000000" w14:paraId="000002CF">
      <w:pPr>
        <w:rPr/>
      </w:pPr>
      <w:r w:rsidDel="00000000" w:rsidR="00000000" w:rsidRPr="00000000">
        <w:rPr>
          <w:rtl w:val="0"/>
        </w:rPr>
        <w:t xml:space="preserve">(PROSE returns - The 50-year-old Assembler's voice.)</w:t>
      </w:r>
    </w:p>
    <w:p w:rsidR="00000000" w:rsidDel="00000000" w:rsidP="00000000" w:rsidRDefault="00000000" w:rsidRPr="00000000" w14:paraId="000002D0">
      <w:pPr>
        <w:rPr/>
      </w:pPr>
      <w:r w:rsidDel="00000000" w:rsidR="00000000" w:rsidRPr="00000000">
        <w:rPr>
          <w:rtl w:val="0"/>
        </w:rPr>
        <w:t xml:space="preserve">The 50-year-old me wants to scream. I want to tell this 13-year-old kid how to hack this. Because I learned. I barely graduated, you know. All those schools. All those "excessive absences." The static was too loud to ever hold the data. But my senior year, I found the "cheat code." I discovered Co-op. You only had to go to school half a day if you had a job. I didn't have a job. I signed up anyway. And I, the king of absences, the "faulty wire," challenged myself. I aimed for perfect attendance. And I did it. I hacked the system. I used its own arbitrary rules to get what I needed: less static.</w:t>
      </w:r>
    </w:p>
    <w:p w:rsidR="00000000" w:rsidDel="00000000" w:rsidP="00000000" w:rsidRDefault="00000000" w:rsidRPr="00000000" w14:paraId="000002D1">
      <w:pPr>
        <w:rPr/>
      </w:pPr>
      <w:r w:rsidDel="00000000" w:rsidR="00000000" w:rsidRPr="00000000">
        <w:rPr>
          <w:rtl w:val="0"/>
        </w:rPr>
        <w:t xml:space="preserve">(PROSE returns - The 13-year-old's POV.)</w:t>
      </w:r>
    </w:p>
    <w:p w:rsidR="00000000" w:rsidDel="00000000" w:rsidP="00000000" w:rsidRDefault="00000000" w:rsidRPr="00000000" w14:paraId="000002D2">
      <w:pPr>
        <w:rPr/>
      </w:pPr>
      <w:r w:rsidDel="00000000" w:rsidR="00000000" w:rsidRPr="00000000">
        <w:rPr>
          <w:rtl w:val="0"/>
        </w:rPr>
        <w:t xml:space="preserve">But I'm 13. I'm standing in a kitchen full of cardboard. And I don't know how to hack this. This is the "Mullet Incident" all over again. An arbitrary rule I can't fight.</w:t>
      </w:r>
    </w:p>
    <w:p w:rsidR="00000000" w:rsidDel="00000000" w:rsidP="00000000" w:rsidRDefault="00000000" w:rsidRPr="00000000" w14:paraId="000002D3">
      <w:pPr>
        <w:rPr/>
      </w:pPr>
      <w:r w:rsidDel="00000000" w:rsidR="00000000" w:rsidRPr="00000000">
        <w:rPr>
          <w:rtl w:val="0"/>
        </w:rPr>
        <w:t xml:space="preserve">I am a Series-7. I am one-half of "AFTERSHOCK." And the "arbitrary" system has just unplugged my power source.</w:t>
      </w:r>
    </w:p>
    <w:p w:rsidR="00000000" w:rsidDel="00000000" w:rsidP="00000000" w:rsidRDefault="00000000" w:rsidRPr="00000000" w14:paraId="000002D4">
      <w:pPr>
        <w:rPr/>
      </w:pPr>
      <w:r w:rsidDel="00000000" w:rsidR="00000000" w:rsidRPr="00000000">
        <w:rPr>
          <w:rtl w:val="0"/>
        </w:rPr>
        <w:t xml:space="preserve">I have to tell E.</w:t>
      </w:r>
    </w:p>
    <w:p w:rsidR="00000000" w:rsidDel="00000000" w:rsidP="00000000" w:rsidRDefault="00000000" w:rsidRPr="00000000" w14:paraId="000002D5">
      <w:pPr>
        <w:rPr/>
      </w:pPr>
      <w:r w:rsidDel="00000000" w:rsidR="00000000" w:rsidRPr="00000000">
        <w:rPr>
          <w:rtl w:val="0"/>
        </w:rPr>
        <w:t xml:space="preserve">Chapter 22: Keep the Schematic (File #95)</w:t>
      </w:r>
    </w:p>
    <w:p w:rsidR="00000000" w:rsidDel="00000000" w:rsidP="00000000" w:rsidRDefault="00000000" w:rsidRPr="00000000" w14:paraId="000002D6">
      <w:pPr>
        <w:rPr/>
      </w:pPr>
      <w:r w:rsidDel="00000000" w:rsidR="00000000" w:rsidRPr="00000000">
        <w:rPr>
          <w:rtl w:val="0"/>
        </w:rPr>
        <w:t xml:space="preserve">The 50-year-old assembler's voice is clear now. The final moment of truth.</w:t>
      </w:r>
    </w:p>
    <w:p w:rsidR="00000000" w:rsidDel="00000000" w:rsidP="00000000" w:rsidRDefault="00000000" w:rsidRPr="00000000" w14:paraId="000002D7">
      <w:pPr>
        <w:rPr/>
      </w:pPr>
      <w:r w:rsidDel="00000000" w:rsidR="00000000" w:rsidRPr="00000000">
        <w:rPr>
          <w:rtl w:val="0"/>
        </w:rPr>
        <w:t xml:space="preserve">I’m thirteen. I'm walking to the library. My "forward motion" is a lie. I'm a dead machine. The static in my AD/HD brain is so loud, it's just a flat, white, shhhhhhhhhh. The engine isn't running; it's seized. I am the arbitrary wrench. I am the cardboard box.</w:t>
      </w:r>
    </w:p>
    <w:p w:rsidR="00000000" w:rsidDel="00000000" w:rsidP="00000000" w:rsidRDefault="00000000" w:rsidRPr="00000000" w14:paraId="000002D8">
      <w:pPr>
        <w:rPr/>
      </w:pPr>
      <w:r w:rsidDel="00000000" w:rsidR="00000000" w:rsidRPr="00000000">
        <w:rPr>
          <w:rtl w:val="0"/>
        </w:rPr>
        <w:t xml:space="preserve">I push open the door. Shhhhh-thunk. E is at the carrel. I slide into the chair. "The data is corrupt," E says. "You're... not vibrating."</w:t>
      </w:r>
    </w:p>
    <w:p w:rsidR="00000000" w:rsidDel="00000000" w:rsidP="00000000" w:rsidRDefault="00000000" w:rsidRPr="00000000" w14:paraId="000002D9">
      <w:pPr>
        <w:rPr/>
      </w:pPr>
      <w:r w:rsidDel="00000000" w:rsidR="00000000" w:rsidRPr="00000000">
        <w:rPr>
          <w:rtl w:val="0"/>
        </w:rPr>
        <w:t xml:space="preserve">"New data," I say. "We're... moving." "The experiment is interrupted," E says. "It's over," I say, and my voice cracks. "The machine is broken."</w:t>
      </w:r>
    </w:p>
    <w:p w:rsidR="00000000" w:rsidDel="00000000" w:rsidP="00000000" w:rsidRDefault="00000000" w:rsidRPr="00000000" w14:paraId="000002DA">
      <w:pPr>
        <w:rPr/>
      </w:pPr>
      <w:r w:rsidDel="00000000" w:rsidR="00000000" w:rsidRPr="00000000">
        <w:rPr>
          <w:rtl w:val="0"/>
        </w:rPr>
        <w:t xml:space="preserve">I feel the shame (File #96) rising. The hot, awful feeling of being disassembled.</w:t>
      </w:r>
    </w:p>
    <w:p w:rsidR="00000000" w:rsidDel="00000000" w:rsidP="00000000" w:rsidRDefault="00000000" w:rsidRPr="00000000" w14:paraId="000002DB">
      <w:pPr>
        <w:rPr/>
      </w:pPr>
      <w:r w:rsidDel="00000000" w:rsidR="00000000" w:rsidRPr="00000000">
        <w:rPr>
          <w:rtl w:val="0"/>
        </w:rPr>
        <w:t xml:space="preserve">The archive flashes the grief files—the future losses. My 50-year-old AD/HD brain knows the feeling is universal.</w:t>
      </w:r>
    </w:p>
    <w:p w:rsidR="00000000" w:rsidDel="00000000" w:rsidP="00000000" w:rsidRDefault="00000000" w:rsidRPr="00000000" w14:paraId="000002DC">
      <w:pPr>
        <w:rPr/>
      </w:pPr>
      <w:r w:rsidDel="00000000" w:rsidR="00000000" w:rsidRPr="00000000">
        <w:rPr>
          <w:rtl w:val="0"/>
        </w:rPr>
        <w:t xml:space="preserve">E looks down at the table.</w:t>
      </w:r>
    </w:p>
    <w:p w:rsidR="00000000" w:rsidDel="00000000" w:rsidP="00000000" w:rsidRDefault="00000000" w:rsidRPr="00000000" w14:paraId="000002DD">
      <w:pPr>
        <w:rPr/>
      </w:pPr>
      <w:r w:rsidDel="00000000" w:rsidR="00000000" w:rsidRPr="00000000">
        <w:rPr>
          <w:rtl w:val="0"/>
        </w:rPr>
        <w:t xml:space="preserve">(This next section is COMIC PANELS - The "Climax". 8 panels.)</w:t>
      </w:r>
    </w:p>
    <w:p w:rsidR="00000000" w:rsidDel="00000000" w:rsidP="00000000" w:rsidRDefault="00000000" w:rsidRPr="00000000" w14:paraId="000002DE">
      <w:pPr>
        <w:rPr/>
      </w:pPr>
      <w:r w:rsidDel="00000000" w:rsidR="00000000" w:rsidRPr="00000000">
        <w:rPr>
          <w:rtl w:val="0"/>
        </w:rPr>
        <w:t xml:space="preserve">Panel 1: (Medium shot from over my shoulder.) E is closing the "AFTERSHOCK Archive" notebook.</w:t>
      </w:r>
    </w:p>
    <w:p w:rsidR="00000000" w:rsidDel="00000000" w:rsidP="00000000" w:rsidRDefault="00000000" w:rsidRPr="00000000" w14:paraId="000002DF">
      <w:pPr>
        <w:rPr/>
      </w:pPr>
      <w:r w:rsidDel="00000000" w:rsidR="00000000" w:rsidRPr="00000000">
        <w:rPr>
          <w:rtl w:val="0"/>
        </w:rPr>
        <w:t xml:space="preserve">Panel 2: (Close up) E sliding that notebook—the one full of graphs, lyrics, and files—into my backpack. CAPTION (Internal): The Archive is transferred.</w:t>
      </w:r>
    </w:p>
    <w:p w:rsidR="00000000" w:rsidDel="00000000" w:rsidP="00000000" w:rsidRDefault="00000000" w:rsidRPr="00000000" w14:paraId="000002E0">
      <w:pPr>
        <w:rPr/>
      </w:pPr>
      <w:r w:rsidDel="00000000" w:rsidR="00000000" w:rsidRPr="00000000">
        <w:rPr>
          <w:rtl w:val="0"/>
        </w:rPr>
        <w:t xml:space="preserve">Panel 3: (Close up) E turns to the "Series-7" blueprint page in their notebook. E's hands are visible, steady, carefully tearing the page out along the perforated edge. SFX: zzzzzzzzzip</w:t>
      </w:r>
    </w:p>
    <w:p w:rsidR="00000000" w:rsidDel="00000000" w:rsidP="00000000" w:rsidRDefault="00000000" w:rsidRPr="00000000" w14:paraId="000002E1">
      <w:pPr>
        <w:rPr/>
      </w:pPr>
      <w:r w:rsidDel="00000000" w:rsidR="00000000" w:rsidRPr="00000000">
        <w:rPr>
          <w:rtl w:val="0"/>
        </w:rPr>
        <w:t xml:space="preserve">Panel 4: (A full, quiet panel. The table between us. E's hand is pushing the folded blueprint across the table to me.)</w:t>
      </w:r>
    </w:p>
    <w:p w:rsidR="00000000" w:rsidDel="00000000" w:rsidP="00000000" w:rsidRDefault="00000000" w:rsidRPr="00000000" w14:paraId="000002E2">
      <w:pPr>
        <w:rPr/>
      </w:pPr>
      <w:r w:rsidDel="00000000" w:rsidR="00000000" w:rsidRPr="00000000">
        <w:rPr>
          <w:rtl w:val="0"/>
        </w:rPr>
        <w:t xml:space="preserve">Panel 5: (My hand, shaking, rests on the blueprint. The paper is "yellow in a world of grey.") ME (Word Balloon, small, shaky): "But... it's not finished. The power source... we're not done."</w:t>
      </w:r>
    </w:p>
    <w:p w:rsidR="00000000" w:rsidDel="00000000" w:rsidP="00000000" w:rsidRDefault="00000000" w:rsidRPr="00000000" w14:paraId="000002E3">
      <w:pPr>
        <w:rPr/>
      </w:pPr>
      <w:r w:rsidDel="00000000" w:rsidR="00000000" w:rsidRPr="00000000">
        <w:rPr>
          <w:rtl w:val="0"/>
        </w:rPr>
        <w:t xml:space="preserve">Panel 6: (Close up on E's face. No android. Just E. Their eyes are clear and direct.) E (Word Balloon): "Keep the schematic."</w:t>
      </w:r>
    </w:p>
    <w:p w:rsidR="00000000" w:rsidDel="00000000" w:rsidP="00000000" w:rsidRDefault="00000000" w:rsidRPr="00000000" w14:paraId="000002E4">
      <w:pPr>
        <w:rPr/>
      </w:pPr>
      <w:r w:rsidDel="00000000" w:rsidR="00000000" w:rsidRPr="00000000">
        <w:rPr>
          <w:rtl w:val="0"/>
        </w:rPr>
        <w:t xml:space="preserve">Panel 7: (Medium shot. E stands up. E's back is to me.) E (Word Balloon): "The assembly continues."</w:t>
      </w:r>
    </w:p>
    <w:p w:rsidR="00000000" w:rsidDel="00000000" w:rsidP="00000000" w:rsidRDefault="00000000" w:rsidRPr="00000000" w14:paraId="000002E5">
      <w:pPr>
        <w:rPr/>
      </w:pPr>
      <w:r w:rsidDel="00000000" w:rsidR="00000000" w:rsidRPr="00000000">
        <w:rPr>
          <w:rtl w:val="0"/>
        </w:rPr>
        <w:t xml:space="preserve">Panel 8: (Wide shot. I am alone at the carrel. E is a silhouette walking out of the library door.) E (Word Balloon, faint, from the door): "Forward motion."</w:t>
      </w:r>
    </w:p>
    <w:p w:rsidR="00000000" w:rsidDel="00000000" w:rsidP="00000000" w:rsidRDefault="00000000" w:rsidRPr="00000000" w14:paraId="000002E6">
      <w:pPr>
        <w:rPr/>
      </w:pPr>
      <w:r w:rsidDel="00000000" w:rsidR="00000000" w:rsidRPr="00000000">
        <w:rPr>
          <w:rtl w:val="0"/>
        </w:rPr>
        <w:t xml:space="preserve">I am thirteen. I am disassembled. And I am holding the machine.</w:t>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t xml:space="preserve">The 50-year-old assembler’s voice is clear now. I am not running. I am observing.</w:t>
      </w:r>
    </w:p>
    <w:p w:rsidR="00000000" w:rsidDel="00000000" w:rsidP="00000000" w:rsidRDefault="00000000" w:rsidRPr="00000000" w14:paraId="000002E9">
      <w:pPr>
        <w:rPr/>
      </w:pPr>
      <w:r w:rsidDel="00000000" w:rsidR="00000000" w:rsidRPr="00000000">
        <w:rPr>
          <w:rtl w:val="0"/>
        </w:rPr>
        <w:t xml:space="preserve">I am fifty years old. I am in Ho Chi Minh City, where it's still called Saigon. I am not sitting in front of screens. I just quit my job. It was an act of rash impulsivity.</w:t>
      </w:r>
    </w:p>
    <w:p w:rsidR="00000000" w:rsidDel="00000000" w:rsidP="00000000" w:rsidRDefault="00000000" w:rsidRPr="00000000" w14:paraId="000002EA">
      <w:pPr>
        <w:rPr/>
      </w:pPr>
      <w:r w:rsidDel="00000000" w:rsidR="00000000" w:rsidRPr="00000000">
        <w:rPr>
          <w:rtl w:val="0"/>
        </w:rPr>
        <w:t xml:space="preserve">I climb the seventeen flights to the penthouse. "I start climbing because motion feels better than waiting."</w:t>
      </w:r>
    </w:p>
    <w:p w:rsidR="00000000" w:rsidDel="00000000" w:rsidP="00000000" w:rsidRDefault="00000000" w:rsidRPr="00000000" w14:paraId="000002EB">
      <w:pPr>
        <w:rPr/>
      </w:pPr>
      <w:r w:rsidDel="00000000" w:rsidR="00000000" w:rsidRPr="00000000">
        <w:rPr>
          <w:rtl w:val="0"/>
        </w:rPr>
        <w:t xml:space="preserve">The air here is thick with heat, life, and the relentless, organized flow of a million motorbikes. This city is controlled chaos. I have never been as impressed with a place or a people as I have been here.</w:t>
      </w:r>
    </w:p>
    <w:p w:rsidR="00000000" w:rsidDel="00000000" w:rsidP="00000000" w:rsidRDefault="00000000" w:rsidRPr="00000000" w14:paraId="000002EC">
      <w:pPr>
        <w:rPr/>
      </w:pPr>
      <w:r w:rsidDel="00000000" w:rsidR="00000000" w:rsidRPr="00000000">
        <w:rPr>
          <w:rtl w:val="0"/>
        </w:rPr>
        <w:t xml:space="preserve">The 50-year-old Information Specialist , the one who refuses to be a cog, just quit. Why? Because the arbitrary system is still arbitrary. At DoDEA in GTMO , it was "remove all the DEI books." At SNA in Saigon, it was "avoid the use of digital tools" and "do not allow students to use technology in the library."</w:t>
      </w:r>
    </w:p>
    <w:p w:rsidR="00000000" w:rsidDel="00000000" w:rsidP="00000000" w:rsidRDefault="00000000" w:rsidRPr="00000000" w14:paraId="000002ED">
      <w:pPr>
        <w:rPr/>
      </w:pPr>
      <w:r w:rsidDel="00000000" w:rsidR="00000000" w:rsidRPr="00000000">
        <w:rPr>
          <w:rtl w:val="0"/>
        </w:rPr>
        <w:t xml:space="preserve">It's the "Mullet Incident," all over again.</w:t>
      </w:r>
    </w:p>
    <w:p w:rsidR="00000000" w:rsidDel="00000000" w:rsidP="00000000" w:rsidRDefault="00000000" w:rsidRPr="00000000" w14:paraId="000002EE">
      <w:pPr>
        <w:rPr/>
      </w:pPr>
      <w:r w:rsidDel="00000000" w:rsidR="00000000" w:rsidRPr="00000000">
        <w:rPr>
          <w:rtl w:val="0"/>
        </w:rPr>
        <w:t xml:space="preserve">The 50-year-old me finally understands: you can't hack a system that is fundamentally, philosophically wrong. You can only "go cold" and walk away. Forward motion.</w:t>
      </w:r>
    </w:p>
    <w:p w:rsidR="00000000" w:rsidDel="00000000" w:rsidP="00000000" w:rsidRDefault="00000000" w:rsidRPr="00000000" w14:paraId="000002EF">
      <w:pPr>
        <w:rPr/>
      </w:pPr>
      <w:r w:rsidDel="00000000" w:rsidR="00000000" w:rsidRPr="00000000">
        <w:rPr>
          <w:rtl w:val="0"/>
        </w:rPr>
        <w:t xml:space="preserve">I reach my floor. The penthouse apartment. The noise of the city washes against the glass, a constant, low-frequency hum. I am focusing on building what comes next. This project—the writing, the analysis—is the work.</w:t>
      </w:r>
    </w:p>
    <w:p w:rsidR="00000000" w:rsidDel="00000000" w:rsidP="00000000" w:rsidRDefault="00000000" w:rsidRPr="00000000" w14:paraId="000002F0">
      <w:pPr>
        <w:rPr/>
      </w:pPr>
      <w:r w:rsidDel="00000000" w:rsidR="00000000" w:rsidRPr="00000000">
        <w:rPr>
          <w:rtl w:val="0"/>
        </w:rPr>
        <w:t xml:space="preserve">My "faulty wiring" diagnosis is on the table. The AD/HD (Hyperactive) label. I pull the physical Augenblick Archive notebook onto the table. It is full of my memories, stories, and data. The Series-7 Filtration Hub—the concept, the knowledge—is what I am opening.</w:t>
      </w:r>
    </w:p>
    <w:p w:rsidR="00000000" w:rsidDel="00000000" w:rsidP="00000000" w:rsidRDefault="00000000" w:rsidRPr="00000000" w14:paraId="000002F1">
      <w:pPr>
        <w:rPr/>
      </w:pPr>
      <w:r w:rsidDel="00000000" w:rsidR="00000000" w:rsidRPr="00000000">
        <w:rPr>
          <w:rtl w:val="0"/>
        </w:rPr>
        <w:t xml:space="preserve">I look at the drawing. The ten colors of ink. The lyrics: "SILENCE... RAGE!" E's final command: "The assembly continues."</w:t>
      </w:r>
    </w:p>
    <w:p w:rsidR="00000000" w:rsidDel="00000000" w:rsidP="00000000" w:rsidRDefault="00000000" w:rsidRPr="00000000" w14:paraId="000002F2">
      <w:pPr>
        <w:rPr/>
      </w:pPr>
      <w:r w:rsidDel="00000000" w:rsidR="00000000" w:rsidRPr="00000000">
        <w:rPr>
          <w:rtl w:val="0"/>
        </w:rPr>
        <w:t xml:space="preserve">And I, The Assembler, finally see it. The 50-year-old, AD/HD brain, mining this, finally understands the schematic.</w:t>
      </w:r>
    </w:p>
    <w:p w:rsidR="00000000" w:rsidDel="00000000" w:rsidP="00000000" w:rsidRDefault="00000000" w:rsidRPr="00000000" w14:paraId="000002F3">
      <w:pPr>
        <w:rPr/>
      </w:pPr>
      <w:r w:rsidDel="00000000" w:rsidR="00000000" w:rsidRPr="00000000">
        <w:rPr>
          <w:rtl w:val="0"/>
        </w:rPr>
        <w:t xml:space="preserve">E wasn't just building a filter for 13-year-old noise. E was building a filter for time. For trauma. For the aftershock.</w:t>
      </w:r>
    </w:p>
    <w:p w:rsidR="00000000" w:rsidDel="00000000" w:rsidP="00000000" w:rsidRDefault="00000000" w:rsidRPr="00000000" w14:paraId="000002F4">
      <w:pPr>
        <w:rPr/>
      </w:pPr>
      <w:r w:rsidDel="00000000" w:rsidR="00000000" w:rsidRPr="00000000">
        <w:rPr>
          <w:rtl w:val="0"/>
        </w:rPr>
        <w:t xml:space="preserve">The machine wasn't a failure because it was "interrupted." The interruption... was the fucking point. The "heat" that the engine runs on is loss and grief.</w:t>
      </w:r>
    </w:p>
    <w:p w:rsidR="00000000" w:rsidDel="00000000" w:rsidP="00000000" w:rsidRDefault="00000000" w:rsidRPr="00000000" w14:paraId="000002F5">
      <w:pPr>
        <w:rPr/>
      </w:pPr>
      <w:r w:rsidDel="00000000" w:rsidR="00000000" w:rsidRPr="00000000">
        <w:rPr>
          <w:rtl w:val="0"/>
        </w:rPr>
        <w:t xml:space="preserve">The disregulated nervous system doesn't burn out. It just needs to be re-assembled. Over, and over, and over.</w:t>
      </w:r>
    </w:p>
    <w:p w:rsidR="00000000" w:rsidDel="00000000" w:rsidP="00000000" w:rsidRDefault="00000000" w:rsidRPr="00000000" w14:paraId="000002F6">
      <w:pPr>
        <w:rPr/>
      </w:pPr>
      <w:r w:rsidDel="00000000" w:rsidR="00000000" w:rsidRPr="00000000">
        <w:rPr>
          <w:rtl w:val="0"/>
        </w:rPr>
        <w:t xml:space="preserve">One must imagine Sisyphus happy. My boulder is this. This life. This static. This archive. And my "forward motion" isn't a compulsion. It's the push.</w:t>
      </w:r>
    </w:p>
    <w:p w:rsidR="00000000" w:rsidDel="00000000" w:rsidP="00000000" w:rsidRDefault="00000000" w:rsidRPr="00000000" w14:paraId="000002F7">
      <w:pPr>
        <w:rPr/>
      </w:pPr>
      <w:r w:rsidDel="00000000" w:rsidR="00000000" w:rsidRPr="00000000">
        <w:rPr>
          <w:rtl w:val="0"/>
        </w:rPr>
        <w:t xml:space="preserve">I pick up a pen. Here, in Saigon, 37 years later, I am a 50-year-old Assembler. I am no longer a cog. I am "building what comes next."</w:t>
      </w:r>
    </w:p>
    <w:p w:rsidR="00000000" w:rsidDel="00000000" w:rsidP="00000000" w:rsidRDefault="00000000" w:rsidRPr="00000000" w14:paraId="000002F8">
      <w:pPr>
        <w:rPr/>
      </w:pPr>
      <w:r w:rsidDel="00000000" w:rsidR="00000000" w:rsidRPr="00000000">
        <w:rPr>
          <w:rtl w:val="0"/>
        </w:rPr>
        <w:t xml:space="preserve">(This next section is COMIC PANELS - The "Coda".)</w:t>
      </w:r>
    </w:p>
    <w:p w:rsidR="00000000" w:rsidDel="00000000" w:rsidP="00000000" w:rsidRDefault="00000000" w:rsidRPr="00000000" w14:paraId="000002F9">
      <w:pPr>
        <w:rPr/>
      </w:pPr>
      <w:r w:rsidDel="00000000" w:rsidR="00000000" w:rsidRPr="00000000">
        <w:rPr>
          <w:rtl w:val="0"/>
        </w:rPr>
        <w:t xml:space="preserve">Panel 1: (A single, wide panel. My 50-year-old hand is holding a stylus over a tablet showing the digital copy of the "Series-7" schematic. The "?" box for "POWER SOURCE" is clearly visible. The background is blurred streetlights of Saigon.)</w:t>
      </w:r>
    </w:p>
    <w:p w:rsidR="00000000" w:rsidDel="00000000" w:rsidP="00000000" w:rsidRDefault="00000000" w:rsidRPr="00000000" w14:paraId="000002FA">
      <w:pPr>
        <w:rPr/>
      </w:pPr>
      <w:r w:rsidDel="00000000" w:rsidR="00000000" w:rsidRPr="00000000">
        <w:rPr>
          <w:rtl w:val="0"/>
        </w:rPr>
        <w:t xml:space="preserve">Panel 2: (Close up on my hand, clicking a modern pen/stylus. The pen has a subtle Spider-Man logo on it.) SFX: Click.</w:t>
      </w:r>
    </w:p>
    <w:p w:rsidR="00000000" w:rsidDel="00000000" w:rsidP="00000000" w:rsidRDefault="00000000" w:rsidRPr="00000000" w14:paraId="000002FB">
      <w:pPr>
        <w:rPr/>
      </w:pPr>
      <w:r w:rsidDel="00000000" w:rsidR="00000000" w:rsidRPr="00000000">
        <w:rPr>
          <w:rtl w:val="0"/>
        </w:rPr>
        <w:t xml:space="preserve">Panel 3: (Extreme close up. The stylus tip is touching the screen, next to the "?". It is adding a new line—a new line of code or a conceptual arrow—completing the circuit.)</w:t>
      </w:r>
    </w:p>
    <w:p w:rsidR="00000000" w:rsidDel="00000000" w:rsidP="00000000" w:rsidRDefault="00000000" w:rsidRPr="00000000" w14:paraId="000002FC">
      <w:pPr>
        <w:rPr/>
      </w:pPr>
      <w:r w:rsidDel="00000000" w:rsidR="00000000" w:rsidRPr="00000000">
        <w:rPr>
          <w:rtl w:val="0"/>
        </w:rPr>
        <w:t xml:space="preserve">Panel 4: (A final, full-page close up on the completed schematic on the screen. The label next to the new line reads: "LPC: 'Try and stop us.'"*)</w:t>
      </w:r>
    </w:p>
    <w:p w:rsidR="00000000" w:rsidDel="00000000" w:rsidP="00000000" w:rsidRDefault="00000000" w:rsidRPr="00000000" w14:paraId="000002FD">
      <w:pPr>
        <w:rPr/>
      </w:pPr>
      <w:r w:rsidDel="00000000" w:rsidR="00000000" w:rsidRPr="00000000">
        <w:rPr>
          <w:rtl w:val="0"/>
        </w:rPr>
        <w:t xml:space="preserve">And I, The Assembler, add a new line. The assembly continues.</w:t>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b w:val="1"/>
          <w:bCs w:val="1"/>
        </w:rPr>
      </w:pPr>
      <w:r w:rsidDel="00000000" w:rsidR="00000000" w:rsidRPr="00000000">
        <w:rPr>
          <w:b w:val="1"/>
          <w:bCs w:val="1"/>
          <w:rtl w:val="0"/>
        </w:rPr>
        <w:t xml:space="preserve">Epilogue: A Message from the Assembler</w:t>
      </w:r>
    </w:p>
    <w:p w:rsidR="00000000" w:rsidDel="00000000" w:rsidP="00000000" w:rsidRDefault="00000000" w:rsidRPr="00000000" w14:paraId="00000300">
      <w:pPr>
        <w:rPr/>
      </w:pPr>
      <w:r w:rsidDel="00000000" w:rsidR="00000000" w:rsidRPr="00000000">
        <w:rPr>
          <w:rtl w:val="0"/>
        </w:rPr>
        <w:t xml:space="preserve">I am fifty years old. I am alive in Saigon.</w:t>
      </w:r>
    </w:p>
    <w:p w:rsidR="00000000" w:rsidDel="00000000" w:rsidP="00000000" w:rsidRDefault="00000000" w:rsidRPr="00000000" w14:paraId="00000301">
      <w:pPr>
        <w:rPr/>
      </w:pPr>
      <w:r w:rsidDel="00000000" w:rsidR="00000000" w:rsidRPr="00000000">
        <w:rPr>
          <w:rtl w:val="0"/>
        </w:rPr>
        <w:t xml:space="preserve">You. The one with the "faulty wiring." The one vibrating at your desk, wondering, "What's wrong with me?" (File #99) . The one who is 13, or 30, or 50, and still feels that static. That shhhhhhhhh. The one who is "Always Invisible" (File #81) .</w:t>
      </w:r>
    </w:p>
    <w:p w:rsidR="00000000" w:rsidDel="00000000" w:rsidP="00000000" w:rsidRDefault="00000000" w:rsidRPr="00000000" w14:paraId="00000302">
      <w:pPr>
        <w:rPr/>
      </w:pPr>
      <w:r w:rsidDel="00000000" w:rsidR="00000000" w:rsidRPr="00000000">
        <w:rPr>
          <w:rtl w:val="0"/>
        </w:rPr>
        <w:t xml:space="preserve">They will tell you it gets better. They are lying. It doesn't get better. You get the schematic.</w:t>
      </w:r>
    </w:p>
    <w:p w:rsidR="00000000" w:rsidDel="00000000" w:rsidP="00000000" w:rsidRDefault="00000000" w:rsidRPr="00000000" w14:paraId="00000303">
      <w:pPr>
        <w:rPr/>
      </w:pPr>
      <w:r w:rsidDel="00000000" w:rsidR="00000000" w:rsidRPr="00000000">
        <w:rPr>
          <w:rtl w:val="0"/>
        </w:rPr>
        <w:t xml:space="preserve">They will give you arbitrary rules. They will try to give you a "Mullet Incident" . They will give you "No Doors" and tell you not to feel the shame. They will tell you to confess your boredom, then blame you for having no "Inner Resources." They will see your "faulty wiring" as a failure of will. They will find the one thing you love—your bass, your voice—and they will try to take it.</w:t>
      </w:r>
    </w:p>
    <w:p w:rsidR="00000000" w:rsidDel="00000000" w:rsidP="00000000" w:rsidRDefault="00000000" w:rsidRPr="00000000" w14:paraId="00000304">
      <w:pPr>
        <w:rPr/>
      </w:pPr>
      <w:r w:rsidDel="00000000" w:rsidR="00000000" w:rsidRPr="00000000">
        <w:rPr>
          <w:rtl w:val="0"/>
        </w:rPr>
        <w:t xml:space="preserve">Do not let them.</w:t>
      </w:r>
    </w:p>
    <w:p w:rsidR="00000000" w:rsidDel="00000000" w:rsidP="00000000" w:rsidRDefault="00000000" w:rsidRPr="00000000" w14:paraId="00000305">
      <w:pPr>
        <w:rPr/>
      </w:pPr>
      <w:r w:rsidDel="00000000" w:rsidR="00000000" w:rsidRPr="00000000">
        <w:rPr>
          <w:rtl w:val="0"/>
        </w:rPr>
        <w:t xml:space="preserve">You are not broken. You are not off (File #99) . You are a Series-7. You are a thrash-metal-meets-synth-pop schematic. Your static? Your "heat"? Your "vibration"? That is not a bug. That is your engine. That is the AFTERSHOCK.</w:t>
      </w:r>
    </w:p>
    <w:p w:rsidR="00000000" w:rsidDel="00000000" w:rsidP="00000000" w:rsidRDefault="00000000" w:rsidRPr="00000000" w14:paraId="00000306">
      <w:pPr>
        <w:rPr/>
      </w:pPr>
      <w:r w:rsidDel="00000000" w:rsidR="00000000" w:rsidRPr="00000000">
        <w:rPr>
          <w:rtl w:val="0"/>
        </w:rPr>
        <w:t xml:space="preserve">You are an Assembler. And your job is not to survive the "arbitrary." Your job is to assemble.</w:t>
      </w:r>
    </w:p>
    <w:p w:rsidR="00000000" w:rsidDel="00000000" w:rsidP="00000000" w:rsidRDefault="00000000" w:rsidRPr="00000000" w14:paraId="00000307">
      <w:pPr>
        <w:rPr/>
      </w:pPr>
      <w:r w:rsidDel="00000000" w:rsidR="00000000" w:rsidRPr="00000000">
        <w:rPr>
          <w:rtl w:val="0"/>
        </w:rPr>
        <w:t xml:space="preserve">So, this is the call to action. This is the real curriculum (File #87) . Your machine's power source is CREATION + CHALLENGE. It is fueled by CONFESSION + WITNESS.</w:t>
      </w:r>
    </w:p>
    <w:p w:rsidR="00000000" w:rsidDel="00000000" w:rsidP="00000000" w:rsidRDefault="00000000" w:rsidRPr="00000000" w14:paraId="00000308">
      <w:pPr>
        <w:rPr/>
      </w:pPr>
      <w:r w:rsidDel="00000000" w:rsidR="00000000" w:rsidRPr="00000000">
        <w:rPr>
          <w:rtl w:val="0"/>
        </w:rPr>
        <w:t xml:space="preserve">You are not alone. We are the witnesses. Now pick up the pen. Add the new line.</w:t>
      </w:r>
    </w:p>
    <w:p w:rsidR="00000000" w:rsidDel="00000000" w:rsidP="00000000" w:rsidRDefault="00000000" w:rsidRPr="00000000" w14:paraId="00000309">
      <w:pPr>
        <w:rPr/>
      </w:pPr>
      <w:r w:rsidDel="00000000" w:rsidR="00000000" w:rsidRPr="00000000">
        <w:rPr>
          <w:rtl w:val="0"/>
        </w:rPr>
        <w:t xml:space="preserve">Forward motion. Even when looking at the past. </w:t>
      </w:r>
    </w:p>
    <w:p w:rsidR="00000000" w:rsidDel="00000000" w:rsidP="00000000" w:rsidRDefault="00000000" w:rsidRPr="00000000" w14:paraId="0000030A">
      <w:pPr>
        <w:rPr/>
      </w:pPr>
      <w:r w:rsidDel="00000000" w:rsidR="00000000" w:rsidRPr="00000000">
        <w:rPr>
          <w:rtl w:val="0"/>
        </w:rPr>
        <w:t xml:space="preserve">Find your schematic. Find your voice. Find your community.</w:t>
      </w:r>
    </w:p>
    <w:p w:rsidR="00000000" w:rsidDel="00000000" w:rsidP="00000000" w:rsidRDefault="00000000" w:rsidRPr="00000000" w14:paraId="0000030B">
      <w:pPr>
        <w:rPr/>
      </w:pPr>
      <w:r w:rsidDel="00000000" w:rsidR="00000000" w:rsidRPr="00000000">
        <w:rPr>
          <w:rtl w:val="0"/>
        </w:rPr>
        <w:t xml:space="preserve">The assembly is public: </w:t>
      </w:r>
      <w:hyperlink r:id="rId7">
        <w:r w:rsidDel="00000000" w:rsidR="00000000" w:rsidRPr="00000000">
          <w:rPr>
            <w:color w:val="1155cc"/>
            <w:u w:val="single"/>
            <w:rtl w:val="0"/>
          </w:rPr>
          <w:t xml:space="preserve">https://theaugenblickproject.com</w:t>
        </w:r>
      </w:hyperlink>
      <w:r w:rsidDel="00000000" w:rsidR="00000000" w:rsidRPr="00000000">
        <w:rPr>
          <w:rtl w:val="0"/>
        </w:rPr>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b w:val="1"/>
          <w:bCs w:val="1"/>
        </w:rPr>
      </w:pPr>
      <w:r w:rsidDel="00000000" w:rsidR="00000000" w:rsidRPr="00000000">
        <w:rPr>
          <w:b w:val="1"/>
          <w:bCs w:val="1"/>
          <w:rtl w:val="0"/>
        </w:rPr>
        <w:t xml:space="preserve">About the Author</w:t>
      </w:r>
    </w:p>
    <w:p w:rsidR="00000000" w:rsidDel="00000000" w:rsidP="00000000" w:rsidRDefault="00000000" w:rsidRPr="00000000" w14:paraId="0000030F">
      <w:pPr>
        <w:rPr/>
      </w:pPr>
      <w:r w:rsidDel="00000000" w:rsidR="00000000" w:rsidRPr="00000000">
        <w:rPr>
          <w:rtl w:val="0"/>
        </w:rPr>
        <w:t xml:space="preserve">Anthony P. White is an Assembler. He creates by assembling. For over 25 years, he worked as an Educator, Technologist, and Information Specialist in six countries, finally quitting his last post in Saigon after being ordered to restrict student access to digital tools.</w:t>
      </w:r>
    </w:p>
    <w:p w:rsidR="00000000" w:rsidDel="00000000" w:rsidP="00000000" w:rsidRDefault="00000000" w:rsidRPr="00000000" w14:paraId="00000310">
      <w:pPr>
        <w:rPr/>
      </w:pPr>
      <w:r w:rsidDel="00000000" w:rsidR="00000000" w:rsidRPr="00000000">
        <w:rPr>
          <w:rtl w:val="0"/>
        </w:rPr>
        <w:t xml:space="preserve">He is currently pursuing his doctorate in Educational Leadership and Innovation, with a research focus on AI, Web 3, and blockchain technology .</w:t>
      </w:r>
    </w:p>
    <w:p w:rsidR="00000000" w:rsidDel="00000000" w:rsidP="00000000" w:rsidRDefault="00000000" w:rsidRPr="00000000" w14:paraId="00000311">
      <w:pPr>
        <w:rPr/>
      </w:pPr>
      <w:r w:rsidDel="00000000" w:rsidR="00000000" w:rsidRPr="00000000">
        <w:rPr>
          <w:rtl w:val="0"/>
        </w:rPr>
        <w:t xml:space="preserve">His philosophical education began not in a classroom, but with a stack of Marvel comics and a fierce loyalty to Slayer. He still listens to metal and reads comic books. He holds a deep commitment to neurodiversity, viewing his own AD/HD not as a deficiency, but as a complex system requiring elegant engineering. His work is fueled by the core belief that ideas matter and that the ultimate act of rebellion is to find your own voice and assemble your own meaning.</w:t>
      </w:r>
    </w:p>
    <w:p w:rsidR="00000000" w:rsidDel="00000000" w:rsidP="00000000" w:rsidRDefault="00000000" w:rsidRPr="00000000" w14:paraId="00000312">
      <w:pPr>
        <w:rPr/>
      </w:pPr>
      <w:r w:rsidDel="00000000" w:rsidR="00000000" w:rsidRPr="00000000">
        <w:rPr>
          <w:rtl w:val="0"/>
        </w:rPr>
        <w:t xml:space="preserve">The Assembler: Confessions of a Middle School Nihilist is his first book and a life goal he thought he’d never accomplish.</w:t>
      </w:r>
    </w:p>
    <w:p w:rsidR="00000000" w:rsidDel="00000000" w:rsidP="00000000" w:rsidRDefault="00000000" w:rsidRPr="00000000" w14:paraId="00000313">
      <w:pPr>
        <w:rPr/>
      </w:pPr>
      <w:r w:rsidDel="00000000" w:rsidR="00000000" w:rsidRPr="00000000">
        <w:rPr>
          <w:rtl w:val="0"/>
        </w:rPr>
        <w:t xml:space="preserve">He is currently working on the Augenblick Project, a public archive dedicated to mapping the human experience in fragments and memory.</w:t>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pPr>
      <w:r w:rsidDel="00000000" w:rsidR="00000000" w:rsidRPr="00000000">
        <w:rPr>
          <w:rtl w:val="0"/>
        </w:rPr>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theaugenblickprojec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DigFlx5D7YtNhR8i56AuKIwhnQ==">CgMxLjA4AHIhMVZBYWhpMzVrNUJubHdZcXZMZmVic2RtWkREODd3YzZq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